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CCA47" w14:textId="69371047" w:rsidR="004C7529" w:rsidRPr="00B13C4C" w:rsidRDefault="004C7529" w:rsidP="004C7529">
      <w:pPr>
        <w:spacing w:before="120" w:after="0" w:line="276" w:lineRule="auto"/>
        <w:ind w:left="992" w:hanging="992"/>
        <w:jc w:val="center"/>
        <w:rPr>
          <w:rFonts w:ascii="Times New Roman" w:hAnsi="Times New Roman" w:cs="Times New Roman"/>
          <w:b/>
          <w:sz w:val="24"/>
          <w:szCs w:val="24"/>
        </w:rPr>
      </w:pPr>
      <w:r w:rsidRPr="00B13C4C">
        <w:rPr>
          <w:rFonts w:ascii="Times New Roman" w:hAnsi="Times New Roman" w:cs="Times New Roman"/>
          <w:b/>
          <w:sz w:val="24"/>
          <w:szCs w:val="24"/>
        </w:rPr>
        <w:t>ĐỀ 1-15</w:t>
      </w:r>
    </w:p>
    <w:p w14:paraId="7BF6DCAA" w14:textId="27D3EAA0" w:rsidR="004C7529" w:rsidRPr="00B13C4C" w:rsidRDefault="004C7529" w:rsidP="004C7529">
      <w:pPr>
        <w:spacing w:before="120" w:after="0" w:line="276" w:lineRule="auto"/>
        <w:ind w:left="992" w:hanging="992"/>
        <w:jc w:val="both"/>
        <w:rPr>
          <w:rFonts w:ascii="Times New Roman" w:hAnsi="Times New Roman" w:cs="Times New Roman"/>
          <w:b/>
          <w:sz w:val="24"/>
          <w:szCs w:val="24"/>
        </w:rPr>
      </w:pPr>
      <w:r w:rsidRPr="00B13C4C">
        <w:rPr>
          <w:rFonts w:ascii="Times New Roman" w:hAnsi="Times New Roman" w:cs="Times New Roman"/>
          <w:b/>
          <w:sz w:val="24"/>
          <w:szCs w:val="24"/>
        </w:rPr>
        <w:t>Phần trắc nghiệm</w:t>
      </w:r>
    </w:p>
    <w:p w14:paraId="0D0C0B8F" w14:textId="6A7EFA52" w:rsidR="004C7529" w:rsidRPr="00B13C4C" w:rsidRDefault="004C7529" w:rsidP="004C7529">
      <w:pPr>
        <w:tabs>
          <w:tab w:val="left" w:pos="992"/>
        </w:tabs>
        <w:spacing w:before="120" w:after="0" w:line="276" w:lineRule="auto"/>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Mệnh đề nào dưới đây đúng?</w:t>
      </w:r>
    </w:p>
    <w:p w14:paraId="48082DFC" w14:textId="596FDC0A" w:rsidR="004C7529" w:rsidRPr="00B13C4C" w:rsidRDefault="004C7529" w:rsidP="004C7529">
      <w:pPr>
        <w:tabs>
          <w:tab w:val="left" w:pos="3402"/>
          <w:tab w:val="left" w:pos="5669"/>
          <w:tab w:val="left" w:pos="7937"/>
        </w:tabs>
        <w:spacing w:after="0" w:line="276" w:lineRule="auto"/>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720" w:dyaOrig="320" w14:anchorId="1D5EAE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16.2pt" o:ole="">
            <v:imagedata r:id="rId5" o:title=""/>
          </v:shape>
          <o:OLEObject Type="Embed" ProgID="Equation.DSMT4" ShapeID="_x0000_i1025" DrawAspect="Content" ObjectID="_1699835143" r:id="rId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859" w:dyaOrig="279" w14:anchorId="1A8BFC4F">
          <v:shape id="_x0000_i1026" type="#_x0000_t75" style="width:43.2pt;height:13.8pt" o:ole="">
            <v:imagedata r:id="rId7" o:title=""/>
          </v:shape>
          <o:OLEObject Type="Embed" ProgID="Equation.DSMT4" ShapeID="_x0000_i1026" DrawAspect="Content" ObjectID="_1699835144" r:id="rId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1080" w:dyaOrig="279" w14:anchorId="505F80A0">
          <v:shape id="_x0000_i1027" type="#_x0000_t75" style="width:54pt;height:13.8pt" o:ole="">
            <v:imagedata r:id="rId9" o:title=""/>
          </v:shape>
          <o:OLEObject Type="Embed" ProgID="Equation.DSMT4" ShapeID="_x0000_i1027" DrawAspect="Content" ObjectID="_1699835145" r:id="rId1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8"/>
          <w:sz w:val="24"/>
          <w:szCs w:val="24"/>
        </w:rPr>
        <w:object w:dxaOrig="720" w:dyaOrig="360" w14:anchorId="0B76F40C">
          <v:shape id="_x0000_i1028" type="#_x0000_t75" style="width:36pt;height:18pt" o:ole="">
            <v:imagedata r:id="rId11" o:title=""/>
          </v:shape>
          <o:OLEObject Type="Embed" ProgID="Equation.DSMT4" ShapeID="_x0000_i1028" DrawAspect="Content" ObjectID="_1699835146" r:id="rId12"/>
        </w:object>
      </w:r>
      <w:r w:rsidRPr="00B13C4C">
        <w:rPr>
          <w:rFonts w:ascii="Times New Roman" w:hAnsi="Times New Roman" w:cs="Times New Roman"/>
          <w:sz w:val="24"/>
          <w:szCs w:val="24"/>
        </w:rPr>
        <w:t>.</w:t>
      </w:r>
    </w:p>
    <w:p w14:paraId="5EE00890" w14:textId="27BEAFC1" w:rsidR="004C7529" w:rsidRPr="00B13C4C" w:rsidRDefault="004C7529" w:rsidP="004C7529">
      <w:pPr>
        <w:tabs>
          <w:tab w:val="left" w:pos="992"/>
        </w:tabs>
        <w:spacing w:before="120" w:after="0" w:line="276" w:lineRule="auto"/>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Tập hợp nào dưới đây là tập xác định của hàm số </w:t>
      </w:r>
      <w:r w:rsidRPr="00B13C4C">
        <w:rPr>
          <w:rFonts w:ascii="Times New Roman" w:hAnsi="Times New Roman" w:cs="Times New Roman"/>
          <w:position w:val="-10"/>
          <w:sz w:val="24"/>
          <w:szCs w:val="24"/>
        </w:rPr>
        <w:object w:dxaOrig="1700" w:dyaOrig="380" w14:anchorId="1D0A3CED">
          <v:shape id="_x0000_i1029" type="#_x0000_t75" style="width:85.2pt;height:19.2pt" o:ole="">
            <v:imagedata r:id="rId13" o:title=""/>
          </v:shape>
          <o:OLEObject Type="Embed" ProgID="Equation.DSMT4" ShapeID="_x0000_i1029" DrawAspect="Content" ObjectID="_1699835147" r:id="rId14"/>
        </w:object>
      </w:r>
      <w:r w:rsidRPr="00B13C4C">
        <w:rPr>
          <w:rFonts w:ascii="Times New Roman" w:hAnsi="Times New Roman" w:cs="Times New Roman"/>
          <w:sz w:val="24"/>
          <w:szCs w:val="24"/>
        </w:rPr>
        <w:t>?</w:t>
      </w:r>
    </w:p>
    <w:p w14:paraId="244F7719" w14:textId="6A1F7BD2" w:rsidR="004C7529" w:rsidRPr="00B13C4C" w:rsidRDefault="004C7529" w:rsidP="004C7529">
      <w:pPr>
        <w:tabs>
          <w:tab w:val="left" w:pos="3402"/>
          <w:tab w:val="left" w:pos="5669"/>
          <w:tab w:val="left" w:pos="7937"/>
        </w:tabs>
        <w:spacing w:after="0" w:line="276" w:lineRule="auto"/>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140" w:dyaOrig="320" w14:anchorId="3070A06F">
          <v:shape id="_x0000_i1030" type="#_x0000_t75" style="width:57pt;height:16.2pt" o:ole="">
            <v:imagedata r:id="rId15" o:title=""/>
          </v:shape>
          <o:OLEObject Type="Embed" ProgID="Equation.DSMT4" ShapeID="_x0000_i1030" DrawAspect="Content" ObjectID="_1699835148" r:id="rId1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140" w:dyaOrig="320" w14:anchorId="61BC4014">
          <v:shape id="_x0000_i1031" type="#_x0000_t75" style="width:57pt;height:16.2pt" o:ole="">
            <v:imagedata r:id="rId17" o:title=""/>
          </v:shape>
          <o:OLEObject Type="Embed" ProgID="Equation.DSMT4" ShapeID="_x0000_i1031" DrawAspect="Content" ObjectID="_1699835149" r:id="rId1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140" w:dyaOrig="320" w14:anchorId="4358E3FF">
          <v:shape id="_x0000_i1032" type="#_x0000_t75" style="width:57pt;height:16.2pt" o:ole="">
            <v:imagedata r:id="rId19" o:title=""/>
          </v:shape>
          <o:OLEObject Type="Embed" ProgID="Equation.DSMT4" ShapeID="_x0000_i1032" DrawAspect="Content" ObjectID="_1699835150" r:id="rId2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120" w:dyaOrig="320" w14:anchorId="234DE217">
          <v:shape id="_x0000_i1033" type="#_x0000_t75" style="width:55.8pt;height:16.2pt" o:ole="">
            <v:imagedata r:id="rId21" o:title=""/>
          </v:shape>
          <o:OLEObject Type="Embed" ProgID="Equation.DSMT4" ShapeID="_x0000_i1033" DrawAspect="Content" ObjectID="_1699835151" r:id="rId22"/>
        </w:object>
      </w:r>
      <w:r w:rsidRPr="00B13C4C">
        <w:rPr>
          <w:rFonts w:ascii="Times New Roman" w:hAnsi="Times New Roman" w:cs="Times New Roman"/>
          <w:sz w:val="24"/>
          <w:szCs w:val="24"/>
        </w:rPr>
        <w:t>.</w:t>
      </w:r>
    </w:p>
    <w:p w14:paraId="6F12E3B3" w14:textId="279E6241" w:rsidR="004C7529" w:rsidRPr="00B13C4C" w:rsidRDefault="004C7529" w:rsidP="004C7529">
      <w:pPr>
        <w:tabs>
          <w:tab w:val="left" w:pos="992"/>
        </w:tabs>
        <w:spacing w:before="120" w:after="0" w:line="276" w:lineRule="auto"/>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w:t>
      </w:r>
      <w:r w:rsidRPr="00B13C4C">
        <w:rPr>
          <w:rFonts w:ascii="Times New Roman" w:hAnsi="Times New Roman" w:cs="Times New Roman"/>
          <w:position w:val="-10"/>
          <w:sz w:val="24"/>
          <w:szCs w:val="24"/>
        </w:rPr>
        <w:object w:dxaOrig="460" w:dyaOrig="320" w14:anchorId="565F5F1F">
          <v:shape id="_x0000_i1034" type="#_x0000_t75" style="width:22.8pt;height:16.2pt" o:ole="">
            <v:imagedata r:id="rId23" o:title=""/>
          </v:shape>
          <o:OLEObject Type="Embed" ProgID="Equation.DSMT4" ShapeID="_x0000_i1034" DrawAspect="Content" ObjectID="_1699835152" r:id="rId24"/>
        </w:object>
      </w:r>
      <w:r w:rsidRPr="00B13C4C">
        <w:rPr>
          <w:rFonts w:ascii="Times New Roman" w:hAnsi="Times New Roman" w:cs="Times New Roman"/>
          <w:sz w:val="24"/>
          <w:szCs w:val="24"/>
        </w:rPr>
        <w:t xml:space="preserve">, đồ thị nào dưới đây là đồ thị của hàm số </w:t>
      </w:r>
      <w:r w:rsidRPr="00B13C4C">
        <w:rPr>
          <w:rFonts w:ascii="Times New Roman" w:hAnsi="Times New Roman" w:cs="Times New Roman"/>
          <w:position w:val="-10"/>
          <w:sz w:val="24"/>
          <w:szCs w:val="24"/>
        </w:rPr>
        <w:object w:dxaOrig="859" w:dyaOrig="320" w14:anchorId="3CC18A74">
          <v:shape id="_x0000_i1035" type="#_x0000_t75" style="width:43.2pt;height:16.2pt" o:ole="">
            <v:imagedata r:id="rId25" o:title=""/>
          </v:shape>
          <o:OLEObject Type="Embed" ProgID="Equation.DSMT4" ShapeID="_x0000_i1035" DrawAspect="Content" ObjectID="_1699835153" r:id="rId26"/>
        </w:object>
      </w:r>
      <w:r w:rsidRPr="00B13C4C">
        <w:rPr>
          <w:rFonts w:ascii="Times New Roman" w:hAnsi="Times New Roman" w:cs="Times New Roman"/>
          <w:sz w:val="24"/>
          <w:szCs w:val="24"/>
        </w:rPr>
        <w:t>?</w:t>
      </w:r>
    </w:p>
    <w:p w14:paraId="3131B94E" w14:textId="729AA438" w:rsidR="00697C5B" w:rsidRPr="00B13C4C" w:rsidRDefault="004C7529" w:rsidP="004C7529">
      <w:pPr>
        <w:tabs>
          <w:tab w:val="left" w:pos="3402"/>
          <w:tab w:val="left" w:pos="5669"/>
          <w:tab w:val="left" w:pos="7937"/>
        </w:tabs>
        <w:spacing w:after="0" w:line="276" w:lineRule="auto"/>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00697C5B" w:rsidRPr="00B13C4C">
        <w:rPr>
          <w:rFonts w:ascii="Times New Roman" w:hAnsi="Times New Roman" w:cs="Times New Roman"/>
          <w:noProof/>
          <w:sz w:val="24"/>
          <w:szCs w:val="24"/>
        </w:rPr>
        <w:drawing>
          <wp:inline distT="0" distB="0" distL="0" distR="0" wp14:anchorId="414606D0" wp14:editId="277C797D">
            <wp:extent cx="1370555" cy="1310640"/>
            <wp:effectExtent l="0" t="0" r="127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378917" cy="1318637"/>
                    </a:xfrm>
                    <a:prstGeom prst="rect">
                      <a:avLst/>
                    </a:prstGeom>
                  </pic:spPr>
                </pic:pic>
              </a:graphicData>
            </a:graphic>
          </wp:inline>
        </w:drawing>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00697C5B" w:rsidRPr="00B13C4C">
        <w:rPr>
          <w:rFonts w:ascii="Times New Roman" w:hAnsi="Times New Roman" w:cs="Times New Roman"/>
          <w:noProof/>
          <w:sz w:val="24"/>
          <w:szCs w:val="24"/>
        </w:rPr>
        <w:drawing>
          <wp:inline distT="0" distB="0" distL="0" distR="0" wp14:anchorId="0461EA2E" wp14:editId="6B65AE48">
            <wp:extent cx="1602178" cy="11963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607967" cy="1200663"/>
                    </a:xfrm>
                    <a:prstGeom prst="rect">
                      <a:avLst/>
                    </a:prstGeom>
                  </pic:spPr>
                </pic:pic>
              </a:graphicData>
            </a:graphic>
          </wp:inline>
        </w:drawing>
      </w:r>
      <w:r w:rsidRPr="00B13C4C">
        <w:rPr>
          <w:rFonts w:ascii="Times New Roman" w:hAnsi="Times New Roman" w:cs="Times New Roman"/>
          <w:sz w:val="24"/>
          <w:szCs w:val="24"/>
        </w:rPr>
        <w:tab/>
      </w:r>
    </w:p>
    <w:p w14:paraId="2610CFBA" w14:textId="04874765" w:rsidR="004C7529" w:rsidRPr="00B13C4C" w:rsidRDefault="004C7529" w:rsidP="004C7529">
      <w:pPr>
        <w:tabs>
          <w:tab w:val="left" w:pos="3402"/>
          <w:tab w:val="left" w:pos="5669"/>
          <w:tab w:val="left" w:pos="7937"/>
        </w:tabs>
        <w:spacing w:after="0" w:line="276" w:lineRule="auto"/>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00697C5B" w:rsidRPr="00B13C4C">
        <w:rPr>
          <w:rFonts w:ascii="Times New Roman" w:hAnsi="Times New Roman" w:cs="Times New Roman"/>
          <w:noProof/>
          <w:sz w:val="24"/>
          <w:szCs w:val="24"/>
        </w:rPr>
        <w:drawing>
          <wp:inline distT="0" distB="0" distL="0" distR="0" wp14:anchorId="6E86C4C9" wp14:editId="505D665E">
            <wp:extent cx="1448741" cy="1333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454674" cy="1338961"/>
                    </a:xfrm>
                    <a:prstGeom prst="rect">
                      <a:avLst/>
                    </a:prstGeom>
                  </pic:spPr>
                </pic:pic>
              </a:graphicData>
            </a:graphic>
          </wp:inline>
        </w:drawing>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00697C5B" w:rsidRPr="00B13C4C">
        <w:rPr>
          <w:rFonts w:ascii="Times New Roman" w:hAnsi="Times New Roman" w:cs="Times New Roman"/>
          <w:noProof/>
          <w:sz w:val="24"/>
          <w:szCs w:val="24"/>
        </w:rPr>
        <w:drawing>
          <wp:inline distT="0" distB="0" distL="0" distR="0" wp14:anchorId="54CA9BC5" wp14:editId="521BC25F">
            <wp:extent cx="1524776" cy="117348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531466" cy="1178628"/>
                    </a:xfrm>
                    <a:prstGeom prst="rect">
                      <a:avLst/>
                    </a:prstGeom>
                  </pic:spPr>
                </pic:pic>
              </a:graphicData>
            </a:graphic>
          </wp:inline>
        </w:drawing>
      </w:r>
    </w:p>
    <w:p w14:paraId="63B568EC" w14:textId="426645F3" w:rsidR="004C7529" w:rsidRPr="00B13C4C" w:rsidRDefault="004C7529" w:rsidP="004C7529">
      <w:pPr>
        <w:tabs>
          <w:tab w:val="left" w:pos="992"/>
        </w:tabs>
        <w:spacing w:before="120" w:after="0" w:line="276" w:lineRule="auto"/>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w:t>
      </w:r>
      <w:r w:rsidRPr="00B13C4C">
        <w:rPr>
          <w:rFonts w:ascii="Times New Roman" w:hAnsi="Times New Roman" w:cs="Times New Roman"/>
          <w:position w:val="-10"/>
          <w:sz w:val="24"/>
          <w:szCs w:val="24"/>
        </w:rPr>
        <w:object w:dxaOrig="460" w:dyaOrig="320" w14:anchorId="4591FD25">
          <v:shape id="_x0000_i1036" type="#_x0000_t75" style="width:22.8pt;height:16.2pt" o:ole="">
            <v:imagedata r:id="rId31" o:title=""/>
          </v:shape>
          <o:OLEObject Type="Embed" ProgID="Equation.DSMT4" ShapeID="_x0000_i1036" DrawAspect="Content" ObjectID="_1699835154" r:id="rId32"/>
        </w:object>
      </w:r>
      <w:r w:rsidRPr="00B13C4C">
        <w:rPr>
          <w:rFonts w:ascii="Times New Roman" w:hAnsi="Times New Roman" w:cs="Times New Roman"/>
          <w:sz w:val="24"/>
          <w:szCs w:val="24"/>
        </w:rPr>
        <w:t xml:space="preserve">, giao điểm của đường parabol </w:t>
      </w:r>
      <w:r w:rsidRPr="00B13C4C">
        <w:rPr>
          <w:rFonts w:ascii="Times New Roman" w:hAnsi="Times New Roman" w:cs="Times New Roman"/>
          <w:position w:val="-10"/>
          <w:sz w:val="24"/>
          <w:szCs w:val="24"/>
        </w:rPr>
        <w:object w:dxaOrig="1480" w:dyaOrig="360" w14:anchorId="238383A4">
          <v:shape id="_x0000_i1037" type="#_x0000_t75" style="width:73.8pt;height:18pt" o:ole="">
            <v:imagedata r:id="rId33" o:title=""/>
          </v:shape>
          <o:OLEObject Type="Embed" ProgID="Equation.DSMT4" ShapeID="_x0000_i1037" DrawAspect="Content" ObjectID="_1699835155" r:id="rId34"/>
        </w:object>
      </w:r>
      <w:r w:rsidRPr="00B13C4C">
        <w:rPr>
          <w:rFonts w:ascii="Times New Roman" w:hAnsi="Times New Roman" w:cs="Times New Roman"/>
          <w:sz w:val="24"/>
          <w:szCs w:val="24"/>
        </w:rPr>
        <w:t xml:space="preserve"> với trục </w:t>
      </w:r>
      <w:r w:rsidRPr="00B13C4C">
        <w:rPr>
          <w:rFonts w:ascii="Times New Roman" w:hAnsi="Times New Roman" w:cs="Times New Roman"/>
          <w:position w:val="-10"/>
          <w:sz w:val="24"/>
          <w:szCs w:val="24"/>
        </w:rPr>
        <w:object w:dxaOrig="360" w:dyaOrig="320" w14:anchorId="26961DAD">
          <v:shape id="_x0000_i1038" type="#_x0000_t75" style="width:18pt;height:16.2pt" o:ole="">
            <v:imagedata r:id="rId35" o:title=""/>
          </v:shape>
          <o:OLEObject Type="Embed" ProgID="Equation.DSMT4" ShapeID="_x0000_i1038" DrawAspect="Content" ObjectID="_1699835156" r:id="rId36"/>
        </w:object>
      </w:r>
      <w:r w:rsidRPr="00B13C4C">
        <w:rPr>
          <w:rFonts w:ascii="Times New Roman" w:hAnsi="Times New Roman" w:cs="Times New Roman"/>
          <w:sz w:val="24"/>
          <w:szCs w:val="24"/>
        </w:rPr>
        <w:t xml:space="preserve"> là</w:t>
      </w:r>
    </w:p>
    <w:p w14:paraId="52B33173" w14:textId="6F4E5745" w:rsidR="004C7529" w:rsidRPr="00B13C4C" w:rsidRDefault="004C7529" w:rsidP="004C7529">
      <w:pPr>
        <w:tabs>
          <w:tab w:val="left" w:pos="3402"/>
          <w:tab w:val="left" w:pos="5669"/>
          <w:tab w:val="left" w:pos="7937"/>
        </w:tabs>
        <w:spacing w:after="0" w:line="276" w:lineRule="auto"/>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720" w:dyaOrig="320" w14:anchorId="2944A7B8">
          <v:shape id="_x0000_i1039" type="#_x0000_t75" style="width:36pt;height:16.2pt" o:ole="">
            <v:imagedata r:id="rId37" o:title=""/>
          </v:shape>
          <o:OLEObject Type="Embed" ProgID="Equation.DSMT4" ShapeID="_x0000_i1039" DrawAspect="Content" ObjectID="_1699835157" r:id="rId3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800" w:dyaOrig="320" w14:anchorId="26D1549A">
          <v:shape id="_x0000_i1040" type="#_x0000_t75" style="width:40.2pt;height:16.2pt" o:ole="">
            <v:imagedata r:id="rId39" o:title=""/>
          </v:shape>
          <o:OLEObject Type="Embed" ProgID="Equation.DSMT4" ShapeID="_x0000_i1040" DrawAspect="Content" ObjectID="_1699835158" r:id="rId4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680" w:dyaOrig="320" w14:anchorId="7D43A382">
          <v:shape id="_x0000_i1041" type="#_x0000_t75" style="width:34.2pt;height:16.2pt" o:ole="">
            <v:imagedata r:id="rId41" o:title=""/>
          </v:shape>
          <o:OLEObject Type="Embed" ProgID="Equation.DSMT4" ShapeID="_x0000_i1041" DrawAspect="Content" ObjectID="_1699835159" r:id="rId4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740" w:dyaOrig="320" w14:anchorId="7F230698">
          <v:shape id="_x0000_i1042" type="#_x0000_t75" style="width:37.2pt;height:16.2pt" o:ole="">
            <v:imagedata r:id="rId43" o:title=""/>
          </v:shape>
          <o:OLEObject Type="Embed" ProgID="Equation.DSMT4" ShapeID="_x0000_i1042" DrawAspect="Content" ObjectID="_1699835160" r:id="rId44"/>
        </w:object>
      </w:r>
      <w:r w:rsidRPr="00B13C4C">
        <w:rPr>
          <w:rFonts w:ascii="Times New Roman" w:hAnsi="Times New Roman" w:cs="Times New Roman"/>
          <w:sz w:val="24"/>
          <w:szCs w:val="24"/>
        </w:rPr>
        <w:t>.</w:t>
      </w:r>
    </w:p>
    <w:p w14:paraId="78122201" w14:textId="691F4A79" w:rsidR="004C7529" w:rsidRPr="00B13C4C" w:rsidRDefault="004C7529" w:rsidP="004C7529">
      <w:pPr>
        <w:tabs>
          <w:tab w:val="left" w:pos="992"/>
        </w:tabs>
        <w:spacing w:before="120" w:after="0" w:line="276" w:lineRule="auto"/>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Hàm số nào dưới đây có đồ thị là đường cong như trong hình bên dưới?</w:t>
      </w:r>
    </w:p>
    <w:p w14:paraId="7078FB8A" w14:textId="074262EE" w:rsidR="004F2829" w:rsidRPr="00B13C4C" w:rsidRDefault="004F2829" w:rsidP="004F2829">
      <w:pPr>
        <w:tabs>
          <w:tab w:val="left" w:pos="992"/>
        </w:tabs>
        <w:spacing w:before="120" w:after="0" w:line="276" w:lineRule="auto"/>
        <w:ind w:left="992" w:hanging="992"/>
        <w:jc w:val="center"/>
        <w:rPr>
          <w:rFonts w:ascii="Times New Roman" w:hAnsi="Times New Roman" w:cs="Times New Roman"/>
          <w:sz w:val="24"/>
          <w:szCs w:val="24"/>
        </w:rPr>
      </w:pPr>
      <w:r w:rsidRPr="00B13C4C">
        <w:rPr>
          <w:rFonts w:ascii="Times New Roman" w:hAnsi="Times New Roman" w:cs="Times New Roman"/>
          <w:noProof/>
          <w:sz w:val="24"/>
          <w:szCs w:val="24"/>
        </w:rPr>
        <w:drawing>
          <wp:inline distT="0" distB="0" distL="0" distR="0" wp14:anchorId="18D9F5D7" wp14:editId="7119E746">
            <wp:extent cx="1447600" cy="1287780"/>
            <wp:effectExtent l="0" t="0" r="635"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451877" cy="1291585"/>
                    </a:xfrm>
                    <a:prstGeom prst="rect">
                      <a:avLst/>
                    </a:prstGeom>
                  </pic:spPr>
                </pic:pic>
              </a:graphicData>
            </a:graphic>
          </wp:inline>
        </w:drawing>
      </w:r>
    </w:p>
    <w:p w14:paraId="50BF1D83" w14:textId="0FF7D02F" w:rsidR="004C7529" w:rsidRPr="00B13C4C" w:rsidRDefault="004C7529" w:rsidP="004C7529">
      <w:pPr>
        <w:tabs>
          <w:tab w:val="left" w:pos="3402"/>
          <w:tab w:val="left" w:pos="5669"/>
          <w:tab w:val="left" w:pos="7937"/>
        </w:tabs>
        <w:spacing w:after="0" w:line="276" w:lineRule="auto"/>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140" w:dyaOrig="360" w14:anchorId="31D31520">
          <v:shape id="_x0000_i1043" type="#_x0000_t75" style="width:57pt;height:18pt" o:ole="">
            <v:imagedata r:id="rId46" o:title=""/>
          </v:shape>
          <o:OLEObject Type="Embed" ProgID="Equation.DSMT4" ShapeID="_x0000_i1043" DrawAspect="Content" ObjectID="_1699835161" r:id="rId4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280" w:dyaOrig="360" w14:anchorId="2E593F61">
          <v:shape id="_x0000_i1044" type="#_x0000_t75" style="width:64.2pt;height:18pt" o:ole="">
            <v:imagedata r:id="rId48" o:title=""/>
          </v:shape>
          <o:OLEObject Type="Embed" ProgID="Equation.DSMT4" ShapeID="_x0000_i1044" DrawAspect="Content" ObjectID="_1699835162" r:id="rId4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900" w:dyaOrig="320" w14:anchorId="4B813380">
          <v:shape id="_x0000_i1045" type="#_x0000_t75" style="width:45pt;height:16.2pt" o:ole="">
            <v:imagedata r:id="rId50" o:title=""/>
          </v:shape>
          <o:OLEObject Type="Embed" ProgID="Equation.DSMT4" ShapeID="_x0000_i1045" DrawAspect="Content" ObjectID="_1699835163" r:id="rId5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040" w:dyaOrig="320" w14:anchorId="6E239AAA">
          <v:shape id="_x0000_i1046" type="#_x0000_t75" style="width:52.2pt;height:16.2pt" o:ole="">
            <v:imagedata r:id="rId52" o:title=""/>
          </v:shape>
          <o:OLEObject Type="Embed" ProgID="Equation.DSMT4" ShapeID="_x0000_i1046" DrawAspect="Content" ObjectID="_1699835164" r:id="rId53"/>
        </w:object>
      </w:r>
      <w:r w:rsidRPr="00B13C4C">
        <w:rPr>
          <w:rFonts w:ascii="Times New Roman" w:hAnsi="Times New Roman" w:cs="Times New Roman"/>
          <w:sz w:val="24"/>
          <w:szCs w:val="24"/>
        </w:rPr>
        <w:t>.</w:t>
      </w:r>
    </w:p>
    <w:p w14:paraId="687CBCA9" w14:textId="10439B51" w:rsidR="004C7529" w:rsidRPr="00B13C4C" w:rsidRDefault="004C7529" w:rsidP="004C7529">
      <w:pPr>
        <w:tabs>
          <w:tab w:val="left" w:pos="992"/>
        </w:tabs>
        <w:spacing w:before="120" w:after="0" w:line="276" w:lineRule="auto"/>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Tập nghiệm của phương trình </w:t>
      </w:r>
      <w:r w:rsidRPr="00B13C4C">
        <w:rPr>
          <w:rFonts w:ascii="Times New Roman" w:hAnsi="Times New Roman" w:cs="Times New Roman"/>
          <w:position w:val="-6"/>
          <w:sz w:val="24"/>
          <w:szCs w:val="24"/>
        </w:rPr>
        <w:object w:dxaOrig="639" w:dyaOrig="320" w14:anchorId="4C58CA96">
          <v:shape id="_x0000_i1047" type="#_x0000_t75" style="width:31.8pt;height:16.2pt" o:ole="">
            <v:imagedata r:id="rId54" o:title=""/>
          </v:shape>
          <o:OLEObject Type="Embed" ProgID="Equation.DSMT4" ShapeID="_x0000_i1047" DrawAspect="Content" ObjectID="_1699835165" r:id="rId55"/>
        </w:object>
      </w:r>
      <w:r w:rsidRPr="00B13C4C">
        <w:rPr>
          <w:rFonts w:ascii="Times New Roman" w:hAnsi="Times New Roman" w:cs="Times New Roman"/>
          <w:sz w:val="24"/>
          <w:szCs w:val="24"/>
        </w:rPr>
        <w:t xml:space="preserve"> là</w:t>
      </w:r>
    </w:p>
    <w:p w14:paraId="0C48E50D" w14:textId="3BB67341" w:rsidR="004C7529" w:rsidRPr="00B13C4C" w:rsidRDefault="004C7529" w:rsidP="004C7529">
      <w:pPr>
        <w:tabs>
          <w:tab w:val="left" w:pos="3402"/>
          <w:tab w:val="left" w:pos="5669"/>
          <w:tab w:val="left" w:pos="7937"/>
        </w:tabs>
        <w:spacing w:after="0" w:line="276" w:lineRule="auto"/>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540" w:dyaOrig="380" w14:anchorId="3A4ED5F7">
          <v:shape id="_x0000_i1048" type="#_x0000_t75" style="width:27pt;height:19.2pt" o:ole="">
            <v:imagedata r:id="rId56" o:title=""/>
          </v:shape>
          <o:OLEObject Type="Embed" ProgID="Equation.DSMT4" ShapeID="_x0000_i1048" DrawAspect="Content" ObjectID="_1699835166" r:id="rId5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680" w:dyaOrig="380" w14:anchorId="498794F6">
          <v:shape id="_x0000_i1049" type="#_x0000_t75" style="width:34.2pt;height:19.2pt" o:ole="">
            <v:imagedata r:id="rId58" o:title=""/>
          </v:shape>
          <o:OLEObject Type="Embed" ProgID="Equation.DSMT4" ShapeID="_x0000_i1049" DrawAspect="Content" ObjectID="_1699835167" r:id="rId5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040" w:dyaOrig="380" w14:anchorId="1C4D7A35">
          <v:shape id="_x0000_i1050" type="#_x0000_t75" style="width:52.2pt;height:19.2pt" o:ole="">
            <v:imagedata r:id="rId60" o:title=""/>
          </v:shape>
          <o:OLEObject Type="Embed" ProgID="Equation.DSMT4" ShapeID="_x0000_i1050" DrawAspect="Content" ObjectID="_1699835168" r:id="rId6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680" w:dyaOrig="320" w14:anchorId="5CEBF472">
          <v:shape id="_x0000_i1051" type="#_x0000_t75" style="width:34.2pt;height:16.2pt" o:ole="">
            <v:imagedata r:id="rId62" o:title=""/>
          </v:shape>
          <o:OLEObject Type="Embed" ProgID="Equation.DSMT4" ShapeID="_x0000_i1051" DrawAspect="Content" ObjectID="_1699835169" r:id="rId63"/>
        </w:object>
      </w:r>
      <w:r w:rsidRPr="00B13C4C">
        <w:rPr>
          <w:rFonts w:ascii="Times New Roman" w:hAnsi="Times New Roman" w:cs="Times New Roman"/>
          <w:sz w:val="24"/>
          <w:szCs w:val="24"/>
        </w:rPr>
        <w:t>.</w:t>
      </w:r>
    </w:p>
    <w:p w14:paraId="0BD8B0DF" w14:textId="44704463" w:rsidR="004C7529" w:rsidRPr="00B13C4C" w:rsidRDefault="004C7529" w:rsidP="004C7529">
      <w:pPr>
        <w:tabs>
          <w:tab w:val="left" w:pos="992"/>
        </w:tabs>
        <w:spacing w:before="120" w:after="0" w:line="276" w:lineRule="auto"/>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Điều kiện xác định của phương trình </w:t>
      </w:r>
      <w:r w:rsidRPr="00B13C4C">
        <w:rPr>
          <w:rFonts w:ascii="Times New Roman" w:hAnsi="Times New Roman" w:cs="Times New Roman"/>
          <w:position w:val="-24"/>
          <w:sz w:val="24"/>
          <w:szCs w:val="24"/>
        </w:rPr>
        <w:object w:dxaOrig="1040" w:dyaOrig="620" w14:anchorId="0A4FA38A">
          <v:shape id="_x0000_i1052" type="#_x0000_t75" style="width:52.2pt;height:31.2pt" o:ole="">
            <v:imagedata r:id="rId64" o:title=""/>
          </v:shape>
          <o:OLEObject Type="Embed" ProgID="Equation.DSMT4" ShapeID="_x0000_i1052" DrawAspect="Content" ObjectID="_1699835170" r:id="rId65"/>
        </w:object>
      </w:r>
      <w:r w:rsidRPr="00B13C4C">
        <w:rPr>
          <w:rFonts w:ascii="Times New Roman" w:hAnsi="Times New Roman" w:cs="Times New Roman"/>
          <w:sz w:val="24"/>
          <w:szCs w:val="24"/>
        </w:rPr>
        <w:t xml:space="preserve"> là</w:t>
      </w:r>
    </w:p>
    <w:p w14:paraId="3DD3BDF8" w14:textId="24BE20CB" w:rsidR="004C7529" w:rsidRPr="00B13C4C" w:rsidRDefault="004C7529" w:rsidP="004C7529">
      <w:pPr>
        <w:tabs>
          <w:tab w:val="left" w:pos="3402"/>
          <w:tab w:val="left" w:pos="5669"/>
          <w:tab w:val="left" w:pos="7937"/>
        </w:tabs>
        <w:spacing w:after="0" w:line="276" w:lineRule="auto"/>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680" w:dyaOrig="279" w14:anchorId="779245CF">
          <v:shape id="_x0000_i1053" type="#_x0000_t75" style="width:34.2pt;height:13.8pt" o:ole="">
            <v:imagedata r:id="rId66" o:title=""/>
          </v:shape>
          <o:OLEObject Type="Embed" ProgID="Equation.DSMT4" ShapeID="_x0000_i1053" DrawAspect="Content" ObjectID="_1699835171" r:id="rId6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520" w:dyaOrig="279" w14:anchorId="5A53F9C0">
          <v:shape id="_x0000_i1054" type="#_x0000_t75" style="width:25.8pt;height:13.8pt" o:ole="">
            <v:imagedata r:id="rId68" o:title=""/>
          </v:shape>
          <o:OLEObject Type="Embed" ProgID="Equation.DSMT4" ShapeID="_x0000_i1054" DrawAspect="Content" ObjectID="_1699835172" r:id="rId6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700" w:dyaOrig="279" w14:anchorId="5AC4BDD3">
          <v:shape id="_x0000_i1055" type="#_x0000_t75" style="width:34.8pt;height:13.8pt" o:ole="">
            <v:imagedata r:id="rId70" o:title=""/>
          </v:shape>
          <o:OLEObject Type="Embed" ProgID="Equation.DSMT4" ShapeID="_x0000_i1055" DrawAspect="Content" ObjectID="_1699835173" r:id="rId7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560" w:dyaOrig="279" w14:anchorId="58DDC36D">
          <v:shape id="_x0000_i1056" type="#_x0000_t75" style="width:28.2pt;height:13.8pt" o:ole="">
            <v:imagedata r:id="rId72" o:title=""/>
          </v:shape>
          <o:OLEObject Type="Embed" ProgID="Equation.DSMT4" ShapeID="_x0000_i1056" DrawAspect="Content" ObjectID="_1699835174" r:id="rId73"/>
        </w:object>
      </w:r>
      <w:r w:rsidRPr="00B13C4C">
        <w:rPr>
          <w:rFonts w:ascii="Times New Roman" w:hAnsi="Times New Roman" w:cs="Times New Roman"/>
          <w:sz w:val="24"/>
          <w:szCs w:val="24"/>
        </w:rPr>
        <w:t>.</w:t>
      </w:r>
    </w:p>
    <w:p w14:paraId="6B217AAC" w14:textId="329CF5F4" w:rsidR="004C7529" w:rsidRPr="00B13C4C" w:rsidRDefault="004C7529" w:rsidP="004C7529">
      <w:pPr>
        <w:tabs>
          <w:tab w:val="left" w:pos="992"/>
        </w:tabs>
        <w:spacing w:before="120" w:after="0" w:line="276" w:lineRule="auto"/>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Điều kiện xác định của phương trình </w:t>
      </w:r>
      <w:r w:rsidRPr="00B13C4C">
        <w:rPr>
          <w:rFonts w:ascii="Times New Roman" w:hAnsi="Times New Roman" w:cs="Times New Roman"/>
          <w:position w:val="-8"/>
          <w:sz w:val="24"/>
          <w:szCs w:val="24"/>
        </w:rPr>
        <w:object w:dxaOrig="1340" w:dyaOrig="360" w14:anchorId="2E959D57">
          <v:shape id="_x0000_i1057" type="#_x0000_t75" style="width:67.2pt;height:18pt" o:ole="">
            <v:imagedata r:id="rId74" o:title=""/>
          </v:shape>
          <o:OLEObject Type="Embed" ProgID="Equation.DSMT4" ShapeID="_x0000_i1057" DrawAspect="Content" ObjectID="_1699835175" r:id="rId75"/>
        </w:object>
      </w:r>
      <w:r w:rsidRPr="00B13C4C">
        <w:rPr>
          <w:rFonts w:ascii="Times New Roman" w:hAnsi="Times New Roman" w:cs="Times New Roman"/>
          <w:sz w:val="24"/>
          <w:szCs w:val="24"/>
        </w:rPr>
        <w:t xml:space="preserve"> là</w:t>
      </w:r>
    </w:p>
    <w:p w14:paraId="7C6D4694" w14:textId="0F80999A" w:rsidR="004C7529" w:rsidRPr="00B13C4C" w:rsidRDefault="004C7529" w:rsidP="004C7529">
      <w:pPr>
        <w:tabs>
          <w:tab w:val="left" w:pos="3402"/>
          <w:tab w:val="left" w:pos="5669"/>
          <w:tab w:val="left" w:pos="7937"/>
        </w:tabs>
        <w:spacing w:after="0" w:line="276" w:lineRule="auto"/>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660" w:dyaOrig="279" w14:anchorId="30BA006C">
          <v:shape id="_x0000_i1058" type="#_x0000_t75" style="width:33pt;height:13.8pt" o:ole="">
            <v:imagedata r:id="rId76" o:title=""/>
          </v:shape>
          <o:OLEObject Type="Embed" ProgID="Equation.DSMT4" ShapeID="_x0000_i1058" DrawAspect="Content" ObjectID="_1699835176" r:id="rId7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680" w:dyaOrig="279" w14:anchorId="569D3F5A">
          <v:shape id="_x0000_i1059" type="#_x0000_t75" style="width:34.2pt;height:13.8pt" o:ole="">
            <v:imagedata r:id="rId78" o:title=""/>
          </v:shape>
          <o:OLEObject Type="Embed" ProgID="Equation.DSMT4" ShapeID="_x0000_i1059" DrawAspect="Content" ObjectID="_1699835177" r:id="rId7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680" w:dyaOrig="279" w14:anchorId="76FA083B">
          <v:shape id="_x0000_i1060" type="#_x0000_t75" style="width:34.2pt;height:13.8pt" o:ole="">
            <v:imagedata r:id="rId80" o:title=""/>
          </v:shape>
          <o:OLEObject Type="Embed" ProgID="Equation.DSMT4" ShapeID="_x0000_i1060" DrawAspect="Content" ObjectID="_1699835178" r:id="rId8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660" w:dyaOrig="279" w14:anchorId="2906E24D">
          <v:shape id="_x0000_i1061" type="#_x0000_t75" style="width:33pt;height:13.8pt" o:ole="">
            <v:imagedata r:id="rId82" o:title=""/>
          </v:shape>
          <o:OLEObject Type="Embed" ProgID="Equation.DSMT4" ShapeID="_x0000_i1061" DrawAspect="Content" ObjectID="_1699835179" r:id="rId83"/>
        </w:object>
      </w:r>
      <w:r w:rsidRPr="00B13C4C">
        <w:rPr>
          <w:rFonts w:ascii="Times New Roman" w:hAnsi="Times New Roman" w:cs="Times New Roman"/>
          <w:sz w:val="24"/>
          <w:szCs w:val="24"/>
        </w:rPr>
        <w:t>.</w:t>
      </w:r>
    </w:p>
    <w:p w14:paraId="14048960" w14:textId="372D5956" w:rsidR="004C7529" w:rsidRPr="00B13C4C" w:rsidRDefault="004C7529" w:rsidP="004C7529">
      <w:pPr>
        <w:tabs>
          <w:tab w:val="left" w:pos="992"/>
        </w:tabs>
        <w:spacing w:before="120" w:after="0" w:line="276" w:lineRule="auto"/>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Nghiệm của phương trình </w:t>
      </w:r>
      <w:r w:rsidRPr="00B13C4C">
        <w:rPr>
          <w:rFonts w:ascii="Times New Roman" w:hAnsi="Times New Roman" w:cs="Times New Roman"/>
          <w:position w:val="-24"/>
          <w:sz w:val="24"/>
          <w:szCs w:val="24"/>
        </w:rPr>
        <w:object w:dxaOrig="2220" w:dyaOrig="620" w14:anchorId="50FE86AA">
          <v:shape id="_x0000_i1062" type="#_x0000_t75" style="width:111pt;height:31.2pt" o:ole="">
            <v:imagedata r:id="rId84" o:title=""/>
          </v:shape>
          <o:OLEObject Type="Embed" ProgID="Equation.DSMT4" ShapeID="_x0000_i1062" DrawAspect="Content" ObjectID="_1699835180" r:id="rId85"/>
        </w:object>
      </w:r>
      <w:r w:rsidRPr="00B13C4C">
        <w:rPr>
          <w:rFonts w:ascii="Times New Roman" w:hAnsi="Times New Roman" w:cs="Times New Roman"/>
          <w:sz w:val="24"/>
          <w:szCs w:val="24"/>
        </w:rPr>
        <w:t xml:space="preserve"> là</w:t>
      </w:r>
    </w:p>
    <w:p w14:paraId="4684A82D" w14:textId="17D31587" w:rsidR="004C7529" w:rsidRPr="00B13C4C" w:rsidRDefault="004C7529" w:rsidP="004C7529">
      <w:pPr>
        <w:tabs>
          <w:tab w:val="left" w:pos="3402"/>
          <w:tab w:val="left" w:pos="5669"/>
          <w:tab w:val="left" w:pos="7937"/>
        </w:tabs>
        <w:spacing w:after="0" w:line="276" w:lineRule="auto"/>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lastRenderedPageBreak/>
        <w:t xml:space="preserve">A. </w:t>
      </w:r>
      <w:r w:rsidRPr="00B13C4C">
        <w:rPr>
          <w:rFonts w:ascii="Times New Roman" w:hAnsi="Times New Roman" w:cs="Times New Roman"/>
          <w:position w:val="-6"/>
          <w:sz w:val="24"/>
          <w:szCs w:val="24"/>
        </w:rPr>
        <w:object w:dxaOrig="560" w:dyaOrig="279" w14:anchorId="5C3A98C2">
          <v:shape id="_x0000_i1063" type="#_x0000_t75" style="width:28.2pt;height:13.8pt" o:ole="">
            <v:imagedata r:id="rId86" o:title=""/>
          </v:shape>
          <o:OLEObject Type="Embed" ProgID="Equation.DSMT4" ShapeID="_x0000_i1063" DrawAspect="Content" ObjectID="_1699835181" r:id="rId8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560" w:dyaOrig="279" w14:anchorId="4A5ADDA5">
          <v:shape id="_x0000_i1064" type="#_x0000_t75" style="width:28.2pt;height:13.8pt" o:ole="">
            <v:imagedata r:id="rId88" o:title=""/>
          </v:shape>
          <o:OLEObject Type="Embed" ProgID="Equation.DSMT4" ShapeID="_x0000_i1064" DrawAspect="Content" ObjectID="_1699835182" r:id="rId8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540" w:dyaOrig="279" w14:anchorId="64887D4F">
          <v:shape id="_x0000_i1065" type="#_x0000_t75" style="width:27pt;height:13.8pt" o:ole="">
            <v:imagedata r:id="rId90" o:title=""/>
          </v:shape>
          <o:OLEObject Type="Embed" ProgID="Equation.DSMT4" ShapeID="_x0000_i1065" DrawAspect="Content" ObjectID="_1699835183" r:id="rId9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520" w:dyaOrig="279" w14:anchorId="34D8E773">
          <v:shape id="_x0000_i1066" type="#_x0000_t75" style="width:25.8pt;height:13.8pt" o:ole="">
            <v:imagedata r:id="rId92" o:title=""/>
          </v:shape>
          <o:OLEObject Type="Embed" ProgID="Equation.DSMT4" ShapeID="_x0000_i1066" DrawAspect="Content" ObjectID="_1699835184" r:id="rId93"/>
        </w:object>
      </w:r>
      <w:r w:rsidRPr="00B13C4C">
        <w:rPr>
          <w:rFonts w:ascii="Times New Roman" w:hAnsi="Times New Roman" w:cs="Times New Roman"/>
          <w:sz w:val="24"/>
          <w:szCs w:val="24"/>
        </w:rPr>
        <w:t>.</w:t>
      </w:r>
    </w:p>
    <w:p w14:paraId="4117DB4C" w14:textId="772702DD" w:rsidR="004C7529" w:rsidRPr="00B13C4C" w:rsidRDefault="004C7529" w:rsidP="004C7529">
      <w:pPr>
        <w:tabs>
          <w:tab w:val="left" w:pos="992"/>
        </w:tabs>
        <w:spacing w:before="120" w:after="0" w:line="276" w:lineRule="auto"/>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Nghiệm của phương trình </w:t>
      </w:r>
      <w:r w:rsidRPr="00B13C4C">
        <w:rPr>
          <w:rFonts w:ascii="Times New Roman" w:hAnsi="Times New Roman" w:cs="Times New Roman"/>
          <w:position w:val="-6"/>
          <w:sz w:val="24"/>
          <w:szCs w:val="24"/>
        </w:rPr>
        <w:object w:dxaOrig="999" w:dyaOrig="279" w14:anchorId="0FB2DC91">
          <v:shape id="_x0000_i1067" type="#_x0000_t75" style="width:49.8pt;height:13.8pt" o:ole="">
            <v:imagedata r:id="rId94" o:title=""/>
          </v:shape>
          <o:OLEObject Type="Embed" ProgID="Equation.DSMT4" ShapeID="_x0000_i1067" DrawAspect="Content" ObjectID="_1699835185" r:id="rId95"/>
        </w:object>
      </w:r>
      <w:r w:rsidRPr="00B13C4C">
        <w:rPr>
          <w:rFonts w:ascii="Times New Roman" w:hAnsi="Times New Roman" w:cs="Times New Roman"/>
          <w:sz w:val="24"/>
          <w:szCs w:val="24"/>
        </w:rPr>
        <w:t xml:space="preserve"> là</w:t>
      </w:r>
    </w:p>
    <w:p w14:paraId="5BF537CE" w14:textId="44D6DBE8" w:rsidR="004C7529" w:rsidRPr="00B13C4C" w:rsidRDefault="004C7529" w:rsidP="004C7529">
      <w:pPr>
        <w:tabs>
          <w:tab w:val="left" w:pos="3402"/>
          <w:tab w:val="left" w:pos="5669"/>
          <w:tab w:val="left" w:pos="7937"/>
        </w:tabs>
        <w:spacing w:after="0" w:line="276" w:lineRule="auto"/>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680" w:dyaOrig="279" w14:anchorId="698E447E">
          <v:shape id="_x0000_i1068" type="#_x0000_t75" style="width:34.2pt;height:13.8pt" o:ole="">
            <v:imagedata r:id="rId96" o:title=""/>
          </v:shape>
          <o:OLEObject Type="Embed" ProgID="Equation.DSMT4" ShapeID="_x0000_i1068" DrawAspect="Content" ObjectID="_1699835186" r:id="rId9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680" w:dyaOrig="279" w14:anchorId="522936A0">
          <v:shape id="_x0000_i1069" type="#_x0000_t75" style="width:34.2pt;height:13.8pt" o:ole="">
            <v:imagedata r:id="rId98" o:title=""/>
          </v:shape>
          <o:OLEObject Type="Embed" ProgID="Equation.DSMT4" ShapeID="_x0000_i1069" DrawAspect="Content" ObjectID="_1699835187" r:id="rId9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540" w:dyaOrig="279" w14:anchorId="2ADE22B8">
          <v:shape id="_x0000_i1070" type="#_x0000_t75" style="width:27pt;height:13.8pt" o:ole="">
            <v:imagedata r:id="rId100" o:title=""/>
          </v:shape>
          <o:OLEObject Type="Embed" ProgID="Equation.DSMT4" ShapeID="_x0000_i1070" DrawAspect="Content" ObjectID="_1699835188" r:id="rId10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560" w:dyaOrig="279" w14:anchorId="4AE43972">
          <v:shape id="_x0000_i1071" type="#_x0000_t75" style="width:28.2pt;height:13.8pt" o:ole="">
            <v:imagedata r:id="rId102" o:title=""/>
          </v:shape>
          <o:OLEObject Type="Embed" ProgID="Equation.DSMT4" ShapeID="_x0000_i1071" DrawAspect="Content" ObjectID="_1699835189" r:id="rId103"/>
        </w:object>
      </w:r>
      <w:r w:rsidRPr="00B13C4C">
        <w:rPr>
          <w:rFonts w:ascii="Times New Roman" w:hAnsi="Times New Roman" w:cs="Times New Roman"/>
          <w:sz w:val="24"/>
          <w:szCs w:val="24"/>
        </w:rPr>
        <w:t>.</w:t>
      </w:r>
    </w:p>
    <w:p w14:paraId="2AF0D79B" w14:textId="3786E481" w:rsidR="004C7529" w:rsidRPr="00B13C4C" w:rsidRDefault="004C7529" w:rsidP="004C7529">
      <w:pPr>
        <w:tabs>
          <w:tab w:val="left" w:pos="992"/>
        </w:tabs>
        <w:spacing w:before="120" w:after="0" w:line="276" w:lineRule="auto"/>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Biết </w:t>
      </w:r>
      <w:r w:rsidRPr="00B13C4C">
        <w:rPr>
          <w:rFonts w:ascii="Times New Roman" w:hAnsi="Times New Roman" w:cs="Times New Roman"/>
          <w:position w:val="-12"/>
          <w:sz w:val="24"/>
          <w:szCs w:val="24"/>
        </w:rPr>
        <w:object w:dxaOrig="540" w:dyaOrig="360" w14:anchorId="277CD3B3">
          <v:shape id="_x0000_i1072" type="#_x0000_t75" style="width:27pt;height:18pt" o:ole="">
            <v:imagedata r:id="rId104" o:title=""/>
          </v:shape>
          <o:OLEObject Type="Embed" ProgID="Equation.DSMT4" ShapeID="_x0000_i1072" DrawAspect="Content" ObjectID="_1699835190" r:id="rId105"/>
        </w:object>
      </w:r>
      <w:r w:rsidRPr="00B13C4C">
        <w:rPr>
          <w:rFonts w:ascii="Times New Roman" w:hAnsi="Times New Roman" w:cs="Times New Roman"/>
          <w:sz w:val="24"/>
          <w:szCs w:val="24"/>
        </w:rPr>
        <w:t xml:space="preserve"> là các nghiệm của phương trình </w:t>
      </w:r>
      <w:r w:rsidRPr="00B13C4C">
        <w:rPr>
          <w:rFonts w:ascii="Times New Roman" w:hAnsi="Times New Roman" w:cs="Times New Roman"/>
          <w:position w:val="-6"/>
          <w:sz w:val="24"/>
          <w:szCs w:val="24"/>
        </w:rPr>
        <w:object w:dxaOrig="1440" w:dyaOrig="320" w14:anchorId="286B58B3">
          <v:shape id="_x0000_i1073" type="#_x0000_t75" style="width:1in;height:16.2pt" o:ole="">
            <v:imagedata r:id="rId106" o:title=""/>
          </v:shape>
          <o:OLEObject Type="Embed" ProgID="Equation.DSMT4" ShapeID="_x0000_i1073" DrawAspect="Content" ObjectID="_1699835191" r:id="rId107"/>
        </w:object>
      </w:r>
      <w:r w:rsidRPr="00B13C4C">
        <w:rPr>
          <w:rFonts w:ascii="Times New Roman" w:hAnsi="Times New Roman" w:cs="Times New Roman"/>
          <w:sz w:val="24"/>
          <w:szCs w:val="24"/>
        </w:rPr>
        <w:t xml:space="preserve">. Giá trị của </w:t>
      </w:r>
      <w:r w:rsidRPr="00B13C4C">
        <w:rPr>
          <w:rFonts w:ascii="Times New Roman" w:hAnsi="Times New Roman" w:cs="Times New Roman"/>
          <w:position w:val="-12"/>
          <w:sz w:val="24"/>
          <w:szCs w:val="24"/>
        </w:rPr>
        <w:object w:dxaOrig="440" w:dyaOrig="360" w14:anchorId="46AC8D73">
          <v:shape id="_x0000_i1074" type="#_x0000_t75" style="width:22.2pt;height:18pt" o:ole="">
            <v:imagedata r:id="rId108" o:title=""/>
          </v:shape>
          <o:OLEObject Type="Embed" ProgID="Equation.DSMT4" ShapeID="_x0000_i1074" DrawAspect="Content" ObjectID="_1699835192" r:id="rId109"/>
        </w:object>
      </w:r>
      <w:r w:rsidRPr="00B13C4C">
        <w:rPr>
          <w:rFonts w:ascii="Times New Roman" w:hAnsi="Times New Roman" w:cs="Times New Roman"/>
          <w:sz w:val="24"/>
          <w:szCs w:val="24"/>
        </w:rPr>
        <w:t xml:space="preserve"> bẳng</w:t>
      </w:r>
    </w:p>
    <w:p w14:paraId="271F96F0" w14:textId="71E16059" w:rsidR="004C7529" w:rsidRPr="00B13C4C" w:rsidRDefault="004C7529" w:rsidP="004C7529">
      <w:pPr>
        <w:tabs>
          <w:tab w:val="left" w:pos="3402"/>
          <w:tab w:val="left" w:pos="5669"/>
          <w:tab w:val="left" w:pos="7937"/>
        </w:tabs>
        <w:spacing w:after="0" w:line="276" w:lineRule="auto"/>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7.</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320" w:dyaOrig="279" w14:anchorId="399B168B">
          <v:shape id="_x0000_i1075" type="#_x0000_t75" style="width:16.2pt;height:13.8pt" o:ole="">
            <v:imagedata r:id="rId110" o:title=""/>
          </v:shape>
          <o:OLEObject Type="Embed" ProgID="Equation.DSMT4" ShapeID="_x0000_i1075" DrawAspect="Content" ObjectID="_1699835193" r:id="rId11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3.</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320" w:dyaOrig="279" w14:anchorId="15ECD2F7">
          <v:shape id="_x0000_i1076" type="#_x0000_t75" style="width:16.2pt;height:13.8pt" o:ole="">
            <v:imagedata r:id="rId112" o:title=""/>
          </v:shape>
          <o:OLEObject Type="Embed" ProgID="Equation.DSMT4" ShapeID="_x0000_i1076" DrawAspect="Content" ObjectID="_1699835194" r:id="rId113"/>
        </w:object>
      </w:r>
      <w:r w:rsidRPr="00B13C4C">
        <w:rPr>
          <w:rFonts w:ascii="Times New Roman" w:hAnsi="Times New Roman" w:cs="Times New Roman"/>
          <w:sz w:val="24"/>
          <w:szCs w:val="24"/>
        </w:rPr>
        <w:t>.</w:t>
      </w:r>
    </w:p>
    <w:p w14:paraId="3C2B4DD4" w14:textId="7AF77A55" w:rsidR="004C7529" w:rsidRPr="00B13C4C" w:rsidRDefault="004C7529" w:rsidP="004C7529">
      <w:pPr>
        <w:tabs>
          <w:tab w:val="left" w:pos="992"/>
        </w:tabs>
        <w:spacing w:before="120" w:after="0" w:line="276" w:lineRule="auto"/>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Cặp số </w:t>
      </w:r>
      <w:r w:rsidRPr="00B13C4C">
        <w:rPr>
          <w:rFonts w:ascii="Times New Roman" w:hAnsi="Times New Roman" w:cs="Times New Roman"/>
          <w:position w:val="-10"/>
          <w:sz w:val="24"/>
          <w:szCs w:val="24"/>
        </w:rPr>
        <w:object w:dxaOrig="580" w:dyaOrig="320" w14:anchorId="16A67D85">
          <v:shape id="_x0000_i1077" type="#_x0000_t75" style="width:28.8pt;height:16.2pt" o:ole="">
            <v:imagedata r:id="rId114" o:title=""/>
          </v:shape>
          <o:OLEObject Type="Embed" ProgID="Equation.DSMT4" ShapeID="_x0000_i1077" DrawAspect="Content" ObjectID="_1699835195" r:id="rId115"/>
        </w:object>
      </w:r>
      <w:r w:rsidRPr="00B13C4C">
        <w:rPr>
          <w:rFonts w:ascii="Times New Roman" w:hAnsi="Times New Roman" w:cs="Times New Roman"/>
          <w:sz w:val="24"/>
          <w:szCs w:val="24"/>
        </w:rPr>
        <w:t xml:space="preserve"> nào dưới đây là nghiệm của phương trình </w:t>
      </w:r>
      <w:r w:rsidRPr="00B13C4C">
        <w:rPr>
          <w:rFonts w:ascii="Times New Roman" w:hAnsi="Times New Roman" w:cs="Times New Roman"/>
          <w:position w:val="-10"/>
          <w:sz w:val="24"/>
          <w:szCs w:val="24"/>
        </w:rPr>
        <w:object w:dxaOrig="1460" w:dyaOrig="320" w14:anchorId="61815E3E">
          <v:shape id="_x0000_i1078" type="#_x0000_t75" style="width:73.2pt;height:16.2pt" o:ole="">
            <v:imagedata r:id="rId116" o:title=""/>
          </v:shape>
          <o:OLEObject Type="Embed" ProgID="Equation.DSMT4" ShapeID="_x0000_i1078" DrawAspect="Content" ObjectID="_1699835196" r:id="rId117"/>
        </w:object>
      </w:r>
      <w:r w:rsidRPr="00B13C4C">
        <w:rPr>
          <w:rFonts w:ascii="Times New Roman" w:hAnsi="Times New Roman" w:cs="Times New Roman"/>
          <w:sz w:val="24"/>
          <w:szCs w:val="24"/>
        </w:rPr>
        <w:t>?</w:t>
      </w:r>
    </w:p>
    <w:p w14:paraId="07776406" w14:textId="39542471" w:rsidR="004C7529" w:rsidRPr="00B13C4C" w:rsidRDefault="004C7529" w:rsidP="004C7529">
      <w:pPr>
        <w:tabs>
          <w:tab w:val="left" w:pos="3402"/>
          <w:tab w:val="left" w:pos="5669"/>
          <w:tab w:val="left" w:pos="7937"/>
        </w:tabs>
        <w:spacing w:after="0" w:line="276" w:lineRule="auto"/>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520" w:dyaOrig="320" w14:anchorId="1F7B9D1E">
          <v:shape id="_x0000_i1079" type="#_x0000_t75" style="width:25.8pt;height:16.2pt" o:ole="">
            <v:imagedata r:id="rId118" o:title=""/>
          </v:shape>
          <o:OLEObject Type="Embed" ProgID="Equation.DSMT4" ShapeID="_x0000_i1079" DrawAspect="Content" ObjectID="_1699835197" r:id="rId11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660" w:dyaOrig="320" w14:anchorId="1CAF18B0">
          <v:shape id="_x0000_i1080" type="#_x0000_t75" style="width:33pt;height:16.2pt" o:ole="">
            <v:imagedata r:id="rId120" o:title=""/>
          </v:shape>
          <o:OLEObject Type="Embed" ProgID="Equation.DSMT4" ShapeID="_x0000_i1080" DrawAspect="Content" ObjectID="_1699835198" r:id="rId12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520" w:dyaOrig="320" w14:anchorId="771EB581">
          <v:shape id="_x0000_i1081" type="#_x0000_t75" style="width:25.8pt;height:16.2pt" o:ole="">
            <v:imagedata r:id="rId122" o:title=""/>
          </v:shape>
          <o:OLEObject Type="Embed" ProgID="Equation.DSMT4" ShapeID="_x0000_i1081" DrawAspect="Content" ObjectID="_1699835199" r:id="rId12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660" w:dyaOrig="320" w14:anchorId="21AC4C13">
          <v:shape id="_x0000_i1082" type="#_x0000_t75" style="width:33pt;height:16.2pt" o:ole="">
            <v:imagedata r:id="rId124" o:title=""/>
          </v:shape>
          <o:OLEObject Type="Embed" ProgID="Equation.DSMT4" ShapeID="_x0000_i1082" DrawAspect="Content" ObjectID="_1699835200" r:id="rId125"/>
        </w:object>
      </w:r>
      <w:r w:rsidRPr="00B13C4C">
        <w:rPr>
          <w:rFonts w:ascii="Times New Roman" w:hAnsi="Times New Roman" w:cs="Times New Roman"/>
          <w:sz w:val="24"/>
          <w:szCs w:val="24"/>
        </w:rPr>
        <w:t>.</w:t>
      </w:r>
    </w:p>
    <w:p w14:paraId="4281804D" w14:textId="15C859B6" w:rsidR="004C7529" w:rsidRPr="00B13C4C" w:rsidRDefault="004C7529" w:rsidP="004C7529">
      <w:pPr>
        <w:tabs>
          <w:tab w:val="left" w:pos="992"/>
        </w:tabs>
        <w:spacing w:before="120" w:after="0" w:line="276" w:lineRule="auto"/>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Nghiệm của hệ phương trình </w:t>
      </w:r>
      <w:r w:rsidRPr="00B13C4C">
        <w:rPr>
          <w:rFonts w:ascii="Times New Roman" w:hAnsi="Times New Roman" w:cs="Times New Roman"/>
          <w:position w:val="-30"/>
          <w:sz w:val="24"/>
          <w:szCs w:val="24"/>
        </w:rPr>
        <w:object w:dxaOrig="1380" w:dyaOrig="720" w14:anchorId="216D4BEF">
          <v:shape id="_x0000_i1083" type="#_x0000_t75" style="width:69pt;height:36pt" o:ole="">
            <v:imagedata r:id="rId126" o:title=""/>
          </v:shape>
          <o:OLEObject Type="Embed" ProgID="Equation.DSMT4" ShapeID="_x0000_i1083" DrawAspect="Content" ObjectID="_1699835201" r:id="rId127"/>
        </w:object>
      </w:r>
      <w:r w:rsidRPr="00B13C4C">
        <w:rPr>
          <w:rFonts w:ascii="Times New Roman" w:hAnsi="Times New Roman" w:cs="Times New Roman"/>
          <w:sz w:val="24"/>
          <w:szCs w:val="24"/>
        </w:rPr>
        <w:t xml:space="preserve"> là</w:t>
      </w:r>
    </w:p>
    <w:p w14:paraId="714662C1" w14:textId="58A58B0D" w:rsidR="004C7529" w:rsidRPr="00B13C4C" w:rsidRDefault="004C7529" w:rsidP="004C7529">
      <w:pPr>
        <w:tabs>
          <w:tab w:val="left" w:pos="3402"/>
          <w:tab w:val="left" w:pos="5669"/>
          <w:tab w:val="left" w:pos="7937"/>
        </w:tabs>
        <w:spacing w:after="0" w:line="276" w:lineRule="auto"/>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680" w:dyaOrig="320" w14:anchorId="1A7592D7">
          <v:shape id="_x0000_i1084" type="#_x0000_t75" style="width:34.2pt;height:16.2pt" o:ole="">
            <v:imagedata r:id="rId128" o:title=""/>
          </v:shape>
          <o:OLEObject Type="Embed" ProgID="Equation.DSMT4" ShapeID="_x0000_i1084" DrawAspect="Content" ObjectID="_1699835202" r:id="rId12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560" w:dyaOrig="320" w14:anchorId="25DD8D66">
          <v:shape id="_x0000_i1085" type="#_x0000_t75" style="width:28.2pt;height:16.2pt" o:ole="">
            <v:imagedata r:id="rId130" o:title=""/>
          </v:shape>
          <o:OLEObject Type="Embed" ProgID="Equation.DSMT4" ShapeID="_x0000_i1085" DrawAspect="Content" ObjectID="_1699835203" r:id="rId13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680" w:dyaOrig="320" w14:anchorId="1D6F752C">
          <v:shape id="_x0000_i1086" type="#_x0000_t75" style="width:34.2pt;height:16.2pt" o:ole="">
            <v:imagedata r:id="rId132" o:title=""/>
          </v:shape>
          <o:OLEObject Type="Embed" ProgID="Equation.DSMT4" ShapeID="_x0000_i1086" DrawAspect="Content" ObjectID="_1699835204" r:id="rId13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560" w:dyaOrig="320" w14:anchorId="40108991">
          <v:shape id="_x0000_i1087" type="#_x0000_t75" style="width:28.2pt;height:16.2pt" o:ole="">
            <v:imagedata r:id="rId134" o:title=""/>
          </v:shape>
          <o:OLEObject Type="Embed" ProgID="Equation.DSMT4" ShapeID="_x0000_i1087" DrawAspect="Content" ObjectID="_1699835205" r:id="rId135"/>
        </w:object>
      </w:r>
      <w:r w:rsidRPr="00B13C4C">
        <w:rPr>
          <w:rFonts w:ascii="Times New Roman" w:hAnsi="Times New Roman" w:cs="Times New Roman"/>
          <w:sz w:val="24"/>
          <w:szCs w:val="24"/>
        </w:rPr>
        <w:t>.</w:t>
      </w:r>
    </w:p>
    <w:p w14:paraId="633847A2" w14:textId="533CCB26" w:rsidR="004C7529" w:rsidRPr="00B13C4C" w:rsidRDefault="004C7529" w:rsidP="004C7529">
      <w:pPr>
        <w:tabs>
          <w:tab w:val="left" w:pos="992"/>
        </w:tabs>
        <w:spacing w:before="120" w:after="0" w:line="276" w:lineRule="auto"/>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hình bình hành </w:t>
      </w:r>
      <w:r w:rsidRPr="00B13C4C">
        <w:rPr>
          <w:rFonts w:ascii="Times New Roman" w:hAnsi="Times New Roman" w:cs="Times New Roman"/>
          <w:position w:val="-6"/>
          <w:sz w:val="24"/>
          <w:szCs w:val="24"/>
        </w:rPr>
        <w:object w:dxaOrig="720" w:dyaOrig="279" w14:anchorId="7E8C2744">
          <v:shape id="_x0000_i1088" type="#_x0000_t75" style="width:36pt;height:13.8pt" o:ole="">
            <v:imagedata r:id="rId136" o:title=""/>
          </v:shape>
          <o:OLEObject Type="Embed" ProgID="Equation.DSMT4" ShapeID="_x0000_i1088" DrawAspect="Content" ObjectID="_1699835206" r:id="rId137"/>
        </w:object>
      </w:r>
      <w:r w:rsidRPr="00B13C4C">
        <w:rPr>
          <w:rFonts w:ascii="Times New Roman" w:hAnsi="Times New Roman" w:cs="Times New Roman"/>
          <w:sz w:val="24"/>
          <w:szCs w:val="24"/>
        </w:rPr>
        <w:t>. Mệnh đề nào dưới đây đúng?</w:t>
      </w:r>
    </w:p>
    <w:p w14:paraId="3F6F87B8" w14:textId="0758EF00" w:rsidR="004C7529" w:rsidRPr="00B13C4C" w:rsidRDefault="004C7529" w:rsidP="004C7529">
      <w:pPr>
        <w:tabs>
          <w:tab w:val="left" w:pos="3402"/>
          <w:tab w:val="left" w:pos="5669"/>
          <w:tab w:val="left" w:pos="7937"/>
        </w:tabs>
        <w:spacing w:after="0" w:line="276" w:lineRule="auto"/>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4"/>
          <w:sz w:val="24"/>
          <w:szCs w:val="24"/>
        </w:rPr>
        <w:object w:dxaOrig="1520" w:dyaOrig="320" w14:anchorId="2109CF86">
          <v:shape id="_x0000_i1089" type="#_x0000_t75" style="width:76.2pt;height:16.2pt" o:ole="">
            <v:imagedata r:id="rId138" o:title=""/>
          </v:shape>
          <o:OLEObject Type="Embed" ProgID="Equation.DSMT4" ShapeID="_x0000_i1089" DrawAspect="Content" ObjectID="_1699835207" r:id="rId13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4"/>
          <w:sz w:val="24"/>
          <w:szCs w:val="24"/>
        </w:rPr>
        <w:object w:dxaOrig="1520" w:dyaOrig="320" w14:anchorId="73267FB8">
          <v:shape id="_x0000_i1090" type="#_x0000_t75" style="width:76.2pt;height:16.2pt" o:ole="">
            <v:imagedata r:id="rId140" o:title=""/>
          </v:shape>
          <o:OLEObject Type="Embed" ProgID="Equation.DSMT4" ShapeID="_x0000_i1090" DrawAspect="Content" ObjectID="_1699835208" r:id="rId14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1540" w:dyaOrig="340" w14:anchorId="114222A6">
          <v:shape id="_x0000_i1091" type="#_x0000_t75" style="width:76.8pt;height:16.8pt" o:ole="">
            <v:imagedata r:id="rId142" o:title=""/>
          </v:shape>
          <o:OLEObject Type="Embed" ProgID="Equation.DSMT4" ShapeID="_x0000_i1091" DrawAspect="Content" ObjectID="_1699835209" r:id="rId14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1480" w:dyaOrig="340" w14:anchorId="6267BDC4">
          <v:shape id="_x0000_i1092" type="#_x0000_t75" style="width:73.8pt;height:16.8pt" o:ole="">
            <v:imagedata r:id="rId144" o:title=""/>
          </v:shape>
          <o:OLEObject Type="Embed" ProgID="Equation.DSMT4" ShapeID="_x0000_i1092" DrawAspect="Content" ObjectID="_1699835210" r:id="rId145"/>
        </w:object>
      </w:r>
      <w:r w:rsidRPr="00B13C4C">
        <w:rPr>
          <w:rFonts w:ascii="Times New Roman" w:hAnsi="Times New Roman" w:cs="Times New Roman"/>
          <w:sz w:val="24"/>
          <w:szCs w:val="24"/>
        </w:rPr>
        <w:t>.</w:t>
      </w:r>
    </w:p>
    <w:p w14:paraId="6794303F" w14:textId="39E35D29" w:rsidR="004C7529" w:rsidRPr="00B13C4C" w:rsidRDefault="004C7529" w:rsidP="004C7529">
      <w:pPr>
        <w:tabs>
          <w:tab w:val="left" w:pos="992"/>
        </w:tabs>
        <w:spacing w:before="120" w:after="0" w:line="276" w:lineRule="auto"/>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w:t>
      </w:r>
      <w:r w:rsidRPr="00B13C4C">
        <w:rPr>
          <w:rFonts w:ascii="Times New Roman" w:hAnsi="Times New Roman" w:cs="Times New Roman"/>
          <w:position w:val="-10"/>
          <w:sz w:val="24"/>
          <w:szCs w:val="24"/>
        </w:rPr>
        <w:object w:dxaOrig="460" w:dyaOrig="320" w14:anchorId="4C775CD4">
          <v:shape id="_x0000_i1093" type="#_x0000_t75" style="width:22.8pt;height:16.2pt" o:ole="">
            <v:imagedata r:id="rId146" o:title=""/>
          </v:shape>
          <o:OLEObject Type="Embed" ProgID="Equation.DSMT4" ShapeID="_x0000_i1093" DrawAspect="Content" ObjectID="_1699835211" r:id="rId147"/>
        </w:object>
      </w:r>
      <w:r w:rsidRPr="00B13C4C">
        <w:rPr>
          <w:rFonts w:ascii="Times New Roman" w:hAnsi="Times New Roman" w:cs="Times New Roman"/>
          <w:sz w:val="24"/>
          <w:szCs w:val="24"/>
        </w:rPr>
        <w:t xml:space="preserve">, cho vecto </w:t>
      </w:r>
      <w:r w:rsidRPr="00B13C4C">
        <w:rPr>
          <w:rFonts w:ascii="Times New Roman" w:hAnsi="Times New Roman" w:cs="Times New Roman"/>
          <w:position w:val="-10"/>
          <w:sz w:val="24"/>
          <w:szCs w:val="24"/>
        </w:rPr>
        <w:object w:dxaOrig="1140" w:dyaOrig="360" w14:anchorId="281EEE3E">
          <v:shape id="_x0000_i1094" type="#_x0000_t75" style="width:57pt;height:18pt" o:ole="">
            <v:imagedata r:id="rId148" o:title=""/>
          </v:shape>
          <o:OLEObject Type="Embed" ProgID="Equation.DSMT4" ShapeID="_x0000_i1094" DrawAspect="Content" ObjectID="_1699835212" r:id="rId149"/>
        </w:object>
      </w:r>
      <w:r w:rsidRPr="00B13C4C">
        <w:rPr>
          <w:rFonts w:ascii="Times New Roman" w:hAnsi="Times New Roman" w:cs="Times New Roman"/>
          <w:sz w:val="24"/>
          <w:szCs w:val="24"/>
        </w:rPr>
        <w:t xml:space="preserve">. Tọa độ của véctơ </w:t>
      </w:r>
      <w:r w:rsidRPr="00B13C4C">
        <w:rPr>
          <w:rFonts w:ascii="Times New Roman" w:hAnsi="Times New Roman" w:cs="Times New Roman"/>
          <w:position w:val="-6"/>
          <w:sz w:val="24"/>
          <w:szCs w:val="24"/>
        </w:rPr>
        <w:object w:dxaOrig="200" w:dyaOrig="279" w14:anchorId="6A5A2793">
          <v:shape id="_x0000_i1095" type="#_x0000_t75" style="width:10.2pt;height:13.8pt" o:ole="">
            <v:imagedata r:id="rId150" o:title=""/>
          </v:shape>
          <o:OLEObject Type="Embed" ProgID="Equation.DSMT4" ShapeID="_x0000_i1095" DrawAspect="Content" ObjectID="_1699835213" r:id="rId151"/>
        </w:object>
      </w:r>
      <w:r w:rsidRPr="00B13C4C">
        <w:rPr>
          <w:rFonts w:ascii="Times New Roman" w:hAnsi="Times New Roman" w:cs="Times New Roman"/>
          <w:sz w:val="24"/>
          <w:szCs w:val="24"/>
        </w:rPr>
        <w:t xml:space="preserve"> là</w:t>
      </w:r>
    </w:p>
    <w:p w14:paraId="217F2CC2" w14:textId="2DA3BED0" w:rsidR="004C7529" w:rsidRPr="00B13C4C" w:rsidRDefault="004C7529" w:rsidP="004C7529">
      <w:pPr>
        <w:tabs>
          <w:tab w:val="left" w:pos="3402"/>
          <w:tab w:val="left" w:pos="5669"/>
          <w:tab w:val="left" w:pos="7937"/>
        </w:tabs>
        <w:spacing w:after="0" w:line="276" w:lineRule="auto"/>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680" w:dyaOrig="320" w14:anchorId="080D778D">
          <v:shape id="_x0000_i1096" type="#_x0000_t75" style="width:34.2pt;height:16.2pt" o:ole="">
            <v:imagedata r:id="rId152" o:title=""/>
          </v:shape>
          <o:OLEObject Type="Embed" ProgID="Equation.DSMT4" ShapeID="_x0000_i1096" DrawAspect="Content" ObjectID="_1699835214" r:id="rId15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680" w:dyaOrig="320" w14:anchorId="05E753C4">
          <v:shape id="_x0000_i1097" type="#_x0000_t75" style="width:34.2pt;height:16.2pt" o:ole="">
            <v:imagedata r:id="rId154" o:title=""/>
          </v:shape>
          <o:OLEObject Type="Embed" ProgID="Equation.DSMT4" ShapeID="_x0000_i1097" DrawAspect="Content" ObjectID="_1699835215" r:id="rId15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680" w:dyaOrig="320" w14:anchorId="11BA6619">
          <v:shape id="_x0000_i1098" type="#_x0000_t75" style="width:34.2pt;height:16.2pt" o:ole="">
            <v:imagedata r:id="rId156" o:title=""/>
          </v:shape>
          <o:OLEObject Type="Embed" ProgID="Equation.DSMT4" ShapeID="_x0000_i1098" DrawAspect="Content" ObjectID="_1699835216" r:id="rId15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680" w:dyaOrig="320" w14:anchorId="276B8C9B">
          <v:shape id="_x0000_i1099" type="#_x0000_t75" style="width:34.2pt;height:16.2pt" o:ole="">
            <v:imagedata r:id="rId158" o:title=""/>
          </v:shape>
          <o:OLEObject Type="Embed" ProgID="Equation.DSMT4" ShapeID="_x0000_i1099" DrawAspect="Content" ObjectID="_1699835217" r:id="rId159"/>
        </w:object>
      </w:r>
      <w:r w:rsidRPr="00B13C4C">
        <w:rPr>
          <w:rFonts w:ascii="Times New Roman" w:hAnsi="Times New Roman" w:cs="Times New Roman"/>
          <w:sz w:val="24"/>
          <w:szCs w:val="24"/>
        </w:rPr>
        <w:t>.</w:t>
      </w:r>
    </w:p>
    <w:p w14:paraId="4E577411" w14:textId="18B14611" w:rsidR="004C7529" w:rsidRPr="00B13C4C" w:rsidRDefault="004C7529" w:rsidP="004C7529">
      <w:pPr>
        <w:tabs>
          <w:tab w:val="left" w:pos="992"/>
        </w:tabs>
        <w:spacing w:before="120" w:after="0" w:line="276" w:lineRule="auto"/>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w:t>
      </w:r>
      <w:r w:rsidRPr="00B13C4C">
        <w:rPr>
          <w:rFonts w:ascii="Times New Roman" w:hAnsi="Times New Roman" w:cs="Times New Roman"/>
          <w:position w:val="-6"/>
          <w:sz w:val="24"/>
          <w:szCs w:val="24"/>
        </w:rPr>
        <w:object w:dxaOrig="240" w:dyaOrig="220" w14:anchorId="2A197B38">
          <v:shape id="_x0000_i1100" type="#_x0000_t75" style="width:12pt;height:10.8pt" o:ole="">
            <v:imagedata r:id="rId160" o:title=""/>
          </v:shape>
          <o:OLEObject Type="Embed" ProgID="Equation.DSMT4" ShapeID="_x0000_i1100" DrawAspect="Content" ObjectID="_1699835218" r:id="rId161"/>
        </w:object>
      </w:r>
      <w:r w:rsidRPr="00B13C4C">
        <w:rPr>
          <w:rFonts w:ascii="Times New Roman" w:hAnsi="Times New Roman" w:cs="Times New Roman"/>
          <w:sz w:val="24"/>
          <w:szCs w:val="24"/>
        </w:rPr>
        <w:t xml:space="preserve"> là góc tù. Mệnh đề nào dưới đây đúng?</w:t>
      </w:r>
    </w:p>
    <w:p w14:paraId="70520D36" w14:textId="6DBFD0BE" w:rsidR="004C7529" w:rsidRPr="00B13C4C" w:rsidRDefault="004C7529" w:rsidP="004C7529">
      <w:pPr>
        <w:tabs>
          <w:tab w:val="left" w:pos="3402"/>
          <w:tab w:val="left" w:pos="5669"/>
          <w:tab w:val="left" w:pos="7937"/>
        </w:tabs>
        <w:spacing w:after="0" w:line="276" w:lineRule="auto"/>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900" w:dyaOrig="279" w14:anchorId="08374FF4">
          <v:shape id="_x0000_i1101" type="#_x0000_t75" style="width:45pt;height:13.8pt" o:ole="">
            <v:imagedata r:id="rId162" o:title=""/>
          </v:shape>
          <o:OLEObject Type="Embed" ProgID="Equation.DSMT4" ShapeID="_x0000_i1101" DrawAspect="Content" ObjectID="_1699835219" r:id="rId16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940" w:dyaOrig="279" w14:anchorId="037366BC">
          <v:shape id="_x0000_i1102" type="#_x0000_t75" style="width:46.8pt;height:13.8pt" o:ole="">
            <v:imagedata r:id="rId164" o:title=""/>
          </v:shape>
          <o:OLEObject Type="Embed" ProgID="Equation.DSMT4" ShapeID="_x0000_i1102" DrawAspect="Content" ObjectID="_1699835220" r:id="rId16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920" w:dyaOrig="279" w14:anchorId="096BB49C">
          <v:shape id="_x0000_i1103" type="#_x0000_t75" style="width:46.2pt;height:13.8pt" o:ole="">
            <v:imagedata r:id="rId166" o:title=""/>
          </v:shape>
          <o:OLEObject Type="Embed" ProgID="Equation.DSMT4" ShapeID="_x0000_i1103" DrawAspect="Content" ObjectID="_1699835221" r:id="rId16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920" w:dyaOrig="279" w14:anchorId="1F6228C7">
          <v:shape id="_x0000_i1104" type="#_x0000_t75" style="width:46.2pt;height:13.8pt" o:ole="">
            <v:imagedata r:id="rId168" o:title=""/>
          </v:shape>
          <o:OLEObject Type="Embed" ProgID="Equation.DSMT4" ShapeID="_x0000_i1104" DrawAspect="Content" ObjectID="_1699835222" r:id="rId169"/>
        </w:object>
      </w:r>
      <w:r w:rsidRPr="00B13C4C">
        <w:rPr>
          <w:rFonts w:ascii="Times New Roman" w:hAnsi="Times New Roman" w:cs="Times New Roman"/>
          <w:sz w:val="24"/>
          <w:szCs w:val="24"/>
        </w:rPr>
        <w:t>.</w:t>
      </w:r>
    </w:p>
    <w:p w14:paraId="56150446" w14:textId="4E2C76D9" w:rsidR="004C7529" w:rsidRPr="00B13C4C" w:rsidRDefault="004C7529" w:rsidP="004C7529">
      <w:pPr>
        <w:tabs>
          <w:tab w:val="left" w:pos="992"/>
        </w:tabs>
        <w:spacing w:before="120" w:after="0" w:line="276" w:lineRule="auto"/>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Xét hai vecto tùy ý </w:t>
      </w:r>
      <w:r w:rsidRPr="00B13C4C">
        <w:rPr>
          <w:rFonts w:ascii="Times New Roman" w:hAnsi="Times New Roman" w:cs="Times New Roman"/>
          <w:position w:val="-6"/>
          <w:sz w:val="24"/>
          <w:szCs w:val="24"/>
        </w:rPr>
        <w:object w:dxaOrig="200" w:dyaOrig="279" w14:anchorId="735F9322">
          <v:shape id="_x0000_i1105" type="#_x0000_t75" style="width:10.2pt;height:13.8pt" o:ole="">
            <v:imagedata r:id="rId170" o:title=""/>
          </v:shape>
          <o:OLEObject Type="Embed" ProgID="Equation.DSMT4" ShapeID="_x0000_i1105" DrawAspect="Content" ObjectID="_1699835223" r:id="rId171"/>
        </w:object>
      </w:r>
      <w:r w:rsidRPr="00B13C4C">
        <w:rPr>
          <w:rFonts w:ascii="Times New Roman" w:hAnsi="Times New Roman" w:cs="Times New Roman"/>
          <w:sz w:val="24"/>
          <w:szCs w:val="24"/>
        </w:rPr>
        <w:t xml:space="preserve"> và </w:t>
      </w:r>
      <w:r w:rsidRPr="00B13C4C">
        <w:rPr>
          <w:rFonts w:ascii="Times New Roman" w:hAnsi="Times New Roman" w:cs="Times New Roman"/>
          <w:position w:val="-6"/>
          <w:sz w:val="24"/>
          <w:szCs w:val="24"/>
        </w:rPr>
        <w:object w:dxaOrig="220" w:dyaOrig="340" w14:anchorId="69914CA0">
          <v:shape id="_x0000_i1106" type="#_x0000_t75" style="width:10.8pt;height:16.8pt" o:ole="">
            <v:imagedata r:id="rId172" o:title=""/>
          </v:shape>
          <o:OLEObject Type="Embed" ProgID="Equation.DSMT4" ShapeID="_x0000_i1106" DrawAspect="Content" ObjectID="_1699835224" r:id="rId173"/>
        </w:object>
      </w:r>
      <w:r w:rsidRPr="00B13C4C">
        <w:rPr>
          <w:rFonts w:ascii="Times New Roman" w:hAnsi="Times New Roman" w:cs="Times New Roman"/>
          <w:sz w:val="24"/>
          <w:szCs w:val="24"/>
        </w:rPr>
        <w:t xml:space="preserve"> đều khác </w:t>
      </w:r>
      <w:r w:rsidRPr="00B13C4C">
        <w:rPr>
          <w:rFonts w:ascii="Times New Roman" w:hAnsi="Times New Roman" w:cs="Times New Roman"/>
          <w:position w:val="-6"/>
          <w:sz w:val="24"/>
          <w:szCs w:val="24"/>
        </w:rPr>
        <w:object w:dxaOrig="200" w:dyaOrig="340" w14:anchorId="2D500D38">
          <v:shape id="_x0000_i1107" type="#_x0000_t75" style="width:10.2pt;height:16.8pt" o:ole="">
            <v:imagedata r:id="rId174" o:title=""/>
          </v:shape>
          <o:OLEObject Type="Embed" ProgID="Equation.DSMT4" ShapeID="_x0000_i1107" DrawAspect="Content" ObjectID="_1699835225" r:id="rId175"/>
        </w:object>
      </w:r>
      <w:r w:rsidRPr="00B13C4C">
        <w:rPr>
          <w:rFonts w:ascii="Times New Roman" w:hAnsi="Times New Roman" w:cs="Times New Roman"/>
          <w:sz w:val="24"/>
          <w:szCs w:val="24"/>
        </w:rPr>
        <w:t>. Mệnh đề nào dưới đây đúng?</w:t>
      </w:r>
    </w:p>
    <w:p w14:paraId="10E3D49F" w14:textId="0F608A31" w:rsidR="00B13C4C" w:rsidRDefault="004C7529" w:rsidP="004C7529">
      <w:pPr>
        <w:tabs>
          <w:tab w:val="left" w:pos="3402"/>
          <w:tab w:val="left" w:pos="5669"/>
          <w:tab w:val="left" w:pos="7937"/>
        </w:tabs>
        <w:spacing w:after="0" w:line="276" w:lineRule="auto"/>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260" w:dyaOrig="380" w14:anchorId="20AF0AB8">
          <v:shape id="_x0000_i1108" type="#_x0000_t75" style="width:63pt;height:19.2pt" o:ole="">
            <v:imagedata r:id="rId176" o:title=""/>
          </v:shape>
          <o:OLEObject Type="Embed" ProgID="Equation.DSMT4" ShapeID="_x0000_i1108" DrawAspect="Content" ObjectID="_1699835226" r:id="rId17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2160" w:dyaOrig="380" w14:anchorId="51843A32">
          <v:shape id="_x0000_i1109" type="#_x0000_t75" style="width:108pt;height:19.2pt" o:ole="">
            <v:imagedata r:id="rId178" o:title=""/>
          </v:shape>
          <o:OLEObject Type="Embed" ProgID="Equation.DSMT4" ShapeID="_x0000_i1109" DrawAspect="Content" ObjectID="_1699835227" r:id="rId17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p>
    <w:p w14:paraId="22954659" w14:textId="57B33422" w:rsidR="004C7529" w:rsidRPr="00B13C4C" w:rsidRDefault="004C7529" w:rsidP="004C7529">
      <w:pPr>
        <w:tabs>
          <w:tab w:val="left" w:pos="3402"/>
          <w:tab w:val="left" w:pos="5669"/>
          <w:tab w:val="left" w:pos="7937"/>
        </w:tabs>
        <w:spacing w:after="0" w:line="276" w:lineRule="auto"/>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2100" w:dyaOrig="380" w14:anchorId="5F439615">
          <v:shape id="_x0000_i1110" type="#_x0000_t75" style="width:105pt;height:19.2pt" o:ole="">
            <v:imagedata r:id="rId180" o:title=""/>
          </v:shape>
          <o:OLEObject Type="Embed" ProgID="Equation.DSMT4" ShapeID="_x0000_i1110" DrawAspect="Content" ObjectID="_1699835228" r:id="rId18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280" w:dyaOrig="380" w14:anchorId="0F75A7D2">
          <v:shape id="_x0000_i1111" type="#_x0000_t75" style="width:64.2pt;height:19.2pt" o:ole="">
            <v:imagedata r:id="rId182" o:title=""/>
          </v:shape>
          <o:OLEObject Type="Embed" ProgID="Equation.DSMT4" ShapeID="_x0000_i1111" DrawAspect="Content" ObjectID="_1699835229" r:id="rId183"/>
        </w:object>
      </w:r>
    </w:p>
    <w:p w14:paraId="012EF963" w14:textId="1701C2BF" w:rsidR="004C7529" w:rsidRPr="00B13C4C" w:rsidRDefault="004C7529" w:rsidP="004C7529">
      <w:pPr>
        <w:tabs>
          <w:tab w:val="left" w:pos="992"/>
        </w:tabs>
        <w:spacing w:before="120" w:after="0" w:line="276" w:lineRule="auto"/>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w:t>
      </w:r>
      <w:r w:rsidRPr="00B13C4C">
        <w:rPr>
          <w:rFonts w:ascii="Times New Roman" w:hAnsi="Times New Roman" w:cs="Times New Roman"/>
          <w:position w:val="-10"/>
          <w:sz w:val="24"/>
          <w:szCs w:val="24"/>
        </w:rPr>
        <w:object w:dxaOrig="460" w:dyaOrig="320" w14:anchorId="7421CAC5">
          <v:shape id="_x0000_i1112" type="#_x0000_t75" style="width:22.8pt;height:16.2pt" o:ole="">
            <v:imagedata r:id="rId184" o:title=""/>
          </v:shape>
          <o:OLEObject Type="Embed" ProgID="Equation.DSMT4" ShapeID="_x0000_i1112" DrawAspect="Content" ObjectID="_1699835230" r:id="rId185"/>
        </w:object>
      </w:r>
      <w:r w:rsidRPr="00B13C4C">
        <w:rPr>
          <w:rFonts w:ascii="Times New Roman" w:hAnsi="Times New Roman" w:cs="Times New Roman"/>
          <w:sz w:val="24"/>
          <w:szCs w:val="24"/>
        </w:rPr>
        <w:t xml:space="preserve">, xét hai véctơ </w:t>
      </w:r>
      <w:r w:rsidRPr="00B13C4C">
        <w:rPr>
          <w:rFonts w:ascii="Times New Roman" w:hAnsi="Times New Roman" w:cs="Times New Roman"/>
          <w:position w:val="-14"/>
          <w:sz w:val="24"/>
          <w:szCs w:val="24"/>
        </w:rPr>
        <w:object w:dxaOrig="1120" w:dyaOrig="400" w14:anchorId="7DDD425B">
          <v:shape id="_x0000_i1113" type="#_x0000_t75" style="width:55.8pt;height:19.8pt" o:ole="">
            <v:imagedata r:id="rId186" o:title=""/>
          </v:shape>
          <o:OLEObject Type="Embed" ProgID="Equation.DSMT4" ShapeID="_x0000_i1113" DrawAspect="Content" ObjectID="_1699835231" r:id="rId187"/>
        </w:object>
      </w:r>
      <w:r w:rsidRPr="00B13C4C">
        <w:rPr>
          <w:rFonts w:ascii="Times New Roman" w:hAnsi="Times New Roman" w:cs="Times New Roman"/>
          <w:sz w:val="24"/>
          <w:szCs w:val="24"/>
        </w:rPr>
        <w:t xml:space="preserve"> và </w:t>
      </w:r>
      <w:r w:rsidRPr="00B13C4C">
        <w:rPr>
          <w:rFonts w:ascii="Times New Roman" w:hAnsi="Times New Roman" w:cs="Times New Roman"/>
          <w:position w:val="-14"/>
          <w:sz w:val="24"/>
          <w:szCs w:val="24"/>
        </w:rPr>
        <w:object w:dxaOrig="1080" w:dyaOrig="420" w14:anchorId="0F682CC0">
          <v:shape id="_x0000_i1114" type="#_x0000_t75" style="width:54pt;height:21pt" o:ole="">
            <v:imagedata r:id="rId188" o:title=""/>
          </v:shape>
          <o:OLEObject Type="Embed" ProgID="Equation.DSMT4" ShapeID="_x0000_i1114" DrawAspect="Content" ObjectID="_1699835232" r:id="rId189"/>
        </w:object>
      </w:r>
      <w:r w:rsidRPr="00B13C4C">
        <w:rPr>
          <w:rFonts w:ascii="Times New Roman" w:hAnsi="Times New Roman" w:cs="Times New Roman"/>
          <w:sz w:val="24"/>
          <w:szCs w:val="24"/>
        </w:rPr>
        <w:t xml:space="preserve"> tùy ý. Mệnh đề nào dưới đây đúng?</w:t>
      </w:r>
    </w:p>
    <w:p w14:paraId="1ABA8D92" w14:textId="79CE1F2D" w:rsidR="004C7529" w:rsidRPr="00B13C4C" w:rsidRDefault="004C7529" w:rsidP="004C7529">
      <w:pPr>
        <w:tabs>
          <w:tab w:val="left" w:pos="3402"/>
          <w:tab w:val="left" w:pos="5669"/>
          <w:tab w:val="left" w:pos="7937"/>
        </w:tabs>
        <w:spacing w:after="0" w:line="276" w:lineRule="auto"/>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2"/>
          <w:sz w:val="24"/>
          <w:szCs w:val="24"/>
        </w:rPr>
        <w:object w:dxaOrig="1640" w:dyaOrig="400" w14:anchorId="199F1D2D">
          <v:shape id="_x0000_i1115" type="#_x0000_t75" style="width:82.2pt;height:19.8pt" o:ole="">
            <v:imagedata r:id="rId190" o:title=""/>
          </v:shape>
          <o:OLEObject Type="Embed" ProgID="Equation.DSMT4" ShapeID="_x0000_i1115" DrawAspect="Content" ObjectID="_1699835233" r:id="rId19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2"/>
          <w:sz w:val="24"/>
          <w:szCs w:val="24"/>
        </w:rPr>
        <w:object w:dxaOrig="1640" w:dyaOrig="400" w14:anchorId="113EB574">
          <v:shape id="_x0000_i1116" type="#_x0000_t75" style="width:82.2pt;height:19.8pt" o:ole="">
            <v:imagedata r:id="rId192" o:title=""/>
          </v:shape>
          <o:OLEObject Type="Embed" ProgID="Equation.DSMT4" ShapeID="_x0000_i1116" DrawAspect="Content" ObjectID="_1699835234" r:id="rId19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2"/>
          <w:sz w:val="24"/>
          <w:szCs w:val="24"/>
        </w:rPr>
        <w:object w:dxaOrig="1640" w:dyaOrig="400" w14:anchorId="4B66B015">
          <v:shape id="_x0000_i1117" type="#_x0000_t75" style="width:82.2pt;height:19.8pt" o:ole="">
            <v:imagedata r:id="rId194" o:title=""/>
          </v:shape>
          <o:OLEObject Type="Embed" ProgID="Equation.DSMT4" ShapeID="_x0000_i1117" DrawAspect="Content" ObjectID="_1699835235" r:id="rId19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2"/>
          <w:sz w:val="24"/>
          <w:szCs w:val="24"/>
        </w:rPr>
        <w:object w:dxaOrig="1640" w:dyaOrig="400" w14:anchorId="18AE6E53">
          <v:shape id="_x0000_i1118" type="#_x0000_t75" style="width:82.2pt;height:19.8pt" o:ole="">
            <v:imagedata r:id="rId196" o:title=""/>
          </v:shape>
          <o:OLEObject Type="Embed" ProgID="Equation.DSMT4" ShapeID="_x0000_i1118" DrawAspect="Content" ObjectID="_1699835236" r:id="rId197"/>
        </w:object>
      </w:r>
      <w:r w:rsidRPr="00B13C4C">
        <w:rPr>
          <w:rFonts w:ascii="Times New Roman" w:hAnsi="Times New Roman" w:cs="Times New Roman"/>
          <w:sz w:val="24"/>
          <w:szCs w:val="24"/>
        </w:rPr>
        <w:t>.</w:t>
      </w:r>
    </w:p>
    <w:p w14:paraId="6D8CC253" w14:textId="27C696B0" w:rsidR="004C7529" w:rsidRPr="00B13C4C" w:rsidRDefault="004C7529" w:rsidP="004C7529">
      <w:pPr>
        <w:tabs>
          <w:tab w:val="left" w:pos="992"/>
        </w:tabs>
        <w:spacing w:before="120" w:after="0" w:line="276" w:lineRule="auto"/>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Xét ba vécto </w:t>
      </w:r>
      <w:r w:rsidRPr="00B13C4C">
        <w:rPr>
          <w:rFonts w:ascii="Times New Roman" w:hAnsi="Times New Roman" w:cs="Times New Roman"/>
          <w:position w:val="-10"/>
          <w:sz w:val="24"/>
          <w:szCs w:val="24"/>
        </w:rPr>
        <w:object w:dxaOrig="440" w:dyaOrig="380" w14:anchorId="54728719">
          <v:shape id="_x0000_i1119" type="#_x0000_t75" style="width:22.2pt;height:19.2pt" o:ole="">
            <v:imagedata r:id="rId198" o:title=""/>
          </v:shape>
          <o:OLEObject Type="Embed" ProgID="Equation.DSMT4" ShapeID="_x0000_i1119" DrawAspect="Content" ObjectID="_1699835237" r:id="rId199"/>
        </w:object>
      </w:r>
      <w:r w:rsidRPr="00B13C4C">
        <w:rPr>
          <w:rFonts w:ascii="Times New Roman" w:hAnsi="Times New Roman" w:cs="Times New Roman"/>
          <w:sz w:val="24"/>
          <w:szCs w:val="24"/>
        </w:rPr>
        <w:t xml:space="preserve"> và </w:t>
      </w:r>
      <w:r w:rsidRPr="00B13C4C">
        <w:rPr>
          <w:rFonts w:ascii="Times New Roman" w:hAnsi="Times New Roman" w:cs="Times New Roman"/>
          <w:position w:val="-6"/>
          <w:sz w:val="24"/>
          <w:szCs w:val="24"/>
        </w:rPr>
        <w:object w:dxaOrig="200" w:dyaOrig="279" w14:anchorId="05EABE62">
          <v:shape id="_x0000_i1120" type="#_x0000_t75" style="width:10.2pt;height:13.8pt" o:ole="">
            <v:imagedata r:id="rId200" o:title=""/>
          </v:shape>
          <o:OLEObject Type="Embed" ProgID="Equation.DSMT4" ShapeID="_x0000_i1120" DrawAspect="Content" ObjectID="_1699835238" r:id="rId201"/>
        </w:object>
      </w:r>
      <w:r w:rsidRPr="00B13C4C">
        <w:rPr>
          <w:rFonts w:ascii="Times New Roman" w:hAnsi="Times New Roman" w:cs="Times New Roman"/>
          <w:sz w:val="24"/>
          <w:szCs w:val="24"/>
        </w:rPr>
        <w:t xml:space="preserve"> tùy ý. Khi đó </w:t>
      </w:r>
      <w:r w:rsidRPr="00B13C4C">
        <w:rPr>
          <w:rFonts w:ascii="Times New Roman" w:hAnsi="Times New Roman" w:cs="Times New Roman"/>
          <w:position w:val="-10"/>
          <w:sz w:val="24"/>
          <w:szCs w:val="24"/>
        </w:rPr>
        <w:object w:dxaOrig="859" w:dyaOrig="380" w14:anchorId="0C31ADB7">
          <v:shape id="_x0000_i1121" type="#_x0000_t75" style="width:43.2pt;height:19.2pt" o:ole="">
            <v:imagedata r:id="rId202" o:title=""/>
          </v:shape>
          <o:OLEObject Type="Embed" ProgID="Equation.DSMT4" ShapeID="_x0000_i1121" DrawAspect="Content" ObjectID="_1699835239" r:id="rId203"/>
        </w:object>
      </w:r>
      <w:r w:rsidRPr="00B13C4C">
        <w:rPr>
          <w:rFonts w:ascii="Times New Roman" w:hAnsi="Times New Roman" w:cs="Times New Roman"/>
          <w:sz w:val="24"/>
          <w:szCs w:val="24"/>
        </w:rPr>
        <w:t xml:space="preserve"> bẳng</w:t>
      </w:r>
    </w:p>
    <w:p w14:paraId="56D3D358" w14:textId="51210692" w:rsidR="004C7529" w:rsidRPr="00B13C4C" w:rsidRDefault="004C7529" w:rsidP="004C7529">
      <w:pPr>
        <w:tabs>
          <w:tab w:val="left" w:pos="3402"/>
          <w:tab w:val="left" w:pos="5669"/>
          <w:tab w:val="left" w:pos="7937"/>
        </w:tabs>
        <w:spacing w:after="0" w:line="276" w:lineRule="auto"/>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1040" w:dyaOrig="340" w14:anchorId="1541AB08">
          <v:shape id="_x0000_i1122" type="#_x0000_t75" style="width:52.2pt;height:16.8pt" o:ole="">
            <v:imagedata r:id="rId204" o:title=""/>
          </v:shape>
          <o:OLEObject Type="Embed" ProgID="Equation.DSMT4" ShapeID="_x0000_i1122" DrawAspect="Content" ObjectID="_1699835240" r:id="rId20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800" w:dyaOrig="340" w14:anchorId="3EAA62D4">
          <v:shape id="_x0000_i1123" type="#_x0000_t75" style="width:40.2pt;height:16.8pt" o:ole="">
            <v:imagedata r:id="rId206" o:title=""/>
          </v:shape>
          <o:OLEObject Type="Embed" ProgID="Equation.DSMT4" ShapeID="_x0000_i1123" DrawAspect="Content" ObjectID="_1699835241" r:id="rId20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800" w:dyaOrig="279" w14:anchorId="3476CC90">
          <v:shape id="_x0000_i1124" type="#_x0000_t75" style="width:40.2pt;height:13.8pt" o:ole="">
            <v:imagedata r:id="rId208" o:title=""/>
          </v:shape>
          <o:OLEObject Type="Embed" ProgID="Equation.DSMT4" ShapeID="_x0000_i1124" DrawAspect="Content" ObjectID="_1699835242" r:id="rId20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680" w:dyaOrig="380" w14:anchorId="37E2E284">
          <v:shape id="_x0000_i1125" type="#_x0000_t75" style="width:34.2pt;height:19.2pt" o:ole="">
            <v:imagedata r:id="rId210" o:title=""/>
          </v:shape>
          <o:OLEObject Type="Embed" ProgID="Equation.DSMT4" ShapeID="_x0000_i1125" DrawAspect="Content" ObjectID="_1699835243" r:id="rId211"/>
        </w:object>
      </w:r>
      <w:r w:rsidRPr="00B13C4C">
        <w:rPr>
          <w:rFonts w:ascii="Times New Roman" w:hAnsi="Times New Roman" w:cs="Times New Roman"/>
          <w:sz w:val="24"/>
          <w:szCs w:val="24"/>
        </w:rPr>
        <w:t>.</w:t>
      </w:r>
    </w:p>
    <w:p w14:paraId="649E47E2" w14:textId="2143ED12" w:rsidR="004C7529" w:rsidRPr="00B13C4C" w:rsidRDefault="004C7529" w:rsidP="004C7529">
      <w:pPr>
        <w:tabs>
          <w:tab w:val="left" w:pos="992"/>
        </w:tabs>
        <w:spacing w:before="120" w:after="0" w:line="276" w:lineRule="auto"/>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w:t>
      </w:r>
      <w:r w:rsidRPr="00B13C4C">
        <w:rPr>
          <w:rFonts w:ascii="Times New Roman" w:hAnsi="Times New Roman" w:cs="Times New Roman"/>
          <w:position w:val="-10"/>
          <w:sz w:val="24"/>
          <w:szCs w:val="24"/>
        </w:rPr>
        <w:object w:dxaOrig="460" w:dyaOrig="320" w14:anchorId="49922C9F">
          <v:shape id="_x0000_i1126" type="#_x0000_t75" style="width:22.8pt;height:16.2pt" o:ole="">
            <v:imagedata r:id="rId212" o:title=""/>
          </v:shape>
          <o:OLEObject Type="Embed" ProgID="Equation.DSMT4" ShapeID="_x0000_i1126" DrawAspect="Content" ObjectID="_1699835244" r:id="rId213"/>
        </w:object>
      </w:r>
      <w:r w:rsidRPr="00B13C4C">
        <w:rPr>
          <w:rFonts w:ascii="Times New Roman" w:hAnsi="Times New Roman" w:cs="Times New Roman"/>
          <w:sz w:val="24"/>
          <w:szCs w:val="24"/>
        </w:rPr>
        <w:t xml:space="preserve">, xét vécto </w:t>
      </w:r>
      <w:r w:rsidRPr="00B13C4C">
        <w:rPr>
          <w:rFonts w:ascii="Times New Roman" w:hAnsi="Times New Roman" w:cs="Times New Roman"/>
          <w:position w:val="-14"/>
          <w:sz w:val="24"/>
          <w:szCs w:val="24"/>
        </w:rPr>
        <w:object w:dxaOrig="1120" w:dyaOrig="400" w14:anchorId="50174050">
          <v:shape id="_x0000_i1127" type="#_x0000_t75" style="width:55.8pt;height:19.8pt" o:ole="">
            <v:imagedata r:id="rId214" o:title=""/>
          </v:shape>
          <o:OLEObject Type="Embed" ProgID="Equation.DSMT4" ShapeID="_x0000_i1127" DrawAspect="Content" ObjectID="_1699835245" r:id="rId215"/>
        </w:object>
      </w:r>
      <w:r w:rsidRPr="00B13C4C">
        <w:rPr>
          <w:rFonts w:ascii="Times New Roman" w:hAnsi="Times New Roman" w:cs="Times New Roman"/>
          <w:sz w:val="24"/>
          <w:szCs w:val="24"/>
        </w:rPr>
        <w:t xml:space="preserve"> tùy ý. Mệnh đề nào dưới đây đúng?</w:t>
      </w:r>
    </w:p>
    <w:p w14:paraId="37FF0A9A" w14:textId="6480E48C" w:rsidR="004C7529" w:rsidRPr="00B13C4C" w:rsidRDefault="004C7529" w:rsidP="004C7529">
      <w:pPr>
        <w:tabs>
          <w:tab w:val="left" w:pos="3402"/>
          <w:tab w:val="left" w:pos="5669"/>
          <w:tab w:val="left" w:pos="7937"/>
        </w:tabs>
        <w:spacing w:after="0" w:line="276" w:lineRule="auto"/>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2"/>
          <w:sz w:val="24"/>
          <w:szCs w:val="24"/>
        </w:rPr>
        <w:object w:dxaOrig="1160" w:dyaOrig="360" w14:anchorId="163CB323">
          <v:shape id="_x0000_i1128" type="#_x0000_t75" style="width:58.2pt;height:18pt" o:ole="">
            <v:imagedata r:id="rId216" o:title=""/>
          </v:shape>
          <o:OLEObject Type="Embed" ProgID="Equation.DSMT4" ShapeID="_x0000_i1128" DrawAspect="Content" ObjectID="_1699835246" r:id="rId21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4"/>
          <w:sz w:val="24"/>
          <w:szCs w:val="24"/>
        </w:rPr>
        <w:object w:dxaOrig="1359" w:dyaOrig="420" w14:anchorId="71A74CAE">
          <v:shape id="_x0000_i1129" type="#_x0000_t75" style="width:67.8pt;height:21pt" o:ole="">
            <v:imagedata r:id="rId218" o:title=""/>
          </v:shape>
          <o:OLEObject Type="Embed" ProgID="Equation.DSMT4" ShapeID="_x0000_i1129" DrawAspect="Content" ObjectID="_1699835247" r:id="rId21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2"/>
          <w:sz w:val="24"/>
          <w:szCs w:val="24"/>
        </w:rPr>
        <w:object w:dxaOrig="1200" w:dyaOrig="380" w14:anchorId="3677FFC6">
          <v:shape id="_x0000_i1130" type="#_x0000_t75" style="width:60pt;height:19.2pt" o:ole="">
            <v:imagedata r:id="rId220" o:title=""/>
          </v:shape>
          <o:OLEObject Type="Embed" ProgID="Equation.DSMT4" ShapeID="_x0000_i1130" DrawAspect="Content" ObjectID="_1699835248" r:id="rId22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4"/>
          <w:sz w:val="24"/>
          <w:szCs w:val="24"/>
        </w:rPr>
        <w:object w:dxaOrig="1420" w:dyaOrig="460" w14:anchorId="61E42816">
          <v:shape id="_x0000_i1131" type="#_x0000_t75" style="width:70.8pt;height:22.8pt" o:ole="">
            <v:imagedata r:id="rId222" o:title=""/>
          </v:shape>
          <o:OLEObject Type="Embed" ProgID="Equation.DSMT4" ShapeID="_x0000_i1131" DrawAspect="Content" ObjectID="_1699835249" r:id="rId223"/>
        </w:object>
      </w:r>
      <w:r w:rsidRPr="00B13C4C">
        <w:rPr>
          <w:rFonts w:ascii="Times New Roman" w:hAnsi="Times New Roman" w:cs="Times New Roman"/>
          <w:sz w:val="24"/>
          <w:szCs w:val="24"/>
        </w:rPr>
        <w:t>.</w:t>
      </w:r>
    </w:p>
    <w:p w14:paraId="4006B213" w14:textId="376524FD" w:rsidR="004C7529" w:rsidRPr="00B13C4C" w:rsidRDefault="004C7529" w:rsidP="004C7529">
      <w:pPr>
        <w:tabs>
          <w:tab w:val="left" w:pos="992"/>
        </w:tabs>
        <w:spacing w:before="120" w:after="0" w:line="276" w:lineRule="auto"/>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tập hợp </w:t>
      </w:r>
      <w:r w:rsidRPr="00B13C4C">
        <w:rPr>
          <w:rFonts w:ascii="Times New Roman" w:hAnsi="Times New Roman" w:cs="Times New Roman"/>
          <w:position w:val="-10"/>
          <w:sz w:val="24"/>
          <w:szCs w:val="24"/>
        </w:rPr>
        <w:object w:dxaOrig="1219" w:dyaOrig="320" w14:anchorId="7211155A">
          <v:shape id="_x0000_i1132" type="#_x0000_t75" style="width:61.2pt;height:16.2pt" o:ole="">
            <v:imagedata r:id="rId224" o:title=""/>
          </v:shape>
          <o:OLEObject Type="Embed" ProgID="Equation.DSMT4" ShapeID="_x0000_i1132" DrawAspect="Content" ObjectID="_1699835250" r:id="rId225"/>
        </w:object>
      </w:r>
      <w:r w:rsidRPr="00B13C4C">
        <w:rPr>
          <w:rFonts w:ascii="Times New Roman" w:hAnsi="Times New Roman" w:cs="Times New Roman"/>
          <w:sz w:val="24"/>
          <w:szCs w:val="24"/>
        </w:rPr>
        <w:t xml:space="preserve">. Có bao nhiêu tập con có hai phần tử của </w:t>
      </w:r>
      <w:r w:rsidRPr="00B13C4C">
        <w:rPr>
          <w:rFonts w:ascii="Times New Roman" w:hAnsi="Times New Roman" w:cs="Times New Roman"/>
          <w:position w:val="-4"/>
          <w:sz w:val="24"/>
          <w:szCs w:val="24"/>
        </w:rPr>
        <w:object w:dxaOrig="279" w:dyaOrig="260" w14:anchorId="1D741824">
          <v:shape id="_x0000_i1133" type="#_x0000_t75" style="width:13.8pt;height:13.2pt" o:ole="">
            <v:imagedata r:id="rId226" o:title=""/>
          </v:shape>
          <o:OLEObject Type="Embed" ProgID="Equation.DSMT4" ShapeID="_x0000_i1133" DrawAspect="Content" ObjectID="_1699835251" r:id="rId227"/>
        </w:object>
      </w:r>
      <w:r w:rsidRPr="00B13C4C">
        <w:rPr>
          <w:rFonts w:ascii="Times New Roman" w:hAnsi="Times New Roman" w:cs="Times New Roman"/>
          <w:sz w:val="24"/>
          <w:szCs w:val="24"/>
        </w:rPr>
        <w:t>?</w:t>
      </w:r>
    </w:p>
    <w:p w14:paraId="49554169" w14:textId="0A1DE160" w:rsidR="004C7529" w:rsidRPr="00B13C4C" w:rsidRDefault="004C7529" w:rsidP="004C7529">
      <w:pPr>
        <w:tabs>
          <w:tab w:val="left" w:pos="3402"/>
          <w:tab w:val="left" w:pos="5669"/>
          <w:tab w:val="left" w:pos="7937"/>
        </w:tabs>
        <w:spacing w:after="0" w:line="276" w:lineRule="auto"/>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180" w:dyaOrig="279" w14:anchorId="56907B6B">
          <v:shape id="_x0000_i1134" type="#_x0000_t75" style="width:9pt;height:13.8pt" o:ole="">
            <v:imagedata r:id="rId228" o:title=""/>
          </v:shape>
          <o:OLEObject Type="Embed" ProgID="Equation.DSMT4" ShapeID="_x0000_i1134" DrawAspect="Content" ObjectID="_1699835252" r:id="rId229"/>
        </w:objec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6.</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3.</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4.</w:t>
      </w:r>
    </w:p>
    <w:p w14:paraId="4793269A" w14:textId="1029030F" w:rsidR="004C7529" w:rsidRPr="00B13C4C" w:rsidRDefault="004C7529" w:rsidP="004C7529">
      <w:pPr>
        <w:tabs>
          <w:tab w:val="left" w:pos="992"/>
        </w:tabs>
        <w:spacing w:before="120" w:after="0" w:line="276" w:lineRule="auto"/>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Trong các hàm số dưới đây, hàm số nào là hàm số lẻ??</w:t>
      </w:r>
    </w:p>
    <w:p w14:paraId="050AD2C1" w14:textId="528C7304" w:rsidR="004C7529" w:rsidRPr="00B13C4C" w:rsidRDefault="004C7529" w:rsidP="004C7529">
      <w:pPr>
        <w:tabs>
          <w:tab w:val="left" w:pos="3402"/>
          <w:tab w:val="left" w:pos="5669"/>
          <w:tab w:val="left" w:pos="7937"/>
        </w:tabs>
        <w:spacing w:after="0" w:line="276" w:lineRule="auto"/>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780" w:dyaOrig="360" w14:anchorId="5B3A8576">
          <v:shape id="_x0000_i1135" type="#_x0000_t75" style="width:39pt;height:18pt" o:ole="">
            <v:imagedata r:id="rId230" o:title=""/>
          </v:shape>
          <o:OLEObject Type="Embed" ProgID="Equation.DSMT4" ShapeID="_x0000_i1135" DrawAspect="Content" ObjectID="_1699835253" r:id="rId23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639" w:dyaOrig="360" w14:anchorId="10A3831F">
          <v:shape id="_x0000_i1136" type="#_x0000_t75" style="width:31.8pt;height:18pt" o:ole="">
            <v:imagedata r:id="rId232" o:title=""/>
          </v:shape>
          <o:OLEObject Type="Embed" ProgID="Equation.DSMT4" ShapeID="_x0000_i1136" DrawAspect="Content" ObjectID="_1699835254" r:id="rId23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859" w:dyaOrig="320" w14:anchorId="0C704B5D">
          <v:shape id="_x0000_i1137" type="#_x0000_t75" style="width:43.2pt;height:16.2pt" o:ole="">
            <v:imagedata r:id="rId234" o:title=""/>
          </v:shape>
          <o:OLEObject Type="Embed" ProgID="Equation.DSMT4" ShapeID="_x0000_i1137" DrawAspect="Content" ObjectID="_1699835255" r:id="rId23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680" w:dyaOrig="320" w14:anchorId="759F0F86">
          <v:shape id="_x0000_i1138" type="#_x0000_t75" style="width:34.2pt;height:16.2pt" o:ole="">
            <v:imagedata r:id="rId236" o:title=""/>
          </v:shape>
          <o:OLEObject Type="Embed" ProgID="Equation.DSMT4" ShapeID="_x0000_i1138" DrawAspect="Content" ObjectID="_1699835256" r:id="rId237"/>
        </w:object>
      </w:r>
      <w:r w:rsidRPr="00B13C4C">
        <w:rPr>
          <w:rFonts w:ascii="Times New Roman" w:hAnsi="Times New Roman" w:cs="Times New Roman"/>
          <w:sz w:val="24"/>
          <w:szCs w:val="24"/>
        </w:rPr>
        <w:t>.</w:t>
      </w:r>
    </w:p>
    <w:p w14:paraId="7D24F25E" w14:textId="7F38A975" w:rsidR="004C7529" w:rsidRPr="00B13C4C" w:rsidRDefault="004C7529" w:rsidP="004C7529">
      <w:pPr>
        <w:tabs>
          <w:tab w:val="left" w:pos="992"/>
        </w:tabs>
        <w:spacing w:before="120" w:after="0" w:line="276" w:lineRule="auto"/>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các hàm số dưới đây, hàm số nào đồng biến trên </w:t>
      </w:r>
      <w:r w:rsidRPr="00B13C4C">
        <w:rPr>
          <w:rFonts w:ascii="Times New Roman" w:hAnsi="Times New Roman" w:cs="Times New Roman"/>
          <w:position w:val="-4"/>
          <w:sz w:val="24"/>
          <w:szCs w:val="24"/>
        </w:rPr>
        <w:object w:dxaOrig="260" w:dyaOrig="260" w14:anchorId="2A667EDE">
          <v:shape id="_x0000_i1139" type="#_x0000_t75" style="width:13.2pt;height:13.2pt" o:ole="">
            <v:imagedata r:id="rId238" o:title=""/>
          </v:shape>
          <o:OLEObject Type="Embed" ProgID="Equation.DSMT4" ShapeID="_x0000_i1139" DrawAspect="Content" ObjectID="_1699835257" r:id="rId239"/>
        </w:object>
      </w:r>
      <w:r w:rsidRPr="00B13C4C">
        <w:rPr>
          <w:rFonts w:ascii="Times New Roman" w:hAnsi="Times New Roman" w:cs="Times New Roman"/>
          <w:sz w:val="24"/>
          <w:szCs w:val="24"/>
        </w:rPr>
        <w:t>?</w:t>
      </w:r>
    </w:p>
    <w:p w14:paraId="232E4A94" w14:textId="530601C6" w:rsidR="004C7529" w:rsidRPr="00B13C4C" w:rsidRDefault="004C7529" w:rsidP="004C7529">
      <w:pPr>
        <w:tabs>
          <w:tab w:val="left" w:pos="3402"/>
          <w:tab w:val="left" w:pos="5669"/>
          <w:tab w:val="left" w:pos="7937"/>
        </w:tabs>
        <w:spacing w:after="0" w:line="276" w:lineRule="auto"/>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160" w:dyaOrig="320" w14:anchorId="7A18E9E4">
          <v:shape id="_x0000_i1140" type="#_x0000_t75" style="width:58.2pt;height:16.2pt" o:ole="">
            <v:imagedata r:id="rId240" o:title=""/>
          </v:shape>
          <o:OLEObject Type="Embed" ProgID="Equation.DSMT4" ShapeID="_x0000_i1140" DrawAspect="Content" ObjectID="_1699835258" r:id="rId24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020" w:dyaOrig="360" w14:anchorId="14601212">
          <v:shape id="_x0000_i1141" type="#_x0000_t75" style="width:51pt;height:18pt" o:ole="">
            <v:imagedata r:id="rId242" o:title=""/>
          </v:shape>
          <o:OLEObject Type="Embed" ProgID="Equation.DSMT4" ShapeID="_x0000_i1141" DrawAspect="Content" ObjectID="_1699835259" r:id="rId24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680" w:dyaOrig="360" w14:anchorId="13A139B5">
          <v:shape id="_x0000_i1142" type="#_x0000_t75" style="width:84pt;height:18pt" o:ole="">
            <v:imagedata r:id="rId244" o:title=""/>
          </v:shape>
          <o:OLEObject Type="Embed" ProgID="Equation.DSMT4" ShapeID="_x0000_i1142" DrawAspect="Content" ObjectID="_1699835260" r:id="rId24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980" w:dyaOrig="320" w14:anchorId="6B9FF5E7">
          <v:shape id="_x0000_i1143" type="#_x0000_t75" style="width:49.2pt;height:16.2pt" o:ole="">
            <v:imagedata r:id="rId246" o:title=""/>
          </v:shape>
          <o:OLEObject Type="Embed" ProgID="Equation.DSMT4" ShapeID="_x0000_i1143" DrawAspect="Content" ObjectID="_1699835261" r:id="rId247"/>
        </w:object>
      </w:r>
      <w:r w:rsidRPr="00B13C4C">
        <w:rPr>
          <w:rFonts w:ascii="Times New Roman" w:hAnsi="Times New Roman" w:cs="Times New Roman"/>
          <w:sz w:val="24"/>
          <w:szCs w:val="24"/>
        </w:rPr>
        <w:t>.</w:t>
      </w:r>
    </w:p>
    <w:p w14:paraId="0F74135C" w14:textId="7ECB328B" w:rsidR="004C7529" w:rsidRPr="00B13C4C" w:rsidRDefault="004C7529" w:rsidP="004C7529">
      <w:pPr>
        <w:tabs>
          <w:tab w:val="left" w:pos="992"/>
        </w:tabs>
        <w:spacing w:before="120" w:after="0" w:line="276" w:lineRule="auto"/>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Hàm số </w:t>
      </w:r>
      <w:r w:rsidRPr="00B13C4C">
        <w:rPr>
          <w:rFonts w:ascii="Times New Roman" w:hAnsi="Times New Roman" w:cs="Times New Roman"/>
          <w:position w:val="-10"/>
          <w:sz w:val="24"/>
          <w:szCs w:val="24"/>
        </w:rPr>
        <w:object w:dxaOrig="1480" w:dyaOrig="360" w14:anchorId="376625F2">
          <v:shape id="_x0000_i1144" type="#_x0000_t75" style="width:73.8pt;height:18pt" o:ole="">
            <v:imagedata r:id="rId248" o:title=""/>
          </v:shape>
          <o:OLEObject Type="Embed" ProgID="Equation.DSMT4" ShapeID="_x0000_i1144" DrawAspect="Content" ObjectID="_1699835262" r:id="rId249"/>
        </w:object>
      </w:r>
      <w:r w:rsidRPr="00B13C4C">
        <w:rPr>
          <w:rFonts w:ascii="Times New Roman" w:hAnsi="Times New Roman" w:cs="Times New Roman"/>
          <w:sz w:val="24"/>
          <w:szCs w:val="24"/>
        </w:rPr>
        <w:t xml:space="preserve"> nghịch biến trên khoảng nào dưới đây?</w:t>
      </w:r>
    </w:p>
    <w:p w14:paraId="6C7814BB" w14:textId="0E1CA8B9" w:rsidR="004C7529" w:rsidRPr="00B13C4C" w:rsidRDefault="004C7529" w:rsidP="004C7529">
      <w:pPr>
        <w:tabs>
          <w:tab w:val="left" w:pos="3402"/>
          <w:tab w:val="left" w:pos="5669"/>
          <w:tab w:val="left" w:pos="7937"/>
        </w:tabs>
        <w:spacing w:after="0" w:line="276" w:lineRule="auto"/>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880" w:dyaOrig="320" w14:anchorId="11661154">
          <v:shape id="_x0000_i1145" type="#_x0000_t75" style="width:43.8pt;height:16.2pt" o:ole="">
            <v:imagedata r:id="rId250" o:title=""/>
          </v:shape>
          <o:OLEObject Type="Embed" ProgID="Equation.DSMT4" ShapeID="_x0000_i1145" DrawAspect="Content" ObjectID="_1699835263" r:id="rId25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880" w:dyaOrig="320" w14:anchorId="6858AF64">
          <v:shape id="_x0000_i1146" type="#_x0000_t75" style="width:43.8pt;height:16.2pt" o:ole="">
            <v:imagedata r:id="rId252" o:title=""/>
          </v:shape>
          <o:OLEObject Type="Embed" ProgID="Equation.DSMT4" ShapeID="_x0000_i1146" DrawAspect="Content" ObjectID="_1699835264" r:id="rId25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760" w:dyaOrig="320" w14:anchorId="0F271885">
          <v:shape id="_x0000_i1147" type="#_x0000_t75" style="width:37.8pt;height:16.2pt" o:ole="">
            <v:imagedata r:id="rId254" o:title=""/>
          </v:shape>
          <o:OLEObject Type="Embed" ProgID="Equation.DSMT4" ShapeID="_x0000_i1147" DrawAspect="Content" ObjectID="_1699835265" r:id="rId25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760" w:dyaOrig="320" w14:anchorId="6D862976">
          <v:shape id="_x0000_i1148" type="#_x0000_t75" style="width:37.8pt;height:16.2pt" o:ole="">
            <v:imagedata r:id="rId256" o:title=""/>
          </v:shape>
          <o:OLEObject Type="Embed" ProgID="Equation.DSMT4" ShapeID="_x0000_i1148" DrawAspect="Content" ObjectID="_1699835266" r:id="rId257"/>
        </w:object>
      </w:r>
      <w:r w:rsidRPr="00B13C4C">
        <w:rPr>
          <w:rFonts w:ascii="Times New Roman" w:hAnsi="Times New Roman" w:cs="Times New Roman"/>
          <w:sz w:val="24"/>
          <w:szCs w:val="24"/>
        </w:rPr>
        <w:t>.</w:t>
      </w:r>
    </w:p>
    <w:p w14:paraId="64D30F8B" w14:textId="496178C2" w:rsidR="004C7529" w:rsidRPr="00B13C4C" w:rsidRDefault="004C7529" w:rsidP="004C7529">
      <w:pPr>
        <w:tabs>
          <w:tab w:val="left" w:pos="992"/>
        </w:tabs>
        <w:spacing w:before="120" w:after="0" w:line="276" w:lineRule="auto"/>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Số nghiệm của phương trình </w:t>
      </w:r>
      <w:r w:rsidRPr="00B13C4C">
        <w:rPr>
          <w:rFonts w:ascii="Times New Roman" w:hAnsi="Times New Roman" w:cs="Times New Roman"/>
          <w:position w:val="-8"/>
          <w:sz w:val="24"/>
          <w:szCs w:val="24"/>
        </w:rPr>
        <w:object w:dxaOrig="2420" w:dyaOrig="360" w14:anchorId="0F2F8DC5">
          <v:shape id="_x0000_i1149" type="#_x0000_t75" style="width:121.2pt;height:18pt" o:ole="">
            <v:imagedata r:id="rId258" o:title=""/>
          </v:shape>
          <o:OLEObject Type="Embed" ProgID="Equation.DSMT4" ShapeID="_x0000_i1149" DrawAspect="Content" ObjectID="_1699835267" r:id="rId259"/>
        </w:object>
      </w:r>
      <w:r w:rsidRPr="00B13C4C">
        <w:rPr>
          <w:rFonts w:ascii="Times New Roman" w:hAnsi="Times New Roman" w:cs="Times New Roman"/>
          <w:sz w:val="24"/>
          <w:szCs w:val="24"/>
        </w:rPr>
        <w:t xml:space="preserve"> là</w:t>
      </w:r>
    </w:p>
    <w:p w14:paraId="196BDFEE" w14:textId="598EFF31" w:rsidR="004C7529" w:rsidRPr="00B13C4C" w:rsidRDefault="004C7529" w:rsidP="004C7529">
      <w:pPr>
        <w:tabs>
          <w:tab w:val="left" w:pos="3402"/>
          <w:tab w:val="left" w:pos="5669"/>
          <w:tab w:val="left" w:pos="7937"/>
        </w:tabs>
        <w:spacing w:after="0" w:line="276" w:lineRule="auto"/>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lastRenderedPageBreak/>
        <w:t xml:space="preserve">A. </w:t>
      </w:r>
      <w:r w:rsidRPr="00B13C4C">
        <w:rPr>
          <w:rFonts w:ascii="Times New Roman" w:hAnsi="Times New Roman" w:cs="Times New Roman"/>
          <w:sz w:val="24"/>
          <w:szCs w:val="24"/>
        </w:rPr>
        <w:t>0.</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1.</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3.</w:t>
      </w:r>
    </w:p>
    <w:p w14:paraId="23B7291F" w14:textId="560C3B03" w:rsidR="004C7529" w:rsidRPr="00B13C4C" w:rsidRDefault="004C7529" w:rsidP="004C7529">
      <w:pPr>
        <w:tabs>
          <w:tab w:val="left" w:pos="992"/>
        </w:tabs>
        <w:spacing w:before="120" w:after="0" w:line="276" w:lineRule="auto"/>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Phương trình </w:t>
      </w:r>
      <w:r w:rsidRPr="00B13C4C">
        <w:rPr>
          <w:rFonts w:ascii="Times New Roman" w:hAnsi="Times New Roman" w:cs="Times New Roman"/>
          <w:position w:val="-10"/>
          <w:sz w:val="24"/>
          <w:szCs w:val="24"/>
        </w:rPr>
        <w:object w:dxaOrig="1040" w:dyaOrig="360" w14:anchorId="60C1A6D2">
          <v:shape id="_x0000_i1150" type="#_x0000_t75" style="width:52.2pt;height:18pt" o:ole="">
            <v:imagedata r:id="rId260" o:title=""/>
          </v:shape>
          <o:OLEObject Type="Embed" ProgID="Equation.DSMT4" ShapeID="_x0000_i1150" DrawAspect="Content" ObjectID="_1699835268" r:id="rId261"/>
        </w:object>
      </w:r>
      <w:r w:rsidRPr="00B13C4C">
        <w:rPr>
          <w:rFonts w:ascii="Times New Roman" w:hAnsi="Times New Roman" w:cs="Times New Roman"/>
          <w:sz w:val="24"/>
          <w:szCs w:val="24"/>
        </w:rPr>
        <w:t>, tương đương với phương trình nào dưới đây?</w:t>
      </w:r>
    </w:p>
    <w:p w14:paraId="0D7A5562" w14:textId="217D6FC8" w:rsidR="004C7529" w:rsidRPr="00B13C4C" w:rsidRDefault="004C7529" w:rsidP="004C7529">
      <w:pPr>
        <w:tabs>
          <w:tab w:val="left" w:pos="3402"/>
          <w:tab w:val="left" w:pos="5669"/>
          <w:tab w:val="left" w:pos="7937"/>
        </w:tabs>
        <w:spacing w:after="0" w:line="276" w:lineRule="auto"/>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639" w:dyaOrig="320" w14:anchorId="3C37BF72">
          <v:shape id="_x0000_i1151" type="#_x0000_t75" style="width:31.8pt;height:16.2pt" o:ole="">
            <v:imagedata r:id="rId262" o:title=""/>
          </v:shape>
          <o:OLEObject Type="Embed" ProgID="Equation.DSMT4" ShapeID="_x0000_i1151" DrawAspect="Content" ObjectID="_1699835269" r:id="rId26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820" w:dyaOrig="279" w14:anchorId="5535D06F">
          <v:shape id="_x0000_i1152" type="#_x0000_t75" style="width:40.8pt;height:13.8pt" o:ole="">
            <v:imagedata r:id="rId264" o:title=""/>
          </v:shape>
          <o:OLEObject Type="Embed" ProgID="Equation.DSMT4" ShapeID="_x0000_i1152" DrawAspect="Content" ObjectID="_1699835270" r:id="rId26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680" w:dyaOrig="279" w14:anchorId="28408A94">
          <v:shape id="_x0000_i1153" type="#_x0000_t75" style="width:34.2pt;height:13.8pt" o:ole="">
            <v:imagedata r:id="rId266" o:title=""/>
          </v:shape>
          <o:OLEObject Type="Embed" ProgID="Equation.DSMT4" ShapeID="_x0000_i1153" DrawAspect="Content" ObjectID="_1699835271" r:id="rId26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800" w:dyaOrig="320" w14:anchorId="30F7D0F5">
          <v:shape id="_x0000_i1154" type="#_x0000_t75" style="width:40.2pt;height:16.2pt" o:ole="">
            <v:imagedata r:id="rId268" o:title=""/>
          </v:shape>
          <o:OLEObject Type="Embed" ProgID="Equation.DSMT4" ShapeID="_x0000_i1154" DrawAspect="Content" ObjectID="_1699835272" r:id="rId269"/>
        </w:object>
      </w:r>
      <w:r w:rsidRPr="00B13C4C">
        <w:rPr>
          <w:rFonts w:ascii="Times New Roman" w:hAnsi="Times New Roman" w:cs="Times New Roman"/>
          <w:sz w:val="24"/>
          <w:szCs w:val="24"/>
        </w:rPr>
        <w:t>.</w:t>
      </w:r>
    </w:p>
    <w:p w14:paraId="62886011" w14:textId="6A1B29C0" w:rsidR="004C7529" w:rsidRPr="00B13C4C" w:rsidRDefault="004C7529" w:rsidP="004C7529">
      <w:pPr>
        <w:tabs>
          <w:tab w:val="left" w:pos="992"/>
        </w:tabs>
        <w:spacing w:before="120" w:after="0" w:line="276" w:lineRule="auto"/>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phương trình </w:t>
      </w:r>
      <w:r w:rsidRPr="00B13C4C">
        <w:rPr>
          <w:rFonts w:ascii="Times New Roman" w:hAnsi="Times New Roman" w:cs="Times New Roman"/>
          <w:position w:val="-16"/>
          <w:sz w:val="24"/>
          <w:szCs w:val="24"/>
        </w:rPr>
        <w:object w:dxaOrig="3040" w:dyaOrig="499" w14:anchorId="31135223">
          <v:shape id="_x0000_i1155" type="#_x0000_t75" style="width:151.8pt;height:25.2pt" o:ole="">
            <v:imagedata r:id="rId270" o:title=""/>
          </v:shape>
          <o:OLEObject Type="Embed" ProgID="Equation.DSMT4" ShapeID="_x0000_i1155" DrawAspect="Content" ObjectID="_1699835273" r:id="rId271"/>
        </w:object>
      </w:r>
      <w:r w:rsidRPr="00B13C4C">
        <w:rPr>
          <w:rFonts w:ascii="Times New Roman" w:hAnsi="Times New Roman" w:cs="Times New Roman"/>
          <w:sz w:val="24"/>
          <w:szCs w:val="24"/>
        </w:rPr>
        <w:t xml:space="preserve">. Nếu đặt </w:t>
      </w:r>
      <w:r w:rsidRPr="00B13C4C">
        <w:rPr>
          <w:rFonts w:ascii="Times New Roman" w:hAnsi="Times New Roman" w:cs="Times New Roman"/>
          <w:position w:val="-6"/>
          <w:sz w:val="24"/>
          <w:szCs w:val="24"/>
        </w:rPr>
        <w:object w:dxaOrig="1380" w:dyaOrig="320" w14:anchorId="453E492C">
          <v:shape id="_x0000_i1156" type="#_x0000_t75" style="width:69pt;height:16.2pt" o:ole="">
            <v:imagedata r:id="rId272" o:title=""/>
          </v:shape>
          <o:OLEObject Type="Embed" ProgID="Equation.DSMT4" ShapeID="_x0000_i1156" DrawAspect="Content" ObjectID="_1699835274" r:id="rId273"/>
        </w:object>
      </w:r>
      <w:r w:rsidRPr="00B13C4C">
        <w:rPr>
          <w:rFonts w:ascii="Times New Roman" w:hAnsi="Times New Roman" w:cs="Times New Roman"/>
          <w:sz w:val="24"/>
          <w:szCs w:val="24"/>
        </w:rPr>
        <w:t xml:space="preserve"> thì phương trình đã cho trở thành phương trình nào dưới đây?</w:t>
      </w:r>
    </w:p>
    <w:p w14:paraId="7E927C9D" w14:textId="52303860" w:rsidR="004C7529" w:rsidRPr="00B13C4C" w:rsidRDefault="004C7529" w:rsidP="004C7529">
      <w:pPr>
        <w:tabs>
          <w:tab w:val="left" w:pos="3402"/>
          <w:tab w:val="left" w:pos="5669"/>
          <w:tab w:val="left" w:pos="7937"/>
        </w:tabs>
        <w:spacing w:after="0" w:line="276" w:lineRule="auto"/>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1300" w:dyaOrig="320" w14:anchorId="62D915A3">
          <v:shape id="_x0000_i1157" type="#_x0000_t75" style="width:64.8pt;height:16.2pt" o:ole="">
            <v:imagedata r:id="rId274" o:title=""/>
          </v:shape>
          <o:OLEObject Type="Embed" ProgID="Equation.DSMT4" ShapeID="_x0000_i1157" DrawAspect="Content" ObjectID="_1699835275" r:id="rId27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1300" w:dyaOrig="320" w14:anchorId="0DA5C0C9">
          <v:shape id="_x0000_i1158" type="#_x0000_t75" style="width:64.8pt;height:16.2pt" o:ole="">
            <v:imagedata r:id="rId276" o:title=""/>
          </v:shape>
          <o:OLEObject Type="Embed" ProgID="Equation.DSMT4" ShapeID="_x0000_i1158" DrawAspect="Content" ObjectID="_1699835276" r:id="rId27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1300" w:dyaOrig="320" w14:anchorId="2B11400F">
          <v:shape id="_x0000_i1159" type="#_x0000_t75" style="width:64.8pt;height:16.2pt" o:ole="">
            <v:imagedata r:id="rId278" o:title=""/>
          </v:shape>
          <o:OLEObject Type="Embed" ProgID="Equation.DSMT4" ShapeID="_x0000_i1159" DrawAspect="Content" ObjectID="_1699835277" r:id="rId27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1300" w:dyaOrig="320" w14:anchorId="668CF902">
          <v:shape id="_x0000_i1160" type="#_x0000_t75" style="width:64.8pt;height:16.2pt" o:ole="">
            <v:imagedata r:id="rId280" o:title=""/>
          </v:shape>
          <o:OLEObject Type="Embed" ProgID="Equation.DSMT4" ShapeID="_x0000_i1160" DrawAspect="Content" ObjectID="_1699835278" r:id="rId281"/>
        </w:object>
      </w:r>
      <w:r w:rsidRPr="00B13C4C">
        <w:rPr>
          <w:rFonts w:ascii="Times New Roman" w:hAnsi="Times New Roman" w:cs="Times New Roman"/>
          <w:sz w:val="24"/>
          <w:szCs w:val="24"/>
        </w:rPr>
        <w:t>.</w:t>
      </w:r>
    </w:p>
    <w:p w14:paraId="66FBBF42" w14:textId="2E01AC38" w:rsidR="004C7529" w:rsidRPr="00B13C4C" w:rsidRDefault="004C7529" w:rsidP="004C7529">
      <w:pPr>
        <w:tabs>
          <w:tab w:val="left" w:pos="992"/>
        </w:tabs>
        <w:spacing w:before="120" w:after="0" w:line="276" w:lineRule="auto"/>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Số nghiệm của phương trình </w:t>
      </w:r>
      <w:r w:rsidRPr="00B13C4C">
        <w:rPr>
          <w:rFonts w:ascii="Times New Roman" w:hAnsi="Times New Roman" w:cs="Times New Roman"/>
          <w:position w:val="-24"/>
          <w:sz w:val="24"/>
          <w:szCs w:val="24"/>
        </w:rPr>
        <w:object w:dxaOrig="1560" w:dyaOrig="660" w14:anchorId="33D41C78">
          <v:shape id="_x0000_i1161" type="#_x0000_t75" style="width:78pt;height:33pt" o:ole="">
            <v:imagedata r:id="rId282" o:title=""/>
          </v:shape>
          <o:OLEObject Type="Embed" ProgID="Equation.DSMT4" ShapeID="_x0000_i1161" DrawAspect="Content" ObjectID="_1699835279" r:id="rId283"/>
        </w:object>
      </w:r>
      <w:r w:rsidRPr="00B13C4C">
        <w:rPr>
          <w:rFonts w:ascii="Times New Roman" w:hAnsi="Times New Roman" w:cs="Times New Roman"/>
          <w:sz w:val="24"/>
          <w:szCs w:val="24"/>
        </w:rPr>
        <w:t xml:space="preserve"> là</w:t>
      </w:r>
    </w:p>
    <w:p w14:paraId="461A2A1A" w14:textId="60AD0E55" w:rsidR="004C7529" w:rsidRPr="00B13C4C" w:rsidRDefault="004C7529" w:rsidP="004C7529">
      <w:pPr>
        <w:tabs>
          <w:tab w:val="left" w:pos="3402"/>
          <w:tab w:val="left" w:pos="5669"/>
          <w:tab w:val="left" w:pos="7937"/>
        </w:tabs>
        <w:spacing w:after="0" w:line="276" w:lineRule="auto"/>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1.</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3.</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4.</w:t>
      </w:r>
    </w:p>
    <w:p w14:paraId="0E0E623C" w14:textId="452A1ACF" w:rsidR="004C7529" w:rsidRPr="00B13C4C" w:rsidRDefault="004C7529" w:rsidP="004C7529">
      <w:pPr>
        <w:tabs>
          <w:tab w:val="left" w:pos="992"/>
        </w:tabs>
        <w:spacing w:before="120" w:after="0" w:line="276" w:lineRule="auto"/>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Xét hệ phương trình </w:t>
      </w:r>
      <w:r w:rsidRPr="00B13C4C">
        <w:rPr>
          <w:rFonts w:ascii="Times New Roman" w:hAnsi="Times New Roman" w:cs="Times New Roman"/>
          <w:position w:val="-30"/>
          <w:sz w:val="24"/>
          <w:szCs w:val="24"/>
        </w:rPr>
        <w:object w:dxaOrig="1200" w:dyaOrig="720" w14:anchorId="10EF1AFC">
          <v:shape id="_x0000_i1162" type="#_x0000_t75" style="width:60pt;height:36pt" o:ole="">
            <v:imagedata r:id="rId284" o:title=""/>
          </v:shape>
          <o:OLEObject Type="Embed" ProgID="Equation.DSMT4" ShapeID="_x0000_i1162" DrawAspect="Content" ObjectID="_1699835280" r:id="rId285"/>
        </w:object>
      </w:r>
      <w:r w:rsidRPr="00B13C4C">
        <w:rPr>
          <w:rFonts w:ascii="Times New Roman" w:hAnsi="Times New Roman" w:cs="Times New Roman"/>
          <w:sz w:val="24"/>
          <w:szCs w:val="24"/>
        </w:rPr>
        <w:t xml:space="preserve">, với </w:t>
      </w:r>
      <w:r w:rsidRPr="00B13C4C">
        <w:rPr>
          <w:rFonts w:ascii="Times New Roman" w:hAnsi="Times New Roman" w:cs="Times New Roman"/>
          <w:position w:val="-6"/>
          <w:sz w:val="24"/>
          <w:szCs w:val="24"/>
        </w:rPr>
        <w:object w:dxaOrig="260" w:dyaOrig="220" w14:anchorId="77A7C2DB">
          <v:shape id="_x0000_i1163" type="#_x0000_t75" style="width:13.2pt;height:10.8pt" o:ole="">
            <v:imagedata r:id="rId286" o:title=""/>
          </v:shape>
          <o:OLEObject Type="Embed" ProgID="Equation.DSMT4" ShapeID="_x0000_i1163" DrawAspect="Content" ObjectID="_1699835281" r:id="rId287"/>
        </w:object>
      </w:r>
      <w:r w:rsidRPr="00B13C4C">
        <w:rPr>
          <w:rFonts w:ascii="Times New Roman" w:hAnsi="Times New Roman" w:cs="Times New Roman"/>
          <w:sz w:val="24"/>
          <w:szCs w:val="24"/>
        </w:rPr>
        <w:t xml:space="preserve"> là tham số thực. Có bao nhiêu giá trị của tham số </w:t>
      </w:r>
      <w:r w:rsidRPr="00B13C4C">
        <w:rPr>
          <w:rFonts w:ascii="Times New Roman" w:hAnsi="Times New Roman" w:cs="Times New Roman"/>
          <w:position w:val="-6"/>
          <w:sz w:val="24"/>
          <w:szCs w:val="24"/>
        </w:rPr>
        <w:object w:dxaOrig="260" w:dyaOrig="220" w14:anchorId="6B53EBED">
          <v:shape id="_x0000_i1164" type="#_x0000_t75" style="width:13.2pt;height:10.8pt" o:ole="">
            <v:imagedata r:id="rId288" o:title=""/>
          </v:shape>
          <o:OLEObject Type="Embed" ProgID="Equation.DSMT4" ShapeID="_x0000_i1164" DrawAspect="Content" ObjectID="_1699835282" r:id="rId289"/>
        </w:object>
      </w:r>
      <w:r w:rsidRPr="00B13C4C">
        <w:rPr>
          <w:rFonts w:ascii="Times New Roman" w:hAnsi="Times New Roman" w:cs="Times New Roman"/>
          <w:sz w:val="24"/>
          <w:szCs w:val="24"/>
        </w:rPr>
        <w:t xml:space="preserve"> để hệ đã cho vô nghiệm?</w:t>
      </w:r>
    </w:p>
    <w:p w14:paraId="3F91AAD5" w14:textId="5AAAD4D0" w:rsidR="004C7529" w:rsidRPr="00B13C4C" w:rsidRDefault="004C7529" w:rsidP="004C7529">
      <w:pPr>
        <w:tabs>
          <w:tab w:val="left" w:pos="3402"/>
          <w:tab w:val="left" w:pos="5669"/>
          <w:tab w:val="left" w:pos="7937"/>
        </w:tabs>
        <w:spacing w:after="0" w:line="276" w:lineRule="auto"/>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1.</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3.</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4.</w:t>
      </w:r>
    </w:p>
    <w:p w14:paraId="7175FBFE" w14:textId="07CA6101" w:rsidR="004C7529" w:rsidRPr="00B13C4C" w:rsidRDefault="004C7529" w:rsidP="004C7529">
      <w:pPr>
        <w:tabs>
          <w:tab w:val="left" w:pos="992"/>
        </w:tabs>
        <w:spacing w:before="120" w:after="0" w:line="276" w:lineRule="auto"/>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Nghiệm của hệ phương trình </w:t>
      </w:r>
      <w:r w:rsidRPr="00B13C4C">
        <w:rPr>
          <w:rFonts w:ascii="Times New Roman" w:hAnsi="Times New Roman" w:cs="Times New Roman"/>
          <w:position w:val="-50"/>
          <w:sz w:val="24"/>
          <w:szCs w:val="24"/>
        </w:rPr>
        <w:object w:dxaOrig="1740" w:dyaOrig="1120" w14:anchorId="29A85070">
          <v:shape id="_x0000_i1165" type="#_x0000_t75" style="width:87pt;height:55.8pt" o:ole="">
            <v:imagedata r:id="rId290" o:title=""/>
          </v:shape>
          <o:OLEObject Type="Embed" ProgID="Equation.DSMT4" ShapeID="_x0000_i1165" DrawAspect="Content" ObjectID="_1699835283" r:id="rId291"/>
        </w:object>
      </w:r>
      <w:r w:rsidRPr="00B13C4C">
        <w:rPr>
          <w:rFonts w:ascii="Times New Roman" w:hAnsi="Times New Roman" w:cs="Times New Roman"/>
          <w:sz w:val="24"/>
          <w:szCs w:val="24"/>
        </w:rPr>
        <w:t xml:space="preserve"> là</w:t>
      </w:r>
    </w:p>
    <w:p w14:paraId="18CAA55B" w14:textId="084360F3" w:rsidR="004C7529" w:rsidRPr="00B13C4C" w:rsidRDefault="004C7529" w:rsidP="004C7529">
      <w:pPr>
        <w:tabs>
          <w:tab w:val="left" w:pos="3402"/>
          <w:tab w:val="left" w:pos="5669"/>
          <w:tab w:val="left" w:pos="7937"/>
        </w:tabs>
        <w:spacing w:after="0" w:line="276" w:lineRule="auto"/>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720" w:dyaOrig="320" w14:anchorId="4E272F95">
          <v:shape id="_x0000_i1166" type="#_x0000_t75" style="width:36pt;height:16.2pt" o:ole="">
            <v:imagedata r:id="rId292" o:title=""/>
          </v:shape>
          <o:OLEObject Type="Embed" ProgID="Equation.DSMT4" ShapeID="_x0000_i1166" DrawAspect="Content" ObjectID="_1699835284" r:id="rId29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720" w:dyaOrig="320" w14:anchorId="0A43C599">
          <v:shape id="_x0000_i1167" type="#_x0000_t75" style="width:36pt;height:16.2pt" o:ole="">
            <v:imagedata r:id="rId294" o:title=""/>
          </v:shape>
          <o:OLEObject Type="Embed" ProgID="Equation.DSMT4" ShapeID="_x0000_i1167" DrawAspect="Content" ObjectID="_1699835285" r:id="rId29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720" w:dyaOrig="320" w14:anchorId="546D7108">
          <v:shape id="_x0000_i1168" type="#_x0000_t75" style="width:36pt;height:16.2pt" o:ole="">
            <v:imagedata r:id="rId296" o:title=""/>
          </v:shape>
          <o:OLEObject Type="Embed" ProgID="Equation.DSMT4" ShapeID="_x0000_i1168" DrawAspect="Content" ObjectID="_1699835286" r:id="rId29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720" w:dyaOrig="320" w14:anchorId="76FDF601">
          <v:shape id="_x0000_i1169" type="#_x0000_t75" style="width:36pt;height:16.2pt" o:ole="">
            <v:imagedata r:id="rId298" o:title=""/>
          </v:shape>
          <o:OLEObject Type="Embed" ProgID="Equation.DSMT4" ShapeID="_x0000_i1169" DrawAspect="Content" ObjectID="_1699835287" r:id="rId299"/>
        </w:object>
      </w:r>
      <w:r w:rsidRPr="00B13C4C">
        <w:rPr>
          <w:rFonts w:ascii="Times New Roman" w:hAnsi="Times New Roman" w:cs="Times New Roman"/>
          <w:sz w:val="24"/>
          <w:szCs w:val="24"/>
        </w:rPr>
        <w:t>.</w:t>
      </w:r>
    </w:p>
    <w:p w14:paraId="05B2406F" w14:textId="16AEF958" w:rsidR="004C7529" w:rsidRPr="00B13C4C" w:rsidRDefault="004C7529" w:rsidP="004C7529">
      <w:pPr>
        <w:tabs>
          <w:tab w:val="left" w:pos="992"/>
        </w:tabs>
        <w:spacing w:before="120" w:after="0" w:line="276" w:lineRule="auto"/>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tam giác đều </w:t>
      </w:r>
      <w:r w:rsidRPr="00B13C4C">
        <w:rPr>
          <w:rFonts w:ascii="Times New Roman" w:hAnsi="Times New Roman" w:cs="Times New Roman"/>
          <w:position w:val="-6"/>
          <w:sz w:val="24"/>
          <w:szCs w:val="24"/>
        </w:rPr>
        <w:object w:dxaOrig="560" w:dyaOrig="279" w14:anchorId="33E380E7">
          <v:shape id="_x0000_i1170" type="#_x0000_t75" style="width:28.2pt;height:13.8pt" o:ole="">
            <v:imagedata r:id="rId300" o:title=""/>
          </v:shape>
          <o:OLEObject Type="Embed" ProgID="Equation.DSMT4" ShapeID="_x0000_i1170" DrawAspect="Content" ObjectID="_1699835288" r:id="rId301"/>
        </w:object>
      </w:r>
      <w:r w:rsidRPr="00B13C4C">
        <w:rPr>
          <w:rFonts w:ascii="Times New Roman" w:hAnsi="Times New Roman" w:cs="Times New Roman"/>
          <w:sz w:val="24"/>
          <w:szCs w:val="24"/>
        </w:rPr>
        <w:t xml:space="preserve"> nội tiếp đường tròn tâm </w:t>
      </w:r>
      <w:r w:rsidRPr="00B13C4C">
        <w:rPr>
          <w:rFonts w:ascii="Times New Roman" w:hAnsi="Times New Roman" w:cs="Times New Roman"/>
          <w:position w:val="-6"/>
          <w:sz w:val="24"/>
          <w:szCs w:val="24"/>
        </w:rPr>
        <w:object w:dxaOrig="240" w:dyaOrig="279" w14:anchorId="0C62805F">
          <v:shape id="_x0000_i1171" type="#_x0000_t75" style="width:12pt;height:13.8pt" o:ole="">
            <v:imagedata r:id="rId302" o:title=""/>
          </v:shape>
          <o:OLEObject Type="Embed" ProgID="Equation.DSMT4" ShapeID="_x0000_i1171" DrawAspect="Content" ObjectID="_1699835289" r:id="rId303"/>
        </w:object>
      </w:r>
      <w:r w:rsidRPr="00B13C4C">
        <w:rPr>
          <w:rFonts w:ascii="Times New Roman" w:hAnsi="Times New Roman" w:cs="Times New Roman"/>
          <w:sz w:val="24"/>
          <w:szCs w:val="24"/>
        </w:rPr>
        <w:t xml:space="preserve">, bán kính bằng 1. Gọi </w:t>
      </w:r>
      <w:r w:rsidRPr="00B13C4C">
        <w:rPr>
          <w:rFonts w:ascii="Times New Roman" w:hAnsi="Times New Roman" w:cs="Times New Roman"/>
          <w:position w:val="-4"/>
          <w:sz w:val="24"/>
          <w:szCs w:val="24"/>
        </w:rPr>
        <w:object w:dxaOrig="320" w:dyaOrig="260" w14:anchorId="3B0615E2">
          <v:shape id="_x0000_i1172" type="#_x0000_t75" style="width:16.2pt;height:13.2pt" o:ole="">
            <v:imagedata r:id="rId304" o:title=""/>
          </v:shape>
          <o:OLEObject Type="Embed" ProgID="Equation.DSMT4" ShapeID="_x0000_i1172" DrawAspect="Content" ObjectID="_1699835290" r:id="rId305"/>
        </w:object>
      </w:r>
      <w:r w:rsidRPr="00B13C4C">
        <w:rPr>
          <w:rFonts w:ascii="Times New Roman" w:hAnsi="Times New Roman" w:cs="Times New Roman"/>
          <w:sz w:val="24"/>
          <w:szCs w:val="24"/>
        </w:rPr>
        <w:t xml:space="preserve"> là điểm nằm trên đường tròn </w:t>
      </w:r>
      <w:r w:rsidRPr="00B13C4C">
        <w:rPr>
          <w:rFonts w:ascii="Times New Roman" w:hAnsi="Times New Roman" w:cs="Times New Roman"/>
          <w:position w:val="-10"/>
          <w:sz w:val="24"/>
          <w:szCs w:val="24"/>
        </w:rPr>
        <w:object w:dxaOrig="420" w:dyaOrig="320" w14:anchorId="3D7538D3">
          <v:shape id="_x0000_i1173" type="#_x0000_t75" style="width:21pt;height:16.2pt" o:ole="">
            <v:imagedata r:id="rId306" o:title=""/>
          </v:shape>
          <o:OLEObject Type="Embed" ProgID="Equation.DSMT4" ShapeID="_x0000_i1173" DrawAspect="Content" ObjectID="_1699835291" r:id="rId307"/>
        </w:object>
      </w:r>
      <w:r w:rsidRPr="00B13C4C">
        <w:rPr>
          <w:rFonts w:ascii="Times New Roman" w:hAnsi="Times New Roman" w:cs="Times New Roman"/>
          <w:sz w:val="24"/>
          <w:szCs w:val="24"/>
        </w:rPr>
        <w:t xml:space="preserve">, độ dài véctơ </w:t>
      </w:r>
      <w:r w:rsidRPr="00B13C4C">
        <w:rPr>
          <w:rFonts w:ascii="Times New Roman" w:hAnsi="Times New Roman" w:cs="Times New Roman"/>
          <w:position w:val="-6"/>
          <w:sz w:val="24"/>
          <w:szCs w:val="24"/>
        </w:rPr>
        <w:object w:dxaOrig="1579" w:dyaOrig="340" w14:anchorId="1F5C69E4">
          <v:shape id="_x0000_i1174" type="#_x0000_t75" style="width:79.2pt;height:16.8pt" o:ole="">
            <v:imagedata r:id="rId308" o:title=""/>
          </v:shape>
          <o:OLEObject Type="Embed" ProgID="Equation.DSMT4" ShapeID="_x0000_i1174" DrawAspect="Content" ObjectID="_1699835292" r:id="rId309"/>
        </w:object>
      </w:r>
      <w:r w:rsidRPr="00B13C4C">
        <w:rPr>
          <w:rFonts w:ascii="Times New Roman" w:hAnsi="Times New Roman" w:cs="Times New Roman"/>
          <w:sz w:val="24"/>
          <w:szCs w:val="24"/>
        </w:rPr>
        <w:t xml:space="preserve"> bằng</w:t>
      </w:r>
    </w:p>
    <w:p w14:paraId="6445E9B9" w14:textId="7DEEEA5D" w:rsidR="004C7529" w:rsidRPr="00B13C4C" w:rsidRDefault="004C7529" w:rsidP="004C7529">
      <w:pPr>
        <w:tabs>
          <w:tab w:val="left" w:pos="3402"/>
          <w:tab w:val="left" w:pos="5669"/>
          <w:tab w:val="left" w:pos="7937"/>
        </w:tabs>
        <w:spacing w:after="0" w:line="276" w:lineRule="auto"/>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1.</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6.</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8"/>
          <w:sz w:val="24"/>
          <w:szCs w:val="24"/>
        </w:rPr>
        <w:object w:dxaOrig="360" w:dyaOrig="360" w14:anchorId="04AA1735">
          <v:shape id="_x0000_i1175" type="#_x0000_t75" style="width:18pt;height:18pt" o:ole="">
            <v:imagedata r:id="rId310" o:title=""/>
          </v:shape>
          <o:OLEObject Type="Embed" ProgID="Equation.DSMT4" ShapeID="_x0000_i1175" DrawAspect="Content" ObjectID="_1699835293" r:id="rId31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3.</w:t>
      </w:r>
    </w:p>
    <w:p w14:paraId="216F0D9B" w14:textId="60110534" w:rsidR="004C7529" w:rsidRPr="00B13C4C" w:rsidRDefault="004C7529" w:rsidP="004C7529">
      <w:pPr>
        <w:tabs>
          <w:tab w:val="left" w:pos="992"/>
        </w:tabs>
        <w:spacing w:before="120" w:after="0" w:line="276" w:lineRule="auto"/>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w:t>
      </w:r>
      <w:r w:rsidRPr="00B13C4C">
        <w:rPr>
          <w:rFonts w:ascii="Times New Roman" w:hAnsi="Times New Roman" w:cs="Times New Roman"/>
          <w:position w:val="-10"/>
          <w:sz w:val="24"/>
          <w:szCs w:val="24"/>
        </w:rPr>
        <w:object w:dxaOrig="460" w:dyaOrig="320" w14:anchorId="3BBFD691">
          <v:shape id="_x0000_i1176" type="#_x0000_t75" style="width:22.8pt;height:16.2pt" o:ole="">
            <v:imagedata r:id="rId312" o:title=""/>
          </v:shape>
          <o:OLEObject Type="Embed" ProgID="Equation.DSMT4" ShapeID="_x0000_i1176" DrawAspect="Content" ObjectID="_1699835294" r:id="rId313"/>
        </w:object>
      </w:r>
      <w:r w:rsidRPr="00B13C4C">
        <w:rPr>
          <w:rFonts w:ascii="Times New Roman" w:hAnsi="Times New Roman" w:cs="Times New Roman"/>
          <w:sz w:val="24"/>
          <w:szCs w:val="24"/>
        </w:rPr>
        <w:t xml:space="preserve">, cho hai véctơ </w:t>
      </w:r>
      <w:r w:rsidRPr="00B13C4C">
        <w:rPr>
          <w:rFonts w:ascii="Times New Roman" w:hAnsi="Times New Roman" w:cs="Times New Roman"/>
          <w:position w:val="-10"/>
          <w:sz w:val="24"/>
          <w:szCs w:val="24"/>
        </w:rPr>
        <w:object w:dxaOrig="1579" w:dyaOrig="320" w14:anchorId="4999EEE6">
          <v:shape id="_x0000_i1177" type="#_x0000_t75" style="width:79.2pt;height:16.2pt" o:ole="">
            <v:imagedata r:id="rId314" o:title=""/>
          </v:shape>
          <o:OLEObject Type="Embed" ProgID="Equation.DSMT4" ShapeID="_x0000_i1177" DrawAspect="Content" ObjectID="_1699835295" r:id="rId315"/>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1020" w:dyaOrig="380" w14:anchorId="1D4C81A4">
          <v:shape id="_x0000_i1178" type="#_x0000_t75" style="width:51pt;height:19.2pt" o:ole="">
            <v:imagedata r:id="rId316" o:title=""/>
          </v:shape>
          <o:OLEObject Type="Embed" ProgID="Equation.DSMT4" ShapeID="_x0000_i1178" DrawAspect="Content" ObjectID="_1699835296" r:id="rId317"/>
        </w:object>
      </w:r>
      <w:r w:rsidRPr="00B13C4C">
        <w:rPr>
          <w:rFonts w:ascii="Times New Roman" w:hAnsi="Times New Roman" w:cs="Times New Roman"/>
          <w:sz w:val="24"/>
          <w:szCs w:val="24"/>
        </w:rPr>
        <w:t xml:space="preserve">. Khi đó </w:t>
      </w:r>
      <w:r w:rsidRPr="00B13C4C">
        <w:rPr>
          <w:rFonts w:ascii="Times New Roman" w:hAnsi="Times New Roman" w:cs="Times New Roman"/>
          <w:position w:val="-6"/>
          <w:sz w:val="24"/>
          <w:szCs w:val="24"/>
        </w:rPr>
        <w:object w:dxaOrig="580" w:dyaOrig="340" w14:anchorId="485B97F4">
          <v:shape id="_x0000_i1179" type="#_x0000_t75" style="width:28.8pt;height:16.8pt" o:ole="">
            <v:imagedata r:id="rId318" o:title=""/>
          </v:shape>
          <o:OLEObject Type="Embed" ProgID="Equation.DSMT4" ShapeID="_x0000_i1179" DrawAspect="Content" ObjectID="_1699835297" r:id="rId319"/>
        </w:object>
      </w:r>
      <w:r w:rsidRPr="00B13C4C">
        <w:rPr>
          <w:rFonts w:ascii="Times New Roman" w:hAnsi="Times New Roman" w:cs="Times New Roman"/>
          <w:sz w:val="24"/>
          <w:szCs w:val="24"/>
        </w:rPr>
        <w:t xml:space="preserve"> khi và chỉ khi</w:t>
      </w:r>
    </w:p>
    <w:p w14:paraId="02402A89" w14:textId="3BBEF1B4" w:rsidR="004C7529" w:rsidRPr="00B13C4C" w:rsidRDefault="004C7529" w:rsidP="004C7529">
      <w:pPr>
        <w:tabs>
          <w:tab w:val="left" w:pos="3402"/>
          <w:tab w:val="left" w:pos="5669"/>
          <w:tab w:val="left" w:pos="7937"/>
        </w:tabs>
        <w:spacing w:after="0" w:line="276" w:lineRule="auto"/>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30"/>
          <w:sz w:val="24"/>
          <w:szCs w:val="24"/>
        </w:rPr>
        <w:object w:dxaOrig="820" w:dyaOrig="720" w14:anchorId="1690991D">
          <v:shape id="_x0000_i1180" type="#_x0000_t75" style="width:40.8pt;height:36pt" o:ole="">
            <v:imagedata r:id="rId320" o:title=""/>
          </v:shape>
          <o:OLEObject Type="Embed" ProgID="Equation.DSMT4" ShapeID="_x0000_i1180" DrawAspect="Content" ObjectID="_1699835298" r:id="rId321"/>
        </w:objec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30"/>
          <w:sz w:val="24"/>
          <w:szCs w:val="24"/>
        </w:rPr>
        <w:object w:dxaOrig="820" w:dyaOrig="720" w14:anchorId="18B1942F">
          <v:shape id="_x0000_i1181" type="#_x0000_t75" style="width:40.8pt;height:36pt" o:ole="">
            <v:imagedata r:id="rId322" o:title=""/>
          </v:shape>
          <o:OLEObject Type="Embed" ProgID="Equation.DSMT4" ShapeID="_x0000_i1181" DrawAspect="Content" ObjectID="_1699835299" r:id="rId32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30"/>
          <w:sz w:val="24"/>
          <w:szCs w:val="24"/>
        </w:rPr>
        <w:object w:dxaOrig="820" w:dyaOrig="720" w14:anchorId="4D469DF3">
          <v:shape id="_x0000_i1182" type="#_x0000_t75" style="width:40.8pt;height:36pt" o:ole="">
            <v:imagedata r:id="rId324" o:title=""/>
          </v:shape>
          <o:OLEObject Type="Embed" ProgID="Equation.DSMT4" ShapeID="_x0000_i1182" DrawAspect="Content" ObjectID="_1699835300" r:id="rId325"/>
        </w:objec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30"/>
          <w:sz w:val="24"/>
          <w:szCs w:val="24"/>
        </w:rPr>
        <w:object w:dxaOrig="680" w:dyaOrig="720" w14:anchorId="023DFF5A">
          <v:shape id="_x0000_i1183" type="#_x0000_t75" style="width:34.2pt;height:36pt" o:ole="">
            <v:imagedata r:id="rId326" o:title=""/>
          </v:shape>
          <o:OLEObject Type="Embed" ProgID="Equation.DSMT4" ShapeID="_x0000_i1183" DrawAspect="Content" ObjectID="_1699835301" r:id="rId327"/>
        </w:object>
      </w:r>
    </w:p>
    <w:p w14:paraId="3C5B5CC1" w14:textId="417000C3" w:rsidR="004C7529" w:rsidRPr="00B13C4C" w:rsidRDefault="004C7529" w:rsidP="004C7529">
      <w:pPr>
        <w:tabs>
          <w:tab w:val="left" w:pos="992"/>
        </w:tabs>
        <w:spacing w:before="120" w:after="0" w:line="276" w:lineRule="auto"/>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tam giác </w:t>
      </w:r>
      <w:r w:rsidRPr="00B13C4C">
        <w:rPr>
          <w:rFonts w:ascii="Times New Roman" w:hAnsi="Times New Roman" w:cs="Times New Roman"/>
          <w:position w:val="-6"/>
          <w:sz w:val="24"/>
          <w:szCs w:val="24"/>
        </w:rPr>
        <w:object w:dxaOrig="560" w:dyaOrig="279" w14:anchorId="0E1ECCDA">
          <v:shape id="_x0000_i1184" type="#_x0000_t75" style="width:28.2pt;height:13.8pt" o:ole="">
            <v:imagedata r:id="rId328" o:title=""/>
          </v:shape>
          <o:OLEObject Type="Embed" ProgID="Equation.DSMT4" ShapeID="_x0000_i1184" DrawAspect="Content" ObjectID="_1699835302" r:id="rId329"/>
        </w:object>
      </w:r>
      <w:r w:rsidRPr="00B13C4C">
        <w:rPr>
          <w:rFonts w:ascii="Times New Roman" w:hAnsi="Times New Roman" w:cs="Times New Roman"/>
          <w:sz w:val="24"/>
          <w:szCs w:val="24"/>
        </w:rPr>
        <w:t xml:space="preserve"> vuông tại </w:t>
      </w:r>
      <w:r w:rsidRPr="00B13C4C">
        <w:rPr>
          <w:rFonts w:ascii="Times New Roman" w:hAnsi="Times New Roman" w:cs="Times New Roman"/>
          <w:position w:val="-4"/>
          <w:sz w:val="24"/>
          <w:szCs w:val="24"/>
        </w:rPr>
        <w:object w:dxaOrig="240" w:dyaOrig="260" w14:anchorId="1A30C5A6">
          <v:shape id="_x0000_i1185" type="#_x0000_t75" style="width:12pt;height:13.2pt" o:ole="">
            <v:imagedata r:id="rId330" o:title=""/>
          </v:shape>
          <o:OLEObject Type="Embed" ProgID="Equation.DSMT4" ShapeID="_x0000_i1185" DrawAspect="Content" ObjectID="_1699835303" r:id="rId331"/>
        </w:object>
      </w:r>
      <w:r w:rsidRPr="00B13C4C">
        <w:rPr>
          <w:rFonts w:ascii="Times New Roman" w:hAnsi="Times New Roman" w:cs="Times New Roman"/>
          <w:sz w:val="24"/>
          <w:szCs w:val="24"/>
        </w:rPr>
        <w:t xml:space="preserve"> có </w:t>
      </w:r>
      <w:r w:rsidRPr="00B13C4C">
        <w:rPr>
          <w:rFonts w:ascii="Times New Roman" w:hAnsi="Times New Roman" w:cs="Times New Roman"/>
          <w:position w:val="-6"/>
          <w:sz w:val="24"/>
          <w:szCs w:val="24"/>
        </w:rPr>
        <w:object w:dxaOrig="1140" w:dyaOrig="360" w14:anchorId="2C590F6A">
          <v:shape id="_x0000_i1186" type="#_x0000_t75" style="width:57pt;height:18pt" o:ole="">
            <v:imagedata r:id="rId332" o:title=""/>
          </v:shape>
          <o:OLEObject Type="Embed" ProgID="Equation.DSMT4" ShapeID="_x0000_i1186" DrawAspect="Content" ObjectID="_1699835304" r:id="rId333"/>
        </w:object>
      </w:r>
      <w:r w:rsidRPr="00B13C4C">
        <w:rPr>
          <w:rFonts w:ascii="Times New Roman" w:hAnsi="Times New Roman" w:cs="Times New Roman"/>
          <w:sz w:val="24"/>
          <w:szCs w:val="24"/>
        </w:rPr>
        <w:t xml:space="preserve">. Giá trị của </w:t>
      </w:r>
      <w:r w:rsidRPr="00B13C4C">
        <w:rPr>
          <w:rFonts w:ascii="Times New Roman" w:hAnsi="Times New Roman" w:cs="Times New Roman"/>
          <w:position w:val="-10"/>
          <w:sz w:val="24"/>
          <w:szCs w:val="24"/>
        </w:rPr>
        <w:object w:dxaOrig="1280" w:dyaOrig="380" w14:anchorId="3269E877">
          <v:shape id="_x0000_i1187" type="#_x0000_t75" style="width:64.2pt;height:19.2pt" o:ole="">
            <v:imagedata r:id="rId334" o:title=""/>
          </v:shape>
          <o:OLEObject Type="Embed" ProgID="Equation.DSMT4" ShapeID="_x0000_i1187" DrawAspect="Content" ObjectID="_1699835305" r:id="rId335"/>
        </w:object>
      </w:r>
      <w:r w:rsidRPr="00B13C4C">
        <w:rPr>
          <w:rFonts w:ascii="Times New Roman" w:hAnsi="Times New Roman" w:cs="Times New Roman"/>
          <w:sz w:val="24"/>
          <w:szCs w:val="24"/>
        </w:rPr>
        <w:t xml:space="preserve"> bẳng</w:t>
      </w:r>
    </w:p>
    <w:p w14:paraId="0F88B2F9" w14:textId="06D892EF" w:rsidR="004C7529" w:rsidRPr="00B13C4C" w:rsidRDefault="004C7529" w:rsidP="004C7529">
      <w:pPr>
        <w:tabs>
          <w:tab w:val="left" w:pos="3402"/>
          <w:tab w:val="left" w:pos="5669"/>
          <w:tab w:val="left" w:pos="7937"/>
        </w:tabs>
        <w:spacing w:after="0" w:line="276" w:lineRule="auto"/>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240" w:dyaOrig="620" w14:anchorId="4AEEDA90">
          <v:shape id="_x0000_i1188" type="#_x0000_t75" style="width:12pt;height:31.2pt" o:ole="">
            <v:imagedata r:id="rId336" o:title=""/>
          </v:shape>
          <o:OLEObject Type="Embed" ProgID="Equation.DSMT4" ShapeID="_x0000_i1188" DrawAspect="Content" ObjectID="_1699835306" r:id="rId33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400" w:dyaOrig="620" w14:anchorId="65B73479">
          <v:shape id="_x0000_i1189" type="#_x0000_t75" style="width:19.8pt;height:31.2pt" o:ole="">
            <v:imagedata r:id="rId338" o:title=""/>
          </v:shape>
          <o:OLEObject Type="Embed" ProgID="Equation.DSMT4" ShapeID="_x0000_i1189" DrawAspect="Content" ObjectID="_1699835307" r:id="rId33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560" w:dyaOrig="680" w14:anchorId="7D37553F">
          <v:shape id="_x0000_i1190" type="#_x0000_t75" style="width:28.2pt;height:34.2pt" o:ole="">
            <v:imagedata r:id="rId340" o:title=""/>
          </v:shape>
          <o:OLEObject Type="Embed" ProgID="Equation.DSMT4" ShapeID="_x0000_i1190" DrawAspect="Content" ObjectID="_1699835308" r:id="rId34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400" w:dyaOrig="680" w14:anchorId="6C0A38C9">
          <v:shape id="_x0000_i1191" type="#_x0000_t75" style="width:19.8pt;height:34.2pt" o:ole="">
            <v:imagedata r:id="rId342" o:title=""/>
          </v:shape>
          <o:OLEObject Type="Embed" ProgID="Equation.DSMT4" ShapeID="_x0000_i1191" DrawAspect="Content" ObjectID="_1699835309" r:id="rId343"/>
        </w:object>
      </w:r>
      <w:r w:rsidRPr="00B13C4C">
        <w:rPr>
          <w:rFonts w:ascii="Times New Roman" w:hAnsi="Times New Roman" w:cs="Times New Roman"/>
          <w:sz w:val="24"/>
          <w:szCs w:val="24"/>
        </w:rPr>
        <w:t>.</w:t>
      </w:r>
    </w:p>
    <w:p w14:paraId="23AE3892" w14:textId="44816F81" w:rsidR="004C7529" w:rsidRPr="00B13C4C" w:rsidRDefault="004C7529" w:rsidP="004C7529">
      <w:pPr>
        <w:tabs>
          <w:tab w:val="left" w:pos="992"/>
        </w:tabs>
        <w:spacing w:before="120" w:after="0" w:line="276" w:lineRule="auto"/>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w:t>
      </w:r>
      <w:r w:rsidRPr="00B13C4C">
        <w:rPr>
          <w:rFonts w:ascii="Times New Roman" w:hAnsi="Times New Roman" w:cs="Times New Roman"/>
          <w:position w:val="-10"/>
          <w:sz w:val="24"/>
          <w:szCs w:val="24"/>
        </w:rPr>
        <w:object w:dxaOrig="460" w:dyaOrig="320" w14:anchorId="4537A183">
          <v:shape id="_x0000_i1192" type="#_x0000_t75" style="width:22.8pt;height:16.2pt" o:ole="">
            <v:imagedata r:id="rId344" o:title=""/>
          </v:shape>
          <o:OLEObject Type="Embed" ProgID="Equation.DSMT4" ShapeID="_x0000_i1192" DrawAspect="Content" ObjectID="_1699835310" r:id="rId345"/>
        </w:object>
      </w:r>
      <w:r w:rsidRPr="00B13C4C">
        <w:rPr>
          <w:rFonts w:ascii="Times New Roman" w:hAnsi="Times New Roman" w:cs="Times New Roman"/>
          <w:sz w:val="24"/>
          <w:szCs w:val="24"/>
        </w:rPr>
        <w:t xml:space="preserve">, cho hai điểm </w:t>
      </w:r>
      <w:r w:rsidRPr="00B13C4C">
        <w:rPr>
          <w:rFonts w:ascii="Times New Roman" w:hAnsi="Times New Roman" w:cs="Times New Roman"/>
          <w:position w:val="-10"/>
          <w:sz w:val="24"/>
          <w:szCs w:val="24"/>
        </w:rPr>
        <w:object w:dxaOrig="980" w:dyaOrig="320" w14:anchorId="6300C798">
          <v:shape id="_x0000_i1193" type="#_x0000_t75" style="width:49.2pt;height:16.2pt" o:ole="">
            <v:imagedata r:id="rId346" o:title=""/>
          </v:shape>
          <o:OLEObject Type="Embed" ProgID="Equation.DSMT4" ShapeID="_x0000_i1193" DrawAspect="Content" ObjectID="_1699835311" r:id="rId347"/>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820" w:dyaOrig="320" w14:anchorId="18E6D24A">
          <v:shape id="_x0000_i1194" type="#_x0000_t75" style="width:40.8pt;height:16.2pt" o:ole="">
            <v:imagedata r:id="rId348" o:title=""/>
          </v:shape>
          <o:OLEObject Type="Embed" ProgID="Equation.DSMT4" ShapeID="_x0000_i1194" DrawAspect="Content" ObjectID="_1699835312" r:id="rId349"/>
        </w:object>
      </w:r>
      <w:r w:rsidRPr="00B13C4C">
        <w:rPr>
          <w:rFonts w:ascii="Times New Roman" w:hAnsi="Times New Roman" w:cs="Times New Roman"/>
          <w:sz w:val="24"/>
          <w:szCs w:val="24"/>
        </w:rPr>
        <w:t xml:space="preserve">. Độ dài đoạn thẳng </w:t>
      </w:r>
      <w:r w:rsidRPr="00B13C4C">
        <w:rPr>
          <w:rFonts w:ascii="Times New Roman" w:hAnsi="Times New Roman" w:cs="Times New Roman"/>
          <w:position w:val="-4"/>
          <w:sz w:val="24"/>
          <w:szCs w:val="24"/>
        </w:rPr>
        <w:object w:dxaOrig="400" w:dyaOrig="260" w14:anchorId="5CA447D1">
          <v:shape id="_x0000_i1195" type="#_x0000_t75" style="width:19.8pt;height:13.2pt" o:ole="">
            <v:imagedata r:id="rId350" o:title=""/>
          </v:shape>
          <o:OLEObject Type="Embed" ProgID="Equation.DSMT4" ShapeID="_x0000_i1195" DrawAspect="Content" ObjectID="_1699835313" r:id="rId351"/>
        </w:object>
      </w:r>
      <w:r w:rsidRPr="00B13C4C">
        <w:rPr>
          <w:rFonts w:ascii="Times New Roman" w:hAnsi="Times New Roman" w:cs="Times New Roman"/>
          <w:sz w:val="24"/>
          <w:szCs w:val="24"/>
        </w:rPr>
        <w:t xml:space="preserve"> bằng</w:t>
      </w:r>
    </w:p>
    <w:p w14:paraId="205BFC4E" w14:textId="122FFCBB" w:rsidR="004C7529" w:rsidRPr="00B13C4C" w:rsidRDefault="004C7529" w:rsidP="004C7529">
      <w:pPr>
        <w:tabs>
          <w:tab w:val="left" w:pos="3402"/>
          <w:tab w:val="left" w:pos="5669"/>
          <w:tab w:val="left" w:pos="7937"/>
        </w:tabs>
        <w:spacing w:after="0" w:line="276" w:lineRule="auto"/>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25.</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5.</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8"/>
          <w:sz w:val="24"/>
          <w:szCs w:val="24"/>
        </w:rPr>
        <w:object w:dxaOrig="499" w:dyaOrig="360" w14:anchorId="5005D838">
          <v:shape id="_x0000_i1196" type="#_x0000_t75" style="width:25.2pt;height:18pt" o:ole="">
            <v:imagedata r:id="rId352" o:title=""/>
          </v:shape>
          <o:OLEObject Type="Embed" ProgID="Equation.DSMT4" ShapeID="_x0000_i1196" DrawAspect="Content" ObjectID="_1699835314" r:id="rId35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360" w:dyaOrig="279" w14:anchorId="1E780D00">
          <v:shape id="_x0000_i1197" type="#_x0000_t75" style="width:18pt;height:13.8pt" o:ole="">
            <v:imagedata r:id="rId354" o:title=""/>
          </v:shape>
          <o:OLEObject Type="Embed" ProgID="Equation.DSMT4" ShapeID="_x0000_i1197" DrawAspect="Content" ObjectID="_1699835315" r:id="rId355"/>
        </w:object>
      </w:r>
    </w:p>
    <w:p w14:paraId="0542E4B0" w14:textId="19882782" w:rsidR="004C7529" w:rsidRPr="00B13C4C" w:rsidRDefault="004C7529" w:rsidP="004C7529">
      <w:pPr>
        <w:tabs>
          <w:tab w:val="left" w:pos="992"/>
        </w:tabs>
        <w:spacing w:before="120" w:after="0" w:line="276" w:lineRule="auto"/>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tam giác </w:t>
      </w:r>
      <w:r w:rsidRPr="00B13C4C">
        <w:rPr>
          <w:rFonts w:ascii="Times New Roman" w:hAnsi="Times New Roman" w:cs="Times New Roman"/>
          <w:position w:val="-6"/>
          <w:sz w:val="24"/>
          <w:szCs w:val="24"/>
        </w:rPr>
        <w:object w:dxaOrig="560" w:dyaOrig="279" w14:anchorId="2A8D6097">
          <v:shape id="_x0000_i1198" type="#_x0000_t75" style="width:28.2pt;height:13.8pt" o:ole="">
            <v:imagedata r:id="rId356" o:title=""/>
          </v:shape>
          <o:OLEObject Type="Embed" ProgID="Equation.DSMT4" ShapeID="_x0000_i1198" DrawAspect="Content" ObjectID="_1699835316" r:id="rId357"/>
        </w:object>
      </w:r>
      <w:r w:rsidRPr="00B13C4C">
        <w:rPr>
          <w:rFonts w:ascii="Times New Roman" w:hAnsi="Times New Roman" w:cs="Times New Roman"/>
          <w:sz w:val="24"/>
          <w:szCs w:val="24"/>
        </w:rPr>
        <w:t xml:space="preserve"> vuông cân tại </w:t>
      </w:r>
      <w:r w:rsidRPr="00B13C4C">
        <w:rPr>
          <w:rFonts w:ascii="Times New Roman" w:hAnsi="Times New Roman" w:cs="Times New Roman"/>
          <w:position w:val="-4"/>
          <w:sz w:val="24"/>
          <w:szCs w:val="24"/>
        </w:rPr>
        <w:object w:dxaOrig="240" w:dyaOrig="260" w14:anchorId="2B63FAC2">
          <v:shape id="_x0000_i1199" type="#_x0000_t75" style="width:12pt;height:13.2pt" o:ole="">
            <v:imagedata r:id="rId358" o:title=""/>
          </v:shape>
          <o:OLEObject Type="Embed" ProgID="Equation.DSMT4" ShapeID="_x0000_i1199" DrawAspect="Content" ObjectID="_1699835317" r:id="rId359"/>
        </w:object>
      </w:r>
      <w:r w:rsidRPr="00B13C4C">
        <w:rPr>
          <w:rFonts w:ascii="Times New Roman" w:hAnsi="Times New Roman" w:cs="Times New Roman"/>
          <w:sz w:val="24"/>
          <w:szCs w:val="24"/>
        </w:rPr>
        <w:t xml:space="preserve"> có </w:t>
      </w:r>
      <w:r w:rsidRPr="00B13C4C">
        <w:rPr>
          <w:rFonts w:ascii="Times New Roman" w:hAnsi="Times New Roman" w:cs="Times New Roman"/>
          <w:position w:val="-6"/>
          <w:sz w:val="24"/>
          <w:szCs w:val="24"/>
        </w:rPr>
        <w:object w:dxaOrig="760" w:dyaOrig="279" w14:anchorId="69D88CF2">
          <v:shape id="_x0000_i1200" type="#_x0000_t75" style="width:37.8pt;height:13.8pt" o:ole="">
            <v:imagedata r:id="rId360" o:title=""/>
          </v:shape>
          <o:OLEObject Type="Embed" ProgID="Equation.DSMT4" ShapeID="_x0000_i1200" DrawAspect="Content" ObjectID="_1699835318" r:id="rId361"/>
        </w:object>
      </w:r>
      <w:r w:rsidRPr="00B13C4C">
        <w:rPr>
          <w:rFonts w:ascii="Times New Roman" w:hAnsi="Times New Roman" w:cs="Times New Roman"/>
          <w:sz w:val="24"/>
          <w:szCs w:val="24"/>
        </w:rPr>
        <w:t xml:space="preserve">. Giá trị của </w:t>
      </w:r>
      <w:r w:rsidRPr="00B13C4C">
        <w:rPr>
          <w:rFonts w:ascii="Times New Roman" w:hAnsi="Times New Roman" w:cs="Times New Roman"/>
          <w:position w:val="-6"/>
          <w:sz w:val="24"/>
          <w:szCs w:val="24"/>
        </w:rPr>
        <w:object w:dxaOrig="820" w:dyaOrig="340" w14:anchorId="7A6622B3">
          <v:shape id="_x0000_i1201" type="#_x0000_t75" style="width:40.8pt;height:16.8pt" o:ole="">
            <v:imagedata r:id="rId362" o:title=""/>
          </v:shape>
          <o:OLEObject Type="Embed" ProgID="Equation.DSMT4" ShapeID="_x0000_i1201" DrawAspect="Content" ObjectID="_1699835319" r:id="rId363"/>
        </w:object>
      </w:r>
      <w:r w:rsidRPr="00B13C4C">
        <w:rPr>
          <w:rFonts w:ascii="Times New Roman" w:hAnsi="Times New Roman" w:cs="Times New Roman"/>
          <w:sz w:val="24"/>
          <w:szCs w:val="24"/>
        </w:rPr>
        <w:t xml:space="preserve"> bằng</w:t>
      </w:r>
    </w:p>
    <w:p w14:paraId="00D8CC12" w14:textId="7E155C2B" w:rsidR="004C7529" w:rsidRPr="00B13C4C" w:rsidRDefault="004C7529" w:rsidP="004C7529">
      <w:pPr>
        <w:tabs>
          <w:tab w:val="left" w:pos="3402"/>
          <w:tab w:val="left" w:pos="5669"/>
          <w:tab w:val="left" w:pos="7937"/>
        </w:tabs>
        <w:spacing w:after="0" w:line="276" w:lineRule="auto"/>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420" w:dyaOrig="320" w14:anchorId="6AF8113D">
          <v:shape id="_x0000_i1202" type="#_x0000_t75" style="width:21pt;height:16.2pt" o:ole="">
            <v:imagedata r:id="rId364" o:title=""/>
          </v:shape>
          <o:OLEObject Type="Embed" ProgID="Equation.DSMT4" ShapeID="_x0000_i1202" DrawAspect="Content" ObjectID="_1699835320" r:id="rId36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560" w:dyaOrig="340" w14:anchorId="0A0CE2EA">
          <v:shape id="_x0000_i1203" type="#_x0000_t75" style="width:28.2pt;height:16.8pt" o:ole="">
            <v:imagedata r:id="rId366" o:title=""/>
          </v:shape>
          <o:OLEObject Type="Embed" ProgID="Equation.DSMT4" ShapeID="_x0000_i1203" DrawAspect="Content" ObjectID="_1699835321" r:id="rId36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279" w:dyaOrig="320" w14:anchorId="18C81E5E">
          <v:shape id="_x0000_i1204" type="#_x0000_t75" style="width:13.8pt;height:16.2pt" o:ole="">
            <v:imagedata r:id="rId368" o:title=""/>
          </v:shape>
          <o:OLEObject Type="Embed" ProgID="Equation.DSMT4" ShapeID="_x0000_i1204" DrawAspect="Content" ObjectID="_1699835322" r:id="rId36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0.</w:t>
      </w:r>
    </w:p>
    <w:p w14:paraId="52C7F300" w14:textId="0E3AA00F" w:rsidR="004C7529" w:rsidRPr="00B13C4C" w:rsidRDefault="004C7529" w:rsidP="004C7529">
      <w:pPr>
        <w:spacing w:after="0" w:line="276" w:lineRule="auto"/>
        <w:ind w:left="992"/>
        <w:jc w:val="both"/>
        <w:rPr>
          <w:rFonts w:ascii="Times New Roman" w:hAnsi="Times New Roman" w:cs="Times New Roman"/>
          <w:sz w:val="24"/>
          <w:szCs w:val="24"/>
        </w:rPr>
      </w:pPr>
      <w:r w:rsidRPr="00B13C4C">
        <w:rPr>
          <w:rFonts w:ascii="Times New Roman" w:hAnsi="Times New Roman" w:cs="Times New Roman"/>
          <w:b/>
          <w:sz w:val="24"/>
          <w:szCs w:val="24"/>
        </w:rPr>
        <w:t>Phần tự luận</w:t>
      </w:r>
    </w:p>
    <w:p w14:paraId="27A02DFB" w14:textId="739998FE" w:rsidR="004C7529" w:rsidRPr="00B13C4C" w:rsidRDefault="004C7529" w:rsidP="004C7529">
      <w:pPr>
        <w:spacing w:before="120" w:after="0" w:line="276" w:lineRule="auto"/>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1: </w:t>
      </w:r>
      <w:r w:rsidRPr="00B13C4C">
        <w:rPr>
          <w:rFonts w:ascii="Times New Roman" w:hAnsi="Times New Roman" w:cs="Times New Roman"/>
          <w:sz w:val="24"/>
          <w:szCs w:val="24"/>
        </w:rPr>
        <w:t xml:space="preserve">Xét parabol </w:t>
      </w:r>
      <w:r w:rsidRPr="00B13C4C">
        <w:rPr>
          <w:rFonts w:ascii="Times New Roman" w:hAnsi="Times New Roman" w:cs="Times New Roman"/>
          <w:position w:val="-10"/>
          <w:sz w:val="24"/>
          <w:szCs w:val="24"/>
        </w:rPr>
        <w:object w:dxaOrig="2079" w:dyaOrig="360" w14:anchorId="7940B916">
          <v:shape id="_x0000_i1205" type="#_x0000_t75" style="width:103.8pt;height:18pt" o:ole="">
            <v:imagedata r:id="rId370" o:title=""/>
          </v:shape>
          <o:OLEObject Type="Embed" ProgID="Equation.DSMT4" ShapeID="_x0000_i1205" DrawAspect="Content" ObjectID="_1699835323" r:id="rId371"/>
        </w:object>
      </w:r>
      <w:r w:rsidRPr="00B13C4C">
        <w:rPr>
          <w:rFonts w:ascii="Times New Roman" w:hAnsi="Times New Roman" w:cs="Times New Roman"/>
          <w:sz w:val="24"/>
          <w:szCs w:val="24"/>
        </w:rPr>
        <w:t xml:space="preserve"> Tìm </w:t>
      </w:r>
      <w:r w:rsidRPr="00B13C4C">
        <w:rPr>
          <w:rFonts w:ascii="Times New Roman" w:hAnsi="Times New Roman" w:cs="Times New Roman"/>
          <w:position w:val="-10"/>
          <w:sz w:val="24"/>
          <w:szCs w:val="24"/>
        </w:rPr>
        <w:object w:dxaOrig="400" w:dyaOrig="320" w14:anchorId="154C5C24">
          <v:shape id="_x0000_i1206" type="#_x0000_t75" style="width:19.8pt;height:16.2pt" o:ole="">
            <v:imagedata r:id="rId372" o:title=""/>
          </v:shape>
          <o:OLEObject Type="Embed" ProgID="Equation.DSMT4" ShapeID="_x0000_i1206" DrawAspect="Content" ObjectID="_1699835324" r:id="rId373"/>
        </w:object>
      </w:r>
      <w:r w:rsidRPr="00B13C4C">
        <w:rPr>
          <w:rFonts w:ascii="Times New Roman" w:hAnsi="Times New Roman" w:cs="Times New Roman"/>
          <w:sz w:val="24"/>
          <w:szCs w:val="24"/>
        </w:rPr>
        <w:t xml:space="preserve"> biết rằng </w:t>
      </w:r>
      <w:r w:rsidRPr="00B13C4C">
        <w:rPr>
          <w:rFonts w:ascii="Times New Roman" w:hAnsi="Times New Roman" w:cs="Times New Roman"/>
          <w:position w:val="-10"/>
          <w:sz w:val="24"/>
          <w:szCs w:val="24"/>
        </w:rPr>
        <w:object w:dxaOrig="400" w:dyaOrig="320" w14:anchorId="2BDC6186">
          <v:shape id="_x0000_i1207" type="#_x0000_t75" style="width:19.8pt;height:16.2pt" o:ole="">
            <v:imagedata r:id="rId374" o:title=""/>
          </v:shape>
          <o:OLEObject Type="Embed" ProgID="Equation.DSMT4" ShapeID="_x0000_i1207" DrawAspect="Content" ObjectID="_1699835325" r:id="rId375"/>
        </w:object>
      </w:r>
      <w:r w:rsidRPr="00B13C4C">
        <w:rPr>
          <w:rFonts w:ascii="Times New Roman" w:hAnsi="Times New Roman" w:cs="Times New Roman"/>
          <w:sz w:val="24"/>
          <w:szCs w:val="24"/>
        </w:rPr>
        <w:t xml:space="preserve"> đi qua hai điểm </w:t>
      </w:r>
      <w:r w:rsidRPr="00B13C4C">
        <w:rPr>
          <w:rFonts w:ascii="Times New Roman" w:hAnsi="Times New Roman" w:cs="Times New Roman"/>
          <w:position w:val="-10"/>
          <w:sz w:val="24"/>
          <w:szCs w:val="24"/>
        </w:rPr>
        <w:object w:dxaOrig="680" w:dyaOrig="320" w14:anchorId="27BCE24D">
          <v:shape id="_x0000_i1208" type="#_x0000_t75" style="width:34.2pt;height:16.2pt" o:ole="">
            <v:imagedata r:id="rId376" o:title=""/>
          </v:shape>
          <o:OLEObject Type="Embed" ProgID="Equation.DSMT4" ShapeID="_x0000_i1208" DrawAspect="Content" ObjectID="_1699835326" r:id="rId377"/>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840" w:dyaOrig="320" w14:anchorId="7D3E38B2">
          <v:shape id="_x0000_i1209" type="#_x0000_t75" style="width:42pt;height:16.2pt" o:ole="">
            <v:imagedata r:id="rId378" o:title=""/>
          </v:shape>
          <o:OLEObject Type="Embed" ProgID="Equation.DSMT4" ShapeID="_x0000_i1209" DrawAspect="Content" ObjectID="_1699835327" r:id="rId379"/>
        </w:object>
      </w:r>
    </w:p>
    <w:p w14:paraId="65A1361F" w14:textId="20D6ADC3" w:rsidR="004C7529" w:rsidRPr="00B13C4C" w:rsidRDefault="004C7529" w:rsidP="004C7529">
      <w:pPr>
        <w:spacing w:before="120" w:after="0" w:line="276" w:lineRule="auto"/>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2: </w:t>
      </w:r>
      <w:r w:rsidRPr="00B13C4C">
        <w:rPr>
          <w:rFonts w:ascii="Times New Roman" w:hAnsi="Times New Roman" w:cs="Times New Roman"/>
          <w:sz w:val="24"/>
          <w:szCs w:val="24"/>
        </w:rPr>
        <w:t xml:space="preserve">Trong mặt phẳng </w:t>
      </w:r>
      <w:r w:rsidRPr="00B13C4C">
        <w:rPr>
          <w:rFonts w:ascii="Times New Roman" w:hAnsi="Times New Roman" w:cs="Times New Roman"/>
          <w:position w:val="-10"/>
          <w:sz w:val="24"/>
          <w:szCs w:val="24"/>
        </w:rPr>
        <w:object w:dxaOrig="460" w:dyaOrig="320" w14:anchorId="222D42E3">
          <v:shape id="_x0000_i1210" type="#_x0000_t75" style="width:22.8pt;height:16.2pt" o:ole="">
            <v:imagedata r:id="rId380" o:title=""/>
          </v:shape>
          <o:OLEObject Type="Embed" ProgID="Equation.DSMT4" ShapeID="_x0000_i1210" DrawAspect="Content" ObjectID="_1699835328" r:id="rId381"/>
        </w:object>
      </w:r>
      <w:r w:rsidRPr="00B13C4C">
        <w:rPr>
          <w:rFonts w:ascii="Times New Roman" w:hAnsi="Times New Roman" w:cs="Times New Roman"/>
          <w:sz w:val="24"/>
          <w:szCs w:val="24"/>
        </w:rPr>
        <w:t xml:space="preserve">, cho bốn điểm </w:t>
      </w:r>
      <w:r w:rsidRPr="00B13C4C">
        <w:rPr>
          <w:rFonts w:ascii="Times New Roman" w:hAnsi="Times New Roman" w:cs="Times New Roman"/>
          <w:position w:val="-10"/>
          <w:sz w:val="24"/>
          <w:szCs w:val="24"/>
        </w:rPr>
        <w:object w:dxaOrig="2280" w:dyaOrig="320" w14:anchorId="4F5604FB">
          <v:shape id="_x0000_i1211" type="#_x0000_t75" style="width:114pt;height:16.2pt" o:ole="">
            <v:imagedata r:id="rId382" o:title=""/>
          </v:shape>
          <o:OLEObject Type="Embed" ProgID="Equation.DSMT4" ShapeID="_x0000_i1211" DrawAspect="Content" ObjectID="_1699835329" r:id="rId383"/>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880" w:dyaOrig="320" w14:anchorId="3B155B13">
          <v:shape id="_x0000_i1212" type="#_x0000_t75" style="width:43.8pt;height:16.2pt" o:ole="">
            <v:imagedata r:id="rId384" o:title=""/>
          </v:shape>
          <o:OLEObject Type="Embed" ProgID="Equation.DSMT4" ShapeID="_x0000_i1212" DrawAspect="Content" ObjectID="_1699835330" r:id="rId385"/>
        </w:object>
      </w:r>
      <w:r w:rsidRPr="00B13C4C">
        <w:rPr>
          <w:rFonts w:ascii="Times New Roman" w:hAnsi="Times New Roman" w:cs="Times New Roman"/>
          <w:sz w:val="24"/>
          <w:szCs w:val="24"/>
        </w:rPr>
        <w:t xml:space="preserve">. Chứng minh tứ giác </w:t>
      </w:r>
      <w:r w:rsidRPr="00B13C4C">
        <w:rPr>
          <w:rFonts w:ascii="Times New Roman" w:hAnsi="Times New Roman" w:cs="Times New Roman"/>
          <w:position w:val="-6"/>
          <w:sz w:val="24"/>
          <w:szCs w:val="24"/>
        </w:rPr>
        <w:object w:dxaOrig="720" w:dyaOrig="279" w14:anchorId="54B18FDE">
          <v:shape id="_x0000_i1213" type="#_x0000_t75" style="width:36pt;height:13.8pt" o:ole="">
            <v:imagedata r:id="rId386" o:title=""/>
          </v:shape>
          <o:OLEObject Type="Embed" ProgID="Equation.DSMT4" ShapeID="_x0000_i1213" DrawAspect="Content" ObjectID="_1699835331" r:id="rId387"/>
        </w:object>
      </w:r>
      <w:r w:rsidRPr="00B13C4C">
        <w:rPr>
          <w:rFonts w:ascii="Times New Roman" w:hAnsi="Times New Roman" w:cs="Times New Roman"/>
          <w:sz w:val="24"/>
          <w:szCs w:val="24"/>
        </w:rPr>
        <w:t xml:space="preserve"> là hình vuông.</w:t>
      </w:r>
    </w:p>
    <w:p w14:paraId="24F09206" w14:textId="10067389" w:rsidR="004C7529" w:rsidRPr="00B13C4C" w:rsidRDefault="004C7529" w:rsidP="004C7529">
      <w:pPr>
        <w:spacing w:before="120" w:after="0" w:line="276" w:lineRule="auto"/>
        <w:ind w:left="992" w:hanging="992"/>
        <w:jc w:val="both"/>
        <w:rPr>
          <w:rFonts w:ascii="Times New Roman" w:hAnsi="Times New Roman" w:cs="Times New Roman"/>
          <w:sz w:val="24"/>
          <w:szCs w:val="24"/>
        </w:rPr>
      </w:pPr>
      <w:r w:rsidRPr="00B13C4C">
        <w:rPr>
          <w:rFonts w:ascii="Times New Roman" w:hAnsi="Times New Roman" w:cs="Times New Roman"/>
          <w:b/>
          <w:sz w:val="24"/>
          <w:szCs w:val="24"/>
        </w:rPr>
        <w:lastRenderedPageBreak/>
        <w:t xml:space="preserve">Bài 3: </w:t>
      </w:r>
      <w:r w:rsidRPr="00B13C4C">
        <w:rPr>
          <w:rFonts w:ascii="Times New Roman" w:hAnsi="Times New Roman" w:cs="Times New Roman"/>
          <w:sz w:val="24"/>
          <w:szCs w:val="24"/>
        </w:rPr>
        <w:t xml:space="preserve">Cho ba lực </w:t>
      </w:r>
      <w:r w:rsidRPr="00B13C4C">
        <w:rPr>
          <w:rFonts w:ascii="Times New Roman" w:hAnsi="Times New Roman" w:cs="Times New Roman"/>
          <w:position w:val="-12"/>
          <w:sz w:val="24"/>
          <w:szCs w:val="24"/>
        </w:rPr>
        <w:object w:dxaOrig="1780" w:dyaOrig="400" w14:anchorId="0D4A361A">
          <v:shape id="_x0000_i1214" type="#_x0000_t75" style="width:88.8pt;height:19.8pt" o:ole="">
            <v:imagedata r:id="rId388" o:title=""/>
          </v:shape>
          <o:OLEObject Type="Embed" ProgID="Equation.DSMT4" ShapeID="_x0000_i1214" DrawAspect="Content" ObjectID="_1699835332" r:id="rId389"/>
        </w:object>
      </w:r>
      <w:r w:rsidRPr="00B13C4C">
        <w:rPr>
          <w:rFonts w:ascii="Times New Roman" w:hAnsi="Times New Roman" w:cs="Times New Roman"/>
          <w:sz w:val="24"/>
          <w:szCs w:val="24"/>
        </w:rPr>
        <w:t xml:space="preserve"> và </w:t>
      </w:r>
      <w:r w:rsidRPr="00B13C4C">
        <w:rPr>
          <w:rFonts w:ascii="Times New Roman" w:hAnsi="Times New Roman" w:cs="Times New Roman"/>
          <w:position w:val="-12"/>
          <w:sz w:val="24"/>
          <w:szCs w:val="24"/>
        </w:rPr>
        <w:object w:dxaOrig="920" w:dyaOrig="400" w14:anchorId="1C184F82">
          <v:shape id="_x0000_i1215" type="#_x0000_t75" style="width:46.2pt;height:19.8pt" o:ole="">
            <v:imagedata r:id="rId390" o:title=""/>
          </v:shape>
          <o:OLEObject Type="Embed" ProgID="Equation.DSMT4" ShapeID="_x0000_i1215" DrawAspect="Content" ObjectID="_1699835333" r:id="rId391"/>
        </w:object>
      </w:r>
      <w:r w:rsidRPr="00B13C4C">
        <w:rPr>
          <w:rFonts w:ascii="Times New Roman" w:hAnsi="Times New Roman" w:cs="Times New Roman"/>
          <w:sz w:val="24"/>
          <w:szCs w:val="24"/>
        </w:rPr>
        <w:t xml:space="preserve"> cùng tác động vào một vật tại điểm </w:t>
      </w:r>
      <w:r w:rsidRPr="00B13C4C">
        <w:rPr>
          <w:rFonts w:ascii="Times New Roman" w:hAnsi="Times New Roman" w:cs="Times New Roman"/>
          <w:position w:val="-4"/>
          <w:sz w:val="24"/>
          <w:szCs w:val="24"/>
        </w:rPr>
        <w:object w:dxaOrig="320" w:dyaOrig="260" w14:anchorId="38E78076">
          <v:shape id="_x0000_i1216" type="#_x0000_t75" style="width:16.2pt;height:13.2pt" o:ole="">
            <v:imagedata r:id="rId392" o:title=""/>
          </v:shape>
          <o:OLEObject Type="Embed" ProgID="Equation.DSMT4" ShapeID="_x0000_i1216" DrawAspect="Content" ObjectID="_1699835334" r:id="rId393"/>
        </w:object>
      </w:r>
      <w:r w:rsidRPr="00B13C4C">
        <w:rPr>
          <w:rFonts w:ascii="Times New Roman" w:hAnsi="Times New Roman" w:cs="Times New Roman"/>
          <w:sz w:val="24"/>
          <w:szCs w:val="24"/>
        </w:rPr>
        <w:t xml:space="preserve">. Biết rằng vật vẫn đú́ng yên, cường độ của </w:t>
      </w:r>
      <w:r w:rsidRPr="00B13C4C">
        <w:rPr>
          <w:rFonts w:ascii="Times New Roman" w:hAnsi="Times New Roman" w:cs="Times New Roman"/>
          <w:position w:val="-12"/>
          <w:sz w:val="24"/>
          <w:szCs w:val="24"/>
        </w:rPr>
        <w:object w:dxaOrig="580" w:dyaOrig="400" w14:anchorId="02D01185">
          <v:shape id="_x0000_i1217" type="#_x0000_t75" style="width:28.8pt;height:19.8pt" o:ole="">
            <v:imagedata r:id="rId394" o:title=""/>
          </v:shape>
          <o:OLEObject Type="Embed" ProgID="Equation.DSMT4" ShapeID="_x0000_i1217" DrawAspect="Content" ObjectID="_1699835335" r:id="rId395"/>
        </w:object>
      </w:r>
      <w:r w:rsidRPr="00B13C4C">
        <w:rPr>
          <w:rFonts w:ascii="Times New Roman" w:hAnsi="Times New Roman" w:cs="Times New Roman"/>
          <w:sz w:val="24"/>
          <w:szCs w:val="24"/>
        </w:rPr>
        <w:t xml:space="preserve"> đều bằng </w:t>
      </w:r>
      <w:r w:rsidRPr="00B13C4C">
        <w:rPr>
          <w:rFonts w:ascii="Times New Roman" w:hAnsi="Times New Roman" w:cs="Times New Roman"/>
          <w:position w:val="-6"/>
          <w:sz w:val="24"/>
          <w:szCs w:val="24"/>
        </w:rPr>
        <w:object w:dxaOrig="620" w:dyaOrig="279" w14:anchorId="7DE1C40D">
          <v:shape id="_x0000_i1218" type="#_x0000_t75" style="width:31.2pt;height:13.8pt" o:ole="">
            <v:imagedata r:id="rId396" o:title=""/>
          </v:shape>
          <o:OLEObject Type="Embed" ProgID="Equation.DSMT4" ShapeID="_x0000_i1218" DrawAspect="Content" ObjectID="_1699835336" r:id="rId397"/>
        </w:object>
      </w:r>
      <w:r w:rsidRPr="00B13C4C">
        <w:rPr>
          <w:rFonts w:ascii="Times New Roman" w:hAnsi="Times New Roman" w:cs="Times New Roman"/>
          <w:sz w:val="24"/>
          <w:szCs w:val="24"/>
        </w:rPr>
        <w:t xml:space="preserve"> và </w:t>
      </w:r>
      <w:r w:rsidRPr="00B13C4C">
        <w:rPr>
          <w:rFonts w:ascii="Times New Roman" w:hAnsi="Times New Roman" w:cs="Times New Roman"/>
          <w:position w:val="-6"/>
          <w:sz w:val="24"/>
          <w:szCs w:val="24"/>
        </w:rPr>
        <w:object w:dxaOrig="1160" w:dyaOrig="360" w14:anchorId="27F36E27">
          <v:shape id="_x0000_i1219" type="#_x0000_t75" style="width:58.2pt;height:18pt" o:ole="">
            <v:imagedata r:id="rId398" o:title=""/>
          </v:shape>
          <o:OLEObject Type="Embed" ProgID="Equation.DSMT4" ShapeID="_x0000_i1219" DrawAspect="Content" ObjectID="_1699835337" r:id="rId399"/>
        </w:object>
      </w:r>
      <w:r w:rsidRPr="00B13C4C">
        <w:rPr>
          <w:rFonts w:ascii="Times New Roman" w:hAnsi="Times New Roman" w:cs="Times New Roman"/>
          <w:sz w:val="24"/>
          <w:szCs w:val="24"/>
        </w:rPr>
        <w:t xml:space="preserve">. Tìm cường độ và hướng của lực </w:t>
      </w:r>
      <w:r w:rsidRPr="00B13C4C">
        <w:rPr>
          <w:rFonts w:ascii="Times New Roman" w:hAnsi="Times New Roman" w:cs="Times New Roman"/>
          <w:position w:val="-12"/>
          <w:sz w:val="24"/>
          <w:szCs w:val="24"/>
        </w:rPr>
        <w:object w:dxaOrig="279" w:dyaOrig="400" w14:anchorId="495ED2F3">
          <v:shape id="_x0000_i1220" type="#_x0000_t75" style="width:13.8pt;height:19.8pt" o:ole="">
            <v:imagedata r:id="rId400" o:title=""/>
          </v:shape>
          <o:OLEObject Type="Embed" ProgID="Equation.DSMT4" ShapeID="_x0000_i1220" DrawAspect="Content" ObjectID="_1699835338" r:id="rId401"/>
        </w:object>
      </w:r>
      <w:r w:rsidRPr="00B13C4C">
        <w:rPr>
          <w:rFonts w:ascii="Times New Roman" w:hAnsi="Times New Roman" w:cs="Times New Roman"/>
          <w:sz w:val="24"/>
          <w:szCs w:val="24"/>
        </w:rPr>
        <w:t>.</w:t>
      </w:r>
    </w:p>
    <w:p w14:paraId="29463E1D" w14:textId="77777777" w:rsidR="004C7529" w:rsidRPr="00B13C4C" w:rsidRDefault="004C7529" w:rsidP="004C7529">
      <w:pPr>
        <w:spacing w:before="120" w:after="0" w:line="276" w:lineRule="auto"/>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4: </w:t>
      </w:r>
      <w:r w:rsidRPr="00B13C4C">
        <w:rPr>
          <w:rFonts w:ascii="Times New Roman" w:hAnsi="Times New Roman" w:cs="Times New Roman"/>
          <w:sz w:val="24"/>
          <w:szCs w:val="24"/>
        </w:rPr>
        <w:t xml:space="preserve">Tìm tất cả giá trị thực của tham số </w:t>
      </w:r>
      <w:r w:rsidRPr="00B13C4C">
        <w:rPr>
          <w:rFonts w:ascii="Times New Roman" w:hAnsi="Times New Roman" w:cs="Times New Roman"/>
          <w:position w:val="-6"/>
          <w:sz w:val="24"/>
          <w:szCs w:val="24"/>
        </w:rPr>
        <w:object w:dxaOrig="260" w:dyaOrig="220" w14:anchorId="07C9542E">
          <v:shape id="_x0000_i1221" type="#_x0000_t75" style="width:13.2pt;height:10.8pt" o:ole="">
            <v:imagedata r:id="rId402" o:title=""/>
          </v:shape>
          <o:OLEObject Type="Embed" ProgID="Equation.DSMT4" ShapeID="_x0000_i1221" DrawAspect="Content" ObjectID="_1699835339" r:id="rId403"/>
        </w:object>
      </w:r>
      <w:r w:rsidRPr="00B13C4C">
        <w:rPr>
          <w:rFonts w:ascii="Times New Roman" w:hAnsi="Times New Roman" w:cs="Times New Roman"/>
          <w:sz w:val="24"/>
          <w:szCs w:val="24"/>
        </w:rPr>
        <w:t xml:space="preserve"> để phương trình </w:t>
      </w:r>
      <w:r w:rsidRPr="00B13C4C">
        <w:rPr>
          <w:rFonts w:ascii="Times New Roman" w:hAnsi="Times New Roman" w:cs="Times New Roman"/>
          <w:position w:val="-8"/>
          <w:sz w:val="24"/>
          <w:szCs w:val="24"/>
        </w:rPr>
        <w:object w:dxaOrig="1880" w:dyaOrig="360" w14:anchorId="690C1191">
          <v:shape id="_x0000_i1222" type="#_x0000_t75" style="width:94.2pt;height:18pt" o:ole="">
            <v:imagedata r:id="rId404" o:title=""/>
          </v:shape>
          <o:OLEObject Type="Embed" ProgID="Equation.DSMT4" ShapeID="_x0000_i1222" DrawAspect="Content" ObjectID="_1699835340" r:id="rId405"/>
        </w:object>
      </w:r>
      <w:r w:rsidRPr="00B13C4C">
        <w:rPr>
          <w:rFonts w:ascii="Times New Roman" w:hAnsi="Times New Roman" w:cs="Times New Roman"/>
          <w:sz w:val="24"/>
          <w:szCs w:val="24"/>
        </w:rPr>
        <w:t xml:space="preserve"> có hai nghiệm phân biệt.</w:t>
      </w:r>
    </w:p>
    <w:p w14:paraId="143A12FA" w14:textId="6FB90D75" w:rsidR="004C7529" w:rsidRPr="00B13C4C" w:rsidRDefault="004C7529" w:rsidP="004C7529">
      <w:pPr>
        <w:spacing w:before="120" w:after="0" w:line="276" w:lineRule="auto"/>
        <w:ind w:left="992" w:hanging="992"/>
        <w:jc w:val="center"/>
        <w:rPr>
          <w:rFonts w:ascii="Times New Roman" w:hAnsi="Times New Roman" w:cs="Times New Roman"/>
          <w:b/>
          <w:sz w:val="24"/>
          <w:szCs w:val="24"/>
        </w:rPr>
      </w:pPr>
      <w:r w:rsidRPr="00B13C4C">
        <w:rPr>
          <w:rFonts w:ascii="Times New Roman" w:hAnsi="Times New Roman" w:cs="Times New Roman"/>
          <w:b/>
          <w:sz w:val="24"/>
          <w:szCs w:val="24"/>
        </w:rPr>
        <w:t>BẢNG ĐÁP ÁN</w:t>
      </w:r>
    </w:p>
    <w:tbl>
      <w:tblPr>
        <w:tblStyle w:val="TableGrid"/>
        <w:tblW w:w="0" w:type="auto"/>
        <w:tblInd w:w="992" w:type="dxa"/>
        <w:tblLook w:val="04A0" w:firstRow="1" w:lastRow="0" w:firstColumn="1" w:lastColumn="0" w:noHBand="0" w:noVBand="1"/>
      </w:tblPr>
      <w:tblGrid>
        <w:gridCol w:w="510"/>
        <w:gridCol w:w="510"/>
        <w:gridCol w:w="511"/>
        <w:gridCol w:w="511"/>
        <w:gridCol w:w="511"/>
        <w:gridCol w:w="511"/>
        <w:gridCol w:w="511"/>
        <w:gridCol w:w="511"/>
        <w:gridCol w:w="511"/>
        <w:gridCol w:w="511"/>
        <w:gridCol w:w="512"/>
        <w:gridCol w:w="512"/>
        <w:gridCol w:w="512"/>
        <w:gridCol w:w="512"/>
        <w:gridCol w:w="512"/>
        <w:gridCol w:w="512"/>
        <w:gridCol w:w="512"/>
        <w:gridCol w:w="512"/>
      </w:tblGrid>
      <w:tr w:rsidR="00B13C4C" w:rsidRPr="00B13C4C" w14:paraId="6E0968E9" w14:textId="77777777" w:rsidTr="00B13C4C">
        <w:tc>
          <w:tcPr>
            <w:tcW w:w="566" w:type="dxa"/>
            <w:shd w:val="clear" w:color="auto" w:fill="FFFF32"/>
          </w:tcPr>
          <w:p w14:paraId="15ECBA91" w14:textId="33579DE0"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w:t>
            </w:r>
          </w:p>
        </w:tc>
        <w:tc>
          <w:tcPr>
            <w:tcW w:w="566" w:type="dxa"/>
            <w:shd w:val="clear" w:color="auto" w:fill="FFFF32"/>
          </w:tcPr>
          <w:p w14:paraId="35BE0446" w14:textId="43506FB8"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w:t>
            </w:r>
          </w:p>
        </w:tc>
        <w:tc>
          <w:tcPr>
            <w:tcW w:w="566" w:type="dxa"/>
            <w:shd w:val="clear" w:color="auto" w:fill="FFFF32"/>
          </w:tcPr>
          <w:p w14:paraId="55B6C2BA" w14:textId="7FDABB69"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w:t>
            </w:r>
          </w:p>
        </w:tc>
        <w:tc>
          <w:tcPr>
            <w:tcW w:w="566" w:type="dxa"/>
            <w:shd w:val="clear" w:color="auto" w:fill="FFFF32"/>
          </w:tcPr>
          <w:p w14:paraId="5F59367B" w14:textId="0554959F"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4</w:t>
            </w:r>
          </w:p>
        </w:tc>
        <w:tc>
          <w:tcPr>
            <w:tcW w:w="566" w:type="dxa"/>
            <w:shd w:val="clear" w:color="auto" w:fill="FFFF32"/>
          </w:tcPr>
          <w:p w14:paraId="7C8BEF83" w14:textId="18FCAC96"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5</w:t>
            </w:r>
          </w:p>
        </w:tc>
        <w:tc>
          <w:tcPr>
            <w:tcW w:w="566" w:type="dxa"/>
            <w:shd w:val="clear" w:color="auto" w:fill="FFFF32"/>
          </w:tcPr>
          <w:p w14:paraId="1F7064D6" w14:textId="3075B655"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6</w:t>
            </w:r>
          </w:p>
        </w:tc>
        <w:tc>
          <w:tcPr>
            <w:tcW w:w="566" w:type="dxa"/>
            <w:shd w:val="clear" w:color="auto" w:fill="FFFF32"/>
          </w:tcPr>
          <w:p w14:paraId="35D91D1D" w14:textId="2EE0AB6E"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7</w:t>
            </w:r>
          </w:p>
        </w:tc>
        <w:tc>
          <w:tcPr>
            <w:tcW w:w="566" w:type="dxa"/>
            <w:shd w:val="clear" w:color="auto" w:fill="FFFF32"/>
          </w:tcPr>
          <w:p w14:paraId="653EC44A" w14:textId="7C1D588C"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8</w:t>
            </w:r>
          </w:p>
        </w:tc>
        <w:tc>
          <w:tcPr>
            <w:tcW w:w="566" w:type="dxa"/>
            <w:shd w:val="clear" w:color="auto" w:fill="FFFF32"/>
          </w:tcPr>
          <w:p w14:paraId="33FD3428" w14:textId="0CDAFEE7"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9</w:t>
            </w:r>
          </w:p>
        </w:tc>
        <w:tc>
          <w:tcPr>
            <w:tcW w:w="566" w:type="dxa"/>
            <w:shd w:val="clear" w:color="auto" w:fill="FFFF32"/>
          </w:tcPr>
          <w:p w14:paraId="13C6C43E" w14:textId="4871AA20"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10</w:t>
            </w:r>
          </w:p>
        </w:tc>
        <w:tc>
          <w:tcPr>
            <w:tcW w:w="567" w:type="dxa"/>
            <w:shd w:val="clear" w:color="auto" w:fill="FFFF32"/>
          </w:tcPr>
          <w:p w14:paraId="4B632C9B" w14:textId="4B986F08"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11</w:t>
            </w:r>
          </w:p>
        </w:tc>
        <w:tc>
          <w:tcPr>
            <w:tcW w:w="567" w:type="dxa"/>
            <w:shd w:val="clear" w:color="auto" w:fill="FFFF32"/>
          </w:tcPr>
          <w:p w14:paraId="36B304FC" w14:textId="31E864D7"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12</w:t>
            </w:r>
          </w:p>
        </w:tc>
        <w:tc>
          <w:tcPr>
            <w:tcW w:w="567" w:type="dxa"/>
            <w:shd w:val="clear" w:color="auto" w:fill="FFFF32"/>
          </w:tcPr>
          <w:p w14:paraId="0CD306C0" w14:textId="3B716B44"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13</w:t>
            </w:r>
          </w:p>
        </w:tc>
        <w:tc>
          <w:tcPr>
            <w:tcW w:w="567" w:type="dxa"/>
            <w:shd w:val="clear" w:color="auto" w:fill="FFFF32"/>
          </w:tcPr>
          <w:p w14:paraId="16B6A701" w14:textId="092CDD68"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14</w:t>
            </w:r>
          </w:p>
        </w:tc>
        <w:tc>
          <w:tcPr>
            <w:tcW w:w="567" w:type="dxa"/>
            <w:shd w:val="clear" w:color="auto" w:fill="FFFF32"/>
          </w:tcPr>
          <w:p w14:paraId="78318E21" w14:textId="1936A01F"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15</w:t>
            </w:r>
          </w:p>
        </w:tc>
        <w:tc>
          <w:tcPr>
            <w:tcW w:w="567" w:type="dxa"/>
            <w:shd w:val="clear" w:color="auto" w:fill="FFFF32"/>
          </w:tcPr>
          <w:p w14:paraId="20266DBE" w14:textId="5FA987B9"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16</w:t>
            </w:r>
          </w:p>
        </w:tc>
        <w:tc>
          <w:tcPr>
            <w:tcW w:w="567" w:type="dxa"/>
            <w:shd w:val="clear" w:color="auto" w:fill="FFFF32"/>
          </w:tcPr>
          <w:p w14:paraId="7D4CDF45" w14:textId="05C8A278"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17</w:t>
            </w:r>
          </w:p>
        </w:tc>
        <w:tc>
          <w:tcPr>
            <w:tcW w:w="567" w:type="dxa"/>
            <w:shd w:val="clear" w:color="auto" w:fill="FFFF32"/>
          </w:tcPr>
          <w:p w14:paraId="091E64B0" w14:textId="7D0D9C66"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18</w:t>
            </w:r>
          </w:p>
        </w:tc>
      </w:tr>
      <w:tr w:rsidR="00B13C4C" w:rsidRPr="00B13C4C" w14:paraId="762F927F" w14:textId="77777777" w:rsidTr="00B13C4C">
        <w:tc>
          <w:tcPr>
            <w:tcW w:w="566" w:type="dxa"/>
            <w:tcBorders>
              <w:bottom w:val="single" w:sz="4" w:space="0" w:color="auto"/>
            </w:tcBorders>
          </w:tcPr>
          <w:p w14:paraId="7A0A9C97" w14:textId="2C4E93E4"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Borders>
              <w:bottom w:val="single" w:sz="4" w:space="0" w:color="auto"/>
            </w:tcBorders>
          </w:tcPr>
          <w:p w14:paraId="04264711" w14:textId="5D8C515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Borders>
              <w:bottom w:val="single" w:sz="4" w:space="0" w:color="auto"/>
            </w:tcBorders>
          </w:tcPr>
          <w:p w14:paraId="4B81148B" w14:textId="6B1A5E2F"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Borders>
              <w:bottom w:val="single" w:sz="4" w:space="0" w:color="auto"/>
            </w:tcBorders>
          </w:tcPr>
          <w:p w14:paraId="31FDE945" w14:textId="6D9C2583"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Borders>
              <w:bottom w:val="single" w:sz="4" w:space="0" w:color="auto"/>
            </w:tcBorders>
          </w:tcPr>
          <w:p w14:paraId="74EACE8F" w14:textId="1A57F6EC"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Borders>
              <w:bottom w:val="single" w:sz="4" w:space="0" w:color="auto"/>
            </w:tcBorders>
          </w:tcPr>
          <w:p w14:paraId="6F0343A0" w14:textId="3BA8779A"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Borders>
              <w:bottom w:val="single" w:sz="4" w:space="0" w:color="auto"/>
            </w:tcBorders>
          </w:tcPr>
          <w:p w14:paraId="6B463EBE" w14:textId="49012DC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Borders>
              <w:bottom w:val="single" w:sz="4" w:space="0" w:color="auto"/>
            </w:tcBorders>
          </w:tcPr>
          <w:p w14:paraId="00E1F557" w14:textId="4D47100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Borders>
              <w:bottom w:val="single" w:sz="4" w:space="0" w:color="auto"/>
            </w:tcBorders>
          </w:tcPr>
          <w:p w14:paraId="778DB6E3" w14:textId="3A3EAE5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Borders>
              <w:bottom w:val="single" w:sz="4" w:space="0" w:color="auto"/>
            </w:tcBorders>
          </w:tcPr>
          <w:p w14:paraId="12AE09B8" w14:textId="11B40D1D"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Borders>
              <w:bottom w:val="single" w:sz="4" w:space="0" w:color="auto"/>
            </w:tcBorders>
          </w:tcPr>
          <w:p w14:paraId="39B7A266" w14:textId="4367D785"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Borders>
              <w:bottom w:val="single" w:sz="4" w:space="0" w:color="auto"/>
            </w:tcBorders>
          </w:tcPr>
          <w:p w14:paraId="54DDF2A1" w14:textId="01C3D5D3"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Borders>
              <w:bottom w:val="single" w:sz="4" w:space="0" w:color="auto"/>
            </w:tcBorders>
          </w:tcPr>
          <w:p w14:paraId="61B1E094" w14:textId="50EE9E39"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Borders>
              <w:bottom w:val="single" w:sz="4" w:space="0" w:color="auto"/>
            </w:tcBorders>
          </w:tcPr>
          <w:p w14:paraId="000182A8" w14:textId="6D38CEB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Borders>
              <w:bottom w:val="single" w:sz="4" w:space="0" w:color="auto"/>
            </w:tcBorders>
          </w:tcPr>
          <w:p w14:paraId="54FE284B" w14:textId="37603E4B"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Borders>
              <w:bottom w:val="single" w:sz="4" w:space="0" w:color="auto"/>
            </w:tcBorders>
          </w:tcPr>
          <w:p w14:paraId="355CA71B" w14:textId="0242930C"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Borders>
              <w:bottom w:val="single" w:sz="4" w:space="0" w:color="auto"/>
            </w:tcBorders>
          </w:tcPr>
          <w:p w14:paraId="3E8380B0" w14:textId="4F0FF7F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Borders>
              <w:bottom w:val="single" w:sz="4" w:space="0" w:color="auto"/>
            </w:tcBorders>
          </w:tcPr>
          <w:p w14:paraId="55ECBD86" w14:textId="32A9B3CD"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r>
      <w:tr w:rsidR="00B13C4C" w:rsidRPr="00B13C4C" w14:paraId="18659AC7" w14:textId="77777777" w:rsidTr="00B13C4C">
        <w:tc>
          <w:tcPr>
            <w:tcW w:w="566" w:type="dxa"/>
            <w:shd w:val="clear" w:color="auto" w:fill="FFFF32"/>
          </w:tcPr>
          <w:p w14:paraId="1A1403A8" w14:textId="0E35E7D9"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19</w:t>
            </w:r>
          </w:p>
        </w:tc>
        <w:tc>
          <w:tcPr>
            <w:tcW w:w="566" w:type="dxa"/>
            <w:shd w:val="clear" w:color="auto" w:fill="FFFF32"/>
          </w:tcPr>
          <w:p w14:paraId="0CDCFEB4" w14:textId="450C2DCC"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20</w:t>
            </w:r>
          </w:p>
        </w:tc>
        <w:tc>
          <w:tcPr>
            <w:tcW w:w="566" w:type="dxa"/>
            <w:shd w:val="clear" w:color="auto" w:fill="FFFF32"/>
          </w:tcPr>
          <w:p w14:paraId="1523FB7C" w14:textId="7F45CD43"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21</w:t>
            </w:r>
          </w:p>
        </w:tc>
        <w:tc>
          <w:tcPr>
            <w:tcW w:w="566" w:type="dxa"/>
            <w:shd w:val="clear" w:color="auto" w:fill="FFFF32"/>
          </w:tcPr>
          <w:p w14:paraId="20739173" w14:textId="33E08198"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22</w:t>
            </w:r>
          </w:p>
        </w:tc>
        <w:tc>
          <w:tcPr>
            <w:tcW w:w="566" w:type="dxa"/>
            <w:shd w:val="clear" w:color="auto" w:fill="FFFF32"/>
          </w:tcPr>
          <w:p w14:paraId="0C9FB49C" w14:textId="46D8809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23</w:t>
            </w:r>
          </w:p>
        </w:tc>
        <w:tc>
          <w:tcPr>
            <w:tcW w:w="566" w:type="dxa"/>
            <w:shd w:val="clear" w:color="auto" w:fill="FFFF32"/>
          </w:tcPr>
          <w:p w14:paraId="65E07141" w14:textId="7ACA92B9"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24</w:t>
            </w:r>
          </w:p>
        </w:tc>
        <w:tc>
          <w:tcPr>
            <w:tcW w:w="566" w:type="dxa"/>
            <w:shd w:val="clear" w:color="auto" w:fill="FFFF32"/>
          </w:tcPr>
          <w:p w14:paraId="6E65A75F" w14:textId="486BA9EF"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25</w:t>
            </w:r>
          </w:p>
        </w:tc>
        <w:tc>
          <w:tcPr>
            <w:tcW w:w="566" w:type="dxa"/>
            <w:shd w:val="clear" w:color="auto" w:fill="FFFF32"/>
          </w:tcPr>
          <w:p w14:paraId="4CD2E2C5" w14:textId="656310DC"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26</w:t>
            </w:r>
          </w:p>
        </w:tc>
        <w:tc>
          <w:tcPr>
            <w:tcW w:w="566" w:type="dxa"/>
            <w:shd w:val="clear" w:color="auto" w:fill="FFFF32"/>
          </w:tcPr>
          <w:p w14:paraId="515271C3" w14:textId="248ABC5D"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27</w:t>
            </w:r>
          </w:p>
        </w:tc>
        <w:tc>
          <w:tcPr>
            <w:tcW w:w="566" w:type="dxa"/>
            <w:shd w:val="clear" w:color="auto" w:fill="FFFF32"/>
          </w:tcPr>
          <w:p w14:paraId="62E329A4" w14:textId="7968F999"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28</w:t>
            </w:r>
          </w:p>
        </w:tc>
        <w:tc>
          <w:tcPr>
            <w:tcW w:w="567" w:type="dxa"/>
            <w:shd w:val="clear" w:color="auto" w:fill="FFFF32"/>
          </w:tcPr>
          <w:p w14:paraId="3FC176AF" w14:textId="4B3C5D2A"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29</w:t>
            </w:r>
          </w:p>
        </w:tc>
        <w:tc>
          <w:tcPr>
            <w:tcW w:w="567" w:type="dxa"/>
            <w:shd w:val="clear" w:color="auto" w:fill="FFFF32"/>
          </w:tcPr>
          <w:p w14:paraId="7BF2E5F2" w14:textId="65CEF464"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30</w:t>
            </w:r>
          </w:p>
        </w:tc>
        <w:tc>
          <w:tcPr>
            <w:tcW w:w="567" w:type="dxa"/>
            <w:shd w:val="clear" w:color="auto" w:fill="FFFF32"/>
          </w:tcPr>
          <w:p w14:paraId="306C74F8" w14:textId="4F827BE4"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31</w:t>
            </w:r>
          </w:p>
        </w:tc>
        <w:tc>
          <w:tcPr>
            <w:tcW w:w="567" w:type="dxa"/>
            <w:shd w:val="clear" w:color="auto" w:fill="FFFF32"/>
          </w:tcPr>
          <w:p w14:paraId="4BD011E7" w14:textId="5BD7B251"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32</w:t>
            </w:r>
          </w:p>
        </w:tc>
        <w:tc>
          <w:tcPr>
            <w:tcW w:w="567" w:type="dxa"/>
            <w:shd w:val="clear" w:color="auto" w:fill="FFFF32"/>
          </w:tcPr>
          <w:p w14:paraId="084BB386" w14:textId="7CE0BB1E"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33</w:t>
            </w:r>
          </w:p>
        </w:tc>
        <w:tc>
          <w:tcPr>
            <w:tcW w:w="567" w:type="dxa"/>
            <w:shd w:val="clear" w:color="auto" w:fill="FFFF32"/>
          </w:tcPr>
          <w:p w14:paraId="5B32BEAB" w14:textId="54776B1A"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34</w:t>
            </w:r>
          </w:p>
        </w:tc>
        <w:tc>
          <w:tcPr>
            <w:tcW w:w="567" w:type="dxa"/>
            <w:shd w:val="clear" w:color="auto" w:fill="FFFF32"/>
          </w:tcPr>
          <w:p w14:paraId="44C99FA8" w14:textId="0454B25E"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35</w:t>
            </w:r>
          </w:p>
        </w:tc>
        <w:tc>
          <w:tcPr>
            <w:tcW w:w="567" w:type="dxa"/>
            <w:shd w:val="clear" w:color="auto" w:fill="FFFF32"/>
          </w:tcPr>
          <w:p w14:paraId="05FEBB57" w14:textId="404B8588"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36</w:t>
            </w:r>
          </w:p>
        </w:tc>
      </w:tr>
      <w:tr w:rsidR="00B13C4C" w:rsidRPr="00B13C4C" w14:paraId="3CB97F5B" w14:textId="77777777" w:rsidTr="00B13C4C">
        <w:tc>
          <w:tcPr>
            <w:tcW w:w="566" w:type="dxa"/>
          </w:tcPr>
          <w:p w14:paraId="0CEF712E" w14:textId="336398DD"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Pr>
          <w:p w14:paraId="58D59D9E" w14:textId="0EEC2483"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Pr>
          <w:p w14:paraId="160CA12D" w14:textId="14418158"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Pr>
          <w:p w14:paraId="7D8FE89A" w14:textId="300BD8F3"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Pr>
          <w:p w14:paraId="14DB5110" w14:textId="518E9CCC"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Pr>
          <w:p w14:paraId="3CC182B1" w14:textId="672212A0"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Pr>
          <w:p w14:paraId="66BF9CC3" w14:textId="21318022"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Pr>
          <w:p w14:paraId="5FEDC439" w14:textId="030D636F"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Pr>
          <w:p w14:paraId="3F8DA150" w14:textId="33AC4CF3"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Pr>
          <w:p w14:paraId="37725567" w14:textId="7410E5E3"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Pr>
          <w:p w14:paraId="38431401" w14:textId="47501D9D"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Pr>
          <w:p w14:paraId="00633E10" w14:textId="678CFC74"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Pr>
          <w:p w14:paraId="7A509B2A" w14:textId="26BDE7FA"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Pr>
          <w:p w14:paraId="015D92AC" w14:textId="5E7922A2"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Pr>
          <w:p w14:paraId="7DD08E72" w14:textId="68327F42"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Pr>
          <w:p w14:paraId="44F5B3EF" w14:textId="74490215"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Pr>
          <w:p w14:paraId="2104BB42" w14:textId="2FE1CA2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Pr>
          <w:p w14:paraId="4D9087E0" w14:textId="77777777" w:rsidR="00B13C4C" w:rsidRPr="00B13C4C" w:rsidRDefault="00B13C4C" w:rsidP="00B13C4C">
            <w:pPr>
              <w:ind w:left="-57" w:right="-57"/>
              <w:jc w:val="center"/>
              <w:rPr>
                <w:rFonts w:ascii="Times New Roman" w:hAnsi="Times New Roman" w:cs="Times New Roman"/>
                <w:b/>
                <w:color w:val="0000FF"/>
                <w:sz w:val="24"/>
                <w:szCs w:val="24"/>
              </w:rPr>
            </w:pPr>
          </w:p>
        </w:tc>
      </w:tr>
    </w:tbl>
    <w:p w14:paraId="45E54995" w14:textId="77777777" w:rsidR="00B13C4C" w:rsidRPr="00B13C4C" w:rsidRDefault="00B13C4C" w:rsidP="001978C4">
      <w:pPr>
        <w:ind w:left="992"/>
        <w:jc w:val="center"/>
        <w:rPr>
          <w:rFonts w:ascii="Times New Roman" w:hAnsi="Times New Roman" w:cs="Times New Roman"/>
          <w:b/>
          <w:sz w:val="24"/>
          <w:szCs w:val="24"/>
        </w:rPr>
      </w:pPr>
      <w:r w:rsidRPr="00B13C4C">
        <w:rPr>
          <w:rFonts w:ascii="Times New Roman" w:hAnsi="Times New Roman" w:cs="Times New Roman"/>
          <w:b/>
          <w:sz w:val="24"/>
          <w:szCs w:val="24"/>
        </w:rPr>
        <w:t>ĐỀ 2-15</w:t>
      </w:r>
    </w:p>
    <w:p w14:paraId="0844BB4A" w14:textId="77777777" w:rsidR="00B13C4C" w:rsidRPr="00B13C4C" w:rsidRDefault="00B13C4C" w:rsidP="001978C4">
      <w:pPr>
        <w:ind w:left="992"/>
        <w:rPr>
          <w:rFonts w:ascii="Times New Roman" w:hAnsi="Times New Roman" w:cs="Times New Roman"/>
          <w:sz w:val="24"/>
          <w:szCs w:val="24"/>
        </w:rPr>
      </w:pPr>
      <w:r w:rsidRPr="00B13C4C">
        <w:rPr>
          <w:rFonts w:ascii="Times New Roman" w:hAnsi="Times New Roman" w:cs="Times New Roman"/>
          <w:b/>
          <w:sz w:val="24"/>
          <w:szCs w:val="24"/>
        </w:rPr>
        <w:t>Phần I: Trắc nghiệm</w:t>
      </w:r>
    </w:p>
    <w:p w14:paraId="4FD1B769" w14:textId="77777777" w:rsidR="00B13C4C" w:rsidRPr="00B13C4C" w:rsidRDefault="00B13C4C" w:rsidP="001978C4">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Câu nào sau đây không phải là mệnh đề?</w:t>
      </w:r>
    </w:p>
    <w:p w14:paraId="3B761375"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4 là một số nguyên tố.</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6 là một số tự nhiên.</w:t>
      </w:r>
    </w:p>
    <w:p w14:paraId="3BD540F4"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Nước là một loại chất lỏng.</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Hôm nay trời mưa to quá.</w:t>
      </w:r>
    </w:p>
    <w:p w14:paraId="7F29951F" w14:textId="77777777" w:rsidR="00B13C4C" w:rsidRPr="00B13C4C" w:rsidRDefault="00B13C4C" w:rsidP="001978C4">
      <w:pPr>
        <w:tabs>
          <w:tab w:val="left" w:pos="992"/>
        </w:tabs>
        <w:autoSpaceDE w:val="0"/>
        <w:autoSpaceDN w:val="0"/>
        <w:adjustRightInd w:val="0"/>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Trong các mệnh đề sau, mệnh đề nào đúng?</w:t>
      </w:r>
    </w:p>
    <w:p w14:paraId="794AC736"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540" w:dyaOrig="279" w14:anchorId="136DC136">
          <v:shape id="_x0000_i1223" type="#_x0000_t75" style="width:27pt;height:13.8pt" o:ole="">
            <v:imagedata r:id="rId406" o:title=""/>
          </v:shape>
          <o:OLEObject Type="Embed" ProgID="Equation.DSMT4" ShapeID="_x0000_i1223" DrawAspect="Content" ObjectID="_1699835341" r:id="rId407"/>
        </w:objec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540" w:dyaOrig="279" w14:anchorId="7499E65E">
          <v:shape id="_x0000_i1224" type="#_x0000_t75" style="width:27pt;height:13.8pt" o:ole="">
            <v:imagedata r:id="rId408" o:title=""/>
          </v:shape>
          <o:OLEObject Type="Embed" ProgID="Equation.DSMT4" ShapeID="_x0000_i1224" DrawAspect="Content" ObjectID="_1699835342" r:id="rId409"/>
        </w:objec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4 chia hết cho 3</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5 là số nguyên tố</w:t>
      </w:r>
    </w:p>
    <w:p w14:paraId="44C953AF" w14:textId="77777777" w:rsidR="00B13C4C" w:rsidRPr="00B13C4C" w:rsidRDefault="00B13C4C" w:rsidP="001978C4">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Số giao điểm của hai đồ thị hàm số </w:t>
      </w:r>
      <w:r w:rsidRPr="00B13C4C">
        <w:rPr>
          <w:rFonts w:ascii="Times New Roman" w:hAnsi="Times New Roman" w:cs="Times New Roman"/>
          <w:position w:val="-10"/>
          <w:sz w:val="24"/>
          <w:szCs w:val="24"/>
        </w:rPr>
        <w:object w:dxaOrig="2520" w:dyaOrig="360" w14:anchorId="4F27A3BB">
          <v:shape id="_x0000_i1225" type="#_x0000_t75" style="width:126pt;height:18pt" o:ole="">
            <v:imagedata r:id="rId410" o:title=""/>
          </v:shape>
          <o:OLEObject Type="Embed" ProgID="Equation.DSMT4" ShapeID="_x0000_i1225" DrawAspect="Content" ObjectID="_1699835343" r:id="rId411"/>
        </w:object>
      </w:r>
      <w:r w:rsidRPr="00B13C4C">
        <w:rPr>
          <w:rFonts w:ascii="Times New Roman" w:hAnsi="Times New Roman" w:cs="Times New Roman"/>
          <w:sz w:val="24"/>
          <w:szCs w:val="24"/>
        </w:rPr>
        <w:t xml:space="preserve"> là</w:t>
      </w:r>
    </w:p>
    <w:p w14:paraId="7A9C3E28"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0.</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1.</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3.</w:t>
      </w:r>
    </w:p>
    <w:p w14:paraId="57097FB6" w14:textId="77777777" w:rsidR="00B13C4C" w:rsidRPr="00B13C4C" w:rsidRDefault="00B13C4C" w:rsidP="001978C4">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Đồ thị hàm số </w:t>
      </w:r>
      <w:r w:rsidRPr="00B13C4C">
        <w:rPr>
          <w:rFonts w:ascii="Times New Roman" w:hAnsi="Times New Roman" w:cs="Times New Roman"/>
          <w:position w:val="-10"/>
          <w:sz w:val="24"/>
          <w:szCs w:val="24"/>
        </w:rPr>
        <w:object w:dxaOrig="2240" w:dyaOrig="360" w14:anchorId="3EC12B74">
          <v:shape id="_x0000_i1226" type="#_x0000_t75" style="width:112.2pt;height:18pt" o:ole="">
            <v:imagedata r:id="rId412" o:title=""/>
          </v:shape>
          <o:OLEObject Type="Embed" ProgID="Equation.DSMT4" ShapeID="_x0000_i1226" DrawAspect="Content" ObjectID="_1699835344" r:id="rId413"/>
        </w:object>
      </w:r>
      <w:r w:rsidRPr="00B13C4C">
        <w:rPr>
          <w:rFonts w:ascii="Times New Roman" w:hAnsi="Times New Roman" w:cs="Times New Roman"/>
          <w:sz w:val="24"/>
          <w:szCs w:val="24"/>
        </w:rPr>
        <w:t xml:space="preserve"> có đỉnh là</w:t>
      </w:r>
    </w:p>
    <w:p w14:paraId="22755AA3"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8"/>
          <w:sz w:val="24"/>
          <w:szCs w:val="24"/>
        </w:rPr>
        <w:object w:dxaOrig="1040" w:dyaOrig="680" w14:anchorId="13ACD7E9">
          <v:shape id="_x0000_i1227" type="#_x0000_t75" style="width:52.2pt;height:34.2pt" o:ole="">
            <v:imagedata r:id="rId414" o:title=""/>
          </v:shape>
          <o:OLEObject Type="Embed" ProgID="Equation.DSMT4" ShapeID="_x0000_i1227" DrawAspect="Content" ObjectID="_1699835345" r:id="rId41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8"/>
          <w:sz w:val="24"/>
          <w:szCs w:val="24"/>
        </w:rPr>
        <w:object w:dxaOrig="1040" w:dyaOrig="680" w14:anchorId="68E3C628">
          <v:shape id="_x0000_i1228" type="#_x0000_t75" style="width:52.2pt;height:34.2pt" o:ole="">
            <v:imagedata r:id="rId416" o:title=""/>
          </v:shape>
          <o:OLEObject Type="Embed" ProgID="Equation.DSMT4" ShapeID="_x0000_i1228" DrawAspect="Content" ObjectID="_1699835346" r:id="rId41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8"/>
          <w:sz w:val="24"/>
          <w:szCs w:val="24"/>
        </w:rPr>
        <w:object w:dxaOrig="1200" w:dyaOrig="680" w14:anchorId="0535D56F">
          <v:shape id="_x0000_i1229" type="#_x0000_t75" style="width:60pt;height:34.2pt" o:ole="">
            <v:imagedata r:id="rId418" o:title=""/>
          </v:shape>
          <o:OLEObject Type="Embed" ProgID="Equation.DSMT4" ShapeID="_x0000_i1229" DrawAspect="Content" ObjectID="_1699835347" r:id="rId41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8"/>
          <w:sz w:val="24"/>
          <w:szCs w:val="24"/>
        </w:rPr>
        <w:object w:dxaOrig="880" w:dyaOrig="680" w14:anchorId="7D49C230">
          <v:shape id="_x0000_i1230" type="#_x0000_t75" style="width:43.8pt;height:34.2pt" o:ole="">
            <v:imagedata r:id="rId420" o:title=""/>
          </v:shape>
          <o:OLEObject Type="Embed" ProgID="Equation.DSMT4" ShapeID="_x0000_i1230" DrawAspect="Content" ObjectID="_1699835348" r:id="rId421"/>
        </w:object>
      </w:r>
      <w:r w:rsidRPr="00B13C4C">
        <w:rPr>
          <w:rFonts w:ascii="Times New Roman" w:hAnsi="Times New Roman" w:cs="Times New Roman"/>
          <w:sz w:val="24"/>
          <w:szCs w:val="24"/>
        </w:rPr>
        <w:t>.</w:t>
      </w:r>
    </w:p>
    <w:p w14:paraId="0B22D9D0" w14:textId="77777777" w:rsidR="00B13C4C" w:rsidRPr="00B13C4C" w:rsidRDefault="00B13C4C" w:rsidP="001978C4">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Cho hình vẽ như hình bên. Chọn khẳng định đúng?</w:t>
      </w:r>
    </w:p>
    <w:p w14:paraId="530AB5B0" w14:textId="77777777" w:rsidR="00B13C4C" w:rsidRPr="00B13C4C" w:rsidRDefault="00B13C4C" w:rsidP="001978C4">
      <w:pPr>
        <w:spacing w:before="120" w:after="0"/>
        <w:ind w:left="992" w:hanging="992"/>
        <w:jc w:val="center"/>
        <w:rPr>
          <w:rFonts w:ascii="Times New Roman" w:hAnsi="Times New Roman" w:cs="Times New Roman"/>
          <w:sz w:val="24"/>
          <w:szCs w:val="24"/>
        </w:rPr>
      </w:pPr>
      <w:r w:rsidRPr="00B13C4C">
        <w:rPr>
          <w:rFonts w:ascii="Times New Roman" w:hAnsi="Times New Roman" w:cs="Times New Roman"/>
          <w:noProof/>
          <w:sz w:val="24"/>
          <w:szCs w:val="24"/>
        </w:rPr>
        <w:drawing>
          <wp:inline distT="0" distB="0" distL="0" distR="0" wp14:anchorId="59ED5AB5" wp14:editId="01BDC692">
            <wp:extent cx="1104900" cy="798723"/>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2"/>
                    <a:stretch>
                      <a:fillRect/>
                    </a:stretch>
                  </pic:blipFill>
                  <pic:spPr>
                    <a:xfrm>
                      <a:off x="0" y="0"/>
                      <a:ext cx="1117287" cy="807678"/>
                    </a:xfrm>
                    <a:prstGeom prst="rect">
                      <a:avLst/>
                    </a:prstGeom>
                  </pic:spPr>
                </pic:pic>
              </a:graphicData>
            </a:graphic>
          </wp:inline>
        </w:drawing>
      </w:r>
    </w:p>
    <w:p w14:paraId="5CE8F275"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560" w:dyaOrig="279" w14:anchorId="11AB947D">
          <v:shape id="_x0000_i1231" type="#_x0000_t75" style="width:28.2pt;height:13.8pt" o:ole="">
            <v:imagedata r:id="rId423" o:title=""/>
          </v:shape>
          <o:OLEObject Type="Embed" ProgID="Equation.DSMT4" ShapeID="_x0000_i1231" DrawAspect="Content" ObjectID="_1699835349" r:id="rId42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560" w:dyaOrig="279" w14:anchorId="7E6C4C5C">
          <v:shape id="_x0000_i1232" type="#_x0000_t75" style="width:28.2pt;height:13.8pt" o:ole="">
            <v:imagedata r:id="rId425" o:title=""/>
          </v:shape>
          <o:OLEObject Type="Embed" ProgID="Equation.DSMT4" ShapeID="_x0000_i1232" DrawAspect="Content" ObjectID="_1699835350" r:id="rId42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4"/>
          <w:sz w:val="24"/>
          <w:szCs w:val="24"/>
        </w:rPr>
        <w:object w:dxaOrig="660" w:dyaOrig="260" w14:anchorId="1BBA542B">
          <v:shape id="_x0000_i1233" type="#_x0000_t75" style="width:33pt;height:13.2pt" o:ole="">
            <v:imagedata r:id="rId427" o:title=""/>
          </v:shape>
          <o:OLEObject Type="Embed" ProgID="Equation.DSMT4" ShapeID="_x0000_i1233" DrawAspect="Content" ObjectID="_1699835351" r:id="rId42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4"/>
          <w:sz w:val="24"/>
          <w:szCs w:val="24"/>
        </w:rPr>
        <w:object w:dxaOrig="660" w:dyaOrig="260" w14:anchorId="563BBB14">
          <v:shape id="_x0000_i1234" type="#_x0000_t75" style="width:33pt;height:13.2pt" o:ole="">
            <v:imagedata r:id="rId429" o:title=""/>
          </v:shape>
          <o:OLEObject Type="Embed" ProgID="Equation.DSMT4" ShapeID="_x0000_i1234" DrawAspect="Content" ObjectID="_1699835352" r:id="rId430"/>
        </w:object>
      </w:r>
      <w:r w:rsidRPr="00B13C4C">
        <w:rPr>
          <w:rFonts w:ascii="Times New Roman" w:hAnsi="Times New Roman" w:cs="Times New Roman"/>
          <w:sz w:val="24"/>
          <w:szCs w:val="24"/>
        </w:rPr>
        <w:t>.</w:t>
      </w:r>
    </w:p>
    <w:p w14:paraId="6FAA6451" w14:textId="77777777" w:rsidR="00B13C4C" w:rsidRPr="00B13C4C" w:rsidRDefault="00B13C4C" w:rsidP="001978C4">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w:t>
      </w:r>
      <w:r w:rsidRPr="00B13C4C">
        <w:rPr>
          <w:rFonts w:ascii="Times New Roman" w:hAnsi="Times New Roman" w:cs="Times New Roman"/>
          <w:position w:val="-10"/>
          <w:sz w:val="24"/>
          <w:szCs w:val="24"/>
        </w:rPr>
        <w:object w:dxaOrig="2299" w:dyaOrig="320" w14:anchorId="4C84D6B7">
          <v:shape id="_x0000_i1235" type="#_x0000_t75" style="width:115.2pt;height:16.2pt" o:ole="">
            <v:imagedata r:id="rId431" o:title=""/>
          </v:shape>
          <o:OLEObject Type="Embed" ProgID="Equation.DSMT4" ShapeID="_x0000_i1235" DrawAspect="Content" ObjectID="_1699835353" r:id="rId432"/>
        </w:object>
      </w:r>
      <w:r w:rsidRPr="00B13C4C">
        <w:rPr>
          <w:rFonts w:ascii="Times New Roman" w:hAnsi="Times New Roman" w:cs="Times New Roman"/>
          <w:sz w:val="24"/>
          <w:szCs w:val="24"/>
        </w:rPr>
        <w:t xml:space="preserve">. Xác định </w:t>
      </w:r>
      <w:r w:rsidRPr="00B13C4C">
        <w:rPr>
          <w:rFonts w:ascii="Times New Roman" w:hAnsi="Times New Roman" w:cs="Times New Roman"/>
          <w:position w:val="-4"/>
          <w:sz w:val="24"/>
          <w:szCs w:val="24"/>
        </w:rPr>
        <w:object w:dxaOrig="660" w:dyaOrig="260" w14:anchorId="1F2E0C44">
          <v:shape id="_x0000_i1236" type="#_x0000_t75" style="width:33pt;height:13.2pt" o:ole="">
            <v:imagedata r:id="rId433" o:title=""/>
          </v:shape>
          <o:OLEObject Type="Embed" ProgID="Equation.DSMT4" ShapeID="_x0000_i1236" DrawAspect="Content" ObjectID="_1699835354" r:id="rId434"/>
        </w:object>
      </w:r>
      <w:r w:rsidRPr="00B13C4C">
        <w:rPr>
          <w:rFonts w:ascii="Times New Roman" w:hAnsi="Times New Roman" w:cs="Times New Roman"/>
          <w:sz w:val="24"/>
          <w:szCs w:val="24"/>
        </w:rPr>
        <w:t>.</w:t>
      </w:r>
    </w:p>
    <w:p w14:paraId="76D77441"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560" w:dyaOrig="320" w14:anchorId="449941C1">
          <v:shape id="_x0000_i1237" type="#_x0000_t75" style="width:28.2pt;height:16.2pt" o:ole="">
            <v:imagedata r:id="rId435" o:title=""/>
          </v:shape>
          <o:OLEObject Type="Embed" ProgID="Equation.DSMT4" ShapeID="_x0000_i1237" DrawAspect="Content" ObjectID="_1699835355" r:id="rId43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920" w:dyaOrig="320" w14:anchorId="467C53AB">
          <v:shape id="_x0000_i1238" type="#_x0000_t75" style="width:46.2pt;height:16.2pt" o:ole="">
            <v:imagedata r:id="rId437" o:title=""/>
          </v:shape>
          <o:OLEObject Type="Embed" ProgID="Equation.DSMT4" ShapeID="_x0000_i1238" DrawAspect="Content" ObjectID="_1699835356" r:id="rId43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560" w:dyaOrig="320" w14:anchorId="2AA296B2">
          <v:shape id="_x0000_i1239" type="#_x0000_t75" style="width:28.2pt;height:16.2pt" o:ole="">
            <v:imagedata r:id="rId439" o:title=""/>
          </v:shape>
          <o:OLEObject Type="Embed" ProgID="Equation.DSMT4" ShapeID="_x0000_i1239" DrawAspect="Content" ObjectID="_1699835357" r:id="rId44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320" w:dyaOrig="320" w14:anchorId="3A7C00C2">
          <v:shape id="_x0000_i1240" type="#_x0000_t75" style="width:16.2pt;height:16.2pt" o:ole="">
            <v:imagedata r:id="rId441" o:title=""/>
          </v:shape>
          <o:OLEObject Type="Embed" ProgID="Equation.DSMT4" ShapeID="_x0000_i1240" DrawAspect="Content" ObjectID="_1699835358" r:id="rId442"/>
        </w:object>
      </w:r>
      <w:r w:rsidRPr="00B13C4C">
        <w:rPr>
          <w:rFonts w:ascii="Times New Roman" w:hAnsi="Times New Roman" w:cs="Times New Roman"/>
          <w:sz w:val="24"/>
          <w:szCs w:val="24"/>
        </w:rPr>
        <w:t>.</w:t>
      </w:r>
    </w:p>
    <w:p w14:paraId="4293D321" w14:textId="77777777" w:rsidR="00B13C4C" w:rsidRPr="00B13C4C" w:rsidRDefault="00B13C4C" w:rsidP="001978C4">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tam giác </w:t>
      </w:r>
      <w:r w:rsidRPr="00B13C4C">
        <w:rPr>
          <w:rFonts w:ascii="Times New Roman" w:hAnsi="Times New Roman" w:cs="Times New Roman"/>
          <w:position w:val="-6"/>
          <w:sz w:val="24"/>
          <w:szCs w:val="24"/>
        </w:rPr>
        <w:object w:dxaOrig="560" w:dyaOrig="279" w14:anchorId="4235E100">
          <v:shape id="_x0000_i1241" type="#_x0000_t75" style="width:28.2pt;height:13.8pt" o:ole="">
            <v:imagedata r:id="rId443" o:title=""/>
          </v:shape>
          <o:OLEObject Type="Embed" ProgID="Equation.DSMT4" ShapeID="_x0000_i1241" DrawAspect="Content" ObjectID="_1699835359" r:id="rId444"/>
        </w:object>
      </w:r>
      <w:r w:rsidRPr="00B13C4C">
        <w:rPr>
          <w:rFonts w:ascii="Times New Roman" w:hAnsi="Times New Roman" w:cs="Times New Roman"/>
          <w:sz w:val="24"/>
          <w:szCs w:val="24"/>
        </w:rPr>
        <w:t xml:space="preserve"> đều có cạnh bẳng </w:t>
      </w:r>
      <w:r w:rsidRPr="00B13C4C">
        <w:rPr>
          <w:rFonts w:ascii="Times New Roman" w:hAnsi="Times New Roman" w:cs="Times New Roman"/>
          <w:position w:val="-6"/>
          <w:sz w:val="24"/>
          <w:szCs w:val="24"/>
        </w:rPr>
        <w:object w:dxaOrig="320" w:dyaOrig="279" w14:anchorId="2805A4A1">
          <v:shape id="_x0000_i1242" type="#_x0000_t75" style="width:16.2pt;height:13.8pt" o:ole="">
            <v:imagedata r:id="rId445" o:title=""/>
          </v:shape>
          <o:OLEObject Type="Embed" ProgID="Equation.DSMT4" ShapeID="_x0000_i1242" DrawAspect="Content" ObjectID="_1699835360" r:id="rId446"/>
        </w:object>
      </w:r>
      <w:r w:rsidRPr="00B13C4C">
        <w:rPr>
          <w:rFonts w:ascii="Times New Roman" w:hAnsi="Times New Roman" w:cs="Times New Roman"/>
          <w:sz w:val="24"/>
          <w:szCs w:val="24"/>
        </w:rPr>
        <w:t xml:space="preserve">. Độ dài vécto </w:t>
      </w:r>
      <w:r w:rsidRPr="00B13C4C">
        <w:rPr>
          <w:rFonts w:ascii="Times New Roman" w:hAnsi="Times New Roman" w:cs="Times New Roman"/>
          <w:position w:val="-6"/>
          <w:sz w:val="24"/>
          <w:szCs w:val="24"/>
        </w:rPr>
        <w:object w:dxaOrig="940" w:dyaOrig="340" w14:anchorId="7B896FFA">
          <v:shape id="_x0000_i1243" type="#_x0000_t75" style="width:46.8pt;height:16.8pt" o:ole="">
            <v:imagedata r:id="rId447" o:title=""/>
          </v:shape>
          <o:OLEObject Type="Embed" ProgID="Equation.DSMT4" ShapeID="_x0000_i1243" DrawAspect="Content" ObjectID="_1699835361" r:id="rId448"/>
        </w:object>
      </w:r>
      <w:r w:rsidRPr="00B13C4C">
        <w:rPr>
          <w:rFonts w:ascii="Times New Roman" w:hAnsi="Times New Roman" w:cs="Times New Roman"/>
          <w:sz w:val="24"/>
          <w:szCs w:val="24"/>
        </w:rPr>
        <w:t xml:space="preserve"> bằng:</w:t>
      </w:r>
    </w:p>
    <w:p w14:paraId="3C177A05"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320" w:dyaOrig="279" w14:anchorId="6299D290">
          <v:shape id="_x0000_i1244" type="#_x0000_t75" style="width:16.2pt;height:13.8pt" o:ole="">
            <v:imagedata r:id="rId449" o:title=""/>
          </v:shape>
          <o:OLEObject Type="Embed" ProgID="Equation.DSMT4" ShapeID="_x0000_i1244" DrawAspect="Content" ObjectID="_1699835362" r:id="rId45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8"/>
          <w:sz w:val="24"/>
          <w:szCs w:val="24"/>
        </w:rPr>
        <w:object w:dxaOrig="499" w:dyaOrig="360" w14:anchorId="422FCB2F">
          <v:shape id="_x0000_i1245" type="#_x0000_t75" style="width:25.2pt;height:18pt" o:ole="">
            <v:imagedata r:id="rId451" o:title=""/>
          </v:shape>
          <o:OLEObject Type="Embed" ProgID="Equation.DSMT4" ShapeID="_x0000_i1245" DrawAspect="Content" ObjectID="_1699835363" r:id="rId45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8"/>
          <w:sz w:val="24"/>
          <w:szCs w:val="24"/>
        </w:rPr>
        <w:object w:dxaOrig="600" w:dyaOrig="360" w14:anchorId="3E92A0FE">
          <v:shape id="_x0000_i1246" type="#_x0000_t75" style="width:30pt;height:18pt" o:ole="">
            <v:imagedata r:id="rId453" o:title=""/>
          </v:shape>
          <o:OLEObject Type="Embed" ProgID="Equation.DSMT4" ShapeID="_x0000_i1246" DrawAspect="Content" ObjectID="_1699835364" r:id="rId45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320" w:dyaOrig="279" w14:anchorId="1A36FEBA">
          <v:shape id="_x0000_i1247" type="#_x0000_t75" style="width:16.2pt;height:13.8pt" o:ole="">
            <v:imagedata r:id="rId455" o:title=""/>
          </v:shape>
          <o:OLEObject Type="Embed" ProgID="Equation.DSMT4" ShapeID="_x0000_i1247" DrawAspect="Content" ObjectID="_1699835365" r:id="rId456"/>
        </w:object>
      </w:r>
      <w:r w:rsidRPr="00B13C4C">
        <w:rPr>
          <w:rFonts w:ascii="Times New Roman" w:hAnsi="Times New Roman" w:cs="Times New Roman"/>
          <w:sz w:val="24"/>
          <w:szCs w:val="24"/>
        </w:rPr>
        <w:t>.</w:t>
      </w:r>
    </w:p>
    <w:p w14:paraId="6BB0F445" w14:textId="77777777" w:rsidR="00B13C4C" w:rsidRPr="00B13C4C" w:rsidRDefault="00B13C4C" w:rsidP="001978C4">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Điều kiện xác định của phương trình </w:t>
      </w:r>
      <w:r w:rsidRPr="00B13C4C">
        <w:rPr>
          <w:rFonts w:ascii="Times New Roman" w:hAnsi="Times New Roman" w:cs="Times New Roman"/>
          <w:position w:val="-28"/>
          <w:sz w:val="24"/>
          <w:szCs w:val="24"/>
        </w:rPr>
        <w:object w:dxaOrig="1600" w:dyaOrig="700" w14:anchorId="4AD6DFDD">
          <v:shape id="_x0000_i1248" type="#_x0000_t75" style="width:79.8pt;height:34.8pt" o:ole="">
            <v:imagedata r:id="rId457" o:title=""/>
          </v:shape>
          <o:OLEObject Type="Embed" ProgID="Equation.DSMT4" ShapeID="_x0000_i1248" DrawAspect="Content" ObjectID="_1699835366" r:id="rId458"/>
        </w:object>
      </w:r>
      <w:r w:rsidRPr="00B13C4C">
        <w:rPr>
          <w:rFonts w:ascii="Times New Roman" w:hAnsi="Times New Roman" w:cs="Times New Roman"/>
          <w:sz w:val="24"/>
          <w:szCs w:val="24"/>
        </w:rPr>
        <w:t>.</w:t>
      </w:r>
    </w:p>
    <w:p w14:paraId="7E97EED4"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499" w:dyaOrig="279" w14:anchorId="30570744">
          <v:shape id="_x0000_i1249" type="#_x0000_t75" style="width:25.2pt;height:13.8pt" o:ole="">
            <v:imagedata r:id="rId459" o:title=""/>
          </v:shape>
          <o:OLEObject Type="Embed" ProgID="Equation.DSMT4" ShapeID="_x0000_i1249" DrawAspect="Content" ObjectID="_1699835367" r:id="rId46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680" w:dyaOrig="279" w14:anchorId="15BE7759">
          <v:shape id="_x0000_i1250" type="#_x0000_t75" style="width:34.2pt;height:13.8pt" o:ole="">
            <v:imagedata r:id="rId461" o:title=""/>
          </v:shape>
          <o:OLEObject Type="Embed" ProgID="Equation.DSMT4" ShapeID="_x0000_i1250" DrawAspect="Content" ObjectID="_1699835368" r:id="rId46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520" w:dyaOrig="279" w14:anchorId="46F55B49">
          <v:shape id="_x0000_i1251" type="#_x0000_t75" style="width:25.8pt;height:13.8pt" o:ole="">
            <v:imagedata r:id="rId463" o:title=""/>
          </v:shape>
          <o:OLEObject Type="Embed" ProgID="Equation.DSMT4" ShapeID="_x0000_i1251" DrawAspect="Content" ObjectID="_1699835369" r:id="rId46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660" w:dyaOrig="279" w14:anchorId="4DBBE413">
          <v:shape id="_x0000_i1252" type="#_x0000_t75" style="width:33pt;height:13.8pt" o:ole="">
            <v:imagedata r:id="rId465" o:title=""/>
          </v:shape>
          <o:OLEObject Type="Embed" ProgID="Equation.DSMT4" ShapeID="_x0000_i1252" DrawAspect="Content" ObjectID="_1699835370" r:id="rId466"/>
        </w:object>
      </w:r>
      <w:r w:rsidRPr="00B13C4C">
        <w:rPr>
          <w:rFonts w:ascii="Times New Roman" w:hAnsi="Times New Roman" w:cs="Times New Roman"/>
          <w:sz w:val="24"/>
          <w:szCs w:val="24"/>
        </w:rPr>
        <w:t>.</w:t>
      </w:r>
    </w:p>
    <w:p w14:paraId="25B22D49" w14:textId="77777777" w:rsidR="00B13C4C" w:rsidRPr="00B13C4C" w:rsidRDefault="00B13C4C" w:rsidP="001978C4">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tam giác </w:t>
      </w:r>
      <w:r w:rsidRPr="00B13C4C">
        <w:rPr>
          <w:rFonts w:ascii="Times New Roman" w:hAnsi="Times New Roman" w:cs="Times New Roman"/>
          <w:position w:val="-6"/>
          <w:sz w:val="24"/>
          <w:szCs w:val="24"/>
        </w:rPr>
        <w:object w:dxaOrig="560" w:dyaOrig="279" w14:anchorId="3C297D9A">
          <v:shape id="_x0000_i1253" type="#_x0000_t75" style="width:28.2pt;height:13.8pt" o:ole="">
            <v:imagedata r:id="rId467" o:title=""/>
          </v:shape>
          <o:OLEObject Type="Embed" ProgID="Equation.DSMT4" ShapeID="_x0000_i1253" DrawAspect="Content" ObjectID="_1699835371" r:id="rId468"/>
        </w:object>
      </w:r>
      <w:r w:rsidRPr="00B13C4C">
        <w:rPr>
          <w:rFonts w:ascii="Times New Roman" w:hAnsi="Times New Roman" w:cs="Times New Roman"/>
          <w:sz w:val="24"/>
          <w:szCs w:val="24"/>
        </w:rPr>
        <w:t xml:space="preserve">. Gọi </w:t>
      </w:r>
      <w:r w:rsidRPr="00B13C4C">
        <w:rPr>
          <w:rFonts w:ascii="Times New Roman" w:hAnsi="Times New Roman" w:cs="Times New Roman"/>
          <w:position w:val="-10"/>
          <w:sz w:val="24"/>
          <w:szCs w:val="24"/>
        </w:rPr>
        <w:object w:dxaOrig="600" w:dyaOrig="320" w14:anchorId="1EC4487A">
          <v:shape id="_x0000_i1254" type="#_x0000_t75" style="width:30pt;height:16.2pt" o:ole="">
            <v:imagedata r:id="rId469" o:title=""/>
          </v:shape>
          <o:OLEObject Type="Embed" ProgID="Equation.DSMT4" ShapeID="_x0000_i1254" DrawAspect="Content" ObjectID="_1699835372" r:id="rId470"/>
        </w:object>
      </w:r>
      <w:r w:rsidRPr="00B13C4C">
        <w:rPr>
          <w:rFonts w:ascii="Times New Roman" w:hAnsi="Times New Roman" w:cs="Times New Roman"/>
          <w:sz w:val="24"/>
          <w:szCs w:val="24"/>
        </w:rPr>
        <w:t xml:space="preserve"> lần lượt trên hai cạnh </w:t>
      </w:r>
      <w:r w:rsidRPr="00B13C4C">
        <w:rPr>
          <w:rFonts w:ascii="Times New Roman" w:hAnsi="Times New Roman" w:cs="Times New Roman"/>
          <w:position w:val="-4"/>
          <w:sz w:val="24"/>
          <w:szCs w:val="24"/>
        </w:rPr>
        <w:object w:dxaOrig="400" w:dyaOrig="260" w14:anchorId="6B1D2764">
          <v:shape id="_x0000_i1255" type="#_x0000_t75" style="width:19.8pt;height:13.2pt" o:ole="">
            <v:imagedata r:id="rId471" o:title=""/>
          </v:shape>
          <o:OLEObject Type="Embed" ProgID="Equation.DSMT4" ShapeID="_x0000_i1255" DrawAspect="Content" ObjectID="_1699835373" r:id="rId472"/>
        </w:object>
      </w:r>
      <w:r w:rsidRPr="00B13C4C">
        <w:rPr>
          <w:rFonts w:ascii="Times New Roman" w:hAnsi="Times New Roman" w:cs="Times New Roman"/>
          <w:sz w:val="24"/>
          <w:szCs w:val="24"/>
        </w:rPr>
        <w:t xml:space="preserve"> và </w:t>
      </w:r>
      <w:r w:rsidRPr="00B13C4C">
        <w:rPr>
          <w:rFonts w:ascii="Times New Roman" w:hAnsi="Times New Roman" w:cs="Times New Roman"/>
          <w:position w:val="-6"/>
          <w:sz w:val="24"/>
          <w:szCs w:val="24"/>
        </w:rPr>
        <w:object w:dxaOrig="400" w:dyaOrig="279" w14:anchorId="587D1493">
          <v:shape id="_x0000_i1256" type="#_x0000_t75" style="width:19.8pt;height:13.8pt" o:ole="">
            <v:imagedata r:id="rId473" o:title=""/>
          </v:shape>
          <o:OLEObject Type="Embed" ProgID="Equation.DSMT4" ShapeID="_x0000_i1256" DrawAspect="Content" ObjectID="_1699835374" r:id="rId474"/>
        </w:object>
      </w:r>
      <w:r w:rsidRPr="00B13C4C">
        <w:rPr>
          <w:rFonts w:ascii="Times New Roman" w:hAnsi="Times New Roman" w:cs="Times New Roman"/>
          <w:sz w:val="24"/>
          <w:szCs w:val="24"/>
        </w:rPr>
        <w:t xml:space="preserve"> thỏa mãn </w:t>
      </w:r>
      <w:r w:rsidRPr="00B13C4C">
        <w:rPr>
          <w:rFonts w:ascii="Times New Roman" w:hAnsi="Times New Roman" w:cs="Times New Roman"/>
          <w:position w:val="-6"/>
          <w:sz w:val="24"/>
          <w:szCs w:val="24"/>
        </w:rPr>
        <w:object w:dxaOrig="1180" w:dyaOrig="279" w14:anchorId="518B1EF2">
          <v:shape id="_x0000_i1257" type="#_x0000_t75" style="width:58.8pt;height:13.8pt" o:ole="">
            <v:imagedata r:id="rId475" o:title=""/>
          </v:shape>
          <o:OLEObject Type="Embed" ProgID="Equation.DSMT4" ShapeID="_x0000_i1257" DrawAspect="Content" ObjectID="_1699835375" r:id="rId476"/>
        </w:object>
      </w:r>
      <w:r w:rsidRPr="00B13C4C">
        <w:rPr>
          <w:rFonts w:ascii="Times New Roman" w:hAnsi="Times New Roman" w:cs="Times New Roman"/>
          <w:sz w:val="24"/>
          <w:szCs w:val="24"/>
        </w:rPr>
        <w:t xml:space="preserve">, </w:t>
      </w:r>
      <w:r w:rsidRPr="00B13C4C">
        <w:rPr>
          <w:rFonts w:ascii="Times New Roman" w:hAnsi="Times New Roman" w:cs="Times New Roman"/>
          <w:position w:val="-6"/>
          <w:sz w:val="24"/>
          <w:szCs w:val="24"/>
        </w:rPr>
        <w:object w:dxaOrig="1120" w:dyaOrig="279" w14:anchorId="612F180F">
          <v:shape id="_x0000_i1258" type="#_x0000_t75" style="width:55.8pt;height:13.8pt" o:ole="">
            <v:imagedata r:id="rId477" o:title=""/>
          </v:shape>
          <o:OLEObject Type="Embed" ProgID="Equation.DSMT4" ShapeID="_x0000_i1258" DrawAspect="Content" ObjectID="_1699835376" r:id="rId478"/>
        </w:object>
      </w:r>
      <w:r w:rsidRPr="00B13C4C">
        <w:rPr>
          <w:rFonts w:ascii="Times New Roman" w:hAnsi="Times New Roman" w:cs="Times New Roman"/>
          <w:sz w:val="24"/>
          <w:szCs w:val="24"/>
        </w:rPr>
        <w:t>. dẳng thức nào sau đây đúng?</w:t>
      </w:r>
    </w:p>
    <w:p w14:paraId="3F7FFD25"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1939" w:dyaOrig="620" w14:anchorId="66BAD1BC">
          <v:shape id="_x0000_i1259" type="#_x0000_t75" style="width:97.2pt;height:31.2pt" o:ole="">
            <v:imagedata r:id="rId479" o:title=""/>
          </v:shape>
          <o:OLEObject Type="Embed" ProgID="Equation.DSMT4" ShapeID="_x0000_i1259" DrawAspect="Content" ObjectID="_1699835377" r:id="rId48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1939" w:dyaOrig="620" w14:anchorId="280D14C8">
          <v:shape id="_x0000_i1260" type="#_x0000_t75" style="width:97.2pt;height:31.2pt" o:ole="">
            <v:imagedata r:id="rId481" o:title=""/>
          </v:shape>
          <o:OLEObject Type="Embed" ProgID="Equation.DSMT4" ShapeID="_x0000_i1260" DrawAspect="Content" ObjectID="_1699835378" r:id="rId482"/>
        </w:object>
      </w:r>
      <w:r w:rsidRPr="00B13C4C">
        <w:rPr>
          <w:rFonts w:ascii="Times New Roman" w:hAnsi="Times New Roman" w:cs="Times New Roman"/>
          <w:sz w:val="24"/>
          <w:szCs w:val="24"/>
        </w:rPr>
        <w:t>.</w:t>
      </w:r>
    </w:p>
    <w:p w14:paraId="2C1F540D"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2100" w:dyaOrig="620" w14:anchorId="18E2FD52">
          <v:shape id="_x0000_i1261" type="#_x0000_t75" style="width:105pt;height:31.2pt" o:ole="">
            <v:imagedata r:id="rId483" o:title=""/>
          </v:shape>
          <o:OLEObject Type="Embed" ProgID="Equation.DSMT4" ShapeID="_x0000_i1261" DrawAspect="Content" ObjectID="_1699835379" r:id="rId48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2120" w:dyaOrig="620" w14:anchorId="571D0343">
          <v:shape id="_x0000_i1262" type="#_x0000_t75" style="width:106.2pt;height:31.2pt" o:ole="">
            <v:imagedata r:id="rId485" o:title=""/>
          </v:shape>
          <o:OLEObject Type="Embed" ProgID="Equation.DSMT4" ShapeID="_x0000_i1262" DrawAspect="Content" ObjectID="_1699835380" r:id="rId486"/>
        </w:object>
      </w:r>
      <w:r w:rsidRPr="00B13C4C">
        <w:rPr>
          <w:rFonts w:ascii="Times New Roman" w:hAnsi="Times New Roman" w:cs="Times New Roman"/>
          <w:sz w:val="24"/>
          <w:szCs w:val="24"/>
        </w:rPr>
        <w:t>.</w:t>
      </w:r>
    </w:p>
    <w:p w14:paraId="48E847DF" w14:textId="77777777" w:rsidR="00B13C4C" w:rsidRPr="00B13C4C" w:rsidRDefault="00B13C4C" w:rsidP="001978C4">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lastRenderedPageBreak/>
        <w:t>Câu 10: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Xác định hàm số bậc hai </w:t>
      </w:r>
      <w:r w:rsidRPr="00B13C4C">
        <w:rPr>
          <w:rFonts w:ascii="Times New Roman" w:hAnsi="Times New Roman" w:cs="Times New Roman"/>
          <w:position w:val="-10"/>
          <w:sz w:val="24"/>
          <w:szCs w:val="24"/>
        </w:rPr>
        <w:object w:dxaOrig="1540" w:dyaOrig="360" w14:anchorId="0F12FE54">
          <v:shape id="_x0000_i1263" type="#_x0000_t75" style="width:76.8pt;height:18pt" o:ole="">
            <v:imagedata r:id="rId487" o:title=""/>
          </v:shape>
          <o:OLEObject Type="Embed" ProgID="Equation.DSMT4" ShapeID="_x0000_i1263" DrawAspect="Content" ObjectID="_1699835381" r:id="rId488"/>
        </w:object>
      </w:r>
      <w:r w:rsidRPr="00B13C4C">
        <w:rPr>
          <w:rFonts w:ascii="Times New Roman" w:hAnsi="Times New Roman" w:cs="Times New Roman"/>
          <w:sz w:val="24"/>
          <w:szCs w:val="24"/>
        </w:rPr>
        <w:t xml:space="preserve"> biết đồ thị của nó có đỉnh </w:t>
      </w:r>
      <w:r w:rsidRPr="00B13C4C">
        <w:rPr>
          <w:rFonts w:ascii="Times New Roman" w:hAnsi="Times New Roman" w:cs="Times New Roman"/>
          <w:position w:val="-10"/>
          <w:sz w:val="24"/>
          <w:szCs w:val="24"/>
        </w:rPr>
        <w:object w:dxaOrig="760" w:dyaOrig="320" w14:anchorId="66B39FF3">
          <v:shape id="_x0000_i1264" type="#_x0000_t75" style="width:37.8pt;height:16.2pt" o:ole="">
            <v:imagedata r:id="rId489" o:title=""/>
          </v:shape>
          <o:OLEObject Type="Embed" ProgID="Equation.DSMT4" ShapeID="_x0000_i1264" DrawAspect="Content" ObjectID="_1699835382" r:id="rId490"/>
        </w:object>
      </w:r>
      <w:r w:rsidRPr="00B13C4C">
        <w:rPr>
          <w:rFonts w:ascii="Times New Roman" w:hAnsi="Times New Roman" w:cs="Times New Roman"/>
          <w:sz w:val="24"/>
          <w:szCs w:val="24"/>
        </w:rPr>
        <w:t xml:space="preserve"> và đi qua điểm </w:t>
      </w:r>
      <w:r w:rsidRPr="00B13C4C">
        <w:rPr>
          <w:rFonts w:ascii="Times New Roman" w:hAnsi="Times New Roman" w:cs="Times New Roman"/>
          <w:position w:val="-10"/>
          <w:sz w:val="24"/>
          <w:szCs w:val="24"/>
        </w:rPr>
        <w:object w:dxaOrig="720" w:dyaOrig="320" w14:anchorId="140C1967">
          <v:shape id="_x0000_i1265" type="#_x0000_t75" style="width:36pt;height:16.2pt" o:ole="">
            <v:imagedata r:id="rId491" o:title=""/>
          </v:shape>
          <o:OLEObject Type="Embed" ProgID="Equation.DSMT4" ShapeID="_x0000_i1265" DrawAspect="Content" ObjectID="_1699835383" r:id="rId492"/>
        </w:object>
      </w:r>
      <w:r w:rsidRPr="00B13C4C">
        <w:rPr>
          <w:rFonts w:ascii="Times New Roman" w:hAnsi="Times New Roman" w:cs="Times New Roman"/>
          <w:sz w:val="24"/>
          <w:szCs w:val="24"/>
        </w:rPr>
        <w:t>.</w:t>
      </w:r>
    </w:p>
    <w:p w14:paraId="121A04FD"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460" w:dyaOrig="360" w14:anchorId="2F373C04">
          <v:shape id="_x0000_i1266" type="#_x0000_t75" style="width:73.2pt;height:18pt" o:ole="">
            <v:imagedata r:id="rId493" o:title=""/>
          </v:shape>
          <o:OLEObject Type="Embed" ProgID="Equation.DSMT4" ShapeID="_x0000_i1266" DrawAspect="Content" ObjectID="_1699835384" r:id="rId49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140" w:dyaOrig="360" w14:anchorId="750636BF">
          <v:shape id="_x0000_i1267" type="#_x0000_t75" style="width:57pt;height:18pt" o:ole="">
            <v:imagedata r:id="rId495" o:title=""/>
          </v:shape>
          <o:OLEObject Type="Embed" ProgID="Equation.DSMT4" ShapeID="_x0000_i1267" DrawAspect="Content" ObjectID="_1699835385" r:id="rId49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579" w:dyaOrig="360" w14:anchorId="0A6F40AA">
          <v:shape id="_x0000_i1268" type="#_x0000_t75" style="width:79.2pt;height:18pt" o:ole="">
            <v:imagedata r:id="rId497" o:title=""/>
          </v:shape>
          <o:OLEObject Type="Embed" ProgID="Equation.DSMT4" ShapeID="_x0000_i1268" DrawAspect="Content" ObjectID="_1699835386" r:id="rId49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140" w:dyaOrig="360" w14:anchorId="69107639">
          <v:shape id="_x0000_i1269" type="#_x0000_t75" style="width:57pt;height:18pt" o:ole="">
            <v:imagedata r:id="rId499" o:title=""/>
          </v:shape>
          <o:OLEObject Type="Embed" ProgID="Equation.DSMT4" ShapeID="_x0000_i1269" DrawAspect="Content" ObjectID="_1699835387" r:id="rId500"/>
        </w:object>
      </w:r>
      <w:r w:rsidRPr="00B13C4C">
        <w:rPr>
          <w:rFonts w:ascii="Times New Roman" w:hAnsi="Times New Roman" w:cs="Times New Roman"/>
          <w:sz w:val="24"/>
          <w:szCs w:val="24"/>
        </w:rPr>
        <w:t>.</w:t>
      </w:r>
    </w:p>
    <w:p w14:paraId="0B3E229F" w14:textId="77777777" w:rsidR="00B13C4C" w:rsidRPr="00B13C4C" w:rsidRDefault="00B13C4C" w:rsidP="001978C4">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Với giá trị nào của </w:t>
      </w:r>
      <w:r w:rsidRPr="00B13C4C">
        <w:rPr>
          <w:rFonts w:ascii="Times New Roman" w:hAnsi="Times New Roman" w:cs="Times New Roman"/>
          <w:position w:val="-6"/>
          <w:sz w:val="24"/>
          <w:szCs w:val="24"/>
        </w:rPr>
        <w:object w:dxaOrig="260" w:dyaOrig="220" w14:anchorId="379458F3">
          <v:shape id="_x0000_i1270" type="#_x0000_t75" style="width:13.2pt;height:10.8pt" o:ole="">
            <v:imagedata r:id="rId501" o:title=""/>
          </v:shape>
          <o:OLEObject Type="Embed" ProgID="Equation.DSMT4" ShapeID="_x0000_i1270" DrawAspect="Content" ObjectID="_1699835388" r:id="rId502"/>
        </w:object>
      </w:r>
      <w:r w:rsidRPr="00B13C4C">
        <w:rPr>
          <w:rFonts w:ascii="Times New Roman" w:hAnsi="Times New Roman" w:cs="Times New Roman"/>
          <w:sz w:val="24"/>
          <w:szCs w:val="24"/>
        </w:rPr>
        <w:t xml:space="preserve"> thì phương trình </w:t>
      </w:r>
      <w:r w:rsidRPr="00B13C4C">
        <w:rPr>
          <w:rFonts w:ascii="Times New Roman" w:hAnsi="Times New Roman" w:cs="Times New Roman"/>
          <w:position w:val="-6"/>
          <w:sz w:val="24"/>
          <w:szCs w:val="24"/>
        </w:rPr>
        <w:object w:dxaOrig="1920" w:dyaOrig="320" w14:anchorId="51253FDD">
          <v:shape id="_x0000_i1271" type="#_x0000_t75" style="width:96pt;height:16.2pt" o:ole="">
            <v:imagedata r:id="rId503" o:title=""/>
          </v:shape>
          <o:OLEObject Type="Embed" ProgID="Equation.DSMT4" ShapeID="_x0000_i1271" DrawAspect="Content" ObjectID="_1699835389" r:id="rId504"/>
        </w:object>
      </w:r>
      <w:r w:rsidRPr="00B13C4C">
        <w:rPr>
          <w:rFonts w:ascii="Times New Roman" w:hAnsi="Times New Roman" w:cs="Times New Roman"/>
          <w:sz w:val="24"/>
          <w:szCs w:val="24"/>
        </w:rPr>
        <w:t xml:space="preserve"> có hai nghiệm phân biêt?</w:t>
      </w:r>
    </w:p>
    <w:p w14:paraId="69C2F6E4"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600" w:dyaOrig="279" w14:anchorId="1D0FD61B">
          <v:shape id="_x0000_i1272" type="#_x0000_t75" style="width:30pt;height:13.8pt" o:ole="">
            <v:imagedata r:id="rId505" o:title=""/>
          </v:shape>
          <o:OLEObject Type="Embed" ProgID="Equation.DSMT4" ShapeID="_x0000_i1272" DrawAspect="Content" ObjectID="_1699835390" r:id="rId50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600" w:dyaOrig="279" w14:anchorId="039594F7">
          <v:shape id="_x0000_i1273" type="#_x0000_t75" style="width:30pt;height:13.8pt" o:ole="">
            <v:imagedata r:id="rId507" o:title=""/>
          </v:shape>
          <o:OLEObject Type="Embed" ProgID="Equation.DSMT4" ShapeID="_x0000_i1273" DrawAspect="Content" ObjectID="_1699835391" r:id="rId50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600" w:dyaOrig="279" w14:anchorId="1C808254">
          <v:shape id="_x0000_i1274" type="#_x0000_t75" style="width:30pt;height:13.8pt" o:ole="">
            <v:imagedata r:id="rId509" o:title=""/>
          </v:shape>
          <o:OLEObject Type="Embed" ProgID="Equation.DSMT4" ShapeID="_x0000_i1274" DrawAspect="Content" ObjectID="_1699835392" r:id="rId51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600" w:dyaOrig="279" w14:anchorId="091485A5">
          <v:shape id="_x0000_i1275" type="#_x0000_t75" style="width:30pt;height:13.8pt" o:ole="">
            <v:imagedata r:id="rId511" o:title=""/>
          </v:shape>
          <o:OLEObject Type="Embed" ProgID="Equation.DSMT4" ShapeID="_x0000_i1275" DrawAspect="Content" ObjectID="_1699835393" r:id="rId512"/>
        </w:object>
      </w:r>
      <w:r w:rsidRPr="00B13C4C">
        <w:rPr>
          <w:rFonts w:ascii="Times New Roman" w:hAnsi="Times New Roman" w:cs="Times New Roman"/>
          <w:sz w:val="24"/>
          <w:szCs w:val="24"/>
        </w:rPr>
        <w:t>.</w:t>
      </w:r>
    </w:p>
    <w:p w14:paraId="77866D74" w14:textId="77777777" w:rsidR="00B13C4C" w:rsidRPr="00B13C4C" w:rsidRDefault="00B13C4C" w:rsidP="001978C4">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tọa độ </w:t>
      </w:r>
      <w:r w:rsidRPr="00B13C4C">
        <w:rPr>
          <w:rFonts w:ascii="Times New Roman" w:hAnsi="Times New Roman" w:cs="Times New Roman"/>
          <w:position w:val="-10"/>
          <w:sz w:val="24"/>
          <w:szCs w:val="24"/>
        </w:rPr>
        <w:object w:dxaOrig="460" w:dyaOrig="320" w14:anchorId="7357B619">
          <v:shape id="_x0000_i1276" type="#_x0000_t75" style="width:22.8pt;height:16.2pt" o:ole="">
            <v:imagedata r:id="rId513" o:title=""/>
          </v:shape>
          <o:OLEObject Type="Embed" ProgID="Equation.DSMT4" ShapeID="_x0000_i1276" DrawAspect="Content" ObjectID="_1699835394" r:id="rId514"/>
        </w:object>
      </w:r>
      <w:r w:rsidRPr="00B13C4C">
        <w:rPr>
          <w:rFonts w:ascii="Times New Roman" w:hAnsi="Times New Roman" w:cs="Times New Roman"/>
          <w:sz w:val="24"/>
          <w:szCs w:val="24"/>
        </w:rPr>
        <w:t xml:space="preserve"> cho tam giác </w:t>
      </w:r>
      <w:r w:rsidRPr="00B13C4C">
        <w:rPr>
          <w:rFonts w:ascii="Times New Roman" w:hAnsi="Times New Roman" w:cs="Times New Roman"/>
          <w:position w:val="-6"/>
          <w:sz w:val="24"/>
          <w:szCs w:val="24"/>
        </w:rPr>
        <w:object w:dxaOrig="560" w:dyaOrig="279" w14:anchorId="06F1CEE7">
          <v:shape id="_x0000_i1277" type="#_x0000_t75" style="width:28.2pt;height:13.8pt" o:ole="">
            <v:imagedata r:id="rId515" o:title=""/>
          </v:shape>
          <o:OLEObject Type="Embed" ProgID="Equation.DSMT4" ShapeID="_x0000_i1277" DrawAspect="Content" ObjectID="_1699835395" r:id="rId516"/>
        </w:object>
      </w:r>
      <w:r w:rsidRPr="00B13C4C">
        <w:rPr>
          <w:rFonts w:ascii="Times New Roman" w:hAnsi="Times New Roman" w:cs="Times New Roman"/>
          <w:sz w:val="24"/>
          <w:szCs w:val="24"/>
        </w:rPr>
        <w:t xml:space="preserve"> có </w:t>
      </w:r>
      <w:r w:rsidRPr="00B13C4C">
        <w:rPr>
          <w:rFonts w:ascii="Times New Roman" w:hAnsi="Times New Roman" w:cs="Times New Roman"/>
          <w:position w:val="-10"/>
          <w:sz w:val="24"/>
          <w:szCs w:val="24"/>
        </w:rPr>
        <w:object w:dxaOrig="2360" w:dyaOrig="320" w14:anchorId="059B241A">
          <v:shape id="_x0000_i1278" type="#_x0000_t75" style="width:118.2pt;height:16.2pt" o:ole="">
            <v:imagedata r:id="rId517" o:title=""/>
          </v:shape>
          <o:OLEObject Type="Embed" ProgID="Equation.DSMT4" ShapeID="_x0000_i1278" DrawAspect="Content" ObjectID="_1699835396" r:id="rId518"/>
        </w:object>
      </w:r>
      <w:r w:rsidRPr="00B13C4C">
        <w:rPr>
          <w:rFonts w:ascii="Times New Roman" w:hAnsi="Times New Roman" w:cs="Times New Roman"/>
          <w:sz w:val="24"/>
          <w:szCs w:val="24"/>
        </w:rPr>
        <w:t xml:space="preserve">. Tính diện tích </w:t>
      </w:r>
      <w:r w:rsidRPr="00B13C4C">
        <w:rPr>
          <w:rFonts w:ascii="Times New Roman" w:hAnsi="Times New Roman" w:cs="Times New Roman"/>
          <w:position w:val="-6"/>
          <w:sz w:val="24"/>
          <w:szCs w:val="24"/>
        </w:rPr>
        <w:object w:dxaOrig="220" w:dyaOrig="279" w14:anchorId="2BC4A50E">
          <v:shape id="_x0000_i1279" type="#_x0000_t75" style="width:10.8pt;height:13.8pt" o:ole="">
            <v:imagedata r:id="rId519" o:title=""/>
          </v:shape>
          <o:OLEObject Type="Embed" ProgID="Equation.DSMT4" ShapeID="_x0000_i1279" DrawAspect="Content" ObjectID="_1699835397" r:id="rId520"/>
        </w:object>
      </w:r>
      <w:r w:rsidRPr="00B13C4C">
        <w:rPr>
          <w:rFonts w:ascii="Times New Roman" w:hAnsi="Times New Roman" w:cs="Times New Roman"/>
          <w:sz w:val="24"/>
          <w:szCs w:val="24"/>
        </w:rPr>
        <w:t xml:space="preserve"> của tam giác </w:t>
      </w:r>
      <w:r w:rsidRPr="00B13C4C">
        <w:rPr>
          <w:rFonts w:ascii="Times New Roman" w:hAnsi="Times New Roman" w:cs="Times New Roman"/>
          <w:position w:val="-6"/>
          <w:sz w:val="24"/>
          <w:szCs w:val="24"/>
        </w:rPr>
        <w:object w:dxaOrig="560" w:dyaOrig="279" w14:anchorId="31FCD8FD">
          <v:shape id="_x0000_i1280" type="#_x0000_t75" style="width:28.2pt;height:13.8pt" o:ole="">
            <v:imagedata r:id="rId521" o:title=""/>
          </v:shape>
          <o:OLEObject Type="Embed" ProgID="Equation.DSMT4" ShapeID="_x0000_i1280" DrawAspect="Content" ObjectID="_1699835398" r:id="rId522"/>
        </w:object>
      </w:r>
      <w:r w:rsidRPr="00B13C4C">
        <w:rPr>
          <w:rFonts w:ascii="Times New Roman" w:hAnsi="Times New Roman" w:cs="Times New Roman"/>
          <w:sz w:val="24"/>
          <w:szCs w:val="24"/>
        </w:rPr>
        <w:t>.</w:t>
      </w:r>
    </w:p>
    <w:p w14:paraId="7B21F92B"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700" w:dyaOrig="279" w14:anchorId="4C1D1FA7">
          <v:shape id="_x0000_i1281" type="#_x0000_t75" style="width:34.8pt;height:13.8pt" o:ole="">
            <v:imagedata r:id="rId523" o:title=""/>
          </v:shape>
          <o:OLEObject Type="Embed" ProgID="Equation.DSMT4" ShapeID="_x0000_i1281" DrawAspect="Content" ObjectID="_1699835399" r:id="rId52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660" w:dyaOrig="279" w14:anchorId="145416EC">
          <v:shape id="_x0000_i1282" type="#_x0000_t75" style="width:33pt;height:13.8pt" o:ole="">
            <v:imagedata r:id="rId525" o:title=""/>
          </v:shape>
          <o:OLEObject Type="Embed" ProgID="Equation.DSMT4" ShapeID="_x0000_i1282" DrawAspect="Content" ObjectID="_1699835400" r:id="rId52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8"/>
          <w:sz w:val="24"/>
          <w:szCs w:val="24"/>
        </w:rPr>
        <w:object w:dxaOrig="1579" w:dyaOrig="360" w14:anchorId="7900199F">
          <v:shape id="_x0000_i1283" type="#_x0000_t75" style="width:79.2pt;height:18pt" o:ole="">
            <v:imagedata r:id="rId527" o:title=""/>
          </v:shape>
          <o:OLEObject Type="Embed" ProgID="Equation.DSMT4" ShapeID="_x0000_i1283" DrawAspect="Content" ObjectID="_1699835401" r:id="rId52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999" w:dyaOrig="680" w14:anchorId="13E3EA51">
          <v:shape id="_x0000_i1284" type="#_x0000_t75" style="width:49.8pt;height:34.2pt" o:ole="">
            <v:imagedata r:id="rId529" o:title=""/>
          </v:shape>
          <o:OLEObject Type="Embed" ProgID="Equation.DSMT4" ShapeID="_x0000_i1284" DrawAspect="Content" ObjectID="_1699835402" r:id="rId530"/>
        </w:object>
      </w:r>
      <w:r w:rsidRPr="00B13C4C">
        <w:rPr>
          <w:rFonts w:ascii="Times New Roman" w:hAnsi="Times New Roman" w:cs="Times New Roman"/>
          <w:sz w:val="24"/>
          <w:szCs w:val="24"/>
        </w:rPr>
        <w:t>.</w:t>
      </w:r>
    </w:p>
    <w:p w14:paraId="6160D48A" w14:textId="77777777" w:rsidR="00B13C4C" w:rsidRPr="00B13C4C" w:rsidRDefault="00B13C4C" w:rsidP="001978C4">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Trên mặt phẳng tọa độ </w:t>
      </w:r>
      <w:r w:rsidRPr="00B13C4C">
        <w:rPr>
          <w:rFonts w:ascii="Times New Roman" w:hAnsi="Times New Roman" w:cs="Times New Roman"/>
          <w:position w:val="-10"/>
          <w:sz w:val="24"/>
          <w:szCs w:val="24"/>
        </w:rPr>
        <w:object w:dxaOrig="460" w:dyaOrig="320" w14:anchorId="29A0DB27">
          <v:shape id="_x0000_i1285" type="#_x0000_t75" style="width:22.8pt;height:16.2pt" o:ole="">
            <v:imagedata r:id="rId531" o:title=""/>
          </v:shape>
          <o:OLEObject Type="Embed" ProgID="Equation.DSMT4" ShapeID="_x0000_i1285" DrawAspect="Content" ObjectID="_1699835403" r:id="rId532"/>
        </w:object>
      </w:r>
      <w:r w:rsidRPr="00B13C4C">
        <w:rPr>
          <w:rFonts w:ascii="Times New Roman" w:hAnsi="Times New Roman" w:cs="Times New Roman"/>
          <w:sz w:val="24"/>
          <w:szCs w:val="24"/>
        </w:rPr>
        <w:t xml:space="preserve"> cho ba điểm </w:t>
      </w:r>
      <w:r w:rsidRPr="00B13C4C">
        <w:rPr>
          <w:rFonts w:ascii="Times New Roman" w:hAnsi="Times New Roman" w:cs="Times New Roman"/>
          <w:position w:val="-10"/>
          <w:sz w:val="24"/>
          <w:szCs w:val="24"/>
        </w:rPr>
        <w:object w:dxaOrig="2580" w:dyaOrig="320" w14:anchorId="1B0423B6">
          <v:shape id="_x0000_i1286" type="#_x0000_t75" style="width:129pt;height:16.2pt" o:ole="">
            <v:imagedata r:id="rId533" o:title=""/>
          </v:shape>
          <o:OLEObject Type="Embed" ProgID="Equation.DSMT4" ShapeID="_x0000_i1286" DrawAspect="Content" ObjectID="_1699835404" r:id="rId534"/>
        </w:object>
      </w:r>
      <w:r w:rsidRPr="00B13C4C">
        <w:rPr>
          <w:rFonts w:ascii="Times New Roman" w:hAnsi="Times New Roman" w:cs="Times New Roman"/>
          <w:sz w:val="24"/>
          <w:szCs w:val="24"/>
        </w:rPr>
        <w:t xml:space="preserve">. Tìm tọa độ điểm </w:t>
      </w:r>
      <w:r w:rsidRPr="00B13C4C">
        <w:rPr>
          <w:rFonts w:ascii="Times New Roman" w:hAnsi="Times New Roman" w:cs="Times New Roman"/>
          <w:position w:val="-4"/>
          <w:sz w:val="24"/>
          <w:szCs w:val="24"/>
        </w:rPr>
        <w:object w:dxaOrig="320" w:dyaOrig="260" w14:anchorId="08DACDF8">
          <v:shape id="_x0000_i1287" type="#_x0000_t75" style="width:16.2pt;height:13.2pt" o:ole="">
            <v:imagedata r:id="rId535" o:title=""/>
          </v:shape>
          <o:OLEObject Type="Embed" ProgID="Equation.DSMT4" ShapeID="_x0000_i1287" DrawAspect="Content" ObjectID="_1699835405" r:id="rId536"/>
        </w:object>
      </w:r>
      <w:r w:rsidRPr="00B13C4C">
        <w:rPr>
          <w:rFonts w:ascii="Times New Roman" w:hAnsi="Times New Roman" w:cs="Times New Roman"/>
          <w:sz w:val="24"/>
          <w:szCs w:val="24"/>
        </w:rPr>
        <w:t xml:space="preserve"> thỏa mãn </w:t>
      </w:r>
      <w:r w:rsidRPr="00B13C4C">
        <w:rPr>
          <w:rFonts w:ascii="Times New Roman" w:hAnsi="Times New Roman" w:cs="Times New Roman"/>
          <w:position w:val="-6"/>
          <w:sz w:val="24"/>
          <w:szCs w:val="24"/>
        </w:rPr>
        <w:object w:dxaOrig="1780" w:dyaOrig="340" w14:anchorId="4D1C5632">
          <v:shape id="_x0000_i1288" type="#_x0000_t75" style="width:88.8pt;height:16.8pt" o:ole="">
            <v:imagedata r:id="rId537" o:title=""/>
          </v:shape>
          <o:OLEObject Type="Embed" ProgID="Equation.DSMT4" ShapeID="_x0000_i1288" DrawAspect="Content" ObjectID="_1699835406" r:id="rId538"/>
        </w:object>
      </w:r>
    </w:p>
    <w:p w14:paraId="5AC69DF4"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b/>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8"/>
          <w:sz w:val="24"/>
          <w:szCs w:val="24"/>
        </w:rPr>
        <w:object w:dxaOrig="1340" w:dyaOrig="680" w14:anchorId="5323915B">
          <v:shape id="_x0000_i1289" type="#_x0000_t75" style="width:67.2pt;height:34.2pt" o:ole="">
            <v:imagedata r:id="rId539" o:title=""/>
          </v:shape>
          <o:OLEObject Type="Embed" ProgID="Equation.DSMT4" ShapeID="_x0000_i1289" DrawAspect="Content" ObjectID="_1699835407" r:id="rId54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8"/>
          <w:sz w:val="24"/>
          <w:szCs w:val="24"/>
        </w:rPr>
        <w:object w:dxaOrig="1180" w:dyaOrig="680" w14:anchorId="168C3E0E">
          <v:shape id="_x0000_i1290" type="#_x0000_t75" style="width:58.8pt;height:34.2pt" o:ole="">
            <v:imagedata r:id="rId541" o:title=""/>
          </v:shape>
          <o:OLEObject Type="Embed" ProgID="Equation.DSMT4" ShapeID="_x0000_i1290" DrawAspect="Content" ObjectID="_1699835408" r:id="rId54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8"/>
          <w:sz w:val="24"/>
          <w:szCs w:val="24"/>
        </w:rPr>
        <w:object w:dxaOrig="1100" w:dyaOrig="680" w14:anchorId="1D356B71">
          <v:shape id="_x0000_i1291" type="#_x0000_t75" style="width:55.2pt;height:34.2pt" o:ole="">
            <v:imagedata r:id="rId543" o:title=""/>
          </v:shape>
          <o:OLEObject Type="Embed" ProgID="Equation.DSMT4" ShapeID="_x0000_i1291" DrawAspect="Content" ObjectID="_1699835409" r:id="rId54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8"/>
          <w:sz w:val="24"/>
          <w:szCs w:val="24"/>
        </w:rPr>
        <w:object w:dxaOrig="1020" w:dyaOrig="680" w14:anchorId="2567850D">
          <v:shape id="_x0000_i1292" type="#_x0000_t75" style="width:51pt;height:34.2pt" o:ole="">
            <v:imagedata r:id="rId545" o:title=""/>
          </v:shape>
          <o:OLEObject Type="Embed" ProgID="Equation.DSMT4" ShapeID="_x0000_i1292" DrawAspect="Content" ObjectID="_1699835410" r:id="rId546"/>
        </w:object>
      </w:r>
      <w:r w:rsidRPr="00B13C4C">
        <w:rPr>
          <w:rFonts w:ascii="Times New Roman" w:hAnsi="Times New Roman" w:cs="Times New Roman"/>
          <w:b/>
          <w:sz w:val="24"/>
          <w:szCs w:val="24"/>
        </w:rPr>
        <w:t>.</w:t>
      </w:r>
    </w:p>
    <w:p w14:paraId="10A68218" w14:textId="77777777" w:rsidR="00B13C4C" w:rsidRPr="00B13C4C" w:rsidRDefault="00B13C4C" w:rsidP="001978C4">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Tập xác định của hàm số </w:t>
      </w:r>
      <w:r w:rsidRPr="00B13C4C">
        <w:rPr>
          <w:rFonts w:ascii="Times New Roman" w:hAnsi="Times New Roman" w:cs="Times New Roman"/>
          <w:position w:val="-24"/>
          <w:sz w:val="24"/>
          <w:szCs w:val="24"/>
        </w:rPr>
        <w:object w:dxaOrig="1880" w:dyaOrig="620" w14:anchorId="0F6803A4">
          <v:shape id="_x0000_i1293" type="#_x0000_t75" style="width:94.2pt;height:31.2pt" o:ole="">
            <v:imagedata r:id="rId547" o:title=""/>
          </v:shape>
          <o:OLEObject Type="Embed" ProgID="Equation.DSMT4" ShapeID="_x0000_i1293" DrawAspect="Content" ObjectID="_1699835411" r:id="rId548"/>
        </w:object>
      </w:r>
      <w:r w:rsidRPr="00B13C4C">
        <w:rPr>
          <w:rFonts w:ascii="Times New Roman" w:hAnsi="Times New Roman" w:cs="Times New Roman"/>
          <w:sz w:val="24"/>
          <w:szCs w:val="24"/>
        </w:rPr>
        <w:t xml:space="preserve"> là</w:t>
      </w:r>
    </w:p>
    <w:p w14:paraId="5ED98E23"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8"/>
          <w:sz w:val="24"/>
          <w:szCs w:val="24"/>
        </w:rPr>
        <w:object w:dxaOrig="1880" w:dyaOrig="680" w14:anchorId="24605BBC">
          <v:shape id="_x0000_i1294" type="#_x0000_t75" style="width:94.2pt;height:34.2pt" o:ole="">
            <v:imagedata r:id="rId549" o:title=""/>
          </v:shape>
          <o:OLEObject Type="Embed" ProgID="Equation.DSMT4" ShapeID="_x0000_i1294" DrawAspect="Content" ObjectID="_1699835412" r:id="rId55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300" w:dyaOrig="320" w14:anchorId="1FABF4C5">
          <v:shape id="_x0000_i1295" type="#_x0000_t75" style="width:64.8pt;height:16.2pt" o:ole="">
            <v:imagedata r:id="rId551" o:title=""/>
          </v:shape>
          <o:OLEObject Type="Embed" ProgID="Equation.DSMT4" ShapeID="_x0000_i1295" DrawAspect="Content" ObjectID="_1699835413" r:id="rId552"/>
        </w:object>
      </w:r>
      <w:r w:rsidRPr="00B13C4C">
        <w:rPr>
          <w:rFonts w:ascii="Times New Roman" w:hAnsi="Times New Roman" w:cs="Times New Roman"/>
          <w:sz w:val="24"/>
          <w:szCs w:val="24"/>
        </w:rPr>
        <w:t>.</w:t>
      </w:r>
    </w:p>
    <w:p w14:paraId="5B2EB020"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8"/>
          <w:sz w:val="24"/>
          <w:szCs w:val="24"/>
        </w:rPr>
        <w:object w:dxaOrig="1260" w:dyaOrig="680" w14:anchorId="22D9E942">
          <v:shape id="_x0000_i1296" type="#_x0000_t75" style="width:63pt;height:34.2pt" o:ole="">
            <v:imagedata r:id="rId553" o:title=""/>
          </v:shape>
          <o:OLEObject Type="Embed" ProgID="Equation.DSMT4" ShapeID="_x0000_i1296" DrawAspect="Content" ObjectID="_1699835414" r:id="rId55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8"/>
          <w:sz w:val="24"/>
          <w:szCs w:val="24"/>
        </w:rPr>
        <w:object w:dxaOrig="1860" w:dyaOrig="680" w14:anchorId="1CD64B97">
          <v:shape id="_x0000_i1297" type="#_x0000_t75" style="width:93pt;height:34.2pt" o:ole="">
            <v:imagedata r:id="rId555" o:title=""/>
          </v:shape>
          <o:OLEObject Type="Embed" ProgID="Equation.DSMT4" ShapeID="_x0000_i1297" DrawAspect="Content" ObjectID="_1699835415" r:id="rId556"/>
        </w:object>
      </w:r>
      <w:r w:rsidRPr="00B13C4C">
        <w:rPr>
          <w:rFonts w:ascii="Times New Roman" w:hAnsi="Times New Roman" w:cs="Times New Roman"/>
          <w:sz w:val="24"/>
          <w:szCs w:val="24"/>
        </w:rPr>
        <w:t>.</w:t>
      </w:r>
    </w:p>
    <w:p w14:paraId="2927AC8B" w14:textId="77777777" w:rsidR="00B13C4C" w:rsidRPr="00B13C4C" w:rsidRDefault="00B13C4C" w:rsidP="001978C4">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Phương trình </w:t>
      </w:r>
      <w:r w:rsidRPr="00B13C4C">
        <w:rPr>
          <w:rFonts w:ascii="Times New Roman" w:hAnsi="Times New Roman" w:cs="Times New Roman"/>
          <w:position w:val="-8"/>
          <w:sz w:val="24"/>
          <w:szCs w:val="24"/>
        </w:rPr>
        <w:object w:dxaOrig="1460" w:dyaOrig="360" w14:anchorId="641EA5B0">
          <v:shape id="_x0000_i1298" type="#_x0000_t75" style="width:73.2pt;height:18pt" o:ole="">
            <v:imagedata r:id="rId557" o:title=""/>
          </v:shape>
          <o:OLEObject Type="Embed" ProgID="Equation.DSMT4" ShapeID="_x0000_i1298" DrawAspect="Content" ObjectID="_1699835416" r:id="rId558"/>
        </w:object>
      </w:r>
      <w:r w:rsidRPr="00B13C4C">
        <w:rPr>
          <w:rFonts w:ascii="Times New Roman" w:hAnsi="Times New Roman" w:cs="Times New Roman"/>
          <w:sz w:val="24"/>
          <w:szCs w:val="24"/>
        </w:rPr>
        <w:t xml:space="preserve"> có bao nhiêu nghiệm?</w:t>
      </w:r>
    </w:p>
    <w:p w14:paraId="72132011"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0.</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3.</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4"/>
          <w:sz w:val="24"/>
          <w:szCs w:val="24"/>
        </w:rPr>
        <w:object w:dxaOrig="139" w:dyaOrig="260" w14:anchorId="06C735DF">
          <v:shape id="_x0000_i1299" type="#_x0000_t75" style="width:7.2pt;height:13.2pt" o:ole="">
            <v:imagedata r:id="rId559" o:title=""/>
          </v:shape>
          <o:OLEObject Type="Embed" ProgID="Equation.DSMT4" ShapeID="_x0000_i1299" DrawAspect="Content" ObjectID="_1699835417" r:id="rId56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2.</w:t>
      </w:r>
    </w:p>
    <w:p w14:paraId="62C228A1" w14:textId="77777777" w:rsidR="00B13C4C" w:rsidRPr="00B13C4C" w:rsidRDefault="00B13C4C" w:rsidP="001978C4">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Đồ thị của hàm số nào sau đây đi qua hai điểm </w:t>
      </w:r>
      <w:r w:rsidRPr="00B13C4C">
        <w:rPr>
          <w:rFonts w:ascii="Times New Roman" w:hAnsi="Times New Roman" w:cs="Times New Roman"/>
          <w:position w:val="-10"/>
          <w:sz w:val="24"/>
          <w:szCs w:val="24"/>
        </w:rPr>
        <w:object w:dxaOrig="1540" w:dyaOrig="320" w14:anchorId="236A52D4">
          <v:shape id="_x0000_i1300" type="#_x0000_t75" style="width:76.8pt;height:16.2pt" o:ole="">
            <v:imagedata r:id="rId561" o:title=""/>
          </v:shape>
          <o:OLEObject Type="Embed" ProgID="Equation.DSMT4" ShapeID="_x0000_i1300" DrawAspect="Content" ObjectID="_1699835418" r:id="rId562"/>
        </w:object>
      </w:r>
      <w:r w:rsidRPr="00B13C4C">
        <w:rPr>
          <w:rFonts w:ascii="Times New Roman" w:hAnsi="Times New Roman" w:cs="Times New Roman"/>
          <w:sz w:val="24"/>
          <w:szCs w:val="24"/>
        </w:rPr>
        <w:t>?</w:t>
      </w:r>
    </w:p>
    <w:p w14:paraId="4D9D9D73"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040" w:dyaOrig="320" w14:anchorId="40F845F0">
          <v:shape id="_x0000_i1301" type="#_x0000_t75" style="width:52.2pt;height:16.2pt" o:ole="">
            <v:imagedata r:id="rId563" o:title=""/>
          </v:shape>
          <o:OLEObject Type="Embed" ProgID="Equation.DSMT4" ShapeID="_x0000_i1301" DrawAspect="Content" ObjectID="_1699835419" r:id="rId56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900" w:dyaOrig="320" w14:anchorId="0F9FE780">
          <v:shape id="_x0000_i1302" type="#_x0000_t75" style="width:45pt;height:16.2pt" o:ole="">
            <v:imagedata r:id="rId565" o:title=""/>
          </v:shape>
          <o:OLEObject Type="Embed" ProgID="Equation.DSMT4" ShapeID="_x0000_i1302" DrawAspect="Content" ObjectID="_1699835420" r:id="rId56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040" w:dyaOrig="320" w14:anchorId="0480CEC7">
          <v:shape id="_x0000_i1303" type="#_x0000_t75" style="width:52.2pt;height:16.2pt" o:ole="">
            <v:imagedata r:id="rId567" o:title=""/>
          </v:shape>
          <o:OLEObject Type="Embed" ProgID="Equation.DSMT4" ShapeID="_x0000_i1303" DrawAspect="Content" ObjectID="_1699835421" r:id="rId56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040" w:dyaOrig="320" w14:anchorId="5C896163">
          <v:shape id="_x0000_i1304" type="#_x0000_t75" style="width:52.2pt;height:16.2pt" o:ole="">
            <v:imagedata r:id="rId569" o:title=""/>
          </v:shape>
          <o:OLEObject Type="Embed" ProgID="Equation.DSMT4" ShapeID="_x0000_i1304" DrawAspect="Content" ObjectID="_1699835422" r:id="rId570"/>
        </w:object>
      </w:r>
      <w:r w:rsidRPr="00B13C4C">
        <w:rPr>
          <w:rFonts w:ascii="Times New Roman" w:hAnsi="Times New Roman" w:cs="Times New Roman"/>
          <w:sz w:val="24"/>
          <w:szCs w:val="24"/>
        </w:rPr>
        <w:t>.</w:t>
      </w:r>
    </w:p>
    <w:p w14:paraId="32AE335F" w14:textId="77777777" w:rsidR="00B13C4C" w:rsidRPr="00B13C4C" w:rsidRDefault="00B13C4C" w:rsidP="001978C4">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Điểm nào dưới đây thuộc đồ thị hàm số </w:t>
      </w:r>
      <w:r w:rsidRPr="00B13C4C">
        <w:rPr>
          <w:rFonts w:ascii="Times New Roman" w:hAnsi="Times New Roman" w:cs="Times New Roman"/>
          <w:position w:val="-10"/>
          <w:sz w:val="24"/>
          <w:szCs w:val="24"/>
        </w:rPr>
        <w:object w:dxaOrig="1020" w:dyaOrig="320" w14:anchorId="1D69FC8B">
          <v:shape id="_x0000_i1305" type="#_x0000_t75" style="width:51pt;height:16.2pt" o:ole="">
            <v:imagedata r:id="rId571" o:title=""/>
          </v:shape>
          <o:OLEObject Type="Embed" ProgID="Equation.DSMT4" ShapeID="_x0000_i1305" DrawAspect="Content" ObjectID="_1699835423" r:id="rId572"/>
        </w:object>
      </w:r>
      <w:r w:rsidRPr="00B13C4C">
        <w:rPr>
          <w:rFonts w:ascii="Times New Roman" w:hAnsi="Times New Roman" w:cs="Times New Roman"/>
          <w:sz w:val="24"/>
          <w:szCs w:val="24"/>
        </w:rPr>
        <w:t>?</w:t>
      </w:r>
    </w:p>
    <w:p w14:paraId="5FF5A13F"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520" w:dyaOrig="320" w14:anchorId="060A115A">
          <v:shape id="_x0000_i1306" type="#_x0000_t75" style="width:25.8pt;height:16.2pt" o:ole="">
            <v:imagedata r:id="rId573" o:title=""/>
          </v:shape>
          <o:OLEObject Type="Embed" ProgID="Equation.DSMT4" ShapeID="_x0000_i1306" DrawAspect="Content" ObjectID="_1699835424" r:id="rId57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8"/>
          <w:sz w:val="24"/>
          <w:szCs w:val="24"/>
        </w:rPr>
        <w:object w:dxaOrig="700" w:dyaOrig="680" w14:anchorId="4B486DA8">
          <v:shape id="_x0000_i1307" type="#_x0000_t75" style="width:34.8pt;height:34.2pt" o:ole="">
            <v:imagedata r:id="rId575" o:title=""/>
          </v:shape>
          <o:OLEObject Type="Embed" ProgID="Equation.DSMT4" ShapeID="_x0000_i1307" DrawAspect="Content" ObjectID="_1699835425" r:id="rId57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8"/>
          <w:sz w:val="24"/>
          <w:szCs w:val="24"/>
        </w:rPr>
        <w:object w:dxaOrig="700" w:dyaOrig="680" w14:anchorId="34A39635">
          <v:shape id="_x0000_i1308" type="#_x0000_t75" style="width:34.8pt;height:34.2pt" o:ole="">
            <v:imagedata r:id="rId577" o:title=""/>
          </v:shape>
          <o:OLEObject Type="Embed" ProgID="Equation.DSMT4" ShapeID="_x0000_i1308" DrawAspect="Content" ObjectID="_1699835426" r:id="rId57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660" w:dyaOrig="320" w14:anchorId="02C6305F">
          <v:shape id="_x0000_i1309" type="#_x0000_t75" style="width:33pt;height:16.2pt" o:ole="">
            <v:imagedata r:id="rId579" o:title=""/>
          </v:shape>
          <o:OLEObject Type="Embed" ProgID="Equation.DSMT4" ShapeID="_x0000_i1309" DrawAspect="Content" ObjectID="_1699835427" r:id="rId580"/>
        </w:object>
      </w:r>
      <w:r w:rsidRPr="00B13C4C">
        <w:rPr>
          <w:rFonts w:ascii="Times New Roman" w:hAnsi="Times New Roman" w:cs="Times New Roman"/>
          <w:sz w:val="24"/>
          <w:szCs w:val="24"/>
        </w:rPr>
        <w:t>.</w:t>
      </w:r>
    </w:p>
    <w:p w14:paraId="6D37D0A4" w14:textId="77777777" w:rsidR="00B13C4C" w:rsidRPr="00B13C4C" w:rsidRDefault="00B13C4C" w:rsidP="001978C4">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Trục đối xứng của parabol </w:t>
      </w:r>
      <w:r w:rsidRPr="00B13C4C">
        <w:rPr>
          <w:rFonts w:ascii="Times New Roman" w:hAnsi="Times New Roman" w:cs="Times New Roman"/>
          <w:position w:val="-10"/>
          <w:sz w:val="24"/>
          <w:szCs w:val="24"/>
        </w:rPr>
        <w:object w:dxaOrig="1579" w:dyaOrig="360" w14:anchorId="083A5A12">
          <v:shape id="_x0000_i1310" type="#_x0000_t75" style="width:79.2pt;height:18pt" o:ole="">
            <v:imagedata r:id="rId581" o:title=""/>
          </v:shape>
          <o:OLEObject Type="Embed" ProgID="Equation.DSMT4" ShapeID="_x0000_i1310" DrawAspect="Content" ObjectID="_1699835428" r:id="rId582"/>
        </w:object>
      </w:r>
      <w:r w:rsidRPr="00B13C4C">
        <w:rPr>
          <w:rFonts w:ascii="Times New Roman" w:hAnsi="Times New Roman" w:cs="Times New Roman"/>
          <w:sz w:val="24"/>
          <w:szCs w:val="24"/>
        </w:rPr>
        <w:t xml:space="preserve"> là đường thẳng:</w:t>
      </w:r>
    </w:p>
    <w:p w14:paraId="114C0CDB"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760" w:dyaOrig="620" w14:anchorId="419E28CD">
          <v:shape id="_x0000_i1311" type="#_x0000_t75" style="width:37.8pt;height:31.2pt" o:ole="">
            <v:imagedata r:id="rId583" o:title=""/>
          </v:shape>
          <o:OLEObject Type="Embed" ProgID="Equation.DSMT4" ShapeID="_x0000_i1311" DrawAspect="Content" ObjectID="_1699835429" r:id="rId58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600" w:dyaOrig="620" w14:anchorId="6B901D26">
          <v:shape id="_x0000_i1312" type="#_x0000_t75" style="width:30pt;height:31.2pt" o:ole="">
            <v:imagedata r:id="rId585" o:title=""/>
          </v:shape>
          <o:OLEObject Type="Embed" ProgID="Equation.DSMT4" ShapeID="_x0000_i1312" DrawAspect="Content" ObjectID="_1699835430" r:id="rId58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760" w:dyaOrig="620" w14:anchorId="12BB1FD0">
          <v:shape id="_x0000_i1313" type="#_x0000_t75" style="width:37.8pt;height:31.2pt" o:ole="">
            <v:imagedata r:id="rId587" o:title=""/>
          </v:shape>
          <o:OLEObject Type="Embed" ProgID="Equation.DSMT4" ShapeID="_x0000_i1313" DrawAspect="Content" ObjectID="_1699835431" r:id="rId58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600" w:dyaOrig="620" w14:anchorId="2FC01C58">
          <v:shape id="_x0000_i1314" type="#_x0000_t75" style="width:30pt;height:31.2pt" o:ole="">
            <v:imagedata r:id="rId589" o:title=""/>
          </v:shape>
          <o:OLEObject Type="Embed" ProgID="Equation.DSMT4" ShapeID="_x0000_i1314" DrawAspect="Content" ObjectID="_1699835432" r:id="rId590"/>
        </w:object>
      </w:r>
      <w:r w:rsidRPr="00B13C4C">
        <w:rPr>
          <w:rFonts w:ascii="Times New Roman" w:hAnsi="Times New Roman" w:cs="Times New Roman"/>
          <w:sz w:val="24"/>
          <w:szCs w:val="24"/>
        </w:rPr>
        <w:t>.</w:t>
      </w:r>
    </w:p>
    <w:p w14:paraId="2D95E8FA" w14:textId="77777777" w:rsidR="00B13C4C" w:rsidRPr="00B13C4C" w:rsidRDefault="00B13C4C" w:rsidP="001978C4">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đồ thị hàm số </w:t>
      </w:r>
      <w:r w:rsidRPr="00B13C4C">
        <w:rPr>
          <w:rFonts w:ascii="Times New Roman" w:hAnsi="Times New Roman" w:cs="Times New Roman"/>
          <w:position w:val="-10"/>
          <w:sz w:val="24"/>
          <w:szCs w:val="24"/>
        </w:rPr>
        <w:object w:dxaOrig="920" w:dyaOrig="320" w14:anchorId="780C3521">
          <v:shape id="_x0000_i1315" type="#_x0000_t75" style="width:46.2pt;height:16.2pt" o:ole="">
            <v:imagedata r:id="rId591" o:title=""/>
          </v:shape>
          <o:OLEObject Type="Embed" ProgID="Equation.DSMT4" ShapeID="_x0000_i1315" DrawAspect="Content" ObjectID="_1699835433" r:id="rId592"/>
        </w:object>
      </w:r>
      <w:r w:rsidRPr="00B13C4C">
        <w:rPr>
          <w:rFonts w:ascii="Times New Roman" w:hAnsi="Times New Roman" w:cs="Times New Roman"/>
          <w:sz w:val="24"/>
          <w:szCs w:val="24"/>
        </w:rPr>
        <w:t>như hình bên. Chọn khẳng định sai?</w:t>
      </w:r>
    </w:p>
    <w:p w14:paraId="6B179A3B" w14:textId="77777777" w:rsidR="00B13C4C" w:rsidRPr="00B13C4C" w:rsidRDefault="00B13C4C" w:rsidP="001978C4">
      <w:pPr>
        <w:spacing w:before="120" w:after="0"/>
        <w:ind w:left="992" w:hanging="992"/>
        <w:jc w:val="center"/>
        <w:rPr>
          <w:rFonts w:ascii="Times New Roman" w:hAnsi="Times New Roman" w:cs="Times New Roman"/>
          <w:sz w:val="24"/>
          <w:szCs w:val="24"/>
        </w:rPr>
      </w:pPr>
      <w:r w:rsidRPr="00B13C4C">
        <w:rPr>
          <w:rFonts w:ascii="Times New Roman" w:hAnsi="Times New Roman" w:cs="Times New Roman"/>
          <w:noProof/>
          <w:sz w:val="24"/>
          <w:szCs w:val="24"/>
        </w:rPr>
        <w:drawing>
          <wp:inline distT="0" distB="0" distL="0" distR="0" wp14:anchorId="68778955" wp14:editId="4CDC67DC">
            <wp:extent cx="1226820" cy="1426303"/>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3"/>
                    <a:stretch>
                      <a:fillRect/>
                    </a:stretch>
                  </pic:blipFill>
                  <pic:spPr>
                    <a:xfrm>
                      <a:off x="0" y="0"/>
                      <a:ext cx="1235618" cy="1436532"/>
                    </a:xfrm>
                    <a:prstGeom prst="rect">
                      <a:avLst/>
                    </a:prstGeom>
                  </pic:spPr>
                </pic:pic>
              </a:graphicData>
            </a:graphic>
          </wp:inline>
        </w:drawing>
      </w:r>
    </w:p>
    <w:p w14:paraId="0384BA5B" w14:textId="77777777" w:rsidR="00B13C4C" w:rsidRPr="00B13C4C" w:rsidRDefault="00B13C4C" w:rsidP="001978C4">
      <w:pPr>
        <w:tabs>
          <w:tab w:val="left" w:pos="3402"/>
          <w:tab w:val="left" w:pos="5669"/>
          <w:tab w:val="left" w:pos="7937"/>
        </w:tabs>
        <w:autoSpaceDE w:val="0"/>
        <w:autoSpaceDN w:val="0"/>
        <w:adjustRightInd w:val="0"/>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Hàm số đã cho có hoành độ đỉnh dương.</w:t>
      </w:r>
    </w:p>
    <w:p w14:paraId="15EDDE59" w14:textId="77777777" w:rsidR="00B13C4C" w:rsidRPr="00B13C4C" w:rsidRDefault="00B13C4C" w:rsidP="001978C4">
      <w:pPr>
        <w:tabs>
          <w:tab w:val="left" w:pos="3402"/>
          <w:tab w:val="left" w:pos="5669"/>
          <w:tab w:val="left" w:pos="7937"/>
        </w:tabs>
        <w:autoSpaceDE w:val="0"/>
        <w:autoSpaceDN w:val="0"/>
        <w:adjustRightInd w:val="0"/>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 xml:space="preserve">Phương trình </w:t>
      </w:r>
      <w:r w:rsidRPr="00B13C4C">
        <w:rPr>
          <w:rFonts w:ascii="Times New Roman" w:hAnsi="Times New Roman" w:cs="Times New Roman"/>
          <w:position w:val="-14"/>
          <w:sz w:val="24"/>
          <w:szCs w:val="24"/>
        </w:rPr>
        <w:object w:dxaOrig="940" w:dyaOrig="400" w14:anchorId="075F390A">
          <v:shape id="_x0000_i1316" type="#_x0000_t75" style="width:46.8pt;height:19.8pt" o:ole="">
            <v:imagedata r:id="rId594" o:title=""/>
          </v:shape>
          <o:OLEObject Type="Embed" ProgID="Equation.DSMT4" ShapeID="_x0000_i1316" DrawAspect="Content" ObjectID="_1699835434" r:id="rId595"/>
        </w:object>
      </w:r>
      <w:r w:rsidRPr="00B13C4C">
        <w:rPr>
          <w:rFonts w:ascii="Times New Roman" w:hAnsi="Times New Roman" w:cs="Times New Roman"/>
          <w:sz w:val="24"/>
          <w:szCs w:val="24"/>
        </w:rPr>
        <w:t>có 2 nghiệm trái dấu.</w:t>
      </w:r>
    </w:p>
    <w:p w14:paraId="6177B307"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 xml:space="preserve">Phương trình </w:t>
      </w:r>
      <w:r w:rsidRPr="00B13C4C">
        <w:rPr>
          <w:rFonts w:ascii="Times New Roman" w:hAnsi="Times New Roman" w:cs="Times New Roman"/>
          <w:position w:val="-14"/>
          <w:sz w:val="24"/>
          <w:szCs w:val="24"/>
        </w:rPr>
        <w:object w:dxaOrig="940" w:dyaOrig="400" w14:anchorId="6B1BE675">
          <v:shape id="_x0000_i1317" type="#_x0000_t75" style="width:46.8pt;height:19.8pt" o:ole="">
            <v:imagedata r:id="rId596" o:title=""/>
          </v:shape>
          <o:OLEObject Type="Embed" ProgID="Equation.DSMT4" ShapeID="_x0000_i1317" DrawAspect="Content" ObjectID="_1699835435" r:id="rId597"/>
        </w:object>
      </w:r>
      <w:r w:rsidRPr="00B13C4C">
        <w:rPr>
          <w:rFonts w:ascii="Times New Roman" w:hAnsi="Times New Roman" w:cs="Times New Roman"/>
          <w:sz w:val="24"/>
          <w:szCs w:val="24"/>
        </w:rPr>
        <w:t>có 2 nghiệm cùng dấu.</w:t>
      </w:r>
    </w:p>
    <w:p w14:paraId="481C044F" w14:textId="77777777" w:rsidR="00B13C4C" w:rsidRPr="00B13C4C" w:rsidRDefault="00B13C4C" w:rsidP="001978C4">
      <w:pPr>
        <w:tabs>
          <w:tab w:val="left" w:pos="3402"/>
          <w:tab w:val="left" w:pos="5669"/>
          <w:tab w:val="left" w:pos="7937"/>
        </w:tabs>
        <w:autoSpaceDE w:val="0"/>
        <w:autoSpaceDN w:val="0"/>
        <w:adjustRightInd w:val="0"/>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lastRenderedPageBreak/>
        <w:t xml:space="preserve">D. </w:t>
      </w:r>
      <w:r w:rsidRPr="00B13C4C">
        <w:rPr>
          <w:rFonts w:ascii="Times New Roman" w:hAnsi="Times New Roman" w:cs="Times New Roman"/>
          <w:sz w:val="24"/>
          <w:szCs w:val="24"/>
        </w:rPr>
        <w:t>Đồ thị hàm số cắt trục hoành tại hai điểm phân biệt.</w:t>
      </w:r>
    </w:p>
    <w:p w14:paraId="75DE32B2" w14:textId="77777777" w:rsidR="00B13C4C" w:rsidRPr="00B13C4C" w:rsidRDefault="00B13C4C" w:rsidP="001978C4">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Tìm </w:t>
      </w:r>
      <w:r w:rsidRPr="00B13C4C">
        <w:rPr>
          <w:rFonts w:ascii="Times New Roman" w:hAnsi="Times New Roman" w:cs="Times New Roman"/>
          <w:position w:val="-6"/>
          <w:sz w:val="24"/>
          <w:szCs w:val="24"/>
        </w:rPr>
        <w:object w:dxaOrig="260" w:dyaOrig="220" w14:anchorId="28650EB1">
          <v:shape id="_x0000_i1318" type="#_x0000_t75" style="width:13.2pt;height:10.8pt" o:ole="">
            <v:imagedata r:id="rId598" o:title=""/>
          </v:shape>
          <o:OLEObject Type="Embed" ProgID="Equation.DSMT4" ShapeID="_x0000_i1318" DrawAspect="Content" ObjectID="_1699835436" r:id="rId599"/>
        </w:object>
      </w:r>
      <w:r w:rsidRPr="00B13C4C">
        <w:rPr>
          <w:rFonts w:ascii="Times New Roman" w:hAnsi="Times New Roman" w:cs="Times New Roman"/>
          <w:sz w:val="24"/>
          <w:szCs w:val="24"/>
        </w:rPr>
        <w:t xml:space="preserve"> để hàm số </w:t>
      </w:r>
      <w:r w:rsidRPr="00B13C4C">
        <w:rPr>
          <w:rFonts w:ascii="Times New Roman" w:hAnsi="Times New Roman" w:cs="Times New Roman"/>
          <w:position w:val="-10"/>
          <w:sz w:val="24"/>
          <w:szCs w:val="24"/>
        </w:rPr>
        <w:object w:dxaOrig="1579" w:dyaOrig="320" w14:anchorId="47F15D43">
          <v:shape id="_x0000_i1319" type="#_x0000_t75" style="width:79.2pt;height:16.2pt" o:ole="">
            <v:imagedata r:id="rId600" o:title=""/>
          </v:shape>
          <o:OLEObject Type="Embed" ProgID="Equation.DSMT4" ShapeID="_x0000_i1319" DrawAspect="Content" ObjectID="_1699835437" r:id="rId601"/>
        </w:object>
      </w:r>
      <w:r w:rsidRPr="00B13C4C">
        <w:rPr>
          <w:rFonts w:ascii="Times New Roman" w:hAnsi="Times New Roman" w:cs="Times New Roman"/>
          <w:sz w:val="24"/>
          <w:szCs w:val="24"/>
        </w:rPr>
        <w:t xml:space="preserve"> nghịch biến trên </w:t>
      </w:r>
      <w:r w:rsidRPr="00B13C4C">
        <w:rPr>
          <w:rFonts w:ascii="Times New Roman" w:hAnsi="Times New Roman" w:cs="Times New Roman"/>
          <w:position w:val="-4"/>
          <w:sz w:val="24"/>
          <w:szCs w:val="24"/>
        </w:rPr>
        <w:object w:dxaOrig="260" w:dyaOrig="260" w14:anchorId="1193BFB0">
          <v:shape id="_x0000_i1320" type="#_x0000_t75" style="width:13.2pt;height:13.2pt" o:ole="">
            <v:imagedata r:id="rId602" o:title=""/>
          </v:shape>
          <o:OLEObject Type="Embed" ProgID="Equation.DSMT4" ShapeID="_x0000_i1320" DrawAspect="Content" ObjectID="_1699835438" r:id="rId603"/>
        </w:object>
      </w:r>
      <w:r w:rsidRPr="00B13C4C">
        <w:rPr>
          <w:rFonts w:ascii="Times New Roman" w:hAnsi="Times New Roman" w:cs="Times New Roman"/>
          <w:sz w:val="24"/>
          <w:szCs w:val="24"/>
        </w:rPr>
        <w:t>.</w:t>
      </w:r>
    </w:p>
    <w:p w14:paraId="684BDB5C"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600" w:dyaOrig="279" w14:anchorId="6C2D8F70">
          <v:shape id="_x0000_i1321" type="#_x0000_t75" style="width:30pt;height:13.8pt" o:ole="">
            <v:imagedata r:id="rId604" o:title=""/>
          </v:shape>
          <o:OLEObject Type="Embed" ProgID="Equation.DSMT4" ShapeID="_x0000_i1321" DrawAspect="Content" ObjectID="_1699835439" r:id="rId60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600" w:dyaOrig="279" w14:anchorId="2AE4A6FD">
          <v:shape id="_x0000_i1322" type="#_x0000_t75" style="width:30pt;height:13.8pt" o:ole="">
            <v:imagedata r:id="rId606" o:title=""/>
          </v:shape>
          <o:OLEObject Type="Embed" ProgID="Equation.DSMT4" ShapeID="_x0000_i1322" DrawAspect="Content" ObjectID="_1699835440" r:id="rId60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600" w:dyaOrig="279" w14:anchorId="20E6EF96">
          <v:shape id="_x0000_i1323" type="#_x0000_t75" style="width:30pt;height:13.8pt" o:ole="">
            <v:imagedata r:id="rId608" o:title=""/>
          </v:shape>
          <o:OLEObject Type="Embed" ProgID="Equation.DSMT4" ShapeID="_x0000_i1323" DrawAspect="Content" ObjectID="_1699835441" r:id="rId60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600" w:dyaOrig="279" w14:anchorId="5681FF65">
          <v:shape id="_x0000_i1324" type="#_x0000_t75" style="width:30pt;height:13.8pt" o:ole="">
            <v:imagedata r:id="rId610" o:title=""/>
          </v:shape>
          <o:OLEObject Type="Embed" ProgID="Equation.DSMT4" ShapeID="_x0000_i1324" DrawAspect="Content" ObjectID="_1699835442" r:id="rId611"/>
        </w:object>
      </w:r>
      <w:r w:rsidRPr="00B13C4C">
        <w:rPr>
          <w:rFonts w:ascii="Times New Roman" w:hAnsi="Times New Roman" w:cs="Times New Roman"/>
          <w:sz w:val="24"/>
          <w:szCs w:val="24"/>
        </w:rPr>
        <w:t>.</w:t>
      </w:r>
    </w:p>
    <w:p w14:paraId="412B4CA3" w14:textId="77777777" w:rsidR="00B13C4C" w:rsidRPr="00B13C4C" w:rsidRDefault="00B13C4C" w:rsidP="001978C4">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Nghiệm của phương trình </w:t>
      </w:r>
      <w:r w:rsidRPr="00B13C4C">
        <w:rPr>
          <w:rFonts w:ascii="Times New Roman" w:hAnsi="Times New Roman" w:cs="Times New Roman"/>
          <w:position w:val="-8"/>
          <w:sz w:val="24"/>
          <w:szCs w:val="24"/>
        </w:rPr>
        <w:object w:dxaOrig="1020" w:dyaOrig="360" w14:anchorId="542F9E7B">
          <v:shape id="_x0000_i1325" type="#_x0000_t75" style="width:51pt;height:18pt" o:ole="">
            <v:imagedata r:id="rId612" o:title=""/>
          </v:shape>
          <o:OLEObject Type="Embed" ProgID="Equation.DSMT4" ShapeID="_x0000_i1325" DrawAspect="Content" ObjectID="_1699835443" r:id="rId613"/>
        </w:object>
      </w:r>
      <w:r w:rsidRPr="00B13C4C">
        <w:rPr>
          <w:rFonts w:ascii="Times New Roman" w:hAnsi="Times New Roman" w:cs="Times New Roman"/>
          <w:sz w:val="24"/>
          <w:szCs w:val="24"/>
        </w:rPr>
        <w:t xml:space="preserve"> là</w:t>
      </w:r>
    </w:p>
    <w:p w14:paraId="3527D87D"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540" w:dyaOrig="279" w14:anchorId="41DFB7E4">
          <v:shape id="_x0000_i1326" type="#_x0000_t75" style="width:27pt;height:13.8pt" o:ole="">
            <v:imagedata r:id="rId614" o:title=""/>
          </v:shape>
          <o:OLEObject Type="Embed" ProgID="Equation.DSMT4" ShapeID="_x0000_i1326" DrawAspect="Content" ObjectID="_1699835444" r:id="rId61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540" w:dyaOrig="279" w14:anchorId="3E9E6C30">
          <v:shape id="_x0000_i1327" type="#_x0000_t75" style="width:27pt;height:13.8pt" o:ole="">
            <v:imagedata r:id="rId616" o:title=""/>
          </v:shape>
          <o:OLEObject Type="Embed" ProgID="Equation.DSMT4" ShapeID="_x0000_i1327" DrawAspect="Content" ObjectID="_1699835445" r:id="rId61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520" w:dyaOrig="279" w14:anchorId="5EA9366B">
          <v:shape id="_x0000_i1328" type="#_x0000_t75" style="width:25.8pt;height:13.8pt" o:ole="">
            <v:imagedata r:id="rId618" o:title=""/>
          </v:shape>
          <o:OLEObject Type="Embed" ProgID="Equation.DSMT4" ShapeID="_x0000_i1328" DrawAspect="Content" ObjectID="_1699835446" r:id="rId61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560" w:dyaOrig="279" w14:anchorId="1C997D91">
          <v:shape id="_x0000_i1329" type="#_x0000_t75" style="width:28.2pt;height:13.8pt" o:ole="">
            <v:imagedata r:id="rId620" o:title=""/>
          </v:shape>
          <o:OLEObject Type="Embed" ProgID="Equation.DSMT4" ShapeID="_x0000_i1329" DrawAspect="Content" ObjectID="_1699835447" r:id="rId621"/>
        </w:object>
      </w:r>
      <w:r w:rsidRPr="00B13C4C">
        <w:rPr>
          <w:rFonts w:ascii="Times New Roman" w:hAnsi="Times New Roman" w:cs="Times New Roman"/>
          <w:sz w:val="24"/>
          <w:szCs w:val="24"/>
        </w:rPr>
        <w:t>.</w:t>
      </w:r>
    </w:p>
    <w:p w14:paraId="54A913FE" w14:textId="77777777" w:rsidR="00B13C4C" w:rsidRPr="00B13C4C" w:rsidRDefault="00B13C4C" w:rsidP="001978C4">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Tập xác định của hàm số </w:t>
      </w:r>
      <w:r w:rsidRPr="00B13C4C">
        <w:rPr>
          <w:rFonts w:ascii="Times New Roman" w:hAnsi="Times New Roman" w:cs="Times New Roman"/>
          <w:position w:val="-24"/>
          <w:sz w:val="24"/>
          <w:szCs w:val="24"/>
        </w:rPr>
        <w:object w:dxaOrig="1939" w:dyaOrig="620" w14:anchorId="4772DD38">
          <v:shape id="_x0000_i1330" type="#_x0000_t75" style="width:97.2pt;height:31.2pt" o:ole="">
            <v:imagedata r:id="rId622" o:title=""/>
          </v:shape>
          <o:OLEObject Type="Embed" ProgID="Equation.DSMT4" ShapeID="_x0000_i1330" DrawAspect="Content" ObjectID="_1699835448" r:id="rId623"/>
        </w:object>
      </w:r>
      <w:r w:rsidRPr="00B13C4C">
        <w:rPr>
          <w:rFonts w:ascii="Times New Roman" w:hAnsi="Times New Roman" w:cs="Times New Roman"/>
          <w:sz w:val="24"/>
          <w:szCs w:val="24"/>
        </w:rPr>
        <w:t xml:space="preserve"> là</w:t>
      </w:r>
    </w:p>
    <w:p w14:paraId="7570D648"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8"/>
          <w:sz w:val="24"/>
          <w:szCs w:val="24"/>
        </w:rPr>
        <w:object w:dxaOrig="1300" w:dyaOrig="680" w14:anchorId="1C9D9A5E">
          <v:shape id="_x0000_i1331" type="#_x0000_t75" style="width:64.8pt;height:34.2pt" o:ole="">
            <v:imagedata r:id="rId624" o:title=""/>
          </v:shape>
          <o:OLEObject Type="Embed" ProgID="Equation.DSMT4" ShapeID="_x0000_i1331" DrawAspect="Content" ObjectID="_1699835449" r:id="rId62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8"/>
          <w:sz w:val="24"/>
          <w:szCs w:val="24"/>
        </w:rPr>
        <w:object w:dxaOrig="1280" w:dyaOrig="680" w14:anchorId="6537C6A3">
          <v:shape id="_x0000_i1332" type="#_x0000_t75" style="width:64.2pt;height:34.2pt" o:ole="">
            <v:imagedata r:id="rId626" o:title=""/>
          </v:shape>
          <o:OLEObject Type="Embed" ProgID="Equation.DSMT4" ShapeID="_x0000_i1332" DrawAspect="Content" ObjectID="_1699835450" r:id="rId627"/>
        </w:object>
      </w:r>
      <w:r w:rsidRPr="00B13C4C">
        <w:rPr>
          <w:rFonts w:ascii="Times New Roman" w:hAnsi="Times New Roman" w:cs="Times New Roman"/>
          <w:sz w:val="24"/>
          <w:szCs w:val="24"/>
        </w:rPr>
        <w:t>.</w:t>
      </w:r>
    </w:p>
    <w:p w14:paraId="04D96E4A"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8"/>
          <w:sz w:val="24"/>
          <w:szCs w:val="24"/>
        </w:rPr>
        <w:object w:dxaOrig="1719" w:dyaOrig="680" w14:anchorId="27CC47CA">
          <v:shape id="_x0000_i1333" type="#_x0000_t75" style="width:85.8pt;height:34.2pt" o:ole="">
            <v:imagedata r:id="rId628" o:title=""/>
          </v:shape>
          <o:OLEObject Type="Embed" ProgID="Equation.DSMT4" ShapeID="_x0000_i1333" DrawAspect="Content" ObjectID="_1699835451" r:id="rId62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8"/>
          <w:sz w:val="24"/>
          <w:szCs w:val="24"/>
        </w:rPr>
        <w:object w:dxaOrig="1719" w:dyaOrig="680" w14:anchorId="62EACB6D">
          <v:shape id="_x0000_i1334" type="#_x0000_t75" style="width:85.8pt;height:34.2pt" o:ole="">
            <v:imagedata r:id="rId630" o:title=""/>
          </v:shape>
          <o:OLEObject Type="Embed" ProgID="Equation.DSMT4" ShapeID="_x0000_i1334" DrawAspect="Content" ObjectID="_1699835452" r:id="rId631"/>
        </w:object>
      </w:r>
      <w:r w:rsidRPr="00B13C4C">
        <w:rPr>
          <w:rFonts w:ascii="Times New Roman" w:hAnsi="Times New Roman" w:cs="Times New Roman"/>
          <w:sz w:val="24"/>
          <w:szCs w:val="24"/>
        </w:rPr>
        <w:t>.</w:t>
      </w:r>
    </w:p>
    <w:p w14:paraId="2468B02D" w14:textId="77777777" w:rsidR="00B13C4C" w:rsidRPr="00B13C4C" w:rsidRDefault="00B13C4C" w:rsidP="001978C4">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hình chữ nhật </w:t>
      </w:r>
      <w:r w:rsidRPr="00B13C4C">
        <w:rPr>
          <w:rFonts w:ascii="Times New Roman" w:hAnsi="Times New Roman" w:cs="Times New Roman"/>
          <w:position w:val="-6"/>
          <w:sz w:val="24"/>
          <w:szCs w:val="24"/>
        </w:rPr>
        <w:object w:dxaOrig="720" w:dyaOrig="279" w14:anchorId="648AF388">
          <v:shape id="_x0000_i1335" type="#_x0000_t75" style="width:36pt;height:13.8pt" o:ole="">
            <v:imagedata r:id="rId632" o:title=""/>
          </v:shape>
          <o:OLEObject Type="Embed" ProgID="Equation.DSMT4" ShapeID="_x0000_i1335" DrawAspect="Content" ObjectID="_1699835453" r:id="rId633"/>
        </w:object>
      </w:r>
      <w:r w:rsidRPr="00B13C4C">
        <w:rPr>
          <w:rFonts w:ascii="Times New Roman" w:hAnsi="Times New Roman" w:cs="Times New Roman"/>
          <w:sz w:val="24"/>
          <w:szCs w:val="24"/>
        </w:rPr>
        <w:t>. Chọn khẳng định sai?</w:t>
      </w:r>
    </w:p>
    <w:p w14:paraId="5F3B7707"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180" w:dyaOrig="380" w14:anchorId="41AD8791">
          <v:shape id="_x0000_i1336" type="#_x0000_t75" style="width:58.8pt;height:19.2pt" o:ole="">
            <v:imagedata r:id="rId634" o:title=""/>
          </v:shape>
          <o:OLEObject Type="Embed" ProgID="Equation.DSMT4" ShapeID="_x0000_i1336" DrawAspect="Content" ObjectID="_1699835454" r:id="rId63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1540" w:dyaOrig="340" w14:anchorId="39369361">
          <v:shape id="_x0000_i1337" type="#_x0000_t75" style="width:76.8pt;height:16.8pt" o:ole="">
            <v:imagedata r:id="rId636" o:title=""/>
          </v:shape>
          <o:OLEObject Type="Embed" ProgID="Equation.DSMT4" ShapeID="_x0000_i1337" DrawAspect="Content" ObjectID="_1699835455" r:id="rId637"/>
        </w:object>
      </w:r>
      <w:r w:rsidRPr="00B13C4C">
        <w:rPr>
          <w:rFonts w:ascii="Times New Roman" w:hAnsi="Times New Roman" w:cs="Times New Roman"/>
          <w:sz w:val="24"/>
          <w:szCs w:val="24"/>
        </w:rPr>
        <w:t>.</w:t>
      </w:r>
    </w:p>
    <w:p w14:paraId="075228BB"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1540" w:dyaOrig="340" w14:anchorId="7DC0B193">
          <v:shape id="_x0000_i1338" type="#_x0000_t75" style="width:76.8pt;height:16.8pt" o:ole="">
            <v:imagedata r:id="rId638" o:title=""/>
          </v:shape>
          <o:OLEObject Type="Embed" ProgID="Equation.DSMT4" ShapeID="_x0000_i1338" DrawAspect="Content" ObjectID="_1699835456" r:id="rId63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660" w:dyaOrig="380" w14:anchorId="64693D3A">
          <v:shape id="_x0000_i1339" type="#_x0000_t75" style="width:82.8pt;height:19.2pt" o:ole="">
            <v:imagedata r:id="rId640" o:title=""/>
          </v:shape>
          <o:OLEObject Type="Embed" ProgID="Equation.DSMT4" ShapeID="_x0000_i1339" DrawAspect="Content" ObjectID="_1699835457" r:id="rId641"/>
        </w:object>
      </w:r>
      <w:r w:rsidRPr="00B13C4C">
        <w:rPr>
          <w:rFonts w:ascii="Times New Roman" w:hAnsi="Times New Roman" w:cs="Times New Roman"/>
          <w:sz w:val="24"/>
          <w:szCs w:val="24"/>
        </w:rPr>
        <w:t>.</w:t>
      </w:r>
    </w:p>
    <w:p w14:paraId="75F13199" w14:textId="77777777" w:rsidR="00B13C4C" w:rsidRPr="00B13C4C" w:rsidRDefault="00B13C4C" w:rsidP="001978C4">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Tọa độ giao điềm của đường thẳng </w:t>
      </w:r>
      <w:r w:rsidRPr="00B13C4C">
        <w:rPr>
          <w:rFonts w:ascii="Times New Roman" w:hAnsi="Times New Roman" w:cs="Times New Roman"/>
          <w:position w:val="-10"/>
          <w:sz w:val="24"/>
          <w:szCs w:val="24"/>
        </w:rPr>
        <w:object w:dxaOrig="900" w:dyaOrig="320" w14:anchorId="345EB868">
          <v:shape id="_x0000_i1340" type="#_x0000_t75" style="width:45pt;height:16.2pt" o:ole="">
            <v:imagedata r:id="rId642" o:title=""/>
          </v:shape>
          <o:OLEObject Type="Embed" ProgID="Equation.DSMT4" ShapeID="_x0000_i1340" DrawAspect="Content" ObjectID="_1699835458" r:id="rId643"/>
        </w:object>
      </w:r>
      <w:r w:rsidRPr="00B13C4C">
        <w:rPr>
          <w:rFonts w:ascii="Times New Roman" w:hAnsi="Times New Roman" w:cs="Times New Roman"/>
          <w:sz w:val="24"/>
          <w:szCs w:val="24"/>
        </w:rPr>
        <w:t xml:space="preserve"> và parabol </w:t>
      </w:r>
      <w:r w:rsidRPr="00B13C4C">
        <w:rPr>
          <w:rFonts w:ascii="Times New Roman" w:hAnsi="Times New Roman" w:cs="Times New Roman"/>
          <w:position w:val="-24"/>
          <w:sz w:val="24"/>
          <w:szCs w:val="24"/>
        </w:rPr>
        <w:object w:dxaOrig="1640" w:dyaOrig="620" w14:anchorId="30D53B8F">
          <v:shape id="_x0000_i1341" type="#_x0000_t75" style="width:82.2pt;height:31.2pt" o:ole="">
            <v:imagedata r:id="rId644" o:title=""/>
          </v:shape>
          <o:OLEObject Type="Embed" ProgID="Equation.DSMT4" ShapeID="_x0000_i1341" DrawAspect="Content" ObjectID="_1699835459" r:id="rId645"/>
        </w:object>
      </w:r>
      <w:r w:rsidRPr="00B13C4C">
        <w:rPr>
          <w:rFonts w:ascii="Times New Roman" w:hAnsi="Times New Roman" w:cs="Times New Roman"/>
          <w:sz w:val="24"/>
          <w:szCs w:val="24"/>
        </w:rPr>
        <w:t xml:space="preserve"> là</w:t>
      </w:r>
    </w:p>
    <w:p w14:paraId="4108A61B"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700" w:dyaOrig="320" w14:anchorId="7F5AA540">
          <v:shape id="_x0000_i1342" type="#_x0000_t75" style="width:34.8pt;height:16.2pt" o:ole="">
            <v:imagedata r:id="rId646" o:title=""/>
          </v:shape>
          <o:OLEObject Type="Embed" ProgID="Equation.DSMT4" ShapeID="_x0000_i1342" DrawAspect="Content" ObjectID="_1699835460" r:id="rId647"/>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560" w:dyaOrig="320" w14:anchorId="53829351">
          <v:shape id="_x0000_i1343" type="#_x0000_t75" style="width:28.2pt;height:16.2pt" o:ole="">
            <v:imagedata r:id="rId648" o:title=""/>
          </v:shape>
          <o:OLEObject Type="Embed" ProgID="Equation.DSMT4" ShapeID="_x0000_i1343" DrawAspect="Content" ObjectID="_1699835461" r:id="rId64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560" w:dyaOrig="320" w14:anchorId="535A690F">
          <v:shape id="_x0000_i1344" type="#_x0000_t75" style="width:28.2pt;height:16.2pt" o:ole="">
            <v:imagedata r:id="rId650" o:title=""/>
          </v:shape>
          <o:OLEObject Type="Embed" ProgID="Equation.DSMT4" ShapeID="_x0000_i1344" DrawAspect="Content" ObjectID="_1699835462" r:id="rId651"/>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560" w:dyaOrig="320" w14:anchorId="4E7D4E19">
          <v:shape id="_x0000_i1345" type="#_x0000_t75" style="width:28.2pt;height:16.2pt" o:ole="">
            <v:imagedata r:id="rId652" o:title=""/>
          </v:shape>
          <o:OLEObject Type="Embed" ProgID="Equation.DSMT4" ShapeID="_x0000_i1345" DrawAspect="Content" ObjectID="_1699835463" r:id="rId653"/>
        </w:object>
      </w:r>
      <w:r w:rsidRPr="00B13C4C">
        <w:rPr>
          <w:rFonts w:ascii="Times New Roman" w:hAnsi="Times New Roman" w:cs="Times New Roman"/>
          <w:sz w:val="24"/>
          <w:szCs w:val="24"/>
        </w:rPr>
        <w:t>.</w:t>
      </w:r>
    </w:p>
    <w:p w14:paraId="03D92677"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b/>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560" w:dyaOrig="320" w14:anchorId="3829F345">
          <v:shape id="_x0000_i1346" type="#_x0000_t75" style="width:28.2pt;height:16.2pt" o:ole="">
            <v:imagedata r:id="rId654" o:title=""/>
          </v:shape>
          <o:OLEObject Type="Embed" ProgID="Equation.DSMT4" ShapeID="_x0000_i1346" DrawAspect="Content" ObjectID="_1699835464" r:id="rId655"/>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560" w:dyaOrig="320" w14:anchorId="3C665DE8">
          <v:shape id="_x0000_i1347" type="#_x0000_t75" style="width:28.2pt;height:16.2pt" o:ole="">
            <v:imagedata r:id="rId656" o:title=""/>
          </v:shape>
          <o:OLEObject Type="Embed" ProgID="Equation.DSMT4" ShapeID="_x0000_i1347" DrawAspect="Content" ObjectID="_1699835465" r:id="rId65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820" w:dyaOrig="320" w14:anchorId="3E2D5DD4">
          <v:shape id="_x0000_i1348" type="#_x0000_t75" style="width:40.8pt;height:16.2pt" o:ole="">
            <v:imagedata r:id="rId658" o:title=""/>
          </v:shape>
          <o:OLEObject Type="Embed" ProgID="Equation.DSMT4" ShapeID="_x0000_i1348" DrawAspect="Content" ObjectID="_1699835466" r:id="rId659"/>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560" w:dyaOrig="320" w14:anchorId="6D7571F8">
          <v:shape id="_x0000_i1349" type="#_x0000_t75" style="width:28.2pt;height:16.2pt" o:ole="">
            <v:imagedata r:id="rId660" o:title=""/>
          </v:shape>
          <o:OLEObject Type="Embed" ProgID="Equation.DSMT4" ShapeID="_x0000_i1349" DrawAspect="Content" ObjectID="_1699835467" r:id="rId661"/>
        </w:object>
      </w:r>
      <w:r w:rsidRPr="00B13C4C">
        <w:rPr>
          <w:rFonts w:ascii="Times New Roman" w:hAnsi="Times New Roman" w:cs="Times New Roman"/>
          <w:b/>
          <w:sz w:val="24"/>
          <w:szCs w:val="24"/>
        </w:rPr>
        <w:t>.</w:t>
      </w:r>
    </w:p>
    <w:p w14:paraId="3CA54FBD" w14:textId="77777777" w:rsidR="00B13C4C" w:rsidRPr="00B13C4C" w:rsidRDefault="00B13C4C" w:rsidP="001978C4">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w:t>
      </w:r>
      <w:r w:rsidRPr="00B13C4C">
        <w:rPr>
          <w:rFonts w:ascii="Times New Roman" w:hAnsi="Times New Roman" w:cs="Times New Roman"/>
          <w:position w:val="-10"/>
          <w:sz w:val="24"/>
          <w:szCs w:val="24"/>
        </w:rPr>
        <w:object w:dxaOrig="460" w:dyaOrig="320" w14:anchorId="4DA21CC5">
          <v:shape id="_x0000_i1350" type="#_x0000_t75" style="width:22.8pt;height:16.2pt" o:ole="">
            <v:imagedata r:id="rId662" o:title=""/>
          </v:shape>
          <o:OLEObject Type="Embed" ProgID="Equation.DSMT4" ShapeID="_x0000_i1350" DrawAspect="Content" ObjectID="_1699835468" r:id="rId663"/>
        </w:object>
      </w:r>
      <w:r w:rsidRPr="00B13C4C">
        <w:rPr>
          <w:rFonts w:ascii="Times New Roman" w:hAnsi="Times New Roman" w:cs="Times New Roman"/>
          <w:sz w:val="24"/>
          <w:szCs w:val="24"/>
        </w:rPr>
        <w:t xml:space="preserve"> cho </w:t>
      </w:r>
      <w:r w:rsidRPr="00B13C4C">
        <w:rPr>
          <w:rFonts w:ascii="Times New Roman" w:hAnsi="Times New Roman" w:cs="Times New Roman"/>
          <w:position w:val="-10"/>
          <w:sz w:val="24"/>
          <w:szCs w:val="24"/>
        </w:rPr>
        <w:object w:dxaOrig="1320" w:dyaOrig="380" w14:anchorId="5F369E23">
          <v:shape id="_x0000_i1351" type="#_x0000_t75" style="width:66pt;height:19.2pt" o:ole="">
            <v:imagedata r:id="rId664" o:title=""/>
          </v:shape>
          <o:OLEObject Type="Embed" ProgID="Equation.DSMT4" ShapeID="_x0000_i1351" DrawAspect="Content" ObjectID="_1699835469" r:id="rId665"/>
        </w:object>
      </w:r>
      <w:r w:rsidRPr="00B13C4C">
        <w:rPr>
          <w:rFonts w:ascii="Times New Roman" w:hAnsi="Times New Roman" w:cs="Times New Roman"/>
          <w:sz w:val="24"/>
          <w:szCs w:val="24"/>
        </w:rPr>
        <w:t xml:space="preserve">. Tìm tọa độ điểm </w:t>
      </w:r>
      <w:r w:rsidRPr="00B13C4C">
        <w:rPr>
          <w:rFonts w:ascii="Times New Roman" w:hAnsi="Times New Roman" w:cs="Times New Roman"/>
          <w:position w:val="-4"/>
          <w:sz w:val="24"/>
          <w:szCs w:val="24"/>
        </w:rPr>
        <w:object w:dxaOrig="240" w:dyaOrig="260" w14:anchorId="4D5D861F">
          <v:shape id="_x0000_i1352" type="#_x0000_t75" style="width:12pt;height:13.2pt" o:ole="">
            <v:imagedata r:id="rId666" o:title=""/>
          </v:shape>
          <o:OLEObject Type="Embed" ProgID="Equation.DSMT4" ShapeID="_x0000_i1352" DrawAspect="Content" ObjectID="_1699835470" r:id="rId667"/>
        </w:object>
      </w:r>
      <w:r w:rsidRPr="00B13C4C">
        <w:rPr>
          <w:rFonts w:ascii="Times New Roman" w:hAnsi="Times New Roman" w:cs="Times New Roman"/>
          <w:sz w:val="24"/>
          <w:szCs w:val="24"/>
        </w:rPr>
        <w:t>.</w:t>
      </w:r>
    </w:p>
    <w:p w14:paraId="2CF0DB74"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720" w:dyaOrig="320" w14:anchorId="17EF3233">
          <v:shape id="_x0000_i1353" type="#_x0000_t75" style="width:36pt;height:16.2pt" o:ole="">
            <v:imagedata r:id="rId668" o:title=""/>
          </v:shape>
          <o:OLEObject Type="Embed" ProgID="Equation.DSMT4" ShapeID="_x0000_i1353" DrawAspect="Content" ObjectID="_1699835471" r:id="rId66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120" w:dyaOrig="360" w14:anchorId="4E658753">
          <v:shape id="_x0000_i1354" type="#_x0000_t75" style="width:55.8pt;height:18pt" o:ole="">
            <v:imagedata r:id="rId670" o:title=""/>
          </v:shape>
          <o:OLEObject Type="Embed" ProgID="Equation.DSMT4" ShapeID="_x0000_i1354" DrawAspect="Content" ObjectID="_1699835472" r:id="rId67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859" w:dyaOrig="320" w14:anchorId="280548DB">
          <v:shape id="_x0000_i1355" type="#_x0000_t75" style="width:43.2pt;height:16.2pt" o:ole="">
            <v:imagedata r:id="rId672" o:title=""/>
          </v:shape>
          <o:OLEObject Type="Embed" ProgID="Equation.DSMT4" ShapeID="_x0000_i1355" DrawAspect="Content" ObjectID="_1699835473" r:id="rId67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840" w:dyaOrig="320" w14:anchorId="6DC8BAE5">
          <v:shape id="_x0000_i1356" type="#_x0000_t75" style="width:42pt;height:16.2pt" o:ole="">
            <v:imagedata r:id="rId674" o:title=""/>
          </v:shape>
          <o:OLEObject Type="Embed" ProgID="Equation.DSMT4" ShapeID="_x0000_i1356" DrawAspect="Content" ObjectID="_1699835474" r:id="rId675"/>
        </w:object>
      </w:r>
      <w:r w:rsidRPr="00B13C4C">
        <w:rPr>
          <w:rFonts w:ascii="Times New Roman" w:hAnsi="Times New Roman" w:cs="Times New Roman"/>
          <w:sz w:val="24"/>
          <w:szCs w:val="24"/>
        </w:rPr>
        <w:t>.</w:t>
      </w:r>
    </w:p>
    <w:p w14:paraId="2F1FCA28" w14:textId="77777777" w:rsidR="00B13C4C" w:rsidRPr="00B13C4C" w:rsidRDefault="00B13C4C" w:rsidP="001978C4">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w:t>
      </w:r>
      <w:r w:rsidRPr="00B13C4C">
        <w:rPr>
          <w:rFonts w:ascii="Times New Roman" w:hAnsi="Times New Roman" w:cs="Times New Roman"/>
          <w:position w:val="-10"/>
          <w:sz w:val="24"/>
          <w:szCs w:val="24"/>
        </w:rPr>
        <w:object w:dxaOrig="460" w:dyaOrig="320" w14:anchorId="48B6CC04">
          <v:shape id="_x0000_i1357" type="#_x0000_t75" style="width:22.8pt;height:16.2pt" o:ole="">
            <v:imagedata r:id="rId676" o:title=""/>
          </v:shape>
          <o:OLEObject Type="Embed" ProgID="Equation.DSMT4" ShapeID="_x0000_i1357" DrawAspect="Content" ObjectID="_1699835475" r:id="rId677"/>
        </w:object>
      </w:r>
      <w:r w:rsidRPr="00B13C4C">
        <w:rPr>
          <w:rFonts w:ascii="Times New Roman" w:hAnsi="Times New Roman" w:cs="Times New Roman"/>
          <w:sz w:val="24"/>
          <w:szCs w:val="24"/>
        </w:rPr>
        <w:t xml:space="preserve"> cho </w:t>
      </w:r>
      <w:r w:rsidRPr="00B13C4C">
        <w:rPr>
          <w:rFonts w:ascii="Times New Roman" w:hAnsi="Times New Roman" w:cs="Times New Roman"/>
          <w:position w:val="-10"/>
          <w:sz w:val="24"/>
          <w:szCs w:val="24"/>
        </w:rPr>
        <w:object w:dxaOrig="2120" w:dyaOrig="380" w14:anchorId="27BD93CA">
          <v:shape id="_x0000_i1358" type="#_x0000_t75" style="width:106.2pt;height:19.2pt" o:ole="">
            <v:imagedata r:id="rId678" o:title=""/>
          </v:shape>
          <o:OLEObject Type="Embed" ProgID="Equation.DSMT4" ShapeID="_x0000_i1358" DrawAspect="Content" ObjectID="_1699835476" r:id="rId679"/>
        </w:object>
      </w:r>
      <w:r w:rsidRPr="00B13C4C">
        <w:rPr>
          <w:rFonts w:ascii="Times New Roman" w:hAnsi="Times New Roman" w:cs="Times New Roman"/>
          <w:sz w:val="24"/>
          <w:szCs w:val="24"/>
        </w:rPr>
        <w:t xml:space="preserve">. Tọa độ vécto </w:t>
      </w:r>
      <w:r w:rsidRPr="00B13C4C">
        <w:rPr>
          <w:rFonts w:ascii="Times New Roman" w:hAnsi="Times New Roman" w:cs="Times New Roman"/>
          <w:position w:val="-6"/>
          <w:sz w:val="24"/>
          <w:szCs w:val="24"/>
        </w:rPr>
        <w:object w:dxaOrig="780" w:dyaOrig="340" w14:anchorId="2EDB7A29">
          <v:shape id="_x0000_i1359" type="#_x0000_t75" style="width:39pt;height:16.8pt" o:ole="">
            <v:imagedata r:id="rId680" o:title=""/>
          </v:shape>
          <o:OLEObject Type="Embed" ProgID="Equation.DSMT4" ShapeID="_x0000_i1359" DrawAspect="Content" ObjectID="_1699835477" r:id="rId681"/>
        </w:object>
      </w:r>
      <w:r w:rsidRPr="00B13C4C">
        <w:rPr>
          <w:rFonts w:ascii="Times New Roman" w:hAnsi="Times New Roman" w:cs="Times New Roman"/>
          <w:sz w:val="24"/>
          <w:szCs w:val="24"/>
        </w:rPr>
        <w:t xml:space="preserve"> là:</w:t>
      </w:r>
    </w:p>
    <w:p w14:paraId="719B3246"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900" w:dyaOrig="320" w14:anchorId="34EA3F34">
          <v:shape id="_x0000_i1360" type="#_x0000_t75" style="width:45pt;height:16.2pt" o:ole="">
            <v:imagedata r:id="rId682" o:title=""/>
          </v:shape>
          <o:OLEObject Type="Embed" ProgID="Equation.DSMT4" ShapeID="_x0000_i1360" DrawAspect="Content" ObjectID="_1699835478" r:id="rId68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800" w:dyaOrig="320" w14:anchorId="19876C3C">
          <v:shape id="_x0000_i1361" type="#_x0000_t75" style="width:40.2pt;height:16.2pt" o:ole="">
            <v:imagedata r:id="rId684" o:title=""/>
          </v:shape>
          <o:OLEObject Type="Embed" ProgID="Equation.DSMT4" ShapeID="_x0000_i1361" DrawAspect="Content" ObjectID="_1699835479" r:id="rId68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920" w:dyaOrig="320" w14:anchorId="7B4FF211">
          <v:shape id="_x0000_i1362" type="#_x0000_t75" style="width:46.2pt;height:16.2pt" o:ole="">
            <v:imagedata r:id="rId686" o:title=""/>
          </v:shape>
          <o:OLEObject Type="Embed" ProgID="Equation.DSMT4" ShapeID="_x0000_i1362" DrawAspect="Content" ObjectID="_1699835480" r:id="rId68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820" w:dyaOrig="320" w14:anchorId="45065FD3">
          <v:shape id="_x0000_i1363" type="#_x0000_t75" style="width:40.8pt;height:16.2pt" o:ole="">
            <v:imagedata r:id="rId688" o:title=""/>
          </v:shape>
          <o:OLEObject Type="Embed" ProgID="Equation.DSMT4" ShapeID="_x0000_i1363" DrawAspect="Content" ObjectID="_1699835481" r:id="rId689"/>
        </w:object>
      </w:r>
      <w:r w:rsidRPr="00B13C4C">
        <w:rPr>
          <w:rFonts w:ascii="Times New Roman" w:hAnsi="Times New Roman" w:cs="Times New Roman"/>
          <w:sz w:val="24"/>
          <w:szCs w:val="24"/>
        </w:rPr>
        <w:t>.</w:t>
      </w:r>
    </w:p>
    <w:p w14:paraId="69E4AE26" w14:textId="77777777" w:rsidR="00B13C4C" w:rsidRPr="00B13C4C" w:rsidRDefault="00B13C4C" w:rsidP="001978C4">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hình bình hành </w:t>
      </w:r>
      <w:r w:rsidRPr="00B13C4C">
        <w:rPr>
          <w:rFonts w:ascii="Times New Roman" w:hAnsi="Times New Roman" w:cs="Times New Roman"/>
          <w:position w:val="-6"/>
          <w:sz w:val="24"/>
          <w:szCs w:val="24"/>
        </w:rPr>
        <w:object w:dxaOrig="720" w:dyaOrig="279" w14:anchorId="2096FFFD">
          <v:shape id="_x0000_i1364" type="#_x0000_t75" style="width:36pt;height:13.8pt" o:ole="">
            <v:imagedata r:id="rId690" o:title=""/>
          </v:shape>
          <o:OLEObject Type="Embed" ProgID="Equation.DSMT4" ShapeID="_x0000_i1364" DrawAspect="Content" ObjectID="_1699835482" r:id="rId691"/>
        </w:object>
      </w:r>
      <w:r w:rsidRPr="00B13C4C">
        <w:rPr>
          <w:rFonts w:ascii="Times New Roman" w:hAnsi="Times New Roman" w:cs="Times New Roman"/>
          <w:sz w:val="24"/>
          <w:szCs w:val="24"/>
        </w:rPr>
        <w:t xml:space="preserve">, với giao điềm hai đường chéo là </w:t>
      </w:r>
      <w:r w:rsidRPr="00B13C4C">
        <w:rPr>
          <w:rFonts w:ascii="Times New Roman" w:hAnsi="Times New Roman" w:cs="Times New Roman"/>
          <w:position w:val="-4"/>
          <w:sz w:val="24"/>
          <w:szCs w:val="24"/>
        </w:rPr>
        <w:object w:dxaOrig="200" w:dyaOrig="260" w14:anchorId="5BE75AAF">
          <v:shape id="_x0000_i1365" type="#_x0000_t75" style="width:10.2pt;height:13.2pt" o:ole="">
            <v:imagedata r:id="rId692" o:title=""/>
          </v:shape>
          <o:OLEObject Type="Embed" ProgID="Equation.DSMT4" ShapeID="_x0000_i1365" DrawAspect="Content" ObjectID="_1699835483" r:id="rId693"/>
        </w:object>
      </w:r>
      <w:r w:rsidRPr="00B13C4C">
        <w:rPr>
          <w:rFonts w:ascii="Times New Roman" w:hAnsi="Times New Roman" w:cs="Times New Roman"/>
          <w:sz w:val="24"/>
          <w:szCs w:val="24"/>
        </w:rPr>
        <w:t>. Khi đó:</w:t>
      </w:r>
    </w:p>
    <w:p w14:paraId="04F9D86D"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1300" w:dyaOrig="340" w14:anchorId="558EDA3E">
          <v:shape id="_x0000_i1366" type="#_x0000_t75" style="width:64.8pt;height:16.8pt" o:ole="">
            <v:imagedata r:id="rId694" o:title=""/>
          </v:shape>
          <o:OLEObject Type="Embed" ProgID="Equation.DSMT4" ShapeID="_x0000_i1366" DrawAspect="Content" ObjectID="_1699835484" r:id="rId69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4"/>
          <w:sz w:val="24"/>
          <w:szCs w:val="24"/>
        </w:rPr>
        <w:object w:dxaOrig="1520" w:dyaOrig="320" w14:anchorId="6457613A">
          <v:shape id="_x0000_i1367" type="#_x0000_t75" style="width:76.2pt;height:16.2pt" o:ole="">
            <v:imagedata r:id="rId696" o:title=""/>
          </v:shape>
          <o:OLEObject Type="Embed" ProgID="Equation.DSMT4" ShapeID="_x0000_i1367" DrawAspect="Content" ObjectID="_1699835485" r:id="rId69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1300" w:dyaOrig="340" w14:anchorId="0739CCB5">
          <v:shape id="_x0000_i1368" type="#_x0000_t75" style="width:64.8pt;height:16.8pt" o:ole="">
            <v:imagedata r:id="rId698" o:title=""/>
          </v:shape>
          <o:OLEObject Type="Embed" ProgID="Equation.DSMT4" ShapeID="_x0000_i1368" DrawAspect="Content" ObjectID="_1699835486" r:id="rId69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4"/>
          <w:sz w:val="24"/>
          <w:szCs w:val="24"/>
        </w:rPr>
        <w:object w:dxaOrig="1240" w:dyaOrig="320" w14:anchorId="4F6EFF0A">
          <v:shape id="_x0000_i1369" type="#_x0000_t75" style="width:61.8pt;height:16.2pt" o:ole="">
            <v:imagedata r:id="rId700" o:title=""/>
          </v:shape>
          <o:OLEObject Type="Embed" ProgID="Equation.DSMT4" ShapeID="_x0000_i1369" DrawAspect="Content" ObjectID="_1699835487" r:id="rId701"/>
        </w:object>
      </w:r>
      <w:r w:rsidRPr="00B13C4C">
        <w:rPr>
          <w:rFonts w:ascii="Times New Roman" w:hAnsi="Times New Roman" w:cs="Times New Roman"/>
          <w:sz w:val="24"/>
          <w:szCs w:val="24"/>
        </w:rPr>
        <w:t>.</w:t>
      </w:r>
    </w:p>
    <w:p w14:paraId="7FF0814B" w14:textId="77777777" w:rsidR="00B13C4C" w:rsidRPr="00B13C4C" w:rsidRDefault="00B13C4C" w:rsidP="001978C4">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hình vuông </w:t>
      </w:r>
      <w:r w:rsidRPr="00B13C4C">
        <w:rPr>
          <w:rFonts w:ascii="Times New Roman" w:hAnsi="Times New Roman" w:cs="Times New Roman"/>
          <w:position w:val="-6"/>
          <w:sz w:val="24"/>
          <w:szCs w:val="24"/>
        </w:rPr>
        <w:object w:dxaOrig="720" w:dyaOrig="279" w14:anchorId="703B00D1">
          <v:shape id="_x0000_i1370" type="#_x0000_t75" style="width:36pt;height:13.8pt" o:ole="">
            <v:imagedata r:id="rId702" o:title=""/>
          </v:shape>
          <o:OLEObject Type="Embed" ProgID="Equation.DSMT4" ShapeID="_x0000_i1370" DrawAspect="Content" ObjectID="_1699835488" r:id="rId703"/>
        </w:object>
      </w:r>
      <w:r w:rsidRPr="00B13C4C">
        <w:rPr>
          <w:rFonts w:ascii="Times New Roman" w:hAnsi="Times New Roman" w:cs="Times New Roman"/>
          <w:sz w:val="24"/>
          <w:szCs w:val="24"/>
        </w:rPr>
        <w:t xml:space="preserve"> có độ dài cạnh bằng 10. Tính giá trị </w:t>
      </w:r>
      <w:r w:rsidRPr="00B13C4C">
        <w:rPr>
          <w:rFonts w:ascii="Times New Roman" w:hAnsi="Times New Roman" w:cs="Times New Roman"/>
          <w:position w:val="-6"/>
          <w:sz w:val="24"/>
          <w:szCs w:val="24"/>
        </w:rPr>
        <w:object w:dxaOrig="840" w:dyaOrig="340" w14:anchorId="229B3821">
          <v:shape id="_x0000_i1371" type="#_x0000_t75" style="width:42pt;height:16.8pt" o:ole="">
            <v:imagedata r:id="rId704" o:title=""/>
          </v:shape>
          <o:OLEObject Type="Embed" ProgID="Equation.DSMT4" ShapeID="_x0000_i1371" DrawAspect="Content" ObjectID="_1699835489" r:id="rId705"/>
        </w:object>
      </w:r>
      <w:r w:rsidRPr="00B13C4C">
        <w:rPr>
          <w:rFonts w:ascii="Times New Roman" w:hAnsi="Times New Roman" w:cs="Times New Roman"/>
          <w:sz w:val="24"/>
          <w:szCs w:val="24"/>
        </w:rPr>
        <w:t>.</w:t>
      </w:r>
    </w:p>
    <w:p w14:paraId="489D2730"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100.</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10.</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0.</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560" w:dyaOrig="279" w14:anchorId="37C51A89">
          <v:shape id="_x0000_i1372" type="#_x0000_t75" style="width:28.2pt;height:13.8pt" o:ole="">
            <v:imagedata r:id="rId706" o:title=""/>
          </v:shape>
          <o:OLEObject Type="Embed" ProgID="Equation.DSMT4" ShapeID="_x0000_i1372" DrawAspect="Content" ObjectID="_1699835490" r:id="rId707"/>
        </w:object>
      </w:r>
      <w:r w:rsidRPr="00B13C4C">
        <w:rPr>
          <w:rFonts w:ascii="Times New Roman" w:hAnsi="Times New Roman" w:cs="Times New Roman"/>
          <w:sz w:val="24"/>
          <w:szCs w:val="24"/>
        </w:rPr>
        <w:t>.</w:t>
      </w:r>
    </w:p>
    <w:p w14:paraId="4FF5298A" w14:textId="77777777" w:rsidR="00B13C4C" w:rsidRPr="00B13C4C" w:rsidRDefault="00B13C4C" w:rsidP="001978C4">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Số nghiệm của phương trình </w:t>
      </w:r>
      <w:r w:rsidRPr="00B13C4C">
        <w:rPr>
          <w:rFonts w:ascii="Times New Roman" w:hAnsi="Times New Roman" w:cs="Times New Roman"/>
          <w:position w:val="-24"/>
          <w:sz w:val="24"/>
          <w:szCs w:val="24"/>
        </w:rPr>
        <w:object w:dxaOrig="1400" w:dyaOrig="620" w14:anchorId="1F97DDBA">
          <v:shape id="_x0000_i1373" type="#_x0000_t75" style="width:70.2pt;height:31.2pt" o:ole="">
            <v:imagedata r:id="rId708" o:title=""/>
          </v:shape>
          <o:OLEObject Type="Embed" ProgID="Equation.DSMT4" ShapeID="_x0000_i1373" DrawAspect="Content" ObjectID="_1699835491" r:id="rId709"/>
        </w:object>
      </w:r>
      <w:r w:rsidRPr="00B13C4C">
        <w:rPr>
          <w:rFonts w:ascii="Times New Roman" w:hAnsi="Times New Roman" w:cs="Times New Roman"/>
          <w:sz w:val="24"/>
          <w:szCs w:val="24"/>
        </w:rPr>
        <w:t xml:space="preserve"> là</w:t>
      </w:r>
    </w:p>
    <w:p w14:paraId="0B476974"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4"/>
          <w:sz w:val="24"/>
          <w:szCs w:val="24"/>
        </w:rPr>
        <w:object w:dxaOrig="139" w:dyaOrig="260" w14:anchorId="2021E7E3">
          <v:shape id="_x0000_i1374" type="#_x0000_t75" style="width:7.2pt;height:13.2pt" o:ole="">
            <v:imagedata r:id="rId710" o:title=""/>
          </v:shape>
          <o:OLEObject Type="Embed" ProgID="Equation.DSMT4" ShapeID="_x0000_i1374" DrawAspect="Content" ObjectID="_1699835492" r:id="rId71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180" w:dyaOrig="279" w14:anchorId="4FC9B599">
          <v:shape id="_x0000_i1375" type="#_x0000_t75" style="width:9pt;height:13.8pt" o:ole="">
            <v:imagedata r:id="rId712" o:title=""/>
          </v:shape>
          <o:OLEObject Type="Embed" ProgID="Equation.DSMT4" ShapeID="_x0000_i1375" DrawAspect="Content" ObjectID="_1699835493" r:id="rId71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0.</w:t>
      </w:r>
    </w:p>
    <w:p w14:paraId="4DA54435" w14:textId="77777777" w:rsidR="00B13C4C" w:rsidRPr="00B13C4C" w:rsidRDefault="00B13C4C" w:rsidP="001978C4">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hệ tọa độ </w:t>
      </w:r>
      <w:r w:rsidRPr="00B13C4C">
        <w:rPr>
          <w:rFonts w:ascii="Times New Roman" w:hAnsi="Times New Roman" w:cs="Times New Roman"/>
          <w:position w:val="-10"/>
          <w:sz w:val="24"/>
          <w:szCs w:val="24"/>
        </w:rPr>
        <w:object w:dxaOrig="460" w:dyaOrig="320" w14:anchorId="08488906">
          <v:shape id="_x0000_i1376" type="#_x0000_t75" style="width:22.8pt;height:16.2pt" o:ole="">
            <v:imagedata r:id="rId714" o:title=""/>
          </v:shape>
          <o:OLEObject Type="Embed" ProgID="Equation.DSMT4" ShapeID="_x0000_i1376" DrawAspect="Content" ObjectID="_1699835494" r:id="rId715"/>
        </w:object>
      </w:r>
      <w:r w:rsidRPr="00B13C4C">
        <w:rPr>
          <w:rFonts w:ascii="Times New Roman" w:hAnsi="Times New Roman" w:cs="Times New Roman"/>
          <w:sz w:val="24"/>
          <w:szCs w:val="24"/>
        </w:rPr>
        <w:t xml:space="preserve"> cho ba điểm </w:t>
      </w:r>
      <w:r w:rsidRPr="00B13C4C">
        <w:rPr>
          <w:rFonts w:ascii="Times New Roman" w:hAnsi="Times New Roman" w:cs="Times New Roman"/>
          <w:position w:val="-10"/>
          <w:sz w:val="24"/>
          <w:szCs w:val="24"/>
        </w:rPr>
        <w:object w:dxaOrig="2280" w:dyaOrig="320" w14:anchorId="61BD67DF">
          <v:shape id="_x0000_i1377" type="#_x0000_t75" style="width:114pt;height:16.2pt" o:ole="">
            <v:imagedata r:id="rId716" o:title=""/>
          </v:shape>
          <o:OLEObject Type="Embed" ProgID="Equation.DSMT4" ShapeID="_x0000_i1377" DrawAspect="Content" ObjectID="_1699835495" r:id="rId717"/>
        </w:object>
      </w:r>
      <w:r w:rsidRPr="00B13C4C">
        <w:rPr>
          <w:rFonts w:ascii="Times New Roman" w:hAnsi="Times New Roman" w:cs="Times New Roman"/>
          <w:sz w:val="24"/>
          <w:szCs w:val="24"/>
        </w:rPr>
        <w:t xml:space="preserve">. Tìm tọa độ điểm </w:t>
      </w:r>
      <w:r w:rsidRPr="00B13C4C">
        <w:rPr>
          <w:rFonts w:ascii="Times New Roman" w:hAnsi="Times New Roman" w:cs="Times New Roman"/>
          <w:position w:val="-6"/>
          <w:sz w:val="24"/>
          <w:szCs w:val="24"/>
        </w:rPr>
        <w:object w:dxaOrig="240" w:dyaOrig="279" w14:anchorId="3A46B4CC">
          <v:shape id="_x0000_i1378" type="#_x0000_t75" style="width:12pt;height:13.8pt" o:ole="">
            <v:imagedata r:id="rId718" o:title=""/>
          </v:shape>
          <o:OLEObject Type="Embed" ProgID="Equation.DSMT4" ShapeID="_x0000_i1378" DrawAspect="Content" ObjectID="_1699835496" r:id="rId719"/>
        </w:object>
      </w:r>
      <w:r w:rsidRPr="00B13C4C">
        <w:rPr>
          <w:rFonts w:ascii="Times New Roman" w:hAnsi="Times New Roman" w:cs="Times New Roman"/>
          <w:sz w:val="24"/>
          <w:szCs w:val="24"/>
        </w:rPr>
        <w:t xml:space="preserve"> để tứ giác </w:t>
      </w:r>
      <w:r w:rsidRPr="00B13C4C">
        <w:rPr>
          <w:rFonts w:ascii="Times New Roman" w:hAnsi="Times New Roman" w:cs="Times New Roman"/>
          <w:position w:val="-6"/>
          <w:sz w:val="24"/>
          <w:szCs w:val="24"/>
        </w:rPr>
        <w:object w:dxaOrig="720" w:dyaOrig="279" w14:anchorId="4592C755">
          <v:shape id="_x0000_i1379" type="#_x0000_t75" style="width:36pt;height:13.8pt" o:ole="">
            <v:imagedata r:id="rId720" o:title=""/>
          </v:shape>
          <o:OLEObject Type="Embed" ProgID="Equation.DSMT4" ShapeID="_x0000_i1379" DrawAspect="Content" ObjectID="_1699835497" r:id="rId721"/>
        </w:object>
      </w:r>
      <w:r w:rsidRPr="00B13C4C">
        <w:rPr>
          <w:rFonts w:ascii="Times New Roman" w:hAnsi="Times New Roman" w:cs="Times New Roman"/>
          <w:sz w:val="24"/>
          <w:szCs w:val="24"/>
        </w:rPr>
        <w:t xml:space="preserve"> là hình bình hành.</w:t>
      </w:r>
    </w:p>
    <w:p w14:paraId="58368084"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700" w:dyaOrig="320" w14:anchorId="2AF5DDD3">
          <v:shape id="_x0000_i1380" type="#_x0000_t75" style="width:34.8pt;height:16.2pt" o:ole="">
            <v:imagedata r:id="rId722" o:title=""/>
          </v:shape>
          <o:OLEObject Type="Embed" ProgID="Equation.DSMT4" ShapeID="_x0000_i1380" DrawAspect="Content" ObjectID="_1699835498" r:id="rId72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740" w:dyaOrig="320" w14:anchorId="354BA83E">
          <v:shape id="_x0000_i1381" type="#_x0000_t75" style="width:37.2pt;height:16.2pt" o:ole="">
            <v:imagedata r:id="rId724" o:title=""/>
          </v:shape>
          <o:OLEObject Type="Embed" ProgID="Equation.DSMT4" ShapeID="_x0000_i1381" DrawAspect="Content" ObjectID="_1699835499" r:id="rId72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740" w:dyaOrig="320" w14:anchorId="32821C07">
          <v:shape id="_x0000_i1382" type="#_x0000_t75" style="width:37.2pt;height:16.2pt" o:ole="">
            <v:imagedata r:id="rId726" o:title=""/>
          </v:shape>
          <o:OLEObject Type="Embed" ProgID="Equation.DSMT4" ShapeID="_x0000_i1382" DrawAspect="Content" ObjectID="_1699835500" r:id="rId72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720" w:dyaOrig="320" w14:anchorId="447A19A6">
          <v:shape id="_x0000_i1383" type="#_x0000_t75" style="width:36pt;height:16.2pt" o:ole="">
            <v:imagedata r:id="rId728" o:title=""/>
          </v:shape>
          <o:OLEObject Type="Embed" ProgID="Equation.DSMT4" ShapeID="_x0000_i1383" DrawAspect="Content" ObjectID="_1699835501" r:id="rId729"/>
        </w:object>
      </w:r>
      <w:r w:rsidRPr="00B13C4C">
        <w:rPr>
          <w:rFonts w:ascii="Times New Roman" w:hAnsi="Times New Roman" w:cs="Times New Roman"/>
          <w:sz w:val="24"/>
          <w:szCs w:val="24"/>
        </w:rPr>
        <w:t>.</w:t>
      </w:r>
    </w:p>
    <w:p w14:paraId="3DED2AEF" w14:textId="77777777" w:rsidR="00B13C4C" w:rsidRPr="00B13C4C" w:rsidRDefault="00B13C4C" w:rsidP="001978C4">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Nghiệm của hệ phương trình </w:t>
      </w:r>
      <w:r w:rsidRPr="00B13C4C">
        <w:rPr>
          <w:rFonts w:ascii="Times New Roman" w:hAnsi="Times New Roman" w:cs="Times New Roman"/>
          <w:position w:val="-64"/>
          <w:sz w:val="24"/>
          <w:szCs w:val="24"/>
        </w:rPr>
        <w:object w:dxaOrig="1400" w:dyaOrig="1400" w14:anchorId="1B36DEBB">
          <v:shape id="_x0000_i1384" type="#_x0000_t75" style="width:70.2pt;height:70.2pt" o:ole="">
            <v:imagedata r:id="rId730" o:title=""/>
          </v:shape>
          <o:OLEObject Type="Embed" ProgID="Equation.DSMT4" ShapeID="_x0000_i1384" DrawAspect="Content" ObjectID="_1699835502" r:id="rId731"/>
        </w:object>
      </w:r>
      <w:r w:rsidRPr="00B13C4C">
        <w:rPr>
          <w:rFonts w:ascii="Times New Roman" w:hAnsi="Times New Roman" w:cs="Times New Roman"/>
          <w:sz w:val="24"/>
          <w:szCs w:val="24"/>
        </w:rPr>
        <w:t xml:space="preserve"> là</w:t>
      </w:r>
    </w:p>
    <w:p w14:paraId="4E94EAA4"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8"/>
          <w:sz w:val="24"/>
          <w:szCs w:val="24"/>
        </w:rPr>
        <w:object w:dxaOrig="1740" w:dyaOrig="680" w14:anchorId="230B7537">
          <v:shape id="_x0000_i1385" type="#_x0000_t75" style="width:87pt;height:34.2pt" o:ole="">
            <v:imagedata r:id="rId732" o:title=""/>
          </v:shape>
          <o:OLEObject Type="Embed" ProgID="Equation.DSMT4" ShapeID="_x0000_i1385" DrawAspect="Content" ObjectID="_1699835503" r:id="rId73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8"/>
          <w:sz w:val="24"/>
          <w:szCs w:val="24"/>
        </w:rPr>
        <w:object w:dxaOrig="1579" w:dyaOrig="680" w14:anchorId="099C8B30">
          <v:shape id="_x0000_i1386" type="#_x0000_t75" style="width:79.2pt;height:34.2pt" o:ole="">
            <v:imagedata r:id="rId734" o:title=""/>
          </v:shape>
          <o:OLEObject Type="Embed" ProgID="Equation.DSMT4" ShapeID="_x0000_i1386" DrawAspect="Content" ObjectID="_1699835504" r:id="rId735"/>
        </w:object>
      </w:r>
      <w:r w:rsidRPr="00B13C4C">
        <w:rPr>
          <w:rFonts w:ascii="Times New Roman" w:hAnsi="Times New Roman" w:cs="Times New Roman"/>
          <w:sz w:val="24"/>
          <w:szCs w:val="24"/>
        </w:rPr>
        <w:t>.</w:t>
      </w:r>
    </w:p>
    <w:p w14:paraId="41FA6AEC"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lastRenderedPageBreak/>
        <w:t xml:space="preserve">C. </w:t>
      </w:r>
      <w:r w:rsidRPr="00B13C4C">
        <w:rPr>
          <w:rFonts w:ascii="Times New Roman" w:hAnsi="Times New Roman" w:cs="Times New Roman"/>
          <w:position w:val="-28"/>
          <w:sz w:val="24"/>
          <w:szCs w:val="24"/>
        </w:rPr>
        <w:object w:dxaOrig="1740" w:dyaOrig="680" w14:anchorId="5594597F">
          <v:shape id="_x0000_i1387" type="#_x0000_t75" style="width:87pt;height:34.2pt" o:ole="">
            <v:imagedata r:id="rId736" o:title=""/>
          </v:shape>
          <o:OLEObject Type="Embed" ProgID="Equation.DSMT4" ShapeID="_x0000_i1387" DrawAspect="Content" ObjectID="_1699835505" r:id="rId73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8"/>
          <w:sz w:val="24"/>
          <w:szCs w:val="24"/>
        </w:rPr>
        <w:object w:dxaOrig="1740" w:dyaOrig="680" w14:anchorId="373A4BA8">
          <v:shape id="_x0000_i1388" type="#_x0000_t75" style="width:87pt;height:34.2pt" o:ole="">
            <v:imagedata r:id="rId738" o:title=""/>
          </v:shape>
          <o:OLEObject Type="Embed" ProgID="Equation.DSMT4" ShapeID="_x0000_i1388" DrawAspect="Content" ObjectID="_1699835506" r:id="rId739"/>
        </w:object>
      </w:r>
      <w:r w:rsidRPr="00B13C4C">
        <w:rPr>
          <w:rFonts w:ascii="Times New Roman" w:hAnsi="Times New Roman" w:cs="Times New Roman"/>
          <w:sz w:val="24"/>
          <w:szCs w:val="24"/>
        </w:rPr>
        <w:t>.</w:t>
      </w:r>
    </w:p>
    <w:p w14:paraId="3EE4B54E" w14:textId="77777777" w:rsidR="00B13C4C" w:rsidRPr="00B13C4C" w:rsidRDefault="00B13C4C" w:rsidP="001978C4">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hàm số </w:t>
      </w:r>
      <w:r w:rsidRPr="00B13C4C">
        <w:rPr>
          <w:rFonts w:ascii="Times New Roman" w:hAnsi="Times New Roman" w:cs="Times New Roman"/>
          <w:position w:val="-10"/>
          <w:sz w:val="24"/>
          <w:szCs w:val="24"/>
        </w:rPr>
        <w:object w:dxaOrig="2840" w:dyaOrig="360" w14:anchorId="527542CC">
          <v:shape id="_x0000_i1389" type="#_x0000_t75" style="width:142.2pt;height:18pt" o:ole="">
            <v:imagedata r:id="rId740" o:title=""/>
          </v:shape>
          <o:OLEObject Type="Embed" ProgID="Equation.DSMT4" ShapeID="_x0000_i1389" DrawAspect="Content" ObjectID="_1699835507" r:id="rId741"/>
        </w:object>
      </w:r>
      <w:r w:rsidRPr="00B13C4C">
        <w:rPr>
          <w:rFonts w:ascii="Times New Roman" w:hAnsi="Times New Roman" w:cs="Times New Roman"/>
          <w:sz w:val="24"/>
          <w:szCs w:val="24"/>
        </w:rPr>
        <w:t xml:space="preserve">. Có bao nhiêu giá trị nguyên dương của tham số </w:t>
      </w:r>
      <w:r w:rsidRPr="00B13C4C">
        <w:rPr>
          <w:rFonts w:ascii="Times New Roman" w:hAnsi="Times New Roman" w:cs="Times New Roman"/>
          <w:position w:val="-6"/>
          <w:sz w:val="24"/>
          <w:szCs w:val="24"/>
        </w:rPr>
        <w:object w:dxaOrig="260" w:dyaOrig="220" w14:anchorId="779072FC">
          <v:shape id="_x0000_i1390" type="#_x0000_t75" style="width:13.2pt;height:10.8pt" o:ole="">
            <v:imagedata r:id="rId742" o:title=""/>
          </v:shape>
          <o:OLEObject Type="Embed" ProgID="Equation.DSMT4" ShapeID="_x0000_i1390" DrawAspect="Content" ObjectID="_1699835508" r:id="rId743"/>
        </w:object>
      </w:r>
      <w:r w:rsidRPr="00B13C4C">
        <w:rPr>
          <w:rFonts w:ascii="Times New Roman" w:hAnsi="Times New Roman" w:cs="Times New Roman"/>
          <w:sz w:val="24"/>
          <w:szCs w:val="24"/>
        </w:rPr>
        <w:t xml:space="preserve"> đề hàm số nghịch biến trên khoảng </w:t>
      </w:r>
      <w:r w:rsidRPr="00B13C4C">
        <w:rPr>
          <w:rFonts w:ascii="Times New Roman" w:hAnsi="Times New Roman" w:cs="Times New Roman"/>
          <w:position w:val="-10"/>
          <w:sz w:val="24"/>
          <w:szCs w:val="24"/>
        </w:rPr>
        <w:object w:dxaOrig="760" w:dyaOrig="320" w14:anchorId="7B981671">
          <v:shape id="_x0000_i1391" type="#_x0000_t75" style="width:37.8pt;height:16.2pt" o:ole="">
            <v:imagedata r:id="rId744" o:title=""/>
          </v:shape>
          <o:OLEObject Type="Embed" ProgID="Equation.DSMT4" ShapeID="_x0000_i1391" DrawAspect="Content" ObjectID="_1699835509" r:id="rId745"/>
        </w:object>
      </w:r>
      <w:r w:rsidRPr="00B13C4C">
        <w:rPr>
          <w:rFonts w:ascii="Times New Roman" w:hAnsi="Times New Roman" w:cs="Times New Roman"/>
          <w:sz w:val="24"/>
          <w:szCs w:val="24"/>
        </w:rPr>
        <w:t>?</w:t>
      </w:r>
    </w:p>
    <w:p w14:paraId="670C3572"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Vô số.</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4.</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5.</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3.</w:t>
      </w:r>
    </w:p>
    <w:p w14:paraId="5A6B3486" w14:textId="77777777" w:rsidR="00B13C4C" w:rsidRPr="00B13C4C" w:rsidRDefault="00B13C4C" w:rsidP="001978C4">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hình chữ nhật </w:t>
      </w:r>
      <w:r w:rsidRPr="00B13C4C">
        <w:rPr>
          <w:rFonts w:ascii="Times New Roman" w:hAnsi="Times New Roman" w:cs="Times New Roman"/>
          <w:position w:val="-6"/>
          <w:sz w:val="24"/>
          <w:szCs w:val="24"/>
        </w:rPr>
        <w:object w:dxaOrig="720" w:dyaOrig="279" w14:anchorId="14A1F8A5">
          <v:shape id="_x0000_i1392" type="#_x0000_t75" style="width:36pt;height:13.8pt" o:ole="">
            <v:imagedata r:id="rId746" o:title=""/>
          </v:shape>
          <o:OLEObject Type="Embed" ProgID="Equation.DSMT4" ShapeID="_x0000_i1392" DrawAspect="Content" ObjectID="_1699835510" r:id="rId747"/>
        </w:object>
      </w:r>
      <w:r w:rsidRPr="00B13C4C">
        <w:rPr>
          <w:rFonts w:ascii="Times New Roman" w:hAnsi="Times New Roman" w:cs="Times New Roman"/>
          <w:sz w:val="24"/>
          <w:szCs w:val="24"/>
        </w:rPr>
        <w:t xml:space="preserve"> tâm </w:t>
      </w:r>
      <w:r w:rsidRPr="00B13C4C">
        <w:rPr>
          <w:rFonts w:ascii="Times New Roman" w:hAnsi="Times New Roman" w:cs="Times New Roman"/>
          <w:position w:val="-6"/>
          <w:sz w:val="24"/>
          <w:szCs w:val="24"/>
        </w:rPr>
        <w:object w:dxaOrig="240" w:dyaOrig="279" w14:anchorId="24CC94B4">
          <v:shape id="_x0000_i1393" type="#_x0000_t75" style="width:12pt;height:13.8pt" o:ole="">
            <v:imagedata r:id="rId748" o:title=""/>
          </v:shape>
          <o:OLEObject Type="Embed" ProgID="Equation.DSMT4" ShapeID="_x0000_i1393" DrawAspect="Content" ObjectID="_1699835511" r:id="rId749"/>
        </w:object>
      </w:r>
      <w:r w:rsidRPr="00B13C4C">
        <w:rPr>
          <w:rFonts w:ascii="Times New Roman" w:hAnsi="Times New Roman" w:cs="Times New Roman"/>
          <w:sz w:val="24"/>
          <w:szCs w:val="24"/>
        </w:rPr>
        <w:t xml:space="preserve">. Gọi </w:t>
      </w:r>
      <w:r w:rsidRPr="00B13C4C">
        <w:rPr>
          <w:rFonts w:ascii="Times New Roman" w:hAnsi="Times New Roman" w:cs="Times New Roman"/>
          <w:position w:val="-10"/>
          <w:sz w:val="24"/>
          <w:szCs w:val="24"/>
        </w:rPr>
        <w:object w:dxaOrig="600" w:dyaOrig="320" w14:anchorId="57719129">
          <v:shape id="_x0000_i1394" type="#_x0000_t75" style="width:30pt;height:16.2pt" o:ole="">
            <v:imagedata r:id="rId750" o:title=""/>
          </v:shape>
          <o:OLEObject Type="Embed" ProgID="Equation.DSMT4" ShapeID="_x0000_i1394" DrawAspect="Content" ObjectID="_1699835512" r:id="rId751"/>
        </w:object>
      </w:r>
      <w:r w:rsidRPr="00B13C4C">
        <w:rPr>
          <w:rFonts w:ascii="Times New Roman" w:hAnsi="Times New Roman" w:cs="Times New Roman"/>
          <w:sz w:val="24"/>
          <w:szCs w:val="24"/>
        </w:rPr>
        <w:t xml:space="preserve"> lần lượt là trung điểm của </w:t>
      </w:r>
      <w:r w:rsidRPr="00B13C4C">
        <w:rPr>
          <w:rFonts w:ascii="Times New Roman" w:hAnsi="Times New Roman" w:cs="Times New Roman"/>
          <w:position w:val="-6"/>
          <w:sz w:val="24"/>
          <w:szCs w:val="24"/>
        </w:rPr>
        <w:object w:dxaOrig="380" w:dyaOrig="279" w14:anchorId="3ADAAE95">
          <v:shape id="_x0000_i1395" type="#_x0000_t75" style="width:19.2pt;height:13.8pt" o:ole="">
            <v:imagedata r:id="rId752" o:title=""/>
          </v:shape>
          <o:OLEObject Type="Embed" ProgID="Equation.DSMT4" ShapeID="_x0000_i1395" DrawAspect="Content" ObjectID="_1699835513" r:id="rId753"/>
        </w:object>
      </w:r>
      <w:r w:rsidRPr="00B13C4C">
        <w:rPr>
          <w:rFonts w:ascii="Times New Roman" w:hAnsi="Times New Roman" w:cs="Times New Roman"/>
          <w:sz w:val="24"/>
          <w:szCs w:val="24"/>
        </w:rPr>
        <w:t xml:space="preserve"> và </w:t>
      </w:r>
      <w:r w:rsidRPr="00B13C4C">
        <w:rPr>
          <w:rFonts w:ascii="Times New Roman" w:hAnsi="Times New Roman" w:cs="Times New Roman"/>
          <w:position w:val="-6"/>
          <w:sz w:val="24"/>
          <w:szCs w:val="24"/>
        </w:rPr>
        <w:object w:dxaOrig="400" w:dyaOrig="279" w14:anchorId="7268580D">
          <v:shape id="_x0000_i1396" type="#_x0000_t75" style="width:19.8pt;height:13.8pt" o:ole="">
            <v:imagedata r:id="rId754" o:title=""/>
          </v:shape>
          <o:OLEObject Type="Embed" ProgID="Equation.DSMT4" ShapeID="_x0000_i1396" DrawAspect="Content" ObjectID="_1699835514" r:id="rId755"/>
        </w:object>
      </w:r>
      <w:r w:rsidRPr="00B13C4C">
        <w:rPr>
          <w:rFonts w:ascii="Times New Roman" w:hAnsi="Times New Roman" w:cs="Times New Roman"/>
          <w:sz w:val="24"/>
          <w:szCs w:val="24"/>
        </w:rPr>
        <w:t xml:space="preserve">. Biết </w:t>
      </w:r>
      <w:r w:rsidRPr="00B13C4C">
        <w:rPr>
          <w:rFonts w:ascii="Times New Roman" w:hAnsi="Times New Roman" w:cs="Times New Roman"/>
          <w:position w:val="-6"/>
          <w:sz w:val="24"/>
          <w:szCs w:val="24"/>
        </w:rPr>
        <w:object w:dxaOrig="2100" w:dyaOrig="340" w14:anchorId="2806E755">
          <v:shape id="_x0000_i1397" type="#_x0000_t75" style="width:105pt;height:16.8pt" o:ole="">
            <v:imagedata r:id="rId756" o:title=""/>
          </v:shape>
          <o:OLEObject Type="Embed" ProgID="Equation.DSMT4" ShapeID="_x0000_i1397" DrawAspect="Content" ObjectID="_1699835515" r:id="rId757"/>
        </w:object>
      </w:r>
      <w:r w:rsidRPr="00B13C4C">
        <w:rPr>
          <w:rFonts w:ascii="Times New Roman" w:hAnsi="Times New Roman" w:cs="Times New Roman"/>
          <w:sz w:val="24"/>
          <w:szCs w:val="24"/>
        </w:rPr>
        <w:t xml:space="preserve"> Tính a + b.</w:t>
      </w:r>
    </w:p>
    <w:p w14:paraId="5DCAD7E9"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840" w:dyaOrig="279" w14:anchorId="2BE55E0E">
          <v:shape id="_x0000_i1398" type="#_x0000_t75" style="width:42pt;height:13.8pt" o:ole="">
            <v:imagedata r:id="rId758" o:title=""/>
          </v:shape>
          <o:OLEObject Type="Embed" ProgID="Equation.DSMT4" ShapeID="_x0000_i1398" DrawAspect="Content" ObjectID="_1699835516" r:id="rId75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940" w:dyaOrig="620" w14:anchorId="1955FF14">
          <v:shape id="_x0000_i1399" type="#_x0000_t75" style="width:46.8pt;height:31.2pt" o:ole="">
            <v:imagedata r:id="rId760" o:title=""/>
          </v:shape>
          <o:OLEObject Type="Embed" ProgID="Equation.DSMT4" ShapeID="_x0000_i1399" DrawAspect="Content" ObjectID="_1699835517" r:id="rId76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940" w:dyaOrig="620" w14:anchorId="13275A64">
          <v:shape id="_x0000_i1400" type="#_x0000_t75" style="width:46.8pt;height:31.2pt" o:ole="">
            <v:imagedata r:id="rId762" o:title=""/>
          </v:shape>
          <o:OLEObject Type="Embed" ProgID="Equation.DSMT4" ShapeID="_x0000_i1400" DrawAspect="Content" ObjectID="_1699835518" r:id="rId76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940" w:dyaOrig="620" w14:anchorId="67C363AD">
          <v:shape id="_x0000_i1401" type="#_x0000_t75" style="width:46.8pt;height:31.2pt" o:ole="">
            <v:imagedata r:id="rId764" o:title=""/>
          </v:shape>
          <o:OLEObject Type="Embed" ProgID="Equation.DSMT4" ShapeID="_x0000_i1401" DrawAspect="Content" ObjectID="_1699835519" r:id="rId765"/>
        </w:object>
      </w:r>
      <w:r w:rsidRPr="00B13C4C">
        <w:rPr>
          <w:rFonts w:ascii="Times New Roman" w:hAnsi="Times New Roman" w:cs="Times New Roman"/>
          <w:sz w:val="24"/>
          <w:szCs w:val="24"/>
        </w:rPr>
        <w:t>.</w:t>
      </w:r>
    </w:p>
    <w:p w14:paraId="49CA00AD" w14:textId="77777777" w:rsidR="00B13C4C" w:rsidRPr="00B13C4C" w:rsidRDefault="00B13C4C" w:rsidP="001978C4">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Với giá trị nào của </w:t>
      </w:r>
      <w:r w:rsidRPr="00B13C4C">
        <w:rPr>
          <w:rFonts w:ascii="Times New Roman" w:hAnsi="Times New Roman" w:cs="Times New Roman"/>
          <w:position w:val="-6"/>
          <w:sz w:val="24"/>
          <w:szCs w:val="24"/>
        </w:rPr>
        <w:object w:dxaOrig="260" w:dyaOrig="220" w14:anchorId="4DD3CA46">
          <v:shape id="_x0000_i1402" type="#_x0000_t75" style="width:13.2pt;height:10.8pt" o:ole="">
            <v:imagedata r:id="rId766" o:title=""/>
          </v:shape>
          <o:OLEObject Type="Embed" ProgID="Equation.DSMT4" ShapeID="_x0000_i1402" DrawAspect="Content" ObjectID="_1699835520" r:id="rId767"/>
        </w:object>
      </w:r>
      <w:r w:rsidRPr="00B13C4C">
        <w:rPr>
          <w:rFonts w:ascii="Times New Roman" w:hAnsi="Times New Roman" w:cs="Times New Roman"/>
          <w:sz w:val="24"/>
          <w:szCs w:val="24"/>
        </w:rPr>
        <w:t xml:space="preserve"> thì hệ phương trình </w:t>
      </w:r>
      <w:r w:rsidRPr="00B13C4C">
        <w:rPr>
          <w:rFonts w:ascii="Times New Roman" w:hAnsi="Times New Roman" w:cs="Times New Roman"/>
          <w:position w:val="-30"/>
          <w:sz w:val="24"/>
          <w:szCs w:val="24"/>
        </w:rPr>
        <w:object w:dxaOrig="1480" w:dyaOrig="720" w14:anchorId="5103C4E2">
          <v:shape id="_x0000_i1403" type="#_x0000_t75" style="width:73.8pt;height:36pt" o:ole="">
            <v:imagedata r:id="rId768" o:title=""/>
          </v:shape>
          <o:OLEObject Type="Embed" ProgID="Equation.DSMT4" ShapeID="_x0000_i1403" DrawAspect="Content" ObjectID="_1699835521" r:id="rId769"/>
        </w:object>
      </w:r>
      <w:r w:rsidRPr="00B13C4C">
        <w:rPr>
          <w:rFonts w:ascii="Times New Roman" w:hAnsi="Times New Roman" w:cs="Times New Roman"/>
          <w:sz w:val="24"/>
          <w:szCs w:val="24"/>
        </w:rPr>
        <w:t xml:space="preserve"> có nghiệm </w:t>
      </w:r>
      <w:r w:rsidRPr="00B13C4C">
        <w:rPr>
          <w:rFonts w:ascii="Times New Roman" w:hAnsi="Times New Roman" w:cs="Times New Roman"/>
          <w:position w:val="-10"/>
          <w:sz w:val="24"/>
          <w:szCs w:val="24"/>
        </w:rPr>
        <w:object w:dxaOrig="580" w:dyaOrig="320" w14:anchorId="18A4E9B2">
          <v:shape id="_x0000_i1404" type="#_x0000_t75" style="width:28.8pt;height:16.2pt" o:ole="">
            <v:imagedata r:id="rId770" o:title=""/>
          </v:shape>
          <o:OLEObject Type="Embed" ProgID="Equation.DSMT4" ShapeID="_x0000_i1404" DrawAspect="Content" ObjectID="_1699835522" r:id="rId771"/>
        </w:object>
      </w:r>
      <w:r w:rsidRPr="00B13C4C">
        <w:rPr>
          <w:rFonts w:ascii="Times New Roman" w:hAnsi="Times New Roman" w:cs="Times New Roman"/>
          <w:sz w:val="24"/>
          <w:szCs w:val="24"/>
        </w:rPr>
        <w:t xml:space="preserve"> thỏa </w:t>
      </w:r>
      <w:r w:rsidRPr="00B13C4C">
        <w:rPr>
          <w:rFonts w:ascii="Times New Roman" w:hAnsi="Times New Roman" w:cs="Times New Roman"/>
          <w:position w:val="-10"/>
          <w:sz w:val="24"/>
          <w:szCs w:val="24"/>
        </w:rPr>
        <w:object w:dxaOrig="580" w:dyaOrig="260" w14:anchorId="09A6121B">
          <v:shape id="_x0000_i1405" type="#_x0000_t75" style="width:28.8pt;height:13.2pt" o:ole="">
            <v:imagedata r:id="rId772" o:title=""/>
          </v:shape>
          <o:OLEObject Type="Embed" ProgID="Equation.DSMT4" ShapeID="_x0000_i1405" DrawAspect="Content" ObjectID="_1699835523" r:id="rId773"/>
        </w:object>
      </w:r>
      <w:r w:rsidRPr="00B13C4C">
        <w:rPr>
          <w:rFonts w:ascii="Times New Roman" w:hAnsi="Times New Roman" w:cs="Times New Roman"/>
          <w:sz w:val="24"/>
          <w:szCs w:val="24"/>
        </w:rPr>
        <w:t>?</w:t>
      </w:r>
    </w:p>
    <w:p w14:paraId="6588D06D"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639" w:dyaOrig="620" w14:anchorId="43115160">
          <v:shape id="_x0000_i1406" type="#_x0000_t75" style="width:31.8pt;height:31.2pt" o:ole="">
            <v:imagedata r:id="rId774" o:title=""/>
          </v:shape>
          <o:OLEObject Type="Embed" ProgID="Equation.DSMT4" ShapeID="_x0000_i1406" DrawAspect="Content" ObjectID="_1699835524" r:id="rId77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639" w:dyaOrig="620" w14:anchorId="0A6BB93A">
          <v:shape id="_x0000_i1407" type="#_x0000_t75" style="width:31.8pt;height:31.2pt" o:ole="">
            <v:imagedata r:id="rId776" o:title=""/>
          </v:shape>
          <o:OLEObject Type="Embed" ProgID="Equation.DSMT4" ShapeID="_x0000_i1407" DrawAspect="Content" ObjectID="_1699835525" r:id="rId77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820" w:dyaOrig="620" w14:anchorId="61ADA861">
          <v:shape id="_x0000_i1408" type="#_x0000_t75" style="width:40.8pt;height:31.2pt" o:ole="">
            <v:imagedata r:id="rId778" o:title=""/>
          </v:shape>
          <o:OLEObject Type="Embed" ProgID="Equation.DSMT4" ShapeID="_x0000_i1408" DrawAspect="Content" ObjectID="_1699835526" r:id="rId77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660" w:dyaOrig="620" w14:anchorId="5E2187EC">
          <v:shape id="_x0000_i1409" type="#_x0000_t75" style="width:33pt;height:31.2pt" o:ole="">
            <v:imagedata r:id="rId780" o:title=""/>
          </v:shape>
          <o:OLEObject Type="Embed" ProgID="Equation.DSMT4" ShapeID="_x0000_i1409" DrawAspect="Content" ObjectID="_1699835527" r:id="rId781"/>
        </w:object>
      </w:r>
      <w:r w:rsidRPr="00B13C4C">
        <w:rPr>
          <w:rFonts w:ascii="Times New Roman" w:hAnsi="Times New Roman" w:cs="Times New Roman"/>
          <w:sz w:val="24"/>
          <w:szCs w:val="24"/>
        </w:rPr>
        <w:t>.</w:t>
      </w:r>
    </w:p>
    <w:p w14:paraId="4CB0CECC" w14:textId="77777777" w:rsidR="00B13C4C" w:rsidRPr="00B13C4C" w:rsidRDefault="00B13C4C" w:rsidP="001978C4">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tam giác </w:t>
      </w:r>
      <w:r w:rsidRPr="00B13C4C">
        <w:rPr>
          <w:rFonts w:ascii="Times New Roman" w:hAnsi="Times New Roman" w:cs="Times New Roman"/>
          <w:position w:val="-6"/>
          <w:sz w:val="24"/>
          <w:szCs w:val="24"/>
        </w:rPr>
        <w:object w:dxaOrig="560" w:dyaOrig="279" w14:anchorId="47685E26">
          <v:shape id="_x0000_i1410" type="#_x0000_t75" style="width:28.2pt;height:13.8pt" o:ole="">
            <v:imagedata r:id="rId782" o:title=""/>
          </v:shape>
          <o:OLEObject Type="Embed" ProgID="Equation.DSMT4" ShapeID="_x0000_i1410" DrawAspect="Content" ObjectID="_1699835528" r:id="rId783"/>
        </w:object>
      </w:r>
      <w:r w:rsidRPr="00B13C4C">
        <w:rPr>
          <w:rFonts w:ascii="Times New Roman" w:hAnsi="Times New Roman" w:cs="Times New Roman"/>
          <w:sz w:val="24"/>
          <w:szCs w:val="24"/>
        </w:rPr>
        <w:t xml:space="preserve"> vuông tại </w:t>
      </w:r>
      <w:r w:rsidRPr="00B13C4C">
        <w:rPr>
          <w:rFonts w:ascii="Times New Roman" w:hAnsi="Times New Roman" w:cs="Times New Roman"/>
          <w:position w:val="-4"/>
          <w:sz w:val="24"/>
          <w:szCs w:val="24"/>
        </w:rPr>
        <w:object w:dxaOrig="240" w:dyaOrig="260" w14:anchorId="09F0A37C">
          <v:shape id="_x0000_i1411" type="#_x0000_t75" style="width:12pt;height:13.2pt" o:ole="">
            <v:imagedata r:id="rId784" o:title=""/>
          </v:shape>
          <o:OLEObject Type="Embed" ProgID="Equation.DSMT4" ShapeID="_x0000_i1411" DrawAspect="Content" ObjectID="_1699835529" r:id="rId785"/>
        </w:object>
      </w:r>
      <w:r w:rsidRPr="00B13C4C">
        <w:rPr>
          <w:rFonts w:ascii="Times New Roman" w:hAnsi="Times New Roman" w:cs="Times New Roman"/>
          <w:sz w:val="24"/>
          <w:szCs w:val="24"/>
        </w:rPr>
        <w:t xml:space="preserve"> có </w:t>
      </w:r>
      <w:r w:rsidRPr="00B13C4C">
        <w:rPr>
          <w:rFonts w:ascii="Times New Roman" w:hAnsi="Times New Roman" w:cs="Times New Roman"/>
          <w:position w:val="-10"/>
          <w:sz w:val="24"/>
          <w:szCs w:val="24"/>
        </w:rPr>
        <w:object w:dxaOrig="1520" w:dyaOrig="320" w14:anchorId="6FBC910E">
          <v:shape id="_x0000_i1412" type="#_x0000_t75" style="width:76.2pt;height:16.2pt" o:ole="">
            <v:imagedata r:id="rId786" o:title=""/>
          </v:shape>
          <o:OLEObject Type="Embed" ProgID="Equation.DSMT4" ShapeID="_x0000_i1412" DrawAspect="Content" ObjectID="_1699835530" r:id="rId787"/>
        </w:object>
      </w:r>
      <w:r w:rsidRPr="00B13C4C">
        <w:rPr>
          <w:rFonts w:ascii="Times New Roman" w:hAnsi="Times New Roman" w:cs="Times New Roman"/>
          <w:sz w:val="24"/>
          <w:szCs w:val="24"/>
        </w:rPr>
        <w:t xml:space="preserve">. Trên đoạn thẳng </w:t>
      </w:r>
      <w:r w:rsidRPr="00B13C4C">
        <w:rPr>
          <w:rFonts w:ascii="Times New Roman" w:hAnsi="Times New Roman" w:cs="Times New Roman"/>
          <w:position w:val="-6"/>
          <w:sz w:val="24"/>
          <w:szCs w:val="24"/>
        </w:rPr>
        <w:object w:dxaOrig="400" w:dyaOrig="279" w14:anchorId="3015AB17">
          <v:shape id="_x0000_i1413" type="#_x0000_t75" style="width:19.8pt;height:13.8pt" o:ole="">
            <v:imagedata r:id="rId788" o:title=""/>
          </v:shape>
          <o:OLEObject Type="Embed" ProgID="Equation.DSMT4" ShapeID="_x0000_i1413" DrawAspect="Content" ObjectID="_1699835531" r:id="rId789"/>
        </w:object>
      </w:r>
      <w:r w:rsidRPr="00B13C4C">
        <w:rPr>
          <w:rFonts w:ascii="Times New Roman" w:hAnsi="Times New Roman" w:cs="Times New Roman"/>
          <w:sz w:val="24"/>
          <w:szCs w:val="24"/>
        </w:rPr>
        <w:t xml:space="preserve"> lấy điểm </w:t>
      </w:r>
      <w:r w:rsidRPr="00B13C4C">
        <w:rPr>
          <w:rFonts w:ascii="Times New Roman" w:hAnsi="Times New Roman" w:cs="Times New Roman"/>
          <w:position w:val="-4"/>
          <w:sz w:val="24"/>
          <w:szCs w:val="24"/>
        </w:rPr>
        <w:object w:dxaOrig="320" w:dyaOrig="260" w14:anchorId="4A516580">
          <v:shape id="_x0000_i1414" type="#_x0000_t75" style="width:16.2pt;height:13.2pt" o:ole="">
            <v:imagedata r:id="rId790" o:title=""/>
          </v:shape>
          <o:OLEObject Type="Embed" ProgID="Equation.DSMT4" ShapeID="_x0000_i1414" DrawAspect="Content" ObjectID="_1699835532" r:id="rId791"/>
        </w:object>
      </w:r>
      <w:r w:rsidRPr="00B13C4C">
        <w:rPr>
          <w:rFonts w:ascii="Times New Roman" w:hAnsi="Times New Roman" w:cs="Times New Roman"/>
          <w:sz w:val="24"/>
          <w:szCs w:val="24"/>
        </w:rPr>
        <w:t xml:space="preserve"> sao cho </w:t>
      </w:r>
      <w:r w:rsidRPr="00B13C4C">
        <w:rPr>
          <w:rFonts w:ascii="Times New Roman" w:hAnsi="Times New Roman" w:cs="Times New Roman"/>
          <w:position w:val="-6"/>
          <w:sz w:val="24"/>
          <w:szCs w:val="24"/>
        </w:rPr>
        <w:object w:dxaOrig="1180" w:dyaOrig="279" w14:anchorId="2FAFB8AA">
          <v:shape id="_x0000_i1415" type="#_x0000_t75" style="width:58.8pt;height:13.8pt" o:ole="">
            <v:imagedata r:id="rId792" o:title=""/>
          </v:shape>
          <o:OLEObject Type="Embed" ProgID="Equation.DSMT4" ShapeID="_x0000_i1415" DrawAspect="Content" ObjectID="_1699835533" r:id="rId793"/>
        </w:object>
      </w:r>
      <w:r w:rsidRPr="00B13C4C">
        <w:rPr>
          <w:rFonts w:ascii="Times New Roman" w:hAnsi="Times New Roman" w:cs="Times New Roman"/>
          <w:sz w:val="24"/>
          <w:szCs w:val="24"/>
        </w:rPr>
        <w:t xml:space="preserve">. Tính tích vô hướng </w:t>
      </w:r>
      <w:r w:rsidRPr="00B13C4C">
        <w:rPr>
          <w:rFonts w:ascii="Times New Roman" w:hAnsi="Times New Roman" w:cs="Times New Roman"/>
          <w:position w:val="-6"/>
          <w:sz w:val="24"/>
          <w:szCs w:val="24"/>
        </w:rPr>
        <w:object w:dxaOrig="920" w:dyaOrig="340" w14:anchorId="034C3172">
          <v:shape id="_x0000_i1416" type="#_x0000_t75" style="width:46.2pt;height:16.8pt" o:ole="">
            <v:imagedata r:id="rId794" o:title=""/>
          </v:shape>
          <o:OLEObject Type="Embed" ProgID="Equation.DSMT4" ShapeID="_x0000_i1416" DrawAspect="Content" ObjectID="_1699835534" r:id="rId795"/>
        </w:object>
      </w:r>
      <w:r w:rsidRPr="00B13C4C">
        <w:rPr>
          <w:rFonts w:ascii="Times New Roman" w:hAnsi="Times New Roman" w:cs="Times New Roman"/>
          <w:sz w:val="24"/>
          <w:szCs w:val="24"/>
        </w:rPr>
        <w:t>.</w:t>
      </w:r>
    </w:p>
    <w:p w14:paraId="35FA42D9" w14:textId="77777777" w:rsidR="00B13C4C" w:rsidRPr="00B13C4C" w:rsidRDefault="00B13C4C" w:rsidP="001978C4">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340" w:dyaOrig="620" w14:anchorId="1D11942B">
          <v:shape id="_x0000_i1417" type="#_x0000_t75" style="width:16.8pt;height:31.2pt" o:ole="">
            <v:imagedata r:id="rId796" o:title=""/>
          </v:shape>
          <o:OLEObject Type="Embed" ProgID="Equation.DSMT4" ShapeID="_x0000_i1417" DrawAspect="Content" ObjectID="_1699835535" r:id="rId79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340" w:dyaOrig="620" w14:anchorId="466E007A">
          <v:shape id="_x0000_i1418" type="#_x0000_t75" style="width:16.8pt;height:31.2pt" o:ole="">
            <v:imagedata r:id="rId798" o:title=""/>
          </v:shape>
          <o:OLEObject Type="Embed" ProgID="Equation.DSMT4" ShapeID="_x0000_i1418" DrawAspect="Content" ObjectID="_1699835536" r:id="rId79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8.</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440" w:dyaOrig="279" w14:anchorId="05152469">
          <v:shape id="_x0000_i1419" type="#_x0000_t75" style="width:22.2pt;height:13.8pt" o:ole="">
            <v:imagedata r:id="rId800" o:title=""/>
          </v:shape>
          <o:OLEObject Type="Embed" ProgID="Equation.DSMT4" ShapeID="_x0000_i1419" DrawAspect="Content" ObjectID="_1699835537" r:id="rId801"/>
        </w:object>
      </w:r>
      <w:r w:rsidRPr="00B13C4C">
        <w:rPr>
          <w:rFonts w:ascii="Times New Roman" w:hAnsi="Times New Roman" w:cs="Times New Roman"/>
          <w:sz w:val="24"/>
          <w:szCs w:val="24"/>
        </w:rPr>
        <w:t>.</w:t>
      </w:r>
    </w:p>
    <w:p w14:paraId="5CE35765" w14:textId="77777777" w:rsidR="00B13C4C" w:rsidRPr="00B13C4C" w:rsidRDefault="00B13C4C" w:rsidP="001978C4">
      <w:pPr>
        <w:ind w:left="992"/>
        <w:rPr>
          <w:rFonts w:ascii="Times New Roman" w:hAnsi="Times New Roman" w:cs="Times New Roman"/>
          <w:sz w:val="24"/>
          <w:szCs w:val="24"/>
        </w:rPr>
      </w:pPr>
      <w:r w:rsidRPr="00B13C4C">
        <w:rPr>
          <w:rFonts w:ascii="Times New Roman" w:hAnsi="Times New Roman" w:cs="Times New Roman"/>
          <w:b/>
          <w:sz w:val="24"/>
          <w:szCs w:val="24"/>
        </w:rPr>
        <w:t>Phần II: Tự luận</w:t>
      </w:r>
    </w:p>
    <w:p w14:paraId="189CB25C" w14:textId="77777777" w:rsidR="00B13C4C" w:rsidRPr="00B13C4C" w:rsidRDefault="00B13C4C" w:rsidP="001978C4">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1: </w:t>
      </w:r>
      <w:r w:rsidRPr="00B13C4C">
        <w:rPr>
          <w:rFonts w:ascii="Times New Roman" w:hAnsi="Times New Roman" w:cs="Times New Roman"/>
          <w:sz w:val="24"/>
          <w:szCs w:val="24"/>
        </w:rPr>
        <w:t xml:space="preserve">Trong mặt phẳng </w:t>
      </w:r>
      <w:r w:rsidRPr="00B13C4C">
        <w:rPr>
          <w:rFonts w:ascii="Times New Roman" w:hAnsi="Times New Roman" w:cs="Times New Roman"/>
          <w:position w:val="-10"/>
          <w:sz w:val="24"/>
          <w:szCs w:val="24"/>
        </w:rPr>
        <w:object w:dxaOrig="460" w:dyaOrig="320" w14:anchorId="17228CB0">
          <v:shape id="_x0000_i1420" type="#_x0000_t75" style="width:22.8pt;height:16.2pt" o:ole="">
            <v:imagedata r:id="rId802" o:title=""/>
          </v:shape>
          <o:OLEObject Type="Embed" ProgID="Equation.DSMT4" ShapeID="_x0000_i1420" DrawAspect="Content" ObjectID="_1699835538" r:id="rId803"/>
        </w:object>
      </w:r>
      <w:r w:rsidRPr="00B13C4C">
        <w:rPr>
          <w:rFonts w:ascii="Times New Roman" w:hAnsi="Times New Roman" w:cs="Times New Roman"/>
          <w:sz w:val="24"/>
          <w:szCs w:val="24"/>
        </w:rPr>
        <w:t xml:space="preserve"> cho tam giác </w:t>
      </w:r>
      <w:r w:rsidRPr="00B13C4C">
        <w:rPr>
          <w:rFonts w:ascii="Times New Roman" w:hAnsi="Times New Roman" w:cs="Times New Roman"/>
          <w:position w:val="-6"/>
          <w:sz w:val="24"/>
          <w:szCs w:val="24"/>
        </w:rPr>
        <w:object w:dxaOrig="560" w:dyaOrig="279" w14:anchorId="237C0CCA">
          <v:shape id="_x0000_i1421" type="#_x0000_t75" style="width:28.2pt;height:13.8pt" o:ole="">
            <v:imagedata r:id="rId804" o:title=""/>
          </v:shape>
          <o:OLEObject Type="Embed" ProgID="Equation.DSMT4" ShapeID="_x0000_i1421" DrawAspect="Content" ObjectID="_1699835539" r:id="rId805"/>
        </w:object>
      </w:r>
      <w:r w:rsidRPr="00B13C4C">
        <w:rPr>
          <w:rFonts w:ascii="Times New Roman" w:hAnsi="Times New Roman" w:cs="Times New Roman"/>
          <w:sz w:val="24"/>
          <w:szCs w:val="24"/>
        </w:rPr>
        <w:t xml:space="preserve"> có </w:t>
      </w:r>
      <w:r w:rsidRPr="00B13C4C">
        <w:rPr>
          <w:rFonts w:ascii="Times New Roman" w:hAnsi="Times New Roman" w:cs="Times New Roman"/>
          <w:position w:val="-10"/>
          <w:sz w:val="24"/>
          <w:szCs w:val="24"/>
        </w:rPr>
        <w:object w:dxaOrig="2299" w:dyaOrig="320" w14:anchorId="6903547B">
          <v:shape id="_x0000_i1422" type="#_x0000_t75" style="width:115.2pt;height:16.2pt" o:ole="">
            <v:imagedata r:id="rId806" o:title=""/>
          </v:shape>
          <o:OLEObject Type="Embed" ProgID="Equation.DSMT4" ShapeID="_x0000_i1422" DrawAspect="Content" ObjectID="_1699835540" r:id="rId807"/>
        </w:object>
      </w:r>
      <w:r w:rsidRPr="00B13C4C">
        <w:rPr>
          <w:rFonts w:ascii="Times New Roman" w:hAnsi="Times New Roman" w:cs="Times New Roman"/>
          <w:sz w:val="24"/>
          <w:szCs w:val="24"/>
        </w:rPr>
        <w:t>.</w:t>
      </w:r>
    </w:p>
    <w:p w14:paraId="4E731FC7" w14:textId="77777777" w:rsidR="00B13C4C" w:rsidRPr="00B13C4C" w:rsidRDefault="00B13C4C" w:rsidP="001978C4">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a. Chứng minh rẳng tam giác </w:t>
      </w:r>
      <w:r w:rsidRPr="00B13C4C">
        <w:rPr>
          <w:rFonts w:ascii="Times New Roman" w:hAnsi="Times New Roman" w:cs="Times New Roman"/>
          <w:position w:val="-6"/>
          <w:sz w:val="24"/>
          <w:szCs w:val="24"/>
        </w:rPr>
        <w:object w:dxaOrig="560" w:dyaOrig="279" w14:anchorId="3FCCEE3E">
          <v:shape id="_x0000_i1423" type="#_x0000_t75" style="width:28.2pt;height:13.8pt" o:ole="">
            <v:imagedata r:id="rId808" o:title=""/>
          </v:shape>
          <o:OLEObject Type="Embed" ProgID="Equation.DSMT4" ShapeID="_x0000_i1423" DrawAspect="Content" ObjectID="_1699835541" r:id="rId809"/>
        </w:object>
      </w:r>
      <w:r w:rsidRPr="00B13C4C">
        <w:rPr>
          <w:rFonts w:ascii="Times New Roman" w:hAnsi="Times New Roman" w:cs="Times New Roman"/>
          <w:sz w:val="24"/>
          <w:szCs w:val="24"/>
        </w:rPr>
        <w:t xml:space="preserve"> vuông cân tại </w:t>
      </w:r>
      <w:r w:rsidRPr="00B13C4C">
        <w:rPr>
          <w:rFonts w:ascii="Times New Roman" w:hAnsi="Times New Roman" w:cs="Times New Roman"/>
          <w:position w:val="-4"/>
          <w:sz w:val="24"/>
          <w:szCs w:val="24"/>
        </w:rPr>
        <w:object w:dxaOrig="240" w:dyaOrig="260" w14:anchorId="33DC8828">
          <v:shape id="_x0000_i1424" type="#_x0000_t75" style="width:12pt;height:13.2pt" o:ole="">
            <v:imagedata r:id="rId810" o:title=""/>
          </v:shape>
          <o:OLEObject Type="Embed" ProgID="Equation.DSMT4" ShapeID="_x0000_i1424" DrawAspect="Content" ObjectID="_1699835542" r:id="rId811"/>
        </w:object>
      </w:r>
      <w:r w:rsidRPr="00B13C4C">
        <w:rPr>
          <w:rFonts w:ascii="Times New Roman" w:hAnsi="Times New Roman" w:cs="Times New Roman"/>
          <w:sz w:val="24"/>
          <w:szCs w:val="24"/>
        </w:rPr>
        <w:t xml:space="preserve">. Tính diện tích tam giác </w:t>
      </w:r>
      <w:r w:rsidRPr="00B13C4C">
        <w:rPr>
          <w:rFonts w:ascii="Times New Roman" w:hAnsi="Times New Roman" w:cs="Times New Roman"/>
          <w:position w:val="-6"/>
          <w:sz w:val="24"/>
          <w:szCs w:val="24"/>
        </w:rPr>
        <w:object w:dxaOrig="560" w:dyaOrig="279" w14:anchorId="2E6032E2">
          <v:shape id="_x0000_i1425" type="#_x0000_t75" style="width:28.2pt;height:13.8pt" o:ole="">
            <v:imagedata r:id="rId812" o:title=""/>
          </v:shape>
          <o:OLEObject Type="Embed" ProgID="Equation.DSMT4" ShapeID="_x0000_i1425" DrawAspect="Content" ObjectID="_1699835543" r:id="rId813"/>
        </w:object>
      </w:r>
      <w:r w:rsidRPr="00B13C4C">
        <w:rPr>
          <w:rFonts w:ascii="Times New Roman" w:hAnsi="Times New Roman" w:cs="Times New Roman"/>
          <w:sz w:val="24"/>
          <w:szCs w:val="24"/>
        </w:rPr>
        <w:t>.</w:t>
      </w:r>
    </w:p>
    <w:p w14:paraId="31970384" w14:textId="77777777" w:rsidR="00B13C4C" w:rsidRPr="00B13C4C" w:rsidRDefault="00B13C4C" w:rsidP="001978C4">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b. Tìm </w:t>
      </w:r>
      <w:r w:rsidRPr="00B13C4C">
        <w:rPr>
          <w:rFonts w:ascii="Times New Roman" w:hAnsi="Times New Roman" w:cs="Times New Roman"/>
          <w:position w:val="-4"/>
          <w:sz w:val="24"/>
          <w:szCs w:val="24"/>
        </w:rPr>
        <w:object w:dxaOrig="320" w:dyaOrig="260" w14:anchorId="3B8CE576">
          <v:shape id="_x0000_i1426" type="#_x0000_t75" style="width:16.2pt;height:13.2pt" o:ole="">
            <v:imagedata r:id="rId814" o:title=""/>
          </v:shape>
          <o:OLEObject Type="Embed" ProgID="Equation.DSMT4" ShapeID="_x0000_i1426" DrawAspect="Content" ObjectID="_1699835544" r:id="rId815"/>
        </w:object>
      </w:r>
      <w:r w:rsidRPr="00B13C4C">
        <w:rPr>
          <w:rFonts w:ascii="Times New Roman" w:hAnsi="Times New Roman" w:cs="Times New Roman"/>
          <w:sz w:val="24"/>
          <w:szCs w:val="24"/>
        </w:rPr>
        <w:t xml:space="preserve"> trên trục </w:t>
      </w:r>
      <w:r w:rsidRPr="00B13C4C">
        <w:rPr>
          <w:rFonts w:ascii="Times New Roman" w:hAnsi="Times New Roman" w:cs="Times New Roman"/>
          <w:position w:val="-6"/>
          <w:sz w:val="24"/>
          <w:szCs w:val="24"/>
        </w:rPr>
        <w:object w:dxaOrig="360" w:dyaOrig="279" w14:anchorId="274BC625">
          <v:shape id="_x0000_i1427" type="#_x0000_t75" style="width:18pt;height:13.8pt" o:ole="">
            <v:imagedata r:id="rId816" o:title=""/>
          </v:shape>
          <o:OLEObject Type="Embed" ProgID="Equation.DSMT4" ShapeID="_x0000_i1427" DrawAspect="Content" ObjectID="_1699835545" r:id="rId817"/>
        </w:object>
      </w:r>
      <w:r w:rsidRPr="00B13C4C">
        <w:rPr>
          <w:rFonts w:ascii="Times New Roman" w:hAnsi="Times New Roman" w:cs="Times New Roman"/>
          <w:sz w:val="24"/>
          <w:szCs w:val="24"/>
        </w:rPr>
        <w:t xml:space="preserve"> sao cho </w:t>
      </w:r>
      <w:r w:rsidRPr="00B13C4C">
        <w:rPr>
          <w:rFonts w:ascii="Times New Roman" w:hAnsi="Times New Roman" w:cs="Times New Roman"/>
          <w:position w:val="-4"/>
          <w:sz w:val="24"/>
          <w:szCs w:val="24"/>
        </w:rPr>
        <w:object w:dxaOrig="1180" w:dyaOrig="300" w14:anchorId="20FD50F6">
          <v:shape id="_x0000_i1428" type="#_x0000_t75" style="width:58.8pt;height:15pt" o:ole="">
            <v:imagedata r:id="rId818" o:title=""/>
          </v:shape>
          <o:OLEObject Type="Embed" ProgID="Equation.DSMT4" ShapeID="_x0000_i1428" DrawAspect="Content" ObjectID="_1699835546" r:id="rId819"/>
        </w:object>
      </w:r>
      <w:r w:rsidRPr="00B13C4C">
        <w:rPr>
          <w:rFonts w:ascii="Times New Roman" w:hAnsi="Times New Roman" w:cs="Times New Roman"/>
          <w:sz w:val="24"/>
          <w:szCs w:val="24"/>
        </w:rPr>
        <w:t xml:space="preserve"> nhỏ nhất}</w:t>
      </w:r>
    </w:p>
    <w:p w14:paraId="096E99DA" w14:textId="77777777" w:rsidR="00B13C4C" w:rsidRPr="00B13C4C" w:rsidRDefault="00B13C4C" w:rsidP="001978C4">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2: </w:t>
      </w:r>
      <w:r w:rsidRPr="00B13C4C">
        <w:rPr>
          <w:rFonts w:ascii="Times New Roman" w:hAnsi="Times New Roman" w:cs="Times New Roman"/>
          <w:sz w:val="24"/>
          <w:szCs w:val="24"/>
        </w:rPr>
        <w:t xml:space="preserve">Tìm tất cả các giá trị của tham số </w:t>
      </w:r>
      <w:r w:rsidRPr="00B13C4C">
        <w:rPr>
          <w:rFonts w:ascii="Times New Roman" w:hAnsi="Times New Roman" w:cs="Times New Roman"/>
          <w:position w:val="-6"/>
          <w:sz w:val="24"/>
          <w:szCs w:val="24"/>
        </w:rPr>
        <w:object w:dxaOrig="260" w:dyaOrig="220" w14:anchorId="3117A6D7">
          <v:shape id="_x0000_i1429" type="#_x0000_t75" style="width:13.2pt;height:10.8pt" o:ole="">
            <v:imagedata r:id="rId820" o:title=""/>
          </v:shape>
          <o:OLEObject Type="Embed" ProgID="Equation.DSMT4" ShapeID="_x0000_i1429" DrawAspect="Content" ObjectID="_1699835547" r:id="rId821"/>
        </w:object>
      </w:r>
      <w:r w:rsidRPr="00B13C4C">
        <w:rPr>
          <w:rFonts w:ascii="Times New Roman" w:hAnsi="Times New Roman" w:cs="Times New Roman"/>
          <w:sz w:val="24"/>
          <w:szCs w:val="24"/>
        </w:rPr>
        <w:t xml:space="preserve"> để phương trình </w:t>
      </w:r>
      <w:r w:rsidRPr="00B13C4C">
        <w:rPr>
          <w:rFonts w:ascii="Times New Roman" w:hAnsi="Times New Roman" w:cs="Times New Roman"/>
          <w:position w:val="-8"/>
          <w:sz w:val="24"/>
          <w:szCs w:val="24"/>
        </w:rPr>
        <w:object w:dxaOrig="2780" w:dyaOrig="400" w14:anchorId="736845CB">
          <v:shape id="_x0000_i1430" type="#_x0000_t75" style="width:139.2pt;height:19.8pt" o:ole="">
            <v:imagedata r:id="rId822" o:title=""/>
          </v:shape>
          <o:OLEObject Type="Embed" ProgID="Equation.DSMT4" ShapeID="_x0000_i1430" DrawAspect="Content" ObjectID="_1699835548" r:id="rId823"/>
        </w:object>
      </w:r>
      <w:r w:rsidRPr="00B13C4C">
        <w:rPr>
          <w:rFonts w:ascii="Times New Roman" w:hAnsi="Times New Roman" w:cs="Times New Roman"/>
          <w:sz w:val="24"/>
          <w:szCs w:val="24"/>
        </w:rPr>
        <w:t xml:space="preserve"> có nghiệm.</w:t>
      </w:r>
    </w:p>
    <w:p w14:paraId="7310EAD4" w14:textId="1C18E013" w:rsidR="00B13C4C" w:rsidRPr="00B13C4C" w:rsidRDefault="00B13C4C" w:rsidP="001978C4">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3: </w:t>
      </w:r>
      <w:r w:rsidRPr="00B13C4C">
        <w:rPr>
          <w:rFonts w:ascii="Times New Roman" w:hAnsi="Times New Roman" w:cs="Times New Roman"/>
          <w:sz w:val="24"/>
          <w:szCs w:val="24"/>
        </w:rPr>
        <w:t xml:space="preserve">Cho hai tập hợp </w:t>
      </w:r>
      <w:r w:rsidRPr="00B13C4C">
        <w:rPr>
          <w:rFonts w:ascii="Times New Roman" w:hAnsi="Times New Roman" w:cs="Times New Roman"/>
          <w:position w:val="-10"/>
          <w:sz w:val="24"/>
          <w:szCs w:val="24"/>
        </w:rPr>
        <w:object w:dxaOrig="2120" w:dyaOrig="320" w14:anchorId="024A65BA">
          <v:shape id="_x0000_i1431" type="#_x0000_t75" style="width:106.2pt;height:16.2pt" o:ole="">
            <v:imagedata r:id="rId824" o:title=""/>
          </v:shape>
          <o:OLEObject Type="Embed" ProgID="Equation.DSMT4" ShapeID="_x0000_i1431" DrawAspect="Content" ObjectID="_1699835549" r:id="rId825"/>
        </w:object>
      </w:r>
      <w:r w:rsidRPr="00B13C4C">
        <w:rPr>
          <w:rFonts w:ascii="Times New Roman" w:hAnsi="Times New Roman" w:cs="Times New Roman"/>
          <w:sz w:val="24"/>
          <w:szCs w:val="24"/>
        </w:rPr>
        <w:t xml:space="preserve">. Tìm tập hợp </w:t>
      </w:r>
      <w:r w:rsidRPr="00B13C4C">
        <w:rPr>
          <w:rFonts w:ascii="Times New Roman" w:hAnsi="Times New Roman" w:cs="Times New Roman"/>
          <w:position w:val="-4"/>
          <w:sz w:val="24"/>
          <w:szCs w:val="24"/>
        </w:rPr>
        <w:object w:dxaOrig="660" w:dyaOrig="260" w14:anchorId="7B2D301D">
          <v:shape id="_x0000_i1432" type="#_x0000_t75" style="width:33pt;height:13.2pt" o:ole="">
            <v:imagedata r:id="rId826" o:title=""/>
          </v:shape>
          <o:OLEObject Type="Embed" ProgID="Equation.DSMT4" ShapeID="_x0000_i1432" DrawAspect="Content" ObjectID="_1699835550" r:id="rId827"/>
        </w:object>
      </w:r>
    </w:p>
    <w:p w14:paraId="6B0DAE6A" w14:textId="77777777" w:rsidR="00B13C4C" w:rsidRPr="00B13C4C" w:rsidRDefault="00B13C4C" w:rsidP="001978C4">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4: </w:t>
      </w:r>
      <w:r w:rsidRPr="00B13C4C">
        <w:rPr>
          <w:rFonts w:ascii="Times New Roman" w:hAnsi="Times New Roman" w:cs="Times New Roman"/>
          <w:sz w:val="24"/>
          <w:szCs w:val="24"/>
        </w:rPr>
        <w:t xml:space="preserve">Trong mặt phẳng tọa độ </w:t>
      </w:r>
      <w:r w:rsidRPr="00B13C4C">
        <w:rPr>
          <w:rFonts w:ascii="Times New Roman" w:hAnsi="Times New Roman" w:cs="Times New Roman"/>
          <w:position w:val="-10"/>
          <w:sz w:val="24"/>
          <w:szCs w:val="24"/>
        </w:rPr>
        <w:object w:dxaOrig="460" w:dyaOrig="320" w14:anchorId="0F9BB470">
          <v:shape id="_x0000_i1433" type="#_x0000_t75" style="width:22.8pt;height:16.2pt" o:ole="">
            <v:imagedata r:id="rId828" o:title=""/>
          </v:shape>
          <o:OLEObject Type="Embed" ProgID="Equation.DSMT4" ShapeID="_x0000_i1433" DrawAspect="Content" ObjectID="_1699835551" r:id="rId829"/>
        </w:object>
      </w:r>
      <w:r w:rsidRPr="00B13C4C">
        <w:rPr>
          <w:rFonts w:ascii="Times New Roman" w:hAnsi="Times New Roman" w:cs="Times New Roman"/>
          <w:sz w:val="24"/>
          <w:szCs w:val="24"/>
        </w:rPr>
        <w:t xml:space="preserve"> cho ba điểm </w:t>
      </w:r>
      <w:r w:rsidRPr="00B13C4C">
        <w:rPr>
          <w:rFonts w:ascii="Times New Roman" w:hAnsi="Times New Roman" w:cs="Times New Roman"/>
          <w:position w:val="-10"/>
          <w:sz w:val="24"/>
          <w:szCs w:val="24"/>
        </w:rPr>
        <w:object w:dxaOrig="2400" w:dyaOrig="320" w14:anchorId="6365E675">
          <v:shape id="_x0000_i1434" type="#_x0000_t75" style="width:120pt;height:16.2pt" o:ole="">
            <v:imagedata r:id="rId830" o:title=""/>
          </v:shape>
          <o:OLEObject Type="Embed" ProgID="Equation.DSMT4" ShapeID="_x0000_i1434" DrawAspect="Content" ObjectID="_1699835552" r:id="rId831"/>
        </w:object>
      </w:r>
      <w:r w:rsidRPr="00B13C4C">
        <w:rPr>
          <w:rFonts w:ascii="Times New Roman" w:hAnsi="Times New Roman" w:cs="Times New Roman"/>
          <w:sz w:val="24"/>
          <w:szCs w:val="24"/>
        </w:rPr>
        <w:t xml:space="preserve">. Tìm tọa độ trung điểm </w:t>
      </w:r>
      <w:r w:rsidRPr="00B13C4C">
        <w:rPr>
          <w:rFonts w:ascii="Times New Roman" w:hAnsi="Times New Roman" w:cs="Times New Roman"/>
          <w:position w:val="-4"/>
          <w:sz w:val="24"/>
          <w:szCs w:val="24"/>
        </w:rPr>
        <w:object w:dxaOrig="200" w:dyaOrig="260" w14:anchorId="5746F211">
          <v:shape id="_x0000_i1435" type="#_x0000_t75" style="width:10.2pt;height:13.2pt" o:ole="">
            <v:imagedata r:id="rId832" o:title=""/>
          </v:shape>
          <o:OLEObject Type="Embed" ProgID="Equation.DSMT4" ShapeID="_x0000_i1435" DrawAspect="Content" ObjectID="_1699835553" r:id="rId833"/>
        </w:object>
      </w:r>
      <w:r w:rsidRPr="00B13C4C">
        <w:rPr>
          <w:rFonts w:ascii="Times New Roman" w:hAnsi="Times New Roman" w:cs="Times New Roman"/>
          <w:sz w:val="24"/>
          <w:szCs w:val="24"/>
        </w:rPr>
        <w:t xml:space="preserve"> của đoạn thẳng </w:t>
      </w:r>
      <w:r w:rsidRPr="00B13C4C">
        <w:rPr>
          <w:rFonts w:ascii="Times New Roman" w:hAnsi="Times New Roman" w:cs="Times New Roman"/>
          <w:position w:val="-6"/>
          <w:sz w:val="24"/>
          <w:szCs w:val="24"/>
        </w:rPr>
        <w:object w:dxaOrig="400" w:dyaOrig="279" w14:anchorId="57C14EAA">
          <v:shape id="_x0000_i1436" type="#_x0000_t75" style="width:19.8pt;height:13.8pt" o:ole="">
            <v:imagedata r:id="rId834" o:title=""/>
          </v:shape>
          <o:OLEObject Type="Embed" ProgID="Equation.DSMT4" ShapeID="_x0000_i1436" DrawAspect="Content" ObjectID="_1699835554" r:id="rId835"/>
        </w:object>
      </w:r>
      <w:r w:rsidRPr="00B13C4C">
        <w:rPr>
          <w:rFonts w:ascii="Times New Roman" w:hAnsi="Times New Roman" w:cs="Times New Roman"/>
          <w:sz w:val="24"/>
          <w:szCs w:val="24"/>
        </w:rPr>
        <w:t xml:space="preserve"> và tọa độ trọng tâm </w:t>
      </w:r>
      <w:r w:rsidRPr="00B13C4C">
        <w:rPr>
          <w:rFonts w:ascii="Times New Roman" w:hAnsi="Times New Roman" w:cs="Times New Roman"/>
          <w:position w:val="-6"/>
          <w:sz w:val="24"/>
          <w:szCs w:val="24"/>
        </w:rPr>
        <w:object w:dxaOrig="260" w:dyaOrig="279" w14:anchorId="2DF3BD74">
          <v:shape id="_x0000_i1437" type="#_x0000_t75" style="width:13.2pt;height:13.8pt" o:ole="">
            <v:imagedata r:id="rId836" o:title=""/>
          </v:shape>
          <o:OLEObject Type="Embed" ProgID="Equation.DSMT4" ShapeID="_x0000_i1437" DrawAspect="Content" ObjectID="_1699835555" r:id="rId837"/>
        </w:object>
      </w:r>
      <w:r w:rsidRPr="00B13C4C">
        <w:rPr>
          <w:rFonts w:ascii="Times New Roman" w:hAnsi="Times New Roman" w:cs="Times New Roman"/>
          <w:sz w:val="24"/>
          <w:szCs w:val="24"/>
        </w:rPr>
        <w:t xml:space="preserve"> của tam giác </w:t>
      </w:r>
      <w:r w:rsidRPr="00B13C4C">
        <w:rPr>
          <w:rFonts w:ascii="Times New Roman" w:hAnsi="Times New Roman" w:cs="Times New Roman"/>
          <w:position w:val="-6"/>
          <w:sz w:val="24"/>
          <w:szCs w:val="24"/>
        </w:rPr>
        <w:object w:dxaOrig="560" w:dyaOrig="279" w14:anchorId="7AB7E1FB">
          <v:shape id="_x0000_i1438" type="#_x0000_t75" style="width:28.2pt;height:13.8pt" o:ole="">
            <v:imagedata r:id="rId838" o:title=""/>
          </v:shape>
          <o:OLEObject Type="Embed" ProgID="Equation.DSMT4" ShapeID="_x0000_i1438" DrawAspect="Content" ObjectID="_1699835556" r:id="rId839"/>
        </w:object>
      </w:r>
      <w:r w:rsidRPr="00B13C4C">
        <w:rPr>
          <w:rFonts w:ascii="Times New Roman" w:hAnsi="Times New Roman" w:cs="Times New Roman"/>
          <w:sz w:val="24"/>
          <w:szCs w:val="24"/>
        </w:rPr>
        <w:t>.}</w:t>
      </w:r>
    </w:p>
    <w:p w14:paraId="06E90BD4" w14:textId="77777777" w:rsidR="00B13C4C" w:rsidRPr="00B13C4C" w:rsidRDefault="00B13C4C" w:rsidP="001978C4">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5: </w:t>
      </w:r>
      <w:r w:rsidRPr="00B13C4C">
        <w:rPr>
          <w:rFonts w:ascii="Times New Roman" w:hAnsi="Times New Roman" w:cs="Times New Roman"/>
          <w:sz w:val="24"/>
          <w:szCs w:val="24"/>
        </w:rPr>
        <w:t xml:space="preserve">Xác định hàm số bậc hai </w:t>
      </w:r>
      <w:r w:rsidRPr="00B13C4C">
        <w:rPr>
          <w:rFonts w:ascii="Times New Roman" w:hAnsi="Times New Roman" w:cs="Times New Roman"/>
          <w:position w:val="-10"/>
          <w:sz w:val="24"/>
          <w:szCs w:val="24"/>
        </w:rPr>
        <w:object w:dxaOrig="1540" w:dyaOrig="360" w14:anchorId="7B654806">
          <v:shape id="_x0000_i1439" type="#_x0000_t75" style="width:76.8pt;height:18pt" o:ole="">
            <v:imagedata r:id="rId840" o:title=""/>
          </v:shape>
          <o:OLEObject Type="Embed" ProgID="Equation.DSMT4" ShapeID="_x0000_i1439" DrawAspect="Content" ObjectID="_1699835557" r:id="rId841"/>
        </w:object>
      </w:r>
      <w:r w:rsidRPr="00B13C4C">
        <w:rPr>
          <w:rFonts w:ascii="Times New Roman" w:hAnsi="Times New Roman" w:cs="Times New Roman"/>
          <w:sz w:val="24"/>
          <w:szCs w:val="24"/>
        </w:rPr>
        <w:t xml:space="preserve"> biết rằng đồ thị hàm số là parabol đi qua điểm </w:t>
      </w:r>
      <w:r w:rsidRPr="00B13C4C">
        <w:rPr>
          <w:rFonts w:ascii="Times New Roman" w:hAnsi="Times New Roman" w:cs="Times New Roman"/>
          <w:position w:val="-10"/>
          <w:sz w:val="24"/>
          <w:szCs w:val="24"/>
        </w:rPr>
        <w:object w:dxaOrig="720" w:dyaOrig="320" w14:anchorId="77891978">
          <v:shape id="_x0000_i1440" type="#_x0000_t75" style="width:36pt;height:16.2pt" o:ole="">
            <v:imagedata r:id="rId842" o:title=""/>
          </v:shape>
          <o:OLEObject Type="Embed" ProgID="Equation.DSMT4" ShapeID="_x0000_i1440" DrawAspect="Content" ObjectID="_1699835558" r:id="rId843"/>
        </w:object>
      </w:r>
      <w:r w:rsidRPr="00B13C4C">
        <w:rPr>
          <w:rFonts w:ascii="Times New Roman" w:hAnsi="Times New Roman" w:cs="Times New Roman"/>
          <w:sz w:val="24"/>
          <w:szCs w:val="24"/>
        </w:rPr>
        <w:t xml:space="preserve"> và có đỉnh là </w:t>
      </w:r>
      <w:r w:rsidRPr="00B13C4C">
        <w:rPr>
          <w:rFonts w:ascii="Times New Roman" w:hAnsi="Times New Roman" w:cs="Times New Roman"/>
          <w:position w:val="-10"/>
          <w:sz w:val="24"/>
          <w:szCs w:val="24"/>
        </w:rPr>
        <w:object w:dxaOrig="620" w:dyaOrig="320" w14:anchorId="61A30435">
          <v:shape id="_x0000_i1441" type="#_x0000_t75" style="width:31.2pt;height:16.2pt" o:ole="">
            <v:imagedata r:id="rId844" o:title=""/>
          </v:shape>
          <o:OLEObject Type="Embed" ProgID="Equation.DSMT4" ShapeID="_x0000_i1441" DrawAspect="Content" ObjectID="_1699835559" r:id="rId845"/>
        </w:object>
      </w:r>
    </w:p>
    <w:p w14:paraId="3577661C" w14:textId="77777777" w:rsidR="00B13C4C" w:rsidRPr="00B13C4C" w:rsidRDefault="00B13C4C" w:rsidP="001978C4">
      <w:pPr>
        <w:ind w:left="992"/>
        <w:jc w:val="center"/>
        <w:rPr>
          <w:rFonts w:ascii="Times New Roman" w:hAnsi="Times New Roman" w:cs="Times New Roman"/>
          <w:b/>
          <w:sz w:val="24"/>
          <w:szCs w:val="24"/>
        </w:rPr>
      </w:pPr>
      <w:r w:rsidRPr="00B13C4C">
        <w:rPr>
          <w:rFonts w:ascii="Times New Roman" w:hAnsi="Times New Roman" w:cs="Times New Roman"/>
          <w:b/>
          <w:sz w:val="24"/>
          <w:szCs w:val="24"/>
        </w:rPr>
        <w:t>BẢNG ĐÁP ÁN</w:t>
      </w:r>
    </w:p>
    <w:tbl>
      <w:tblPr>
        <w:tblStyle w:val="TableGrid"/>
        <w:tblW w:w="0" w:type="auto"/>
        <w:tblInd w:w="992" w:type="dxa"/>
        <w:tblLook w:val="04A0" w:firstRow="1" w:lastRow="0" w:firstColumn="1" w:lastColumn="0" w:noHBand="0" w:noVBand="1"/>
      </w:tblPr>
      <w:tblGrid>
        <w:gridCol w:w="510"/>
        <w:gridCol w:w="510"/>
        <w:gridCol w:w="511"/>
        <w:gridCol w:w="511"/>
        <w:gridCol w:w="511"/>
        <w:gridCol w:w="511"/>
        <w:gridCol w:w="511"/>
        <w:gridCol w:w="511"/>
        <w:gridCol w:w="511"/>
        <w:gridCol w:w="511"/>
        <w:gridCol w:w="512"/>
        <w:gridCol w:w="512"/>
        <w:gridCol w:w="512"/>
        <w:gridCol w:w="512"/>
        <w:gridCol w:w="512"/>
        <w:gridCol w:w="512"/>
        <w:gridCol w:w="512"/>
        <w:gridCol w:w="512"/>
      </w:tblGrid>
      <w:tr w:rsidR="00B13C4C" w:rsidRPr="00B13C4C" w14:paraId="7BC3B38E" w14:textId="77777777" w:rsidTr="00B13C4C">
        <w:tc>
          <w:tcPr>
            <w:tcW w:w="566" w:type="dxa"/>
            <w:shd w:val="clear" w:color="auto" w:fill="FFFF32"/>
          </w:tcPr>
          <w:p w14:paraId="1E423C32" w14:textId="50A45107"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w:t>
            </w:r>
          </w:p>
        </w:tc>
        <w:tc>
          <w:tcPr>
            <w:tcW w:w="566" w:type="dxa"/>
            <w:shd w:val="clear" w:color="auto" w:fill="FFFF32"/>
          </w:tcPr>
          <w:p w14:paraId="6E0C116C" w14:textId="4AC5552E"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w:t>
            </w:r>
          </w:p>
        </w:tc>
        <w:tc>
          <w:tcPr>
            <w:tcW w:w="566" w:type="dxa"/>
            <w:shd w:val="clear" w:color="auto" w:fill="FFFF32"/>
          </w:tcPr>
          <w:p w14:paraId="6005431C" w14:textId="0F61A52C"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w:t>
            </w:r>
          </w:p>
        </w:tc>
        <w:tc>
          <w:tcPr>
            <w:tcW w:w="566" w:type="dxa"/>
            <w:shd w:val="clear" w:color="auto" w:fill="FFFF32"/>
          </w:tcPr>
          <w:p w14:paraId="44EC7225" w14:textId="300A4C32"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4</w:t>
            </w:r>
          </w:p>
        </w:tc>
        <w:tc>
          <w:tcPr>
            <w:tcW w:w="566" w:type="dxa"/>
            <w:shd w:val="clear" w:color="auto" w:fill="FFFF32"/>
          </w:tcPr>
          <w:p w14:paraId="3DE3E1A3" w14:textId="1619F162"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5</w:t>
            </w:r>
          </w:p>
        </w:tc>
        <w:tc>
          <w:tcPr>
            <w:tcW w:w="566" w:type="dxa"/>
            <w:shd w:val="clear" w:color="auto" w:fill="FFFF32"/>
          </w:tcPr>
          <w:p w14:paraId="6A540F24" w14:textId="7C4E008F"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6</w:t>
            </w:r>
          </w:p>
        </w:tc>
        <w:tc>
          <w:tcPr>
            <w:tcW w:w="566" w:type="dxa"/>
            <w:shd w:val="clear" w:color="auto" w:fill="FFFF32"/>
          </w:tcPr>
          <w:p w14:paraId="35D5CB9E" w14:textId="5778647C"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7</w:t>
            </w:r>
          </w:p>
        </w:tc>
        <w:tc>
          <w:tcPr>
            <w:tcW w:w="566" w:type="dxa"/>
            <w:shd w:val="clear" w:color="auto" w:fill="FFFF32"/>
          </w:tcPr>
          <w:p w14:paraId="65F149AF" w14:textId="40B3D0AC"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8</w:t>
            </w:r>
          </w:p>
        </w:tc>
        <w:tc>
          <w:tcPr>
            <w:tcW w:w="566" w:type="dxa"/>
            <w:shd w:val="clear" w:color="auto" w:fill="FFFF32"/>
          </w:tcPr>
          <w:p w14:paraId="74A49DE1" w14:textId="4D593857"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9</w:t>
            </w:r>
          </w:p>
        </w:tc>
        <w:tc>
          <w:tcPr>
            <w:tcW w:w="566" w:type="dxa"/>
            <w:shd w:val="clear" w:color="auto" w:fill="FFFF32"/>
          </w:tcPr>
          <w:p w14:paraId="6A49C2BD" w14:textId="72D343FC"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10</w:t>
            </w:r>
          </w:p>
        </w:tc>
        <w:tc>
          <w:tcPr>
            <w:tcW w:w="567" w:type="dxa"/>
            <w:shd w:val="clear" w:color="auto" w:fill="FFFF32"/>
          </w:tcPr>
          <w:p w14:paraId="2AC0AC32" w14:textId="2DE40758"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11</w:t>
            </w:r>
          </w:p>
        </w:tc>
        <w:tc>
          <w:tcPr>
            <w:tcW w:w="567" w:type="dxa"/>
            <w:shd w:val="clear" w:color="auto" w:fill="FFFF32"/>
          </w:tcPr>
          <w:p w14:paraId="3C9AC458" w14:textId="1FFA8AE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12</w:t>
            </w:r>
          </w:p>
        </w:tc>
        <w:tc>
          <w:tcPr>
            <w:tcW w:w="567" w:type="dxa"/>
            <w:shd w:val="clear" w:color="auto" w:fill="FFFF32"/>
          </w:tcPr>
          <w:p w14:paraId="186B3711" w14:textId="69B02BF1"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13</w:t>
            </w:r>
          </w:p>
        </w:tc>
        <w:tc>
          <w:tcPr>
            <w:tcW w:w="567" w:type="dxa"/>
            <w:shd w:val="clear" w:color="auto" w:fill="FFFF32"/>
          </w:tcPr>
          <w:p w14:paraId="642C4B82" w14:textId="26929CD6"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14</w:t>
            </w:r>
          </w:p>
        </w:tc>
        <w:tc>
          <w:tcPr>
            <w:tcW w:w="567" w:type="dxa"/>
            <w:shd w:val="clear" w:color="auto" w:fill="FFFF32"/>
          </w:tcPr>
          <w:p w14:paraId="1259AD3F" w14:textId="619780E0"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15</w:t>
            </w:r>
          </w:p>
        </w:tc>
        <w:tc>
          <w:tcPr>
            <w:tcW w:w="567" w:type="dxa"/>
            <w:shd w:val="clear" w:color="auto" w:fill="FFFF32"/>
          </w:tcPr>
          <w:p w14:paraId="1557F666" w14:textId="0C3807FD"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16</w:t>
            </w:r>
          </w:p>
        </w:tc>
        <w:tc>
          <w:tcPr>
            <w:tcW w:w="567" w:type="dxa"/>
            <w:shd w:val="clear" w:color="auto" w:fill="FFFF32"/>
          </w:tcPr>
          <w:p w14:paraId="6A94567B" w14:textId="5C973CFD"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17</w:t>
            </w:r>
          </w:p>
        </w:tc>
        <w:tc>
          <w:tcPr>
            <w:tcW w:w="567" w:type="dxa"/>
            <w:shd w:val="clear" w:color="auto" w:fill="FFFF32"/>
          </w:tcPr>
          <w:p w14:paraId="57C6AC10" w14:textId="310BAC13"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18</w:t>
            </w:r>
          </w:p>
        </w:tc>
      </w:tr>
      <w:tr w:rsidR="00B13C4C" w:rsidRPr="00B13C4C" w14:paraId="1EED71AA" w14:textId="77777777" w:rsidTr="00B13C4C">
        <w:tc>
          <w:tcPr>
            <w:tcW w:w="566" w:type="dxa"/>
            <w:tcBorders>
              <w:bottom w:val="single" w:sz="4" w:space="0" w:color="auto"/>
            </w:tcBorders>
          </w:tcPr>
          <w:p w14:paraId="1DCC554F" w14:textId="6F2C7D72"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Borders>
              <w:bottom w:val="single" w:sz="4" w:space="0" w:color="auto"/>
            </w:tcBorders>
          </w:tcPr>
          <w:p w14:paraId="42F181F4" w14:textId="18D56F09"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Borders>
              <w:bottom w:val="single" w:sz="4" w:space="0" w:color="auto"/>
            </w:tcBorders>
          </w:tcPr>
          <w:p w14:paraId="461347B4" w14:textId="4F11600B"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Borders>
              <w:bottom w:val="single" w:sz="4" w:space="0" w:color="auto"/>
            </w:tcBorders>
          </w:tcPr>
          <w:p w14:paraId="6CB2AAF7" w14:textId="689E738A"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Borders>
              <w:bottom w:val="single" w:sz="4" w:space="0" w:color="auto"/>
            </w:tcBorders>
          </w:tcPr>
          <w:p w14:paraId="1D55B91F" w14:textId="21C3646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Borders>
              <w:bottom w:val="single" w:sz="4" w:space="0" w:color="auto"/>
            </w:tcBorders>
          </w:tcPr>
          <w:p w14:paraId="7CABA99B" w14:textId="5FEF9324"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Borders>
              <w:bottom w:val="single" w:sz="4" w:space="0" w:color="auto"/>
            </w:tcBorders>
          </w:tcPr>
          <w:p w14:paraId="6096AD39" w14:textId="04ECB01C"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Borders>
              <w:bottom w:val="single" w:sz="4" w:space="0" w:color="auto"/>
            </w:tcBorders>
          </w:tcPr>
          <w:p w14:paraId="0F803EC0" w14:textId="072CE875"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Borders>
              <w:bottom w:val="single" w:sz="4" w:space="0" w:color="auto"/>
            </w:tcBorders>
          </w:tcPr>
          <w:p w14:paraId="45F3F376" w14:textId="60DE9284"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Borders>
              <w:bottom w:val="single" w:sz="4" w:space="0" w:color="auto"/>
            </w:tcBorders>
          </w:tcPr>
          <w:p w14:paraId="3ACFDA0C" w14:textId="55A7ACC4"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Borders>
              <w:bottom w:val="single" w:sz="4" w:space="0" w:color="auto"/>
            </w:tcBorders>
          </w:tcPr>
          <w:p w14:paraId="52ECD294" w14:textId="1C9BBABD"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Borders>
              <w:bottom w:val="single" w:sz="4" w:space="0" w:color="auto"/>
            </w:tcBorders>
          </w:tcPr>
          <w:p w14:paraId="625757E6" w14:textId="1D57AED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Borders>
              <w:bottom w:val="single" w:sz="4" w:space="0" w:color="auto"/>
            </w:tcBorders>
          </w:tcPr>
          <w:p w14:paraId="4BD3EE1E" w14:textId="47DB4133"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Borders>
              <w:bottom w:val="single" w:sz="4" w:space="0" w:color="auto"/>
            </w:tcBorders>
          </w:tcPr>
          <w:p w14:paraId="1C62CD64" w14:textId="41612C3A"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7" w:type="dxa"/>
            <w:tcBorders>
              <w:bottom w:val="single" w:sz="4" w:space="0" w:color="auto"/>
            </w:tcBorders>
          </w:tcPr>
          <w:p w14:paraId="156E3CAA" w14:textId="47EA79B9"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Borders>
              <w:bottom w:val="single" w:sz="4" w:space="0" w:color="auto"/>
            </w:tcBorders>
          </w:tcPr>
          <w:p w14:paraId="4119F63D" w14:textId="094C8115"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7" w:type="dxa"/>
            <w:tcBorders>
              <w:bottom w:val="single" w:sz="4" w:space="0" w:color="auto"/>
            </w:tcBorders>
          </w:tcPr>
          <w:p w14:paraId="1C0849A5" w14:textId="5700B20F"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Borders>
              <w:bottom w:val="single" w:sz="4" w:space="0" w:color="auto"/>
            </w:tcBorders>
          </w:tcPr>
          <w:p w14:paraId="04FDFD5C" w14:textId="50BBC27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r>
      <w:tr w:rsidR="00B13C4C" w:rsidRPr="00B13C4C" w14:paraId="62089056" w14:textId="77777777" w:rsidTr="00B13C4C">
        <w:tc>
          <w:tcPr>
            <w:tcW w:w="566" w:type="dxa"/>
            <w:shd w:val="clear" w:color="auto" w:fill="FFFF32"/>
          </w:tcPr>
          <w:p w14:paraId="162E45ED" w14:textId="27D5198A"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19</w:t>
            </w:r>
          </w:p>
        </w:tc>
        <w:tc>
          <w:tcPr>
            <w:tcW w:w="566" w:type="dxa"/>
            <w:shd w:val="clear" w:color="auto" w:fill="FFFF32"/>
          </w:tcPr>
          <w:p w14:paraId="083D4D4C" w14:textId="3541854C"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20</w:t>
            </w:r>
          </w:p>
        </w:tc>
        <w:tc>
          <w:tcPr>
            <w:tcW w:w="566" w:type="dxa"/>
            <w:shd w:val="clear" w:color="auto" w:fill="FFFF32"/>
          </w:tcPr>
          <w:p w14:paraId="32CB18EE" w14:textId="2DA376FF"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21</w:t>
            </w:r>
          </w:p>
        </w:tc>
        <w:tc>
          <w:tcPr>
            <w:tcW w:w="566" w:type="dxa"/>
            <w:shd w:val="clear" w:color="auto" w:fill="FFFF32"/>
          </w:tcPr>
          <w:p w14:paraId="34881E68" w14:textId="7318EBED"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22</w:t>
            </w:r>
          </w:p>
        </w:tc>
        <w:tc>
          <w:tcPr>
            <w:tcW w:w="566" w:type="dxa"/>
            <w:shd w:val="clear" w:color="auto" w:fill="FFFF32"/>
          </w:tcPr>
          <w:p w14:paraId="65033B3E" w14:textId="1E1FD464"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23</w:t>
            </w:r>
          </w:p>
        </w:tc>
        <w:tc>
          <w:tcPr>
            <w:tcW w:w="566" w:type="dxa"/>
            <w:shd w:val="clear" w:color="auto" w:fill="FFFF32"/>
          </w:tcPr>
          <w:p w14:paraId="4804B3F5" w14:textId="4623CC61"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24</w:t>
            </w:r>
          </w:p>
        </w:tc>
        <w:tc>
          <w:tcPr>
            <w:tcW w:w="566" w:type="dxa"/>
            <w:shd w:val="clear" w:color="auto" w:fill="FFFF32"/>
          </w:tcPr>
          <w:p w14:paraId="77789032" w14:textId="66648D16"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25</w:t>
            </w:r>
          </w:p>
        </w:tc>
        <w:tc>
          <w:tcPr>
            <w:tcW w:w="566" w:type="dxa"/>
            <w:shd w:val="clear" w:color="auto" w:fill="FFFF32"/>
          </w:tcPr>
          <w:p w14:paraId="6740D854" w14:textId="3A857BC1"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26</w:t>
            </w:r>
          </w:p>
        </w:tc>
        <w:tc>
          <w:tcPr>
            <w:tcW w:w="566" w:type="dxa"/>
            <w:shd w:val="clear" w:color="auto" w:fill="FFFF32"/>
          </w:tcPr>
          <w:p w14:paraId="3DB80C9F" w14:textId="2DE97122"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27</w:t>
            </w:r>
          </w:p>
        </w:tc>
        <w:tc>
          <w:tcPr>
            <w:tcW w:w="566" w:type="dxa"/>
            <w:shd w:val="clear" w:color="auto" w:fill="FFFF32"/>
          </w:tcPr>
          <w:p w14:paraId="58C8FE23" w14:textId="6FA5ECE8"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28</w:t>
            </w:r>
          </w:p>
        </w:tc>
        <w:tc>
          <w:tcPr>
            <w:tcW w:w="567" w:type="dxa"/>
            <w:shd w:val="clear" w:color="auto" w:fill="FFFF32"/>
          </w:tcPr>
          <w:p w14:paraId="31CA5E68" w14:textId="4B7E6C07"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29</w:t>
            </w:r>
          </w:p>
        </w:tc>
        <w:tc>
          <w:tcPr>
            <w:tcW w:w="567" w:type="dxa"/>
            <w:shd w:val="clear" w:color="auto" w:fill="FFFF32"/>
          </w:tcPr>
          <w:p w14:paraId="3B947F84" w14:textId="4C032A2D"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30</w:t>
            </w:r>
          </w:p>
        </w:tc>
        <w:tc>
          <w:tcPr>
            <w:tcW w:w="567" w:type="dxa"/>
            <w:shd w:val="clear" w:color="auto" w:fill="FFFF32"/>
          </w:tcPr>
          <w:p w14:paraId="4AECCC96" w14:textId="3075CDD3"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31</w:t>
            </w:r>
          </w:p>
        </w:tc>
        <w:tc>
          <w:tcPr>
            <w:tcW w:w="567" w:type="dxa"/>
            <w:shd w:val="clear" w:color="auto" w:fill="FFFF32"/>
          </w:tcPr>
          <w:p w14:paraId="797163F7" w14:textId="3265EA73"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32</w:t>
            </w:r>
          </w:p>
        </w:tc>
        <w:tc>
          <w:tcPr>
            <w:tcW w:w="567" w:type="dxa"/>
            <w:shd w:val="clear" w:color="auto" w:fill="FFFF32"/>
          </w:tcPr>
          <w:p w14:paraId="0E14F3E5" w14:textId="0AE00C9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33</w:t>
            </w:r>
          </w:p>
        </w:tc>
        <w:tc>
          <w:tcPr>
            <w:tcW w:w="567" w:type="dxa"/>
            <w:shd w:val="clear" w:color="auto" w:fill="FFFF32"/>
          </w:tcPr>
          <w:p w14:paraId="54DD40BA" w14:textId="50504D15"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34</w:t>
            </w:r>
          </w:p>
        </w:tc>
        <w:tc>
          <w:tcPr>
            <w:tcW w:w="567" w:type="dxa"/>
            <w:shd w:val="clear" w:color="auto" w:fill="FFFF32"/>
          </w:tcPr>
          <w:p w14:paraId="470903AD" w14:textId="33A9F001"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35</w:t>
            </w:r>
          </w:p>
        </w:tc>
        <w:tc>
          <w:tcPr>
            <w:tcW w:w="567" w:type="dxa"/>
            <w:shd w:val="clear" w:color="auto" w:fill="FFFF32"/>
          </w:tcPr>
          <w:p w14:paraId="3FDED119" w14:textId="196913E2"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36</w:t>
            </w:r>
          </w:p>
        </w:tc>
      </w:tr>
      <w:tr w:rsidR="00B13C4C" w:rsidRPr="00B13C4C" w14:paraId="7EA9BC28" w14:textId="77777777" w:rsidTr="00B13C4C">
        <w:tc>
          <w:tcPr>
            <w:tcW w:w="566" w:type="dxa"/>
          </w:tcPr>
          <w:p w14:paraId="7D960E6D" w14:textId="4E2020FA"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Pr>
          <w:p w14:paraId="00B46DFA" w14:textId="419DF72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Pr>
          <w:p w14:paraId="24EBC565" w14:textId="642069D0"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Pr>
          <w:p w14:paraId="040088AA" w14:textId="4A88430D"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Pr>
          <w:p w14:paraId="23879FFD" w14:textId="6881388A"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Pr>
          <w:p w14:paraId="25116DEA" w14:textId="4062F8C6"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Pr>
          <w:p w14:paraId="28B2604C" w14:textId="2FEE9A53"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Pr>
          <w:p w14:paraId="5E24FADE" w14:textId="6FA3262F"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Pr>
          <w:p w14:paraId="4BB90222" w14:textId="60FCD694"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Pr>
          <w:p w14:paraId="1393AEAB" w14:textId="5EC0CF32"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7" w:type="dxa"/>
          </w:tcPr>
          <w:p w14:paraId="23A08135" w14:textId="25D98C6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Pr>
          <w:p w14:paraId="5F8992BD" w14:textId="25ED1494"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Pr>
          <w:p w14:paraId="3BCF3740" w14:textId="133B4996"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Pr>
          <w:p w14:paraId="17875CE2" w14:textId="6482AE78"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Pr>
          <w:p w14:paraId="3F02FA48" w14:textId="046C2D8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Pr>
          <w:p w14:paraId="70486E20" w14:textId="451B582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Pr>
          <w:p w14:paraId="25B5B6E4" w14:textId="4511AE4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Pr>
          <w:p w14:paraId="473606A5" w14:textId="77777777" w:rsidR="00B13C4C" w:rsidRPr="00B13C4C" w:rsidRDefault="00B13C4C" w:rsidP="00B13C4C">
            <w:pPr>
              <w:ind w:left="-57" w:right="-57"/>
              <w:jc w:val="center"/>
              <w:rPr>
                <w:rFonts w:ascii="Times New Roman" w:hAnsi="Times New Roman" w:cs="Times New Roman"/>
                <w:b/>
                <w:color w:val="0000FF"/>
                <w:sz w:val="24"/>
                <w:szCs w:val="24"/>
              </w:rPr>
            </w:pPr>
          </w:p>
        </w:tc>
      </w:tr>
    </w:tbl>
    <w:p w14:paraId="6867B728" w14:textId="77777777" w:rsidR="00B13C4C" w:rsidRPr="00B13C4C" w:rsidRDefault="00B13C4C" w:rsidP="000C3D1E">
      <w:pPr>
        <w:ind w:left="992"/>
        <w:jc w:val="center"/>
        <w:rPr>
          <w:rFonts w:ascii="Times New Roman" w:hAnsi="Times New Roman" w:cs="Times New Roman"/>
          <w:b/>
          <w:sz w:val="24"/>
          <w:szCs w:val="24"/>
        </w:rPr>
      </w:pPr>
      <w:r w:rsidRPr="00B13C4C">
        <w:rPr>
          <w:rFonts w:ascii="Times New Roman" w:hAnsi="Times New Roman" w:cs="Times New Roman"/>
          <w:b/>
          <w:sz w:val="24"/>
          <w:szCs w:val="24"/>
        </w:rPr>
        <w:t>ĐỀ 3-15</w:t>
      </w:r>
    </w:p>
    <w:p w14:paraId="6DEA7995" w14:textId="77777777" w:rsidR="00B13C4C" w:rsidRPr="00B13C4C" w:rsidRDefault="00B13C4C" w:rsidP="000C3D1E">
      <w:pPr>
        <w:ind w:left="992"/>
        <w:rPr>
          <w:rFonts w:ascii="Times New Roman" w:hAnsi="Times New Roman" w:cs="Times New Roman"/>
          <w:sz w:val="24"/>
          <w:szCs w:val="24"/>
        </w:rPr>
      </w:pPr>
      <w:r w:rsidRPr="00B13C4C">
        <w:rPr>
          <w:rFonts w:ascii="Times New Roman" w:hAnsi="Times New Roman" w:cs="Times New Roman"/>
          <w:b/>
          <w:sz w:val="24"/>
          <w:szCs w:val="24"/>
        </w:rPr>
        <w:t>Phần I: Trắc nghiệm</w:t>
      </w:r>
    </w:p>
    <w:p w14:paraId="5747333A" w14:textId="77777777" w:rsidR="00B13C4C" w:rsidRPr="00B13C4C" w:rsidRDefault="00B13C4C" w:rsidP="000C3D1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hệ tọa độ </w:t>
      </w:r>
      <w:r w:rsidRPr="00B13C4C">
        <w:rPr>
          <w:rFonts w:ascii="Times New Roman" w:hAnsi="Times New Roman" w:cs="Times New Roman"/>
          <w:position w:val="-10"/>
          <w:sz w:val="24"/>
          <w:szCs w:val="24"/>
        </w:rPr>
        <w:object w:dxaOrig="460" w:dyaOrig="320" w14:anchorId="44F263BD">
          <v:shape id="_x0000_i2276" type="#_x0000_t75" style="width:22.8pt;height:16.2pt" o:ole="">
            <v:imagedata r:id="rId846" o:title=""/>
          </v:shape>
          <o:OLEObject Type="Embed" ProgID="Equation.DSMT4" ShapeID="_x0000_i2276" DrawAspect="Content" ObjectID="_1699835560" r:id="rId847"/>
        </w:object>
      </w:r>
      <w:r w:rsidRPr="00B13C4C">
        <w:rPr>
          <w:rFonts w:ascii="Times New Roman" w:hAnsi="Times New Roman" w:cs="Times New Roman"/>
          <w:sz w:val="24"/>
          <w:szCs w:val="24"/>
        </w:rPr>
        <w:t xml:space="preserve"> cho </w:t>
      </w:r>
      <w:r w:rsidRPr="00B13C4C">
        <w:rPr>
          <w:rFonts w:ascii="Times New Roman" w:hAnsi="Times New Roman" w:cs="Times New Roman"/>
          <w:position w:val="-10"/>
          <w:sz w:val="24"/>
          <w:szCs w:val="24"/>
        </w:rPr>
        <w:object w:dxaOrig="1600" w:dyaOrig="320" w14:anchorId="21E923CD">
          <v:shape id="_x0000_i2277" type="#_x0000_t75" style="width:79.8pt;height:16.2pt" o:ole="">
            <v:imagedata r:id="rId848" o:title=""/>
          </v:shape>
          <o:OLEObject Type="Embed" ProgID="Equation.DSMT4" ShapeID="_x0000_i2277" DrawAspect="Content" ObjectID="_1699835561" r:id="rId849"/>
        </w:object>
      </w:r>
      <w:r w:rsidRPr="00B13C4C">
        <w:rPr>
          <w:rFonts w:ascii="Times New Roman" w:hAnsi="Times New Roman" w:cs="Times New Roman"/>
          <w:sz w:val="24"/>
          <w:szCs w:val="24"/>
        </w:rPr>
        <w:t xml:space="preserve">. Tọa độ trung điểm </w:t>
      </w:r>
      <w:r w:rsidRPr="00B13C4C">
        <w:rPr>
          <w:rFonts w:ascii="Times New Roman" w:hAnsi="Times New Roman" w:cs="Times New Roman"/>
          <w:position w:val="-4"/>
          <w:sz w:val="24"/>
          <w:szCs w:val="24"/>
        </w:rPr>
        <w:object w:dxaOrig="200" w:dyaOrig="260" w14:anchorId="080F36A9">
          <v:shape id="_x0000_i2278" type="#_x0000_t75" style="width:10.2pt;height:13.2pt" o:ole="">
            <v:imagedata r:id="rId850" o:title=""/>
          </v:shape>
          <o:OLEObject Type="Embed" ProgID="Equation.DSMT4" ShapeID="_x0000_i2278" DrawAspect="Content" ObjectID="_1699835562" r:id="rId851"/>
        </w:object>
      </w:r>
      <w:r w:rsidRPr="00B13C4C">
        <w:rPr>
          <w:rFonts w:ascii="Times New Roman" w:hAnsi="Times New Roman" w:cs="Times New Roman"/>
          <w:sz w:val="24"/>
          <w:szCs w:val="24"/>
        </w:rPr>
        <w:t xml:space="preserve"> của đoạn thẳng </w:t>
      </w:r>
      <w:r w:rsidRPr="00B13C4C">
        <w:rPr>
          <w:rFonts w:ascii="Times New Roman" w:hAnsi="Times New Roman" w:cs="Times New Roman"/>
          <w:position w:val="-4"/>
          <w:sz w:val="24"/>
          <w:szCs w:val="24"/>
        </w:rPr>
        <w:object w:dxaOrig="400" w:dyaOrig="260" w14:anchorId="4AB093F0">
          <v:shape id="_x0000_i2279" type="#_x0000_t75" style="width:19.8pt;height:13.2pt" o:ole="">
            <v:imagedata r:id="rId852" o:title=""/>
          </v:shape>
          <o:OLEObject Type="Embed" ProgID="Equation.DSMT4" ShapeID="_x0000_i2279" DrawAspect="Content" ObjectID="_1699835563" r:id="rId853"/>
        </w:object>
      </w:r>
      <w:r w:rsidRPr="00B13C4C">
        <w:rPr>
          <w:rFonts w:ascii="Times New Roman" w:hAnsi="Times New Roman" w:cs="Times New Roman"/>
          <w:sz w:val="24"/>
          <w:szCs w:val="24"/>
        </w:rPr>
        <w:t>.</w:t>
      </w:r>
    </w:p>
    <w:p w14:paraId="618519B3"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780" w:dyaOrig="320" w14:anchorId="73282DE9">
          <v:shape id="_x0000_i2280" type="#_x0000_t75" style="width:39pt;height:16.2pt" o:ole="">
            <v:imagedata r:id="rId854" o:title=""/>
          </v:shape>
          <o:OLEObject Type="Embed" ProgID="Equation.DSMT4" ShapeID="_x0000_i2280" DrawAspect="Content" ObjectID="_1699835564" r:id="rId85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680" w:dyaOrig="320" w14:anchorId="677627AC">
          <v:shape id="_x0000_i2281" type="#_x0000_t75" style="width:34.2pt;height:16.2pt" o:ole="">
            <v:imagedata r:id="rId856" o:title=""/>
          </v:shape>
          <o:OLEObject Type="Embed" ProgID="Equation.DSMT4" ShapeID="_x0000_i2281" DrawAspect="Content" ObjectID="_1699835565" r:id="rId85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900" w:dyaOrig="320" w14:anchorId="3ADCDE35">
          <v:shape id="_x0000_i2282" type="#_x0000_t75" style="width:45pt;height:16.2pt" o:ole="">
            <v:imagedata r:id="rId858" o:title=""/>
          </v:shape>
          <o:OLEObject Type="Embed" ProgID="Equation.DSMT4" ShapeID="_x0000_i2282" DrawAspect="Content" ObjectID="_1699835566" r:id="rId85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680" w:dyaOrig="320" w14:anchorId="4645603C">
          <v:shape id="_x0000_i2283" type="#_x0000_t75" style="width:34.2pt;height:16.2pt" o:ole="">
            <v:imagedata r:id="rId860" o:title=""/>
          </v:shape>
          <o:OLEObject Type="Embed" ProgID="Equation.DSMT4" ShapeID="_x0000_i2283" DrawAspect="Content" ObjectID="_1699835567" r:id="rId861"/>
        </w:object>
      </w:r>
      <w:r w:rsidRPr="00B13C4C">
        <w:rPr>
          <w:rFonts w:ascii="Times New Roman" w:hAnsi="Times New Roman" w:cs="Times New Roman"/>
          <w:sz w:val="24"/>
          <w:szCs w:val="24"/>
        </w:rPr>
        <w:t>.</w:t>
      </w:r>
    </w:p>
    <w:p w14:paraId="4A37DBDE" w14:textId="77777777" w:rsidR="00B13C4C" w:rsidRPr="00B13C4C" w:rsidRDefault="00B13C4C" w:rsidP="000C3D1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Tập xác định của hàm số </w:t>
      </w:r>
      <w:r w:rsidRPr="00B13C4C">
        <w:rPr>
          <w:rFonts w:ascii="Times New Roman" w:hAnsi="Times New Roman" w:cs="Times New Roman"/>
          <w:position w:val="-10"/>
          <w:sz w:val="24"/>
          <w:szCs w:val="24"/>
        </w:rPr>
        <w:object w:dxaOrig="1540" w:dyaOrig="380" w14:anchorId="6E89B47D">
          <v:shape id="_x0000_i2284" type="#_x0000_t75" style="width:76.8pt;height:19.2pt" o:ole="">
            <v:imagedata r:id="rId862" o:title=""/>
          </v:shape>
          <o:OLEObject Type="Embed" ProgID="Equation.DSMT4" ShapeID="_x0000_i2284" DrawAspect="Content" ObjectID="_1699835568" r:id="rId863"/>
        </w:object>
      </w:r>
      <w:r w:rsidRPr="00B13C4C">
        <w:rPr>
          <w:rFonts w:ascii="Times New Roman" w:hAnsi="Times New Roman" w:cs="Times New Roman"/>
          <w:sz w:val="24"/>
          <w:szCs w:val="24"/>
        </w:rPr>
        <w:t>.</w:t>
      </w:r>
    </w:p>
    <w:p w14:paraId="5BFAA671"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859" w:dyaOrig="320" w14:anchorId="33DDFF52">
          <v:shape id="_x0000_i2285" type="#_x0000_t75" style="width:43.2pt;height:16.2pt" o:ole="">
            <v:imagedata r:id="rId864" o:title=""/>
          </v:shape>
          <o:OLEObject Type="Embed" ProgID="Equation.DSMT4" ShapeID="_x0000_i2285" DrawAspect="Content" ObjectID="_1699835569" r:id="rId86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740" w:dyaOrig="320" w14:anchorId="6698B372">
          <v:shape id="_x0000_i2286" type="#_x0000_t75" style="width:37.2pt;height:16.2pt" o:ole="">
            <v:imagedata r:id="rId866" o:title=""/>
          </v:shape>
          <o:OLEObject Type="Embed" ProgID="Equation.DSMT4" ShapeID="_x0000_i2286" DrawAspect="Content" ObjectID="_1699835570" r:id="rId86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740" w:dyaOrig="320" w14:anchorId="0B290145">
          <v:shape id="_x0000_i2287" type="#_x0000_t75" style="width:37.2pt;height:16.2pt" o:ole="">
            <v:imagedata r:id="rId868" o:title=""/>
          </v:shape>
          <o:OLEObject Type="Embed" ProgID="Equation.DSMT4" ShapeID="_x0000_i2287" DrawAspect="Content" ObjectID="_1699835571" r:id="rId86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540" w:dyaOrig="320" w14:anchorId="3F227A46">
          <v:shape id="_x0000_i2288" type="#_x0000_t75" style="width:27pt;height:16.2pt" o:ole="">
            <v:imagedata r:id="rId870" o:title=""/>
          </v:shape>
          <o:OLEObject Type="Embed" ProgID="Equation.DSMT4" ShapeID="_x0000_i2288" DrawAspect="Content" ObjectID="_1699835572" r:id="rId871"/>
        </w:object>
      </w:r>
      <w:r w:rsidRPr="00B13C4C">
        <w:rPr>
          <w:rFonts w:ascii="Times New Roman" w:hAnsi="Times New Roman" w:cs="Times New Roman"/>
          <w:sz w:val="24"/>
          <w:szCs w:val="24"/>
        </w:rPr>
        <w:t>.</w:t>
      </w:r>
    </w:p>
    <w:p w14:paraId="39D0323D" w14:textId="77777777" w:rsidR="00B13C4C" w:rsidRPr="00B13C4C" w:rsidRDefault="00B13C4C" w:rsidP="000C3D1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lastRenderedPageBreak/>
        <w:t>Câu 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Tính giá trị biểu thức </w:t>
      </w:r>
      <w:r w:rsidRPr="00B13C4C">
        <w:rPr>
          <w:rFonts w:ascii="Times New Roman" w:hAnsi="Times New Roman" w:cs="Times New Roman"/>
          <w:position w:val="-6"/>
          <w:sz w:val="24"/>
          <w:szCs w:val="24"/>
        </w:rPr>
        <w:object w:dxaOrig="3320" w:dyaOrig="320" w14:anchorId="28B9B0D7">
          <v:shape id="_x0000_i2289" type="#_x0000_t75" style="width:166.2pt;height:16.2pt" o:ole="">
            <v:imagedata r:id="rId872" o:title=""/>
          </v:shape>
          <o:OLEObject Type="Embed" ProgID="Equation.DSMT4" ShapeID="_x0000_i2289" DrawAspect="Content" ObjectID="_1699835573" r:id="rId873"/>
        </w:object>
      </w:r>
      <w:r w:rsidRPr="00B13C4C">
        <w:rPr>
          <w:rFonts w:ascii="Times New Roman" w:hAnsi="Times New Roman" w:cs="Times New Roman"/>
          <w:sz w:val="24"/>
          <w:szCs w:val="24"/>
        </w:rPr>
        <w:t>.</w:t>
      </w:r>
    </w:p>
    <w:p w14:paraId="03242B4D"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4"/>
          <w:sz w:val="24"/>
          <w:szCs w:val="24"/>
        </w:rPr>
        <w:object w:dxaOrig="560" w:dyaOrig="260" w14:anchorId="76C1E0AC">
          <v:shape id="_x0000_i2290" type="#_x0000_t75" style="width:28.2pt;height:13.2pt" o:ole="">
            <v:imagedata r:id="rId874" o:title=""/>
          </v:shape>
          <o:OLEObject Type="Embed" ProgID="Equation.DSMT4" ShapeID="_x0000_i2290" DrawAspect="Content" ObjectID="_1699835574" r:id="rId87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600" w:dyaOrig="279" w14:anchorId="06D52C03">
          <v:shape id="_x0000_i2291" type="#_x0000_t75" style="width:30pt;height:13.8pt" o:ole="">
            <v:imagedata r:id="rId876" o:title=""/>
          </v:shape>
          <o:OLEObject Type="Embed" ProgID="Equation.DSMT4" ShapeID="_x0000_i2291" DrawAspect="Content" ObjectID="_1699835575" r:id="rId87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800" w:dyaOrig="680" w14:anchorId="3B061694">
          <v:shape id="_x0000_i2292" type="#_x0000_t75" style="width:40.2pt;height:34.2pt" o:ole="">
            <v:imagedata r:id="rId878" o:title=""/>
          </v:shape>
          <o:OLEObject Type="Embed" ProgID="Equation.DSMT4" ShapeID="_x0000_i2292" DrawAspect="Content" ObjectID="_1699835576" r:id="rId87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940" w:dyaOrig="680" w14:anchorId="739CFB09">
          <v:shape id="_x0000_i2293" type="#_x0000_t75" style="width:46.8pt;height:34.2pt" o:ole="">
            <v:imagedata r:id="rId880" o:title=""/>
          </v:shape>
          <o:OLEObject Type="Embed" ProgID="Equation.DSMT4" ShapeID="_x0000_i2293" DrawAspect="Content" ObjectID="_1699835577" r:id="rId881"/>
        </w:object>
      </w:r>
      <w:r w:rsidRPr="00B13C4C">
        <w:rPr>
          <w:rFonts w:ascii="Times New Roman" w:hAnsi="Times New Roman" w:cs="Times New Roman"/>
          <w:sz w:val="24"/>
          <w:szCs w:val="24"/>
        </w:rPr>
        <w:t>.</w:t>
      </w:r>
    </w:p>
    <w:p w14:paraId="1D9DD3FC" w14:textId="77777777" w:rsidR="00B13C4C" w:rsidRPr="00B13C4C" w:rsidRDefault="00B13C4C" w:rsidP="000C3D1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Trên mặt phẳng tọa độ </w:t>
      </w:r>
      <w:r w:rsidRPr="00B13C4C">
        <w:rPr>
          <w:rFonts w:ascii="Times New Roman" w:hAnsi="Times New Roman" w:cs="Times New Roman"/>
          <w:position w:val="-10"/>
          <w:sz w:val="24"/>
          <w:szCs w:val="24"/>
        </w:rPr>
        <w:object w:dxaOrig="460" w:dyaOrig="320" w14:anchorId="68578F37">
          <v:shape id="_x0000_i2294" type="#_x0000_t75" style="width:22.8pt;height:16.2pt" o:ole="">
            <v:imagedata r:id="rId882" o:title=""/>
          </v:shape>
          <o:OLEObject Type="Embed" ProgID="Equation.DSMT4" ShapeID="_x0000_i2294" DrawAspect="Content" ObjectID="_1699835578" r:id="rId883"/>
        </w:object>
      </w:r>
      <w:r w:rsidRPr="00B13C4C">
        <w:rPr>
          <w:rFonts w:ascii="Times New Roman" w:hAnsi="Times New Roman" w:cs="Times New Roman"/>
          <w:sz w:val="24"/>
          <w:szCs w:val="24"/>
        </w:rPr>
        <w:t xml:space="preserve">, cho </w:t>
      </w:r>
      <w:r w:rsidRPr="00B13C4C">
        <w:rPr>
          <w:rFonts w:ascii="Times New Roman" w:hAnsi="Times New Roman" w:cs="Times New Roman"/>
          <w:position w:val="-10"/>
          <w:sz w:val="24"/>
          <w:szCs w:val="24"/>
        </w:rPr>
        <w:object w:dxaOrig="2140" w:dyaOrig="380" w14:anchorId="021E1012">
          <v:shape id="_x0000_i2295" type="#_x0000_t75" style="width:106.8pt;height:19.2pt" o:ole="">
            <v:imagedata r:id="rId884" o:title=""/>
          </v:shape>
          <o:OLEObject Type="Embed" ProgID="Equation.DSMT4" ShapeID="_x0000_i2295" DrawAspect="Content" ObjectID="_1699835579" r:id="rId885"/>
        </w:object>
      </w:r>
      <w:r w:rsidRPr="00B13C4C">
        <w:rPr>
          <w:rFonts w:ascii="Times New Roman" w:hAnsi="Times New Roman" w:cs="Times New Roman"/>
          <w:sz w:val="24"/>
          <w:szCs w:val="24"/>
        </w:rPr>
        <w:t xml:space="preserve">. Véctơ </w:t>
      </w:r>
      <w:r w:rsidRPr="00B13C4C">
        <w:rPr>
          <w:rFonts w:ascii="Times New Roman" w:hAnsi="Times New Roman" w:cs="Times New Roman"/>
          <w:position w:val="-6"/>
          <w:sz w:val="24"/>
          <w:szCs w:val="24"/>
        </w:rPr>
        <w:object w:dxaOrig="680" w:dyaOrig="340" w14:anchorId="565B22E8">
          <v:shape id="_x0000_i2296" type="#_x0000_t75" style="width:34.2pt;height:16.8pt" o:ole="">
            <v:imagedata r:id="rId886" o:title=""/>
          </v:shape>
          <o:OLEObject Type="Embed" ProgID="Equation.DSMT4" ShapeID="_x0000_i2296" DrawAspect="Content" ObjectID="_1699835580" r:id="rId887"/>
        </w:object>
      </w:r>
      <w:r w:rsidRPr="00B13C4C">
        <w:rPr>
          <w:rFonts w:ascii="Times New Roman" w:hAnsi="Times New Roman" w:cs="Times New Roman"/>
          <w:sz w:val="24"/>
          <w:szCs w:val="24"/>
        </w:rPr>
        <w:t xml:space="preserve"> có tọa độ là</w:t>
      </w:r>
    </w:p>
    <w:p w14:paraId="4ADA2811"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b/>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700" w:dyaOrig="320" w14:anchorId="01570A1C">
          <v:shape id="_x0000_i2297" type="#_x0000_t75" style="width:34.8pt;height:16.2pt" o:ole="">
            <v:imagedata r:id="rId888" o:title=""/>
          </v:shape>
          <o:OLEObject Type="Embed" ProgID="Equation.DSMT4" ShapeID="_x0000_i2297" DrawAspect="Content" ObjectID="_1699835581" r:id="rId88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680" w:dyaOrig="320" w14:anchorId="032B86E7">
          <v:shape id="_x0000_i2298" type="#_x0000_t75" style="width:34.2pt;height:16.2pt" o:ole="">
            <v:imagedata r:id="rId890" o:title=""/>
          </v:shape>
          <o:OLEObject Type="Embed" ProgID="Equation.DSMT4" ShapeID="_x0000_i2298" DrawAspect="Content" ObjectID="_1699835582" r:id="rId89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660" w:dyaOrig="320" w14:anchorId="37E2FE46">
          <v:shape id="_x0000_i2299" type="#_x0000_t75" style="width:33pt;height:16.2pt" o:ole="">
            <v:imagedata r:id="rId892" o:title=""/>
          </v:shape>
          <o:OLEObject Type="Embed" ProgID="Equation.DSMT4" ShapeID="_x0000_i2299" DrawAspect="Content" ObjectID="_1699835583" r:id="rId89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800" w:dyaOrig="320" w14:anchorId="1A4184CE">
          <v:shape id="_x0000_i2300" type="#_x0000_t75" style="width:40.2pt;height:16.2pt" o:ole="">
            <v:imagedata r:id="rId894" o:title=""/>
          </v:shape>
          <o:OLEObject Type="Embed" ProgID="Equation.DSMT4" ShapeID="_x0000_i2300" DrawAspect="Content" ObjectID="_1699835584" r:id="rId895"/>
        </w:object>
      </w:r>
      <w:r w:rsidRPr="00B13C4C">
        <w:rPr>
          <w:rFonts w:ascii="Times New Roman" w:hAnsi="Times New Roman" w:cs="Times New Roman"/>
          <w:b/>
          <w:sz w:val="24"/>
          <w:szCs w:val="24"/>
        </w:rPr>
        <w:t>.</w:t>
      </w:r>
    </w:p>
    <w:p w14:paraId="2E3FE387" w14:textId="77777777" w:rsidR="00B13C4C" w:rsidRPr="00B13C4C" w:rsidRDefault="00B13C4C" w:rsidP="000C3D1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tọa độ </w:t>
      </w:r>
      <w:r w:rsidRPr="00B13C4C">
        <w:rPr>
          <w:rFonts w:ascii="Times New Roman" w:hAnsi="Times New Roman" w:cs="Times New Roman"/>
          <w:position w:val="-10"/>
          <w:sz w:val="24"/>
          <w:szCs w:val="24"/>
        </w:rPr>
        <w:object w:dxaOrig="460" w:dyaOrig="320" w14:anchorId="5E9094FF">
          <v:shape id="_x0000_i2301" type="#_x0000_t75" style="width:22.8pt;height:16.2pt" o:ole="">
            <v:imagedata r:id="rId896" o:title=""/>
          </v:shape>
          <o:OLEObject Type="Embed" ProgID="Equation.DSMT4" ShapeID="_x0000_i2301" DrawAspect="Content" ObjectID="_1699835585" r:id="rId897"/>
        </w:object>
      </w:r>
      <w:r w:rsidRPr="00B13C4C">
        <w:rPr>
          <w:rFonts w:ascii="Times New Roman" w:hAnsi="Times New Roman" w:cs="Times New Roman"/>
          <w:sz w:val="24"/>
          <w:szCs w:val="24"/>
        </w:rPr>
        <w:t xml:space="preserve">, cho các véctơ </w:t>
      </w:r>
      <w:r w:rsidRPr="00B13C4C">
        <w:rPr>
          <w:rFonts w:ascii="Times New Roman" w:hAnsi="Times New Roman" w:cs="Times New Roman"/>
          <w:position w:val="-10"/>
          <w:sz w:val="24"/>
          <w:szCs w:val="24"/>
        </w:rPr>
        <w:object w:dxaOrig="1020" w:dyaOrig="320" w14:anchorId="6BB0E362">
          <v:shape id="_x0000_i2302" type="#_x0000_t75" style="width:51pt;height:16.2pt" o:ole="">
            <v:imagedata r:id="rId898" o:title=""/>
          </v:shape>
          <o:OLEObject Type="Embed" ProgID="Equation.DSMT4" ShapeID="_x0000_i2302" DrawAspect="Content" ObjectID="_1699835586" r:id="rId899"/>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1180" w:dyaOrig="360" w14:anchorId="7C102441">
          <v:shape id="_x0000_i2303" type="#_x0000_t75" style="width:58.8pt;height:18pt" o:ole="">
            <v:imagedata r:id="rId900" o:title=""/>
          </v:shape>
          <o:OLEObject Type="Embed" ProgID="Equation.DSMT4" ShapeID="_x0000_i2303" DrawAspect="Content" ObjectID="_1699835587" r:id="rId901"/>
        </w:object>
      </w:r>
      <w:r w:rsidRPr="00B13C4C">
        <w:rPr>
          <w:rFonts w:ascii="Times New Roman" w:hAnsi="Times New Roman" w:cs="Times New Roman"/>
          <w:sz w:val="24"/>
          <w:szCs w:val="24"/>
        </w:rPr>
        <w:t xml:space="preserve"> Tìm </w:t>
      </w:r>
      <w:r w:rsidRPr="00B13C4C">
        <w:rPr>
          <w:rFonts w:ascii="Times New Roman" w:hAnsi="Times New Roman" w:cs="Times New Roman"/>
          <w:position w:val="-6"/>
          <w:sz w:val="24"/>
          <w:szCs w:val="24"/>
        </w:rPr>
        <w:object w:dxaOrig="260" w:dyaOrig="220" w14:anchorId="124BC2FC">
          <v:shape id="_x0000_i2304" type="#_x0000_t75" style="width:13.2pt;height:10.8pt" o:ole="">
            <v:imagedata r:id="rId902" o:title=""/>
          </v:shape>
          <o:OLEObject Type="Embed" ProgID="Equation.DSMT4" ShapeID="_x0000_i2304" DrawAspect="Content" ObjectID="_1699835588" r:id="rId903"/>
        </w:object>
      </w:r>
      <w:r w:rsidRPr="00B13C4C">
        <w:rPr>
          <w:rFonts w:ascii="Times New Roman" w:hAnsi="Times New Roman" w:cs="Times New Roman"/>
          <w:sz w:val="24"/>
          <w:szCs w:val="24"/>
        </w:rPr>
        <w:t xml:space="preserve"> đề hai véctơ </w:t>
      </w:r>
      <w:r w:rsidRPr="00B13C4C">
        <w:rPr>
          <w:rFonts w:ascii="Times New Roman" w:hAnsi="Times New Roman" w:cs="Times New Roman"/>
          <w:position w:val="-10"/>
          <w:sz w:val="24"/>
          <w:szCs w:val="24"/>
        </w:rPr>
        <w:object w:dxaOrig="420" w:dyaOrig="320" w14:anchorId="7F83EA47">
          <v:shape id="_x0000_i2305" type="#_x0000_t75" style="width:21pt;height:16.2pt" o:ole="">
            <v:imagedata r:id="rId904" o:title=""/>
          </v:shape>
          <o:OLEObject Type="Embed" ProgID="Equation.DSMT4" ShapeID="_x0000_i2305" DrawAspect="Content" ObjectID="_1699835589" r:id="rId905"/>
        </w:object>
      </w:r>
      <w:r w:rsidRPr="00B13C4C">
        <w:rPr>
          <w:rFonts w:ascii="Times New Roman" w:hAnsi="Times New Roman" w:cs="Times New Roman"/>
          <w:sz w:val="24"/>
          <w:szCs w:val="24"/>
        </w:rPr>
        <w:t xml:space="preserve"> cùng phương.</w:t>
      </w:r>
    </w:p>
    <w:p w14:paraId="6408733B"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400" w:dyaOrig="620" w14:anchorId="02BF907F">
          <v:shape id="_x0000_i2306" type="#_x0000_t75" style="width:19.8pt;height:31.2pt" o:ole="">
            <v:imagedata r:id="rId906" o:title=""/>
          </v:shape>
          <o:OLEObject Type="Embed" ProgID="Equation.DSMT4" ShapeID="_x0000_i2306" DrawAspect="Content" ObjectID="_1699835590" r:id="rId90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240" w:dyaOrig="620" w14:anchorId="0A16FE6E">
          <v:shape id="_x0000_i2307" type="#_x0000_t75" style="width:12pt;height:31.2pt" o:ole="">
            <v:imagedata r:id="rId908" o:title=""/>
          </v:shape>
          <o:OLEObject Type="Embed" ProgID="Equation.DSMT4" ShapeID="_x0000_i2307" DrawAspect="Content" ObjectID="_1699835591" r:id="rId90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400" w:dyaOrig="620" w14:anchorId="2F2B6E79">
          <v:shape id="_x0000_i2308" type="#_x0000_t75" style="width:19.8pt;height:31.2pt" o:ole="">
            <v:imagedata r:id="rId910" o:title=""/>
          </v:shape>
          <o:OLEObject Type="Embed" ProgID="Equation.DSMT4" ShapeID="_x0000_i2308" DrawAspect="Content" ObjectID="_1699835592" r:id="rId91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240" w:dyaOrig="620" w14:anchorId="3039DE62">
          <v:shape id="_x0000_i2309" type="#_x0000_t75" style="width:12pt;height:31.2pt" o:ole="">
            <v:imagedata r:id="rId912" o:title=""/>
          </v:shape>
          <o:OLEObject Type="Embed" ProgID="Equation.DSMT4" ShapeID="_x0000_i2309" DrawAspect="Content" ObjectID="_1699835593" r:id="rId913"/>
        </w:object>
      </w:r>
      <w:r w:rsidRPr="00B13C4C">
        <w:rPr>
          <w:rFonts w:ascii="Times New Roman" w:hAnsi="Times New Roman" w:cs="Times New Roman"/>
          <w:sz w:val="24"/>
          <w:szCs w:val="24"/>
        </w:rPr>
        <w:t>.</w:t>
      </w:r>
    </w:p>
    <w:p w14:paraId="33397953" w14:textId="77777777" w:rsidR="00B13C4C" w:rsidRPr="00B13C4C" w:rsidRDefault="00B13C4C" w:rsidP="000C3D1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Câu nào trong các câu sau không phải là mệnh đề?</w:t>
      </w:r>
    </w:p>
    <w:p w14:paraId="3EF0254B"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880" w:dyaOrig="279" w14:anchorId="3715164E">
          <v:shape id="_x0000_i2310" type="#_x0000_t75" style="width:43.8pt;height:13.8pt" o:ole="">
            <v:imagedata r:id="rId914" o:title=""/>
          </v:shape>
          <o:OLEObject Type="Embed" ProgID="Equation.DSMT4" ShapeID="_x0000_i2310" DrawAspect="Content" ObjectID="_1699835594" r:id="rId91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999" w:dyaOrig="320" w14:anchorId="3F056F1D">
          <v:shape id="_x0000_i2311" type="#_x0000_t75" style="width:49.8pt;height:16.2pt" o:ole="">
            <v:imagedata r:id="rId916" o:title=""/>
          </v:shape>
          <o:OLEObject Type="Embed" ProgID="Equation.DSMT4" ShapeID="_x0000_i2311" DrawAspect="Content" ObjectID="_1699835595" r:id="rId91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8"/>
          <w:sz w:val="24"/>
          <w:szCs w:val="24"/>
        </w:rPr>
        <w:object w:dxaOrig="1040" w:dyaOrig="360" w14:anchorId="4E847351">
          <v:shape id="_x0000_i2312" type="#_x0000_t75" style="width:52.2pt;height:18pt" o:ole="">
            <v:imagedata r:id="rId918" o:title=""/>
          </v:shape>
          <o:OLEObject Type="Embed" ProgID="Equation.DSMT4" ShapeID="_x0000_i2312" DrawAspect="Content" ObjectID="_1699835596" r:id="rId91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880" w:dyaOrig="279" w14:anchorId="4A48C4B7">
          <v:shape id="_x0000_i2313" type="#_x0000_t75" style="width:43.8pt;height:13.8pt" o:ole="">
            <v:imagedata r:id="rId920" o:title=""/>
          </v:shape>
          <o:OLEObject Type="Embed" ProgID="Equation.DSMT4" ShapeID="_x0000_i2313" DrawAspect="Content" ObjectID="_1699835597" r:id="rId921"/>
        </w:object>
      </w:r>
      <w:r w:rsidRPr="00B13C4C">
        <w:rPr>
          <w:rFonts w:ascii="Times New Roman" w:hAnsi="Times New Roman" w:cs="Times New Roman"/>
          <w:sz w:val="24"/>
          <w:szCs w:val="24"/>
        </w:rPr>
        <w:t>.</w:t>
      </w:r>
    </w:p>
    <w:p w14:paraId="1DD3744E" w14:textId="77777777" w:rsidR="00B13C4C" w:rsidRPr="00B13C4C" w:rsidRDefault="00B13C4C" w:rsidP="000C3D1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Trong các phát biểu sau, phát biểu nào là mệnh đề đúng:</w:t>
      </w:r>
    </w:p>
    <w:p w14:paraId="5421A7CE"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220" w:dyaOrig="220" w14:anchorId="64AF7599">
          <v:shape id="_x0000_i2314" type="#_x0000_t75" style="width:10.8pt;height:10.8pt" o:ole="">
            <v:imagedata r:id="rId922" o:title=""/>
          </v:shape>
          <o:OLEObject Type="Embed" ProgID="Equation.DSMT4" ShapeID="_x0000_i2314" DrawAspect="Content" ObjectID="_1699835598" r:id="rId923"/>
        </w:object>
      </w:r>
      <w:r w:rsidRPr="00B13C4C">
        <w:rPr>
          <w:rFonts w:ascii="Times New Roman" w:hAnsi="Times New Roman" w:cs="Times New Roman"/>
          <w:sz w:val="24"/>
          <w:szCs w:val="24"/>
        </w:rPr>
        <w:t xml:space="preserve"> là một số hữu tỉ.</w:t>
      </w:r>
    </w:p>
    <w:p w14:paraId="2A2F7104"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Tổng của hai cạnh một tam giác lớn hơn cạnh thứ ba.</w:t>
      </w:r>
    </w:p>
    <w:p w14:paraId="790F5E7F"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Bạn có chăm học không?.</w:t>
      </w:r>
    </w:p>
    <w:p w14:paraId="5DA9293E"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Con thì thấp hơn cha.</w:t>
      </w:r>
    </w:p>
    <w:p w14:paraId="3DA01A26" w14:textId="77777777" w:rsidR="00B13C4C" w:rsidRPr="00B13C4C" w:rsidRDefault="00B13C4C" w:rsidP="000C3D1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Phát biểu mệnh đề. Mệnh đề " </w:t>
      </w:r>
      <w:r w:rsidRPr="00B13C4C">
        <w:rPr>
          <w:rFonts w:ascii="Times New Roman" w:hAnsi="Times New Roman" w:cs="Times New Roman"/>
          <w:position w:val="-10"/>
          <w:sz w:val="24"/>
          <w:szCs w:val="24"/>
        </w:rPr>
        <w:object w:dxaOrig="1380" w:dyaOrig="360" w14:anchorId="3A3F559C">
          <v:shape id="_x0000_i2315" type="#_x0000_t75" style="width:69pt;height:18pt" o:ole="">
            <v:imagedata r:id="rId924" o:title=""/>
          </v:shape>
          <o:OLEObject Type="Embed" ProgID="Equation.DSMT4" ShapeID="_x0000_i2315" DrawAspect="Content" ObjectID="_1699835599" r:id="rId925"/>
        </w:object>
      </w:r>
      <w:r w:rsidRPr="00B13C4C">
        <w:rPr>
          <w:rFonts w:ascii="Times New Roman" w:hAnsi="Times New Roman" w:cs="Times New Roman"/>
          <w:sz w:val="24"/>
          <w:szCs w:val="24"/>
        </w:rPr>
        <w:t xml:space="preserve"> " khẳng định rẳng:</w:t>
      </w:r>
    </w:p>
    <w:p w14:paraId="4217E97D"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Bình phương của mỗi số thực bằng 3.</w:t>
      </w:r>
    </w:p>
    <w:p w14:paraId="2A653767"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Có ít nhất 1 số thực mà bình phương của nó bằng 3.</w:t>
      </w:r>
    </w:p>
    <w:p w14:paraId="080B3FD7"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 xml:space="preserve">Chỉ có 1 số thực có bình phương bằng </w:t>
      </w:r>
      <w:r w:rsidRPr="00B13C4C">
        <w:rPr>
          <w:rFonts w:ascii="Times New Roman" w:hAnsi="Times New Roman" w:cs="Times New Roman"/>
          <w:position w:val="-6"/>
          <w:sz w:val="24"/>
          <w:szCs w:val="24"/>
        </w:rPr>
        <w:object w:dxaOrig="240" w:dyaOrig="279" w14:anchorId="2AC41225">
          <v:shape id="_x0000_i2316" type="#_x0000_t75" style="width:12pt;height:13.8pt" o:ole="">
            <v:imagedata r:id="rId926" o:title=""/>
          </v:shape>
          <o:OLEObject Type="Embed" ProgID="Equation.DSMT4" ShapeID="_x0000_i2316" DrawAspect="Content" ObjectID="_1699835600" r:id="rId927"/>
        </w:object>
      </w:r>
      <w:r w:rsidRPr="00B13C4C">
        <w:rPr>
          <w:rFonts w:ascii="Times New Roman" w:hAnsi="Times New Roman" w:cs="Times New Roman"/>
          <w:sz w:val="24"/>
          <w:szCs w:val="24"/>
        </w:rPr>
        <w:t>.</w:t>
      </w:r>
    </w:p>
    <w:p w14:paraId="329CD148"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 xml:space="preserve">Nếu </w:t>
      </w:r>
      <w:r w:rsidRPr="00B13C4C">
        <w:rPr>
          <w:rFonts w:ascii="Times New Roman" w:hAnsi="Times New Roman" w:cs="Times New Roman"/>
          <w:position w:val="-6"/>
          <w:sz w:val="24"/>
          <w:szCs w:val="24"/>
        </w:rPr>
        <w:object w:dxaOrig="200" w:dyaOrig="220" w14:anchorId="3EF8F26E">
          <v:shape id="_x0000_i2317" type="#_x0000_t75" style="width:10.2pt;height:10.8pt" o:ole="">
            <v:imagedata r:id="rId928" o:title=""/>
          </v:shape>
          <o:OLEObject Type="Embed" ProgID="Equation.DSMT4" ShapeID="_x0000_i2317" DrawAspect="Content" ObjectID="_1699835601" r:id="rId929"/>
        </w:object>
      </w:r>
      <w:r w:rsidRPr="00B13C4C">
        <w:rPr>
          <w:rFonts w:ascii="Times New Roman" w:hAnsi="Times New Roman" w:cs="Times New Roman"/>
          <w:sz w:val="24"/>
          <w:szCs w:val="24"/>
        </w:rPr>
        <w:t xml:space="preserve"> là số thực thì </w:t>
      </w:r>
      <w:r w:rsidRPr="00B13C4C">
        <w:rPr>
          <w:rFonts w:ascii="Times New Roman" w:hAnsi="Times New Roman" w:cs="Times New Roman"/>
          <w:position w:val="-6"/>
          <w:sz w:val="24"/>
          <w:szCs w:val="24"/>
        </w:rPr>
        <w:object w:dxaOrig="639" w:dyaOrig="320" w14:anchorId="6F792965">
          <v:shape id="_x0000_i2318" type="#_x0000_t75" style="width:31.8pt;height:16.2pt" o:ole="">
            <v:imagedata r:id="rId930" o:title=""/>
          </v:shape>
          <o:OLEObject Type="Embed" ProgID="Equation.DSMT4" ShapeID="_x0000_i2318" DrawAspect="Content" ObjectID="_1699835602" r:id="rId931"/>
        </w:object>
      </w:r>
      <w:r w:rsidRPr="00B13C4C">
        <w:rPr>
          <w:rFonts w:ascii="Times New Roman" w:hAnsi="Times New Roman" w:cs="Times New Roman"/>
          <w:sz w:val="24"/>
          <w:szCs w:val="24"/>
        </w:rPr>
        <w:t>.</w:t>
      </w:r>
    </w:p>
    <w:p w14:paraId="45157725" w14:textId="77777777" w:rsidR="00B13C4C" w:rsidRPr="00B13C4C" w:rsidRDefault="00B13C4C" w:rsidP="000C3D1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tọa độ </w:t>
      </w:r>
      <w:r w:rsidRPr="00B13C4C">
        <w:rPr>
          <w:rFonts w:ascii="Times New Roman" w:hAnsi="Times New Roman" w:cs="Times New Roman"/>
          <w:position w:val="-10"/>
          <w:sz w:val="24"/>
          <w:szCs w:val="24"/>
        </w:rPr>
        <w:object w:dxaOrig="460" w:dyaOrig="320" w14:anchorId="1635F3D1">
          <v:shape id="_x0000_i2319" type="#_x0000_t75" style="width:22.8pt;height:16.2pt" o:ole="">
            <v:imagedata r:id="rId932" o:title=""/>
          </v:shape>
          <o:OLEObject Type="Embed" ProgID="Equation.DSMT4" ShapeID="_x0000_i2319" DrawAspect="Content" ObjectID="_1699835603" r:id="rId933"/>
        </w:object>
      </w:r>
      <w:r w:rsidRPr="00B13C4C">
        <w:rPr>
          <w:rFonts w:ascii="Times New Roman" w:hAnsi="Times New Roman" w:cs="Times New Roman"/>
          <w:sz w:val="24"/>
          <w:szCs w:val="24"/>
        </w:rPr>
        <w:t xml:space="preserve"> cho </w:t>
      </w:r>
      <w:r w:rsidRPr="00B13C4C">
        <w:rPr>
          <w:rFonts w:ascii="Times New Roman" w:hAnsi="Times New Roman" w:cs="Times New Roman"/>
          <w:position w:val="-10"/>
          <w:sz w:val="24"/>
          <w:szCs w:val="24"/>
        </w:rPr>
        <w:object w:dxaOrig="1380" w:dyaOrig="320" w14:anchorId="2ED75099">
          <v:shape id="_x0000_i2320" type="#_x0000_t75" style="width:69pt;height:16.2pt" o:ole="">
            <v:imagedata r:id="rId934" o:title=""/>
          </v:shape>
          <o:OLEObject Type="Embed" ProgID="Equation.DSMT4" ShapeID="_x0000_i2320" DrawAspect="Content" ObjectID="_1699835604" r:id="rId935"/>
        </w:object>
      </w:r>
      <w:r w:rsidRPr="00B13C4C">
        <w:rPr>
          <w:rFonts w:ascii="Times New Roman" w:hAnsi="Times New Roman" w:cs="Times New Roman"/>
          <w:sz w:val="24"/>
          <w:szCs w:val="24"/>
        </w:rPr>
        <w:t xml:space="preserve">. Tính độ dài đoạn thẳng </w:t>
      </w:r>
      <w:r w:rsidRPr="00B13C4C">
        <w:rPr>
          <w:rFonts w:ascii="Times New Roman" w:hAnsi="Times New Roman" w:cs="Times New Roman"/>
          <w:position w:val="-4"/>
          <w:sz w:val="24"/>
          <w:szCs w:val="24"/>
        </w:rPr>
        <w:object w:dxaOrig="400" w:dyaOrig="260" w14:anchorId="153BD5DA">
          <v:shape id="_x0000_i2321" type="#_x0000_t75" style="width:19.8pt;height:13.2pt" o:ole="">
            <v:imagedata r:id="rId936" o:title=""/>
          </v:shape>
          <o:OLEObject Type="Embed" ProgID="Equation.DSMT4" ShapeID="_x0000_i2321" DrawAspect="Content" ObjectID="_1699835605" r:id="rId937"/>
        </w:object>
      </w:r>
      <w:r w:rsidRPr="00B13C4C">
        <w:rPr>
          <w:rFonts w:ascii="Times New Roman" w:hAnsi="Times New Roman" w:cs="Times New Roman"/>
          <w:sz w:val="24"/>
          <w:szCs w:val="24"/>
        </w:rPr>
        <w:t>.</w:t>
      </w:r>
    </w:p>
    <w:p w14:paraId="6388A4ED"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380" w:dyaOrig="340" w14:anchorId="3387BEA0">
          <v:shape id="_x0000_i2322" type="#_x0000_t75" style="width:19.2pt;height:16.8pt" o:ole="">
            <v:imagedata r:id="rId938" o:title=""/>
          </v:shape>
          <o:OLEObject Type="Embed" ProgID="Equation.DSMT4" ShapeID="_x0000_i2322" DrawAspect="Content" ObjectID="_1699835606" r:id="rId93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0.</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480" w:dyaOrig="340" w14:anchorId="79A8BCF7">
          <v:shape id="_x0000_i2323" type="#_x0000_t75" style="width:24pt;height:16.8pt" o:ole="">
            <v:imagedata r:id="rId940" o:title=""/>
          </v:shape>
          <o:OLEObject Type="Embed" ProgID="Equation.DSMT4" ShapeID="_x0000_i2323" DrawAspect="Content" ObjectID="_1699835607" r:id="rId941"/>
        </w:object>
      </w:r>
      <w:r w:rsidRPr="00B13C4C">
        <w:rPr>
          <w:rFonts w:ascii="Times New Roman" w:hAnsi="Times New Roman" w:cs="Times New Roman"/>
          <w:sz w:val="24"/>
          <w:szCs w:val="24"/>
        </w:rPr>
        <w:t>.</w:t>
      </w:r>
    </w:p>
    <w:p w14:paraId="0C2BF3D0" w14:textId="77777777" w:rsidR="00B13C4C" w:rsidRPr="00B13C4C" w:rsidRDefault="00B13C4C" w:rsidP="000C3D1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toạ độ </w:t>
      </w:r>
      <w:r w:rsidRPr="00B13C4C">
        <w:rPr>
          <w:rFonts w:ascii="Times New Roman" w:hAnsi="Times New Roman" w:cs="Times New Roman"/>
          <w:position w:val="-10"/>
          <w:sz w:val="24"/>
          <w:szCs w:val="24"/>
        </w:rPr>
        <w:object w:dxaOrig="460" w:dyaOrig="320" w14:anchorId="59663C73">
          <v:shape id="_x0000_i2324" type="#_x0000_t75" style="width:22.8pt;height:16.2pt" o:ole="">
            <v:imagedata r:id="rId942" o:title=""/>
          </v:shape>
          <o:OLEObject Type="Embed" ProgID="Equation.DSMT4" ShapeID="_x0000_i2324" DrawAspect="Content" ObjectID="_1699835608" r:id="rId943"/>
        </w:object>
      </w:r>
      <w:r w:rsidRPr="00B13C4C">
        <w:rPr>
          <w:rFonts w:ascii="Times New Roman" w:hAnsi="Times New Roman" w:cs="Times New Roman"/>
          <w:sz w:val="24"/>
          <w:szCs w:val="24"/>
        </w:rPr>
        <w:t xml:space="preserve"> cho các vécto </w:t>
      </w:r>
      <w:r w:rsidRPr="00B13C4C">
        <w:rPr>
          <w:rFonts w:ascii="Times New Roman" w:hAnsi="Times New Roman" w:cs="Times New Roman"/>
          <w:position w:val="-10"/>
          <w:sz w:val="24"/>
          <w:szCs w:val="24"/>
        </w:rPr>
        <w:object w:dxaOrig="1960" w:dyaOrig="380" w14:anchorId="4229F732">
          <v:shape id="_x0000_i2325" type="#_x0000_t75" style="width:97.8pt;height:19.2pt" o:ole="">
            <v:imagedata r:id="rId944" o:title=""/>
          </v:shape>
          <o:OLEObject Type="Embed" ProgID="Equation.DSMT4" ShapeID="_x0000_i2325" DrawAspect="Content" ObjectID="_1699835609" r:id="rId945"/>
        </w:object>
      </w:r>
      <w:r w:rsidRPr="00B13C4C">
        <w:rPr>
          <w:rFonts w:ascii="Times New Roman" w:hAnsi="Times New Roman" w:cs="Times New Roman"/>
          <w:sz w:val="24"/>
          <w:szCs w:val="24"/>
        </w:rPr>
        <w:t xml:space="preserve">. Tính tích vô hướng </w:t>
      </w:r>
      <w:r w:rsidRPr="00B13C4C">
        <w:rPr>
          <w:rFonts w:ascii="Times New Roman" w:hAnsi="Times New Roman" w:cs="Times New Roman"/>
          <w:position w:val="-6"/>
          <w:sz w:val="24"/>
          <w:szCs w:val="24"/>
        </w:rPr>
        <w:object w:dxaOrig="460" w:dyaOrig="340" w14:anchorId="5EFD16D3">
          <v:shape id="_x0000_i2326" type="#_x0000_t75" style="width:22.8pt;height:16.8pt" o:ole="">
            <v:imagedata r:id="rId946" o:title=""/>
          </v:shape>
          <o:OLEObject Type="Embed" ProgID="Equation.DSMT4" ShapeID="_x0000_i2326" DrawAspect="Content" ObjectID="_1699835610" r:id="rId947"/>
        </w:object>
      </w:r>
    </w:p>
    <w:p w14:paraId="0D3532A1"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7.</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13.</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440" w:dyaOrig="279" w14:anchorId="2E617871">
          <v:shape id="_x0000_i2327" type="#_x0000_t75" style="width:22.2pt;height:13.8pt" o:ole="">
            <v:imagedata r:id="rId948" o:title=""/>
          </v:shape>
          <o:OLEObject Type="Embed" ProgID="Equation.DSMT4" ShapeID="_x0000_i2327" DrawAspect="Content" ObjectID="_1699835611" r:id="rId94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440" w:dyaOrig="279" w14:anchorId="6C564E15">
          <v:shape id="_x0000_i2328" type="#_x0000_t75" style="width:22.2pt;height:13.8pt" o:ole="">
            <v:imagedata r:id="rId950" o:title=""/>
          </v:shape>
          <o:OLEObject Type="Embed" ProgID="Equation.DSMT4" ShapeID="_x0000_i2328" DrawAspect="Content" ObjectID="_1699835612" r:id="rId951"/>
        </w:object>
      </w:r>
      <w:r w:rsidRPr="00B13C4C">
        <w:rPr>
          <w:rFonts w:ascii="Times New Roman" w:hAnsi="Times New Roman" w:cs="Times New Roman"/>
          <w:sz w:val="24"/>
          <w:szCs w:val="24"/>
        </w:rPr>
        <w:t>.</w:t>
      </w:r>
    </w:p>
    <w:p w14:paraId="4CE40994" w14:textId="77777777" w:rsidR="00B13C4C" w:rsidRPr="00B13C4C" w:rsidRDefault="00B13C4C" w:rsidP="000C3D1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mệnh đề: " </w:t>
      </w:r>
      <w:r w:rsidRPr="00B13C4C">
        <w:rPr>
          <w:rFonts w:ascii="Times New Roman" w:hAnsi="Times New Roman" w:cs="Times New Roman"/>
          <w:position w:val="-10"/>
          <w:sz w:val="24"/>
          <w:szCs w:val="24"/>
        </w:rPr>
        <w:object w:dxaOrig="2200" w:dyaOrig="360" w14:anchorId="45FE5CF6">
          <v:shape id="_x0000_i2329" type="#_x0000_t75" style="width:109.8pt;height:18pt" o:ole="">
            <v:imagedata r:id="rId952" o:title=""/>
          </v:shape>
          <o:OLEObject Type="Embed" ProgID="Equation.DSMT4" ShapeID="_x0000_i2329" DrawAspect="Content" ObjectID="_1699835613" r:id="rId953"/>
        </w:object>
      </w:r>
      <w:r w:rsidRPr="00B13C4C">
        <w:rPr>
          <w:rFonts w:ascii="Times New Roman" w:hAnsi="Times New Roman" w:cs="Times New Roman"/>
          <w:sz w:val="24"/>
          <w:szCs w:val="24"/>
        </w:rPr>
        <w:t xml:space="preserve"> ". Mệnh đề phủ định của mệnh đề trên là</w:t>
      </w:r>
    </w:p>
    <w:p w14:paraId="63504A5B"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2200" w:dyaOrig="360" w14:anchorId="4A412168">
          <v:shape id="_x0000_i2330" type="#_x0000_t75" style="width:109.8pt;height:18pt" o:ole="">
            <v:imagedata r:id="rId954" o:title=""/>
          </v:shape>
          <o:OLEObject Type="Embed" ProgID="Equation.DSMT4" ShapeID="_x0000_i2330" DrawAspect="Content" ObjectID="_1699835614" r:id="rId95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2160" w:dyaOrig="360" w14:anchorId="3FAB7D08">
          <v:shape id="_x0000_i2331" type="#_x0000_t75" style="width:108pt;height:18pt" o:ole="">
            <v:imagedata r:id="rId956" o:title=""/>
          </v:shape>
          <o:OLEObject Type="Embed" ProgID="Equation.DSMT4" ShapeID="_x0000_i2331" DrawAspect="Content" ObjectID="_1699835615" r:id="rId957"/>
        </w:object>
      </w:r>
      <w:r w:rsidRPr="00B13C4C">
        <w:rPr>
          <w:rFonts w:ascii="Times New Roman" w:hAnsi="Times New Roman" w:cs="Times New Roman"/>
          <w:sz w:val="24"/>
          <w:szCs w:val="24"/>
        </w:rPr>
        <w:t>.</w:t>
      </w:r>
    </w:p>
    <w:p w14:paraId="1A416BDD"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2200" w:dyaOrig="360" w14:anchorId="30E8651D">
          <v:shape id="_x0000_i2332" type="#_x0000_t75" style="width:109.8pt;height:18pt" o:ole="">
            <v:imagedata r:id="rId958" o:title=""/>
          </v:shape>
          <o:OLEObject Type="Embed" ProgID="Equation.DSMT4" ShapeID="_x0000_i2332" DrawAspect="Content" ObjectID="_1699835616" r:id="rId95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2160" w:dyaOrig="360" w14:anchorId="5E7BCEC4">
          <v:shape id="_x0000_i2333" type="#_x0000_t75" style="width:108pt;height:18pt" o:ole="">
            <v:imagedata r:id="rId960" o:title=""/>
          </v:shape>
          <o:OLEObject Type="Embed" ProgID="Equation.DSMT4" ShapeID="_x0000_i2333" DrawAspect="Content" ObjectID="_1699835617" r:id="rId961"/>
        </w:object>
      </w:r>
      <w:r w:rsidRPr="00B13C4C">
        <w:rPr>
          <w:rFonts w:ascii="Times New Roman" w:hAnsi="Times New Roman" w:cs="Times New Roman"/>
          <w:sz w:val="24"/>
          <w:szCs w:val="24"/>
        </w:rPr>
        <w:t>.</w:t>
      </w:r>
    </w:p>
    <w:p w14:paraId="5AD3B8DA" w14:textId="77777777" w:rsidR="00B13C4C" w:rsidRPr="00B13C4C" w:rsidRDefault="00B13C4C" w:rsidP="000C3D1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tập hợp </w:t>
      </w:r>
      <w:r w:rsidRPr="00B13C4C">
        <w:rPr>
          <w:rFonts w:ascii="Times New Roman" w:hAnsi="Times New Roman" w:cs="Times New Roman"/>
          <w:position w:val="-10"/>
          <w:sz w:val="24"/>
          <w:szCs w:val="24"/>
        </w:rPr>
        <w:object w:dxaOrig="1180" w:dyaOrig="320" w14:anchorId="4EB82F1C">
          <v:shape id="_x0000_i2334" type="#_x0000_t75" style="width:58.8pt;height:16.2pt" o:ole="">
            <v:imagedata r:id="rId962" o:title=""/>
          </v:shape>
          <o:OLEObject Type="Embed" ProgID="Equation.DSMT4" ShapeID="_x0000_i2334" DrawAspect="Content" ObjectID="_1699835618" r:id="rId963"/>
        </w:object>
      </w:r>
      <w:r w:rsidRPr="00B13C4C">
        <w:rPr>
          <w:rFonts w:ascii="Times New Roman" w:hAnsi="Times New Roman" w:cs="Times New Roman"/>
          <w:sz w:val="24"/>
          <w:szCs w:val="24"/>
        </w:rPr>
        <w:t xml:space="preserve">. Tập </w:t>
      </w:r>
      <w:r w:rsidRPr="00B13C4C">
        <w:rPr>
          <w:rFonts w:ascii="Times New Roman" w:hAnsi="Times New Roman" w:cs="Times New Roman"/>
          <w:position w:val="-4"/>
          <w:sz w:val="24"/>
          <w:szCs w:val="24"/>
        </w:rPr>
        <w:object w:dxaOrig="240" w:dyaOrig="260" w14:anchorId="0AF43352">
          <v:shape id="_x0000_i2335" type="#_x0000_t75" style="width:12pt;height:13.2pt" o:ole="">
            <v:imagedata r:id="rId964" o:title=""/>
          </v:shape>
          <o:OLEObject Type="Embed" ProgID="Equation.DSMT4" ShapeID="_x0000_i2335" DrawAspect="Content" ObjectID="_1699835619" r:id="rId965"/>
        </w:object>
      </w:r>
      <w:r w:rsidRPr="00B13C4C">
        <w:rPr>
          <w:rFonts w:ascii="Times New Roman" w:hAnsi="Times New Roman" w:cs="Times New Roman"/>
          <w:sz w:val="24"/>
          <w:szCs w:val="24"/>
        </w:rPr>
        <w:t xml:space="preserve"> có mấy tập con?</w:t>
      </w:r>
    </w:p>
    <w:p w14:paraId="07676C8C"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8.</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15.</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12.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340" w:dyaOrig="279" w14:anchorId="556184B7">
          <v:shape id="_x0000_i2336" type="#_x0000_t75" style="width:16.8pt;height:13.8pt" o:ole="">
            <v:imagedata r:id="rId966" o:title=""/>
          </v:shape>
          <o:OLEObject Type="Embed" ProgID="Equation.DSMT4" ShapeID="_x0000_i2336" DrawAspect="Content" ObjectID="_1699835620" r:id="rId967"/>
        </w:object>
      </w:r>
      <w:r w:rsidRPr="00B13C4C">
        <w:rPr>
          <w:rFonts w:ascii="Times New Roman" w:hAnsi="Times New Roman" w:cs="Times New Roman"/>
          <w:sz w:val="24"/>
          <w:szCs w:val="24"/>
        </w:rPr>
        <w:t>.</w:t>
      </w:r>
    </w:p>
    <w:p w14:paraId="25BBF92C" w14:textId="77777777" w:rsidR="00B13C4C" w:rsidRPr="00B13C4C" w:rsidRDefault="00B13C4C" w:rsidP="000C3D1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Tìm các giá trị thực của tham số </w:t>
      </w:r>
      <w:r w:rsidRPr="00B13C4C">
        <w:rPr>
          <w:rFonts w:ascii="Times New Roman" w:hAnsi="Times New Roman" w:cs="Times New Roman"/>
          <w:position w:val="-6"/>
          <w:sz w:val="24"/>
          <w:szCs w:val="24"/>
        </w:rPr>
        <w:object w:dxaOrig="260" w:dyaOrig="220" w14:anchorId="192D359A">
          <v:shape id="_x0000_i2337" type="#_x0000_t75" style="width:13.2pt;height:10.8pt" o:ole="">
            <v:imagedata r:id="rId968" o:title=""/>
          </v:shape>
          <o:OLEObject Type="Embed" ProgID="Equation.DSMT4" ShapeID="_x0000_i2337" DrawAspect="Content" ObjectID="_1699835621" r:id="rId969"/>
        </w:object>
      </w:r>
      <w:r w:rsidRPr="00B13C4C">
        <w:rPr>
          <w:rFonts w:ascii="Times New Roman" w:hAnsi="Times New Roman" w:cs="Times New Roman"/>
          <w:sz w:val="24"/>
          <w:szCs w:val="24"/>
        </w:rPr>
        <w:t xml:space="preserve"> để đường thẳng </w:t>
      </w:r>
      <w:r w:rsidRPr="00B13C4C">
        <w:rPr>
          <w:rFonts w:ascii="Times New Roman" w:hAnsi="Times New Roman" w:cs="Times New Roman"/>
          <w:position w:val="-10"/>
          <w:sz w:val="24"/>
          <w:szCs w:val="24"/>
        </w:rPr>
        <w:object w:dxaOrig="1520" w:dyaOrig="320" w14:anchorId="766E159B">
          <v:shape id="_x0000_i2338" type="#_x0000_t75" style="width:76.2pt;height:16.2pt" o:ole="">
            <v:imagedata r:id="rId970" o:title=""/>
          </v:shape>
          <o:OLEObject Type="Embed" ProgID="Equation.DSMT4" ShapeID="_x0000_i2338" DrawAspect="Content" ObjectID="_1699835622" r:id="rId971"/>
        </w:object>
      </w:r>
      <w:r w:rsidRPr="00B13C4C">
        <w:rPr>
          <w:rFonts w:ascii="Times New Roman" w:hAnsi="Times New Roman" w:cs="Times New Roman"/>
          <w:sz w:val="24"/>
          <w:szCs w:val="24"/>
        </w:rPr>
        <w:t xml:space="preserve"> song song với đường thẳng </w:t>
      </w:r>
      <w:r w:rsidRPr="00B13C4C">
        <w:rPr>
          <w:rFonts w:ascii="Times New Roman" w:hAnsi="Times New Roman" w:cs="Times New Roman"/>
          <w:position w:val="-10"/>
          <w:sz w:val="24"/>
          <w:szCs w:val="24"/>
        </w:rPr>
        <w:object w:dxaOrig="900" w:dyaOrig="320" w14:anchorId="783FD224">
          <v:shape id="_x0000_i2339" type="#_x0000_t75" style="width:45pt;height:16.2pt" o:ole="">
            <v:imagedata r:id="rId972" o:title=""/>
          </v:shape>
          <o:OLEObject Type="Embed" ProgID="Equation.DSMT4" ShapeID="_x0000_i2339" DrawAspect="Content" ObjectID="_1699835623" r:id="rId973"/>
        </w:object>
      </w:r>
      <w:r w:rsidRPr="00B13C4C">
        <w:rPr>
          <w:rFonts w:ascii="Times New Roman" w:hAnsi="Times New Roman" w:cs="Times New Roman"/>
          <w:sz w:val="24"/>
          <w:szCs w:val="24"/>
        </w:rPr>
        <w:t>.</w:t>
      </w:r>
    </w:p>
    <w:p w14:paraId="3752DD4F"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740" w:dyaOrig="279" w14:anchorId="436DB294">
          <v:shape id="_x0000_i2340" type="#_x0000_t75" style="width:37.2pt;height:13.8pt" o:ole="">
            <v:imagedata r:id="rId974" o:title=""/>
          </v:shape>
          <o:OLEObject Type="Embed" ProgID="Equation.DSMT4" ShapeID="_x0000_i2340" DrawAspect="Content" ObjectID="_1699835624" r:id="rId97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740" w:dyaOrig="279" w14:anchorId="6268A936">
          <v:shape id="_x0000_i2341" type="#_x0000_t75" style="width:37.2pt;height:13.8pt" o:ole="">
            <v:imagedata r:id="rId976" o:title=""/>
          </v:shape>
          <o:OLEObject Type="Embed" ProgID="Equation.DSMT4" ShapeID="_x0000_i2341" DrawAspect="Content" ObjectID="_1699835625" r:id="rId97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620" w:dyaOrig="279" w14:anchorId="64306777">
          <v:shape id="_x0000_i2342" type="#_x0000_t75" style="width:31.2pt;height:13.8pt" o:ole="">
            <v:imagedata r:id="rId978" o:title=""/>
          </v:shape>
          <o:OLEObject Type="Embed" ProgID="Equation.DSMT4" ShapeID="_x0000_i2342" DrawAspect="Content" ObjectID="_1699835626" r:id="rId97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940" w:dyaOrig="340" w14:anchorId="2FFE1AD2">
          <v:shape id="_x0000_i2343" type="#_x0000_t75" style="width:46.8pt;height:16.8pt" o:ole="">
            <v:imagedata r:id="rId980" o:title=""/>
          </v:shape>
          <o:OLEObject Type="Embed" ProgID="Equation.DSMT4" ShapeID="_x0000_i2343" DrawAspect="Content" ObjectID="_1699835627" r:id="rId981"/>
        </w:object>
      </w:r>
      <w:r w:rsidRPr="00B13C4C">
        <w:rPr>
          <w:rFonts w:ascii="Times New Roman" w:hAnsi="Times New Roman" w:cs="Times New Roman"/>
          <w:sz w:val="24"/>
          <w:szCs w:val="24"/>
        </w:rPr>
        <w:t>.</w:t>
      </w:r>
    </w:p>
    <w:p w14:paraId="0100EEC1" w14:textId="77777777" w:rsidR="00B13C4C" w:rsidRPr="00B13C4C" w:rsidRDefault="00B13C4C" w:rsidP="000C3D1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Phương trình </w:t>
      </w:r>
      <w:r w:rsidRPr="00B13C4C">
        <w:rPr>
          <w:rFonts w:ascii="Times New Roman" w:hAnsi="Times New Roman" w:cs="Times New Roman"/>
          <w:position w:val="-8"/>
          <w:sz w:val="24"/>
          <w:szCs w:val="24"/>
        </w:rPr>
        <w:object w:dxaOrig="1579" w:dyaOrig="360" w14:anchorId="4257B4EB">
          <v:shape id="_x0000_i2344" type="#_x0000_t75" style="width:79.2pt;height:18pt" o:ole="">
            <v:imagedata r:id="rId982" o:title=""/>
          </v:shape>
          <o:OLEObject Type="Embed" ProgID="Equation.DSMT4" ShapeID="_x0000_i2344" DrawAspect="Content" ObjectID="_1699835628" r:id="rId983"/>
        </w:object>
      </w:r>
      <w:r w:rsidRPr="00B13C4C">
        <w:rPr>
          <w:rFonts w:ascii="Times New Roman" w:hAnsi="Times New Roman" w:cs="Times New Roman"/>
          <w:sz w:val="24"/>
          <w:szCs w:val="24"/>
        </w:rPr>
        <w:t xml:space="preserve"> có nghiệm là</w:t>
      </w:r>
    </w:p>
    <w:p w14:paraId="1BD4076E"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0.</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Vô số.</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1.</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2.</w:t>
      </w:r>
    </w:p>
    <w:p w14:paraId="302DCBF9" w14:textId="77777777" w:rsidR="00B13C4C" w:rsidRPr="00B13C4C" w:rsidRDefault="00B13C4C" w:rsidP="000C3D1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Phát biểu nào sau đây là một mệnh đề?</w:t>
      </w:r>
    </w:p>
    <w:p w14:paraId="67F6D999"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Đề thi môn Toán dễ quá!.</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Mùa thu Hà Nội đẹp quá!.</w:t>
      </w:r>
    </w:p>
    <w:p w14:paraId="0406A561"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Cairo là thủ đô của Ai Câp.</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Bạn có đi học không?.</w:t>
      </w:r>
    </w:p>
    <w:p w14:paraId="0E032D7E" w14:textId="77777777" w:rsidR="00B13C4C" w:rsidRPr="00B13C4C" w:rsidRDefault="00B13C4C" w:rsidP="000C3D1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Tập </w:t>
      </w:r>
      <w:r w:rsidRPr="00B13C4C">
        <w:rPr>
          <w:rFonts w:ascii="Times New Roman" w:hAnsi="Times New Roman" w:cs="Times New Roman"/>
          <w:position w:val="-10"/>
          <w:sz w:val="24"/>
          <w:szCs w:val="24"/>
        </w:rPr>
        <w:object w:dxaOrig="1760" w:dyaOrig="320" w14:anchorId="39C471EA">
          <v:shape id="_x0000_i2345" type="#_x0000_t75" style="width:88.2pt;height:16.2pt" o:ole="">
            <v:imagedata r:id="rId984" o:title=""/>
          </v:shape>
          <o:OLEObject Type="Embed" ProgID="Equation.DSMT4" ShapeID="_x0000_i2345" DrawAspect="Content" ObjectID="_1699835629" r:id="rId985"/>
        </w:object>
      </w:r>
      <w:r w:rsidRPr="00B13C4C">
        <w:rPr>
          <w:rFonts w:ascii="Times New Roman" w:hAnsi="Times New Roman" w:cs="Times New Roman"/>
          <w:sz w:val="24"/>
          <w:szCs w:val="24"/>
        </w:rPr>
        <w:t xml:space="preserve"> bằng</w:t>
      </w:r>
    </w:p>
    <w:p w14:paraId="2AF4F78B"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859" w:dyaOrig="320" w14:anchorId="4052EFFB">
          <v:shape id="_x0000_i2346" type="#_x0000_t75" style="width:43.2pt;height:16.2pt" o:ole="">
            <v:imagedata r:id="rId986" o:title=""/>
          </v:shape>
          <o:OLEObject Type="Embed" ProgID="Equation.DSMT4" ShapeID="_x0000_i2346" DrawAspect="Content" ObjectID="_1699835630" r:id="rId98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820" w:dyaOrig="320" w14:anchorId="48CD3F15">
          <v:shape id="_x0000_i2347" type="#_x0000_t75" style="width:40.8pt;height:16.2pt" o:ole="">
            <v:imagedata r:id="rId988" o:title=""/>
          </v:shape>
          <o:OLEObject Type="Embed" ProgID="Equation.DSMT4" ShapeID="_x0000_i2347" DrawAspect="Content" ObjectID="_1699835631" r:id="rId98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800" w:dyaOrig="320" w14:anchorId="04F9ECBD">
          <v:shape id="_x0000_i2348" type="#_x0000_t75" style="width:40.2pt;height:16.2pt" o:ole="">
            <v:imagedata r:id="rId990" o:title=""/>
          </v:shape>
          <o:OLEObject Type="Embed" ProgID="Equation.DSMT4" ShapeID="_x0000_i2348" DrawAspect="Content" ObjectID="_1699835632" r:id="rId99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880" w:dyaOrig="320" w14:anchorId="02FBB58D">
          <v:shape id="_x0000_i2349" type="#_x0000_t75" style="width:43.8pt;height:16.2pt" o:ole="">
            <v:imagedata r:id="rId992" o:title=""/>
          </v:shape>
          <o:OLEObject Type="Embed" ProgID="Equation.DSMT4" ShapeID="_x0000_i2349" DrawAspect="Content" ObjectID="_1699835633" r:id="rId993"/>
        </w:object>
      </w:r>
      <w:r w:rsidRPr="00B13C4C">
        <w:rPr>
          <w:rFonts w:ascii="Times New Roman" w:hAnsi="Times New Roman" w:cs="Times New Roman"/>
          <w:sz w:val="24"/>
          <w:szCs w:val="24"/>
        </w:rPr>
        <w:t>.</w:t>
      </w:r>
    </w:p>
    <w:p w14:paraId="12C94EE3" w14:textId="77777777" w:rsidR="00B13C4C" w:rsidRPr="00B13C4C" w:rsidRDefault="00B13C4C" w:rsidP="000C3D1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lastRenderedPageBreak/>
        <w:t>Câu 17: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Chọn mệnh đề sai:</w:t>
      </w:r>
    </w:p>
    <w:p w14:paraId="4FE42791"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 xml:space="preserve">" </w:t>
      </w:r>
      <w:r w:rsidRPr="00B13C4C">
        <w:rPr>
          <w:rFonts w:ascii="Times New Roman" w:hAnsi="Times New Roman" w:cs="Times New Roman"/>
          <w:position w:val="-6"/>
          <w:sz w:val="24"/>
          <w:szCs w:val="24"/>
        </w:rPr>
        <w:object w:dxaOrig="1579" w:dyaOrig="320" w14:anchorId="0D70A01E">
          <v:shape id="_x0000_i2350" type="#_x0000_t75" style="width:79.2pt;height:16.2pt" o:ole="">
            <v:imagedata r:id="rId994" o:title=""/>
          </v:shape>
          <o:OLEObject Type="Embed" ProgID="Equation.DSMT4" ShapeID="_x0000_i2350" DrawAspect="Content" ObjectID="_1699835634" r:id="rId99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 xml:space="preserve">" </w:t>
      </w:r>
      <w:r w:rsidRPr="00B13C4C">
        <w:rPr>
          <w:rFonts w:ascii="Times New Roman" w:hAnsi="Times New Roman" w:cs="Times New Roman"/>
          <w:position w:val="-6"/>
          <w:sz w:val="24"/>
          <w:szCs w:val="24"/>
        </w:rPr>
        <w:object w:dxaOrig="1620" w:dyaOrig="279" w14:anchorId="34BB53BA">
          <v:shape id="_x0000_i2351" type="#_x0000_t75" style="width:81pt;height:13.8pt" o:ole="">
            <v:imagedata r:id="rId996" o:title=""/>
          </v:shape>
          <o:OLEObject Type="Embed" ProgID="Equation.DSMT4" ShapeID="_x0000_i2351" DrawAspect="Content" ObjectID="_1699835635" r:id="rId997"/>
        </w:object>
      </w:r>
      <w:r w:rsidRPr="00B13C4C">
        <w:rPr>
          <w:rFonts w:ascii="Times New Roman" w:hAnsi="Times New Roman" w:cs="Times New Roman"/>
          <w:sz w:val="24"/>
          <w:szCs w:val="24"/>
        </w:rPr>
        <w:t>.</w:t>
      </w:r>
    </w:p>
    <w:p w14:paraId="7ECEBBFD"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 xml:space="preserve">“ </w:t>
      </w:r>
      <w:r w:rsidRPr="00B13C4C">
        <w:rPr>
          <w:rFonts w:ascii="Times New Roman" w:hAnsi="Times New Roman" w:cs="Times New Roman"/>
          <w:position w:val="-6"/>
          <w:sz w:val="24"/>
          <w:szCs w:val="24"/>
        </w:rPr>
        <w:object w:dxaOrig="1340" w:dyaOrig="279" w14:anchorId="1187D33A">
          <v:shape id="_x0000_i2352" type="#_x0000_t75" style="width:67.2pt;height:13.8pt" o:ole="">
            <v:imagedata r:id="rId998" o:title=""/>
          </v:shape>
          <o:OLEObject Type="Embed" ProgID="Equation.DSMT4" ShapeID="_x0000_i2352" DrawAspect="Content" ObjectID="_1699835636" r:id="rId999"/>
        </w:object>
      </w:r>
      <w:r w:rsidRPr="00B13C4C">
        <w:rPr>
          <w:rFonts w:ascii="Times New Roman" w:hAnsi="Times New Roman" w:cs="Times New Roman"/>
          <w:sz w:val="24"/>
          <w:szCs w:val="24"/>
        </w:rPr>
        <w:t xml:space="preserve"> ”.</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 xml:space="preserve">“ </w:t>
      </w:r>
      <w:r w:rsidRPr="00B13C4C">
        <w:rPr>
          <w:rFonts w:ascii="Times New Roman" w:hAnsi="Times New Roman" w:cs="Times New Roman"/>
          <w:position w:val="-6"/>
          <w:sz w:val="24"/>
          <w:szCs w:val="24"/>
        </w:rPr>
        <w:object w:dxaOrig="1560" w:dyaOrig="320" w14:anchorId="22BF0494">
          <v:shape id="_x0000_i2353" type="#_x0000_t75" style="width:78pt;height:16.2pt" o:ole="">
            <v:imagedata r:id="rId1000" o:title=""/>
          </v:shape>
          <o:OLEObject Type="Embed" ProgID="Equation.DSMT4" ShapeID="_x0000_i2353" DrawAspect="Content" ObjectID="_1699835637" r:id="rId1001"/>
        </w:object>
      </w:r>
      <w:r w:rsidRPr="00B13C4C">
        <w:rPr>
          <w:rFonts w:ascii="Times New Roman" w:hAnsi="Times New Roman" w:cs="Times New Roman"/>
          <w:sz w:val="24"/>
          <w:szCs w:val="24"/>
        </w:rPr>
        <w:t>.</w:t>
      </w:r>
    </w:p>
    <w:p w14:paraId="5C0EE2B4" w14:textId="77777777" w:rsidR="00B13C4C" w:rsidRPr="00B13C4C" w:rsidRDefault="00B13C4C" w:rsidP="000C3D1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w:t>
      </w:r>
      <w:r w:rsidRPr="00B13C4C">
        <w:rPr>
          <w:rFonts w:ascii="Times New Roman" w:hAnsi="Times New Roman" w:cs="Times New Roman"/>
          <w:position w:val="-10"/>
          <w:sz w:val="24"/>
          <w:szCs w:val="24"/>
        </w:rPr>
        <w:object w:dxaOrig="2940" w:dyaOrig="320" w14:anchorId="151F7790">
          <v:shape id="_x0000_i2354" type="#_x0000_t75" style="width:147pt;height:16.2pt" o:ole="">
            <v:imagedata r:id="rId1002" o:title=""/>
          </v:shape>
          <o:OLEObject Type="Embed" ProgID="Equation.DSMT4" ShapeID="_x0000_i2354" DrawAspect="Content" ObjectID="_1699835638" r:id="rId1003"/>
        </w:object>
      </w:r>
      <w:r w:rsidRPr="00B13C4C">
        <w:rPr>
          <w:rFonts w:ascii="Times New Roman" w:hAnsi="Times New Roman" w:cs="Times New Roman"/>
          <w:sz w:val="24"/>
          <w:szCs w:val="24"/>
        </w:rPr>
        <w:t xml:space="preserve">. Tập </w:t>
      </w:r>
      <w:r w:rsidRPr="00B13C4C">
        <w:rPr>
          <w:rFonts w:ascii="Times New Roman" w:hAnsi="Times New Roman" w:cs="Times New Roman"/>
          <w:position w:val="-4"/>
          <w:sz w:val="24"/>
          <w:szCs w:val="24"/>
        </w:rPr>
        <w:object w:dxaOrig="660" w:dyaOrig="260" w14:anchorId="733A81F6">
          <v:shape id="_x0000_i2355" type="#_x0000_t75" style="width:33pt;height:13.2pt" o:ole="">
            <v:imagedata r:id="rId1004" o:title=""/>
          </v:shape>
          <o:OLEObject Type="Embed" ProgID="Equation.DSMT4" ShapeID="_x0000_i2355" DrawAspect="Content" ObjectID="_1699835639" r:id="rId1005"/>
        </w:object>
      </w:r>
      <w:r w:rsidRPr="00B13C4C">
        <w:rPr>
          <w:rFonts w:ascii="Times New Roman" w:hAnsi="Times New Roman" w:cs="Times New Roman"/>
          <w:sz w:val="24"/>
          <w:szCs w:val="24"/>
        </w:rPr>
        <w:t xml:space="preserve"> bằng:</w:t>
      </w:r>
    </w:p>
    <w:p w14:paraId="421BEEBA"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920" w:dyaOrig="320" w14:anchorId="2698B27B">
          <v:shape id="_x0000_i2356" type="#_x0000_t75" style="width:46.2pt;height:16.2pt" o:ole="">
            <v:imagedata r:id="rId1006" o:title=""/>
          </v:shape>
          <o:OLEObject Type="Embed" ProgID="Equation.DSMT4" ShapeID="_x0000_i2356" DrawAspect="Content" ObjectID="_1699835640" r:id="rId100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720" w:dyaOrig="320" w14:anchorId="4B03D2C1">
          <v:shape id="_x0000_i2357" type="#_x0000_t75" style="width:36pt;height:16.2pt" o:ole="">
            <v:imagedata r:id="rId1008" o:title=""/>
          </v:shape>
          <o:OLEObject Type="Embed" ProgID="Equation.DSMT4" ShapeID="_x0000_i2357" DrawAspect="Content" ObjectID="_1699835641" r:id="rId1009"/>
        </w:object>
      </w:r>
      <w:r w:rsidRPr="00B13C4C">
        <w:rPr>
          <w:rFonts w:ascii="Times New Roman" w:hAnsi="Times New Roman" w:cs="Times New Roman"/>
          <w:sz w:val="24"/>
          <w:szCs w:val="24"/>
        </w:rPr>
        <w:t>.</w:t>
      </w:r>
    </w:p>
    <w:p w14:paraId="44A23F85"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740" w:dyaOrig="320" w14:anchorId="6CB9072F">
          <v:shape id="_x0000_i2358" type="#_x0000_t75" style="width:37.2pt;height:16.2pt" o:ole="">
            <v:imagedata r:id="rId1010" o:title=""/>
          </v:shape>
          <o:OLEObject Type="Embed" ProgID="Equation.DSMT4" ShapeID="_x0000_i2358" DrawAspect="Content" ObjectID="_1699835642" r:id="rId101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900" w:dyaOrig="320" w14:anchorId="11558472">
          <v:shape id="_x0000_i2359" type="#_x0000_t75" style="width:94.8pt;height:16.2pt" o:ole="">
            <v:imagedata r:id="rId1012" o:title=""/>
          </v:shape>
          <o:OLEObject Type="Embed" ProgID="Equation.DSMT4" ShapeID="_x0000_i2359" DrawAspect="Content" ObjectID="_1699835643" r:id="rId1013"/>
        </w:object>
      </w:r>
      <w:r w:rsidRPr="00B13C4C">
        <w:rPr>
          <w:rFonts w:ascii="Times New Roman" w:hAnsi="Times New Roman" w:cs="Times New Roman"/>
          <w:sz w:val="24"/>
          <w:szCs w:val="24"/>
        </w:rPr>
        <w:t>.</w:t>
      </w:r>
    </w:p>
    <w:p w14:paraId="1F6BA503" w14:textId="77777777" w:rsidR="00B13C4C" w:rsidRPr="00B13C4C" w:rsidRDefault="00B13C4C" w:rsidP="000C3D1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Trên mặt phẳng tọa độ </w:t>
      </w:r>
      <w:r w:rsidRPr="00B13C4C">
        <w:rPr>
          <w:rFonts w:ascii="Times New Roman" w:hAnsi="Times New Roman" w:cs="Times New Roman"/>
          <w:position w:val="-10"/>
          <w:sz w:val="24"/>
          <w:szCs w:val="24"/>
        </w:rPr>
        <w:object w:dxaOrig="460" w:dyaOrig="320" w14:anchorId="18C6D252">
          <v:shape id="_x0000_i2360" type="#_x0000_t75" style="width:22.8pt;height:16.2pt" o:ole="">
            <v:imagedata r:id="rId1014" o:title=""/>
          </v:shape>
          <o:OLEObject Type="Embed" ProgID="Equation.DSMT4" ShapeID="_x0000_i2360" DrawAspect="Content" ObjectID="_1699835644" r:id="rId1015"/>
        </w:object>
      </w:r>
      <w:r w:rsidRPr="00B13C4C">
        <w:rPr>
          <w:rFonts w:ascii="Times New Roman" w:hAnsi="Times New Roman" w:cs="Times New Roman"/>
          <w:sz w:val="24"/>
          <w:szCs w:val="24"/>
        </w:rPr>
        <w:t xml:space="preserve"> cho tam giác </w:t>
      </w:r>
      <w:r w:rsidRPr="00B13C4C">
        <w:rPr>
          <w:rFonts w:ascii="Times New Roman" w:hAnsi="Times New Roman" w:cs="Times New Roman"/>
          <w:position w:val="-6"/>
          <w:sz w:val="24"/>
          <w:szCs w:val="24"/>
        </w:rPr>
        <w:object w:dxaOrig="560" w:dyaOrig="279" w14:anchorId="1E7F6384">
          <v:shape id="_x0000_i2361" type="#_x0000_t75" style="width:28.2pt;height:13.8pt" o:ole="">
            <v:imagedata r:id="rId1016" o:title=""/>
          </v:shape>
          <o:OLEObject Type="Embed" ProgID="Equation.DSMT4" ShapeID="_x0000_i2361" DrawAspect="Content" ObjectID="_1699835645" r:id="rId1017"/>
        </w:object>
      </w:r>
      <w:r w:rsidRPr="00B13C4C">
        <w:rPr>
          <w:rFonts w:ascii="Times New Roman" w:hAnsi="Times New Roman" w:cs="Times New Roman"/>
          <w:sz w:val="24"/>
          <w:szCs w:val="24"/>
        </w:rPr>
        <w:t xml:space="preserve"> biết </w:t>
      </w:r>
      <w:r w:rsidRPr="00B13C4C">
        <w:rPr>
          <w:rFonts w:ascii="Times New Roman" w:hAnsi="Times New Roman" w:cs="Times New Roman"/>
          <w:position w:val="-10"/>
          <w:sz w:val="24"/>
          <w:szCs w:val="24"/>
        </w:rPr>
        <w:object w:dxaOrig="2240" w:dyaOrig="320" w14:anchorId="18197C9F">
          <v:shape id="_x0000_i2362" type="#_x0000_t75" style="width:112.2pt;height:16.2pt" o:ole="">
            <v:imagedata r:id="rId1018" o:title=""/>
          </v:shape>
          <o:OLEObject Type="Embed" ProgID="Equation.DSMT4" ShapeID="_x0000_i2362" DrawAspect="Content" ObjectID="_1699835646" r:id="rId1019"/>
        </w:object>
      </w:r>
      <w:r w:rsidRPr="00B13C4C">
        <w:rPr>
          <w:rFonts w:ascii="Times New Roman" w:hAnsi="Times New Roman" w:cs="Times New Roman"/>
          <w:sz w:val="24"/>
          <w:szCs w:val="24"/>
        </w:rPr>
        <w:t xml:space="preserve">. Tính côsin góc </w:t>
      </w:r>
      <w:r w:rsidRPr="00B13C4C">
        <w:rPr>
          <w:rFonts w:ascii="Times New Roman" w:hAnsi="Times New Roman" w:cs="Times New Roman"/>
          <w:position w:val="-4"/>
          <w:sz w:val="24"/>
          <w:szCs w:val="24"/>
        </w:rPr>
        <w:object w:dxaOrig="240" w:dyaOrig="260" w14:anchorId="24CEA60C">
          <v:shape id="_x0000_i2363" type="#_x0000_t75" style="width:12pt;height:13.2pt" o:ole="">
            <v:imagedata r:id="rId1020" o:title=""/>
          </v:shape>
          <o:OLEObject Type="Embed" ProgID="Equation.DSMT4" ShapeID="_x0000_i2363" DrawAspect="Content" ObjectID="_1699835647" r:id="rId1021"/>
        </w:object>
      </w:r>
      <w:r w:rsidRPr="00B13C4C">
        <w:rPr>
          <w:rFonts w:ascii="Times New Roman" w:hAnsi="Times New Roman" w:cs="Times New Roman"/>
          <w:sz w:val="24"/>
          <w:szCs w:val="24"/>
        </w:rPr>
        <w:t xml:space="preserve"> của tam giác.</w:t>
      </w:r>
    </w:p>
    <w:p w14:paraId="7FA639CE"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8"/>
          <w:sz w:val="24"/>
          <w:szCs w:val="24"/>
        </w:rPr>
        <w:object w:dxaOrig="1260" w:dyaOrig="660" w14:anchorId="26C4DC60">
          <v:shape id="_x0000_i2364" type="#_x0000_t75" style="width:63pt;height:33pt" o:ole="">
            <v:imagedata r:id="rId1022" o:title=""/>
          </v:shape>
          <o:OLEObject Type="Embed" ProgID="Equation.DSMT4" ShapeID="_x0000_i2364" DrawAspect="Content" ObjectID="_1699835648" r:id="rId102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1500" w:dyaOrig="680" w14:anchorId="69470353">
          <v:shape id="_x0000_i2365" type="#_x0000_t75" style="width:75pt;height:34.2pt" o:ole="">
            <v:imagedata r:id="rId1024" o:title=""/>
          </v:shape>
          <o:OLEObject Type="Embed" ProgID="Equation.DSMT4" ShapeID="_x0000_i2365" DrawAspect="Content" ObjectID="_1699835649" r:id="rId102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8"/>
          <w:sz w:val="24"/>
          <w:szCs w:val="24"/>
        </w:rPr>
        <w:object w:dxaOrig="1420" w:dyaOrig="660" w14:anchorId="645766AF">
          <v:shape id="_x0000_i2366" type="#_x0000_t75" style="width:70.8pt;height:33pt" o:ole="">
            <v:imagedata r:id="rId1026" o:title=""/>
          </v:shape>
          <o:OLEObject Type="Embed" ProgID="Equation.DSMT4" ShapeID="_x0000_i2366" DrawAspect="Content" ObjectID="_1699835650" r:id="rId102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1359" w:dyaOrig="680" w14:anchorId="080B381F">
          <v:shape id="_x0000_i2367" type="#_x0000_t75" style="width:67.8pt;height:34.2pt" o:ole="">
            <v:imagedata r:id="rId1028" o:title=""/>
          </v:shape>
          <o:OLEObject Type="Embed" ProgID="Equation.DSMT4" ShapeID="_x0000_i2367" DrawAspect="Content" ObjectID="_1699835651" r:id="rId1029"/>
        </w:object>
      </w:r>
      <w:r w:rsidRPr="00B13C4C">
        <w:rPr>
          <w:rFonts w:ascii="Times New Roman" w:hAnsi="Times New Roman" w:cs="Times New Roman"/>
          <w:sz w:val="24"/>
          <w:szCs w:val="24"/>
        </w:rPr>
        <w:t>.</w:t>
      </w:r>
    </w:p>
    <w:p w14:paraId="27048C3F" w14:textId="77777777" w:rsidR="00B13C4C" w:rsidRPr="00B13C4C" w:rsidRDefault="00B13C4C" w:rsidP="000C3D1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Tìm tất cả các giá trị của </w:t>
      </w:r>
      <w:r w:rsidRPr="00B13C4C">
        <w:rPr>
          <w:rFonts w:ascii="Times New Roman" w:hAnsi="Times New Roman" w:cs="Times New Roman"/>
          <w:position w:val="-6"/>
          <w:sz w:val="24"/>
          <w:szCs w:val="24"/>
        </w:rPr>
        <w:object w:dxaOrig="260" w:dyaOrig="220" w14:anchorId="3174A9FF">
          <v:shape id="_x0000_i2368" type="#_x0000_t75" style="width:13.2pt;height:10.8pt" o:ole="">
            <v:imagedata r:id="rId1030" o:title=""/>
          </v:shape>
          <o:OLEObject Type="Embed" ProgID="Equation.DSMT4" ShapeID="_x0000_i2368" DrawAspect="Content" ObjectID="_1699835652" r:id="rId1031"/>
        </w:object>
      </w:r>
      <w:r w:rsidRPr="00B13C4C">
        <w:rPr>
          <w:rFonts w:ascii="Times New Roman" w:hAnsi="Times New Roman" w:cs="Times New Roman"/>
          <w:sz w:val="24"/>
          <w:szCs w:val="24"/>
        </w:rPr>
        <w:t xml:space="preserve"> để phương trình </w:t>
      </w:r>
      <w:r w:rsidRPr="00B13C4C">
        <w:rPr>
          <w:rFonts w:ascii="Times New Roman" w:hAnsi="Times New Roman" w:cs="Times New Roman"/>
          <w:position w:val="-10"/>
          <w:sz w:val="24"/>
          <w:szCs w:val="24"/>
        </w:rPr>
        <w:object w:dxaOrig="1740" w:dyaOrig="320" w14:anchorId="63AA5FF8">
          <v:shape id="_x0000_i2369" type="#_x0000_t75" style="width:87pt;height:16.2pt" o:ole="">
            <v:imagedata r:id="rId1032" o:title=""/>
          </v:shape>
          <o:OLEObject Type="Embed" ProgID="Equation.DSMT4" ShapeID="_x0000_i2369" DrawAspect="Content" ObjectID="_1699835653" r:id="rId1033"/>
        </w:object>
      </w:r>
      <w:r w:rsidRPr="00B13C4C">
        <w:rPr>
          <w:rFonts w:ascii="Times New Roman" w:hAnsi="Times New Roman" w:cs="Times New Roman"/>
          <w:sz w:val="24"/>
          <w:szCs w:val="24"/>
        </w:rPr>
        <w:t xml:space="preserve"> có nghiệm duy nhát.</w:t>
      </w:r>
    </w:p>
    <w:p w14:paraId="748522D4"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620" w:dyaOrig="279" w14:anchorId="1A30A01C">
          <v:shape id="_x0000_i2370" type="#_x0000_t75" style="width:31.2pt;height:13.8pt" o:ole="">
            <v:imagedata r:id="rId1034" o:title=""/>
          </v:shape>
          <o:OLEObject Type="Embed" ProgID="Equation.DSMT4" ShapeID="_x0000_i2370" DrawAspect="Content" ObjectID="_1699835654" r:id="rId103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560" w:dyaOrig="279" w14:anchorId="567B250B">
          <v:shape id="_x0000_i2371" type="#_x0000_t75" style="width:28.2pt;height:13.8pt" o:ole="">
            <v:imagedata r:id="rId1036" o:title=""/>
          </v:shape>
          <o:OLEObject Type="Embed" ProgID="Equation.DSMT4" ShapeID="_x0000_i2371" DrawAspect="Content" ObjectID="_1699835655" r:id="rId1037"/>
        </w:object>
      </w:r>
      <w:r w:rsidRPr="00B13C4C">
        <w:rPr>
          <w:rFonts w:ascii="Times New Roman" w:hAnsi="Times New Roman" w:cs="Times New Roman"/>
          <w:sz w:val="24"/>
          <w:szCs w:val="24"/>
        </w:rPr>
        <w:t xml:space="preserve"> và </w:t>
      </w:r>
      <w:r w:rsidRPr="00B13C4C">
        <w:rPr>
          <w:rFonts w:ascii="Times New Roman" w:hAnsi="Times New Roman" w:cs="Times New Roman"/>
          <w:position w:val="-6"/>
          <w:sz w:val="24"/>
          <w:szCs w:val="24"/>
        </w:rPr>
        <w:object w:dxaOrig="620" w:dyaOrig="279" w14:anchorId="4D48ECCA">
          <v:shape id="_x0000_i2372" type="#_x0000_t75" style="width:31.2pt;height:13.8pt" o:ole="">
            <v:imagedata r:id="rId1038" o:title=""/>
          </v:shape>
          <o:OLEObject Type="Embed" ProgID="Equation.DSMT4" ShapeID="_x0000_i2372" DrawAspect="Content" ObjectID="_1699835656" r:id="rId103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560" w:dyaOrig="279" w14:anchorId="01B0DA67">
          <v:shape id="_x0000_i2373" type="#_x0000_t75" style="width:28.2pt;height:13.8pt" o:ole="">
            <v:imagedata r:id="rId1040" o:title=""/>
          </v:shape>
          <o:OLEObject Type="Embed" ProgID="Equation.DSMT4" ShapeID="_x0000_i2373" DrawAspect="Content" ObjectID="_1699835657" r:id="rId104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560" w:dyaOrig="279" w14:anchorId="78B74CCC">
          <v:shape id="_x0000_i2374" type="#_x0000_t75" style="width:28.2pt;height:13.8pt" o:ole="">
            <v:imagedata r:id="rId1042" o:title=""/>
          </v:shape>
          <o:OLEObject Type="Embed" ProgID="Equation.DSMT4" ShapeID="_x0000_i2374" DrawAspect="Content" ObjectID="_1699835658" r:id="rId1043"/>
        </w:object>
      </w:r>
      <w:r w:rsidRPr="00B13C4C">
        <w:rPr>
          <w:rFonts w:ascii="Times New Roman" w:hAnsi="Times New Roman" w:cs="Times New Roman"/>
          <w:sz w:val="24"/>
          <w:szCs w:val="24"/>
        </w:rPr>
        <w:t>.</w:t>
      </w:r>
    </w:p>
    <w:p w14:paraId="329605F8" w14:textId="77777777" w:rsidR="00B13C4C" w:rsidRPr="00B13C4C" w:rsidRDefault="00B13C4C" w:rsidP="000C3D1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Điểm nào sau đây thuộc đồ thị hàm số </w:t>
      </w:r>
      <w:r w:rsidRPr="00B13C4C">
        <w:rPr>
          <w:rFonts w:ascii="Times New Roman" w:hAnsi="Times New Roman" w:cs="Times New Roman"/>
          <w:position w:val="-10"/>
          <w:sz w:val="24"/>
          <w:szCs w:val="24"/>
        </w:rPr>
        <w:object w:dxaOrig="2120" w:dyaOrig="320" w14:anchorId="2B0A34D6">
          <v:shape id="_x0000_i2375" type="#_x0000_t75" style="width:106.2pt;height:16.2pt" o:ole="">
            <v:imagedata r:id="rId1044" o:title=""/>
          </v:shape>
          <o:OLEObject Type="Embed" ProgID="Equation.DSMT4" ShapeID="_x0000_i2375" DrawAspect="Content" ObjectID="_1699835659" r:id="rId1045"/>
        </w:object>
      </w:r>
      <w:r w:rsidRPr="00B13C4C">
        <w:rPr>
          <w:rFonts w:ascii="Times New Roman" w:hAnsi="Times New Roman" w:cs="Times New Roman"/>
          <w:sz w:val="24"/>
          <w:szCs w:val="24"/>
        </w:rPr>
        <w:t>?</w:t>
      </w:r>
    </w:p>
    <w:p w14:paraId="406FC4C0"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560" w:dyaOrig="320" w14:anchorId="4199B090">
          <v:shape id="_x0000_i2376" type="#_x0000_t75" style="width:28.2pt;height:16.2pt" o:ole="">
            <v:imagedata r:id="rId1046" o:title=""/>
          </v:shape>
          <o:OLEObject Type="Embed" ProgID="Equation.DSMT4" ShapeID="_x0000_i2376" DrawAspect="Content" ObjectID="_1699835660" r:id="rId104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639" w:dyaOrig="320" w14:anchorId="40174E58">
          <v:shape id="_x0000_i2377" type="#_x0000_t75" style="width:31.8pt;height:16.2pt" o:ole="">
            <v:imagedata r:id="rId1048" o:title=""/>
          </v:shape>
          <o:OLEObject Type="Embed" ProgID="Equation.DSMT4" ShapeID="_x0000_i2377" DrawAspect="Content" ObjectID="_1699835661" r:id="rId104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940" w:dyaOrig="320" w14:anchorId="59254B20">
          <v:shape id="_x0000_i2378" type="#_x0000_t75" style="width:46.8pt;height:16.2pt" o:ole="">
            <v:imagedata r:id="rId1050" o:title=""/>
          </v:shape>
          <o:OLEObject Type="Embed" ProgID="Equation.DSMT4" ShapeID="_x0000_i2378" DrawAspect="Content" ObjectID="_1699835662" r:id="rId105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Cả ba điểm trên.</w:t>
      </w:r>
    </w:p>
    <w:p w14:paraId="1ADBC26F" w14:textId="77777777" w:rsidR="00B13C4C" w:rsidRPr="00B13C4C" w:rsidRDefault="00B13C4C" w:rsidP="000C3D1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hàm số </w:t>
      </w:r>
      <w:r w:rsidRPr="00B13C4C">
        <w:rPr>
          <w:rFonts w:ascii="Times New Roman" w:hAnsi="Times New Roman" w:cs="Times New Roman"/>
          <w:position w:val="-24"/>
          <w:sz w:val="24"/>
          <w:szCs w:val="24"/>
        </w:rPr>
        <w:object w:dxaOrig="1579" w:dyaOrig="620" w14:anchorId="06BFFD92">
          <v:shape id="_x0000_i2379" type="#_x0000_t75" style="width:79.2pt;height:31.2pt" o:ole="">
            <v:imagedata r:id="rId1052" o:title=""/>
          </v:shape>
          <o:OLEObject Type="Embed" ProgID="Equation.DSMT4" ShapeID="_x0000_i2379" DrawAspect="Content" ObjectID="_1699835663" r:id="rId1053"/>
        </w:object>
      </w:r>
      <w:r w:rsidRPr="00B13C4C">
        <w:rPr>
          <w:rFonts w:ascii="Times New Roman" w:hAnsi="Times New Roman" w:cs="Times New Roman"/>
          <w:sz w:val="24"/>
          <w:szCs w:val="24"/>
        </w:rPr>
        <w:t>. Trong các điểm sau đây, điểm nào thuộc đồ thị hàm số:</w:t>
      </w:r>
    </w:p>
    <w:p w14:paraId="7BBED724"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2"/>
          <w:sz w:val="24"/>
          <w:szCs w:val="24"/>
        </w:rPr>
        <w:object w:dxaOrig="859" w:dyaOrig="360" w14:anchorId="0E6F6F95">
          <v:shape id="_x0000_i2380" type="#_x0000_t75" style="width:43.2pt;height:18pt" o:ole="">
            <v:imagedata r:id="rId1054" o:title=""/>
          </v:shape>
          <o:OLEObject Type="Embed" ProgID="Equation.DSMT4" ShapeID="_x0000_i2380" DrawAspect="Content" ObjectID="_1699835664" r:id="rId105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2"/>
          <w:sz w:val="24"/>
          <w:szCs w:val="24"/>
        </w:rPr>
        <w:object w:dxaOrig="840" w:dyaOrig="360" w14:anchorId="64185AAD">
          <v:shape id="_x0000_i2381" type="#_x0000_t75" style="width:42pt;height:18pt" o:ole="">
            <v:imagedata r:id="rId1056" o:title=""/>
          </v:shape>
          <o:OLEObject Type="Embed" ProgID="Equation.DSMT4" ShapeID="_x0000_i2381" DrawAspect="Content" ObjectID="_1699835665" r:id="rId105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2"/>
          <w:sz w:val="24"/>
          <w:szCs w:val="24"/>
        </w:rPr>
        <w:object w:dxaOrig="1240" w:dyaOrig="360" w14:anchorId="155B9DDB">
          <v:shape id="_x0000_i2382" type="#_x0000_t75" style="width:61.8pt;height:18pt" o:ole="">
            <v:imagedata r:id="rId1058" o:title=""/>
          </v:shape>
          <o:OLEObject Type="Embed" ProgID="Equation.DSMT4" ShapeID="_x0000_i2382" DrawAspect="Content" ObjectID="_1699835666" r:id="rId105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Tất cả đều sai.</w:t>
      </w:r>
    </w:p>
    <w:p w14:paraId="63507078" w14:textId="77777777" w:rsidR="00B13C4C" w:rsidRPr="00B13C4C" w:rsidRDefault="00B13C4C" w:rsidP="000C3D1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hàm số </w:t>
      </w:r>
      <w:r w:rsidRPr="00B13C4C">
        <w:rPr>
          <w:rFonts w:ascii="Times New Roman" w:hAnsi="Times New Roman" w:cs="Times New Roman"/>
          <w:position w:val="-84"/>
          <w:sz w:val="24"/>
          <w:szCs w:val="24"/>
        </w:rPr>
        <w:object w:dxaOrig="2160" w:dyaOrig="1800" w14:anchorId="76C38976">
          <v:shape id="_x0000_i2383" type="#_x0000_t75" style="width:108pt;height:90pt" o:ole="">
            <v:imagedata r:id="rId1060" o:title=""/>
          </v:shape>
          <o:OLEObject Type="Embed" ProgID="Equation.DSMT4" ShapeID="_x0000_i2383" DrawAspect="Content" ObjectID="_1699835667" r:id="rId1061"/>
        </w:object>
      </w:r>
      <w:r w:rsidRPr="00B13C4C">
        <w:rPr>
          <w:rFonts w:ascii="Times New Roman" w:hAnsi="Times New Roman" w:cs="Times New Roman"/>
          <w:sz w:val="24"/>
          <w:szCs w:val="24"/>
        </w:rPr>
        <w:t xml:space="preserve">. Tính </w:t>
      </w:r>
      <w:r w:rsidRPr="00B13C4C">
        <w:rPr>
          <w:rFonts w:ascii="Times New Roman" w:hAnsi="Times New Roman" w:cs="Times New Roman"/>
          <w:position w:val="-10"/>
          <w:sz w:val="24"/>
          <w:szCs w:val="24"/>
        </w:rPr>
        <w:object w:dxaOrig="540" w:dyaOrig="320" w14:anchorId="467D68D5">
          <v:shape id="_x0000_i2384" type="#_x0000_t75" style="width:27pt;height:16.2pt" o:ole="">
            <v:imagedata r:id="rId1062" o:title=""/>
          </v:shape>
          <o:OLEObject Type="Embed" ProgID="Equation.DSMT4" ShapeID="_x0000_i2384" DrawAspect="Content" ObjectID="_1699835668" r:id="rId1063"/>
        </w:object>
      </w:r>
      <w:r w:rsidRPr="00B13C4C">
        <w:rPr>
          <w:rFonts w:ascii="Times New Roman" w:hAnsi="Times New Roman" w:cs="Times New Roman"/>
          <w:sz w:val="24"/>
          <w:szCs w:val="24"/>
        </w:rPr>
        <w:t xml:space="preserve"> ta được kết quả:</w:t>
      </w:r>
    </w:p>
    <w:p w14:paraId="1FF7971E"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240" w:dyaOrig="620" w14:anchorId="542B7BAF">
          <v:shape id="_x0000_i2385" type="#_x0000_t75" style="width:12pt;height:31.2pt" o:ole="">
            <v:imagedata r:id="rId1064" o:title=""/>
          </v:shape>
          <o:OLEObject Type="Embed" ProgID="Equation.DSMT4" ShapeID="_x0000_i2385" DrawAspect="Content" ObjectID="_1699835669" r:id="rId106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15.</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8"/>
          <w:sz w:val="24"/>
          <w:szCs w:val="24"/>
        </w:rPr>
        <w:object w:dxaOrig="360" w:dyaOrig="360" w14:anchorId="2334CD48">
          <v:shape id="_x0000_i2386" type="#_x0000_t75" style="width:18pt;height:18pt" o:ole="">
            <v:imagedata r:id="rId1066" o:title=""/>
          </v:shape>
          <o:OLEObject Type="Embed" ProgID="Equation.DSMT4" ShapeID="_x0000_i2386" DrawAspect="Content" ObjectID="_1699835670" r:id="rId106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Kết quả khác.</w:t>
      </w:r>
    </w:p>
    <w:p w14:paraId="786D2679" w14:textId="77777777" w:rsidR="00B13C4C" w:rsidRPr="00B13C4C" w:rsidRDefault="00B13C4C" w:rsidP="000C3D1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Tọa độ giao điểm của đường thẳng </w:t>
      </w:r>
      <w:r w:rsidRPr="00B13C4C">
        <w:rPr>
          <w:rFonts w:ascii="Times New Roman" w:hAnsi="Times New Roman" w:cs="Times New Roman"/>
          <w:position w:val="-10"/>
          <w:sz w:val="24"/>
          <w:szCs w:val="24"/>
        </w:rPr>
        <w:object w:dxaOrig="1340" w:dyaOrig="320" w14:anchorId="3BB3FB6E">
          <v:shape id="_x0000_i2387" type="#_x0000_t75" style="width:67.2pt;height:16.2pt" o:ole="">
            <v:imagedata r:id="rId1068" o:title=""/>
          </v:shape>
          <o:OLEObject Type="Embed" ProgID="Equation.DSMT4" ShapeID="_x0000_i2387" DrawAspect="Content" ObjectID="_1699835671" r:id="rId1069"/>
        </w:object>
      </w:r>
      <w:r w:rsidRPr="00B13C4C">
        <w:rPr>
          <w:rFonts w:ascii="Times New Roman" w:hAnsi="Times New Roman" w:cs="Times New Roman"/>
          <w:sz w:val="24"/>
          <w:szCs w:val="24"/>
        </w:rPr>
        <w:t xml:space="preserve"> và parabol </w:t>
      </w:r>
      <w:r w:rsidRPr="00B13C4C">
        <w:rPr>
          <w:rFonts w:ascii="Times New Roman" w:hAnsi="Times New Roman" w:cs="Times New Roman"/>
          <w:position w:val="-10"/>
          <w:sz w:val="24"/>
          <w:szCs w:val="24"/>
        </w:rPr>
        <w:object w:dxaOrig="1020" w:dyaOrig="360" w14:anchorId="02C16E40">
          <v:shape id="_x0000_i2388" type="#_x0000_t75" style="width:51pt;height:18pt" o:ole="">
            <v:imagedata r:id="rId1070" o:title=""/>
          </v:shape>
          <o:OLEObject Type="Embed" ProgID="Equation.DSMT4" ShapeID="_x0000_i2388" DrawAspect="Content" ObjectID="_1699835672" r:id="rId1071"/>
        </w:object>
      </w:r>
      <w:r w:rsidRPr="00B13C4C">
        <w:rPr>
          <w:rFonts w:ascii="Times New Roman" w:hAnsi="Times New Roman" w:cs="Times New Roman"/>
          <w:sz w:val="24"/>
          <w:szCs w:val="24"/>
        </w:rPr>
        <w:t xml:space="preserve"> là:</w:t>
      </w:r>
    </w:p>
    <w:p w14:paraId="0E69E23A"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700" w:dyaOrig="320" w14:anchorId="51AF4512">
          <v:shape id="_x0000_i2389" type="#_x0000_t75" style="width:34.8pt;height:16.2pt" o:ole="">
            <v:imagedata r:id="rId1072" o:title=""/>
          </v:shape>
          <o:OLEObject Type="Embed" ProgID="Equation.DSMT4" ShapeID="_x0000_i2389" DrawAspect="Content" ObjectID="_1699835673" r:id="rId1073"/>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680" w:dyaOrig="320" w14:anchorId="4BF9A9BE">
          <v:shape id="_x0000_i2390" type="#_x0000_t75" style="width:34.2pt;height:16.2pt" o:ole="">
            <v:imagedata r:id="rId1074" o:title=""/>
          </v:shape>
          <o:OLEObject Type="Embed" ProgID="Equation.DSMT4" ShapeID="_x0000_i2390" DrawAspect="Content" ObjectID="_1699835674" r:id="rId107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499" w:dyaOrig="320" w14:anchorId="43F1C593">
          <v:shape id="_x0000_i2391" type="#_x0000_t75" style="width:25.2pt;height:16.2pt" o:ole="">
            <v:imagedata r:id="rId1076" o:title=""/>
          </v:shape>
          <o:OLEObject Type="Embed" ProgID="Equation.DSMT4" ShapeID="_x0000_i2391" DrawAspect="Content" ObjectID="_1699835675" r:id="rId1077"/>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700" w:dyaOrig="320" w14:anchorId="2D35734B">
          <v:shape id="_x0000_i2392" type="#_x0000_t75" style="width:34.8pt;height:16.2pt" o:ole="">
            <v:imagedata r:id="rId1078" o:title=""/>
          </v:shape>
          <o:OLEObject Type="Embed" ProgID="Equation.DSMT4" ShapeID="_x0000_i2392" DrawAspect="Content" ObjectID="_1699835676" r:id="rId107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700" w:dyaOrig="320" w14:anchorId="7694C462">
          <v:shape id="_x0000_i2393" type="#_x0000_t75" style="width:34.8pt;height:16.2pt" o:ole="">
            <v:imagedata r:id="rId1080" o:title=""/>
          </v:shape>
          <o:OLEObject Type="Embed" ProgID="Equation.DSMT4" ShapeID="_x0000_i2393" DrawAspect="Content" ObjectID="_1699835677" r:id="rId1081"/>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560" w:dyaOrig="320" w14:anchorId="443ED006">
          <v:shape id="_x0000_i2394" type="#_x0000_t75" style="width:28.2pt;height:16.2pt" o:ole="">
            <v:imagedata r:id="rId1082" o:title=""/>
          </v:shape>
          <o:OLEObject Type="Embed" ProgID="Equation.DSMT4" ShapeID="_x0000_i2394" DrawAspect="Content" ObjectID="_1699835678" r:id="rId108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560" w:dyaOrig="320" w14:anchorId="38BF49BA">
          <v:shape id="_x0000_i2395" type="#_x0000_t75" style="width:28.2pt;height:16.2pt" o:ole="">
            <v:imagedata r:id="rId1084" o:title=""/>
          </v:shape>
          <o:OLEObject Type="Embed" ProgID="Equation.DSMT4" ShapeID="_x0000_i2395" DrawAspect="Content" ObjectID="_1699835679" r:id="rId1085"/>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560" w:dyaOrig="320" w14:anchorId="1D7C2C5B">
          <v:shape id="_x0000_i2396" type="#_x0000_t75" style="width:28.2pt;height:16.2pt" o:ole="">
            <v:imagedata r:id="rId1086" o:title=""/>
          </v:shape>
          <o:OLEObject Type="Embed" ProgID="Equation.DSMT4" ShapeID="_x0000_i2396" DrawAspect="Content" ObjectID="_1699835680" r:id="rId1087"/>
        </w:object>
      </w:r>
      <w:r w:rsidRPr="00B13C4C">
        <w:rPr>
          <w:rFonts w:ascii="Times New Roman" w:hAnsi="Times New Roman" w:cs="Times New Roman"/>
          <w:sz w:val="24"/>
          <w:szCs w:val="24"/>
        </w:rPr>
        <w:t>.</w:t>
      </w:r>
    </w:p>
    <w:p w14:paraId="0F187EB3" w14:textId="77777777" w:rsidR="00B13C4C" w:rsidRPr="00B13C4C" w:rsidRDefault="00B13C4C" w:rsidP="000C3D1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tam giác </w:t>
      </w:r>
      <w:r w:rsidRPr="00B13C4C">
        <w:rPr>
          <w:rFonts w:ascii="Times New Roman" w:hAnsi="Times New Roman" w:cs="Times New Roman"/>
          <w:position w:val="-6"/>
          <w:sz w:val="24"/>
          <w:szCs w:val="24"/>
        </w:rPr>
        <w:object w:dxaOrig="560" w:dyaOrig="279" w14:anchorId="3FBE52FC">
          <v:shape id="_x0000_i2397" type="#_x0000_t75" style="width:28.2pt;height:13.8pt" o:ole="">
            <v:imagedata r:id="rId1088" o:title=""/>
          </v:shape>
          <o:OLEObject Type="Embed" ProgID="Equation.DSMT4" ShapeID="_x0000_i2397" DrawAspect="Content" ObjectID="_1699835681" r:id="rId1089"/>
        </w:object>
      </w:r>
      <w:r w:rsidRPr="00B13C4C">
        <w:rPr>
          <w:rFonts w:ascii="Times New Roman" w:hAnsi="Times New Roman" w:cs="Times New Roman"/>
          <w:sz w:val="24"/>
          <w:szCs w:val="24"/>
        </w:rPr>
        <w:t>. Khẳng định nào sau đây đúng?</w:t>
      </w:r>
    </w:p>
    <w:p w14:paraId="39C15246"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1440" w:dyaOrig="340" w14:anchorId="038262AB">
          <v:shape id="_x0000_i2398" type="#_x0000_t75" style="width:1in;height:16.8pt" o:ole="">
            <v:imagedata r:id="rId1090" o:title=""/>
          </v:shape>
          <o:OLEObject Type="Embed" ProgID="Equation.DSMT4" ShapeID="_x0000_i2398" DrawAspect="Content" ObjectID="_1699835682" r:id="rId109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1480" w:dyaOrig="340" w14:anchorId="3C0FFAC9">
          <v:shape id="_x0000_i2399" type="#_x0000_t75" style="width:73.8pt;height:16.8pt" o:ole="">
            <v:imagedata r:id="rId1092" o:title=""/>
          </v:shape>
          <o:OLEObject Type="Embed" ProgID="Equation.DSMT4" ShapeID="_x0000_i2399" DrawAspect="Content" ObjectID="_1699835683" r:id="rId109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1420" w:dyaOrig="340" w14:anchorId="4C14C17E">
          <v:shape id="_x0000_i2400" type="#_x0000_t75" style="width:70.8pt;height:16.8pt" o:ole="">
            <v:imagedata r:id="rId1094" o:title=""/>
          </v:shape>
          <o:OLEObject Type="Embed" ProgID="Equation.DSMT4" ShapeID="_x0000_i2400" DrawAspect="Content" ObjectID="_1699835684" r:id="rId109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1520" w:dyaOrig="340" w14:anchorId="534FDBC2">
          <v:shape id="_x0000_i2401" type="#_x0000_t75" style="width:76.2pt;height:16.8pt" o:ole="">
            <v:imagedata r:id="rId1096" o:title=""/>
          </v:shape>
          <o:OLEObject Type="Embed" ProgID="Equation.DSMT4" ShapeID="_x0000_i2401" DrawAspect="Content" ObjectID="_1699835685" r:id="rId1097"/>
        </w:object>
      </w:r>
      <w:r w:rsidRPr="00B13C4C">
        <w:rPr>
          <w:rFonts w:ascii="Times New Roman" w:hAnsi="Times New Roman" w:cs="Times New Roman"/>
          <w:sz w:val="24"/>
          <w:szCs w:val="24"/>
        </w:rPr>
        <w:t>.</w:t>
      </w:r>
    </w:p>
    <w:p w14:paraId="487E1894" w14:textId="77777777" w:rsidR="00B13C4C" w:rsidRPr="00B13C4C" w:rsidRDefault="00B13C4C" w:rsidP="000C3D1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Tìm </w:t>
      </w:r>
      <w:r w:rsidRPr="00B13C4C">
        <w:rPr>
          <w:rFonts w:ascii="Times New Roman" w:hAnsi="Times New Roman" w:cs="Times New Roman"/>
          <w:position w:val="-6"/>
          <w:sz w:val="24"/>
          <w:szCs w:val="24"/>
        </w:rPr>
        <w:object w:dxaOrig="260" w:dyaOrig="220" w14:anchorId="39AE8B47">
          <v:shape id="_x0000_i2402" type="#_x0000_t75" style="width:13.2pt;height:10.8pt" o:ole="">
            <v:imagedata r:id="rId1098" o:title=""/>
          </v:shape>
          <o:OLEObject Type="Embed" ProgID="Equation.DSMT4" ShapeID="_x0000_i2402" DrawAspect="Content" ObjectID="_1699835686" r:id="rId1099"/>
        </w:object>
      </w:r>
      <w:r w:rsidRPr="00B13C4C">
        <w:rPr>
          <w:rFonts w:ascii="Times New Roman" w:hAnsi="Times New Roman" w:cs="Times New Roman"/>
          <w:sz w:val="24"/>
          <w:szCs w:val="24"/>
        </w:rPr>
        <w:t xml:space="preserve"> để hàm số </w:t>
      </w:r>
      <w:r w:rsidRPr="00B13C4C">
        <w:rPr>
          <w:rFonts w:ascii="Times New Roman" w:hAnsi="Times New Roman" w:cs="Times New Roman"/>
          <w:position w:val="-10"/>
          <w:sz w:val="24"/>
          <w:szCs w:val="24"/>
        </w:rPr>
        <w:object w:dxaOrig="1020" w:dyaOrig="320" w14:anchorId="7821E88C">
          <v:shape id="_x0000_i2403" type="#_x0000_t75" style="width:51pt;height:16.2pt" o:ole="">
            <v:imagedata r:id="rId1100" o:title=""/>
          </v:shape>
          <o:OLEObject Type="Embed" ProgID="Equation.DSMT4" ShapeID="_x0000_i2403" DrawAspect="Content" ObjectID="_1699835687" r:id="rId1101"/>
        </w:object>
      </w:r>
      <w:r w:rsidRPr="00B13C4C">
        <w:rPr>
          <w:rFonts w:ascii="Times New Roman" w:hAnsi="Times New Roman" w:cs="Times New Roman"/>
          <w:sz w:val="24"/>
          <w:szCs w:val="24"/>
        </w:rPr>
        <w:t xml:space="preserve"> đồng biến.</w:t>
      </w:r>
    </w:p>
    <w:p w14:paraId="2881B4BE"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600" w:dyaOrig="279" w14:anchorId="47E3472F">
          <v:shape id="_x0000_i2404" type="#_x0000_t75" style="width:30pt;height:13.8pt" o:ole="">
            <v:imagedata r:id="rId1102" o:title=""/>
          </v:shape>
          <o:OLEObject Type="Embed" ProgID="Equation.DSMT4" ShapeID="_x0000_i2404" DrawAspect="Content" ObjectID="_1699835688" r:id="rId110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720" w:dyaOrig="279" w14:anchorId="752EA785">
          <v:shape id="_x0000_i2405" type="#_x0000_t75" style="width:36pt;height:13.8pt" o:ole="">
            <v:imagedata r:id="rId1104" o:title=""/>
          </v:shape>
          <o:OLEObject Type="Embed" ProgID="Equation.DSMT4" ShapeID="_x0000_i2405" DrawAspect="Content" ObjectID="_1699835689" r:id="rId110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720" w:dyaOrig="279" w14:anchorId="19DD842B">
          <v:shape id="_x0000_i2406" type="#_x0000_t75" style="width:36pt;height:13.8pt" o:ole="">
            <v:imagedata r:id="rId1106" o:title=""/>
          </v:shape>
          <o:OLEObject Type="Embed" ProgID="Equation.DSMT4" ShapeID="_x0000_i2406" DrawAspect="Content" ObjectID="_1699835690" r:id="rId110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600" w:dyaOrig="279" w14:anchorId="622419FF">
          <v:shape id="_x0000_i2407" type="#_x0000_t75" style="width:30pt;height:13.8pt" o:ole="">
            <v:imagedata r:id="rId1108" o:title=""/>
          </v:shape>
          <o:OLEObject Type="Embed" ProgID="Equation.DSMT4" ShapeID="_x0000_i2407" DrawAspect="Content" ObjectID="_1699835691" r:id="rId1109"/>
        </w:object>
      </w:r>
      <w:r w:rsidRPr="00B13C4C">
        <w:rPr>
          <w:rFonts w:ascii="Times New Roman" w:hAnsi="Times New Roman" w:cs="Times New Roman"/>
          <w:sz w:val="24"/>
          <w:szCs w:val="24"/>
        </w:rPr>
        <w:t>.</w:t>
      </w:r>
    </w:p>
    <w:p w14:paraId="12FFA1BC" w14:textId="77777777" w:rsidR="00B13C4C" w:rsidRPr="00B13C4C" w:rsidRDefault="00B13C4C" w:rsidP="000C3D1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cho 5 diểm phân biệt </w:t>
      </w:r>
      <w:r w:rsidRPr="00B13C4C">
        <w:rPr>
          <w:rFonts w:ascii="Times New Roman" w:hAnsi="Times New Roman" w:cs="Times New Roman"/>
          <w:position w:val="-10"/>
          <w:sz w:val="24"/>
          <w:szCs w:val="24"/>
        </w:rPr>
        <w:object w:dxaOrig="1260" w:dyaOrig="320" w14:anchorId="1E062434">
          <v:shape id="_x0000_i2408" type="#_x0000_t75" style="width:63pt;height:16.2pt" o:ole="">
            <v:imagedata r:id="rId1110" o:title=""/>
          </v:shape>
          <o:OLEObject Type="Embed" ProgID="Equation.DSMT4" ShapeID="_x0000_i2408" DrawAspect="Content" ObjectID="_1699835692" r:id="rId1111"/>
        </w:object>
      </w:r>
      <w:r w:rsidRPr="00B13C4C">
        <w:rPr>
          <w:rFonts w:ascii="Times New Roman" w:hAnsi="Times New Roman" w:cs="Times New Roman"/>
          <w:sz w:val="24"/>
          <w:szCs w:val="24"/>
        </w:rPr>
        <w:t xml:space="preserve">. Vécto </w:t>
      </w:r>
      <w:r w:rsidRPr="00B13C4C">
        <w:rPr>
          <w:rFonts w:ascii="Times New Roman" w:hAnsi="Times New Roman" w:cs="Times New Roman"/>
          <w:position w:val="-6"/>
          <w:sz w:val="24"/>
          <w:szCs w:val="24"/>
        </w:rPr>
        <w:object w:dxaOrig="2360" w:dyaOrig="340" w14:anchorId="6CA7AD30">
          <v:shape id="_x0000_i2409" type="#_x0000_t75" style="width:118.2pt;height:16.8pt" o:ole="">
            <v:imagedata r:id="rId1112" o:title=""/>
          </v:shape>
          <o:OLEObject Type="Embed" ProgID="Equation.DSMT4" ShapeID="_x0000_i2409" DrawAspect="Content" ObjectID="_1699835693" r:id="rId1113"/>
        </w:object>
      </w:r>
      <w:r w:rsidRPr="00B13C4C">
        <w:rPr>
          <w:rFonts w:ascii="Times New Roman" w:hAnsi="Times New Roman" w:cs="Times New Roman"/>
          <w:sz w:val="24"/>
          <w:szCs w:val="24"/>
        </w:rPr>
        <w:t xml:space="preserve"> bằng véctơ nào sau đây?</w:t>
      </w:r>
    </w:p>
    <w:p w14:paraId="73EC726D"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b/>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760" w:dyaOrig="340" w14:anchorId="77AC0385">
          <v:shape id="_x0000_i2410" type="#_x0000_t75" style="width:37.8pt;height:16.8pt" o:ole="">
            <v:imagedata r:id="rId1114" o:title=""/>
          </v:shape>
          <o:OLEObject Type="Embed" ProgID="Equation.DSMT4" ShapeID="_x0000_i2410" DrawAspect="Content" ObjectID="_1699835694" r:id="rId111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780" w:dyaOrig="340" w14:anchorId="1D0FF38A">
          <v:shape id="_x0000_i2411" type="#_x0000_t75" style="width:39pt;height:16.8pt" o:ole="">
            <v:imagedata r:id="rId1116" o:title=""/>
          </v:shape>
          <o:OLEObject Type="Embed" ProgID="Equation.DSMT4" ShapeID="_x0000_i2411" DrawAspect="Content" ObjectID="_1699835695" r:id="rId111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740" w:dyaOrig="340" w14:anchorId="07FEB01B">
          <v:shape id="_x0000_i2412" type="#_x0000_t75" style="width:37.2pt;height:16.8pt" o:ole="">
            <v:imagedata r:id="rId1118" o:title=""/>
          </v:shape>
          <o:OLEObject Type="Embed" ProgID="Equation.DSMT4" ShapeID="_x0000_i2412" DrawAspect="Content" ObjectID="_1699835696" r:id="rId111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780" w:dyaOrig="340" w14:anchorId="50B6AD69">
          <v:shape id="_x0000_i2413" type="#_x0000_t75" style="width:39pt;height:16.8pt" o:ole="">
            <v:imagedata r:id="rId1120" o:title=""/>
          </v:shape>
          <o:OLEObject Type="Embed" ProgID="Equation.DSMT4" ShapeID="_x0000_i2413" DrawAspect="Content" ObjectID="_1699835697" r:id="rId1121"/>
        </w:object>
      </w:r>
      <w:r w:rsidRPr="00B13C4C">
        <w:rPr>
          <w:rFonts w:ascii="Times New Roman" w:hAnsi="Times New Roman" w:cs="Times New Roman"/>
          <w:b/>
          <w:sz w:val="24"/>
          <w:szCs w:val="24"/>
        </w:rPr>
        <w:t>.</w:t>
      </w:r>
    </w:p>
    <w:p w14:paraId="50EEA43A" w14:textId="77777777" w:rsidR="00B13C4C" w:rsidRPr="00B13C4C" w:rsidRDefault="00B13C4C" w:rsidP="000C3D1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hệ tọa độ </w:t>
      </w:r>
      <w:r w:rsidRPr="00B13C4C">
        <w:rPr>
          <w:rFonts w:ascii="Times New Roman" w:hAnsi="Times New Roman" w:cs="Times New Roman"/>
          <w:position w:val="-10"/>
          <w:sz w:val="24"/>
          <w:szCs w:val="24"/>
        </w:rPr>
        <w:object w:dxaOrig="460" w:dyaOrig="320" w14:anchorId="0B27786E">
          <v:shape id="_x0000_i2414" type="#_x0000_t75" style="width:22.8pt;height:16.2pt" o:ole="">
            <v:imagedata r:id="rId1122" o:title=""/>
          </v:shape>
          <o:OLEObject Type="Embed" ProgID="Equation.DSMT4" ShapeID="_x0000_i2414" DrawAspect="Content" ObjectID="_1699835698" r:id="rId1123"/>
        </w:object>
      </w:r>
      <w:r w:rsidRPr="00B13C4C">
        <w:rPr>
          <w:rFonts w:ascii="Times New Roman" w:hAnsi="Times New Roman" w:cs="Times New Roman"/>
          <w:sz w:val="24"/>
          <w:szCs w:val="24"/>
        </w:rPr>
        <w:t xml:space="preserve">, cho </w:t>
      </w:r>
      <w:r w:rsidRPr="00B13C4C">
        <w:rPr>
          <w:rFonts w:ascii="Times New Roman" w:hAnsi="Times New Roman" w:cs="Times New Roman"/>
          <w:position w:val="-10"/>
          <w:sz w:val="24"/>
          <w:szCs w:val="24"/>
        </w:rPr>
        <w:object w:dxaOrig="2460" w:dyaOrig="320" w14:anchorId="0443BAED">
          <v:shape id="_x0000_i2415" type="#_x0000_t75" style="width:123pt;height:16.2pt" o:ole="">
            <v:imagedata r:id="rId1124" o:title=""/>
          </v:shape>
          <o:OLEObject Type="Embed" ProgID="Equation.DSMT4" ShapeID="_x0000_i2415" DrawAspect="Content" ObjectID="_1699835699" r:id="rId1125"/>
        </w:object>
      </w:r>
      <w:r w:rsidRPr="00B13C4C">
        <w:rPr>
          <w:rFonts w:ascii="Times New Roman" w:hAnsi="Times New Roman" w:cs="Times New Roman"/>
          <w:sz w:val="24"/>
          <w:szCs w:val="24"/>
        </w:rPr>
        <w:t xml:space="preserve">. Tìm tọa độ điểm </w:t>
      </w:r>
      <w:r w:rsidRPr="00B13C4C">
        <w:rPr>
          <w:rFonts w:ascii="Times New Roman" w:hAnsi="Times New Roman" w:cs="Times New Roman"/>
          <w:position w:val="-6"/>
          <w:sz w:val="24"/>
          <w:szCs w:val="24"/>
        </w:rPr>
        <w:object w:dxaOrig="240" w:dyaOrig="279" w14:anchorId="3566DAF5">
          <v:shape id="_x0000_i2416" type="#_x0000_t75" style="width:12pt;height:13.8pt" o:ole="">
            <v:imagedata r:id="rId1126" o:title=""/>
          </v:shape>
          <o:OLEObject Type="Embed" ProgID="Equation.DSMT4" ShapeID="_x0000_i2416" DrawAspect="Content" ObjectID="_1699835700" r:id="rId1127"/>
        </w:object>
      </w:r>
      <w:r w:rsidRPr="00B13C4C">
        <w:rPr>
          <w:rFonts w:ascii="Times New Roman" w:hAnsi="Times New Roman" w:cs="Times New Roman"/>
          <w:sz w:val="24"/>
          <w:szCs w:val="24"/>
        </w:rPr>
        <w:t xml:space="preserve"> sao cho </w:t>
      </w:r>
      <w:r w:rsidRPr="00B13C4C">
        <w:rPr>
          <w:rFonts w:ascii="Times New Roman" w:hAnsi="Times New Roman" w:cs="Times New Roman"/>
          <w:position w:val="-6"/>
          <w:sz w:val="24"/>
          <w:szCs w:val="24"/>
        </w:rPr>
        <w:object w:dxaOrig="260" w:dyaOrig="279" w14:anchorId="45EAC012">
          <v:shape id="_x0000_i2417" type="#_x0000_t75" style="width:13.2pt;height:13.8pt" o:ole="">
            <v:imagedata r:id="rId1128" o:title=""/>
          </v:shape>
          <o:OLEObject Type="Embed" ProgID="Equation.DSMT4" ShapeID="_x0000_i2417" DrawAspect="Content" ObjectID="_1699835701" r:id="rId1129"/>
        </w:object>
      </w:r>
      <w:r w:rsidRPr="00B13C4C">
        <w:rPr>
          <w:rFonts w:ascii="Times New Roman" w:hAnsi="Times New Roman" w:cs="Times New Roman"/>
          <w:sz w:val="24"/>
          <w:szCs w:val="24"/>
        </w:rPr>
        <w:t xml:space="preserve"> là trọng tâm </w:t>
      </w:r>
      <w:r w:rsidRPr="00B13C4C">
        <w:rPr>
          <w:rFonts w:ascii="Times New Roman" w:hAnsi="Times New Roman" w:cs="Times New Roman"/>
          <w:position w:val="-6"/>
          <w:sz w:val="24"/>
          <w:szCs w:val="24"/>
        </w:rPr>
        <w:object w:dxaOrig="680" w:dyaOrig="279" w14:anchorId="59D74EED">
          <v:shape id="_x0000_i2418" type="#_x0000_t75" style="width:34.2pt;height:13.8pt" o:ole="">
            <v:imagedata r:id="rId1130" o:title=""/>
          </v:shape>
          <o:OLEObject Type="Embed" ProgID="Equation.DSMT4" ShapeID="_x0000_i2418" DrawAspect="Content" ObjectID="_1699835702" r:id="rId1131"/>
        </w:object>
      </w:r>
      <w:r w:rsidRPr="00B13C4C">
        <w:rPr>
          <w:rFonts w:ascii="Times New Roman" w:hAnsi="Times New Roman" w:cs="Times New Roman"/>
          <w:sz w:val="24"/>
          <w:szCs w:val="24"/>
        </w:rPr>
        <w:t>.</w:t>
      </w:r>
    </w:p>
    <w:p w14:paraId="6E1F1CCF"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960" w:dyaOrig="320" w14:anchorId="33FBB284">
          <v:shape id="_x0000_i2419" type="#_x0000_t75" style="width:48pt;height:16.2pt" o:ole="">
            <v:imagedata r:id="rId1132" o:title=""/>
          </v:shape>
          <o:OLEObject Type="Embed" ProgID="Equation.DSMT4" ShapeID="_x0000_i2419" DrawAspect="Content" ObjectID="_1699835703" r:id="rId113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100" w:dyaOrig="320" w14:anchorId="59FC3251">
          <v:shape id="_x0000_i2420" type="#_x0000_t75" style="width:55.2pt;height:16.2pt" o:ole="">
            <v:imagedata r:id="rId1134" o:title=""/>
          </v:shape>
          <o:OLEObject Type="Embed" ProgID="Equation.DSMT4" ShapeID="_x0000_i2420" DrawAspect="Content" ObjectID="_1699835704" r:id="rId113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800" w:dyaOrig="320" w14:anchorId="3B232864">
          <v:shape id="_x0000_i2421" type="#_x0000_t75" style="width:40.2pt;height:16.2pt" o:ole="">
            <v:imagedata r:id="rId1136" o:title=""/>
          </v:shape>
          <o:OLEObject Type="Embed" ProgID="Equation.DSMT4" ShapeID="_x0000_i2421" DrawAspect="Content" ObjectID="_1699835705" r:id="rId113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900" w:dyaOrig="320" w14:anchorId="4ED14B6F">
          <v:shape id="_x0000_i2422" type="#_x0000_t75" style="width:45pt;height:16.2pt" o:ole="">
            <v:imagedata r:id="rId1138" o:title=""/>
          </v:shape>
          <o:OLEObject Type="Embed" ProgID="Equation.DSMT4" ShapeID="_x0000_i2422" DrawAspect="Content" ObjectID="_1699835706" r:id="rId1139"/>
        </w:object>
      </w:r>
      <w:r w:rsidRPr="00B13C4C">
        <w:rPr>
          <w:rFonts w:ascii="Times New Roman" w:hAnsi="Times New Roman" w:cs="Times New Roman"/>
          <w:sz w:val="24"/>
          <w:szCs w:val="24"/>
        </w:rPr>
        <w:t>.</w:t>
      </w:r>
    </w:p>
    <w:p w14:paraId="3AA125F0" w14:textId="77777777" w:rsidR="00B13C4C" w:rsidRPr="00B13C4C" w:rsidRDefault="00B13C4C" w:rsidP="000C3D1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w:t>
      </w:r>
      <w:r w:rsidRPr="00B13C4C">
        <w:rPr>
          <w:rFonts w:ascii="Times New Roman" w:hAnsi="Times New Roman" w:cs="Times New Roman"/>
          <w:position w:val="-10"/>
          <w:sz w:val="24"/>
          <w:szCs w:val="24"/>
        </w:rPr>
        <w:object w:dxaOrig="1400" w:dyaOrig="320" w14:anchorId="4E47C9A0">
          <v:shape id="_x0000_i2423" type="#_x0000_t75" style="width:70.2pt;height:16.2pt" o:ole="">
            <v:imagedata r:id="rId1140" o:title=""/>
          </v:shape>
          <o:OLEObject Type="Embed" ProgID="Equation.DSMT4" ShapeID="_x0000_i2423" DrawAspect="Content" ObjectID="_1699835707" r:id="rId1141"/>
        </w:object>
      </w:r>
      <w:r w:rsidRPr="00B13C4C">
        <w:rPr>
          <w:rFonts w:ascii="Times New Roman" w:hAnsi="Times New Roman" w:cs="Times New Roman"/>
          <w:sz w:val="24"/>
          <w:szCs w:val="24"/>
        </w:rPr>
        <w:t xml:space="preserve">. Số tập con của </w:t>
      </w:r>
      <w:r w:rsidRPr="00B13C4C">
        <w:rPr>
          <w:rFonts w:ascii="Times New Roman" w:hAnsi="Times New Roman" w:cs="Times New Roman"/>
          <w:position w:val="-4"/>
          <w:sz w:val="24"/>
          <w:szCs w:val="24"/>
        </w:rPr>
        <w:object w:dxaOrig="240" w:dyaOrig="260" w14:anchorId="330ED2F9">
          <v:shape id="_x0000_i2424" type="#_x0000_t75" style="width:12pt;height:13.2pt" o:ole="">
            <v:imagedata r:id="rId1142" o:title=""/>
          </v:shape>
          <o:OLEObject Type="Embed" ProgID="Equation.DSMT4" ShapeID="_x0000_i2424" DrawAspect="Content" ObjectID="_1699835708" r:id="rId1143"/>
        </w:object>
      </w:r>
      <w:r w:rsidRPr="00B13C4C">
        <w:rPr>
          <w:rFonts w:ascii="Times New Roman" w:hAnsi="Times New Roman" w:cs="Times New Roman"/>
          <w:sz w:val="24"/>
          <w:szCs w:val="24"/>
        </w:rPr>
        <w:t xml:space="preserve"> có 2 phần tử là:</w:t>
      </w:r>
    </w:p>
    <w:p w14:paraId="53394207"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6.</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4.</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8.</w:t>
      </w:r>
    </w:p>
    <w:p w14:paraId="56A6D837" w14:textId="77777777" w:rsidR="00B13C4C" w:rsidRPr="00B13C4C" w:rsidRDefault="00B13C4C" w:rsidP="000C3D1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lastRenderedPageBreak/>
        <w:t>Câu 30: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tam giác </w:t>
      </w:r>
      <w:r w:rsidRPr="00B13C4C">
        <w:rPr>
          <w:rFonts w:ascii="Times New Roman" w:hAnsi="Times New Roman" w:cs="Times New Roman"/>
          <w:position w:val="-6"/>
          <w:sz w:val="24"/>
          <w:szCs w:val="24"/>
        </w:rPr>
        <w:object w:dxaOrig="560" w:dyaOrig="279" w14:anchorId="5AC057BF">
          <v:shape id="_x0000_i2425" type="#_x0000_t75" style="width:28.2pt;height:13.8pt" o:ole="">
            <v:imagedata r:id="rId1144" o:title=""/>
          </v:shape>
          <o:OLEObject Type="Embed" ProgID="Equation.DSMT4" ShapeID="_x0000_i2425" DrawAspect="Content" ObjectID="_1699835709" r:id="rId1145"/>
        </w:object>
      </w:r>
      <w:r w:rsidRPr="00B13C4C">
        <w:rPr>
          <w:rFonts w:ascii="Times New Roman" w:hAnsi="Times New Roman" w:cs="Times New Roman"/>
          <w:sz w:val="24"/>
          <w:szCs w:val="24"/>
        </w:rPr>
        <w:t xml:space="preserve"> với </w:t>
      </w:r>
      <w:r w:rsidRPr="00B13C4C">
        <w:rPr>
          <w:rFonts w:ascii="Times New Roman" w:hAnsi="Times New Roman" w:cs="Times New Roman"/>
          <w:position w:val="-4"/>
          <w:sz w:val="24"/>
          <w:szCs w:val="24"/>
        </w:rPr>
        <w:object w:dxaOrig="320" w:dyaOrig="260" w14:anchorId="1FF32A8F">
          <v:shape id="_x0000_i2426" type="#_x0000_t75" style="width:16.2pt;height:13.2pt" o:ole="">
            <v:imagedata r:id="rId1146" o:title=""/>
          </v:shape>
          <o:OLEObject Type="Embed" ProgID="Equation.DSMT4" ShapeID="_x0000_i2426" DrawAspect="Content" ObjectID="_1699835710" r:id="rId1147"/>
        </w:object>
      </w:r>
      <w:r w:rsidRPr="00B13C4C">
        <w:rPr>
          <w:rFonts w:ascii="Times New Roman" w:hAnsi="Times New Roman" w:cs="Times New Roman"/>
          <w:sz w:val="24"/>
          <w:szCs w:val="24"/>
        </w:rPr>
        <w:t xml:space="preserve"> là trung điểm của </w:t>
      </w:r>
      <w:r w:rsidRPr="00B13C4C">
        <w:rPr>
          <w:rFonts w:ascii="Times New Roman" w:hAnsi="Times New Roman" w:cs="Times New Roman"/>
          <w:position w:val="-10"/>
          <w:sz w:val="24"/>
          <w:szCs w:val="24"/>
        </w:rPr>
        <w:object w:dxaOrig="600" w:dyaOrig="320" w14:anchorId="4EB46034">
          <v:shape id="_x0000_i2427" type="#_x0000_t75" style="width:30pt;height:16.2pt" o:ole="">
            <v:imagedata r:id="rId1148" o:title=""/>
          </v:shape>
          <o:OLEObject Type="Embed" ProgID="Equation.DSMT4" ShapeID="_x0000_i2427" DrawAspect="Content" ObjectID="_1699835711" r:id="rId1149"/>
        </w:object>
      </w:r>
      <w:r w:rsidRPr="00B13C4C">
        <w:rPr>
          <w:rFonts w:ascii="Times New Roman" w:hAnsi="Times New Roman" w:cs="Times New Roman"/>
          <w:sz w:val="24"/>
          <w:szCs w:val="24"/>
        </w:rPr>
        <w:t xml:space="preserve"> là trung điểm của </w:t>
      </w:r>
      <w:r w:rsidRPr="00B13C4C">
        <w:rPr>
          <w:rFonts w:ascii="Times New Roman" w:hAnsi="Times New Roman" w:cs="Times New Roman"/>
          <w:position w:val="-4"/>
          <w:sz w:val="24"/>
          <w:szCs w:val="24"/>
        </w:rPr>
        <w:object w:dxaOrig="480" w:dyaOrig="260" w14:anchorId="78DB83D4">
          <v:shape id="_x0000_i2428" type="#_x0000_t75" style="width:24pt;height:13.2pt" o:ole="">
            <v:imagedata r:id="rId1150" o:title=""/>
          </v:shape>
          <o:OLEObject Type="Embed" ProgID="Equation.DSMT4" ShapeID="_x0000_i2428" DrawAspect="Content" ObjectID="_1699835712" r:id="rId1151"/>
        </w:object>
      </w:r>
      <w:r w:rsidRPr="00B13C4C">
        <w:rPr>
          <w:rFonts w:ascii="Times New Roman" w:hAnsi="Times New Roman" w:cs="Times New Roman"/>
          <w:sz w:val="24"/>
          <w:szCs w:val="24"/>
        </w:rPr>
        <w:t>. Khẳng định nào sau đây là đúng?</w:t>
      </w:r>
    </w:p>
    <w:p w14:paraId="59C18F5E"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1820" w:dyaOrig="620" w14:anchorId="185D4D29">
          <v:shape id="_x0000_i2429" type="#_x0000_t75" style="width:91.2pt;height:31.2pt" o:ole="">
            <v:imagedata r:id="rId1152" o:title=""/>
          </v:shape>
          <o:OLEObject Type="Embed" ProgID="Equation.DSMT4" ShapeID="_x0000_i2429" DrawAspect="Content" ObjectID="_1699835713" r:id="rId115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1820" w:dyaOrig="620" w14:anchorId="4E65DC29">
          <v:shape id="_x0000_i2430" type="#_x0000_t75" style="width:91.2pt;height:31.2pt" o:ole="">
            <v:imagedata r:id="rId1154" o:title=""/>
          </v:shape>
          <o:OLEObject Type="Embed" ProgID="Equation.DSMT4" ShapeID="_x0000_i2430" DrawAspect="Content" ObjectID="_1699835714" r:id="rId1155"/>
        </w:object>
      </w:r>
      <w:r w:rsidRPr="00B13C4C">
        <w:rPr>
          <w:rFonts w:ascii="Times New Roman" w:hAnsi="Times New Roman" w:cs="Times New Roman"/>
          <w:sz w:val="24"/>
          <w:szCs w:val="24"/>
        </w:rPr>
        <w:t>.</w:t>
      </w:r>
    </w:p>
    <w:p w14:paraId="71A5FDBC"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b/>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1820" w:dyaOrig="620" w14:anchorId="34BBE890">
          <v:shape id="_x0000_i2431" type="#_x0000_t75" style="width:91.2pt;height:31.2pt" o:ole="">
            <v:imagedata r:id="rId1156" o:title=""/>
          </v:shape>
          <o:OLEObject Type="Embed" ProgID="Equation.DSMT4" ShapeID="_x0000_i2431" DrawAspect="Content" ObjectID="_1699835715" r:id="rId1157"/>
        </w:object>
      </w:r>
      <w:r w:rsidRPr="00B13C4C">
        <w:rPr>
          <w:rFonts w:ascii="Times New Roman" w:hAnsi="Times New Roman" w:cs="Times New Roman"/>
          <w:sz w:val="24"/>
          <w:szCs w:val="24"/>
        </w:rPr>
        <w:t>.</w:t>
      </w:r>
      <w:r w:rsidRPr="00B13C4C">
        <w:rPr>
          <w:rFonts w:ascii="Times New Roman" w:hAnsi="Times New Roman" w:cs="Times New Roman"/>
          <w:b/>
          <w:sz w:val="24"/>
          <w:szCs w:val="24"/>
        </w:rPr>
        <w:tab/>
      </w:r>
      <w:r w:rsidRPr="00B13C4C">
        <w:rPr>
          <w:rFonts w:ascii="Times New Roman" w:hAnsi="Times New Roman" w:cs="Times New Roman"/>
          <w:b/>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1820" w:dyaOrig="620" w14:anchorId="27D5A3B9">
          <v:shape id="_x0000_i2432" type="#_x0000_t75" style="width:91.2pt;height:31.2pt" o:ole="">
            <v:imagedata r:id="rId1158" o:title=""/>
          </v:shape>
          <o:OLEObject Type="Embed" ProgID="Equation.DSMT4" ShapeID="_x0000_i2432" DrawAspect="Content" ObjectID="_1699835716" r:id="rId1159"/>
        </w:object>
      </w:r>
      <w:r w:rsidRPr="00B13C4C">
        <w:rPr>
          <w:rFonts w:ascii="Times New Roman" w:hAnsi="Times New Roman" w:cs="Times New Roman"/>
          <w:sz w:val="24"/>
          <w:szCs w:val="24"/>
        </w:rPr>
        <w:t>.</w:t>
      </w:r>
    </w:p>
    <w:p w14:paraId="0804076B" w14:textId="77777777" w:rsidR="00B13C4C" w:rsidRPr="00B13C4C" w:rsidRDefault="00B13C4C" w:rsidP="000C3D1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hai tập hợp </w:t>
      </w:r>
      <w:r w:rsidRPr="00B13C4C">
        <w:rPr>
          <w:rFonts w:ascii="Times New Roman" w:hAnsi="Times New Roman" w:cs="Times New Roman"/>
          <w:position w:val="-16"/>
          <w:sz w:val="24"/>
          <w:szCs w:val="24"/>
        </w:rPr>
        <w:object w:dxaOrig="2700" w:dyaOrig="440" w14:anchorId="49F6A7A7">
          <v:shape id="_x0000_i2433" type="#_x0000_t75" style="width:135pt;height:22.2pt" o:ole="">
            <v:imagedata r:id="rId1160" o:title=""/>
          </v:shape>
          <o:OLEObject Type="Embed" ProgID="Equation.DSMT4" ShapeID="_x0000_i2433" DrawAspect="Content" ObjectID="_1699835717" r:id="rId1161"/>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1180" w:dyaOrig="320" w14:anchorId="168A9B65">
          <v:shape id="_x0000_i2434" type="#_x0000_t75" style="width:58.8pt;height:16.2pt" o:ole="">
            <v:imagedata r:id="rId1162" o:title=""/>
          </v:shape>
          <o:OLEObject Type="Embed" ProgID="Equation.DSMT4" ShapeID="_x0000_i2434" DrawAspect="Content" ObjectID="_1699835718" r:id="rId1163"/>
        </w:object>
      </w:r>
      <w:r w:rsidRPr="00B13C4C">
        <w:rPr>
          <w:rFonts w:ascii="Times New Roman" w:hAnsi="Times New Roman" w:cs="Times New Roman"/>
          <w:sz w:val="24"/>
          <w:szCs w:val="24"/>
        </w:rPr>
        <w:t xml:space="preserve"> Tìm </w:t>
      </w:r>
      <w:r w:rsidRPr="00B13C4C">
        <w:rPr>
          <w:rFonts w:ascii="Times New Roman" w:hAnsi="Times New Roman" w:cs="Times New Roman"/>
          <w:position w:val="-4"/>
          <w:sz w:val="24"/>
          <w:szCs w:val="24"/>
        </w:rPr>
        <w:object w:dxaOrig="660" w:dyaOrig="260" w14:anchorId="5E78307B">
          <v:shape id="_x0000_i2435" type="#_x0000_t75" style="width:33pt;height:13.2pt" o:ole="">
            <v:imagedata r:id="rId1164" o:title=""/>
          </v:shape>
          <o:OLEObject Type="Embed" ProgID="Equation.DSMT4" ShapeID="_x0000_i2435" DrawAspect="Content" ObjectID="_1699835719" r:id="rId1165"/>
        </w:object>
      </w:r>
      <w:r w:rsidRPr="00B13C4C">
        <w:rPr>
          <w:rFonts w:ascii="Times New Roman" w:hAnsi="Times New Roman" w:cs="Times New Roman"/>
          <w:sz w:val="24"/>
          <w:szCs w:val="24"/>
        </w:rPr>
        <w:t>.</w:t>
      </w:r>
    </w:p>
    <w:p w14:paraId="1D9D3990"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340" w:dyaOrig="320" w14:anchorId="43E8C0C4">
          <v:shape id="_x0000_i2436" type="#_x0000_t75" style="width:67.2pt;height:16.2pt" o:ole="">
            <v:imagedata r:id="rId1166" o:title=""/>
          </v:shape>
          <o:OLEObject Type="Embed" ProgID="Equation.DSMT4" ShapeID="_x0000_i2436" DrawAspect="Content" ObjectID="_1699835720" r:id="rId116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180" w:dyaOrig="320" w14:anchorId="5337F020">
          <v:shape id="_x0000_i2437" type="#_x0000_t75" style="width:58.8pt;height:16.2pt" o:ole="">
            <v:imagedata r:id="rId1168" o:title=""/>
          </v:shape>
          <o:OLEObject Type="Embed" ProgID="Equation.DSMT4" ShapeID="_x0000_i2437" DrawAspect="Content" ObjectID="_1699835721" r:id="rId116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540" w:dyaOrig="320" w14:anchorId="2403DC0F">
          <v:shape id="_x0000_i2438" type="#_x0000_t75" style="width:76.8pt;height:16.2pt" o:ole="">
            <v:imagedata r:id="rId1170" o:title=""/>
          </v:shape>
          <o:OLEObject Type="Embed" ProgID="Equation.DSMT4" ShapeID="_x0000_i2438" DrawAspect="Content" ObjectID="_1699835722" r:id="rId117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140" w:dyaOrig="320" w14:anchorId="431DFC86">
          <v:shape id="_x0000_i2439" type="#_x0000_t75" style="width:57pt;height:16.2pt" o:ole="">
            <v:imagedata r:id="rId1172" o:title=""/>
          </v:shape>
          <o:OLEObject Type="Embed" ProgID="Equation.DSMT4" ShapeID="_x0000_i2439" DrawAspect="Content" ObjectID="_1699835723" r:id="rId1173"/>
        </w:object>
      </w:r>
      <w:r w:rsidRPr="00B13C4C">
        <w:rPr>
          <w:rFonts w:ascii="Times New Roman" w:hAnsi="Times New Roman" w:cs="Times New Roman"/>
          <w:sz w:val="24"/>
          <w:szCs w:val="24"/>
        </w:rPr>
        <w:t>.</w:t>
      </w:r>
    </w:p>
    <w:p w14:paraId="33B60ACD" w14:textId="77777777" w:rsidR="00B13C4C" w:rsidRPr="00B13C4C" w:rsidRDefault="00B13C4C" w:rsidP="000C3D1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số </w:t>
      </w:r>
      <w:r w:rsidRPr="00B13C4C">
        <w:rPr>
          <w:rFonts w:ascii="Times New Roman" w:hAnsi="Times New Roman" w:cs="Times New Roman"/>
          <w:position w:val="-6"/>
          <w:sz w:val="24"/>
          <w:szCs w:val="24"/>
        </w:rPr>
        <w:object w:dxaOrig="660" w:dyaOrig="279" w14:anchorId="706D68AF">
          <v:shape id="_x0000_i2440" type="#_x0000_t75" style="width:33pt;height:13.8pt" o:ole="">
            <v:imagedata r:id="rId1174" o:title=""/>
          </v:shape>
          <o:OLEObject Type="Embed" ProgID="Equation.DSMT4" ShapeID="_x0000_i2440" DrawAspect="Content" ObjectID="_1699835724" r:id="rId1175"/>
        </w:object>
      </w:r>
      <w:r w:rsidRPr="00B13C4C">
        <w:rPr>
          <w:rFonts w:ascii="Times New Roman" w:hAnsi="Times New Roman" w:cs="Times New Roman"/>
          <w:sz w:val="24"/>
          <w:szCs w:val="24"/>
        </w:rPr>
        <w:t>, số nào trong các số sau đây là số nhỏ nhất?</w:t>
      </w:r>
    </w:p>
    <w:p w14:paraId="69C92ADE"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639" w:dyaOrig="620" w14:anchorId="3055F0C5">
          <v:shape id="_x0000_i2441" type="#_x0000_t75" style="width:31.8pt;height:31.2pt" o:ole="">
            <v:imagedata r:id="rId1176" o:title=""/>
          </v:shape>
          <o:OLEObject Type="Embed" ProgID="Equation.DSMT4" ShapeID="_x0000_i2441" DrawAspect="Content" ObjectID="_1699835725" r:id="rId117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680" w:dyaOrig="620" w14:anchorId="6C027E52">
          <v:shape id="_x0000_i2442" type="#_x0000_t75" style="width:34.2pt;height:31.2pt" o:ole="">
            <v:imagedata r:id="rId1178" o:title=""/>
          </v:shape>
          <o:OLEObject Type="Embed" ProgID="Equation.DSMT4" ShapeID="_x0000_i2442" DrawAspect="Content" ObjectID="_1699835726" r:id="rId117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360" w:dyaOrig="620" w14:anchorId="36B4F7F1">
          <v:shape id="_x0000_i2443" type="#_x0000_t75" style="width:18pt;height:31.2pt" o:ole="">
            <v:imagedata r:id="rId1180" o:title=""/>
          </v:shape>
          <o:OLEObject Type="Embed" ProgID="Equation.DSMT4" ShapeID="_x0000_i2443" DrawAspect="Content" ObjectID="_1699835727" r:id="rId118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240" w:dyaOrig="620" w14:anchorId="57989E9C">
          <v:shape id="_x0000_i2444" type="#_x0000_t75" style="width:12pt;height:31.2pt" o:ole="">
            <v:imagedata r:id="rId1182" o:title=""/>
          </v:shape>
          <o:OLEObject Type="Embed" ProgID="Equation.DSMT4" ShapeID="_x0000_i2444" DrawAspect="Content" ObjectID="_1699835728" r:id="rId1183"/>
        </w:object>
      </w:r>
      <w:r w:rsidRPr="00B13C4C">
        <w:rPr>
          <w:rFonts w:ascii="Times New Roman" w:hAnsi="Times New Roman" w:cs="Times New Roman"/>
          <w:sz w:val="24"/>
          <w:szCs w:val="24"/>
        </w:rPr>
        <w:t>.</w:t>
      </w:r>
    </w:p>
    <w:p w14:paraId="657E8307" w14:textId="77777777" w:rsidR="00B13C4C" w:rsidRPr="00B13C4C" w:rsidRDefault="00B13C4C" w:rsidP="000C3D1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Phương trình </w:t>
      </w:r>
      <w:r w:rsidRPr="00B13C4C">
        <w:rPr>
          <w:rFonts w:ascii="Times New Roman" w:hAnsi="Times New Roman" w:cs="Times New Roman"/>
          <w:position w:val="-8"/>
          <w:sz w:val="24"/>
          <w:szCs w:val="24"/>
        </w:rPr>
        <w:object w:dxaOrig="2240" w:dyaOrig="360" w14:anchorId="15099A25">
          <v:shape id="_x0000_i2445" type="#_x0000_t75" style="width:112.2pt;height:18pt" o:ole="">
            <v:imagedata r:id="rId1184" o:title=""/>
          </v:shape>
          <o:OLEObject Type="Embed" ProgID="Equation.DSMT4" ShapeID="_x0000_i2445" DrawAspect="Content" ObjectID="_1699835729" r:id="rId1185"/>
        </w:object>
      </w:r>
      <w:r w:rsidRPr="00B13C4C">
        <w:rPr>
          <w:rFonts w:ascii="Times New Roman" w:hAnsi="Times New Roman" w:cs="Times New Roman"/>
          <w:sz w:val="24"/>
          <w:szCs w:val="24"/>
        </w:rPr>
        <w:t xml:space="preserve"> có nghiệm là:</w:t>
      </w:r>
    </w:p>
    <w:p w14:paraId="41759177" w14:textId="05A236A5"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Vô nghiệm.</w:t>
      </w:r>
      <w:r w:rsidRPr="00B13C4C">
        <w:rPr>
          <w:rFonts w:ascii="Times New Roman" w:hAnsi="Times New Roman" w:cs="Times New Roman"/>
          <w:sz w:val="24"/>
          <w:szCs w:val="24"/>
        </w:rPr>
        <w:tab/>
      </w:r>
      <w:r>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560" w:dyaOrig="279" w14:anchorId="2C6B3E42">
          <v:shape id="_x0000_i2446" type="#_x0000_t75" style="width:28.2pt;height:13.8pt" o:ole="">
            <v:imagedata r:id="rId1186" o:title=""/>
          </v:shape>
          <o:OLEObject Type="Embed" ProgID="Equation.DSMT4" ShapeID="_x0000_i2446" DrawAspect="Content" ObjectID="_1699835730" r:id="rId1187"/>
        </w:object>
      </w:r>
      <w:r w:rsidRPr="00B13C4C">
        <w:rPr>
          <w:rFonts w:ascii="Times New Roman" w:hAnsi="Times New Roman" w:cs="Times New Roman"/>
          <w:sz w:val="24"/>
          <w:szCs w:val="24"/>
        </w:rPr>
        <w:t xml:space="preserve"> hoặc </w:t>
      </w:r>
      <w:r w:rsidRPr="00B13C4C">
        <w:rPr>
          <w:rFonts w:ascii="Times New Roman" w:hAnsi="Times New Roman" w:cs="Times New Roman"/>
          <w:position w:val="-6"/>
          <w:sz w:val="24"/>
          <w:szCs w:val="24"/>
        </w:rPr>
        <w:object w:dxaOrig="540" w:dyaOrig="279" w14:anchorId="29402206">
          <v:shape id="_x0000_i2447" type="#_x0000_t75" style="width:27pt;height:13.8pt" o:ole="">
            <v:imagedata r:id="rId1188" o:title=""/>
          </v:shape>
          <o:OLEObject Type="Embed" ProgID="Equation.DSMT4" ShapeID="_x0000_i2447" DrawAspect="Content" ObjectID="_1699835731" r:id="rId1189"/>
        </w:object>
      </w:r>
      <w:r w:rsidRPr="00B13C4C">
        <w:rPr>
          <w:rFonts w:ascii="Times New Roman" w:hAnsi="Times New Roman" w:cs="Times New Roman"/>
          <w:sz w:val="24"/>
          <w:szCs w:val="24"/>
        </w:rPr>
        <w:t>.</w:t>
      </w:r>
    </w:p>
    <w:p w14:paraId="565A479D" w14:textId="3B171E4D"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520" w:dyaOrig="279" w14:anchorId="1C6614ED">
          <v:shape id="_x0000_i2448" type="#_x0000_t75" style="width:25.8pt;height:13.8pt" o:ole="">
            <v:imagedata r:id="rId1190" o:title=""/>
          </v:shape>
          <o:OLEObject Type="Embed" ProgID="Equation.DSMT4" ShapeID="_x0000_i2448" DrawAspect="Content" ObjectID="_1699835732" r:id="rId119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540" w:dyaOrig="279" w14:anchorId="133D8C49">
          <v:shape id="_x0000_i2449" type="#_x0000_t75" style="width:27pt;height:13.8pt" o:ole="">
            <v:imagedata r:id="rId1192" o:title=""/>
          </v:shape>
          <o:OLEObject Type="Embed" ProgID="Equation.DSMT4" ShapeID="_x0000_i2449" DrawAspect="Content" ObjectID="_1699835733" r:id="rId1193"/>
        </w:object>
      </w:r>
      <w:r w:rsidRPr="00B13C4C">
        <w:rPr>
          <w:rFonts w:ascii="Times New Roman" w:hAnsi="Times New Roman" w:cs="Times New Roman"/>
          <w:sz w:val="24"/>
          <w:szCs w:val="24"/>
        </w:rPr>
        <w:t>.</w:t>
      </w:r>
    </w:p>
    <w:p w14:paraId="607A3384" w14:textId="77777777" w:rsidR="00B13C4C" w:rsidRPr="00B13C4C" w:rsidRDefault="00B13C4C" w:rsidP="000C3D1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với hệ tọa độ </w:t>
      </w:r>
      <w:r w:rsidRPr="00B13C4C">
        <w:rPr>
          <w:rFonts w:ascii="Times New Roman" w:hAnsi="Times New Roman" w:cs="Times New Roman"/>
          <w:position w:val="-10"/>
          <w:sz w:val="24"/>
          <w:szCs w:val="24"/>
        </w:rPr>
        <w:object w:dxaOrig="460" w:dyaOrig="320" w14:anchorId="3B3B8B3C">
          <v:shape id="_x0000_i2450" type="#_x0000_t75" style="width:22.8pt;height:16.2pt" o:ole="">
            <v:imagedata r:id="rId1194" o:title=""/>
          </v:shape>
          <o:OLEObject Type="Embed" ProgID="Equation.DSMT4" ShapeID="_x0000_i2450" DrawAspect="Content" ObjectID="_1699835734" r:id="rId1195"/>
        </w:object>
      </w:r>
      <w:r w:rsidRPr="00B13C4C">
        <w:rPr>
          <w:rFonts w:ascii="Times New Roman" w:hAnsi="Times New Roman" w:cs="Times New Roman"/>
          <w:sz w:val="24"/>
          <w:szCs w:val="24"/>
        </w:rPr>
        <w:t xml:space="preserve"> cho các điểm </w:t>
      </w:r>
      <w:r w:rsidRPr="00B13C4C">
        <w:rPr>
          <w:rFonts w:ascii="Times New Roman" w:hAnsi="Times New Roman" w:cs="Times New Roman"/>
          <w:position w:val="-10"/>
          <w:sz w:val="24"/>
          <w:szCs w:val="24"/>
        </w:rPr>
        <w:object w:dxaOrig="2420" w:dyaOrig="320" w14:anchorId="765957E8">
          <v:shape id="_x0000_i2451" type="#_x0000_t75" style="width:121.2pt;height:16.2pt" o:ole="">
            <v:imagedata r:id="rId1196" o:title=""/>
          </v:shape>
          <o:OLEObject Type="Embed" ProgID="Equation.DSMT4" ShapeID="_x0000_i2451" DrawAspect="Content" ObjectID="_1699835735" r:id="rId1197"/>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999" w:dyaOrig="320" w14:anchorId="5C8E5AB0">
          <v:shape id="_x0000_i2452" type="#_x0000_t75" style="width:49.8pt;height:16.2pt" o:ole="">
            <v:imagedata r:id="rId1198" o:title=""/>
          </v:shape>
          <o:OLEObject Type="Embed" ProgID="Equation.DSMT4" ShapeID="_x0000_i2452" DrawAspect="Content" ObjectID="_1699835736" r:id="rId1199"/>
        </w:object>
      </w:r>
      <w:r w:rsidRPr="00B13C4C">
        <w:rPr>
          <w:rFonts w:ascii="Times New Roman" w:hAnsi="Times New Roman" w:cs="Times New Roman"/>
          <w:sz w:val="24"/>
          <w:szCs w:val="24"/>
        </w:rPr>
        <w:t xml:space="preserve">. Gọi </w:t>
      </w:r>
      <w:r w:rsidRPr="00B13C4C">
        <w:rPr>
          <w:rFonts w:ascii="Times New Roman" w:hAnsi="Times New Roman" w:cs="Times New Roman"/>
          <w:position w:val="-10"/>
          <w:sz w:val="24"/>
          <w:szCs w:val="24"/>
        </w:rPr>
        <w:object w:dxaOrig="840" w:dyaOrig="320" w14:anchorId="5C39F212">
          <v:shape id="_x0000_i2453" type="#_x0000_t75" style="width:42pt;height:16.2pt" o:ole="">
            <v:imagedata r:id="rId1200" o:title=""/>
          </v:shape>
          <o:OLEObject Type="Embed" ProgID="Equation.DSMT4" ShapeID="_x0000_i2453" DrawAspect="Content" ObjectID="_1699835737" r:id="rId1201"/>
        </w:object>
      </w:r>
      <w:r w:rsidRPr="00B13C4C">
        <w:rPr>
          <w:rFonts w:ascii="Times New Roman" w:hAnsi="Times New Roman" w:cs="Times New Roman"/>
          <w:sz w:val="24"/>
          <w:szCs w:val="24"/>
        </w:rPr>
        <w:t xml:space="preserve"> với </w:t>
      </w:r>
      <w:r w:rsidRPr="00B13C4C">
        <w:rPr>
          <w:rFonts w:ascii="Times New Roman" w:hAnsi="Times New Roman" w:cs="Times New Roman"/>
          <w:position w:val="-6"/>
          <w:sz w:val="24"/>
          <w:szCs w:val="24"/>
        </w:rPr>
        <w:object w:dxaOrig="560" w:dyaOrig="279" w14:anchorId="3608781A">
          <v:shape id="_x0000_i2454" type="#_x0000_t75" style="width:28.2pt;height:13.8pt" o:ole="">
            <v:imagedata r:id="rId1202" o:title=""/>
          </v:shape>
          <o:OLEObject Type="Embed" ProgID="Equation.DSMT4" ShapeID="_x0000_i2454" DrawAspect="Content" ObjectID="_1699835738" r:id="rId1203"/>
        </w:object>
      </w:r>
      <w:r w:rsidRPr="00B13C4C">
        <w:rPr>
          <w:rFonts w:ascii="Times New Roman" w:hAnsi="Times New Roman" w:cs="Times New Roman"/>
          <w:sz w:val="24"/>
          <w:szCs w:val="24"/>
        </w:rPr>
        <w:t xml:space="preserve"> là điểm thuộc đồ thị hàm số </w:t>
      </w:r>
      <w:r w:rsidRPr="00B13C4C">
        <w:rPr>
          <w:rFonts w:ascii="Times New Roman" w:hAnsi="Times New Roman" w:cs="Times New Roman"/>
          <w:position w:val="-10"/>
          <w:sz w:val="24"/>
          <w:szCs w:val="24"/>
        </w:rPr>
        <w:object w:dxaOrig="859" w:dyaOrig="320" w14:anchorId="7DF455EF">
          <v:shape id="_x0000_i2455" type="#_x0000_t75" style="width:43.2pt;height:16.2pt" o:ole="">
            <v:imagedata r:id="rId1204" o:title=""/>
          </v:shape>
          <o:OLEObject Type="Embed" ProgID="Equation.DSMT4" ShapeID="_x0000_i2455" DrawAspect="Content" ObjectID="_1699835739" r:id="rId1205"/>
        </w:object>
      </w:r>
      <w:r w:rsidRPr="00B13C4C">
        <w:rPr>
          <w:rFonts w:ascii="Times New Roman" w:hAnsi="Times New Roman" w:cs="Times New Roman"/>
          <w:sz w:val="24"/>
          <w:szCs w:val="24"/>
        </w:rPr>
        <w:t xml:space="preserve"> sao cho thỏa mãn điều kiện </w:t>
      </w:r>
      <w:r w:rsidRPr="00B13C4C">
        <w:rPr>
          <w:rFonts w:ascii="Times New Roman" w:hAnsi="Times New Roman" w:cs="Times New Roman"/>
          <w:position w:val="-6"/>
          <w:sz w:val="24"/>
          <w:szCs w:val="24"/>
        </w:rPr>
        <w:object w:dxaOrig="2540" w:dyaOrig="340" w14:anchorId="21919F85">
          <v:shape id="_x0000_i2456" type="#_x0000_t75" style="width:127.2pt;height:16.8pt" o:ole="">
            <v:imagedata r:id="rId1206" o:title=""/>
          </v:shape>
          <o:OLEObject Type="Embed" ProgID="Equation.DSMT4" ShapeID="_x0000_i2456" DrawAspect="Content" ObjectID="_1699835740" r:id="rId1207"/>
        </w:object>
      </w:r>
      <w:r w:rsidRPr="00B13C4C">
        <w:rPr>
          <w:rFonts w:ascii="Times New Roman" w:hAnsi="Times New Roman" w:cs="Times New Roman"/>
          <w:sz w:val="24"/>
          <w:szCs w:val="24"/>
        </w:rPr>
        <w:t xml:space="preserve">. Khi đó </w:t>
      </w:r>
      <w:r w:rsidRPr="00B13C4C">
        <w:rPr>
          <w:rFonts w:ascii="Times New Roman" w:hAnsi="Times New Roman" w:cs="Times New Roman"/>
          <w:position w:val="-6"/>
          <w:sz w:val="24"/>
          <w:szCs w:val="24"/>
        </w:rPr>
        <w:object w:dxaOrig="200" w:dyaOrig="220" w14:anchorId="6AA18828">
          <v:shape id="_x0000_i2457" type="#_x0000_t75" style="width:10.2pt;height:10.8pt" o:ole="">
            <v:imagedata r:id="rId1208" o:title=""/>
          </v:shape>
          <o:OLEObject Type="Embed" ProgID="Equation.DSMT4" ShapeID="_x0000_i2457" DrawAspect="Content" ObjectID="_1699835741" r:id="rId1209"/>
        </w:object>
      </w:r>
      <w:r w:rsidRPr="00B13C4C">
        <w:rPr>
          <w:rFonts w:ascii="Times New Roman" w:hAnsi="Times New Roman" w:cs="Times New Roman"/>
          <w:sz w:val="24"/>
          <w:szCs w:val="24"/>
        </w:rPr>
        <w:t xml:space="preserve"> thuộc khoảng nào sau đây?</w:t>
      </w:r>
    </w:p>
    <w:p w14:paraId="4B1734DB"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560" w:dyaOrig="320" w14:anchorId="51F15460">
          <v:shape id="_x0000_i2458" type="#_x0000_t75" style="width:28.2pt;height:16.2pt" o:ole="">
            <v:imagedata r:id="rId1210" o:title=""/>
          </v:shape>
          <o:OLEObject Type="Embed" ProgID="Equation.DSMT4" ShapeID="_x0000_i2458" DrawAspect="Content" ObjectID="_1699835742" r:id="rId121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540" w:dyaOrig="320" w14:anchorId="323ECBA8">
          <v:shape id="_x0000_i2459" type="#_x0000_t75" style="width:27pt;height:16.2pt" o:ole="">
            <v:imagedata r:id="rId1212" o:title=""/>
          </v:shape>
          <o:OLEObject Type="Embed" ProgID="Equation.DSMT4" ShapeID="_x0000_i2459" DrawAspect="Content" ObjectID="_1699835743" r:id="rId121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560" w:dyaOrig="320" w14:anchorId="2E17AB46">
          <v:shape id="_x0000_i2460" type="#_x0000_t75" style="width:28.2pt;height:16.2pt" o:ole="">
            <v:imagedata r:id="rId1214" o:title=""/>
          </v:shape>
          <o:OLEObject Type="Embed" ProgID="Equation.DSMT4" ShapeID="_x0000_i2460" DrawAspect="Content" ObjectID="_1699835744" r:id="rId121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560" w:dyaOrig="320" w14:anchorId="5D125B98">
          <v:shape id="_x0000_i2461" type="#_x0000_t75" style="width:28.2pt;height:16.2pt" o:ole="">
            <v:imagedata r:id="rId1216" o:title=""/>
          </v:shape>
          <o:OLEObject Type="Embed" ProgID="Equation.DSMT4" ShapeID="_x0000_i2461" DrawAspect="Content" ObjectID="_1699835745" r:id="rId1217"/>
        </w:object>
      </w:r>
      <w:r w:rsidRPr="00B13C4C">
        <w:rPr>
          <w:rFonts w:ascii="Times New Roman" w:hAnsi="Times New Roman" w:cs="Times New Roman"/>
          <w:sz w:val="24"/>
          <w:szCs w:val="24"/>
        </w:rPr>
        <w:t>.</w:t>
      </w:r>
    </w:p>
    <w:p w14:paraId="54539098" w14:textId="77777777" w:rsidR="00B13C4C" w:rsidRPr="00B13C4C" w:rsidRDefault="00B13C4C" w:rsidP="000C3D1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phương trình </w:t>
      </w:r>
      <w:r w:rsidRPr="00B13C4C">
        <w:rPr>
          <w:rFonts w:ascii="Times New Roman" w:hAnsi="Times New Roman" w:cs="Times New Roman"/>
          <w:position w:val="-10"/>
          <w:sz w:val="24"/>
          <w:szCs w:val="24"/>
        </w:rPr>
        <w:object w:dxaOrig="3300" w:dyaOrig="380" w14:anchorId="2450B4C8">
          <v:shape id="_x0000_i2462" type="#_x0000_t75" style="width:165pt;height:19.2pt" o:ole="">
            <v:imagedata r:id="rId1218" o:title=""/>
          </v:shape>
          <o:OLEObject Type="Embed" ProgID="Equation.DSMT4" ShapeID="_x0000_i2462" DrawAspect="Content" ObjectID="_1699835746" r:id="rId1219"/>
        </w:object>
      </w:r>
      <w:r w:rsidRPr="00B13C4C">
        <w:rPr>
          <w:rFonts w:ascii="Times New Roman" w:hAnsi="Times New Roman" w:cs="Times New Roman"/>
          <w:sz w:val="24"/>
          <w:szCs w:val="24"/>
        </w:rPr>
        <w:t xml:space="preserve">. Có bao nhiêu giá trị nguyên dương của tham số </w:t>
      </w:r>
      <w:r w:rsidRPr="00B13C4C">
        <w:rPr>
          <w:rFonts w:ascii="Times New Roman" w:hAnsi="Times New Roman" w:cs="Times New Roman"/>
          <w:position w:val="-6"/>
          <w:sz w:val="24"/>
          <w:szCs w:val="24"/>
        </w:rPr>
        <w:object w:dxaOrig="260" w:dyaOrig="220" w14:anchorId="473418F9">
          <v:shape id="_x0000_i2463" type="#_x0000_t75" style="width:13.2pt;height:10.8pt" o:ole="">
            <v:imagedata r:id="rId1220" o:title=""/>
          </v:shape>
          <o:OLEObject Type="Embed" ProgID="Equation.DSMT4" ShapeID="_x0000_i2463" DrawAspect="Content" ObjectID="_1699835747" r:id="rId1221"/>
        </w:object>
      </w:r>
      <w:r w:rsidRPr="00B13C4C">
        <w:rPr>
          <w:rFonts w:ascii="Times New Roman" w:hAnsi="Times New Roman" w:cs="Times New Roman"/>
          <w:sz w:val="24"/>
          <w:szCs w:val="24"/>
        </w:rPr>
        <w:t xml:space="preserve"> để phương trình đã cho có đúng 2 nghiệm phân biệt?</w:t>
      </w:r>
    </w:p>
    <w:p w14:paraId="24DF0BA9" w14:textId="77777777" w:rsidR="00B13C4C" w:rsidRPr="00B13C4C" w:rsidRDefault="00B13C4C" w:rsidP="000C3D1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4.</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16.</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15.</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14.</w:t>
      </w:r>
    </w:p>
    <w:p w14:paraId="1BCF1037" w14:textId="77777777" w:rsidR="00B13C4C" w:rsidRPr="00B13C4C" w:rsidRDefault="00B13C4C" w:rsidP="000C3D1E">
      <w:pPr>
        <w:ind w:left="992"/>
        <w:rPr>
          <w:rFonts w:ascii="Times New Roman" w:hAnsi="Times New Roman" w:cs="Times New Roman"/>
          <w:sz w:val="24"/>
          <w:szCs w:val="24"/>
        </w:rPr>
      </w:pPr>
      <w:r w:rsidRPr="00B13C4C">
        <w:rPr>
          <w:rFonts w:ascii="Times New Roman" w:hAnsi="Times New Roman" w:cs="Times New Roman"/>
          <w:b/>
          <w:sz w:val="24"/>
          <w:szCs w:val="24"/>
        </w:rPr>
        <w:t>Phần II: Tự luận</w:t>
      </w:r>
    </w:p>
    <w:p w14:paraId="71ADBBD5" w14:textId="77777777" w:rsidR="00B13C4C" w:rsidRPr="00B13C4C" w:rsidRDefault="00B13C4C" w:rsidP="000C3D1E">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1: </w:t>
      </w:r>
      <w:r w:rsidRPr="00B13C4C">
        <w:rPr>
          <w:rFonts w:ascii="Times New Roman" w:hAnsi="Times New Roman" w:cs="Times New Roman"/>
          <w:sz w:val="24"/>
          <w:szCs w:val="24"/>
        </w:rPr>
        <w:t xml:space="preserve">Tìm parabol </w:t>
      </w:r>
      <w:r w:rsidRPr="00B13C4C">
        <w:rPr>
          <w:rFonts w:ascii="Times New Roman" w:hAnsi="Times New Roman" w:cs="Times New Roman"/>
          <w:position w:val="-10"/>
          <w:sz w:val="24"/>
          <w:szCs w:val="24"/>
        </w:rPr>
        <w:object w:dxaOrig="1540" w:dyaOrig="360" w14:anchorId="34AEEAC4">
          <v:shape id="_x0000_i2464" type="#_x0000_t75" style="width:76.8pt;height:18pt" o:ole="">
            <v:imagedata r:id="rId1222" o:title=""/>
          </v:shape>
          <o:OLEObject Type="Embed" ProgID="Equation.DSMT4" ShapeID="_x0000_i2464" DrawAspect="Content" ObjectID="_1699835748" r:id="rId1223"/>
        </w:object>
      </w:r>
      <w:r w:rsidRPr="00B13C4C">
        <w:rPr>
          <w:rFonts w:ascii="Times New Roman" w:hAnsi="Times New Roman" w:cs="Times New Roman"/>
          <w:sz w:val="24"/>
          <w:szCs w:val="24"/>
        </w:rPr>
        <w:t xml:space="preserve"> biết rằng parabol đó đi qua </w:t>
      </w:r>
      <w:r w:rsidRPr="00B13C4C">
        <w:rPr>
          <w:rFonts w:ascii="Times New Roman" w:hAnsi="Times New Roman" w:cs="Times New Roman"/>
          <w:position w:val="-10"/>
          <w:sz w:val="24"/>
          <w:szCs w:val="24"/>
        </w:rPr>
        <w:object w:dxaOrig="820" w:dyaOrig="320" w14:anchorId="357120AB">
          <v:shape id="_x0000_i2465" type="#_x0000_t75" style="width:40.8pt;height:16.2pt" o:ole="">
            <v:imagedata r:id="rId1224" o:title=""/>
          </v:shape>
          <o:OLEObject Type="Embed" ProgID="Equation.DSMT4" ShapeID="_x0000_i2465" DrawAspect="Content" ObjectID="_1699835749" r:id="rId1225"/>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980" w:dyaOrig="320" w14:anchorId="4FFF1431">
          <v:shape id="_x0000_i2466" type="#_x0000_t75" style="width:49.2pt;height:16.2pt" o:ole="">
            <v:imagedata r:id="rId1226" o:title=""/>
          </v:shape>
          <o:OLEObject Type="Embed" ProgID="Equation.DSMT4" ShapeID="_x0000_i2466" DrawAspect="Content" ObjectID="_1699835750" r:id="rId1227"/>
        </w:object>
      </w:r>
    </w:p>
    <w:p w14:paraId="310BE0E0" w14:textId="77777777" w:rsidR="00B13C4C" w:rsidRPr="00B13C4C" w:rsidRDefault="00B13C4C" w:rsidP="000C3D1E">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2: </w:t>
      </w:r>
      <w:r w:rsidRPr="00B13C4C">
        <w:rPr>
          <w:rFonts w:ascii="Times New Roman" w:hAnsi="Times New Roman" w:cs="Times New Roman"/>
          <w:sz w:val="24"/>
          <w:szCs w:val="24"/>
        </w:rPr>
        <w:t>Giải các phương trình sau:</w:t>
      </w:r>
    </w:p>
    <w:p w14:paraId="2FBECD03" w14:textId="77777777" w:rsidR="00B13C4C" w:rsidRPr="00B13C4C" w:rsidRDefault="00B13C4C" w:rsidP="000C3D1E">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a. </w:t>
      </w:r>
      <w:r w:rsidRPr="00B13C4C">
        <w:rPr>
          <w:rFonts w:ascii="Times New Roman" w:hAnsi="Times New Roman" w:cs="Times New Roman"/>
          <w:position w:val="-24"/>
          <w:sz w:val="24"/>
          <w:szCs w:val="24"/>
        </w:rPr>
        <w:object w:dxaOrig="1460" w:dyaOrig="620" w14:anchorId="07B66E00">
          <v:shape id="_x0000_i2467" type="#_x0000_t75" style="width:73.2pt;height:31.2pt" o:ole="">
            <v:imagedata r:id="rId1228" o:title=""/>
          </v:shape>
          <o:OLEObject Type="Embed" ProgID="Equation.DSMT4" ShapeID="_x0000_i2467" DrawAspect="Content" ObjectID="_1699835751" r:id="rId1229"/>
        </w:objec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sz w:val="24"/>
          <w:szCs w:val="24"/>
        </w:rPr>
        <w:tab/>
        <w:t xml:space="preserve">b. </w:t>
      </w:r>
      <w:r w:rsidRPr="00B13C4C">
        <w:rPr>
          <w:rFonts w:ascii="Times New Roman" w:hAnsi="Times New Roman" w:cs="Times New Roman"/>
          <w:position w:val="-8"/>
          <w:sz w:val="24"/>
          <w:szCs w:val="24"/>
        </w:rPr>
        <w:object w:dxaOrig="1740" w:dyaOrig="400" w14:anchorId="7CA6B370">
          <v:shape id="_x0000_i2468" type="#_x0000_t75" style="width:87pt;height:19.8pt" o:ole="">
            <v:imagedata r:id="rId1230" o:title=""/>
          </v:shape>
          <o:OLEObject Type="Embed" ProgID="Equation.DSMT4" ShapeID="_x0000_i2468" DrawAspect="Content" ObjectID="_1699835752" r:id="rId1231"/>
        </w:object>
      </w:r>
    </w:p>
    <w:p w14:paraId="45CBCB8C" w14:textId="77777777" w:rsidR="00B13C4C" w:rsidRPr="00B13C4C" w:rsidRDefault="00B13C4C" w:rsidP="000C3D1E">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3: </w:t>
      </w:r>
      <w:r w:rsidRPr="00B13C4C">
        <w:rPr>
          <w:rFonts w:ascii="Times New Roman" w:hAnsi="Times New Roman" w:cs="Times New Roman"/>
          <w:sz w:val="24"/>
          <w:szCs w:val="24"/>
        </w:rPr>
        <w:t xml:space="preserve">Cho bốn điểm </w:t>
      </w:r>
      <w:r w:rsidRPr="00B13C4C">
        <w:rPr>
          <w:rFonts w:ascii="Times New Roman" w:hAnsi="Times New Roman" w:cs="Times New Roman"/>
          <w:position w:val="-10"/>
          <w:sz w:val="24"/>
          <w:szCs w:val="24"/>
        </w:rPr>
        <w:object w:dxaOrig="1020" w:dyaOrig="320" w14:anchorId="223ECDCB">
          <v:shape id="_x0000_i2469" type="#_x0000_t75" style="width:51pt;height:16.2pt" o:ole="">
            <v:imagedata r:id="rId1232" o:title=""/>
          </v:shape>
          <o:OLEObject Type="Embed" ProgID="Equation.DSMT4" ShapeID="_x0000_i2469" DrawAspect="Content" ObjectID="_1699835753" r:id="rId1233"/>
        </w:object>
      </w:r>
      <w:r w:rsidRPr="00B13C4C">
        <w:rPr>
          <w:rFonts w:ascii="Times New Roman" w:hAnsi="Times New Roman" w:cs="Times New Roman"/>
          <w:sz w:val="24"/>
          <w:szCs w:val="24"/>
        </w:rPr>
        <w:t xml:space="preserve"> bất kì. Chú minh rằng: </w:t>
      </w:r>
      <w:r w:rsidRPr="00B13C4C">
        <w:rPr>
          <w:rFonts w:ascii="Times New Roman" w:hAnsi="Times New Roman" w:cs="Times New Roman"/>
          <w:position w:val="-6"/>
          <w:sz w:val="24"/>
          <w:szCs w:val="24"/>
        </w:rPr>
        <w:object w:dxaOrig="2700" w:dyaOrig="340" w14:anchorId="5E69B332">
          <v:shape id="_x0000_i2470" type="#_x0000_t75" style="width:135pt;height:16.8pt" o:ole="">
            <v:imagedata r:id="rId1234" o:title=""/>
          </v:shape>
          <o:OLEObject Type="Embed" ProgID="Equation.DSMT4" ShapeID="_x0000_i2470" DrawAspect="Content" ObjectID="_1699835754" r:id="rId1235"/>
        </w:object>
      </w:r>
    </w:p>
    <w:p w14:paraId="364CA36F" w14:textId="77777777" w:rsidR="00B13C4C" w:rsidRPr="00B13C4C" w:rsidRDefault="00B13C4C" w:rsidP="000C3D1E">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4: </w:t>
      </w:r>
      <w:r w:rsidRPr="00B13C4C">
        <w:rPr>
          <w:rFonts w:ascii="Times New Roman" w:hAnsi="Times New Roman" w:cs="Times New Roman"/>
          <w:sz w:val="24"/>
          <w:szCs w:val="24"/>
        </w:rPr>
        <w:t xml:space="preserve">Trong mặt phẳng </w:t>
      </w:r>
      <w:r w:rsidRPr="00B13C4C">
        <w:rPr>
          <w:rFonts w:ascii="Times New Roman" w:hAnsi="Times New Roman" w:cs="Times New Roman"/>
          <w:position w:val="-10"/>
          <w:sz w:val="24"/>
          <w:szCs w:val="24"/>
        </w:rPr>
        <w:object w:dxaOrig="460" w:dyaOrig="320" w14:anchorId="180C65D3">
          <v:shape id="_x0000_i2471" type="#_x0000_t75" style="width:22.8pt;height:16.2pt" o:ole="">
            <v:imagedata r:id="rId1236" o:title=""/>
          </v:shape>
          <o:OLEObject Type="Embed" ProgID="Equation.DSMT4" ShapeID="_x0000_i2471" DrawAspect="Content" ObjectID="_1699835755" r:id="rId1237"/>
        </w:object>
      </w:r>
      <w:r w:rsidRPr="00B13C4C">
        <w:rPr>
          <w:rFonts w:ascii="Times New Roman" w:hAnsi="Times New Roman" w:cs="Times New Roman"/>
          <w:sz w:val="24"/>
          <w:szCs w:val="24"/>
        </w:rPr>
        <w:t xml:space="preserve"> cho hai điểm </w:t>
      </w:r>
      <w:r w:rsidRPr="00B13C4C">
        <w:rPr>
          <w:rFonts w:ascii="Times New Roman" w:hAnsi="Times New Roman" w:cs="Times New Roman"/>
          <w:position w:val="-10"/>
          <w:sz w:val="24"/>
          <w:szCs w:val="24"/>
        </w:rPr>
        <w:object w:dxaOrig="859" w:dyaOrig="320" w14:anchorId="2EAB0F45">
          <v:shape id="_x0000_i2472" type="#_x0000_t75" style="width:43.2pt;height:16.2pt" o:ole="">
            <v:imagedata r:id="rId1238" o:title=""/>
          </v:shape>
          <o:OLEObject Type="Embed" ProgID="Equation.DSMT4" ShapeID="_x0000_i2472" DrawAspect="Content" ObjectID="_1699835756" r:id="rId1239"/>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680" w:dyaOrig="320" w14:anchorId="737585B5">
          <v:shape id="_x0000_i2473" type="#_x0000_t75" style="width:34.2pt;height:16.2pt" o:ole="">
            <v:imagedata r:id="rId1240" o:title=""/>
          </v:shape>
          <o:OLEObject Type="Embed" ProgID="Equation.DSMT4" ShapeID="_x0000_i2473" DrawAspect="Content" ObjectID="_1699835757" r:id="rId1241"/>
        </w:object>
      </w:r>
      <w:r w:rsidRPr="00B13C4C">
        <w:rPr>
          <w:rFonts w:ascii="Times New Roman" w:hAnsi="Times New Roman" w:cs="Times New Roman"/>
          <w:sz w:val="24"/>
          <w:szCs w:val="24"/>
        </w:rPr>
        <w:t xml:space="preserve">. Tìm tọa độ điểm </w:t>
      </w:r>
      <w:r w:rsidRPr="00B13C4C">
        <w:rPr>
          <w:rFonts w:ascii="Times New Roman" w:hAnsi="Times New Roman" w:cs="Times New Roman"/>
          <w:position w:val="-6"/>
          <w:sz w:val="24"/>
          <w:szCs w:val="24"/>
        </w:rPr>
        <w:object w:dxaOrig="240" w:dyaOrig="279" w14:anchorId="7E976111">
          <v:shape id="_x0000_i2474" type="#_x0000_t75" style="width:12pt;height:13.8pt" o:ole="">
            <v:imagedata r:id="rId1242" o:title=""/>
          </v:shape>
          <o:OLEObject Type="Embed" ProgID="Equation.DSMT4" ShapeID="_x0000_i2474" DrawAspect="Content" ObjectID="_1699835758" r:id="rId1243"/>
        </w:object>
      </w:r>
      <w:r w:rsidRPr="00B13C4C">
        <w:rPr>
          <w:rFonts w:ascii="Times New Roman" w:hAnsi="Times New Roman" w:cs="Times New Roman"/>
          <w:sz w:val="24"/>
          <w:szCs w:val="24"/>
        </w:rPr>
        <w:t xml:space="preserve"> nẳm trên trục tung để tam giác </w:t>
      </w:r>
      <w:r w:rsidRPr="00B13C4C">
        <w:rPr>
          <w:rFonts w:ascii="Times New Roman" w:hAnsi="Times New Roman" w:cs="Times New Roman"/>
          <w:position w:val="-6"/>
          <w:sz w:val="24"/>
          <w:szCs w:val="24"/>
        </w:rPr>
        <w:object w:dxaOrig="560" w:dyaOrig="279" w14:anchorId="1073D42C">
          <v:shape id="_x0000_i2475" type="#_x0000_t75" style="width:28.2pt;height:13.8pt" o:ole="">
            <v:imagedata r:id="rId1244" o:title=""/>
          </v:shape>
          <o:OLEObject Type="Embed" ProgID="Equation.DSMT4" ShapeID="_x0000_i2475" DrawAspect="Content" ObjectID="_1699835759" r:id="rId1245"/>
        </w:object>
      </w:r>
      <w:r w:rsidRPr="00B13C4C">
        <w:rPr>
          <w:rFonts w:ascii="Times New Roman" w:hAnsi="Times New Roman" w:cs="Times New Roman"/>
          <w:sz w:val="24"/>
          <w:szCs w:val="24"/>
        </w:rPr>
        <w:t xml:space="preserve"> vuông tại </w:t>
      </w:r>
      <w:r w:rsidRPr="00B13C4C">
        <w:rPr>
          <w:rFonts w:ascii="Times New Roman" w:hAnsi="Times New Roman" w:cs="Times New Roman"/>
          <w:position w:val="-4"/>
          <w:sz w:val="24"/>
          <w:szCs w:val="24"/>
        </w:rPr>
        <w:object w:dxaOrig="240" w:dyaOrig="260" w14:anchorId="469F4D5D">
          <v:shape id="_x0000_i2476" type="#_x0000_t75" style="width:12pt;height:13.2pt" o:ole="">
            <v:imagedata r:id="rId1246" o:title=""/>
          </v:shape>
          <o:OLEObject Type="Embed" ProgID="Equation.DSMT4" ShapeID="_x0000_i2476" DrawAspect="Content" ObjectID="_1699835760" r:id="rId1247"/>
        </w:object>
      </w:r>
    </w:p>
    <w:p w14:paraId="3526B08B" w14:textId="77777777" w:rsidR="00B13C4C" w:rsidRPr="00B13C4C" w:rsidRDefault="00B13C4C" w:rsidP="000C3D1E">
      <w:pPr>
        <w:ind w:left="992"/>
        <w:jc w:val="center"/>
        <w:rPr>
          <w:rFonts w:ascii="Times New Roman" w:hAnsi="Times New Roman" w:cs="Times New Roman"/>
          <w:b/>
          <w:sz w:val="24"/>
          <w:szCs w:val="24"/>
        </w:rPr>
      </w:pPr>
      <w:r w:rsidRPr="00B13C4C">
        <w:rPr>
          <w:rFonts w:ascii="Times New Roman" w:hAnsi="Times New Roman" w:cs="Times New Roman"/>
          <w:b/>
          <w:sz w:val="24"/>
          <w:szCs w:val="24"/>
        </w:rPr>
        <w:t>BẢNG ĐÁP ÁN</w:t>
      </w:r>
    </w:p>
    <w:tbl>
      <w:tblPr>
        <w:tblStyle w:val="TableGrid"/>
        <w:tblW w:w="0" w:type="auto"/>
        <w:tblInd w:w="992" w:type="dxa"/>
        <w:tblLook w:val="04A0" w:firstRow="1" w:lastRow="0" w:firstColumn="1" w:lastColumn="0" w:noHBand="0" w:noVBand="1"/>
      </w:tblPr>
      <w:tblGrid>
        <w:gridCol w:w="510"/>
        <w:gridCol w:w="510"/>
        <w:gridCol w:w="511"/>
        <w:gridCol w:w="511"/>
        <w:gridCol w:w="511"/>
        <w:gridCol w:w="511"/>
        <w:gridCol w:w="511"/>
        <w:gridCol w:w="511"/>
        <w:gridCol w:w="511"/>
        <w:gridCol w:w="511"/>
        <w:gridCol w:w="512"/>
        <w:gridCol w:w="512"/>
        <w:gridCol w:w="512"/>
        <w:gridCol w:w="512"/>
        <w:gridCol w:w="512"/>
        <w:gridCol w:w="512"/>
        <w:gridCol w:w="512"/>
        <w:gridCol w:w="512"/>
      </w:tblGrid>
      <w:tr w:rsidR="00B13C4C" w:rsidRPr="00B13C4C" w14:paraId="5B2F9A23" w14:textId="77777777" w:rsidTr="00B13C4C">
        <w:tc>
          <w:tcPr>
            <w:tcW w:w="566" w:type="dxa"/>
            <w:shd w:val="clear" w:color="auto" w:fill="FFFF32"/>
          </w:tcPr>
          <w:p w14:paraId="5C287A70" w14:textId="0670A19E"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w:t>
            </w:r>
          </w:p>
        </w:tc>
        <w:tc>
          <w:tcPr>
            <w:tcW w:w="566" w:type="dxa"/>
            <w:shd w:val="clear" w:color="auto" w:fill="FFFF32"/>
          </w:tcPr>
          <w:p w14:paraId="17EE12E0" w14:textId="29F4D7E2"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w:t>
            </w:r>
          </w:p>
        </w:tc>
        <w:tc>
          <w:tcPr>
            <w:tcW w:w="566" w:type="dxa"/>
            <w:shd w:val="clear" w:color="auto" w:fill="FFFF32"/>
          </w:tcPr>
          <w:p w14:paraId="2356DC57" w14:textId="310AB665"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w:t>
            </w:r>
          </w:p>
        </w:tc>
        <w:tc>
          <w:tcPr>
            <w:tcW w:w="566" w:type="dxa"/>
            <w:shd w:val="clear" w:color="auto" w:fill="FFFF32"/>
          </w:tcPr>
          <w:p w14:paraId="564FBB96" w14:textId="03040A80"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4</w:t>
            </w:r>
          </w:p>
        </w:tc>
        <w:tc>
          <w:tcPr>
            <w:tcW w:w="566" w:type="dxa"/>
            <w:shd w:val="clear" w:color="auto" w:fill="FFFF32"/>
          </w:tcPr>
          <w:p w14:paraId="4BDC5C5B" w14:textId="4D1380C1"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5</w:t>
            </w:r>
          </w:p>
        </w:tc>
        <w:tc>
          <w:tcPr>
            <w:tcW w:w="566" w:type="dxa"/>
            <w:shd w:val="clear" w:color="auto" w:fill="FFFF32"/>
          </w:tcPr>
          <w:p w14:paraId="5FCFFA5B" w14:textId="003F450F"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6</w:t>
            </w:r>
          </w:p>
        </w:tc>
        <w:tc>
          <w:tcPr>
            <w:tcW w:w="566" w:type="dxa"/>
            <w:shd w:val="clear" w:color="auto" w:fill="FFFF32"/>
          </w:tcPr>
          <w:p w14:paraId="48C45318" w14:textId="16490BDF"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7</w:t>
            </w:r>
          </w:p>
        </w:tc>
        <w:tc>
          <w:tcPr>
            <w:tcW w:w="566" w:type="dxa"/>
            <w:shd w:val="clear" w:color="auto" w:fill="FFFF32"/>
          </w:tcPr>
          <w:p w14:paraId="2EB497FC" w14:textId="0B591F11"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8</w:t>
            </w:r>
          </w:p>
        </w:tc>
        <w:tc>
          <w:tcPr>
            <w:tcW w:w="566" w:type="dxa"/>
            <w:shd w:val="clear" w:color="auto" w:fill="FFFF32"/>
          </w:tcPr>
          <w:p w14:paraId="61377756" w14:textId="750981B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9</w:t>
            </w:r>
          </w:p>
        </w:tc>
        <w:tc>
          <w:tcPr>
            <w:tcW w:w="566" w:type="dxa"/>
            <w:shd w:val="clear" w:color="auto" w:fill="FFFF32"/>
          </w:tcPr>
          <w:p w14:paraId="27EA0173" w14:textId="08C2DBEE"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10</w:t>
            </w:r>
          </w:p>
        </w:tc>
        <w:tc>
          <w:tcPr>
            <w:tcW w:w="567" w:type="dxa"/>
            <w:shd w:val="clear" w:color="auto" w:fill="FFFF32"/>
          </w:tcPr>
          <w:p w14:paraId="57465F22" w14:textId="367BDBD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11</w:t>
            </w:r>
          </w:p>
        </w:tc>
        <w:tc>
          <w:tcPr>
            <w:tcW w:w="567" w:type="dxa"/>
            <w:shd w:val="clear" w:color="auto" w:fill="FFFF32"/>
          </w:tcPr>
          <w:p w14:paraId="41BC8AB2" w14:textId="48AE2258"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12</w:t>
            </w:r>
          </w:p>
        </w:tc>
        <w:tc>
          <w:tcPr>
            <w:tcW w:w="567" w:type="dxa"/>
            <w:shd w:val="clear" w:color="auto" w:fill="FFFF32"/>
          </w:tcPr>
          <w:p w14:paraId="7921A55A" w14:textId="5B68763D"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13</w:t>
            </w:r>
          </w:p>
        </w:tc>
        <w:tc>
          <w:tcPr>
            <w:tcW w:w="567" w:type="dxa"/>
            <w:shd w:val="clear" w:color="auto" w:fill="FFFF32"/>
          </w:tcPr>
          <w:p w14:paraId="1AD173F8" w14:textId="518CEE0E"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14</w:t>
            </w:r>
          </w:p>
        </w:tc>
        <w:tc>
          <w:tcPr>
            <w:tcW w:w="567" w:type="dxa"/>
            <w:shd w:val="clear" w:color="auto" w:fill="FFFF32"/>
          </w:tcPr>
          <w:p w14:paraId="705AB7C0" w14:textId="26957E82"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15</w:t>
            </w:r>
          </w:p>
        </w:tc>
        <w:tc>
          <w:tcPr>
            <w:tcW w:w="567" w:type="dxa"/>
            <w:shd w:val="clear" w:color="auto" w:fill="FFFF32"/>
          </w:tcPr>
          <w:p w14:paraId="6348259A" w14:textId="5022F886"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16</w:t>
            </w:r>
          </w:p>
        </w:tc>
        <w:tc>
          <w:tcPr>
            <w:tcW w:w="567" w:type="dxa"/>
            <w:shd w:val="clear" w:color="auto" w:fill="FFFF32"/>
          </w:tcPr>
          <w:p w14:paraId="61D771AA" w14:textId="68A50877"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17</w:t>
            </w:r>
          </w:p>
        </w:tc>
        <w:tc>
          <w:tcPr>
            <w:tcW w:w="567" w:type="dxa"/>
            <w:shd w:val="clear" w:color="auto" w:fill="FFFF32"/>
          </w:tcPr>
          <w:p w14:paraId="2130761A" w14:textId="1E42AAA1"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18</w:t>
            </w:r>
          </w:p>
        </w:tc>
      </w:tr>
      <w:tr w:rsidR="00B13C4C" w:rsidRPr="00B13C4C" w14:paraId="0E69B73E" w14:textId="77777777" w:rsidTr="00B13C4C">
        <w:tc>
          <w:tcPr>
            <w:tcW w:w="566" w:type="dxa"/>
            <w:tcBorders>
              <w:bottom w:val="single" w:sz="4" w:space="0" w:color="auto"/>
            </w:tcBorders>
          </w:tcPr>
          <w:p w14:paraId="4C39109F" w14:textId="6E57938F"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Borders>
              <w:bottom w:val="single" w:sz="4" w:space="0" w:color="auto"/>
            </w:tcBorders>
          </w:tcPr>
          <w:p w14:paraId="443F90C8" w14:textId="30C4D740"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Borders>
              <w:bottom w:val="single" w:sz="4" w:space="0" w:color="auto"/>
            </w:tcBorders>
          </w:tcPr>
          <w:p w14:paraId="55A22D82" w14:textId="0A82874C"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Borders>
              <w:bottom w:val="single" w:sz="4" w:space="0" w:color="auto"/>
            </w:tcBorders>
          </w:tcPr>
          <w:p w14:paraId="49B8C0CC" w14:textId="4C8D284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Borders>
              <w:bottom w:val="single" w:sz="4" w:space="0" w:color="auto"/>
            </w:tcBorders>
          </w:tcPr>
          <w:p w14:paraId="4FC93384" w14:textId="5E500CE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Borders>
              <w:bottom w:val="single" w:sz="4" w:space="0" w:color="auto"/>
            </w:tcBorders>
          </w:tcPr>
          <w:p w14:paraId="74CA2DE2" w14:textId="400CE313"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Borders>
              <w:bottom w:val="single" w:sz="4" w:space="0" w:color="auto"/>
            </w:tcBorders>
          </w:tcPr>
          <w:p w14:paraId="0B4F3CA1" w14:textId="497016DC"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Borders>
              <w:bottom w:val="single" w:sz="4" w:space="0" w:color="auto"/>
            </w:tcBorders>
          </w:tcPr>
          <w:p w14:paraId="79D593F9" w14:textId="6C29D048"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Borders>
              <w:bottom w:val="single" w:sz="4" w:space="0" w:color="auto"/>
            </w:tcBorders>
          </w:tcPr>
          <w:p w14:paraId="119AAD19" w14:textId="1B285C9C"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Borders>
              <w:bottom w:val="single" w:sz="4" w:space="0" w:color="auto"/>
            </w:tcBorders>
          </w:tcPr>
          <w:p w14:paraId="75EF5273" w14:textId="76758949"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7" w:type="dxa"/>
            <w:tcBorders>
              <w:bottom w:val="single" w:sz="4" w:space="0" w:color="auto"/>
            </w:tcBorders>
          </w:tcPr>
          <w:p w14:paraId="793AF2B8" w14:textId="1620B3B4"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Borders>
              <w:bottom w:val="single" w:sz="4" w:space="0" w:color="auto"/>
            </w:tcBorders>
          </w:tcPr>
          <w:p w14:paraId="657E813D" w14:textId="7F9AAF5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Borders>
              <w:bottom w:val="single" w:sz="4" w:space="0" w:color="auto"/>
            </w:tcBorders>
          </w:tcPr>
          <w:p w14:paraId="4130FFDD" w14:textId="6C46A514"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Borders>
              <w:bottom w:val="single" w:sz="4" w:space="0" w:color="auto"/>
            </w:tcBorders>
          </w:tcPr>
          <w:p w14:paraId="0FD4A10C" w14:textId="6D37DAE3"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7" w:type="dxa"/>
            <w:tcBorders>
              <w:bottom w:val="single" w:sz="4" w:space="0" w:color="auto"/>
            </w:tcBorders>
          </w:tcPr>
          <w:p w14:paraId="6B330214" w14:textId="12D5229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Borders>
              <w:bottom w:val="single" w:sz="4" w:space="0" w:color="auto"/>
            </w:tcBorders>
          </w:tcPr>
          <w:p w14:paraId="1EE3A65D" w14:textId="159CB288"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Borders>
              <w:bottom w:val="single" w:sz="4" w:space="0" w:color="auto"/>
            </w:tcBorders>
          </w:tcPr>
          <w:p w14:paraId="1E72033F" w14:textId="3779BD4F"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Borders>
              <w:bottom w:val="single" w:sz="4" w:space="0" w:color="auto"/>
            </w:tcBorders>
          </w:tcPr>
          <w:p w14:paraId="16F349FA" w14:textId="5460587D"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r>
      <w:tr w:rsidR="00B13C4C" w:rsidRPr="00B13C4C" w14:paraId="2D0EBAD5" w14:textId="77777777" w:rsidTr="00B13C4C">
        <w:tc>
          <w:tcPr>
            <w:tcW w:w="566" w:type="dxa"/>
            <w:shd w:val="clear" w:color="auto" w:fill="FFFF32"/>
          </w:tcPr>
          <w:p w14:paraId="08A77A94" w14:textId="7E989D74"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19</w:t>
            </w:r>
          </w:p>
        </w:tc>
        <w:tc>
          <w:tcPr>
            <w:tcW w:w="566" w:type="dxa"/>
            <w:shd w:val="clear" w:color="auto" w:fill="FFFF32"/>
          </w:tcPr>
          <w:p w14:paraId="1C1623F5" w14:textId="3FDD6978"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20</w:t>
            </w:r>
          </w:p>
        </w:tc>
        <w:tc>
          <w:tcPr>
            <w:tcW w:w="566" w:type="dxa"/>
            <w:shd w:val="clear" w:color="auto" w:fill="FFFF32"/>
          </w:tcPr>
          <w:p w14:paraId="186E3D95" w14:textId="2C240406"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21</w:t>
            </w:r>
          </w:p>
        </w:tc>
        <w:tc>
          <w:tcPr>
            <w:tcW w:w="566" w:type="dxa"/>
            <w:shd w:val="clear" w:color="auto" w:fill="FFFF32"/>
          </w:tcPr>
          <w:p w14:paraId="583D2CDB" w14:textId="7CBB3570"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22</w:t>
            </w:r>
          </w:p>
        </w:tc>
        <w:tc>
          <w:tcPr>
            <w:tcW w:w="566" w:type="dxa"/>
            <w:shd w:val="clear" w:color="auto" w:fill="FFFF32"/>
          </w:tcPr>
          <w:p w14:paraId="3DEEC272" w14:textId="34FE1308"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23</w:t>
            </w:r>
          </w:p>
        </w:tc>
        <w:tc>
          <w:tcPr>
            <w:tcW w:w="566" w:type="dxa"/>
            <w:shd w:val="clear" w:color="auto" w:fill="FFFF32"/>
          </w:tcPr>
          <w:p w14:paraId="0BA6770B" w14:textId="122CF1CD"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24</w:t>
            </w:r>
          </w:p>
        </w:tc>
        <w:tc>
          <w:tcPr>
            <w:tcW w:w="566" w:type="dxa"/>
            <w:shd w:val="clear" w:color="auto" w:fill="FFFF32"/>
          </w:tcPr>
          <w:p w14:paraId="0C319C7E" w14:textId="6144FB6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25</w:t>
            </w:r>
          </w:p>
        </w:tc>
        <w:tc>
          <w:tcPr>
            <w:tcW w:w="566" w:type="dxa"/>
            <w:shd w:val="clear" w:color="auto" w:fill="FFFF32"/>
          </w:tcPr>
          <w:p w14:paraId="664D49CA" w14:textId="2E6E2FAF"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26</w:t>
            </w:r>
          </w:p>
        </w:tc>
        <w:tc>
          <w:tcPr>
            <w:tcW w:w="566" w:type="dxa"/>
            <w:shd w:val="clear" w:color="auto" w:fill="FFFF32"/>
          </w:tcPr>
          <w:p w14:paraId="3E14B72E" w14:textId="5428110F"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27</w:t>
            </w:r>
          </w:p>
        </w:tc>
        <w:tc>
          <w:tcPr>
            <w:tcW w:w="566" w:type="dxa"/>
            <w:shd w:val="clear" w:color="auto" w:fill="FFFF32"/>
          </w:tcPr>
          <w:p w14:paraId="3BC42FA9" w14:textId="2023470A"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28</w:t>
            </w:r>
          </w:p>
        </w:tc>
        <w:tc>
          <w:tcPr>
            <w:tcW w:w="567" w:type="dxa"/>
            <w:shd w:val="clear" w:color="auto" w:fill="FFFF32"/>
          </w:tcPr>
          <w:p w14:paraId="706538F6" w14:textId="04691544"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29</w:t>
            </w:r>
          </w:p>
        </w:tc>
        <w:tc>
          <w:tcPr>
            <w:tcW w:w="567" w:type="dxa"/>
            <w:shd w:val="clear" w:color="auto" w:fill="FFFF32"/>
          </w:tcPr>
          <w:p w14:paraId="76473C03" w14:textId="4E6181E2"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30</w:t>
            </w:r>
          </w:p>
        </w:tc>
        <w:tc>
          <w:tcPr>
            <w:tcW w:w="567" w:type="dxa"/>
            <w:shd w:val="clear" w:color="auto" w:fill="FFFF32"/>
          </w:tcPr>
          <w:p w14:paraId="25D628AA" w14:textId="0DC08D14"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31</w:t>
            </w:r>
          </w:p>
        </w:tc>
        <w:tc>
          <w:tcPr>
            <w:tcW w:w="567" w:type="dxa"/>
            <w:shd w:val="clear" w:color="auto" w:fill="FFFF32"/>
          </w:tcPr>
          <w:p w14:paraId="23E2D90D" w14:textId="2EF0E0CE"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32</w:t>
            </w:r>
          </w:p>
        </w:tc>
        <w:tc>
          <w:tcPr>
            <w:tcW w:w="567" w:type="dxa"/>
            <w:shd w:val="clear" w:color="auto" w:fill="FFFF32"/>
          </w:tcPr>
          <w:p w14:paraId="50AD92A6" w14:textId="69ECFC93"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33</w:t>
            </w:r>
          </w:p>
        </w:tc>
        <w:tc>
          <w:tcPr>
            <w:tcW w:w="567" w:type="dxa"/>
            <w:shd w:val="clear" w:color="auto" w:fill="FFFF32"/>
          </w:tcPr>
          <w:p w14:paraId="2DDFDCB9" w14:textId="43A28704"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34</w:t>
            </w:r>
          </w:p>
        </w:tc>
        <w:tc>
          <w:tcPr>
            <w:tcW w:w="567" w:type="dxa"/>
            <w:shd w:val="clear" w:color="auto" w:fill="FFFF32"/>
          </w:tcPr>
          <w:p w14:paraId="002366B3" w14:textId="4D2288B5"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35</w:t>
            </w:r>
          </w:p>
        </w:tc>
        <w:tc>
          <w:tcPr>
            <w:tcW w:w="567" w:type="dxa"/>
            <w:shd w:val="clear" w:color="auto" w:fill="FFFF32"/>
          </w:tcPr>
          <w:p w14:paraId="69278B0F" w14:textId="40E362F1"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36</w:t>
            </w:r>
          </w:p>
        </w:tc>
      </w:tr>
      <w:tr w:rsidR="00B13C4C" w:rsidRPr="00B13C4C" w14:paraId="2CBA6991" w14:textId="77777777" w:rsidTr="00B13C4C">
        <w:tc>
          <w:tcPr>
            <w:tcW w:w="566" w:type="dxa"/>
          </w:tcPr>
          <w:p w14:paraId="29225353" w14:textId="0F2F969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Pr>
          <w:p w14:paraId="24E357BE" w14:textId="2FB1F1C2"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Pr>
          <w:p w14:paraId="40A9DD87" w14:textId="58946875"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Pr>
          <w:p w14:paraId="4FA46526" w14:textId="50782732"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Pr>
          <w:p w14:paraId="70C94C3A" w14:textId="2C848913"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Pr>
          <w:p w14:paraId="757E3CB6" w14:textId="738B648F"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Pr>
          <w:p w14:paraId="06EC04D6" w14:textId="459DA6CD"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Pr>
          <w:p w14:paraId="27823CD1" w14:textId="4C14F331"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Pr>
          <w:p w14:paraId="4A63E4CF" w14:textId="5AC28E25"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Pr>
          <w:p w14:paraId="754DAC97" w14:textId="74D3F821"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Pr>
          <w:p w14:paraId="3FE3236D" w14:textId="02E31044"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Pr>
          <w:p w14:paraId="07D2EF22" w14:textId="5BF3A0FF"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Pr>
          <w:p w14:paraId="422C995C" w14:textId="2C743B7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Pr>
          <w:p w14:paraId="44042621" w14:textId="021B2DFD"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Pr>
          <w:p w14:paraId="6E37934E" w14:textId="67BFF4E3"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Pr>
          <w:p w14:paraId="651B16F0" w14:textId="4A22883A"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Pr>
          <w:p w14:paraId="5B4BDBEA" w14:textId="29D0E8CC"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7" w:type="dxa"/>
          </w:tcPr>
          <w:p w14:paraId="08407AF9" w14:textId="77777777" w:rsidR="00B13C4C" w:rsidRPr="00B13C4C" w:rsidRDefault="00B13C4C" w:rsidP="00B13C4C">
            <w:pPr>
              <w:ind w:left="-57" w:right="-57"/>
              <w:jc w:val="center"/>
              <w:rPr>
                <w:rFonts w:ascii="Times New Roman" w:hAnsi="Times New Roman" w:cs="Times New Roman"/>
                <w:b/>
                <w:color w:val="0000FF"/>
                <w:sz w:val="24"/>
                <w:szCs w:val="24"/>
              </w:rPr>
            </w:pPr>
          </w:p>
        </w:tc>
      </w:tr>
    </w:tbl>
    <w:p w14:paraId="13D66CD5" w14:textId="77777777" w:rsidR="00B13C4C" w:rsidRPr="00B13C4C" w:rsidRDefault="00B13C4C" w:rsidP="009A6992">
      <w:pPr>
        <w:ind w:left="992"/>
        <w:jc w:val="center"/>
        <w:rPr>
          <w:rFonts w:ascii="Times New Roman" w:hAnsi="Times New Roman" w:cs="Times New Roman"/>
          <w:b/>
          <w:sz w:val="24"/>
          <w:szCs w:val="24"/>
        </w:rPr>
      </w:pPr>
      <w:r w:rsidRPr="00B13C4C">
        <w:rPr>
          <w:rFonts w:ascii="Times New Roman" w:hAnsi="Times New Roman" w:cs="Times New Roman"/>
          <w:b/>
          <w:sz w:val="24"/>
          <w:szCs w:val="24"/>
        </w:rPr>
        <w:t>ĐỀ 4-15</w:t>
      </w:r>
    </w:p>
    <w:p w14:paraId="2419F5E8" w14:textId="77777777" w:rsidR="00B13C4C" w:rsidRPr="00B13C4C" w:rsidRDefault="00B13C4C" w:rsidP="009A6992">
      <w:pPr>
        <w:ind w:left="992"/>
        <w:rPr>
          <w:rFonts w:ascii="Times New Roman" w:hAnsi="Times New Roman" w:cs="Times New Roman"/>
          <w:sz w:val="24"/>
          <w:szCs w:val="24"/>
        </w:rPr>
      </w:pPr>
      <w:r w:rsidRPr="00B13C4C">
        <w:rPr>
          <w:rFonts w:ascii="Times New Roman" w:hAnsi="Times New Roman" w:cs="Times New Roman"/>
          <w:b/>
          <w:sz w:val="24"/>
          <w:szCs w:val="24"/>
        </w:rPr>
        <w:t>Phần I: Trắc nghiệm</w:t>
      </w:r>
    </w:p>
    <w:p w14:paraId="12FB868C" w14:textId="77777777" w:rsidR="00B13C4C" w:rsidRPr="00B13C4C" w:rsidRDefault="00B13C4C" w:rsidP="00F16902">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hình vuông </w:t>
      </w:r>
      <w:r w:rsidRPr="00B13C4C">
        <w:rPr>
          <w:rFonts w:ascii="Times New Roman" w:hAnsi="Times New Roman" w:cs="Times New Roman"/>
          <w:position w:val="-10"/>
          <w:sz w:val="24"/>
          <w:szCs w:val="24"/>
        </w:rPr>
        <w:object w:dxaOrig="760" w:dyaOrig="320" w14:anchorId="0AC6A8F1">
          <v:shape id="_x0000_i2477" type="#_x0000_t75" style="width:37.8pt;height:16.2pt" o:ole="">
            <v:imagedata r:id="rId1248" o:title=""/>
          </v:shape>
          <o:OLEObject Type="Embed" ProgID="Equation.DSMT4" ShapeID="_x0000_i2477" DrawAspect="Content" ObjectID="_1699835761" r:id="rId1249"/>
        </w:object>
      </w:r>
      <w:r w:rsidRPr="00B13C4C">
        <w:rPr>
          <w:rFonts w:ascii="Times New Roman" w:hAnsi="Times New Roman" w:cs="Times New Roman"/>
          <w:sz w:val="24"/>
          <w:szCs w:val="24"/>
        </w:rPr>
        <w:t>. Đẳng thức nào sau đây đúng?</w:t>
      </w:r>
    </w:p>
    <w:p w14:paraId="5665645A"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020" w:dyaOrig="380" w14:anchorId="024BCFD0">
          <v:shape id="_x0000_i2478" type="#_x0000_t75" style="width:51pt;height:19.2pt" o:ole="">
            <v:imagedata r:id="rId1250" o:title=""/>
          </v:shape>
          <o:OLEObject Type="Embed" ProgID="Equation.DSMT4" ShapeID="_x0000_i2478" DrawAspect="Content" ObjectID="_1699835762" r:id="rId125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060" w:dyaOrig="380" w14:anchorId="31702320">
          <v:shape id="_x0000_i2479" type="#_x0000_t75" style="width:52.8pt;height:19.2pt" o:ole="">
            <v:imagedata r:id="rId1252" o:title=""/>
          </v:shape>
          <o:OLEObject Type="Embed" ProgID="Equation.DSMT4" ShapeID="_x0000_i2479" DrawAspect="Content" ObjectID="_1699835763" r:id="rId125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080" w:dyaOrig="380" w14:anchorId="36003DD2">
          <v:shape id="_x0000_i2480" type="#_x0000_t75" style="width:54pt;height:19.2pt" o:ole="">
            <v:imagedata r:id="rId1254" o:title=""/>
          </v:shape>
          <o:OLEObject Type="Embed" ProgID="Equation.DSMT4" ShapeID="_x0000_i2480" DrawAspect="Content" ObjectID="_1699835764" r:id="rId125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040" w:dyaOrig="380" w14:anchorId="42507ECD">
          <v:shape id="_x0000_i2481" type="#_x0000_t75" style="width:52.2pt;height:19.2pt" o:ole="">
            <v:imagedata r:id="rId1256" o:title=""/>
          </v:shape>
          <o:OLEObject Type="Embed" ProgID="Equation.DSMT4" ShapeID="_x0000_i2481" DrawAspect="Content" ObjectID="_1699835765" r:id="rId1257"/>
        </w:object>
      </w:r>
      <w:r w:rsidRPr="00B13C4C">
        <w:rPr>
          <w:rFonts w:ascii="Times New Roman" w:hAnsi="Times New Roman" w:cs="Times New Roman"/>
          <w:sz w:val="24"/>
          <w:szCs w:val="24"/>
        </w:rPr>
        <w:t>.</w:t>
      </w:r>
    </w:p>
    <w:p w14:paraId="0AC7B314" w14:textId="77777777" w:rsidR="00B13C4C" w:rsidRPr="00B13C4C" w:rsidRDefault="00B13C4C" w:rsidP="00F16902">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lastRenderedPageBreak/>
        <w:t>Câu 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Điều kiện của phương trình </w:t>
      </w:r>
      <w:r w:rsidRPr="00B13C4C">
        <w:rPr>
          <w:rFonts w:ascii="Times New Roman" w:hAnsi="Times New Roman" w:cs="Times New Roman"/>
          <w:position w:val="-24"/>
          <w:sz w:val="24"/>
          <w:szCs w:val="24"/>
        </w:rPr>
        <w:object w:dxaOrig="1960" w:dyaOrig="660" w14:anchorId="251D4C53">
          <v:shape id="_x0000_i2482" type="#_x0000_t75" style="width:97.8pt;height:33pt" o:ole="">
            <v:imagedata r:id="rId1258" o:title=""/>
          </v:shape>
          <o:OLEObject Type="Embed" ProgID="Equation.DSMT4" ShapeID="_x0000_i2482" DrawAspect="Content" ObjectID="_1699835766" r:id="rId1259"/>
        </w:object>
      </w:r>
      <w:r w:rsidRPr="00B13C4C">
        <w:rPr>
          <w:rFonts w:ascii="Times New Roman" w:hAnsi="Times New Roman" w:cs="Times New Roman"/>
          <w:sz w:val="24"/>
          <w:szCs w:val="24"/>
        </w:rPr>
        <w:t xml:space="preserve"> là</w:t>
      </w:r>
    </w:p>
    <w:p w14:paraId="2A2DCCB3"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680" w:dyaOrig="279" w14:anchorId="7005DB6D">
          <v:shape id="_x0000_i2483" type="#_x0000_t75" style="width:34.2pt;height:13.8pt" o:ole="">
            <v:imagedata r:id="rId1260" o:title=""/>
          </v:shape>
          <o:OLEObject Type="Embed" ProgID="Equation.DSMT4" ShapeID="_x0000_i2483" DrawAspect="Content" ObjectID="_1699835767" r:id="rId126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680" w:dyaOrig="279" w14:anchorId="2BBFC52F">
          <v:shape id="_x0000_i2484" type="#_x0000_t75" style="width:34.2pt;height:13.8pt" o:ole="">
            <v:imagedata r:id="rId1262" o:title=""/>
          </v:shape>
          <o:OLEObject Type="Embed" ProgID="Equation.DSMT4" ShapeID="_x0000_i2484" DrawAspect="Content" ObjectID="_1699835768" r:id="rId126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680" w:dyaOrig="279" w14:anchorId="76FC54CB">
          <v:shape id="_x0000_i2485" type="#_x0000_t75" style="width:34.2pt;height:13.8pt" o:ole="">
            <v:imagedata r:id="rId1264" o:title=""/>
          </v:shape>
          <o:OLEObject Type="Embed" ProgID="Equation.DSMT4" ShapeID="_x0000_i2485" DrawAspect="Content" ObjectID="_1699835769" r:id="rId126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680" w:dyaOrig="279" w14:anchorId="494DDCD7">
          <v:shape id="_x0000_i2486" type="#_x0000_t75" style="width:34.2pt;height:13.8pt" o:ole="">
            <v:imagedata r:id="rId1266" o:title=""/>
          </v:shape>
          <o:OLEObject Type="Embed" ProgID="Equation.DSMT4" ShapeID="_x0000_i2486" DrawAspect="Content" ObjectID="_1699835770" r:id="rId1267"/>
        </w:object>
      </w:r>
      <w:r w:rsidRPr="00B13C4C">
        <w:rPr>
          <w:rFonts w:ascii="Times New Roman" w:hAnsi="Times New Roman" w:cs="Times New Roman"/>
          <w:sz w:val="24"/>
          <w:szCs w:val="24"/>
        </w:rPr>
        <w:t>.</w:t>
      </w:r>
    </w:p>
    <w:p w14:paraId="3A12BEFA" w14:textId="77777777" w:rsidR="00B13C4C" w:rsidRPr="00B13C4C" w:rsidRDefault="00B13C4C" w:rsidP="00F16902">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các hàm số sau, hàm số nào nghịch biến trên </w:t>
      </w:r>
      <w:r w:rsidRPr="00B13C4C">
        <w:rPr>
          <w:rFonts w:ascii="Times New Roman" w:hAnsi="Times New Roman" w:cs="Times New Roman"/>
          <w:position w:val="-4"/>
          <w:sz w:val="24"/>
          <w:szCs w:val="24"/>
        </w:rPr>
        <w:object w:dxaOrig="260" w:dyaOrig="260" w14:anchorId="4B1E0FED">
          <v:shape id="_x0000_i2487" type="#_x0000_t75" style="width:13.2pt;height:13.2pt" o:ole="">
            <v:imagedata r:id="rId1268" o:title=""/>
          </v:shape>
          <o:OLEObject Type="Embed" ProgID="Equation.DSMT4" ShapeID="_x0000_i2487" DrawAspect="Content" ObjectID="_1699835771" r:id="rId1269"/>
        </w:object>
      </w:r>
      <w:r w:rsidRPr="00B13C4C">
        <w:rPr>
          <w:rFonts w:ascii="Times New Roman" w:hAnsi="Times New Roman" w:cs="Times New Roman"/>
          <w:sz w:val="24"/>
          <w:szCs w:val="24"/>
        </w:rPr>
        <w:t>?</w:t>
      </w:r>
    </w:p>
    <w:p w14:paraId="7C354F63"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160" w:dyaOrig="320" w14:anchorId="5B55DF8C">
          <v:shape id="_x0000_i2488" type="#_x0000_t75" style="width:58.2pt;height:16.2pt" o:ole="">
            <v:imagedata r:id="rId1270" o:title=""/>
          </v:shape>
          <o:OLEObject Type="Embed" ProgID="Equation.DSMT4" ShapeID="_x0000_i2488" DrawAspect="Content" ObjectID="_1699835772" r:id="rId127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580" w:dyaOrig="320" w14:anchorId="086DDFA5">
          <v:shape id="_x0000_i2489" type="#_x0000_t75" style="width:28.8pt;height:16.2pt" o:ole="">
            <v:imagedata r:id="rId1272" o:title=""/>
          </v:shape>
          <o:OLEObject Type="Embed" ProgID="Equation.DSMT4" ShapeID="_x0000_i2489" DrawAspect="Content" ObjectID="_1699835773" r:id="rId127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460" w:dyaOrig="320" w14:anchorId="7A2971FD">
          <v:shape id="_x0000_i2490" type="#_x0000_t75" style="width:73.2pt;height:16.2pt" o:ole="">
            <v:imagedata r:id="rId1274" o:title=""/>
          </v:shape>
          <o:OLEObject Type="Embed" ProgID="Equation.DSMT4" ShapeID="_x0000_i2490" DrawAspect="Content" ObjectID="_1699835774" r:id="rId127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420" w:dyaOrig="320" w14:anchorId="2306E7D4">
          <v:shape id="_x0000_i2491" type="#_x0000_t75" style="width:70.8pt;height:16.2pt" o:ole="">
            <v:imagedata r:id="rId1276" o:title=""/>
          </v:shape>
          <o:OLEObject Type="Embed" ProgID="Equation.DSMT4" ShapeID="_x0000_i2491" DrawAspect="Content" ObjectID="_1699835775" r:id="rId1277"/>
        </w:object>
      </w:r>
      <w:r w:rsidRPr="00B13C4C">
        <w:rPr>
          <w:rFonts w:ascii="Times New Roman" w:hAnsi="Times New Roman" w:cs="Times New Roman"/>
          <w:sz w:val="24"/>
          <w:szCs w:val="24"/>
        </w:rPr>
        <w:t>.</w:t>
      </w:r>
    </w:p>
    <w:p w14:paraId="24338F9D" w14:textId="77777777" w:rsidR="00B13C4C" w:rsidRPr="00B13C4C" w:rsidRDefault="00B13C4C" w:rsidP="00F16902">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Hàm số nào sau đây có tập xác định là </w:t>
      </w:r>
      <w:r w:rsidRPr="00B13C4C">
        <w:rPr>
          <w:rFonts w:ascii="Times New Roman" w:hAnsi="Times New Roman" w:cs="Times New Roman"/>
          <w:position w:val="-4"/>
          <w:sz w:val="24"/>
          <w:szCs w:val="24"/>
        </w:rPr>
        <w:object w:dxaOrig="260" w:dyaOrig="260" w14:anchorId="5AF87FAA">
          <v:shape id="_x0000_i2492" type="#_x0000_t75" style="width:13.2pt;height:13.2pt" o:ole="">
            <v:imagedata r:id="rId1278" o:title=""/>
          </v:shape>
          <o:OLEObject Type="Embed" ProgID="Equation.DSMT4" ShapeID="_x0000_i2492" DrawAspect="Content" ObjectID="_1699835776" r:id="rId1279"/>
        </w:object>
      </w:r>
      <w:r w:rsidRPr="00B13C4C">
        <w:rPr>
          <w:rFonts w:ascii="Times New Roman" w:hAnsi="Times New Roman" w:cs="Times New Roman"/>
          <w:sz w:val="24"/>
          <w:szCs w:val="24"/>
        </w:rPr>
        <w:t>?</w:t>
      </w:r>
    </w:p>
    <w:p w14:paraId="69193D3E"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080" w:dyaOrig="380" w14:anchorId="0A4679D3">
          <v:shape id="_x0000_i2493" type="#_x0000_t75" style="width:54pt;height:19.2pt" o:ole="">
            <v:imagedata r:id="rId1280" o:title=""/>
          </v:shape>
          <o:OLEObject Type="Embed" ProgID="Equation.DSMT4" ShapeID="_x0000_i2493" DrawAspect="Content" ObjectID="_1699835777" r:id="rId128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920" w:dyaOrig="360" w14:anchorId="4CBC37B1">
          <v:shape id="_x0000_i2494" type="#_x0000_t75" style="width:96pt;height:18pt" o:ole="">
            <v:imagedata r:id="rId1282" o:title=""/>
          </v:shape>
          <o:OLEObject Type="Embed" ProgID="Equation.DSMT4" ShapeID="_x0000_i2494" DrawAspect="Content" ObjectID="_1699835778" r:id="rId1283"/>
        </w:object>
      </w:r>
      <w:r w:rsidRPr="00B13C4C">
        <w:rPr>
          <w:rFonts w:ascii="Times New Roman" w:hAnsi="Times New Roman" w:cs="Times New Roman"/>
          <w:sz w:val="24"/>
          <w:szCs w:val="24"/>
        </w:rPr>
        <w:t>.</w:t>
      </w:r>
    </w:p>
    <w:p w14:paraId="084F711B"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1020" w:dyaOrig="620" w14:anchorId="6BB1694D">
          <v:shape id="_x0000_i2495" type="#_x0000_t75" style="width:51pt;height:31.2pt" o:ole="">
            <v:imagedata r:id="rId1284" o:title=""/>
          </v:shape>
          <o:OLEObject Type="Embed" ProgID="Equation.DSMT4" ShapeID="_x0000_i2495" DrawAspect="Content" ObjectID="_1699835779" r:id="rId128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1420" w:dyaOrig="680" w14:anchorId="10218D50">
          <v:shape id="_x0000_i2496" type="#_x0000_t75" style="width:70.8pt;height:34.2pt" o:ole="">
            <v:imagedata r:id="rId1286" o:title=""/>
          </v:shape>
          <o:OLEObject Type="Embed" ProgID="Equation.DSMT4" ShapeID="_x0000_i2496" DrawAspect="Content" ObjectID="_1699835780" r:id="rId1287"/>
        </w:object>
      </w:r>
      <w:r w:rsidRPr="00B13C4C">
        <w:rPr>
          <w:rFonts w:ascii="Times New Roman" w:hAnsi="Times New Roman" w:cs="Times New Roman"/>
          <w:sz w:val="24"/>
          <w:szCs w:val="24"/>
        </w:rPr>
        <w:t>.</w:t>
      </w:r>
    </w:p>
    <w:p w14:paraId="6AB2DCC4" w14:textId="77777777" w:rsidR="00B13C4C" w:rsidRPr="00B13C4C" w:rsidRDefault="00B13C4C" w:rsidP="00F16902">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w:t>
      </w:r>
      <w:r w:rsidRPr="00B13C4C">
        <w:rPr>
          <w:rFonts w:ascii="Times New Roman" w:hAnsi="Times New Roman" w:cs="Times New Roman"/>
          <w:position w:val="-10"/>
          <w:sz w:val="24"/>
          <w:szCs w:val="24"/>
        </w:rPr>
        <w:object w:dxaOrig="460" w:dyaOrig="320" w14:anchorId="7236DD8C">
          <v:shape id="_x0000_i2497" type="#_x0000_t75" style="width:22.8pt;height:16.2pt" o:ole="">
            <v:imagedata r:id="rId1288" o:title=""/>
          </v:shape>
          <o:OLEObject Type="Embed" ProgID="Equation.DSMT4" ShapeID="_x0000_i2497" DrawAspect="Content" ObjectID="_1699835781" r:id="rId1289"/>
        </w:object>
      </w:r>
      <w:r w:rsidRPr="00B13C4C">
        <w:rPr>
          <w:rFonts w:ascii="Times New Roman" w:hAnsi="Times New Roman" w:cs="Times New Roman"/>
          <w:sz w:val="24"/>
          <w:szCs w:val="24"/>
        </w:rPr>
        <w:t xml:space="preserve"> cho </w:t>
      </w:r>
      <w:r w:rsidRPr="00B13C4C">
        <w:rPr>
          <w:rFonts w:ascii="Times New Roman" w:hAnsi="Times New Roman" w:cs="Times New Roman"/>
          <w:position w:val="-10"/>
          <w:sz w:val="24"/>
          <w:szCs w:val="24"/>
        </w:rPr>
        <w:object w:dxaOrig="2659" w:dyaOrig="380" w14:anchorId="3DDE397F">
          <v:shape id="_x0000_i2498" type="#_x0000_t75" style="width:133.2pt;height:19.2pt" o:ole="">
            <v:imagedata r:id="rId1290" o:title=""/>
          </v:shape>
          <o:OLEObject Type="Embed" ProgID="Equation.DSMT4" ShapeID="_x0000_i2498" DrawAspect="Content" ObjectID="_1699835782" r:id="rId1291"/>
        </w:object>
      </w:r>
      <w:r w:rsidRPr="00B13C4C">
        <w:rPr>
          <w:rFonts w:ascii="Times New Roman" w:hAnsi="Times New Roman" w:cs="Times New Roman"/>
          <w:sz w:val="24"/>
          <w:szCs w:val="24"/>
        </w:rPr>
        <w:t xml:space="preserve">. Giá trị của </w:t>
      </w:r>
      <w:r w:rsidRPr="00B13C4C">
        <w:rPr>
          <w:rFonts w:ascii="Times New Roman" w:hAnsi="Times New Roman" w:cs="Times New Roman"/>
          <w:position w:val="-6"/>
          <w:sz w:val="24"/>
          <w:szCs w:val="24"/>
        </w:rPr>
        <w:object w:dxaOrig="460" w:dyaOrig="340" w14:anchorId="11509DDF">
          <v:shape id="_x0000_i2499" type="#_x0000_t75" style="width:22.8pt;height:16.8pt" o:ole="">
            <v:imagedata r:id="rId1292" o:title=""/>
          </v:shape>
          <o:OLEObject Type="Embed" ProgID="Equation.DSMT4" ShapeID="_x0000_i2499" DrawAspect="Content" ObjectID="_1699835783" r:id="rId1293"/>
        </w:object>
      </w:r>
      <w:r w:rsidRPr="00B13C4C">
        <w:rPr>
          <w:rFonts w:ascii="Times New Roman" w:hAnsi="Times New Roman" w:cs="Times New Roman"/>
          <w:sz w:val="24"/>
          <w:szCs w:val="24"/>
        </w:rPr>
        <w:t xml:space="preserve"> bằng</w:t>
      </w:r>
    </w:p>
    <w:p w14:paraId="6ACC41BD"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4041.</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660" w:dyaOrig="279" w14:anchorId="5CC53A98">
          <v:shape id="_x0000_i2500" type="#_x0000_t75" style="width:33pt;height:13.8pt" o:ole="">
            <v:imagedata r:id="rId1294" o:title=""/>
          </v:shape>
          <o:OLEObject Type="Embed" ProgID="Equation.DSMT4" ShapeID="_x0000_i2500" DrawAspect="Content" ObjectID="_1699835784" r:id="rId129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4"/>
          <w:sz w:val="24"/>
          <w:szCs w:val="24"/>
        </w:rPr>
        <w:object w:dxaOrig="300" w:dyaOrig="260" w14:anchorId="1565B71B">
          <v:shape id="_x0000_i2501" type="#_x0000_t75" style="width:15pt;height:13.2pt" o:ole="">
            <v:imagedata r:id="rId1296" o:title=""/>
          </v:shape>
          <o:OLEObject Type="Embed" ProgID="Equation.DSMT4" ShapeID="_x0000_i2501" DrawAspect="Content" ObjectID="_1699835785" r:id="rId129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1.</w:t>
      </w:r>
    </w:p>
    <w:p w14:paraId="3902D723" w14:textId="77777777" w:rsidR="00B13C4C" w:rsidRPr="00B13C4C" w:rsidRDefault="00B13C4C" w:rsidP="00F16902">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Phép biến đổi nào sau đây là phép biến đổi tương đương?</w:t>
      </w:r>
    </w:p>
    <w:p w14:paraId="3D042DB6"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8"/>
          <w:sz w:val="24"/>
          <w:szCs w:val="24"/>
        </w:rPr>
        <w:object w:dxaOrig="3019" w:dyaOrig="360" w14:anchorId="7A2E5122">
          <v:shape id="_x0000_i2502" type="#_x0000_t75" style="width:151.2pt;height:18pt" o:ole="">
            <v:imagedata r:id="rId1298" o:title=""/>
          </v:shape>
          <o:OLEObject Type="Embed" ProgID="Equation.DSMT4" ShapeID="_x0000_i2502" DrawAspect="Content" ObjectID="_1699835786" r:id="rId129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3159" w:dyaOrig="380" w14:anchorId="5DEB8CBF">
          <v:shape id="_x0000_i2503" type="#_x0000_t75" style="width:157.8pt;height:19.2pt" o:ole="">
            <v:imagedata r:id="rId1300" o:title=""/>
          </v:shape>
          <o:OLEObject Type="Embed" ProgID="Equation.DSMT4" ShapeID="_x0000_i2503" DrawAspect="Content" ObjectID="_1699835787" r:id="rId1301"/>
        </w:object>
      </w:r>
      <w:r w:rsidRPr="00B13C4C">
        <w:rPr>
          <w:rFonts w:ascii="Times New Roman" w:hAnsi="Times New Roman" w:cs="Times New Roman"/>
          <w:sz w:val="24"/>
          <w:szCs w:val="24"/>
        </w:rPr>
        <w:t>.</w:t>
      </w:r>
    </w:p>
    <w:p w14:paraId="645A6A58"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2320" w:dyaOrig="320" w14:anchorId="30835DEB">
          <v:shape id="_x0000_i2504" type="#_x0000_t75" style="width:115.8pt;height:16.2pt" o:ole="">
            <v:imagedata r:id="rId1302" o:title=""/>
          </v:shape>
          <o:OLEObject Type="Embed" ProgID="Equation.DSMT4" ShapeID="_x0000_i2504" DrawAspect="Content" ObjectID="_1699835788" r:id="rId130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8"/>
          <w:sz w:val="24"/>
          <w:szCs w:val="24"/>
        </w:rPr>
        <w:object w:dxaOrig="3220" w:dyaOrig="360" w14:anchorId="3AB6D4BE">
          <v:shape id="_x0000_i2505" type="#_x0000_t75" style="width:160.8pt;height:18pt" o:ole="">
            <v:imagedata r:id="rId1304" o:title=""/>
          </v:shape>
          <o:OLEObject Type="Embed" ProgID="Equation.DSMT4" ShapeID="_x0000_i2505" DrawAspect="Content" ObjectID="_1699835789" r:id="rId1305"/>
        </w:object>
      </w:r>
      <w:r w:rsidRPr="00B13C4C">
        <w:rPr>
          <w:rFonts w:ascii="Times New Roman" w:hAnsi="Times New Roman" w:cs="Times New Roman"/>
          <w:sz w:val="24"/>
          <w:szCs w:val="24"/>
        </w:rPr>
        <w:t>.</w:t>
      </w:r>
    </w:p>
    <w:p w14:paraId="7BAE99E4" w14:textId="77777777" w:rsidR="00B13C4C" w:rsidRPr="00B13C4C" w:rsidRDefault="00B13C4C" w:rsidP="00F16902">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Phát biểu nào sau đây là mệnh đề?</w:t>
      </w:r>
    </w:p>
    <w:p w14:paraId="7452BD8E"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Mấy giờ rồi bạn?.</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Cái áo bạn mới mua thật đẹp!.</w:t>
      </w:r>
    </w:p>
    <w:p w14:paraId="253EE8FF"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Đề thi môn Toán hôm nay dễ quá!.</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Đông Hà là thành phố của Tỉnh Quảng Trị.</w:t>
      </w:r>
    </w:p>
    <w:p w14:paraId="797D5494" w14:textId="77777777" w:rsidR="00B13C4C" w:rsidRPr="00B13C4C" w:rsidRDefault="00B13C4C" w:rsidP="00F16902">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Nếu </w:t>
      </w:r>
      <w:r w:rsidRPr="00B13C4C">
        <w:rPr>
          <w:rFonts w:ascii="Times New Roman" w:hAnsi="Times New Roman" w:cs="Times New Roman"/>
          <w:position w:val="-10"/>
          <w:sz w:val="24"/>
          <w:szCs w:val="24"/>
        </w:rPr>
        <w:object w:dxaOrig="1860" w:dyaOrig="320" w14:anchorId="130C44BC">
          <v:shape id="_x0000_i2506" type="#_x0000_t75" style="width:93pt;height:16.2pt" o:ole="">
            <v:imagedata r:id="rId1306" o:title=""/>
          </v:shape>
          <o:OLEObject Type="Embed" ProgID="Equation.DSMT4" ShapeID="_x0000_i2506" DrawAspect="Content" ObjectID="_1699835790" r:id="rId1307"/>
        </w:object>
      </w:r>
      <w:r w:rsidRPr="00B13C4C">
        <w:rPr>
          <w:rFonts w:ascii="Times New Roman" w:hAnsi="Times New Roman" w:cs="Times New Roman"/>
          <w:sz w:val="24"/>
          <w:szCs w:val="24"/>
        </w:rPr>
        <w:t xml:space="preserve"> thì bất đẳng thức nào sau đây không đúng?</w:t>
      </w:r>
    </w:p>
    <w:p w14:paraId="582298B7"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1240" w:dyaOrig="279" w14:anchorId="58B58D41">
          <v:shape id="_x0000_i2507" type="#_x0000_t75" style="width:61.8pt;height:13.8pt" o:ole="">
            <v:imagedata r:id="rId1308" o:title=""/>
          </v:shape>
          <o:OLEObject Type="Embed" ProgID="Equation.DSMT4" ShapeID="_x0000_i2507" DrawAspect="Content" ObjectID="_1699835791" r:id="rId130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660" w:dyaOrig="620" w14:anchorId="47F8CFDA">
          <v:shape id="_x0000_i2508" type="#_x0000_t75" style="width:33pt;height:31.2pt" o:ole="">
            <v:imagedata r:id="rId1310" o:title=""/>
          </v:shape>
          <o:OLEObject Type="Embed" ProgID="Equation.DSMT4" ShapeID="_x0000_i2508" DrawAspect="Content" ObjectID="_1699835792" r:id="rId131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800" w:dyaOrig="279" w14:anchorId="2F4AC4D9">
          <v:shape id="_x0000_i2509" type="#_x0000_t75" style="width:40.2pt;height:13.8pt" o:ole="">
            <v:imagedata r:id="rId1312" o:title=""/>
          </v:shape>
          <o:OLEObject Type="Embed" ProgID="Equation.DSMT4" ShapeID="_x0000_i2509" DrawAspect="Content" ObjectID="_1699835793" r:id="rId131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660" w:dyaOrig="620" w14:anchorId="626E8CD3">
          <v:shape id="_x0000_i2510" type="#_x0000_t75" style="width:33pt;height:31.2pt" o:ole="">
            <v:imagedata r:id="rId1314" o:title=""/>
          </v:shape>
          <o:OLEObject Type="Embed" ProgID="Equation.DSMT4" ShapeID="_x0000_i2510" DrawAspect="Content" ObjectID="_1699835794" r:id="rId1315"/>
        </w:object>
      </w:r>
      <w:r w:rsidRPr="00B13C4C">
        <w:rPr>
          <w:rFonts w:ascii="Times New Roman" w:hAnsi="Times New Roman" w:cs="Times New Roman"/>
          <w:sz w:val="24"/>
          <w:szCs w:val="24"/>
        </w:rPr>
        <w:t>.</w:t>
      </w:r>
    </w:p>
    <w:p w14:paraId="42499480" w14:textId="77777777" w:rsidR="00B13C4C" w:rsidRPr="00B13C4C" w:rsidRDefault="00B13C4C" w:rsidP="00F16902">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phương trình </w:t>
      </w:r>
      <w:r w:rsidRPr="00B13C4C">
        <w:rPr>
          <w:rFonts w:ascii="Times New Roman" w:hAnsi="Times New Roman" w:cs="Times New Roman"/>
          <w:position w:val="-10"/>
          <w:sz w:val="24"/>
          <w:szCs w:val="24"/>
        </w:rPr>
        <w:object w:dxaOrig="1120" w:dyaOrig="320" w14:anchorId="461D6C3E">
          <v:shape id="_x0000_i2511" type="#_x0000_t75" style="width:55.8pt;height:16.2pt" o:ole="">
            <v:imagedata r:id="rId1316" o:title=""/>
          </v:shape>
          <o:OLEObject Type="Embed" ProgID="Equation.DSMT4" ShapeID="_x0000_i2511" DrawAspect="Content" ObjectID="_1699835795" r:id="rId1317"/>
        </w:object>
      </w:r>
      <w:r w:rsidRPr="00B13C4C">
        <w:rPr>
          <w:rFonts w:ascii="Times New Roman" w:hAnsi="Times New Roman" w:cs="Times New Roman"/>
          <w:sz w:val="24"/>
          <w:szCs w:val="24"/>
        </w:rPr>
        <w:t xml:space="preserve">. Cặp số </w:t>
      </w:r>
      <w:r w:rsidRPr="00B13C4C">
        <w:rPr>
          <w:rFonts w:ascii="Times New Roman" w:hAnsi="Times New Roman" w:cs="Times New Roman"/>
          <w:position w:val="-10"/>
          <w:sz w:val="24"/>
          <w:szCs w:val="24"/>
        </w:rPr>
        <w:object w:dxaOrig="580" w:dyaOrig="320" w14:anchorId="71CE6E72">
          <v:shape id="_x0000_i2512" type="#_x0000_t75" style="width:28.8pt;height:16.2pt" o:ole="">
            <v:imagedata r:id="rId1318" o:title=""/>
          </v:shape>
          <o:OLEObject Type="Embed" ProgID="Equation.DSMT4" ShapeID="_x0000_i2512" DrawAspect="Content" ObjectID="_1699835796" r:id="rId1319"/>
        </w:object>
      </w:r>
      <w:r w:rsidRPr="00B13C4C">
        <w:rPr>
          <w:rFonts w:ascii="Times New Roman" w:hAnsi="Times New Roman" w:cs="Times New Roman"/>
          <w:sz w:val="24"/>
          <w:szCs w:val="24"/>
        </w:rPr>
        <w:t xml:space="preserve"> nào sau đây là một nghiệm của phương trình?</w:t>
      </w:r>
    </w:p>
    <w:p w14:paraId="1BD2BB2F"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b/>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280" w:dyaOrig="320" w14:anchorId="17700926">
          <v:shape id="_x0000_i2513" type="#_x0000_t75" style="width:64.2pt;height:16.2pt" o:ole="">
            <v:imagedata r:id="rId1320" o:title=""/>
          </v:shape>
          <o:OLEObject Type="Embed" ProgID="Equation.DSMT4" ShapeID="_x0000_i2513" DrawAspect="Content" ObjectID="_1699835797" r:id="rId132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440" w:dyaOrig="320" w14:anchorId="401BA27D">
          <v:shape id="_x0000_i2514" type="#_x0000_t75" style="width:1in;height:16.2pt" o:ole="">
            <v:imagedata r:id="rId1322" o:title=""/>
          </v:shape>
          <o:OLEObject Type="Embed" ProgID="Equation.DSMT4" ShapeID="_x0000_i2514" DrawAspect="Content" ObjectID="_1699835798" r:id="rId132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400" w:dyaOrig="320" w14:anchorId="7F356B46">
          <v:shape id="_x0000_i2515" type="#_x0000_t75" style="width:70.2pt;height:16.2pt" o:ole="">
            <v:imagedata r:id="rId1324" o:title=""/>
          </v:shape>
          <o:OLEObject Type="Embed" ProgID="Equation.DSMT4" ShapeID="_x0000_i2515" DrawAspect="Content" ObjectID="_1699835799" r:id="rId132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280" w:dyaOrig="320" w14:anchorId="3F6162C7">
          <v:shape id="_x0000_i2516" type="#_x0000_t75" style="width:64.2pt;height:16.2pt" o:ole="">
            <v:imagedata r:id="rId1326" o:title=""/>
          </v:shape>
          <o:OLEObject Type="Embed" ProgID="Equation.DSMT4" ShapeID="_x0000_i2516" DrawAspect="Content" ObjectID="_1699835800" r:id="rId1327"/>
        </w:object>
      </w:r>
      <w:r w:rsidRPr="00B13C4C">
        <w:rPr>
          <w:rFonts w:ascii="Times New Roman" w:hAnsi="Times New Roman" w:cs="Times New Roman"/>
          <w:b/>
          <w:sz w:val="24"/>
          <w:szCs w:val="24"/>
        </w:rPr>
        <w:t>.</w:t>
      </w:r>
    </w:p>
    <w:p w14:paraId="7E63B4E4" w14:textId="77777777" w:rsidR="00B13C4C" w:rsidRPr="00B13C4C" w:rsidRDefault="00B13C4C" w:rsidP="00F16902">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hình bình hành </w:t>
      </w:r>
      <w:r w:rsidRPr="00B13C4C">
        <w:rPr>
          <w:rFonts w:ascii="Times New Roman" w:hAnsi="Times New Roman" w:cs="Times New Roman"/>
          <w:position w:val="-6"/>
          <w:sz w:val="24"/>
          <w:szCs w:val="24"/>
        </w:rPr>
        <w:object w:dxaOrig="760" w:dyaOrig="279" w14:anchorId="161739FF">
          <v:shape id="_x0000_i2517" type="#_x0000_t75" style="width:37.8pt;height:13.8pt" o:ole="">
            <v:imagedata r:id="rId1328" o:title=""/>
          </v:shape>
          <o:OLEObject Type="Embed" ProgID="Equation.DSMT4" ShapeID="_x0000_i2517" DrawAspect="Content" ObjectID="_1699835801" r:id="rId1329"/>
        </w:object>
      </w:r>
      <w:r w:rsidRPr="00B13C4C">
        <w:rPr>
          <w:rFonts w:ascii="Times New Roman" w:hAnsi="Times New Roman" w:cs="Times New Roman"/>
          <w:sz w:val="24"/>
          <w:szCs w:val="24"/>
        </w:rPr>
        <w:t xml:space="preserve"> Góc giữa hai véctơ </w:t>
      </w:r>
      <w:r w:rsidRPr="00B13C4C">
        <w:rPr>
          <w:rFonts w:ascii="Times New Roman" w:hAnsi="Times New Roman" w:cs="Times New Roman"/>
          <w:position w:val="-4"/>
          <w:sz w:val="24"/>
          <w:szCs w:val="24"/>
        </w:rPr>
        <w:object w:dxaOrig="400" w:dyaOrig="320" w14:anchorId="1418ACFA">
          <v:shape id="_x0000_i2518" type="#_x0000_t75" style="width:19.8pt;height:16.2pt" o:ole="">
            <v:imagedata r:id="rId1330" o:title=""/>
          </v:shape>
          <o:OLEObject Type="Embed" ProgID="Equation.DSMT4" ShapeID="_x0000_i2518" DrawAspect="Content" ObjectID="_1699835802" r:id="rId1331"/>
        </w:object>
      </w:r>
      <w:r w:rsidRPr="00B13C4C">
        <w:rPr>
          <w:rFonts w:ascii="Times New Roman" w:hAnsi="Times New Roman" w:cs="Times New Roman"/>
          <w:sz w:val="24"/>
          <w:szCs w:val="24"/>
        </w:rPr>
        <w:t xml:space="preserve"> và </w:t>
      </w:r>
      <w:r w:rsidRPr="00B13C4C">
        <w:rPr>
          <w:rFonts w:ascii="Times New Roman" w:hAnsi="Times New Roman" w:cs="Times New Roman"/>
          <w:position w:val="-6"/>
          <w:sz w:val="24"/>
          <w:szCs w:val="24"/>
        </w:rPr>
        <w:object w:dxaOrig="400" w:dyaOrig="340" w14:anchorId="11B0B549">
          <v:shape id="_x0000_i2519" type="#_x0000_t75" style="width:19.8pt;height:16.8pt" o:ole="">
            <v:imagedata r:id="rId1332" o:title=""/>
          </v:shape>
          <o:OLEObject Type="Embed" ProgID="Equation.DSMT4" ShapeID="_x0000_i2519" DrawAspect="Content" ObjectID="_1699835803" r:id="rId1333"/>
        </w:object>
      </w:r>
      <w:r w:rsidRPr="00B13C4C">
        <w:rPr>
          <w:rFonts w:ascii="Times New Roman" w:hAnsi="Times New Roman" w:cs="Times New Roman"/>
          <w:sz w:val="24"/>
          <w:szCs w:val="24"/>
        </w:rPr>
        <w:t xml:space="preserve"> là:</w:t>
      </w:r>
    </w:p>
    <w:p w14:paraId="521F7F38"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560" w:dyaOrig="360" w14:anchorId="4327696B">
          <v:shape id="_x0000_i2520" type="#_x0000_t75" style="width:28.2pt;height:18pt" o:ole="">
            <v:imagedata r:id="rId1334" o:title=""/>
          </v:shape>
          <o:OLEObject Type="Embed" ProgID="Equation.DSMT4" ShapeID="_x0000_i2520" DrawAspect="Content" ObjectID="_1699835804" r:id="rId133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580" w:dyaOrig="360" w14:anchorId="5A03F4AD">
          <v:shape id="_x0000_i2521" type="#_x0000_t75" style="width:28.8pt;height:18pt" o:ole="">
            <v:imagedata r:id="rId1336" o:title=""/>
          </v:shape>
          <o:OLEObject Type="Embed" ProgID="Equation.DSMT4" ShapeID="_x0000_i2521" DrawAspect="Content" ObjectID="_1699835805" r:id="rId133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4"/>
          <w:sz w:val="24"/>
          <w:szCs w:val="24"/>
        </w:rPr>
        <w:object w:dxaOrig="560" w:dyaOrig="340" w14:anchorId="64CE83A3">
          <v:shape id="_x0000_i2522" type="#_x0000_t75" style="width:28.2pt;height:16.8pt" o:ole="">
            <v:imagedata r:id="rId1338" o:title=""/>
          </v:shape>
          <o:OLEObject Type="Embed" ProgID="Equation.DSMT4" ShapeID="_x0000_i2522" DrawAspect="Content" ObjectID="_1699835806" r:id="rId133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560" w:dyaOrig="360" w14:anchorId="619CE88B">
          <v:shape id="_x0000_i2523" type="#_x0000_t75" style="width:28.2pt;height:18pt" o:ole="">
            <v:imagedata r:id="rId1340" o:title=""/>
          </v:shape>
          <o:OLEObject Type="Embed" ProgID="Equation.DSMT4" ShapeID="_x0000_i2523" DrawAspect="Content" ObjectID="_1699835807" r:id="rId1341"/>
        </w:object>
      </w:r>
      <w:r w:rsidRPr="00B13C4C">
        <w:rPr>
          <w:rFonts w:ascii="Times New Roman" w:hAnsi="Times New Roman" w:cs="Times New Roman"/>
          <w:sz w:val="24"/>
          <w:szCs w:val="24"/>
        </w:rPr>
        <w:t>.</w:t>
      </w:r>
    </w:p>
    <w:p w14:paraId="1D6072DE" w14:textId="77777777" w:rsidR="00B13C4C" w:rsidRPr="00B13C4C" w:rsidRDefault="00B13C4C" w:rsidP="00F16902">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hình bình hành </w:t>
      </w:r>
      <w:r w:rsidRPr="00B13C4C">
        <w:rPr>
          <w:rFonts w:ascii="Times New Roman" w:hAnsi="Times New Roman" w:cs="Times New Roman"/>
          <w:position w:val="-6"/>
          <w:sz w:val="24"/>
          <w:szCs w:val="24"/>
        </w:rPr>
        <w:object w:dxaOrig="760" w:dyaOrig="279" w14:anchorId="5B91FEA7">
          <v:shape id="_x0000_i2524" type="#_x0000_t75" style="width:37.8pt;height:13.8pt" o:ole="">
            <v:imagedata r:id="rId1342" o:title=""/>
          </v:shape>
          <o:OLEObject Type="Embed" ProgID="Equation.DSMT4" ShapeID="_x0000_i2524" DrawAspect="Content" ObjectID="_1699835808" r:id="rId1343"/>
        </w:object>
      </w:r>
      <w:r w:rsidRPr="00B13C4C">
        <w:rPr>
          <w:rFonts w:ascii="Times New Roman" w:hAnsi="Times New Roman" w:cs="Times New Roman"/>
          <w:sz w:val="24"/>
          <w:szCs w:val="24"/>
        </w:rPr>
        <w:t xml:space="preserve"> Mệnh đề nào dưới đây đúng?</w:t>
      </w:r>
    </w:p>
    <w:p w14:paraId="18237B3A"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1520" w:dyaOrig="340" w14:anchorId="0AE32490">
          <v:shape id="_x0000_i2525" type="#_x0000_t75" style="width:76.2pt;height:16.8pt" o:ole="">
            <v:imagedata r:id="rId1344" o:title=""/>
          </v:shape>
          <o:OLEObject Type="Embed" ProgID="Equation.DSMT4" ShapeID="_x0000_i2525" DrawAspect="Content" ObjectID="_1699835809" r:id="rId134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1520" w:dyaOrig="340" w14:anchorId="46FE5E43">
          <v:shape id="_x0000_i2526" type="#_x0000_t75" style="width:76.2pt;height:16.8pt" o:ole="">
            <v:imagedata r:id="rId1346" o:title=""/>
          </v:shape>
          <o:OLEObject Type="Embed" ProgID="Equation.DSMT4" ShapeID="_x0000_i2526" DrawAspect="Content" ObjectID="_1699835810" r:id="rId134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1540" w:dyaOrig="340" w14:anchorId="277301CA">
          <v:shape id="_x0000_i2527" type="#_x0000_t75" style="width:76.8pt;height:16.8pt" o:ole="">
            <v:imagedata r:id="rId1348" o:title=""/>
          </v:shape>
          <o:OLEObject Type="Embed" ProgID="Equation.DSMT4" ShapeID="_x0000_i2527" DrawAspect="Content" ObjectID="_1699835811" r:id="rId134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4"/>
          <w:sz w:val="24"/>
          <w:szCs w:val="24"/>
        </w:rPr>
        <w:object w:dxaOrig="1520" w:dyaOrig="320" w14:anchorId="021866DF">
          <v:shape id="_x0000_i2528" type="#_x0000_t75" style="width:76.2pt;height:16.2pt" o:ole="">
            <v:imagedata r:id="rId1350" o:title=""/>
          </v:shape>
          <o:OLEObject Type="Embed" ProgID="Equation.DSMT4" ShapeID="_x0000_i2528" DrawAspect="Content" ObjectID="_1699835812" r:id="rId1351"/>
        </w:object>
      </w:r>
      <w:r w:rsidRPr="00B13C4C">
        <w:rPr>
          <w:rFonts w:ascii="Times New Roman" w:hAnsi="Times New Roman" w:cs="Times New Roman"/>
          <w:sz w:val="24"/>
          <w:szCs w:val="24"/>
        </w:rPr>
        <w:t>.</w:t>
      </w:r>
    </w:p>
    <w:p w14:paraId="243B2BFA" w14:textId="77777777" w:rsidR="00B13C4C" w:rsidRPr="00B13C4C" w:rsidRDefault="00B13C4C" w:rsidP="00F16902">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w:t>
      </w:r>
      <w:r w:rsidRPr="00B13C4C">
        <w:rPr>
          <w:rFonts w:ascii="Times New Roman" w:hAnsi="Times New Roman" w:cs="Times New Roman"/>
          <w:position w:val="-10"/>
          <w:sz w:val="24"/>
          <w:szCs w:val="24"/>
        </w:rPr>
        <w:object w:dxaOrig="460" w:dyaOrig="320" w14:anchorId="7D2F2D3C">
          <v:shape id="_x0000_i2529" type="#_x0000_t75" style="width:22.8pt;height:16.2pt" o:ole="">
            <v:imagedata r:id="rId1352" o:title=""/>
          </v:shape>
          <o:OLEObject Type="Embed" ProgID="Equation.DSMT4" ShapeID="_x0000_i2529" DrawAspect="Content" ObjectID="_1699835813" r:id="rId1353"/>
        </w:object>
      </w:r>
      <w:r w:rsidRPr="00B13C4C">
        <w:rPr>
          <w:rFonts w:ascii="Times New Roman" w:hAnsi="Times New Roman" w:cs="Times New Roman"/>
          <w:sz w:val="24"/>
          <w:szCs w:val="24"/>
        </w:rPr>
        <w:t xml:space="preserve"> cho </w:t>
      </w:r>
      <w:r w:rsidRPr="00B13C4C">
        <w:rPr>
          <w:rFonts w:ascii="Times New Roman" w:hAnsi="Times New Roman" w:cs="Times New Roman"/>
          <w:position w:val="-10"/>
          <w:sz w:val="24"/>
          <w:szCs w:val="24"/>
        </w:rPr>
        <w:object w:dxaOrig="1820" w:dyaOrig="320" w14:anchorId="15E747CB">
          <v:shape id="_x0000_i2530" type="#_x0000_t75" style="width:91.2pt;height:16.2pt" o:ole="">
            <v:imagedata r:id="rId1354" o:title=""/>
          </v:shape>
          <o:OLEObject Type="Embed" ProgID="Equation.DSMT4" ShapeID="_x0000_i2530" DrawAspect="Content" ObjectID="_1699835814" r:id="rId1355"/>
        </w:object>
      </w:r>
      <w:r w:rsidRPr="00B13C4C">
        <w:rPr>
          <w:rFonts w:ascii="Times New Roman" w:hAnsi="Times New Roman" w:cs="Times New Roman"/>
          <w:sz w:val="24"/>
          <w:szCs w:val="24"/>
        </w:rPr>
        <w:t xml:space="preserve">. Khi đó véctơ </w:t>
      </w:r>
      <w:r w:rsidRPr="00B13C4C">
        <w:rPr>
          <w:rFonts w:ascii="Times New Roman" w:hAnsi="Times New Roman" w:cs="Times New Roman"/>
          <w:position w:val="-6"/>
          <w:sz w:val="24"/>
          <w:szCs w:val="24"/>
        </w:rPr>
        <w:object w:dxaOrig="460" w:dyaOrig="340" w14:anchorId="64B9FE00">
          <v:shape id="_x0000_i2531" type="#_x0000_t75" style="width:22.8pt;height:16.8pt" o:ole="">
            <v:imagedata r:id="rId1356" o:title=""/>
          </v:shape>
          <o:OLEObject Type="Embed" ProgID="Equation.DSMT4" ShapeID="_x0000_i2531" DrawAspect="Content" ObjectID="_1699835815" r:id="rId1357"/>
        </w:object>
      </w:r>
      <w:r w:rsidRPr="00B13C4C">
        <w:rPr>
          <w:rFonts w:ascii="Times New Roman" w:hAnsi="Times New Roman" w:cs="Times New Roman"/>
          <w:sz w:val="24"/>
          <w:szCs w:val="24"/>
        </w:rPr>
        <w:t xml:space="preserve"> có tọa độ bằng</w:t>
      </w:r>
    </w:p>
    <w:p w14:paraId="0D12C960"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320" w:dyaOrig="380" w14:anchorId="4E523C3C">
          <v:shape id="_x0000_i2532" type="#_x0000_t75" style="width:66pt;height:19.2pt" o:ole="">
            <v:imagedata r:id="rId1358" o:title=""/>
          </v:shape>
          <o:OLEObject Type="Embed" ProgID="Equation.DSMT4" ShapeID="_x0000_i2532" DrawAspect="Content" ObjectID="_1699835816" r:id="rId135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460" w:dyaOrig="380" w14:anchorId="43DDBBC3">
          <v:shape id="_x0000_i2533" type="#_x0000_t75" style="width:73.2pt;height:19.2pt" o:ole="">
            <v:imagedata r:id="rId1360" o:title=""/>
          </v:shape>
          <o:OLEObject Type="Embed" ProgID="Equation.DSMT4" ShapeID="_x0000_i2533" DrawAspect="Content" ObjectID="_1699835817" r:id="rId136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320" w:dyaOrig="380" w14:anchorId="2C790C3F">
          <v:shape id="_x0000_i2534" type="#_x0000_t75" style="width:66pt;height:19.2pt" o:ole="">
            <v:imagedata r:id="rId1362" o:title=""/>
          </v:shape>
          <o:OLEObject Type="Embed" ProgID="Equation.DSMT4" ShapeID="_x0000_i2534" DrawAspect="Content" ObjectID="_1699835818" r:id="rId136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200" w:dyaOrig="380" w14:anchorId="3AD78FA6">
          <v:shape id="_x0000_i2535" type="#_x0000_t75" style="width:60pt;height:19.2pt" o:ole="">
            <v:imagedata r:id="rId1364" o:title=""/>
          </v:shape>
          <o:OLEObject Type="Embed" ProgID="Equation.DSMT4" ShapeID="_x0000_i2535" DrawAspect="Content" ObjectID="_1699835819" r:id="rId1365"/>
        </w:object>
      </w:r>
      <w:r w:rsidRPr="00B13C4C">
        <w:rPr>
          <w:rFonts w:ascii="Times New Roman" w:hAnsi="Times New Roman" w:cs="Times New Roman"/>
          <w:sz w:val="24"/>
          <w:szCs w:val="24"/>
        </w:rPr>
        <w:t>.</w:t>
      </w:r>
    </w:p>
    <w:p w14:paraId="24C41A27" w14:textId="77777777" w:rsidR="00B13C4C" w:rsidRPr="00B13C4C" w:rsidRDefault="00B13C4C" w:rsidP="00F16902">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w:t>
      </w:r>
      <w:r w:rsidRPr="00B13C4C">
        <w:rPr>
          <w:rFonts w:ascii="Times New Roman" w:hAnsi="Times New Roman" w:cs="Times New Roman"/>
          <w:position w:val="-6"/>
          <w:sz w:val="24"/>
          <w:szCs w:val="24"/>
        </w:rPr>
        <w:object w:dxaOrig="260" w:dyaOrig="279" w14:anchorId="7AAEA712">
          <v:shape id="_x0000_i2536" type="#_x0000_t75" style="width:13.2pt;height:13.8pt" o:ole="">
            <v:imagedata r:id="rId1366" o:title=""/>
          </v:shape>
          <o:OLEObject Type="Embed" ProgID="Equation.DSMT4" ShapeID="_x0000_i2536" DrawAspect="Content" ObjectID="_1699835820" r:id="rId1367"/>
        </w:object>
      </w:r>
      <w:r w:rsidRPr="00B13C4C">
        <w:rPr>
          <w:rFonts w:ascii="Times New Roman" w:hAnsi="Times New Roman" w:cs="Times New Roman"/>
          <w:sz w:val="24"/>
          <w:szCs w:val="24"/>
        </w:rPr>
        <w:t xml:space="preserve"> là trọng tâm tam giác </w:t>
      </w:r>
      <w:r w:rsidRPr="00B13C4C">
        <w:rPr>
          <w:rFonts w:ascii="Times New Roman" w:hAnsi="Times New Roman" w:cs="Times New Roman"/>
          <w:position w:val="-6"/>
          <w:sz w:val="24"/>
          <w:szCs w:val="24"/>
        </w:rPr>
        <w:object w:dxaOrig="560" w:dyaOrig="279" w14:anchorId="194C6097">
          <v:shape id="_x0000_i2537" type="#_x0000_t75" style="width:28.2pt;height:13.8pt" o:ole="">
            <v:imagedata r:id="rId1368" o:title=""/>
          </v:shape>
          <o:OLEObject Type="Embed" ProgID="Equation.DSMT4" ShapeID="_x0000_i2537" DrawAspect="Content" ObjectID="_1699835821" r:id="rId1369"/>
        </w:object>
      </w:r>
      <w:r w:rsidRPr="00B13C4C">
        <w:rPr>
          <w:rFonts w:ascii="Times New Roman" w:hAnsi="Times New Roman" w:cs="Times New Roman"/>
          <w:sz w:val="24"/>
          <w:szCs w:val="24"/>
        </w:rPr>
        <w:t>. Đẳng thức nào sau đây sai?</w:t>
      </w:r>
    </w:p>
    <w:p w14:paraId="122C1F71"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1880" w:dyaOrig="340" w14:anchorId="22224EDC">
          <v:shape id="_x0000_i2538" type="#_x0000_t75" style="width:94.2pt;height:16.8pt" o:ole="">
            <v:imagedata r:id="rId1370" o:title=""/>
          </v:shape>
          <o:OLEObject Type="Embed" ProgID="Equation.DSMT4" ShapeID="_x0000_i2538" DrawAspect="Content" ObjectID="_1699835822" r:id="rId137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1500" w:dyaOrig="340" w14:anchorId="193804C6">
          <v:shape id="_x0000_i2539" type="#_x0000_t75" style="width:75pt;height:16.8pt" o:ole="">
            <v:imagedata r:id="rId1372" o:title=""/>
          </v:shape>
          <o:OLEObject Type="Embed" ProgID="Equation.DSMT4" ShapeID="_x0000_i2539" DrawAspect="Content" ObjectID="_1699835823" r:id="rId1373"/>
        </w:object>
      </w:r>
      <w:r w:rsidRPr="00B13C4C">
        <w:rPr>
          <w:rFonts w:ascii="Times New Roman" w:hAnsi="Times New Roman" w:cs="Times New Roman"/>
          <w:sz w:val="24"/>
          <w:szCs w:val="24"/>
        </w:rPr>
        <w:t>.</w:t>
      </w:r>
    </w:p>
    <w:p w14:paraId="41BEDA4A"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1500" w:dyaOrig="340" w14:anchorId="151BD1E9">
          <v:shape id="_x0000_i2540" type="#_x0000_t75" style="width:75pt;height:16.8pt" o:ole="">
            <v:imagedata r:id="rId1374" o:title=""/>
          </v:shape>
          <o:OLEObject Type="Embed" ProgID="Equation.DSMT4" ShapeID="_x0000_i2540" DrawAspect="Content" ObjectID="_1699835824" r:id="rId137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1820" w:dyaOrig="340" w14:anchorId="6750910A">
          <v:shape id="_x0000_i2541" type="#_x0000_t75" style="width:91.2pt;height:16.8pt" o:ole="">
            <v:imagedata r:id="rId1376" o:title=""/>
          </v:shape>
          <o:OLEObject Type="Embed" ProgID="Equation.DSMT4" ShapeID="_x0000_i2541" DrawAspect="Content" ObjectID="_1699835825" r:id="rId1377"/>
        </w:object>
      </w:r>
      <w:r w:rsidRPr="00B13C4C">
        <w:rPr>
          <w:rFonts w:ascii="Times New Roman" w:hAnsi="Times New Roman" w:cs="Times New Roman"/>
          <w:sz w:val="24"/>
          <w:szCs w:val="24"/>
        </w:rPr>
        <w:t>.</w:t>
      </w:r>
    </w:p>
    <w:p w14:paraId="51C9111D" w14:textId="77777777" w:rsidR="00B13C4C" w:rsidRPr="00B13C4C" w:rsidRDefault="00B13C4C" w:rsidP="00F16902">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Gọi </w:t>
      </w:r>
      <w:r w:rsidRPr="00B13C4C">
        <w:rPr>
          <w:rFonts w:ascii="Times New Roman" w:hAnsi="Times New Roman" w:cs="Times New Roman"/>
          <w:position w:val="-12"/>
          <w:sz w:val="24"/>
          <w:szCs w:val="24"/>
        </w:rPr>
        <w:object w:dxaOrig="540" w:dyaOrig="360" w14:anchorId="18D90BB8">
          <v:shape id="_x0000_i2542" type="#_x0000_t75" style="width:27pt;height:18pt" o:ole="">
            <v:imagedata r:id="rId1378" o:title=""/>
          </v:shape>
          <o:OLEObject Type="Embed" ProgID="Equation.DSMT4" ShapeID="_x0000_i2542" DrawAspect="Content" ObjectID="_1699835826" r:id="rId1379"/>
        </w:object>
      </w:r>
      <w:r w:rsidRPr="00B13C4C">
        <w:rPr>
          <w:rFonts w:ascii="Times New Roman" w:hAnsi="Times New Roman" w:cs="Times New Roman"/>
          <w:sz w:val="24"/>
          <w:szCs w:val="24"/>
        </w:rPr>
        <w:t xml:space="preserve"> là hai nghiệm của phương trình </w:t>
      </w:r>
      <w:r w:rsidRPr="00B13C4C">
        <w:rPr>
          <w:rFonts w:ascii="Times New Roman" w:hAnsi="Times New Roman" w:cs="Times New Roman"/>
          <w:position w:val="-6"/>
          <w:sz w:val="24"/>
          <w:szCs w:val="24"/>
        </w:rPr>
        <w:object w:dxaOrig="2280" w:dyaOrig="320" w14:anchorId="59A35893">
          <v:shape id="_x0000_i2543" type="#_x0000_t75" style="width:114pt;height:16.2pt" o:ole="">
            <v:imagedata r:id="rId1380" o:title=""/>
          </v:shape>
          <o:OLEObject Type="Embed" ProgID="Equation.DSMT4" ShapeID="_x0000_i2543" DrawAspect="Content" ObjectID="_1699835827" r:id="rId1381"/>
        </w:object>
      </w:r>
      <w:r w:rsidRPr="00B13C4C">
        <w:rPr>
          <w:rFonts w:ascii="Times New Roman" w:hAnsi="Times New Roman" w:cs="Times New Roman"/>
          <w:sz w:val="24"/>
          <w:szCs w:val="24"/>
        </w:rPr>
        <w:t xml:space="preserve">. Khi đó tổng </w:t>
      </w:r>
      <w:r w:rsidRPr="00B13C4C">
        <w:rPr>
          <w:rFonts w:ascii="Times New Roman" w:hAnsi="Times New Roman" w:cs="Times New Roman"/>
          <w:position w:val="-12"/>
          <w:sz w:val="24"/>
          <w:szCs w:val="24"/>
        </w:rPr>
        <w:object w:dxaOrig="660" w:dyaOrig="360" w14:anchorId="6A89EB39">
          <v:shape id="_x0000_i2544" type="#_x0000_t75" style="width:33pt;height:18pt" o:ole="">
            <v:imagedata r:id="rId1382" o:title=""/>
          </v:shape>
          <o:OLEObject Type="Embed" ProgID="Equation.DSMT4" ShapeID="_x0000_i2544" DrawAspect="Content" ObjectID="_1699835828" r:id="rId1383"/>
        </w:object>
      </w:r>
      <w:r w:rsidRPr="00B13C4C">
        <w:rPr>
          <w:rFonts w:ascii="Times New Roman" w:hAnsi="Times New Roman" w:cs="Times New Roman"/>
          <w:sz w:val="24"/>
          <w:szCs w:val="24"/>
        </w:rPr>
        <w:t xml:space="preserve"> bằng:</w:t>
      </w:r>
    </w:p>
    <w:p w14:paraId="29A26346"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740" w:dyaOrig="620" w14:anchorId="4811D228">
          <v:shape id="_x0000_i2545" type="#_x0000_t75" style="width:37.2pt;height:31.2pt" o:ole="">
            <v:imagedata r:id="rId1384" o:title=""/>
          </v:shape>
          <o:OLEObject Type="Embed" ProgID="Equation.DSMT4" ShapeID="_x0000_i2545" DrawAspect="Content" ObjectID="_1699835829" r:id="rId138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680" w:dyaOrig="279" w14:anchorId="6EB82A4F">
          <v:shape id="_x0000_i2546" type="#_x0000_t75" style="width:34.2pt;height:13.8pt" o:ole="">
            <v:imagedata r:id="rId1386" o:title=""/>
          </v:shape>
          <o:OLEObject Type="Embed" ProgID="Equation.DSMT4" ShapeID="_x0000_i2546" DrawAspect="Content" ObjectID="_1699835830" r:id="rId138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1010.</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580" w:dyaOrig="620" w14:anchorId="2A3C1A7A">
          <v:shape id="_x0000_i2547" type="#_x0000_t75" style="width:28.8pt;height:31.2pt" o:ole="">
            <v:imagedata r:id="rId1388" o:title=""/>
          </v:shape>
          <o:OLEObject Type="Embed" ProgID="Equation.DSMT4" ShapeID="_x0000_i2547" DrawAspect="Content" ObjectID="_1699835831" r:id="rId1389"/>
        </w:object>
      </w:r>
      <w:r w:rsidRPr="00B13C4C">
        <w:rPr>
          <w:rFonts w:ascii="Times New Roman" w:hAnsi="Times New Roman" w:cs="Times New Roman"/>
          <w:sz w:val="24"/>
          <w:szCs w:val="24"/>
        </w:rPr>
        <w:t>.</w:t>
      </w:r>
    </w:p>
    <w:p w14:paraId="55C730D2" w14:textId="77777777" w:rsidR="00B13C4C" w:rsidRPr="00B13C4C" w:rsidRDefault="00B13C4C" w:rsidP="00F16902">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tập hợp </w:t>
      </w:r>
      <w:r w:rsidRPr="00B13C4C">
        <w:rPr>
          <w:rFonts w:ascii="Times New Roman" w:hAnsi="Times New Roman" w:cs="Times New Roman"/>
          <w:sz w:val="24"/>
          <w:szCs w:val="24"/>
        </w:rPr>
        <w:object w:dxaOrig="1200" w:dyaOrig="320" w14:anchorId="5ED084DF">
          <v:shape id="_x0000_i2548" type="#_x0000_t75" style="width:60pt;height:16.2pt" o:ole="">
            <v:imagedata r:id="rId1390" o:title=""/>
          </v:shape>
          <o:OLEObject Type="Embed" ProgID="Equation.DSMT4" ShapeID="_x0000_i2548" DrawAspect="Content" ObjectID="_1699835832" r:id="rId1391"/>
        </w:object>
      </w:r>
      <w:r w:rsidRPr="00B13C4C">
        <w:rPr>
          <w:rFonts w:ascii="Times New Roman" w:hAnsi="Times New Roman" w:cs="Times New Roman"/>
          <w:sz w:val="24"/>
          <w:szCs w:val="24"/>
        </w:rPr>
        <w:t xml:space="preserve"> và </w:t>
      </w:r>
      <w:r w:rsidRPr="00B13C4C">
        <w:rPr>
          <w:rFonts w:ascii="Times New Roman" w:hAnsi="Times New Roman" w:cs="Times New Roman"/>
          <w:sz w:val="24"/>
          <w:szCs w:val="24"/>
        </w:rPr>
        <w:object w:dxaOrig="1180" w:dyaOrig="320" w14:anchorId="008654F4">
          <v:shape id="_x0000_i2549" type="#_x0000_t75" style="width:58.8pt;height:16.2pt" o:ole="">
            <v:imagedata r:id="rId1392" o:title=""/>
          </v:shape>
          <o:OLEObject Type="Embed" ProgID="Equation.DSMT4" ShapeID="_x0000_i2549" DrawAspect="Content" ObjectID="_1699835833" r:id="rId1393"/>
        </w:object>
      </w:r>
      <w:r w:rsidRPr="00B13C4C">
        <w:rPr>
          <w:rFonts w:ascii="Times New Roman" w:hAnsi="Times New Roman" w:cs="Times New Roman"/>
          <w:sz w:val="24"/>
          <w:szCs w:val="24"/>
        </w:rPr>
        <w:t xml:space="preserve">. Tìm </w:t>
      </w:r>
      <w:r w:rsidRPr="00B13C4C">
        <w:rPr>
          <w:rFonts w:ascii="Times New Roman" w:hAnsi="Times New Roman" w:cs="Times New Roman"/>
          <w:position w:val="-6"/>
          <w:sz w:val="24"/>
          <w:szCs w:val="24"/>
        </w:rPr>
        <w:object w:dxaOrig="780" w:dyaOrig="279" w14:anchorId="3C75C45F">
          <v:shape id="_x0000_i2550" type="#_x0000_t75" style="width:39pt;height:13.8pt" o:ole="">
            <v:imagedata r:id="rId1394" o:title=""/>
          </v:shape>
          <o:OLEObject Type="Embed" ProgID="Equation.DSMT4" ShapeID="_x0000_i2550" DrawAspect="Content" ObjectID="_1699835834" r:id="rId1395"/>
        </w:object>
      </w:r>
      <w:r w:rsidRPr="00B13C4C">
        <w:rPr>
          <w:rFonts w:ascii="Times New Roman" w:hAnsi="Times New Roman" w:cs="Times New Roman"/>
          <w:sz w:val="24"/>
          <w:szCs w:val="24"/>
        </w:rPr>
        <w:t>.</w:t>
      </w:r>
    </w:p>
    <w:p w14:paraId="55A8D190"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920" w:dyaOrig="320" w14:anchorId="0CFB3F0B">
          <v:shape id="_x0000_i2551" type="#_x0000_t75" style="width:96pt;height:16.2pt" o:ole="">
            <v:imagedata r:id="rId1396" o:title=""/>
          </v:shape>
          <o:OLEObject Type="Embed" ProgID="Equation.DSMT4" ShapeID="_x0000_i2551" DrawAspect="Content" ObjectID="_1699835835" r:id="rId139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2079" w:dyaOrig="320" w14:anchorId="1DAE2F5D">
          <v:shape id="_x0000_i2552" type="#_x0000_t75" style="width:103.8pt;height:16.2pt" o:ole="">
            <v:imagedata r:id="rId1398" o:title=""/>
          </v:shape>
          <o:OLEObject Type="Embed" ProgID="Equation.DSMT4" ShapeID="_x0000_i2552" DrawAspect="Content" ObjectID="_1699835836" r:id="rId1399"/>
        </w:object>
      </w:r>
      <w:r w:rsidRPr="00B13C4C">
        <w:rPr>
          <w:rFonts w:ascii="Times New Roman" w:hAnsi="Times New Roman" w:cs="Times New Roman"/>
          <w:sz w:val="24"/>
          <w:szCs w:val="24"/>
        </w:rPr>
        <w:t>.</w:t>
      </w:r>
    </w:p>
    <w:p w14:paraId="487C6305"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500" w:dyaOrig="320" w14:anchorId="3E5BB643">
          <v:shape id="_x0000_i2553" type="#_x0000_t75" style="width:75pt;height:16.2pt" o:ole="">
            <v:imagedata r:id="rId1400" o:title=""/>
          </v:shape>
          <o:OLEObject Type="Embed" ProgID="Equation.DSMT4" ShapeID="_x0000_i2553" DrawAspect="Content" ObjectID="_1699835837" r:id="rId140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260" w:dyaOrig="320" w14:anchorId="5F6BFA03">
          <v:shape id="_x0000_i2554" type="#_x0000_t75" style="width:63pt;height:16.2pt" o:ole="">
            <v:imagedata r:id="rId1402" o:title=""/>
          </v:shape>
          <o:OLEObject Type="Embed" ProgID="Equation.DSMT4" ShapeID="_x0000_i2554" DrawAspect="Content" ObjectID="_1699835838" r:id="rId1403"/>
        </w:object>
      </w:r>
      <w:r w:rsidRPr="00B13C4C">
        <w:rPr>
          <w:rFonts w:ascii="Times New Roman" w:hAnsi="Times New Roman" w:cs="Times New Roman"/>
          <w:sz w:val="24"/>
          <w:szCs w:val="24"/>
        </w:rPr>
        <w:t>.</w:t>
      </w:r>
    </w:p>
    <w:p w14:paraId="66EF8B42" w14:textId="77777777" w:rsidR="00B13C4C" w:rsidRPr="00B13C4C" w:rsidRDefault="00B13C4C" w:rsidP="00F16902">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lastRenderedPageBreak/>
        <w:t>Câu 16: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Xác định hàm số bậc hai </w:t>
      </w:r>
      <w:r w:rsidRPr="00B13C4C">
        <w:rPr>
          <w:rFonts w:ascii="Times New Roman" w:hAnsi="Times New Roman" w:cs="Times New Roman"/>
          <w:position w:val="-10"/>
          <w:sz w:val="24"/>
          <w:szCs w:val="24"/>
        </w:rPr>
        <w:object w:dxaOrig="1540" w:dyaOrig="360" w14:anchorId="4C631E7B">
          <v:shape id="_x0000_i2555" type="#_x0000_t75" style="width:76.8pt;height:18pt" o:ole="">
            <v:imagedata r:id="rId1404" o:title=""/>
          </v:shape>
          <o:OLEObject Type="Embed" ProgID="Equation.DSMT4" ShapeID="_x0000_i2555" DrawAspect="Content" ObjectID="_1699835839" r:id="rId1405"/>
        </w:object>
      </w:r>
      <w:r w:rsidRPr="00B13C4C">
        <w:rPr>
          <w:rFonts w:ascii="Times New Roman" w:hAnsi="Times New Roman" w:cs="Times New Roman"/>
          <w:sz w:val="24"/>
          <w:szCs w:val="24"/>
        </w:rPr>
        <w:t xml:space="preserve"> biết đồ thị của nó có đỉnh </w:t>
      </w:r>
      <w:r w:rsidRPr="00B13C4C">
        <w:rPr>
          <w:rFonts w:ascii="Times New Roman" w:hAnsi="Times New Roman" w:cs="Times New Roman"/>
          <w:position w:val="-10"/>
          <w:sz w:val="24"/>
          <w:szCs w:val="24"/>
        </w:rPr>
        <w:object w:dxaOrig="760" w:dyaOrig="320" w14:anchorId="119522E9">
          <v:shape id="_x0000_i2556" type="#_x0000_t75" style="width:37.8pt;height:16.2pt" o:ole="">
            <v:imagedata r:id="rId1406" o:title=""/>
          </v:shape>
          <o:OLEObject Type="Embed" ProgID="Equation.DSMT4" ShapeID="_x0000_i2556" DrawAspect="Content" ObjectID="_1699835840" r:id="rId1407"/>
        </w:object>
      </w:r>
      <w:r w:rsidRPr="00B13C4C">
        <w:rPr>
          <w:rFonts w:ascii="Times New Roman" w:hAnsi="Times New Roman" w:cs="Times New Roman"/>
          <w:sz w:val="24"/>
          <w:szCs w:val="24"/>
        </w:rPr>
        <w:t xml:space="preserve"> và đi qua điểm </w:t>
      </w:r>
      <w:r w:rsidRPr="00B13C4C">
        <w:rPr>
          <w:rFonts w:ascii="Times New Roman" w:hAnsi="Times New Roman" w:cs="Times New Roman"/>
          <w:position w:val="-10"/>
          <w:sz w:val="24"/>
          <w:szCs w:val="24"/>
        </w:rPr>
        <w:object w:dxaOrig="720" w:dyaOrig="320" w14:anchorId="21691066">
          <v:shape id="_x0000_i2557" type="#_x0000_t75" style="width:36pt;height:16.2pt" o:ole="">
            <v:imagedata r:id="rId1408" o:title=""/>
          </v:shape>
          <o:OLEObject Type="Embed" ProgID="Equation.DSMT4" ShapeID="_x0000_i2557" DrawAspect="Content" ObjectID="_1699835841" r:id="rId1409"/>
        </w:object>
      </w:r>
      <w:r w:rsidRPr="00B13C4C">
        <w:rPr>
          <w:rFonts w:ascii="Times New Roman" w:hAnsi="Times New Roman" w:cs="Times New Roman"/>
          <w:sz w:val="24"/>
          <w:szCs w:val="24"/>
        </w:rPr>
        <w:t>.</w:t>
      </w:r>
    </w:p>
    <w:p w14:paraId="0EBE5805"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460" w:dyaOrig="360" w14:anchorId="56A6E508">
          <v:shape id="_x0000_i2558" type="#_x0000_t75" style="width:73.2pt;height:18pt" o:ole="">
            <v:imagedata r:id="rId1410" o:title=""/>
          </v:shape>
          <o:OLEObject Type="Embed" ProgID="Equation.DSMT4" ShapeID="_x0000_i2558" DrawAspect="Content" ObjectID="_1699835842" r:id="rId141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140" w:dyaOrig="360" w14:anchorId="5BAD44CA">
          <v:shape id="_x0000_i2559" type="#_x0000_t75" style="width:57pt;height:18pt" o:ole="">
            <v:imagedata r:id="rId1412" o:title=""/>
          </v:shape>
          <o:OLEObject Type="Embed" ProgID="Equation.DSMT4" ShapeID="_x0000_i2559" DrawAspect="Content" ObjectID="_1699835843" r:id="rId141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579" w:dyaOrig="360" w14:anchorId="2134CDE7">
          <v:shape id="_x0000_i2560" type="#_x0000_t75" style="width:79.2pt;height:18pt" o:ole="">
            <v:imagedata r:id="rId1414" o:title=""/>
          </v:shape>
          <o:OLEObject Type="Embed" ProgID="Equation.DSMT4" ShapeID="_x0000_i2560" DrawAspect="Content" ObjectID="_1699835844" r:id="rId141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140" w:dyaOrig="360" w14:anchorId="01CBEC91">
          <v:shape id="_x0000_i2561" type="#_x0000_t75" style="width:57pt;height:18pt" o:ole="">
            <v:imagedata r:id="rId1416" o:title=""/>
          </v:shape>
          <o:OLEObject Type="Embed" ProgID="Equation.DSMT4" ShapeID="_x0000_i2561" DrawAspect="Content" ObjectID="_1699835845" r:id="rId1417"/>
        </w:object>
      </w:r>
      <w:r w:rsidRPr="00B13C4C">
        <w:rPr>
          <w:rFonts w:ascii="Times New Roman" w:hAnsi="Times New Roman" w:cs="Times New Roman"/>
          <w:sz w:val="24"/>
          <w:szCs w:val="24"/>
        </w:rPr>
        <w:t>.</w:t>
      </w:r>
    </w:p>
    <w:p w14:paraId="374360A7" w14:textId="77777777" w:rsidR="00B13C4C" w:rsidRPr="00B13C4C" w:rsidRDefault="00B13C4C" w:rsidP="00F16902">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Gọi </w:t>
      </w:r>
      <w:r w:rsidRPr="00B13C4C">
        <w:rPr>
          <w:rFonts w:ascii="Times New Roman" w:hAnsi="Times New Roman" w:cs="Times New Roman"/>
          <w:position w:val="-14"/>
          <w:sz w:val="24"/>
          <w:szCs w:val="24"/>
        </w:rPr>
        <w:object w:dxaOrig="1060" w:dyaOrig="400" w14:anchorId="073F1B65">
          <v:shape id="_x0000_i2562" type="#_x0000_t75" style="width:52.8pt;height:19.8pt" o:ole="">
            <v:imagedata r:id="rId1418" o:title=""/>
          </v:shape>
          <o:OLEObject Type="Embed" ProgID="Equation.DSMT4" ShapeID="_x0000_i2562" DrawAspect="Content" ObjectID="_1699835846" r:id="rId1419"/>
        </w:object>
      </w:r>
      <w:r w:rsidRPr="00B13C4C">
        <w:rPr>
          <w:rFonts w:ascii="Times New Roman" w:hAnsi="Times New Roman" w:cs="Times New Roman"/>
          <w:sz w:val="24"/>
          <w:szCs w:val="24"/>
        </w:rPr>
        <w:t xml:space="preserve"> là ba nghiệm của hệ phương trình </w:t>
      </w:r>
      <w:r w:rsidRPr="00B13C4C">
        <w:rPr>
          <w:rFonts w:ascii="Times New Roman" w:hAnsi="Times New Roman" w:cs="Times New Roman"/>
          <w:position w:val="-50"/>
          <w:sz w:val="24"/>
          <w:szCs w:val="24"/>
        </w:rPr>
        <w:object w:dxaOrig="3400" w:dyaOrig="1120" w14:anchorId="1B0AA552">
          <v:shape id="_x0000_i2563" type="#_x0000_t75" style="width:169.8pt;height:55.8pt" o:ole="">
            <v:imagedata r:id="rId1420" o:title=""/>
          </v:shape>
          <o:OLEObject Type="Embed" ProgID="Equation.DSMT4" ShapeID="_x0000_i2563" DrawAspect="Content" ObjectID="_1699835847" r:id="rId1421"/>
        </w:object>
      </w:r>
    </w:p>
    <w:p w14:paraId="2EDFC049"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4"/>
          <w:sz w:val="24"/>
          <w:szCs w:val="24"/>
        </w:rPr>
        <w:object w:dxaOrig="320" w:dyaOrig="260" w14:anchorId="02750B08">
          <v:shape id="_x0000_i2564" type="#_x0000_t75" style="width:16.2pt;height:13.2pt" o:ole="">
            <v:imagedata r:id="rId1422" o:title=""/>
          </v:shape>
          <o:OLEObject Type="Embed" ProgID="Equation.DSMT4" ShapeID="_x0000_i2564" DrawAspect="Content" ObjectID="_1699835848" r:id="rId142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0.</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4.</w:t>
      </w:r>
    </w:p>
    <w:p w14:paraId="58E06D49" w14:textId="77777777" w:rsidR="00B13C4C" w:rsidRPr="00B13C4C" w:rsidRDefault="00B13C4C" w:rsidP="00F16902">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Trong các hàm số dưới đây hàm số nào là hàm số chẳn?</w:t>
      </w:r>
    </w:p>
    <w:p w14:paraId="34CD6F46"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160" w:dyaOrig="360" w14:anchorId="5F34EABD">
          <v:shape id="_x0000_i2565" type="#_x0000_t75" style="width:58.2pt;height:18pt" o:ole="">
            <v:imagedata r:id="rId1424" o:title=""/>
          </v:shape>
          <o:OLEObject Type="Embed" ProgID="Equation.DSMT4" ShapeID="_x0000_i2565" DrawAspect="Content" ObjectID="_1699835849" r:id="rId142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240" w:dyaOrig="360" w14:anchorId="0C1E3908">
          <v:shape id="_x0000_i2566" type="#_x0000_t75" style="width:61.8pt;height:18pt" o:ole="">
            <v:imagedata r:id="rId1426" o:title=""/>
          </v:shape>
          <o:OLEObject Type="Embed" ProgID="Equation.DSMT4" ShapeID="_x0000_i2566" DrawAspect="Content" ObjectID="_1699835850" r:id="rId142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460" w:dyaOrig="360" w14:anchorId="7E7EAAF7">
          <v:shape id="_x0000_i2567" type="#_x0000_t75" style="width:73.2pt;height:18pt" o:ole="">
            <v:imagedata r:id="rId1428" o:title=""/>
          </v:shape>
          <o:OLEObject Type="Embed" ProgID="Equation.DSMT4" ShapeID="_x0000_i2567" DrawAspect="Content" ObjectID="_1699835851" r:id="rId142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999" w:dyaOrig="360" w14:anchorId="5C71B55F">
          <v:shape id="_x0000_i2568" type="#_x0000_t75" style="width:49.8pt;height:18pt" o:ole="">
            <v:imagedata r:id="rId1430" o:title=""/>
          </v:shape>
          <o:OLEObject Type="Embed" ProgID="Equation.DSMT4" ShapeID="_x0000_i2568" DrawAspect="Content" ObjectID="_1699835852" r:id="rId1431"/>
        </w:object>
      </w:r>
      <w:r w:rsidRPr="00B13C4C">
        <w:rPr>
          <w:rFonts w:ascii="Times New Roman" w:hAnsi="Times New Roman" w:cs="Times New Roman"/>
          <w:sz w:val="24"/>
          <w:szCs w:val="24"/>
        </w:rPr>
        <w:t>.</w:t>
      </w:r>
    </w:p>
    <w:p w14:paraId="48329D88" w14:textId="77777777" w:rsidR="00B13C4C" w:rsidRPr="00B13C4C" w:rsidRDefault="00B13C4C" w:rsidP="00F16902">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Hàm số bậc hai nào dưới đây có đồ thị như hình vẽ bên?</w:t>
      </w:r>
    </w:p>
    <w:p w14:paraId="58D240B9" w14:textId="77777777" w:rsidR="00B13C4C" w:rsidRPr="00B13C4C" w:rsidRDefault="00B13C4C" w:rsidP="009A6992">
      <w:pPr>
        <w:ind w:left="992" w:hanging="992"/>
        <w:jc w:val="center"/>
        <w:rPr>
          <w:rFonts w:ascii="Times New Roman" w:hAnsi="Times New Roman" w:cs="Times New Roman"/>
          <w:sz w:val="24"/>
          <w:szCs w:val="24"/>
        </w:rPr>
      </w:pPr>
      <w:r w:rsidRPr="00B13C4C">
        <w:rPr>
          <w:rFonts w:ascii="Times New Roman" w:hAnsi="Times New Roman" w:cs="Times New Roman"/>
          <w:noProof/>
          <w:sz w:val="24"/>
          <w:szCs w:val="24"/>
        </w:rPr>
        <w:drawing>
          <wp:inline distT="0" distB="0" distL="0" distR="0" wp14:anchorId="060873F4" wp14:editId="0D55123D">
            <wp:extent cx="1531702" cy="1653540"/>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2"/>
                    <a:stretch>
                      <a:fillRect/>
                    </a:stretch>
                  </pic:blipFill>
                  <pic:spPr>
                    <a:xfrm>
                      <a:off x="0" y="0"/>
                      <a:ext cx="1552038" cy="1675494"/>
                    </a:xfrm>
                    <a:prstGeom prst="rect">
                      <a:avLst/>
                    </a:prstGeom>
                  </pic:spPr>
                </pic:pic>
              </a:graphicData>
            </a:graphic>
          </wp:inline>
        </w:drawing>
      </w:r>
    </w:p>
    <w:p w14:paraId="1509DCA4"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b/>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460" w:dyaOrig="360" w14:anchorId="1147F03B">
          <v:shape id="_x0000_i2569" type="#_x0000_t75" style="width:73.2pt;height:18pt" o:ole="">
            <v:imagedata r:id="rId1433" o:title=""/>
          </v:shape>
          <o:OLEObject Type="Embed" ProgID="Equation.DSMT4" ShapeID="_x0000_i2569" DrawAspect="Content" ObjectID="_1699835853" r:id="rId143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460" w:dyaOrig="360" w14:anchorId="0FD7BE6F">
          <v:shape id="_x0000_i2570" type="#_x0000_t75" style="width:73.2pt;height:18pt" o:ole="">
            <v:imagedata r:id="rId1435" o:title=""/>
          </v:shape>
          <o:OLEObject Type="Embed" ProgID="Equation.DSMT4" ShapeID="_x0000_i2570" DrawAspect="Content" ObjectID="_1699835854" r:id="rId143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600" w:dyaOrig="360" w14:anchorId="62B1683C">
          <v:shape id="_x0000_i2571" type="#_x0000_t75" style="width:79.8pt;height:18pt" o:ole="">
            <v:imagedata r:id="rId1437" o:title=""/>
          </v:shape>
          <o:OLEObject Type="Embed" ProgID="Equation.DSMT4" ShapeID="_x0000_i2571" DrawAspect="Content" ObjectID="_1699835855" r:id="rId143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460" w:dyaOrig="360" w14:anchorId="4AF8C3AD">
          <v:shape id="_x0000_i2572" type="#_x0000_t75" style="width:73.2pt;height:18pt" o:ole="">
            <v:imagedata r:id="rId1439" o:title=""/>
          </v:shape>
          <o:OLEObject Type="Embed" ProgID="Equation.DSMT4" ShapeID="_x0000_i2572" DrawAspect="Content" ObjectID="_1699835856" r:id="rId1440"/>
        </w:object>
      </w:r>
      <w:r w:rsidRPr="00B13C4C">
        <w:rPr>
          <w:rFonts w:ascii="Times New Roman" w:hAnsi="Times New Roman" w:cs="Times New Roman"/>
          <w:b/>
          <w:sz w:val="24"/>
          <w:szCs w:val="24"/>
        </w:rPr>
        <w:t>.</w:t>
      </w:r>
    </w:p>
    <w:p w14:paraId="3662347A" w14:textId="77777777" w:rsidR="00B13C4C" w:rsidRPr="00B13C4C" w:rsidRDefault="00B13C4C" w:rsidP="00F16902">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w:t>
      </w:r>
      <w:r w:rsidRPr="00B13C4C">
        <w:rPr>
          <w:rFonts w:ascii="Times New Roman" w:hAnsi="Times New Roman" w:cs="Times New Roman"/>
          <w:position w:val="-10"/>
          <w:sz w:val="24"/>
          <w:szCs w:val="24"/>
        </w:rPr>
        <w:object w:dxaOrig="460" w:dyaOrig="320" w14:anchorId="4477A3AE">
          <v:shape id="_x0000_i2573" type="#_x0000_t75" style="width:22.8pt;height:16.2pt" o:ole="">
            <v:imagedata r:id="rId1441" o:title=""/>
          </v:shape>
          <o:OLEObject Type="Embed" ProgID="Equation.DSMT4" ShapeID="_x0000_i2573" DrawAspect="Content" ObjectID="_1699835857" r:id="rId1442"/>
        </w:object>
      </w:r>
      <w:r w:rsidRPr="00B13C4C">
        <w:rPr>
          <w:rFonts w:ascii="Times New Roman" w:hAnsi="Times New Roman" w:cs="Times New Roman"/>
          <w:sz w:val="24"/>
          <w:szCs w:val="24"/>
        </w:rPr>
        <w:t xml:space="preserve"> cho các điểm </w:t>
      </w:r>
      <w:r w:rsidRPr="00B13C4C">
        <w:rPr>
          <w:rFonts w:ascii="Times New Roman" w:hAnsi="Times New Roman" w:cs="Times New Roman"/>
          <w:position w:val="-10"/>
          <w:sz w:val="24"/>
          <w:szCs w:val="24"/>
        </w:rPr>
        <w:object w:dxaOrig="1800" w:dyaOrig="320" w14:anchorId="3CCF3044">
          <v:shape id="_x0000_i2574" type="#_x0000_t75" style="width:90pt;height:16.2pt" o:ole="">
            <v:imagedata r:id="rId1443" o:title=""/>
          </v:shape>
          <o:OLEObject Type="Embed" ProgID="Equation.DSMT4" ShapeID="_x0000_i2574" DrawAspect="Content" ObjectID="_1699835858" r:id="rId1444"/>
        </w:object>
      </w:r>
      <w:r w:rsidRPr="00B13C4C">
        <w:rPr>
          <w:rFonts w:ascii="Times New Roman" w:hAnsi="Times New Roman" w:cs="Times New Roman"/>
          <w:sz w:val="24"/>
          <w:szCs w:val="24"/>
        </w:rPr>
        <w:t xml:space="preserve">. Tính độ dài đoạn thẳng </w:t>
      </w:r>
      <w:r w:rsidRPr="00B13C4C">
        <w:rPr>
          <w:rFonts w:ascii="Times New Roman" w:hAnsi="Times New Roman" w:cs="Times New Roman"/>
          <w:position w:val="-6"/>
          <w:sz w:val="24"/>
          <w:szCs w:val="24"/>
        </w:rPr>
        <w:object w:dxaOrig="499" w:dyaOrig="279" w14:anchorId="737B6350">
          <v:shape id="_x0000_i2575" type="#_x0000_t75" style="width:25.2pt;height:13.8pt" o:ole="">
            <v:imagedata r:id="rId1445" o:title=""/>
          </v:shape>
          <o:OLEObject Type="Embed" ProgID="Equation.DSMT4" ShapeID="_x0000_i2575" DrawAspect="Content" ObjectID="_1699835859" r:id="rId1446"/>
        </w:object>
      </w:r>
    </w:p>
    <w:p w14:paraId="70840F4C"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920" w:dyaOrig="279" w14:anchorId="5F9DE042">
          <v:shape id="_x0000_i2576" type="#_x0000_t75" style="width:46.2pt;height:13.8pt" o:ole="">
            <v:imagedata r:id="rId1447" o:title=""/>
          </v:shape>
          <o:OLEObject Type="Embed" ProgID="Equation.DSMT4" ShapeID="_x0000_i2576" DrawAspect="Content" ObjectID="_1699835860" r:id="rId144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8"/>
          <w:sz w:val="24"/>
          <w:szCs w:val="24"/>
        </w:rPr>
        <w:object w:dxaOrig="1100" w:dyaOrig="360" w14:anchorId="46B128E8">
          <v:shape id="_x0000_i2577" type="#_x0000_t75" style="width:55.2pt;height:18pt" o:ole="">
            <v:imagedata r:id="rId1449" o:title=""/>
          </v:shape>
          <o:OLEObject Type="Embed" ProgID="Equation.DSMT4" ShapeID="_x0000_i2577" DrawAspect="Content" ObjectID="_1699835861" r:id="rId145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8"/>
          <w:sz w:val="24"/>
          <w:szCs w:val="24"/>
        </w:rPr>
        <w:object w:dxaOrig="1120" w:dyaOrig="360" w14:anchorId="157B1976">
          <v:shape id="_x0000_i2578" type="#_x0000_t75" style="width:55.8pt;height:18pt" o:ole="">
            <v:imagedata r:id="rId1451" o:title=""/>
          </v:shape>
          <o:OLEObject Type="Embed" ProgID="Equation.DSMT4" ShapeID="_x0000_i2578" DrawAspect="Content" ObjectID="_1699835862" r:id="rId145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8"/>
          <w:sz w:val="24"/>
          <w:szCs w:val="24"/>
        </w:rPr>
        <w:object w:dxaOrig="1219" w:dyaOrig="360" w14:anchorId="2E8C7ACB">
          <v:shape id="_x0000_i2579" type="#_x0000_t75" style="width:61.2pt;height:18pt" o:ole="">
            <v:imagedata r:id="rId1453" o:title=""/>
          </v:shape>
          <o:OLEObject Type="Embed" ProgID="Equation.DSMT4" ShapeID="_x0000_i2579" DrawAspect="Content" ObjectID="_1699835863" r:id="rId1454"/>
        </w:object>
      </w:r>
      <w:r w:rsidRPr="00B13C4C">
        <w:rPr>
          <w:rFonts w:ascii="Times New Roman" w:hAnsi="Times New Roman" w:cs="Times New Roman"/>
          <w:sz w:val="24"/>
          <w:szCs w:val="24"/>
        </w:rPr>
        <w:t>.</w:t>
      </w:r>
    </w:p>
    <w:p w14:paraId="154BD4CB" w14:textId="77777777" w:rsidR="00B13C4C" w:rsidRPr="00B13C4C" w:rsidRDefault="00B13C4C" w:rsidP="00F16902">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Tập nghiệm của phương trình </w:t>
      </w:r>
      <w:r w:rsidRPr="00B13C4C">
        <w:rPr>
          <w:rFonts w:ascii="Times New Roman" w:hAnsi="Times New Roman" w:cs="Times New Roman"/>
          <w:position w:val="-24"/>
          <w:sz w:val="24"/>
          <w:szCs w:val="24"/>
        </w:rPr>
        <w:object w:dxaOrig="1420" w:dyaOrig="620" w14:anchorId="5E4F76B1">
          <v:shape id="_x0000_i2580" type="#_x0000_t75" style="width:70.8pt;height:31.2pt" o:ole="">
            <v:imagedata r:id="rId1455" o:title=""/>
          </v:shape>
          <o:OLEObject Type="Embed" ProgID="Equation.DSMT4" ShapeID="_x0000_i2580" DrawAspect="Content" ObjectID="_1699835864" r:id="rId1456"/>
        </w:object>
      </w:r>
      <w:r w:rsidRPr="00B13C4C">
        <w:rPr>
          <w:rFonts w:ascii="Times New Roman" w:hAnsi="Times New Roman" w:cs="Times New Roman"/>
          <w:sz w:val="24"/>
          <w:szCs w:val="24"/>
        </w:rPr>
        <w:t>.</w:t>
      </w:r>
    </w:p>
    <w:p w14:paraId="192F1EBB"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080" w:dyaOrig="320" w14:anchorId="29893FF1">
          <v:shape id="_x0000_i2581" type="#_x0000_t75" style="width:54pt;height:16.2pt" o:ole="">
            <v:imagedata r:id="rId1457" o:title=""/>
          </v:shape>
          <o:OLEObject Type="Embed" ProgID="Equation.DSMT4" ShapeID="_x0000_i2581" DrawAspect="Content" ObjectID="_1699835865" r:id="rId145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100" w:dyaOrig="320" w14:anchorId="1166B9A6">
          <v:shape id="_x0000_i2582" type="#_x0000_t75" style="width:55.2pt;height:16.2pt" o:ole="">
            <v:imagedata r:id="rId1459" o:title=""/>
          </v:shape>
          <o:OLEObject Type="Embed" ProgID="Equation.DSMT4" ShapeID="_x0000_i2582" DrawAspect="Content" ObjectID="_1699835866" r:id="rId146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960" w:dyaOrig="320" w14:anchorId="2CECD884">
          <v:shape id="_x0000_i2583" type="#_x0000_t75" style="width:48pt;height:16.2pt" o:ole="">
            <v:imagedata r:id="rId1461" o:title=""/>
          </v:shape>
          <o:OLEObject Type="Embed" ProgID="Equation.DSMT4" ShapeID="_x0000_i2583" DrawAspect="Content" ObjectID="_1699835867" r:id="rId146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080" w:dyaOrig="320" w14:anchorId="153B172C">
          <v:shape id="_x0000_i2584" type="#_x0000_t75" style="width:54pt;height:16.2pt" o:ole="">
            <v:imagedata r:id="rId1463" o:title=""/>
          </v:shape>
          <o:OLEObject Type="Embed" ProgID="Equation.DSMT4" ShapeID="_x0000_i2584" DrawAspect="Content" ObjectID="_1699835868" r:id="rId1464"/>
        </w:object>
      </w:r>
      <w:r w:rsidRPr="00B13C4C">
        <w:rPr>
          <w:rFonts w:ascii="Times New Roman" w:hAnsi="Times New Roman" w:cs="Times New Roman"/>
          <w:sz w:val="24"/>
          <w:szCs w:val="24"/>
        </w:rPr>
        <w:t>.</w:t>
      </w:r>
    </w:p>
    <w:p w14:paraId="3FBA9B24" w14:textId="77777777" w:rsidR="00B13C4C" w:rsidRPr="00B13C4C" w:rsidRDefault="00B13C4C" w:rsidP="00F16902">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w:t>
      </w:r>
      <w:r w:rsidRPr="00B13C4C">
        <w:rPr>
          <w:rFonts w:ascii="Times New Roman" w:hAnsi="Times New Roman" w:cs="Times New Roman"/>
          <w:position w:val="-6"/>
          <w:sz w:val="24"/>
          <w:szCs w:val="24"/>
        </w:rPr>
        <w:object w:dxaOrig="680" w:dyaOrig="279" w14:anchorId="16F4B6F2">
          <v:shape id="_x0000_i2585" type="#_x0000_t75" style="width:34.2pt;height:13.8pt" o:ole="">
            <v:imagedata r:id="rId1465" o:title=""/>
          </v:shape>
          <o:OLEObject Type="Embed" ProgID="Equation.DSMT4" ShapeID="_x0000_i2585" DrawAspect="Content" ObjectID="_1699835869" r:id="rId1466"/>
        </w:object>
      </w:r>
      <w:r w:rsidRPr="00B13C4C">
        <w:rPr>
          <w:rFonts w:ascii="Times New Roman" w:hAnsi="Times New Roman" w:cs="Times New Roman"/>
          <w:sz w:val="24"/>
          <w:szCs w:val="24"/>
        </w:rPr>
        <w:t xml:space="preserve"> cân tại </w:t>
      </w:r>
      <w:r w:rsidRPr="00B13C4C">
        <w:rPr>
          <w:rFonts w:ascii="Times New Roman" w:hAnsi="Times New Roman" w:cs="Times New Roman"/>
          <w:position w:val="-4"/>
          <w:sz w:val="24"/>
          <w:szCs w:val="24"/>
        </w:rPr>
        <w:object w:dxaOrig="240" w:dyaOrig="260" w14:anchorId="451B3216">
          <v:shape id="_x0000_i2586" type="#_x0000_t75" style="width:12pt;height:13.2pt" o:ole="">
            <v:imagedata r:id="rId1467" o:title=""/>
          </v:shape>
          <o:OLEObject Type="Embed" ProgID="Equation.DSMT4" ShapeID="_x0000_i2586" DrawAspect="Content" ObjectID="_1699835870" r:id="rId1468"/>
        </w:object>
      </w:r>
      <w:r w:rsidRPr="00B13C4C">
        <w:rPr>
          <w:rFonts w:ascii="Times New Roman" w:hAnsi="Times New Roman" w:cs="Times New Roman"/>
          <w:sz w:val="24"/>
          <w:szCs w:val="24"/>
        </w:rPr>
        <w:t xml:space="preserve">, góc </w:t>
      </w:r>
      <w:r w:rsidRPr="00B13C4C">
        <w:rPr>
          <w:rFonts w:ascii="Times New Roman" w:hAnsi="Times New Roman" w:cs="Times New Roman"/>
          <w:position w:val="-6"/>
          <w:sz w:val="24"/>
          <w:szCs w:val="24"/>
        </w:rPr>
        <w:object w:dxaOrig="1180" w:dyaOrig="360" w14:anchorId="3F5D5D78">
          <v:shape id="_x0000_i2587" type="#_x0000_t75" style="width:58.8pt;height:18pt" o:ole="">
            <v:imagedata r:id="rId1469" o:title=""/>
          </v:shape>
          <o:OLEObject Type="Embed" ProgID="Equation.DSMT4" ShapeID="_x0000_i2587" DrawAspect="Content" ObjectID="_1699835871" r:id="rId1470"/>
        </w:object>
      </w:r>
      <w:r w:rsidRPr="00B13C4C">
        <w:rPr>
          <w:rFonts w:ascii="Times New Roman" w:hAnsi="Times New Roman" w:cs="Times New Roman"/>
          <w:sz w:val="24"/>
          <w:szCs w:val="24"/>
        </w:rPr>
        <w:t xml:space="preserve">. Số đo góc giữa hai véctơ </w:t>
      </w:r>
      <w:r w:rsidRPr="00B13C4C">
        <w:rPr>
          <w:rFonts w:ascii="Times New Roman" w:hAnsi="Times New Roman" w:cs="Times New Roman"/>
          <w:position w:val="-4"/>
          <w:sz w:val="24"/>
          <w:szCs w:val="24"/>
        </w:rPr>
        <w:object w:dxaOrig="400" w:dyaOrig="320" w14:anchorId="7BD79883">
          <v:shape id="_x0000_i2588" type="#_x0000_t75" style="width:19.8pt;height:16.2pt" o:ole="">
            <v:imagedata r:id="rId1471" o:title=""/>
          </v:shape>
          <o:OLEObject Type="Embed" ProgID="Equation.DSMT4" ShapeID="_x0000_i2588" DrawAspect="Content" ObjectID="_1699835872" r:id="rId1472"/>
        </w:object>
      </w:r>
      <w:r w:rsidRPr="00B13C4C">
        <w:rPr>
          <w:rFonts w:ascii="Times New Roman" w:hAnsi="Times New Roman" w:cs="Times New Roman"/>
          <w:sz w:val="24"/>
          <w:szCs w:val="24"/>
        </w:rPr>
        <w:t xml:space="preserve"> và </w:t>
      </w:r>
      <w:r w:rsidRPr="00B13C4C">
        <w:rPr>
          <w:rFonts w:ascii="Times New Roman" w:hAnsi="Times New Roman" w:cs="Times New Roman"/>
          <w:position w:val="-6"/>
          <w:sz w:val="24"/>
          <w:szCs w:val="24"/>
        </w:rPr>
        <w:object w:dxaOrig="400" w:dyaOrig="340" w14:anchorId="1902C437">
          <v:shape id="_x0000_i2589" type="#_x0000_t75" style="width:19.8pt;height:16.8pt" o:ole="">
            <v:imagedata r:id="rId1473" o:title=""/>
          </v:shape>
          <o:OLEObject Type="Embed" ProgID="Equation.DSMT4" ShapeID="_x0000_i2589" DrawAspect="Content" ObjectID="_1699835873" r:id="rId1474"/>
        </w:object>
      </w:r>
      <w:r w:rsidRPr="00B13C4C">
        <w:rPr>
          <w:rFonts w:ascii="Times New Roman" w:hAnsi="Times New Roman" w:cs="Times New Roman"/>
          <w:sz w:val="24"/>
          <w:szCs w:val="24"/>
        </w:rPr>
        <w:t xml:space="preserve"> là:</w:t>
      </w:r>
    </w:p>
    <w:p w14:paraId="74DE782F"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460" w:dyaOrig="320" w14:anchorId="1A2E37BE">
          <v:shape id="_x0000_i2590" type="#_x0000_t75" style="width:22.8pt;height:16.2pt" o:ole="">
            <v:imagedata r:id="rId1475" o:title=""/>
          </v:shape>
          <o:OLEObject Type="Embed" ProgID="Equation.DSMT4" ShapeID="_x0000_i2590" DrawAspect="Content" ObjectID="_1699835874" r:id="rId147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360" w:dyaOrig="320" w14:anchorId="7A1D2B9E">
          <v:shape id="_x0000_i2591" type="#_x0000_t75" style="width:18pt;height:16.2pt" o:ole="">
            <v:imagedata r:id="rId1477" o:title=""/>
          </v:shape>
          <o:OLEObject Type="Embed" ProgID="Equation.DSMT4" ShapeID="_x0000_i2591" DrawAspect="Content" ObjectID="_1699835875" r:id="rId147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380" w:dyaOrig="320" w14:anchorId="4C1F440F">
          <v:shape id="_x0000_i2592" type="#_x0000_t75" style="width:19.2pt;height:16.2pt" o:ole="">
            <v:imagedata r:id="rId1479" o:title=""/>
          </v:shape>
          <o:OLEObject Type="Embed" ProgID="Equation.DSMT4" ShapeID="_x0000_i2592" DrawAspect="Content" ObjectID="_1699835876" r:id="rId148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460" w:dyaOrig="320" w14:anchorId="6682D06F">
          <v:shape id="_x0000_i2593" type="#_x0000_t75" style="width:22.8pt;height:16.2pt" o:ole="">
            <v:imagedata r:id="rId1481" o:title=""/>
          </v:shape>
          <o:OLEObject Type="Embed" ProgID="Equation.DSMT4" ShapeID="_x0000_i2593" DrawAspect="Content" ObjectID="_1699835877" r:id="rId1482"/>
        </w:object>
      </w:r>
      <w:r w:rsidRPr="00B13C4C">
        <w:rPr>
          <w:rFonts w:ascii="Times New Roman" w:hAnsi="Times New Roman" w:cs="Times New Roman"/>
          <w:sz w:val="24"/>
          <w:szCs w:val="24"/>
        </w:rPr>
        <w:t>.</w:t>
      </w:r>
    </w:p>
    <w:p w14:paraId="15B5A78D" w14:textId="77777777" w:rsidR="00B13C4C" w:rsidRPr="00B13C4C" w:rsidRDefault="00B13C4C" w:rsidP="00F16902">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Đồ thị của hàm số </w:t>
      </w:r>
      <w:r w:rsidRPr="00B13C4C">
        <w:rPr>
          <w:rFonts w:ascii="Times New Roman" w:hAnsi="Times New Roman" w:cs="Times New Roman"/>
          <w:position w:val="-10"/>
          <w:sz w:val="24"/>
          <w:szCs w:val="24"/>
        </w:rPr>
        <w:object w:dxaOrig="1480" w:dyaOrig="360" w14:anchorId="43831C20">
          <v:shape id="_x0000_i2594" type="#_x0000_t75" style="width:73.8pt;height:18pt" o:ole="">
            <v:imagedata r:id="rId1483" o:title=""/>
          </v:shape>
          <o:OLEObject Type="Embed" ProgID="Equation.DSMT4" ShapeID="_x0000_i2594" DrawAspect="Content" ObjectID="_1699835878" r:id="rId1484"/>
        </w:object>
      </w:r>
      <w:r w:rsidRPr="00B13C4C">
        <w:rPr>
          <w:rFonts w:ascii="Times New Roman" w:hAnsi="Times New Roman" w:cs="Times New Roman"/>
          <w:sz w:val="24"/>
          <w:szCs w:val="24"/>
        </w:rPr>
        <w:t xml:space="preserve"> có tọa độ đỉnh là</w:t>
      </w:r>
    </w:p>
    <w:p w14:paraId="74E98517"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620" w:dyaOrig="320" w14:anchorId="17DABD63">
          <v:shape id="_x0000_i2595" type="#_x0000_t75" style="width:31.2pt;height:16.2pt" o:ole="">
            <v:imagedata r:id="rId1485" o:title=""/>
          </v:shape>
          <o:OLEObject Type="Embed" ProgID="Equation.DSMT4" ShapeID="_x0000_i2595" DrawAspect="Content" ObjectID="_1699835879" r:id="rId148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920" w:dyaOrig="320" w14:anchorId="3DA03690">
          <v:shape id="_x0000_i2596" type="#_x0000_t75" style="width:46.2pt;height:16.2pt" o:ole="">
            <v:imagedata r:id="rId1487" o:title=""/>
          </v:shape>
          <o:OLEObject Type="Embed" ProgID="Equation.DSMT4" ShapeID="_x0000_i2596" DrawAspect="Content" ObjectID="_1699835880" r:id="rId148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760" w:dyaOrig="320" w14:anchorId="465A039C">
          <v:shape id="_x0000_i2597" type="#_x0000_t75" style="width:37.8pt;height:16.2pt" o:ole="">
            <v:imagedata r:id="rId1489" o:title=""/>
          </v:shape>
          <o:OLEObject Type="Embed" ProgID="Equation.DSMT4" ShapeID="_x0000_i2597" DrawAspect="Content" ObjectID="_1699835881" r:id="rId149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780" w:dyaOrig="320" w14:anchorId="06495496">
          <v:shape id="_x0000_i2598" type="#_x0000_t75" style="width:39pt;height:16.2pt" o:ole="">
            <v:imagedata r:id="rId1491" o:title=""/>
          </v:shape>
          <o:OLEObject Type="Embed" ProgID="Equation.DSMT4" ShapeID="_x0000_i2598" DrawAspect="Content" ObjectID="_1699835882" r:id="rId1492"/>
        </w:object>
      </w:r>
      <w:r w:rsidRPr="00B13C4C">
        <w:rPr>
          <w:rFonts w:ascii="Times New Roman" w:hAnsi="Times New Roman" w:cs="Times New Roman"/>
          <w:sz w:val="24"/>
          <w:szCs w:val="24"/>
        </w:rPr>
        <w:t>.</w:t>
      </w:r>
    </w:p>
    <w:p w14:paraId="3DA3BE63" w14:textId="77777777" w:rsidR="00B13C4C" w:rsidRPr="00B13C4C" w:rsidRDefault="00B13C4C" w:rsidP="00F16902">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Tìm tất cả các giá trị của tham số </w:t>
      </w:r>
      <w:r w:rsidRPr="00B13C4C">
        <w:rPr>
          <w:rFonts w:ascii="Times New Roman" w:hAnsi="Times New Roman" w:cs="Times New Roman"/>
          <w:position w:val="-6"/>
          <w:sz w:val="24"/>
          <w:szCs w:val="24"/>
        </w:rPr>
        <w:object w:dxaOrig="260" w:dyaOrig="220" w14:anchorId="463EBAF6">
          <v:shape id="_x0000_i2599" type="#_x0000_t75" style="width:13.2pt;height:10.8pt" o:ole="">
            <v:imagedata r:id="rId1493" o:title=""/>
          </v:shape>
          <o:OLEObject Type="Embed" ProgID="Equation.DSMT4" ShapeID="_x0000_i2599" DrawAspect="Content" ObjectID="_1699835883" r:id="rId1494"/>
        </w:object>
      </w:r>
      <w:r w:rsidRPr="00B13C4C">
        <w:rPr>
          <w:rFonts w:ascii="Times New Roman" w:hAnsi="Times New Roman" w:cs="Times New Roman"/>
          <w:sz w:val="24"/>
          <w:szCs w:val="24"/>
        </w:rPr>
        <w:t xml:space="preserve"> để phương trình </w:t>
      </w:r>
      <w:r w:rsidRPr="00B13C4C">
        <w:rPr>
          <w:rFonts w:ascii="Times New Roman" w:hAnsi="Times New Roman" w:cs="Times New Roman"/>
          <w:position w:val="-6"/>
          <w:sz w:val="24"/>
          <w:szCs w:val="24"/>
        </w:rPr>
        <w:object w:dxaOrig="1780" w:dyaOrig="320" w14:anchorId="6F97393E">
          <v:shape id="_x0000_i2600" type="#_x0000_t75" style="width:88.8pt;height:16.2pt" o:ole="">
            <v:imagedata r:id="rId1495" o:title=""/>
          </v:shape>
          <o:OLEObject Type="Embed" ProgID="Equation.DSMT4" ShapeID="_x0000_i2600" DrawAspect="Content" ObjectID="_1699835884" r:id="rId1496"/>
        </w:object>
      </w:r>
      <w:r w:rsidRPr="00B13C4C">
        <w:rPr>
          <w:rFonts w:ascii="Times New Roman" w:hAnsi="Times New Roman" w:cs="Times New Roman"/>
          <w:sz w:val="24"/>
          <w:szCs w:val="24"/>
        </w:rPr>
        <w:t xml:space="preserve"> có hai nghiệm trái dấu.</w:t>
      </w:r>
    </w:p>
    <w:p w14:paraId="4DCBBFB2"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560" w:dyaOrig="279" w14:anchorId="177C037A">
          <v:shape id="_x0000_i2601" type="#_x0000_t75" style="width:28.2pt;height:13.8pt" o:ole="">
            <v:imagedata r:id="rId1497" o:title=""/>
          </v:shape>
          <o:OLEObject Type="Embed" ProgID="Equation.DSMT4" ShapeID="_x0000_i2601" DrawAspect="Content" ObjectID="_1699835885" r:id="rId149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560" w:dyaOrig="279" w14:anchorId="0B9E0DDB">
          <v:shape id="_x0000_i2602" type="#_x0000_t75" style="width:28.2pt;height:13.8pt" o:ole="">
            <v:imagedata r:id="rId1499" o:title=""/>
          </v:shape>
          <o:OLEObject Type="Embed" ProgID="Equation.DSMT4" ShapeID="_x0000_i2602" DrawAspect="Content" ObjectID="_1699835886" r:id="rId150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600" w:dyaOrig="279" w14:anchorId="49863651">
          <v:shape id="_x0000_i2603" type="#_x0000_t75" style="width:30pt;height:13.8pt" o:ole="">
            <v:imagedata r:id="rId1501" o:title=""/>
          </v:shape>
          <o:OLEObject Type="Embed" ProgID="Equation.DSMT4" ShapeID="_x0000_i2603" DrawAspect="Content" ObjectID="_1699835887" r:id="rId150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600" w:dyaOrig="279" w14:anchorId="3CDE9E43">
          <v:shape id="_x0000_i2604" type="#_x0000_t75" style="width:30pt;height:13.8pt" o:ole="">
            <v:imagedata r:id="rId1503" o:title=""/>
          </v:shape>
          <o:OLEObject Type="Embed" ProgID="Equation.DSMT4" ShapeID="_x0000_i2604" DrawAspect="Content" ObjectID="_1699835888" r:id="rId1504"/>
        </w:object>
      </w:r>
      <w:r w:rsidRPr="00B13C4C">
        <w:rPr>
          <w:rFonts w:ascii="Times New Roman" w:hAnsi="Times New Roman" w:cs="Times New Roman"/>
          <w:sz w:val="24"/>
          <w:szCs w:val="24"/>
        </w:rPr>
        <w:t>.</w:t>
      </w:r>
    </w:p>
    <w:p w14:paraId="1C85E070" w14:textId="77777777" w:rsidR="00B13C4C" w:rsidRPr="00B13C4C" w:rsidRDefault="00B13C4C" w:rsidP="00F16902">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hệ tọa độ </w:t>
      </w:r>
      <w:r w:rsidRPr="00B13C4C">
        <w:rPr>
          <w:rFonts w:ascii="Times New Roman" w:hAnsi="Times New Roman" w:cs="Times New Roman"/>
          <w:position w:val="-10"/>
          <w:sz w:val="24"/>
          <w:szCs w:val="24"/>
        </w:rPr>
        <w:object w:dxaOrig="460" w:dyaOrig="320" w14:anchorId="436A4C34">
          <v:shape id="_x0000_i2605" type="#_x0000_t75" style="width:22.8pt;height:16.2pt" o:ole="">
            <v:imagedata r:id="rId1505" o:title=""/>
          </v:shape>
          <o:OLEObject Type="Embed" ProgID="Equation.DSMT4" ShapeID="_x0000_i2605" DrawAspect="Content" ObjectID="_1699835889" r:id="rId1506"/>
        </w:object>
      </w:r>
      <w:r w:rsidRPr="00B13C4C">
        <w:rPr>
          <w:rFonts w:ascii="Times New Roman" w:hAnsi="Times New Roman" w:cs="Times New Roman"/>
          <w:sz w:val="24"/>
          <w:szCs w:val="24"/>
        </w:rPr>
        <w:t xml:space="preserve"> cho ba điểm </w:t>
      </w:r>
      <w:r w:rsidRPr="00B13C4C">
        <w:rPr>
          <w:rFonts w:ascii="Times New Roman" w:hAnsi="Times New Roman" w:cs="Times New Roman"/>
          <w:position w:val="-10"/>
          <w:sz w:val="24"/>
          <w:szCs w:val="24"/>
        </w:rPr>
        <w:object w:dxaOrig="2299" w:dyaOrig="320" w14:anchorId="5FFA34E4">
          <v:shape id="_x0000_i2606" type="#_x0000_t75" style="width:115.2pt;height:16.2pt" o:ole="">
            <v:imagedata r:id="rId1507" o:title=""/>
          </v:shape>
          <o:OLEObject Type="Embed" ProgID="Equation.DSMT4" ShapeID="_x0000_i2606" DrawAspect="Content" ObjectID="_1699835890" r:id="rId1508"/>
        </w:object>
      </w:r>
      <w:r w:rsidRPr="00B13C4C">
        <w:rPr>
          <w:rFonts w:ascii="Times New Roman" w:hAnsi="Times New Roman" w:cs="Times New Roman"/>
          <w:sz w:val="24"/>
          <w:szCs w:val="24"/>
        </w:rPr>
        <w:t xml:space="preserve">. Tìm tọa độ điểm </w:t>
      </w:r>
      <w:r w:rsidRPr="00B13C4C">
        <w:rPr>
          <w:rFonts w:ascii="Times New Roman" w:hAnsi="Times New Roman" w:cs="Times New Roman"/>
          <w:position w:val="-6"/>
          <w:sz w:val="24"/>
          <w:szCs w:val="24"/>
        </w:rPr>
        <w:object w:dxaOrig="240" w:dyaOrig="279" w14:anchorId="1CCBEC0B">
          <v:shape id="_x0000_i2607" type="#_x0000_t75" style="width:12pt;height:13.8pt" o:ole="">
            <v:imagedata r:id="rId1509" o:title=""/>
          </v:shape>
          <o:OLEObject Type="Embed" ProgID="Equation.DSMT4" ShapeID="_x0000_i2607" DrawAspect="Content" ObjectID="_1699835891" r:id="rId1510"/>
        </w:object>
      </w:r>
      <w:r w:rsidRPr="00B13C4C">
        <w:rPr>
          <w:rFonts w:ascii="Times New Roman" w:hAnsi="Times New Roman" w:cs="Times New Roman"/>
          <w:sz w:val="24"/>
          <w:szCs w:val="24"/>
        </w:rPr>
        <w:t xml:space="preserve"> để tứ giác </w:t>
      </w:r>
      <w:r w:rsidRPr="00B13C4C">
        <w:rPr>
          <w:rFonts w:ascii="Times New Roman" w:hAnsi="Times New Roman" w:cs="Times New Roman"/>
          <w:position w:val="-6"/>
          <w:sz w:val="24"/>
          <w:szCs w:val="24"/>
        </w:rPr>
        <w:object w:dxaOrig="720" w:dyaOrig="279" w14:anchorId="562B13F9">
          <v:shape id="_x0000_i2608" type="#_x0000_t75" style="width:36pt;height:13.8pt" o:ole="">
            <v:imagedata r:id="rId1511" o:title=""/>
          </v:shape>
          <o:OLEObject Type="Embed" ProgID="Equation.DSMT4" ShapeID="_x0000_i2608" DrawAspect="Content" ObjectID="_1699835892" r:id="rId1512"/>
        </w:object>
      </w:r>
      <w:r w:rsidRPr="00B13C4C">
        <w:rPr>
          <w:rFonts w:ascii="Times New Roman" w:hAnsi="Times New Roman" w:cs="Times New Roman"/>
          <w:sz w:val="24"/>
          <w:szCs w:val="24"/>
        </w:rPr>
        <w:t xml:space="preserve"> là hình bình hành.</w:t>
      </w:r>
    </w:p>
    <w:p w14:paraId="56FFFB2F"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980" w:dyaOrig="320" w14:anchorId="4DAA1737">
          <v:shape id="_x0000_i2609" type="#_x0000_t75" style="width:49.2pt;height:16.2pt" o:ole="">
            <v:imagedata r:id="rId1513" o:title=""/>
          </v:shape>
          <o:OLEObject Type="Embed" ProgID="Equation.DSMT4" ShapeID="_x0000_i2609" DrawAspect="Content" ObjectID="_1699835893" r:id="rId151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999" w:dyaOrig="320" w14:anchorId="11497811">
          <v:shape id="_x0000_i2610" type="#_x0000_t75" style="width:49.8pt;height:16.2pt" o:ole="">
            <v:imagedata r:id="rId1515" o:title=""/>
          </v:shape>
          <o:OLEObject Type="Embed" ProgID="Equation.DSMT4" ShapeID="_x0000_i2610" DrawAspect="Content" ObjectID="_1699835894" r:id="rId151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740" w:dyaOrig="320" w14:anchorId="4A8FEAE8">
          <v:shape id="_x0000_i2611" type="#_x0000_t75" style="width:37.2pt;height:16.2pt" o:ole="">
            <v:imagedata r:id="rId1517" o:title=""/>
          </v:shape>
          <o:OLEObject Type="Embed" ProgID="Equation.DSMT4" ShapeID="_x0000_i2611" DrawAspect="Content" ObjectID="_1699835895" r:id="rId151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680" w:dyaOrig="320" w14:anchorId="0E33B21B">
          <v:shape id="_x0000_i2612" type="#_x0000_t75" style="width:34.2pt;height:16.2pt" o:ole="">
            <v:imagedata r:id="rId1519" o:title=""/>
          </v:shape>
          <o:OLEObject Type="Embed" ProgID="Equation.DSMT4" ShapeID="_x0000_i2612" DrawAspect="Content" ObjectID="_1699835896" r:id="rId1520"/>
        </w:object>
      </w:r>
      <w:r w:rsidRPr="00B13C4C">
        <w:rPr>
          <w:rFonts w:ascii="Times New Roman" w:hAnsi="Times New Roman" w:cs="Times New Roman"/>
          <w:sz w:val="24"/>
          <w:szCs w:val="24"/>
        </w:rPr>
        <w:t>.</w:t>
      </w:r>
    </w:p>
    <w:p w14:paraId="35541364" w14:textId="77777777" w:rsidR="00B13C4C" w:rsidRPr="00B13C4C" w:rsidRDefault="00B13C4C" w:rsidP="00F16902">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hàm số </w:t>
      </w:r>
      <w:r w:rsidRPr="00B13C4C">
        <w:rPr>
          <w:rFonts w:ascii="Times New Roman" w:hAnsi="Times New Roman" w:cs="Times New Roman"/>
          <w:position w:val="-48"/>
          <w:sz w:val="24"/>
          <w:szCs w:val="24"/>
        </w:rPr>
        <w:object w:dxaOrig="3019" w:dyaOrig="1080" w14:anchorId="704477E5">
          <v:shape id="_x0000_i2613" type="#_x0000_t75" style="width:151.2pt;height:54pt" o:ole="">
            <v:imagedata r:id="rId1521" o:title=""/>
          </v:shape>
          <o:OLEObject Type="Embed" ProgID="Equation.DSMT4" ShapeID="_x0000_i2613" DrawAspect="Content" ObjectID="_1699835897" r:id="rId1522"/>
        </w:object>
      </w:r>
      <w:r w:rsidRPr="00B13C4C">
        <w:rPr>
          <w:rFonts w:ascii="Times New Roman" w:hAnsi="Times New Roman" w:cs="Times New Roman"/>
          <w:sz w:val="24"/>
          <w:szCs w:val="24"/>
        </w:rPr>
        <w:t xml:space="preserve">. Giá trị </w:t>
      </w:r>
      <w:r w:rsidRPr="00B13C4C">
        <w:rPr>
          <w:rFonts w:ascii="Times New Roman" w:hAnsi="Times New Roman" w:cs="Times New Roman"/>
          <w:position w:val="-10"/>
          <w:sz w:val="24"/>
          <w:szCs w:val="24"/>
        </w:rPr>
        <w:object w:dxaOrig="520" w:dyaOrig="320" w14:anchorId="0DB86DFA">
          <v:shape id="_x0000_i2614" type="#_x0000_t75" style="width:25.8pt;height:16.2pt" o:ole="">
            <v:imagedata r:id="rId1523" o:title=""/>
          </v:shape>
          <o:OLEObject Type="Embed" ProgID="Equation.DSMT4" ShapeID="_x0000_i2614" DrawAspect="Content" ObjectID="_1699835898" r:id="rId1524"/>
        </w:object>
      </w:r>
      <w:r w:rsidRPr="00B13C4C">
        <w:rPr>
          <w:rFonts w:ascii="Times New Roman" w:hAnsi="Times New Roman" w:cs="Times New Roman"/>
          <w:sz w:val="24"/>
          <w:szCs w:val="24"/>
        </w:rPr>
        <w:t xml:space="preserve"> bằng;</w:t>
      </w:r>
    </w:p>
    <w:p w14:paraId="7578AA95"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400" w:dyaOrig="620" w14:anchorId="775FC4F1">
          <v:shape id="_x0000_i2615" type="#_x0000_t75" style="width:19.8pt;height:31.2pt" o:ole="">
            <v:imagedata r:id="rId1525" o:title=""/>
          </v:shape>
          <o:OLEObject Type="Embed" ProgID="Equation.DSMT4" ShapeID="_x0000_i2615" DrawAspect="Content" ObjectID="_1699835899" r:id="rId152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240" w:dyaOrig="620" w14:anchorId="30134970">
          <v:shape id="_x0000_i2616" type="#_x0000_t75" style="width:12pt;height:31.2pt" o:ole="">
            <v:imagedata r:id="rId1527" o:title=""/>
          </v:shape>
          <o:OLEObject Type="Embed" ProgID="Equation.DSMT4" ShapeID="_x0000_i2616" DrawAspect="Content" ObjectID="_1699835900" r:id="rId152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4"/>
          <w:sz w:val="24"/>
          <w:szCs w:val="24"/>
        </w:rPr>
        <w:object w:dxaOrig="300" w:dyaOrig="260" w14:anchorId="6EF51923">
          <v:shape id="_x0000_i2617" type="#_x0000_t75" style="width:15pt;height:13.2pt" o:ole="">
            <v:imagedata r:id="rId1529" o:title=""/>
          </v:shape>
          <o:OLEObject Type="Embed" ProgID="Equation.DSMT4" ShapeID="_x0000_i2617" DrawAspect="Content" ObjectID="_1699835901" r:id="rId153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1.</w:t>
      </w:r>
    </w:p>
    <w:p w14:paraId="31350C5E" w14:textId="77777777" w:rsidR="00B13C4C" w:rsidRPr="00B13C4C" w:rsidRDefault="00B13C4C" w:rsidP="00F16902">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tập hợp </w:t>
      </w:r>
      <w:r w:rsidRPr="00B13C4C">
        <w:rPr>
          <w:rFonts w:ascii="Times New Roman" w:hAnsi="Times New Roman" w:cs="Times New Roman"/>
          <w:position w:val="-16"/>
          <w:sz w:val="24"/>
          <w:szCs w:val="24"/>
        </w:rPr>
        <w:object w:dxaOrig="2700" w:dyaOrig="440" w14:anchorId="4BD2508C">
          <v:shape id="_x0000_i2618" type="#_x0000_t75" style="width:135pt;height:22.2pt" o:ole="">
            <v:imagedata r:id="rId1531" o:title=""/>
          </v:shape>
          <o:OLEObject Type="Embed" ProgID="Equation.DSMT4" ShapeID="_x0000_i2618" DrawAspect="Content" ObjectID="_1699835902" r:id="rId1532"/>
        </w:object>
      </w:r>
      <w:r w:rsidRPr="00B13C4C">
        <w:rPr>
          <w:rFonts w:ascii="Times New Roman" w:hAnsi="Times New Roman" w:cs="Times New Roman"/>
          <w:sz w:val="24"/>
          <w:szCs w:val="24"/>
        </w:rPr>
        <w:t>. Chọn đáp án đúng:</w:t>
      </w:r>
    </w:p>
    <w:p w14:paraId="5B283DE6"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lastRenderedPageBreak/>
        <w:t xml:space="preserve">A. </w:t>
      </w:r>
      <w:r w:rsidRPr="00B13C4C">
        <w:rPr>
          <w:rFonts w:ascii="Times New Roman" w:hAnsi="Times New Roman" w:cs="Times New Roman"/>
          <w:position w:val="-6"/>
          <w:sz w:val="24"/>
          <w:szCs w:val="24"/>
        </w:rPr>
        <w:object w:dxaOrig="680" w:dyaOrig="279" w14:anchorId="5E68D603">
          <v:shape id="_x0000_i2619" type="#_x0000_t75" style="width:34.2pt;height:13.8pt" o:ole="">
            <v:imagedata r:id="rId1533" o:title=""/>
          </v:shape>
          <o:OLEObject Type="Embed" ProgID="Equation.DSMT4" ShapeID="_x0000_i2619" DrawAspect="Content" ObjectID="_1699835903" r:id="rId153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600" w:dyaOrig="279" w14:anchorId="76E7120B">
          <v:shape id="_x0000_i2620" type="#_x0000_t75" style="width:30pt;height:13.8pt" o:ole="">
            <v:imagedata r:id="rId1535" o:title=""/>
          </v:shape>
          <o:OLEObject Type="Embed" ProgID="Equation.DSMT4" ShapeID="_x0000_i2620" DrawAspect="Content" ObjectID="_1699835904" r:id="rId153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880" w:dyaOrig="320" w14:anchorId="19AC31D9">
          <v:shape id="_x0000_i2621" type="#_x0000_t75" style="width:43.8pt;height:16.2pt" o:ole="">
            <v:imagedata r:id="rId1537" o:title=""/>
          </v:shape>
          <o:OLEObject Type="Embed" ProgID="Equation.DSMT4" ShapeID="_x0000_i2621" DrawAspect="Content" ObjectID="_1699835905" r:id="rId153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760" w:dyaOrig="320" w14:anchorId="7E01236D">
          <v:shape id="_x0000_i2622" type="#_x0000_t75" style="width:37.8pt;height:16.2pt" o:ole="">
            <v:imagedata r:id="rId1539" o:title=""/>
          </v:shape>
          <o:OLEObject Type="Embed" ProgID="Equation.DSMT4" ShapeID="_x0000_i2622" DrawAspect="Content" ObjectID="_1699835906" r:id="rId1540"/>
        </w:object>
      </w:r>
      <w:r w:rsidRPr="00B13C4C">
        <w:rPr>
          <w:rFonts w:ascii="Times New Roman" w:hAnsi="Times New Roman" w:cs="Times New Roman"/>
          <w:sz w:val="24"/>
          <w:szCs w:val="24"/>
        </w:rPr>
        <w:t>.</w:t>
      </w:r>
    </w:p>
    <w:p w14:paraId="31DB92E5" w14:textId="77777777" w:rsidR="00B13C4C" w:rsidRPr="00B13C4C" w:rsidRDefault="00B13C4C" w:rsidP="00F16902">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hai tập hợp </w:t>
      </w:r>
      <w:r w:rsidRPr="00B13C4C">
        <w:rPr>
          <w:rFonts w:ascii="Times New Roman" w:hAnsi="Times New Roman" w:cs="Times New Roman"/>
          <w:position w:val="-10"/>
          <w:sz w:val="24"/>
          <w:szCs w:val="24"/>
        </w:rPr>
        <w:object w:dxaOrig="1219" w:dyaOrig="320" w14:anchorId="0CB90563">
          <v:shape id="_x0000_i2623" type="#_x0000_t75" style="width:61.2pt;height:16.2pt" o:ole="">
            <v:imagedata r:id="rId1541" o:title=""/>
          </v:shape>
          <o:OLEObject Type="Embed" ProgID="Equation.DSMT4" ShapeID="_x0000_i2623" DrawAspect="Content" ObjectID="_1699835907" r:id="rId1542"/>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1080" w:dyaOrig="320" w14:anchorId="311052F3">
          <v:shape id="_x0000_i2624" type="#_x0000_t75" style="width:54pt;height:16.2pt" o:ole="">
            <v:imagedata r:id="rId1543" o:title=""/>
          </v:shape>
          <o:OLEObject Type="Embed" ProgID="Equation.DSMT4" ShapeID="_x0000_i2624" DrawAspect="Content" ObjectID="_1699835908" r:id="rId1544"/>
        </w:object>
      </w:r>
      <w:r w:rsidRPr="00B13C4C">
        <w:rPr>
          <w:rFonts w:ascii="Times New Roman" w:hAnsi="Times New Roman" w:cs="Times New Roman"/>
          <w:sz w:val="24"/>
          <w:szCs w:val="24"/>
        </w:rPr>
        <w:t xml:space="preserve">. Tập hợp </w:t>
      </w:r>
      <w:r w:rsidRPr="00B13C4C">
        <w:rPr>
          <w:rFonts w:ascii="Times New Roman" w:hAnsi="Times New Roman" w:cs="Times New Roman"/>
          <w:position w:val="-4"/>
          <w:sz w:val="24"/>
          <w:szCs w:val="24"/>
        </w:rPr>
        <w:object w:dxaOrig="660" w:dyaOrig="260" w14:anchorId="5A4AFFA7">
          <v:shape id="_x0000_i2625" type="#_x0000_t75" style="width:33pt;height:13.2pt" o:ole="">
            <v:imagedata r:id="rId1545" o:title=""/>
          </v:shape>
          <o:OLEObject Type="Embed" ProgID="Equation.DSMT4" ShapeID="_x0000_i2625" DrawAspect="Content" ObjectID="_1699835909" r:id="rId1546"/>
        </w:object>
      </w:r>
      <w:r w:rsidRPr="00B13C4C">
        <w:rPr>
          <w:rFonts w:ascii="Times New Roman" w:hAnsi="Times New Roman" w:cs="Times New Roman"/>
          <w:sz w:val="24"/>
          <w:szCs w:val="24"/>
        </w:rPr>
        <w:t xml:space="preserve"> là:</w:t>
      </w:r>
    </w:p>
    <w:p w14:paraId="4F9F3C13"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940" w:dyaOrig="320" w14:anchorId="0A3E9F89">
          <v:shape id="_x0000_i2626" type="#_x0000_t75" style="width:46.8pt;height:16.2pt" o:ole="">
            <v:imagedata r:id="rId1547" o:title=""/>
          </v:shape>
          <o:OLEObject Type="Embed" ProgID="Equation.DSMT4" ShapeID="_x0000_i2626" DrawAspect="Content" ObjectID="_1699835910" r:id="rId154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700" w:dyaOrig="320" w14:anchorId="1F7AF388">
          <v:shape id="_x0000_i2627" type="#_x0000_t75" style="width:34.8pt;height:16.2pt" o:ole="">
            <v:imagedata r:id="rId1549" o:title=""/>
          </v:shape>
          <o:OLEObject Type="Embed" ProgID="Equation.DSMT4" ShapeID="_x0000_i2627" DrawAspect="Content" ObjectID="_1699835911" r:id="rId155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680" w:dyaOrig="320" w14:anchorId="4ADD7B0D">
          <v:shape id="_x0000_i2628" type="#_x0000_t75" style="width:34.2pt;height:16.2pt" o:ole="">
            <v:imagedata r:id="rId1551" o:title=""/>
          </v:shape>
          <o:OLEObject Type="Embed" ProgID="Equation.DSMT4" ShapeID="_x0000_i2628" DrawAspect="Content" ObjectID="_1699835912" r:id="rId155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820" w:dyaOrig="320" w14:anchorId="2DC688FA">
          <v:shape id="_x0000_i2629" type="#_x0000_t75" style="width:40.8pt;height:16.2pt" o:ole="">
            <v:imagedata r:id="rId1553" o:title=""/>
          </v:shape>
          <o:OLEObject Type="Embed" ProgID="Equation.DSMT4" ShapeID="_x0000_i2629" DrawAspect="Content" ObjectID="_1699835913" r:id="rId1554"/>
        </w:object>
      </w:r>
      <w:r w:rsidRPr="00B13C4C">
        <w:rPr>
          <w:rFonts w:ascii="Times New Roman" w:hAnsi="Times New Roman" w:cs="Times New Roman"/>
          <w:sz w:val="24"/>
          <w:szCs w:val="24"/>
        </w:rPr>
        <w:t>.</w:t>
      </w:r>
    </w:p>
    <w:p w14:paraId="2AD0796C" w14:textId="77777777" w:rsidR="00B13C4C" w:rsidRPr="00B13C4C" w:rsidRDefault="00B13C4C" w:rsidP="00F16902">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mệnh đề </w:t>
      </w:r>
      <w:r w:rsidRPr="00B13C4C">
        <w:rPr>
          <w:rFonts w:ascii="Times New Roman" w:hAnsi="Times New Roman" w:cs="Times New Roman"/>
          <w:position w:val="-10"/>
          <w:sz w:val="24"/>
          <w:szCs w:val="24"/>
        </w:rPr>
        <w:object w:dxaOrig="2480" w:dyaOrig="360" w14:anchorId="34819DD6">
          <v:shape id="_x0000_i2630" type="#_x0000_t75" style="width:123.6pt;height:18pt" o:ole="">
            <v:imagedata r:id="rId1555" o:title=""/>
          </v:shape>
          <o:OLEObject Type="Embed" ProgID="Equation.DSMT4" ShapeID="_x0000_i2630" DrawAspect="Content" ObjectID="_1699835914" r:id="rId1556"/>
        </w:object>
      </w:r>
      <w:r w:rsidRPr="00B13C4C">
        <w:rPr>
          <w:rFonts w:ascii="Times New Roman" w:hAnsi="Times New Roman" w:cs="Times New Roman"/>
          <w:sz w:val="24"/>
          <w:szCs w:val="24"/>
        </w:rPr>
        <w:t xml:space="preserve">". Mệnh đề phủ định của </w:t>
      </w:r>
      <w:r w:rsidRPr="00B13C4C">
        <w:rPr>
          <w:rFonts w:ascii="Times New Roman" w:hAnsi="Times New Roman" w:cs="Times New Roman"/>
          <w:position w:val="-4"/>
          <w:sz w:val="24"/>
          <w:szCs w:val="24"/>
        </w:rPr>
        <w:object w:dxaOrig="240" w:dyaOrig="260" w14:anchorId="6B90EB5D">
          <v:shape id="_x0000_i2631" type="#_x0000_t75" style="width:12pt;height:13.2pt" o:ole="">
            <v:imagedata r:id="rId1557" o:title=""/>
          </v:shape>
          <o:OLEObject Type="Embed" ProgID="Equation.DSMT4" ShapeID="_x0000_i2631" DrawAspect="Content" ObjectID="_1699835915" r:id="rId1558"/>
        </w:object>
      </w:r>
      <w:r w:rsidRPr="00B13C4C">
        <w:rPr>
          <w:rFonts w:ascii="Times New Roman" w:hAnsi="Times New Roman" w:cs="Times New Roman"/>
          <w:sz w:val="24"/>
          <w:szCs w:val="24"/>
        </w:rPr>
        <w:t xml:space="preserve"> là:</w:t>
      </w:r>
    </w:p>
    <w:p w14:paraId="1ACEF9E1"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2060" w:dyaOrig="360" w14:anchorId="31A239B6">
          <v:shape id="_x0000_i2632" type="#_x0000_t75" style="width:103.2pt;height:18pt" o:ole="">
            <v:imagedata r:id="rId1559" o:title=""/>
          </v:shape>
          <o:OLEObject Type="Embed" ProgID="Equation.DSMT4" ShapeID="_x0000_i2632" DrawAspect="Content" ObjectID="_1699835916" r:id="rId156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2100" w:dyaOrig="360" w14:anchorId="378CB663">
          <v:shape id="_x0000_i2633" type="#_x0000_t75" style="width:105pt;height:18pt" o:ole="">
            <v:imagedata r:id="rId1561" o:title=""/>
          </v:shape>
          <o:OLEObject Type="Embed" ProgID="Equation.DSMT4" ShapeID="_x0000_i2633" DrawAspect="Content" ObjectID="_1699835917" r:id="rId1562"/>
        </w:object>
      </w:r>
      <w:r w:rsidRPr="00B13C4C">
        <w:rPr>
          <w:rFonts w:ascii="Times New Roman" w:hAnsi="Times New Roman" w:cs="Times New Roman"/>
          <w:sz w:val="24"/>
          <w:szCs w:val="24"/>
        </w:rPr>
        <w:t>.</w:t>
      </w:r>
    </w:p>
    <w:p w14:paraId="1154F7D2"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2060" w:dyaOrig="360" w14:anchorId="2C3DC171">
          <v:shape id="_x0000_i2634" type="#_x0000_t75" style="width:103.2pt;height:18pt" o:ole="">
            <v:imagedata r:id="rId1563" o:title=""/>
          </v:shape>
          <o:OLEObject Type="Embed" ProgID="Equation.DSMT4" ShapeID="_x0000_i2634" DrawAspect="Content" ObjectID="_1699835918" r:id="rId156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2079" w:dyaOrig="360" w14:anchorId="5832DED8">
          <v:shape id="_x0000_i2635" type="#_x0000_t75" style="width:103.8pt;height:18pt" o:ole="">
            <v:imagedata r:id="rId1565" o:title=""/>
          </v:shape>
          <o:OLEObject Type="Embed" ProgID="Equation.DSMT4" ShapeID="_x0000_i2635" DrawAspect="Content" ObjectID="_1699835919" r:id="rId1566"/>
        </w:object>
      </w:r>
      <w:r w:rsidRPr="00B13C4C">
        <w:rPr>
          <w:rFonts w:ascii="Times New Roman" w:hAnsi="Times New Roman" w:cs="Times New Roman"/>
          <w:sz w:val="24"/>
          <w:szCs w:val="24"/>
        </w:rPr>
        <w:t>.</w:t>
      </w:r>
    </w:p>
    <w:p w14:paraId="03B3E6EB" w14:textId="77777777" w:rsidR="00B13C4C" w:rsidRPr="00B13C4C" w:rsidRDefault="00B13C4C" w:rsidP="00F16902">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tam giác </w:t>
      </w:r>
      <w:r w:rsidRPr="00B13C4C">
        <w:rPr>
          <w:rFonts w:ascii="Times New Roman" w:hAnsi="Times New Roman" w:cs="Times New Roman"/>
          <w:position w:val="-6"/>
          <w:sz w:val="24"/>
          <w:szCs w:val="24"/>
        </w:rPr>
        <w:object w:dxaOrig="560" w:dyaOrig="279" w14:anchorId="329BF9A8">
          <v:shape id="_x0000_i2636" type="#_x0000_t75" style="width:28.2pt;height:13.8pt" o:ole="">
            <v:imagedata r:id="rId1567" o:title=""/>
          </v:shape>
          <o:OLEObject Type="Embed" ProgID="Equation.DSMT4" ShapeID="_x0000_i2636" DrawAspect="Content" ObjectID="_1699835920" r:id="rId1568"/>
        </w:object>
      </w:r>
      <w:r w:rsidRPr="00B13C4C">
        <w:rPr>
          <w:rFonts w:ascii="Times New Roman" w:hAnsi="Times New Roman" w:cs="Times New Roman"/>
          <w:sz w:val="24"/>
          <w:szCs w:val="24"/>
        </w:rPr>
        <w:t xml:space="preserve"> vuông tại </w:t>
      </w:r>
      <w:r w:rsidRPr="00B13C4C">
        <w:rPr>
          <w:rFonts w:ascii="Times New Roman" w:hAnsi="Times New Roman" w:cs="Times New Roman"/>
          <w:position w:val="-10"/>
          <w:sz w:val="24"/>
          <w:szCs w:val="24"/>
        </w:rPr>
        <w:object w:dxaOrig="1780" w:dyaOrig="320" w14:anchorId="24C57F2B">
          <v:shape id="_x0000_i2637" type="#_x0000_t75" style="width:88.8pt;height:16.2pt" o:ole="">
            <v:imagedata r:id="rId1569" o:title=""/>
          </v:shape>
          <o:OLEObject Type="Embed" ProgID="Equation.DSMT4" ShapeID="_x0000_i2637" DrawAspect="Content" ObjectID="_1699835921" r:id="rId1570"/>
        </w:object>
      </w:r>
      <w:r w:rsidRPr="00B13C4C">
        <w:rPr>
          <w:rFonts w:ascii="Times New Roman" w:hAnsi="Times New Roman" w:cs="Times New Roman"/>
          <w:sz w:val="24"/>
          <w:szCs w:val="24"/>
        </w:rPr>
        <w:t xml:space="preserve">. Độ dài vécto </w:t>
      </w:r>
      <w:r w:rsidRPr="00B13C4C">
        <w:rPr>
          <w:rFonts w:ascii="Times New Roman" w:hAnsi="Times New Roman" w:cs="Times New Roman"/>
          <w:position w:val="-6"/>
          <w:sz w:val="24"/>
          <w:szCs w:val="24"/>
        </w:rPr>
        <w:object w:dxaOrig="940" w:dyaOrig="340" w14:anchorId="47AC65FE">
          <v:shape id="_x0000_i2638" type="#_x0000_t75" style="width:46.8pt;height:16.8pt" o:ole="">
            <v:imagedata r:id="rId1571" o:title=""/>
          </v:shape>
          <o:OLEObject Type="Embed" ProgID="Equation.DSMT4" ShapeID="_x0000_i2638" DrawAspect="Content" ObjectID="_1699835922" r:id="rId1572"/>
        </w:object>
      </w:r>
      <w:r w:rsidRPr="00B13C4C">
        <w:rPr>
          <w:rFonts w:ascii="Times New Roman" w:hAnsi="Times New Roman" w:cs="Times New Roman"/>
          <w:sz w:val="24"/>
          <w:szCs w:val="24"/>
        </w:rPr>
        <w:t xml:space="preserve"> bằng:</w:t>
      </w:r>
    </w:p>
    <w:p w14:paraId="27AE7E9E"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7.</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5.</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240" w:dyaOrig="620" w14:anchorId="3BD1A527">
          <v:shape id="_x0000_i2639" type="#_x0000_t75" style="width:12pt;height:31.2pt" o:ole="">
            <v:imagedata r:id="rId1573" o:title=""/>
          </v:shape>
          <o:OLEObject Type="Embed" ProgID="Equation.DSMT4" ShapeID="_x0000_i2639" DrawAspect="Content" ObjectID="_1699835923" r:id="rId157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240" w:dyaOrig="620" w14:anchorId="74B9A7E0">
          <v:shape id="_x0000_i2640" type="#_x0000_t75" style="width:12pt;height:31.2pt" o:ole="">
            <v:imagedata r:id="rId1575" o:title=""/>
          </v:shape>
          <o:OLEObject Type="Embed" ProgID="Equation.DSMT4" ShapeID="_x0000_i2640" DrawAspect="Content" ObjectID="_1699835924" r:id="rId1576"/>
        </w:object>
      </w:r>
      <w:r w:rsidRPr="00B13C4C">
        <w:rPr>
          <w:rFonts w:ascii="Times New Roman" w:hAnsi="Times New Roman" w:cs="Times New Roman"/>
          <w:sz w:val="24"/>
          <w:szCs w:val="24"/>
        </w:rPr>
        <w:t>.</w:t>
      </w:r>
    </w:p>
    <w:p w14:paraId="6C3C448B" w14:textId="77777777" w:rsidR="00B13C4C" w:rsidRPr="00B13C4C" w:rsidRDefault="00B13C4C" w:rsidP="00F16902">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phương trình </w:t>
      </w:r>
      <w:r w:rsidRPr="00B13C4C">
        <w:rPr>
          <w:rFonts w:ascii="Times New Roman" w:hAnsi="Times New Roman" w:cs="Times New Roman"/>
          <w:position w:val="-10"/>
          <w:sz w:val="24"/>
          <w:szCs w:val="24"/>
        </w:rPr>
        <w:object w:dxaOrig="2880" w:dyaOrig="360" w14:anchorId="116A2CFF">
          <v:shape id="_x0000_i2641" type="#_x0000_t75" style="width:2in;height:18pt" o:ole="">
            <v:imagedata r:id="rId1577" o:title=""/>
          </v:shape>
          <o:OLEObject Type="Embed" ProgID="Equation.DSMT4" ShapeID="_x0000_i2641" DrawAspect="Content" ObjectID="_1699835925" r:id="rId1578"/>
        </w:object>
      </w:r>
      <w:r w:rsidRPr="00B13C4C">
        <w:rPr>
          <w:rFonts w:ascii="Times New Roman" w:hAnsi="Times New Roman" w:cs="Times New Roman"/>
          <w:sz w:val="24"/>
          <w:szCs w:val="24"/>
        </w:rPr>
        <w:t xml:space="preserve">. Giá trị của tham số </w:t>
      </w:r>
      <w:r w:rsidRPr="00B13C4C">
        <w:rPr>
          <w:rFonts w:ascii="Times New Roman" w:hAnsi="Times New Roman" w:cs="Times New Roman"/>
          <w:position w:val="-6"/>
          <w:sz w:val="24"/>
          <w:szCs w:val="24"/>
        </w:rPr>
        <w:object w:dxaOrig="260" w:dyaOrig="220" w14:anchorId="314CE66A">
          <v:shape id="_x0000_i2642" type="#_x0000_t75" style="width:13.2pt;height:10.8pt" o:ole="">
            <v:imagedata r:id="rId1579" o:title=""/>
          </v:shape>
          <o:OLEObject Type="Embed" ProgID="Equation.DSMT4" ShapeID="_x0000_i2642" DrawAspect="Content" ObjectID="_1699835926" r:id="rId1580"/>
        </w:object>
      </w:r>
      <w:r w:rsidRPr="00B13C4C">
        <w:rPr>
          <w:rFonts w:ascii="Times New Roman" w:hAnsi="Times New Roman" w:cs="Times New Roman"/>
          <w:sz w:val="24"/>
          <w:szCs w:val="24"/>
        </w:rPr>
        <w:t xml:space="preserve"> để phương trình có 2 nghiệm </w:t>
      </w:r>
      <w:r w:rsidRPr="00B13C4C">
        <w:rPr>
          <w:rFonts w:ascii="Times New Roman" w:hAnsi="Times New Roman" w:cs="Times New Roman"/>
          <w:position w:val="-12"/>
          <w:sz w:val="24"/>
          <w:szCs w:val="24"/>
        </w:rPr>
        <w:object w:dxaOrig="540" w:dyaOrig="360" w14:anchorId="6E3037B0">
          <v:shape id="_x0000_i2643" type="#_x0000_t75" style="width:27pt;height:18pt" o:ole="">
            <v:imagedata r:id="rId1581" o:title=""/>
          </v:shape>
          <o:OLEObject Type="Embed" ProgID="Equation.DSMT4" ShapeID="_x0000_i2643" DrawAspect="Content" ObjectID="_1699835927" r:id="rId1582"/>
        </w:object>
      </w:r>
      <w:r w:rsidRPr="00B13C4C">
        <w:rPr>
          <w:rFonts w:ascii="Times New Roman" w:hAnsi="Times New Roman" w:cs="Times New Roman"/>
          <w:sz w:val="24"/>
          <w:szCs w:val="24"/>
        </w:rPr>
        <w:t xml:space="preserve"> thỏa mãn hệ thức </w:t>
      </w:r>
      <w:r w:rsidRPr="00B13C4C">
        <w:rPr>
          <w:rFonts w:ascii="Times New Roman" w:hAnsi="Times New Roman" w:cs="Times New Roman"/>
          <w:position w:val="-12"/>
          <w:sz w:val="24"/>
          <w:szCs w:val="24"/>
        </w:rPr>
        <w:object w:dxaOrig="1420" w:dyaOrig="360" w14:anchorId="4AD54A35">
          <v:shape id="_x0000_i2644" type="#_x0000_t75" style="width:70.8pt;height:18pt" o:ole="">
            <v:imagedata r:id="rId1583" o:title=""/>
          </v:shape>
          <o:OLEObject Type="Embed" ProgID="Equation.DSMT4" ShapeID="_x0000_i2644" DrawAspect="Content" ObjectID="_1699835928" r:id="rId1584"/>
        </w:object>
      </w:r>
      <w:r w:rsidRPr="00B13C4C">
        <w:rPr>
          <w:rFonts w:ascii="Times New Roman" w:hAnsi="Times New Roman" w:cs="Times New Roman"/>
          <w:sz w:val="24"/>
          <w:szCs w:val="24"/>
        </w:rPr>
        <w:t xml:space="preserve"> thuộc khoảng nào sau đây?</w:t>
      </w:r>
    </w:p>
    <w:p w14:paraId="5F1E7DD5"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960" w:dyaOrig="320" w14:anchorId="738CA30D">
          <v:shape id="_x0000_i2645" type="#_x0000_t75" style="width:48pt;height:16.2pt" o:ole="">
            <v:imagedata r:id="rId1585" o:title=""/>
          </v:shape>
          <o:OLEObject Type="Embed" ProgID="Equation.DSMT4" ShapeID="_x0000_i2645" DrawAspect="Content" ObjectID="_1699835929" r:id="rId158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040" w:dyaOrig="320" w14:anchorId="755814B8">
          <v:shape id="_x0000_i2646" type="#_x0000_t75" style="width:52.2pt;height:16.2pt" o:ole="">
            <v:imagedata r:id="rId1587" o:title=""/>
          </v:shape>
          <o:OLEObject Type="Embed" ProgID="Equation.DSMT4" ShapeID="_x0000_i2646" DrawAspect="Content" ObjectID="_1699835930" r:id="rId158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980" w:dyaOrig="320" w14:anchorId="4F1FBF5E">
          <v:shape id="_x0000_i2647" type="#_x0000_t75" style="width:49.2pt;height:16.2pt" o:ole="">
            <v:imagedata r:id="rId1589" o:title=""/>
          </v:shape>
          <o:OLEObject Type="Embed" ProgID="Equation.DSMT4" ShapeID="_x0000_i2647" DrawAspect="Content" ObjectID="_1699835931" r:id="rId159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960" w:dyaOrig="320" w14:anchorId="0FFD61FA">
          <v:shape id="_x0000_i2648" type="#_x0000_t75" style="width:48pt;height:16.2pt" o:ole="">
            <v:imagedata r:id="rId1591" o:title=""/>
          </v:shape>
          <o:OLEObject Type="Embed" ProgID="Equation.DSMT4" ShapeID="_x0000_i2648" DrawAspect="Content" ObjectID="_1699835932" r:id="rId1592"/>
        </w:object>
      </w:r>
      <w:r w:rsidRPr="00B13C4C">
        <w:rPr>
          <w:rFonts w:ascii="Times New Roman" w:hAnsi="Times New Roman" w:cs="Times New Roman"/>
          <w:sz w:val="24"/>
          <w:szCs w:val="24"/>
        </w:rPr>
        <w:t>.</w:t>
      </w:r>
    </w:p>
    <w:p w14:paraId="2FCE3F9A" w14:textId="77777777" w:rsidR="00B13C4C" w:rsidRPr="00B13C4C" w:rsidRDefault="00B13C4C" w:rsidP="00F16902">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Tập xác định của hàm số </w:t>
      </w:r>
      <w:r w:rsidRPr="00B13C4C">
        <w:rPr>
          <w:rFonts w:ascii="Times New Roman" w:hAnsi="Times New Roman" w:cs="Times New Roman"/>
          <w:position w:val="-24"/>
          <w:sz w:val="24"/>
          <w:szCs w:val="24"/>
        </w:rPr>
        <w:object w:dxaOrig="2659" w:dyaOrig="680" w14:anchorId="06A46BB8">
          <v:shape id="_x0000_i2649" type="#_x0000_t75" style="width:133.2pt;height:34.2pt" o:ole="">
            <v:imagedata r:id="rId1593" o:title=""/>
          </v:shape>
          <o:OLEObject Type="Embed" ProgID="Equation.DSMT4" ShapeID="_x0000_i2649" DrawAspect="Content" ObjectID="_1699835933" r:id="rId1594"/>
        </w:object>
      </w:r>
      <w:r w:rsidRPr="00B13C4C">
        <w:rPr>
          <w:rFonts w:ascii="Times New Roman" w:hAnsi="Times New Roman" w:cs="Times New Roman"/>
          <w:sz w:val="24"/>
          <w:szCs w:val="24"/>
        </w:rPr>
        <w:t xml:space="preserve"> là</w:t>
      </w:r>
    </w:p>
    <w:p w14:paraId="166ACE04"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939" w:dyaOrig="320" w14:anchorId="6CC538A6">
          <v:shape id="_x0000_i2650" type="#_x0000_t75" style="width:97.2pt;height:16.2pt" o:ole="">
            <v:imagedata r:id="rId1595" o:title=""/>
          </v:shape>
          <o:OLEObject Type="Embed" ProgID="Equation.DSMT4" ShapeID="_x0000_i2650" DrawAspect="Content" ObjectID="_1699835934" r:id="rId159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180" w:dyaOrig="320" w14:anchorId="651B2B18">
          <v:shape id="_x0000_i2651" type="#_x0000_t75" style="width:58.8pt;height:16.2pt" o:ole="">
            <v:imagedata r:id="rId1597" o:title=""/>
          </v:shape>
          <o:OLEObject Type="Embed" ProgID="Equation.DSMT4" ShapeID="_x0000_i2651" DrawAspect="Content" ObjectID="_1699835935" r:id="rId1598"/>
        </w:object>
      </w:r>
      <w:r w:rsidRPr="00B13C4C">
        <w:rPr>
          <w:rFonts w:ascii="Times New Roman" w:hAnsi="Times New Roman" w:cs="Times New Roman"/>
          <w:sz w:val="24"/>
          <w:szCs w:val="24"/>
        </w:rPr>
        <w:t>.</w:t>
      </w:r>
    </w:p>
    <w:p w14:paraId="1A6E257B"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600" w:dyaOrig="320" w14:anchorId="5E511C0C">
          <v:shape id="_x0000_i2652" type="#_x0000_t75" style="width:79.8pt;height:16.2pt" o:ole="">
            <v:imagedata r:id="rId1599" o:title=""/>
          </v:shape>
          <o:OLEObject Type="Embed" ProgID="Equation.DSMT4" ShapeID="_x0000_i2652" DrawAspect="Content" ObjectID="_1699835936" r:id="rId160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980" w:dyaOrig="320" w14:anchorId="68ADDA83">
          <v:shape id="_x0000_i2653" type="#_x0000_t75" style="width:49.2pt;height:16.2pt" o:ole="">
            <v:imagedata r:id="rId1601" o:title=""/>
          </v:shape>
          <o:OLEObject Type="Embed" ProgID="Equation.DSMT4" ShapeID="_x0000_i2653" DrawAspect="Content" ObjectID="_1699835937" r:id="rId1602"/>
        </w:object>
      </w:r>
      <w:r w:rsidRPr="00B13C4C">
        <w:rPr>
          <w:rFonts w:ascii="Times New Roman" w:hAnsi="Times New Roman" w:cs="Times New Roman"/>
          <w:sz w:val="24"/>
          <w:szCs w:val="24"/>
        </w:rPr>
        <w:t>.</w:t>
      </w:r>
    </w:p>
    <w:p w14:paraId="0EA091BD" w14:textId="77777777" w:rsidR="00B13C4C" w:rsidRPr="00B13C4C" w:rsidRDefault="00B13C4C" w:rsidP="00F16902">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w:t>
      </w:r>
      <w:r w:rsidRPr="00B13C4C">
        <w:rPr>
          <w:rFonts w:ascii="Times New Roman" w:hAnsi="Times New Roman" w:cs="Times New Roman"/>
          <w:position w:val="-10"/>
          <w:sz w:val="24"/>
          <w:szCs w:val="24"/>
        </w:rPr>
        <w:object w:dxaOrig="460" w:dyaOrig="320" w14:anchorId="70A4D1D7">
          <v:shape id="_x0000_i2654" type="#_x0000_t75" style="width:22.8pt;height:16.2pt" o:ole="">
            <v:imagedata r:id="rId1603" o:title=""/>
          </v:shape>
          <o:OLEObject Type="Embed" ProgID="Equation.DSMT4" ShapeID="_x0000_i2654" DrawAspect="Content" ObjectID="_1699835938" r:id="rId1604"/>
        </w:object>
      </w:r>
      <w:r w:rsidRPr="00B13C4C">
        <w:rPr>
          <w:rFonts w:ascii="Times New Roman" w:hAnsi="Times New Roman" w:cs="Times New Roman"/>
          <w:sz w:val="24"/>
          <w:szCs w:val="24"/>
        </w:rPr>
        <w:t xml:space="preserve"> cho </w:t>
      </w:r>
      <w:r w:rsidRPr="00B13C4C">
        <w:rPr>
          <w:rFonts w:ascii="Times New Roman" w:hAnsi="Times New Roman" w:cs="Times New Roman"/>
          <w:position w:val="-10"/>
          <w:sz w:val="24"/>
          <w:szCs w:val="24"/>
        </w:rPr>
        <w:object w:dxaOrig="3400" w:dyaOrig="320" w14:anchorId="7E1327C7">
          <v:shape id="_x0000_i2655" type="#_x0000_t75" style="width:169.8pt;height:16.2pt" o:ole="">
            <v:imagedata r:id="rId1605" o:title=""/>
          </v:shape>
          <o:OLEObject Type="Embed" ProgID="Equation.DSMT4" ShapeID="_x0000_i2655" DrawAspect="Content" ObjectID="_1699835939" r:id="rId1606"/>
        </w:object>
      </w:r>
      <w:r w:rsidRPr="00B13C4C">
        <w:rPr>
          <w:rFonts w:ascii="Times New Roman" w:hAnsi="Times New Roman" w:cs="Times New Roman"/>
          <w:sz w:val="24"/>
          <w:szCs w:val="24"/>
        </w:rPr>
        <w:t xml:space="preserve">. Tọa độ giao điểm hai đường thẳng </w:t>
      </w:r>
      <w:r w:rsidRPr="00B13C4C">
        <w:rPr>
          <w:rFonts w:ascii="Times New Roman" w:hAnsi="Times New Roman" w:cs="Times New Roman"/>
          <w:position w:val="-6"/>
          <w:sz w:val="24"/>
          <w:szCs w:val="24"/>
        </w:rPr>
        <w:object w:dxaOrig="460" w:dyaOrig="279" w14:anchorId="3FE9F51B">
          <v:shape id="_x0000_i2656" type="#_x0000_t75" style="width:22.8pt;height:13.8pt" o:ole="">
            <v:imagedata r:id="rId1607" o:title=""/>
          </v:shape>
          <o:OLEObject Type="Embed" ProgID="Equation.DSMT4" ShapeID="_x0000_i2656" DrawAspect="Content" ObjectID="_1699835940" r:id="rId1608"/>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400" w:dyaOrig="320" w14:anchorId="0D6CD15F">
          <v:shape id="_x0000_i2657" type="#_x0000_t75" style="width:19.8pt;height:16.2pt" o:ole="">
            <v:imagedata r:id="rId1609" o:title=""/>
          </v:shape>
          <o:OLEObject Type="Embed" ProgID="Equation.DSMT4" ShapeID="_x0000_i2657" DrawAspect="Content" ObjectID="_1699835941" r:id="rId1610"/>
        </w:object>
      </w:r>
      <w:r w:rsidRPr="00B13C4C">
        <w:rPr>
          <w:rFonts w:ascii="Times New Roman" w:hAnsi="Times New Roman" w:cs="Times New Roman"/>
          <w:sz w:val="24"/>
          <w:szCs w:val="24"/>
        </w:rPr>
        <w:t xml:space="preserve"> là</w:t>
      </w:r>
    </w:p>
    <w:p w14:paraId="4103C006"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680" w:dyaOrig="320" w14:anchorId="22A8E4B5">
          <v:shape id="_x0000_i2658" type="#_x0000_t75" style="width:34.2pt;height:16.2pt" o:ole="">
            <v:imagedata r:id="rId1611" o:title=""/>
          </v:shape>
          <o:OLEObject Type="Embed" ProgID="Equation.DSMT4" ShapeID="_x0000_i2658" DrawAspect="Content" ObjectID="_1699835942" r:id="rId161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859" w:dyaOrig="320" w14:anchorId="445ABA43">
          <v:shape id="_x0000_i2659" type="#_x0000_t75" style="width:43.2pt;height:16.2pt" o:ole="">
            <v:imagedata r:id="rId1613" o:title=""/>
          </v:shape>
          <o:OLEObject Type="Embed" ProgID="Equation.DSMT4" ShapeID="_x0000_i2659" DrawAspect="Content" ObjectID="_1699835943" r:id="rId161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920" w:dyaOrig="320" w14:anchorId="67A87341">
          <v:shape id="_x0000_i2660" type="#_x0000_t75" style="width:46.2pt;height:16.2pt" o:ole="">
            <v:imagedata r:id="rId1615" o:title=""/>
          </v:shape>
          <o:OLEObject Type="Embed" ProgID="Equation.DSMT4" ShapeID="_x0000_i2660" DrawAspect="Content" ObjectID="_1699835944" r:id="rId161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060" w:dyaOrig="320" w14:anchorId="445A796D">
          <v:shape id="_x0000_i2661" type="#_x0000_t75" style="width:52.8pt;height:16.2pt" o:ole="">
            <v:imagedata r:id="rId1617" o:title=""/>
          </v:shape>
          <o:OLEObject Type="Embed" ProgID="Equation.DSMT4" ShapeID="_x0000_i2661" DrawAspect="Content" ObjectID="_1699835945" r:id="rId1618"/>
        </w:object>
      </w:r>
      <w:r w:rsidRPr="00B13C4C">
        <w:rPr>
          <w:rFonts w:ascii="Times New Roman" w:hAnsi="Times New Roman" w:cs="Times New Roman"/>
          <w:sz w:val="24"/>
          <w:szCs w:val="24"/>
        </w:rPr>
        <w:t>.</w:t>
      </w:r>
    </w:p>
    <w:p w14:paraId="47EA8124" w14:textId="77777777" w:rsidR="00B13C4C" w:rsidRPr="00B13C4C" w:rsidRDefault="00B13C4C" w:rsidP="00F16902">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hai tập hợp </w:t>
      </w:r>
      <w:r w:rsidRPr="00B13C4C">
        <w:rPr>
          <w:rFonts w:ascii="Times New Roman" w:hAnsi="Times New Roman" w:cs="Times New Roman"/>
          <w:position w:val="-10"/>
          <w:sz w:val="24"/>
          <w:szCs w:val="24"/>
        </w:rPr>
        <w:object w:dxaOrig="1660" w:dyaOrig="320" w14:anchorId="5DF12B41">
          <v:shape id="_x0000_i2662" type="#_x0000_t75" style="width:82.8pt;height:16.2pt" o:ole="">
            <v:imagedata r:id="rId1619" o:title=""/>
          </v:shape>
          <o:OLEObject Type="Embed" ProgID="Equation.DSMT4" ShapeID="_x0000_i2662" DrawAspect="Content" ObjectID="_1699835946" r:id="rId1620"/>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1700" w:dyaOrig="320" w14:anchorId="08154298">
          <v:shape id="_x0000_i2663" type="#_x0000_t75" style="width:85.2pt;height:16.2pt" o:ole="">
            <v:imagedata r:id="rId1621" o:title=""/>
          </v:shape>
          <o:OLEObject Type="Embed" ProgID="Equation.DSMT4" ShapeID="_x0000_i2663" DrawAspect="Content" ObjectID="_1699835947" r:id="rId1622"/>
        </w:object>
      </w:r>
      <w:r w:rsidRPr="00B13C4C">
        <w:rPr>
          <w:rFonts w:ascii="Times New Roman" w:hAnsi="Times New Roman" w:cs="Times New Roman"/>
          <w:sz w:val="24"/>
          <w:szCs w:val="24"/>
        </w:rPr>
        <w:t xml:space="preserve">. Số nguyên </w:t>
      </w:r>
      <w:r w:rsidRPr="00B13C4C">
        <w:rPr>
          <w:rFonts w:ascii="Times New Roman" w:hAnsi="Times New Roman" w:cs="Times New Roman"/>
          <w:position w:val="-6"/>
          <w:sz w:val="24"/>
          <w:szCs w:val="24"/>
        </w:rPr>
        <w:object w:dxaOrig="260" w:dyaOrig="220" w14:anchorId="32A87CDD">
          <v:shape id="_x0000_i2664" type="#_x0000_t75" style="width:13.2pt;height:10.8pt" o:ole="">
            <v:imagedata r:id="rId1623" o:title=""/>
          </v:shape>
          <o:OLEObject Type="Embed" ProgID="Equation.DSMT4" ShapeID="_x0000_i2664" DrawAspect="Content" ObjectID="_1699835948" r:id="rId1624"/>
        </w:object>
      </w:r>
      <w:r w:rsidRPr="00B13C4C">
        <w:rPr>
          <w:rFonts w:ascii="Times New Roman" w:hAnsi="Times New Roman" w:cs="Times New Roman"/>
          <w:sz w:val="24"/>
          <w:szCs w:val="24"/>
        </w:rPr>
        <w:t xml:space="preserve"> nhỏ nhất thỏa mãn </w:t>
      </w:r>
      <w:r w:rsidRPr="00B13C4C">
        <w:rPr>
          <w:rFonts w:ascii="Times New Roman" w:hAnsi="Times New Roman" w:cs="Times New Roman"/>
          <w:position w:val="-6"/>
          <w:sz w:val="24"/>
          <w:szCs w:val="24"/>
        </w:rPr>
        <w:object w:dxaOrig="1080" w:dyaOrig="279" w14:anchorId="04CAF43E">
          <v:shape id="_x0000_i2665" type="#_x0000_t75" style="width:54pt;height:13.8pt" o:ole="">
            <v:imagedata r:id="rId1625" o:title=""/>
          </v:shape>
          <o:OLEObject Type="Embed" ProgID="Equation.DSMT4" ShapeID="_x0000_i2665" DrawAspect="Content" ObjectID="_1699835949" r:id="rId1626"/>
        </w:object>
      </w:r>
      <w:r w:rsidRPr="00B13C4C">
        <w:rPr>
          <w:rFonts w:ascii="Times New Roman" w:hAnsi="Times New Roman" w:cs="Times New Roman"/>
          <w:sz w:val="24"/>
          <w:szCs w:val="24"/>
        </w:rPr>
        <w:t xml:space="preserve"> là</w:t>
      </w:r>
    </w:p>
    <w:p w14:paraId="0A692F8D"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4"/>
          <w:sz w:val="24"/>
          <w:szCs w:val="24"/>
        </w:rPr>
        <w:object w:dxaOrig="300" w:dyaOrig="260" w14:anchorId="7908ACB6">
          <v:shape id="_x0000_i2666" type="#_x0000_t75" style="width:15pt;height:13.2pt" o:ole="">
            <v:imagedata r:id="rId1627" o:title=""/>
          </v:shape>
          <o:OLEObject Type="Embed" ProgID="Equation.DSMT4" ShapeID="_x0000_i2666" DrawAspect="Content" ObjectID="_1699835950" r:id="rId162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0.</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1.</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2.</w:t>
      </w:r>
    </w:p>
    <w:p w14:paraId="0051F62A" w14:textId="77777777" w:rsidR="00B13C4C" w:rsidRPr="00B13C4C" w:rsidRDefault="00B13C4C" w:rsidP="00F16902">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w:t>
      </w:r>
      <w:r w:rsidRPr="00B13C4C">
        <w:rPr>
          <w:rFonts w:ascii="Times New Roman" w:hAnsi="Times New Roman" w:cs="Times New Roman"/>
          <w:position w:val="-10"/>
          <w:sz w:val="24"/>
          <w:szCs w:val="24"/>
        </w:rPr>
        <w:object w:dxaOrig="460" w:dyaOrig="320" w14:anchorId="5CD6B92D">
          <v:shape id="_x0000_i2667" type="#_x0000_t75" style="width:22.8pt;height:16.2pt" o:ole="">
            <v:imagedata r:id="rId1629" o:title=""/>
          </v:shape>
          <o:OLEObject Type="Embed" ProgID="Equation.DSMT4" ShapeID="_x0000_i2667" DrawAspect="Content" ObjectID="_1699835951" r:id="rId1630"/>
        </w:object>
      </w:r>
      <w:r w:rsidRPr="00B13C4C">
        <w:rPr>
          <w:rFonts w:ascii="Times New Roman" w:hAnsi="Times New Roman" w:cs="Times New Roman"/>
          <w:sz w:val="24"/>
          <w:szCs w:val="24"/>
        </w:rPr>
        <w:t xml:space="preserve"> cho tam giác </w:t>
      </w:r>
      <w:r w:rsidRPr="00B13C4C">
        <w:rPr>
          <w:rFonts w:ascii="Times New Roman" w:hAnsi="Times New Roman" w:cs="Times New Roman"/>
          <w:position w:val="-6"/>
          <w:sz w:val="24"/>
          <w:szCs w:val="24"/>
        </w:rPr>
        <w:object w:dxaOrig="560" w:dyaOrig="279" w14:anchorId="348AE551">
          <v:shape id="_x0000_i2668" type="#_x0000_t75" style="width:28.2pt;height:13.8pt" o:ole="">
            <v:imagedata r:id="rId1631" o:title=""/>
          </v:shape>
          <o:OLEObject Type="Embed" ProgID="Equation.DSMT4" ShapeID="_x0000_i2668" DrawAspect="Content" ObjectID="_1699835952" r:id="rId1632"/>
        </w:object>
      </w:r>
      <w:r w:rsidRPr="00B13C4C">
        <w:rPr>
          <w:rFonts w:ascii="Times New Roman" w:hAnsi="Times New Roman" w:cs="Times New Roman"/>
          <w:sz w:val="24"/>
          <w:szCs w:val="24"/>
        </w:rPr>
        <w:t xml:space="preserve"> với </w:t>
      </w:r>
      <w:r w:rsidRPr="00B13C4C">
        <w:rPr>
          <w:rFonts w:ascii="Times New Roman" w:hAnsi="Times New Roman" w:cs="Times New Roman"/>
          <w:position w:val="-10"/>
          <w:sz w:val="24"/>
          <w:szCs w:val="24"/>
        </w:rPr>
        <w:object w:dxaOrig="2240" w:dyaOrig="320" w14:anchorId="4F8C1277">
          <v:shape id="_x0000_i2669" type="#_x0000_t75" style="width:112.2pt;height:16.2pt" o:ole="">
            <v:imagedata r:id="rId1633" o:title=""/>
          </v:shape>
          <o:OLEObject Type="Embed" ProgID="Equation.DSMT4" ShapeID="_x0000_i2669" DrawAspect="Content" ObjectID="_1699835953" r:id="rId1634"/>
        </w:object>
      </w:r>
      <w:r w:rsidRPr="00B13C4C">
        <w:rPr>
          <w:rFonts w:ascii="Times New Roman" w:hAnsi="Times New Roman" w:cs="Times New Roman"/>
          <w:sz w:val="24"/>
          <w:szCs w:val="24"/>
        </w:rPr>
        <w:t xml:space="preserve">. Biết </w:t>
      </w:r>
      <w:r w:rsidRPr="00B13C4C">
        <w:rPr>
          <w:rFonts w:ascii="Times New Roman" w:hAnsi="Times New Roman" w:cs="Times New Roman"/>
          <w:position w:val="-10"/>
          <w:sz w:val="24"/>
          <w:szCs w:val="24"/>
        </w:rPr>
        <w:object w:dxaOrig="820" w:dyaOrig="320" w14:anchorId="4BAD485B">
          <v:shape id="_x0000_i2670" type="#_x0000_t75" style="width:40.8pt;height:16.2pt" o:ole="">
            <v:imagedata r:id="rId1635" o:title=""/>
          </v:shape>
          <o:OLEObject Type="Embed" ProgID="Equation.DSMT4" ShapeID="_x0000_i2670" DrawAspect="Content" ObjectID="_1699835954" r:id="rId1636"/>
        </w:object>
      </w:r>
      <w:r w:rsidRPr="00B13C4C">
        <w:rPr>
          <w:rFonts w:ascii="Times New Roman" w:hAnsi="Times New Roman" w:cs="Times New Roman"/>
          <w:sz w:val="24"/>
          <w:szCs w:val="24"/>
        </w:rPr>
        <w:t xml:space="preserve"> </w:t>
      </w:r>
      <w:r w:rsidRPr="00B13C4C">
        <w:rPr>
          <w:rFonts w:ascii="Times New Roman" w:hAnsi="Times New Roman" w:cs="Times New Roman"/>
          <w:position w:val="-10"/>
          <w:sz w:val="24"/>
          <w:szCs w:val="24"/>
        </w:rPr>
        <w:object w:dxaOrig="720" w:dyaOrig="320" w14:anchorId="51BD9ED4">
          <v:shape id="_x0000_i2671" type="#_x0000_t75" style="width:36pt;height:16.2pt" o:ole="">
            <v:imagedata r:id="rId1637" o:title=""/>
          </v:shape>
          <o:OLEObject Type="Embed" ProgID="Equation.DSMT4" ShapeID="_x0000_i2671" DrawAspect="Content" ObjectID="_1699835955" r:id="rId1638"/>
        </w:object>
      </w:r>
      <w:r w:rsidRPr="00B13C4C">
        <w:rPr>
          <w:rFonts w:ascii="Times New Roman" w:hAnsi="Times New Roman" w:cs="Times New Roman"/>
          <w:sz w:val="24"/>
          <w:szCs w:val="24"/>
        </w:rPr>
        <w:t xml:space="preserve"> là điểm trong mặt phẳng </w:t>
      </w:r>
      <w:r w:rsidRPr="00B13C4C">
        <w:rPr>
          <w:rFonts w:ascii="Times New Roman" w:hAnsi="Times New Roman" w:cs="Times New Roman"/>
          <w:position w:val="-10"/>
          <w:sz w:val="24"/>
          <w:szCs w:val="24"/>
        </w:rPr>
        <w:object w:dxaOrig="460" w:dyaOrig="320" w14:anchorId="728307B3">
          <v:shape id="_x0000_i2672" type="#_x0000_t75" style="width:22.8pt;height:16.2pt" o:ole="">
            <v:imagedata r:id="rId1639" o:title=""/>
          </v:shape>
          <o:OLEObject Type="Embed" ProgID="Equation.DSMT4" ShapeID="_x0000_i2672" DrawAspect="Content" ObjectID="_1699835956" r:id="rId1640"/>
        </w:object>
      </w:r>
      <w:r w:rsidRPr="00B13C4C">
        <w:rPr>
          <w:rFonts w:ascii="Times New Roman" w:hAnsi="Times New Roman" w:cs="Times New Roman"/>
          <w:sz w:val="24"/>
          <w:szCs w:val="24"/>
        </w:rPr>
        <w:t xml:space="preserve"> thỏa mãn tam giác </w:t>
      </w:r>
      <w:r w:rsidRPr="00B13C4C">
        <w:rPr>
          <w:rFonts w:ascii="Times New Roman" w:hAnsi="Times New Roman" w:cs="Times New Roman"/>
          <w:position w:val="-4"/>
          <w:sz w:val="24"/>
          <w:szCs w:val="24"/>
        </w:rPr>
        <w:object w:dxaOrig="620" w:dyaOrig="260" w14:anchorId="27CB5251">
          <v:shape id="_x0000_i2673" type="#_x0000_t75" style="width:31.2pt;height:13.2pt" o:ole="">
            <v:imagedata r:id="rId1641" o:title=""/>
          </v:shape>
          <o:OLEObject Type="Embed" ProgID="Equation.DSMT4" ShapeID="_x0000_i2673" DrawAspect="Content" ObjectID="_1699835957" r:id="rId1642"/>
        </w:object>
      </w:r>
      <w:r w:rsidRPr="00B13C4C">
        <w:rPr>
          <w:rFonts w:ascii="Times New Roman" w:hAnsi="Times New Roman" w:cs="Times New Roman"/>
          <w:sz w:val="24"/>
          <w:szCs w:val="24"/>
        </w:rPr>
        <w:t xml:space="preserve"> vuông cân tại </w:t>
      </w:r>
      <w:r w:rsidRPr="00B13C4C">
        <w:rPr>
          <w:rFonts w:ascii="Times New Roman" w:hAnsi="Times New Roman" w:cs="Times New Roman"/>
          <w:position w:val="-4"/>
          <w:sz w:val="24"/>
          <w:szCs w:val="24"/>
        </w:rPr>
        <w:object w:dxaOrig="240" w:dyaOrig="260" w14:anchorId="3E21C3AB">
          <v:shape id="_x0000_i2674" type="#_x0000_t75" style="width:12pt;height:13.2pt" o:ole="">
            <v:imagedata r:id="rId1643" o:title=""/>
          </v:shape>
          <o:OLEObject Type="Embed" ProgID="Equation.DSMT4" ShapeID="_x0000_i2674" DrawAspect="Content" ObjectID="_1699835958" r:id="rId1644"/>
        </w:object>
      </w:r>
      <w:r w:rsidRPr="00B13C4C">
        <w:rPr>
          <w:rFonts w:ascii="Times New Roman" w:hAnsi="Times New Roman" w:cs="Times New Roman"/>
          <w:sz w:val="24"/>
          <w:szCs w:val="24"/>
        </w:rPr>
        <w:t xml:space="preserve">. Tính giá trị </w:t>
      </w:r>
      <w:r w:rsidRPr="00B13C4C">
        <w:rPr>
          <w:rFonts w:ascii="Times New Roman" w:hAnsi="Times New Roman" w:cs="Times New Roman"/>
          <w:position w:val="-6"/>
          <w:sz w:val="24"/>
          <w:szCs w:val="24"/>
        </w:rPr>
        <w:object w:dxaOrig="1160" w:dyaOrig="279" w14:anchorId="305C5395">
          <v:shape id="_x0000_i2675" type="#_x0000_t75" style="width:58.2pt;height:13.8pt" o:ole="">
            <v:imagedata r:id="rId1645" o:title=""/>
          </v:shape>
          <o:OLEObject Type="Embed" ProgID="Equation.DSMT4" ShapeID="_x0000_i2675" DrawAspect="Content" ObjectID="_1699835959" r:id="rId1646"/>
        </w:object>
      </w:r>
    </w:p>
    <w:p w14:paraId="635D56BD" w14:textId="77777777" w:rsidR="00B13C4C" w:rsidRPr="00B13C4C" w:rsidRDefault="00B13C4C" w:rsidP="009A6992">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4"/>
          <w:sz w:val="24"/>
          <w:szCs w:val="24"/>
        </w:rPr>
        <w:object w:dxaOrig="580" w:dyaOrig="260" w14:anchorId="60FF5A83">
          <v:shape id="_x0000_i2676" type="#_x0000_t75" style="width:28.8pt;height:13.2pt" o:ole="">
            <v:imagedata r:id="rId1647" o:title=""/>
          </v:shape>
          <o:OLEObject Type="Embed" ProgID="Equation.DSMT4" ShapeID="_x0000_i2676" DrawAspect="Content" ObjectID="_1699835960" r:id="rId164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4"/>
          <w:sz w:val="24"/>
          <w:szCs w:val="24"/>
        </w:rPr>
        <w:object w:dxaOrig="720" w:dyaOrig="260" w14:anchorId="3F403632">
          <v:shape id="_x0000_i2677" type="#_x0000_t75" style="width:36pt;height:13.2pt" o:ole="">
            <v:imagedata r:id="rId1649" o:title=""/>
          </v:shape>
          <o:OLEObject Type="Embed" ProgID="Equation.DSMT4" ShapeID="_x0000_i2677" DrawAspect="Content" ObjectID="_1699835961" r:id="rId165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4"/>
          <w:sz w:val="24"/>
          <w:szCs w:val="24"/>
        </w:rPr>
        <w:object w:dxaOrig="680" w:dyaOrig="260" w14:anchorId="1D6BF781">
          <v:shape id="_x0000_i2678" type="#_x0000_t75" style="width:34.2pt;height:13.2pt" o:ole="">
            <v:imagedata r:id="rId1651" o:title=""/>
          </v:shape>
          <o:OLEObject Type="Embed" ProgID="Equation.DSMT4" ShapeID="_x0000_i2678" DrawAspect="Content" ObjectID="_1699835962" r:id="rId165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4"/>
          <w:sz w:val="24"/>
          <w:szCs w:val="24"/>
        </w:rPr>
        <w:object w:dxaOrig="840" w:dyaOrig="260" w14:anchorId="5202D373">
          <v:shape id="_x0000_i2679" type="#_x0000_t75" style="width:42pt;height:13.2pt" o:ole="">
            <v:imagedata r:id="rId1653" o:title=""/>
          </v:shape>
          <o:OLEObject Type="Embed" ProgID="Equation.DSMT4" ShapeID="_x0000_i2679" DrawAspect="Content" ObjectID="_1699835963" r:id="rId1654"/>
        </w:object>
      </w:r>
      <w:r w:rsidRPr="00B13C4C">
        <w:rPr>
          <w:rFonts w:ascii="Times New Roman" w:hAnsi="Times New Roman" w:cs="Times New Roman"/>
          <w:sz w:val="24"/>
          <w:szCs w:val="24"/>
        </w:rPr>
        <w:t>.</w:t>
      </w:r>
    </w:p>
    <w:p w14:paraId="0ED57452" w14:textId="77777777" w:rsidR="00B13C4C" w:rsidRPr="00B13C4C" w:rsidRDefault="00B13C4C" w:rsidP="009A6992">
      <w:pPr>
        <w:ind w:left="992"/>
        <w:rPr>
          <w:rFonts w:ascii="Times New Roman" w:hAnsi="Times New Roman" w:cs="Times New Roman"/>
          <w:sz w:val="24"/>
          <w:szCs w:val="24"/>
        </w:rPr>
      </w:pPr>
      <w:r w:rsidRPr="00B13C4C">
        <w:rPr>
          <w:rFonts w:ascii="Times New Roman" w:hAnsi="Times New Roman" w:cs="Times New Roman"/>
          <w:b/>
          <w:sz w:val="24"/>
          <w:szCs w:val="24"/>
        </w:rPr>
        <w:t>Phần II: Tự luận</w:t>
      </w:r>
    </w:p>
    <w:p w14:paraId="2DDC1F9E" w14:textId="77777777" w:rsidR="00B13C4C" w:rsidRPr="00B13C4C" w:rsidRDefault="00B13C4C" w:rsidP="009A6992">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1: </w:t>
      </w:r>
      <w:r w:rsidRPr="00B13C4C">
        <w:rPr>
          <w:rFonts w:ascii="Times New Roman" w:hAnsi="Times New Roman" w:cs="Times New Roman"/>
          <w:sz w:val="24"/>
          <w:szCs w:val="24"/>
        </w:rPr>
        <w:t xml:space="preserve">Cho hàm số: </w:t>
      </w:r>
      <w:r w:rsidRPr="00B13C4C">
        <w:rPr>
          <w:rFonts w:ascii="Times New Roman" w:hAnsi="Times New Roman" w:cs="Times New Roman"/>
          <w:position w:val="-10"/>
          <w:sz w:val="24"/>
          <w:szCs w:val="24"/>
        </w:rPr>
        <w:object w:dxaOrig="1620" w:dyaOrig="360" w14:anchorId="5176B679">
          <v:shape id="_x0000_i2680" type="#_x0000_t75" style="width:81pt;height:18pt" o:ole="">
            <v:imagedata r:id="rId1655" o:title=""/>
          </v:shape>
          <o:OLEObject Type="Embed" ProgID="Equation.DSMT4" ShapeID="_x0000_i2680" DrawAspect="Content" ObjectID="_1699835964" r:id="rId1656"/>
        </w:object>
      </w:r>
    </w:p>
    <w:p w14:paraId="70B5C238" w14:textId="77777777" w:rsidR="00B13C4C" w:rsidRPr="00B13C4C" w:rsidRDefault="00B13C4C" w:rsidP="009A6992">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a. Khảo sát sự biến thiên và vẽ đồ thị </w:t>
      </w:r>
      <w:r w:rsidRPr="00B13C4C">
        <w:rPr>
          <w:rFonts w:ascii="Times New Roman" w:hAnsi="Times New Roman" w:cs="Times New Roman"/>
          <w:position w:val="-10"/>
          <w:sz w:val="24"/>
          <w:szCs w:val="24"/>
        </w:rPr>
        <w:object w:dxaOrig="400" w:dyaOrig="320" w14:anchorId="524315AD">
          <v:shape id="_x0000_i2681" type="#_x0000_t75" style="width:19.8pt;height:16.2pt" o:ole="">
            <v:imagedata r:id="rId1657" o:title=""/>
          </v:shape>
          <o:OLEObject Type="Embed" ProgID="Equation.DSMT4" ShapeID="_x0000_i2681" DrawAspect="Content" ObjectID="_1699835965" r:id="rId1658"/>
        </w:object>
      </w:r>
      <w:r w:rsidRPr="00B13C4C">
        <w:rPr>
          <w:rFonts w:ascii="Times New Roman" w:hAnsi="Times New Roman" w:cs="Times New Roman"/>
          <w:sz w:val="24"/>
          <w:szCs w:val="24"/>
        </w:rPr>
        <w:t xml:space="preserve"> của hàm số khi </w:t>
      </w:r>
      <w:r w:rsidRPr="00B13C4C">
        <w:rPr>
          <w:rFonts w:ascii="Times New Roman" w:hAnsi="Times New Roman" w:cs="Times New Roman"/>
          <w:position w:val="-6"/>
          <w:sz w:val="24"/>
          <w:szCs w:val="24"/>
        </w:rPr>
        <w:object w:dxaOrig="620" w:dyaOrig="279" w14:anchorId="72A35FE4">
          <v:shape id="_x0000_i2682" type="#_x0000_t75" style="width:31.2pt;height:13.8pt" o:ole="">
            <v:imagedata r:id="rId1659" o:title=""/>
          </v:shape>
          <o:OLEObject Type="Embed" ProgID="Equation.DSMT4" ShapeID="_x0000_i2682" DrawAspect="Content" ObjectID="_1699835966" r:id="rId1660"/>
        </w:object>
      </w:r>
      <w:r w:rsidRPr="00B13C4C">
        <w:rPr>
          <w:rFonts w:ascii="Times New Roman" w:hAnsi="Times New Roman" w:cs="Times New Roman"/>
          <w:sz w:val="24"/>
          <w:szCs w:val="24"/>
        </w:rPr>
        <w:t>.</w:t>
      </w:r>
    </w:p>
    <w:p w14:paraId="07E8C5AC" w14:textId="77777777" w:rsidR="00B13C4C" w:rsidRPr="00B13C4C" w:rsidRDefault="00B13C4C" w:rsidP="009A6992">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b. Dựa vào đồ thị </w:t>
      </w:r>
      <w:r w:rsidRPr="00B13C4C">
        <w:rPr>
          <w:rFonts w:ascii="Times New Roman" w:hAnsi="Times New Roman" w:cs="Times New Roman"/>
          <w:position w:val="-10"/>
          <w:sz w:val="24"/>
          <w:szCs w:val="24"/>
        </w:rPr>
        <w:object w:dxaOrig="380" w:dyaOrig="320" w14:anchorId="00A2AA10">
          <v:shape id="_x0000_i2683" type="#_x0000_t75" style="width:19.2pt;height:16.2pt" o:ole="">
            <v:imagedata r:id="rId1661" o:title=""/>
          </v:shape>
          <o:OLEObject Type="Embed" ProgID="Equation.DSMT4" ShapeID="_x0000_i2683" DrawAspect="Content" ObjectID="_1699835967" r:id="rId1662"/>
        </w:object>
      </w:r>
      <w:r w:rsidRPr="00B13C4C">
        <w:rPr>
          <w:rFonts w:ascii="Times New Roman" w:hAnsi="Times New Roman" w:cs="Times New Roman"/>
          <w:sz w:val="24"/>
          <w:szCs w:val="24"/>
        </w:rPr>
        <w:t xml:space="preserve">, biện luận theo </w:t>
      </w:r>
      <w:r w:rsidRPr="00B13C4C">
        <w:rPr>
          <w:rFonts w:ascii="Times New Roman" w:hAnsi="Times New Roman" w:cs="Times New Roman"/>
          <w:position w:val="-6"/>
          <w:sz w:val="24"/>
          <w:szCs w:val="24"/>
        </w:rPr>
        <w:object w:dxaOrig="200" w:dyaOrig="279" w14:anchorId="7B62E194">
          <v:shape id="_x0000_i2684" type="#_x0000_t75" style="width:10.2pt;height:13.8pt" o:ole="">
            <v:imagedata r:id="rId1663" o:title=""/>
          </v:shape>
          <o:OLEObject Type="Embed" ProgID="Equation.DSMT4" ShapeID="_x0000_i2684" DrawAspect="Content" ObjectID="_1699835968" r:id="rId1664"/>
        </w:object>
      </w:r>
      <w:r w:rsidRPr="00B13C4C">
        <w:rPr>
          <w:rFonts w:ascii="Times New Roman" w:hAnsi="Times New Roman" w:cs="Times New Roman"/>
          <w:sz w:val="24"/>
          <w:szCs w:val="24"/>
        </w:rPr>
        <w:t xml:space="preserve"> số nghiệm của phương trình: </w:t>
      </w:r>
      <w:r w:rsidRPr="00B13C4C">
        <w:rPr>
          <w:rFonts w:ascii="Times New Roman" w:hAnsi="Times New Roman" w:cs="Times New Roman"/>
          <w:position w:val="-6"/>
          <w:sz w:val="24"/>
          <w:szCs w:val="24"/>
        </w:rPr>
        <w:object w:dxaOrig="1460" w:dyaOrig="320" w14:anchorId="1B74ECB2">
          <v:shape id="_x0000_i2685" type="#_x0000_t75" style="width:73.2pt;height:16.2pt" o:ole="">
            <v:imagedata r:id="rId1665" o:title=""/>
          </v:shape>
          <o:OLEObject Type="Embed" ProgID="Equation.DSMT4" ShapeID="_x0000_i2685" DrawAspect="Content" ObjectID="_1699835969" r:id="rId1666"/>
        </w:object>
      </w:r>
    </w:p>
    <w:p w14:paraId="07F41D8C" w14:textId="77777777" w:rsidR="00B13C4C" w:rsidRPr="00B13C4C" w:rsidRDefault="00B13C4C" w:rsidP="009A6992">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2: </w:t>
      </w:r>
      <w:r w:rsidRPr="00B13C4C">
        <w:rPr>
          <w:rFonts w:ascii="Times New Roman" w:hAnsi="Times New Roman" w:cs="Times New Roman"/>
          <w:sz w:val="24"/>
          <w:szCs w:val="24"/>
        </w:rPr>
        <w:t>Giải các phương trình sau:</w:t>
      </w:r>
    </w:p>
    <w:p w14:paraId="3B1E30F8" w14:textId="77777777" w:rsidR="00B13C4C" w:rsidRPr="00B13C4C" w:rsidRDefault="00B13C4C" w:rsidP="009A6992">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a. </w:t>
      </w:r>
      <w:r w:rsidRPr="00B13C4C">
        <w:rPr>
          <w:rFonts w:ascii="Times New Roman" w:hAnsi="Times New Roman" w:cs="Times New Roman"/>
          <w:position w:val="-10"/>
          <w:sz w:val="24"/>
          <w:szCs w:val="24"/>
        </w:rPr>
        <w:object w:dxaOrig="2360" w:dyaOrig="360" w14:anchorId="6FA92654">
          <v:shape id="_x0000_i2686" type="#_x0000_t75" style="width:118.2pt;height:18pt" o:ole="">
            <v:imagedata r:id="rId1667" o:title=""/>
          </v:shape>
          <o:OLEObject Type="Embed" ProgID="Equation.DSMT4" ShapeID="_x0000_i2686" DrawAspect="Content" ObjectID="_1699835970" r:id="rId1668"/>
        </w:object>
      </w:r>
      <w:r w:rsidRPr="00B13C4C">
        <w:rPr>
          <w:rFonts w:ascii="Times New Roman" w:hAnsi="Times New Roman" w:cs="Times New Roman"/>
          <w:sz w:val="24"/>
          <w:szCs w:val="24"/>
        </w:rPr>
        <w:t>.</w:t>
      </w:r>
    </w:p>
    <w:p w14:paraId="10495AE9" w14:textId="77777777" w:rsidR="00B13C4C" w:rsidRPr="00B13C4C" w:rsidRDefault="00B13C4C" w:rsidP="009A6992">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b. </w:t>
      </w:r>
      <w:r w:rsidRPr="00B13C4C">
        <w:rPr>
          <w:rFonts w:ascii="Times New Roman" w:hAnsi="Times New Roman" w:cs="Times New Roman"/>
          <w:position w:val="-8"/>
          <w:sz w:val="24"/>
          <w:szCs w:val="24"/>
        </w:rPr>
        <w:object w:dxaOrig="2380" w:dyaOrig="400" w14:anchorId="47305129">
          <v:shape id="_x0000_i2687" type="#_x0000_t75" style="width:118.8pt;height:19.8pt" o:ole="">
            <v:imagedata r:id="rId1669" o:title=""/>
          </v:shape>
          <o:OLEObject Type="Embed" ProgID="Equation.DSMT4" ShapeID="_x0000_i2687" DrawAspect="Content" ObjectID="_1699835971" r:id="rId1670"/>
        </w:object>
      </w:r>
    </w:p>
    <w:p w14:paraId="693154B0" w14:textId="77777777" w:rsidR="00B13C4C" w:rsidRPr="00B13C4C" w:rsidRDefault="00B13C4C" w:rsidP="009A6992">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3: </w:t>
      </w:r>
      <w:r w:rsidRPr="00B13C4C">
        <w:rPr>
          <w:rFonts w:ascii="Times New Roman" w:hAnsi="Times New Roman" w:cs="Times New Roman"/>
          <w:sz w:val="24"/>
          <w:szCs w:val="24"/>
        </w:rPr>
        <w:t xml:space="preserve">Trong hệ trục tọa độ </w:t>
      </w:r>
      <w:r w:rsidRPr="00B13C4C">
        <w:rPr>
          <w:rFonts w:ascii="Times New Roman" w:hAnsi="Times New Roman" w:cs="Times New Roman"/>
          <w:position w:val="-10"/>
          <w:sz w:val="24"/>
          <w:szCs w:val="24"/>
        </w:rPr>
        <w:object w:dxaOrig="620" w:dyaOrig="320" w14:anchorId="23A67A6C">
          <v:shape id="_x0000_i2688" type="#_x0000_t75" style="width:31.2pt;height:16.2pt" o:ole="">
            <v:imagedata r:id="rId1671" o:title=""/>
          </v:shape>
          <o:OLEObject Type="Embed" ProgID="Equation.DSMT4" ShapeID="_x0000_i2688" DrawAspect="Content" ObjectID="_1699835972" r:id="rId1672"/>
        </w:object>
      </w:r>
      <w:r w:rsidRPr="00B13C4C">
        <w:rPr>
          <w:rFonts w:ascii="Times New Roman" w:hAnsi="Times New Roman" w:cs="Times New Roman"/>
          <w:sz w:val="24"/>
          <w:szCs w:val="24"/>
        </w:rPr>
        <w:t xml:space="preserve"> cho bốn điểm: </w:t>
      </w:r>
      <w:r w:rsidRPr="00B13C4C">
        <w:rPr>
          <w:rFonts w:ascii="Times New Roman" w:hAnsi="Times New Roman" w:cs="Times New Roman"/>
          <w:position w:val="-10"/>
          <w:sz w:val="24"/>
          <w:szCs w:val="24"/>
        </w:rPr>
        <w:object w:dxaOrig="3200" w:dyaOrig="320" w14:anchorId="44B3439F">
          <v:shape id="_x0000_i2689" type="#_x0000_t75" style="width:160.2pt;height:16.2pt" o:ole="">
            <v:imagedata r:id="rId1673" o:title=""/>
          </v:shape>
          <o:OLEObject Type="Embed" ProgID="Equation.DSMT4" ShapeID="_x0000_i2689" DrawAspect="Content" ObjectID="_1699835973" r:id="rId1674"/>
        </w:object>
      </w:r>
      <w:r w:rsidRPr="00B13C4C">
        <w:rPr>
          <w:rFonts w:ascii="Times New Roman" w:hAnsi="Times New Roman" w:cs="Times New Roman"/>
          <w:sz w:val="24"/>
          <w:szCs w:val="24"/>
        </w:rPr>
        <w:t>.</w:t>
      </w:r>
    </w:p>
    <w:p w14:paraId="248ADF0C" w14:textId="77777777" w:rsidR="00B13C4C" w:rsidRPr="00B13C4C" w:rsidRDefault="00B13C4C" w:rsidP="009A6992">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a. Chứng minh bốn điềm đã cho tạo thành hình bình hành </w:t>
      </w:r>
      <w:r w:rsidRPr="00B13C4C">
        <w:rPr>
          <w:rFonts w:ascii="Times New Roman" w:hAnsi="Times New Roman" w:cs="Times New Roman"/>
          <w:position w:val="-6"/>
          <w:sz w:val="24"/>
          <w:szCs w:val="24"/>
        </w:rPr>
        <w:object w:dxaOrig="720" w:dyaOrig="279" w14:anchorId="2C36020E">
          <v:shape id="_x0000_i2690" type="#_x0000_t75" style="width:36pt;height:13.8pt" o:ole="">
            <v:imagedata r:id="rId1675" o:title=""/>
          </v:shape>
          <o:OLEObject Type="Embed" ProgID="Equation.DSMT4" ShapeID="_x0000_i2690" DrawAspect="Content" ObjectID="_1699835974" r:id="rId1676"/>
        </w:object>
      </w:r>
      <w:r w:rsidRPr="00B13C4C">
        <w:rPr>
          <w:rFonts w:ascii="Times New Roman" w:hAnsi="Times New Roman" w:cs="Times New Roman"/>
          <w:sz w:val="24"/>
          <w:szCs w:val="24"/>
        </w:rPr>
        <w:t>. Tìm tọa độ tâm hình bình hành đó.</w:t>
      </w:r>
    </w:p>
    <w:p w14:paraId="7E9B938A" w14:textId="77777777" w:rsidR="00B13C4C" w:rsidRPr="00B13C4C" w:rsidRDefault="00B13C4C" w:rsidP="009A6992">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b. Gọi </w:t>
      </w:r>
      <w:r w:rsidRPr="00B13C4C">
        <w:rPr>
          <w:rFonts w:ascii="Times New Roman" w:hAnsi="Times New Roman" w:cs="Times New Roman"/>
          <w:position w:val="-6"/>
          <w:sz w:val="24"/>
          <w:szCs w:val="24"/>
        </w:rPr>
        <w:object w:dxaOrig="260" w:dyaOrig="279" w14:anchorId="2EF99E04">
          <v:shape id="_x0000_i2691" type="#_x0000_t75" style="width:13.2pt;height:13.8pt" o:ole="">
            <v:imagedata r:id="rId1677" o:title=""/>
          </v:shape>
          <o:OLEObject Type="Embed" ProgID="Equation.DSMT4" ShapeID="_x0000_i2691" DrawAspect="Content" ObjectID="_1699835975" r:id="rId1678"/>
        </w:object>
      </w:r>
      <w:r w:rsidRPr="00B13C4C">
        <w:rPr>
          <w:rFonts w:ascii="Times New Roman" w:hAnsi="Times New Roman" w:cs="Times New Roman"/>
          <w:sz w:val="24"/>
          <w:szCs w:val="24"/>
        </w:rPr>
        <w:t xml:space="preserve"> là trọng tâm tam giác </w:t>
      </w:r>
      <w:r w:rsidRPr="00B13C4C">
        <w:rPr>
          <w:rFonts w:ascii="Times New Roman" w:hAnsi="Times New Roman" w:cs="Times New Roman"/>
          <w:position w:val="-6"/>
          <w:sz w:val="24"/>
          <w:szCs w:val="24"/>
        </w:rPr>
        <w:object w:dxaOrig="560" w:dyaOrig="279" w14:anchorId="392FCB82">
          <v:shape id="_x0000_i2692" type="#_x0000_t75" style="width:28.2pt;height:13.8pt" o:ole="">
            <v:imagedata r:id="rId1679" o:title=""/>
          </v:shape>
          <o:OLEObject Type="Embed" ProgID="Equation.DSMT4" ShapeID="_x0000_i2692" DrawAspect="Content" ObjectID="_1699835976" r:id="rId1680"/>
        </w:object>
      </w:r>
      <w:r w:rsidRPr="00B13C4C">
        <w:rPr>
          <w:rFonts w:ascii="Times New Roman" w:hAnsi="Times New Roman" w:cs="Times New Roman"/>
          <w:sz w:val="24"/>
          <w:szCs w:val="24"/>
        </w:rPr>
        <w:t xml:space="preserve">. Tìm tọa độ điểm </w:t>
      </w:r>
      <w:r w:rsidRPr="00B13C4C">
        <w:rPr>
          <w:rFonts w:ascii="Times New Roman" w:hAnsi="Times New Roman" w:cs="Times New Roman"/>
          <w:position w:val="-4"/>
          <w:sz w:val="24"/>
          <w:szCs w:val="24"/>
        </w:rPr>
        <w:object w:dxaOrig="240" w:dyaOrig="260" w14:anchorId="799EFBB6">
          <v:shape id="_x0000_i2693" type="#_x0000_t75" style="width:12pt;height:13.2pt" o:ole="">
            <v:imagedata r:id="rId1681" o:title=""/>
          </v:shape>
          <o:OLEObject Type="Embed" ProgID="Equation.DSMT4" ShapeID="_x0000_i2693" DrawAspect="Content" ObjectID="_1699835977" r:id="rId1682"/>
        </w:object>
      </w:r>
      <w:r w:rsidRPr="00B13C4C">
        <w:rPr>
          <w:rFonts w:ascii="Times New Roman" w:hAnsi="Times New Roman" w:cs="Times New Roman"/>
          <w:sz w:val="24"/>
          <w:szCs w:val="24"/>
        </w:rPr>
        <w:t xml:space="preserve"> thỏa mãn: </w:t>
      </w:r>
      <w:r w:rsidRPr="00B13C4C">
        <w:rPr>
          <w:rFonts w:ascii="Times New Roman" w:hAnsi="Times New Roman" w:cs="Times New Roman"/>
          <w:position w:val="-6"/>
          <w:sz w:val="24"/>
          <w:szCs w:val="24"/>
        </w:rPr>
        <w:object w:dxaOrig="1760" w:dyaOrig="340" w14:anchorId="632B6BE0">
          <v:shape id="_x0000_i2694" type="#_x0000_t75" style="width:88.2pt;height:16.8pt" o:ole="">
            <v:imagedata r:id="rId1683" o:title=""/>
          </v:shape>
          <o:OLEObject Type="Embed" ProgID="Equation.DSMT4" ShapeID="_x0000_i2694" DrawAspect="Content" ObjectID="_1699835978" r:id="rId1684"/>
        </w:object>
      </w:r>
    </w:p>
    <w:p w14:paraId="31782093" w14:textId="77777777" w:rsidR="00B13C4C" w:rsidRPr="00B13C4C" w:rsidRDefault="00B13C4C" w:rsidP="009A6992">
      <w:pPr>
        <w:ind w:left="992"/>
        <w:jc w:val="center"/>
        <w:rPr>
          <w:rFonts w:ascii="Times New Roman" w:hAnsi="Times New Roman" w:cs="Times New Roman"/>
          <w:b/>
          <w:sz w:val="24"/>
          <w:szCs w:val="24"/>
        </w:rPr>
      </w:pPr>
      <w:r w:rsidRPr="00B13C4C">
        <w:rPr>
          <w:rFonts w:ascii="Times New Roman" w:hAnsi="Times New Roman" w:cs="Times New Roman"/>
          <w:b/>
          <w:sz w:val="24"/>
          <w:szCs w:val="24"/>
        </w:rPr>
        <w:lastRenderedPageBreak/>
        <w:t>BẢNG ĐÁP ÁN</w:t>
      </w:r>
    </w:p>
    <w:tbl>
      <w:tblPr>
        <w:tblStyle w:val="TableGrid"/>
        <w:tblW w:w="0" w:type="auto"/>
        <w:tblInd w:w="992" w:type="dxa"/>
        <w:tblLook w:val="04A0" w:firstRow="1" w:lastRow="0" w:firstColumn="1" w:lastColumn="0" w:noHBand="0" w:noVBand="1"/>
      </w:tblPr>
      <w:tblGrid>
        <w:gridCol w:w="510"/>
        <w:gridCol w:w="510"/>
        <w:gridCol w:w="511"/>
        <w:gridCol w:w="511"/>
        <w:gridCol w:w="511"/>
        <w:gridCol w:w="511"/>
        <w:gridCol w:w="511"/>
        <w:gridCol w:w="511"/>
        <w:gridCol w:w="511"/>
        <w:gridCol w:w="511"/>
        <w:gridCol w:w="512"/>
        <w:gridCol w:w="512"/>
        <w:gridCol w:w="512"/>
        <w:gridCol w:w="512"/>
        <w:gridCol w:w="512"/>
        <w:gridCol w:w="512"/>
        <w:gridCol w:w="512"/>
        <w:gridCol w:w="512"/>
      </w:tblGrid>
      <w:tr w:rsidR="00B13C4C" w:rsidRPr="00B13C4C" w14:paraId="2C9F99E9" w14:textId="77777777" w:rsidTr="00B13C4C">
        <w:tc>
          <w:tcPr>
            <w:tcW w:w="566" w:type="dxa"/>
            <w:shd w:val="clear" w:color="auto" w:fill="FFFF32"/>
          </w:tcPr>
          <w:p w14:paraId="45235EDA" w14:textId="2117EAB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w:t>
            </w:r>
          </w:p>
        </w:tc>
        <w:tc>
          <w:tcPr>
            <w:tcW w:w="566" w:type="dxa"/>
            <w:shd w:val="clear" w:color="auto" w:fill="FFFF32"/>
          </w:tcPr>
          <w:p w14:paraId="78FABD2A" w14:textId="2D94D231"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w:t>
            </w:r>
          </w:p>
        </w:tc>
        <w:tc>
          <w:tcPr>
            <w:tcW w:w="566" w:type="dxa"/>
            <w:shd w:val="clear" w:color="auto" w:fill="FFFF32"/>
          </w:tcPr>
          <w:p w14:paraId="4637EAA5" w14:textId="41506101"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w:t>
            </w:r>
          </w:p>
        </w:tc>
        <w:tc>
          <w:tcPr>
            <w:tcW w:w="566" w:type="dxa"/>
            <w:shd w:val="clear" w:color="auto" w:fill="FFFF32"/>
          </w:tcPr>
          <w:p w14:paraId="6A31957A" w14:textId="43A6323A"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4</w:t>
            </w:r>
          </w:p>
        </w:tc>
        <w:tc>
          <w:tcPr>
            <w:tcW w:w="566" w:type="dxa"/>
            <w:shd w:val="clear" w:color="auto" w:fill="FFFF32"/>
          </w:tcPr>
          <w:p w14:paraId="0B406BD9" w14:textId="59E1A88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5</w:t>
            </w:r>
          </w:p>
        </w:tc>
        <w:tc>
          <w:tcPr>
            <w:tcW w:w="566" w:type="dxa"/>
            <w:shd w:val="clear" w:color="auto" w:fill="FFFF32"/>
          </w:tcPr>
          <w:p w14:paraId="41762758" w14:textId="410BD5A8"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6</w:t>
            </w:r>
          </w:p>
        </w:tc>
        <w:tc>
          <w:tcPr>
            <w:tcW w:w="566" w:type="dxa"/>
            <w:shd w:val="clear" w:color="auto" w:fill="FFFF32"/>
          </w:tcPr>
          <w:p w14:paraId="6CD027B1" w14:textId="7E105CDA"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7</w:t>
            </w:r>
          </w:p>
        </w:tc>
        <w:tc>
          <w:tcPr>
            <w:tcW w:w="566" w:type="dxa"/>
            <w:shd w:val="clear" w:color="auto" w:fill="FFFF32"/>
          </w:tcPr>
          <w:p w14:paraId="088FB182" w14:textId="54C71AB2"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8</w:t>
            </w:r>
          </w:p>
        </w:tc>
        <w:tc>
          <w:tcPr>
            <w:tcW w:w="566" w:type="dxa"/>
            <w:shd w:val="clear" w:color="auto" w:fill="FFFF32"/>
          </w:tcPr>
          <w:p w14:paraId="0B99739D" w14:textId="7557F01C"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9</w:t>
            </w:r>
          </w:p>
        </w:tc>
        <w:tc>
          <w:tcPr>
            <w:tcW w:w="566" w:type="dxa"/>
            <w:shd w:val="clear" w:color="auto" w:fill="FFFF32"/>
          </w:tcPr>
          <w:p w14:paraId="18F50808" w14:textId="49A34D05"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10</w:t>
            </w:r>
          </w:p>
        </w:tc>
        <w:tc>
          <w:tcPr>
            <w:tcW w:w="567" w:type="dxa"/>
            <w:shd w:val="clear" w:color="auto" w:fill="FFFF32"/>
          </w:tcPr>
          <w:p w14:paraId="0B41E504" w14:textId="18CE938F"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11</w:t>
            </w:r>
          </w:p>
        </w:tc>
        <w:tc>
          <w:tcPr>
            <w:tcW w:w="567" w:type="dxa"/>
            <w:shd w:val="clear" w:color="auto" w:fill="FFFF32"/>
          </w:tcPr>
          <w:p w14:paraId="79FB7037" w14:textId="47FF8727"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12</w:t>
            </w:r>
          </w:p>
        </w:tc>
        <w:tc>
          <w:tcPr>
            <w:tcW w:w="567" w:type="dxa"/>
            <w:shd w:val="clear" w:color="auto" w:fill="FFFF32"/>
          </w:tcPr>
          <w:p w14:paraId="3E0CDCCD" w14:textId="30F0B178"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13</w:t>
            </w:r>
          </w:p>
        </w:tc>
        <w:tc>
          <w:tcPr>
            <w:tcW w:w="567" w:type="dxa"/>
            <w:shd w:val="clear" w:color="auto" w:fill="FFFF32"/>
          </w:tcPr>
          <w:p w14:paraId="0E7F70D4" w14:textId="1CD51B51"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14</w:t>
            </w:r>
          </w:p>
        </w:tc>
        <w:tc>
          <w:tcPr>
            <w:tcW w:w="567" w:type="dxa"/>
            <w:shd w:val="clear" w:color="auto" w:fill="FFFF32"/>
          </w:tcPr>
          <w:p w14:paraId="4A182C03" w14:textId="3685BA48"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15</w:t>
            </w:r>
          </w:p>
        </w:tc>
        <w:tc>
          <w:tcPr>
            <w:tcW w:w="567" w:type="dxa"/>
            <w:shd w:val="clear" w:color="auto" w:fill="FFFF32"/>
          </w:tcPr>
          <w:p w14:paraId="1C5D555F" w14:textId="43483D6A"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16</w:t>
            </w:r>
          </w:p>
        </w:tc>
        <w:tc>
          <w:tcPr>
            <w:tcW w:w="567" w:type="dxa"/>
            <w:shd w:val="clear" w:color="auto" w:fill="FFFF32"/>
          </w:tcPr>
          <w:p w14:paraId="43A0CEAA" w14:textId="4568DC81"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17</w:t>
            </w:r>
          </w:p>
        </w:tc>
        <w:tc>
          <w:tcPr>
            <w:tcW w:w="567" w:type="dxa"/>
            <w:shd w:val="clear" w:color="auto" w:fill="FFFF32"/>
          </w:tcPr>
          <w:p w14:paraId="0B252F98" w14:textId="62E02843"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18</w:t>
            </w:r>
          </w:p>
        </w:tc>
      </w:tr>
      <w:tr w:rsidR="00B13C4C" w:rsidRPr="00B13C4C" w14:paraId="3935AC94" w14:textId="77777777" w:rsidTr="00B13C4C">
        <w:tc>
          <w:tcPr>
            <w:tcW w:w="566" w:type="dxa"/>
            <w:tcBorders>
              <w:bottom w:val="single" w:sz="4" w:space="0" w:color="auto"/>
            </w:tcBorders>
          </w:tcPr>
          <w:p w14:paraId="01E04243" w14:textId="4FE92902"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Borders>
              <w:bottom w:val="single" w:sz="4" w:space="0" w:color="auto"/>
            </w:tcBorders>
          </w:tcPr>
          <w:p w14:paraId="135AA3D0" w14:textId="3ED7188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Borders>
              <w:bottom w:val="single" w:sz="4" w:space="0" w:color="auto"/>
            </w:tcBorders>
          </w:tcPr>
          <w:p w14:paraId="174B2122" w14:textId="5CD4D4F9"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Borders>
              <w:bottom w:val="single" w:sz="4" w:space="0" w:color="auto"/>
            </w:tcBorders>
          </w:tcPr>
          <w:p w14:paraId="3842D32B" w14:textId="6BFB3DC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Borders>
              <w:bottom w:val="single" w:sz="4" w:space="0" w:color="auto"/>
            </w:tcBorders>
          </w:tcPr>
          <w:p w14:paraId="76ABECD6" w14:textId="207EF083"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Borders>
              <w:bottom w:val="single" w:sz="4" w:space="0" w:color="auto"/>
            </w:tcBorders>
          </w:tcPr>
          <w:p w14:paraId="3CA9D43D" w14:textId="40DDA1FD"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Borders>
              <w:bottom w:val="single" w:sz="4" w:space="0" w:color="auto"/>
            </w:tcBorders>
          </w:tcPr>
          <w:p w14:paraId="5A4003CC" w14:textId="119C3CE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Borders>
              <w:bottom w:val="single" w:sz="4" w:space="0" w:color="auto"/>
            </w:tcBorders>
          </w:tcPr>
          <w:p w14:paraId="64DE8891" w14:textId="31DA3E05"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Borders>
              <w:bottom w:val="single" w:sz="4" w:space="0" w:color="auto"/>
            </w:tcBorders>
          </w:tcPr>
          <w:p w14:paraId="482A0C40" w14:textId="1C8A0B34"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Borders>
              <w:bottom w:val="single" w:sz="4" w:space="0" w:color="auto"/>
            </w:tcBorders>
          </w:tcPr>
          <w:p w14:paraId="1024CA78" w14:textId="76DC8502"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Borders>
              <w:bottom w:val="single" w:sz="4" w:space="0" w:color="auto"/>
            </w:tcBorders>
          </w:tcPr>
          <w:p w14:paraId="6E78218D" w14:textId="04E783A2"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Borders>
              <w:bottom w:val="single" w:sz="4" w:space="0" w:color="auto"/>
            </w:tcBorders>
          </w:tcPr>
          <w:p w14:paraId="11AC14C3" w14:textId="40B1928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Borders>
              <w:bottom w:val="single" w:sz="4" w:space="0" w:color="auto"/>
            </w:tcBorders>
          </w:tcPr>
          <w:p w14:paraId="11A53E1B" w14:textId="774F131D"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Borders>
              <w:bottom w:val="single" w:sz="4" w:space="0" w:color="auto"/>
            </w:tcBorders>
          </w:tcPr>
          <w:p w14:paraId="0B4C4D4E" w14:textId="2F9D4A14"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Borders>
              <w:bottom w:val="single" w:sz="4" w:space="0" w:color="auto"/>
            </w:tcBorders>
          </w:tcPr>
          <w:p w14:paraId="093E655B" w14:textId="402FB58F"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Borders>
              <w:bottom w:val="single" w:sz="4" w:space="0" w:color="auto"/>
            </w:tcBorders>
          </w:tcPr>
          <w:p w14:paraId="39C31A7E" w14:textId="0155160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Borders>
              <w:bottom w:val="single" w:sz="4" w:space="0" w:color="auto"/>
            </w:tcBorders>
          </w:tcPr>
          <w:p w14:paraId="0CDC23BA" w14:textId="383BC82A"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Borders>
              <w:bottom w:val="single" w:sz="4" w:space="0" w:color="auto"/>
            </w:tcBorders>
          </w:tcPr>
          <w:p w14:paraId="745342C6" w14:textId="687ACC1F"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r>
      <w:tr w:rsidR="00B13C4C" w:rsidRPr="00B13C4C" w14:paraId="0C914977" w14:textId="77777777" w:rsidTr="00B13C4C">
        <w:tc>
          <w:tcPr>
            <w:tcW w:w="566" w:type="dxa"/>
            <w:shd w:val="clear" w:color="auto" w:fill="FFFF32"/>
          </w:tcPr>
          <w:p w14:paraId="5B2A6CFA" w14:textId="4C7585A7"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19</w:t>
            </w:r>
          </w:p>
        </w:tc>
        <w:tc>
          <w:tcPr>
            <w:tcW w:w="566" w:type="dxa"/>
            <w:shd w:val="clear" w:color="auto" w:fill="FFFF32"/>
          </w:tcPr>
          <w:p w14:paraId="05A38A0A" w14:textId="53954669"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20</w:t>
            </w:r>
          </w:p>
        </w:tc>
        <w:tc>
          <w:tcPr>
            <w:tcW w:w="566" w:type="dxa"/>
            <w:shd w:val="clear" w:color="auto" w:fill="FFFF32"/>
          </w:tcPr>
          <w:p w14:paraId="6DF36597" w14:textId="20BB15D2"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21</w:t>
            </w:r>
          </w:p>
        </w:tc>
        <w:tc>
          <w:tcPr>
            <w:tcW w:w="566" w:type="dxa"/>
            <w:shd w:val="clear" w:color="auto" w:fill="FFFF32"/>
          </w:tcPr>
          <w:p w14:paraId="2D8D4865" w14:textId="4440CD70"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22</w:t>
            </w:r>
          </w:p>
        </w:tc>
        <w:tc>
          <w:tcPr>
            <w:tcW w:w="566" w:type="dxa"/>
            <w:shd w:val="clear" w:color="auto" w:fill="FFFF32"/>
          </w:tcPr>
          <w:p w14:paraId="201F0BF5" w14:textId="05162BB7"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23</w:t>
            </w:r>
          </w:p>
        </w:tc>
        <w:tc>
          <w:tcPr>
            <w:tcW w:w="566" w:type="dxa"/>
            <w:shd w:val="clear" w:color="auto" w:fill="FFFF32"/>
          </w:tcPr>
          <w:p w14:paraId="621A717F" w14:textId="3E97BFC8"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24</w:t>
            </w:r>
          </w:p>
        </w:tc>
        <w:tc>
          <w:tcPr>
            <w:tcW w:w="566" w:type="dxa"/>
            <w:shd w:val="clear" w:color="auto" w:fill="FFFF32"/>
          </w:tcPr>
          <w:p w14:paraId="2B80F785" w14:textId="5EA52D40"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25</w:t>
            </w:r>
          </w:p>
        </w:tc>
        <w:tc>
          <w:tcPr>
            <w:tcW w:w="566" w:type="dxa"/>
            <w:shd w:val="clear" w:color="auto" w:fill="FFFF32"/>
          </w:tcPr>
          <w:p w14:paraId="0DA46FC1" w14:textId="01C5E90A"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26</w:t>
            </w:r>
          </w:p>
        </w:tc>
        <w:tc>
          <w:tcPr>
            <w:tcW w:w="566" w:type="dxa"/>
            <w:shd w:val="clear" w:color="auto" w:fill="FFFF32"/>
          </w:tcPr>
          <w:p w14:paraId="785FE8B2" w14:textId="2089D09E"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27</w:t>
            </w:r>
          </w:p>
        </w:tc>
        <w:tc>
          <w:tcPr>
            <w:tcW w:w="566" w:type="dxa"/>
            <w:shd w:val="clear" w:color="auto" w:fill="FFFF32"/>
          </w:tcPr>
          <w:p w14:paraId="126EED9A" w14:textId="621508C7"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28</w:t>
            </w:r>
          </w:p>
        </w:tc>
        <w:tc>
          <w:tcPr>
            <w:tcW w:w="567" w:type="dxa"/>
            <w:shd w:val="clear" w:color="auto" w:fill="FFFF32"/>
          </w:tcPr>
          <w:p w14:paraId="449DE704" w14:textId="5BFEA0C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29</w:t>
            </w:r>
          </w:p>
        </w:tc>
        <w:tc>
          <w:tcPr>
            <w:tcW w:w="567" w:type="dxa"/>
            <w:shd w:val="clear" w:color="auto" w:fill="FFFF32"/>
          </w:tcPr>
          <w:p w14:paraId="78B45586" w14:textId="526B782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30</w:t>
            </w:r>
          </w:p>
        </w:tc>
        <w:tc>
          <w:tcPr>
            <w:tcW w:w="567" w:type="dxa"/>
            <w:shd w:val="clear" w:color="auto" w:fill="FFFF32"/>
          </w:tcPr>
          <w:p w14:paraId="3941E40D" w14:textId="7FEDDD16"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31</w:t>
            </w:r>
          </w:p>
        </w:tc>
        <w:tc>
          <w:tcPr>
            <w:tcW w:w="567" w:type="dxa"/>
            <w:shd w:val="clear" w:color="auto" w:fill="FFFF32"/>
          </w:tcPr>
          <w:p w14:paraId="2FD68FA1" w14:textId="6347A288"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32</w:t>
            </w:r>
          </w:p>
        </w:tc>
        <w:tc>
          <w:tcPr>
            <w:tcW w:w="567" w:type="dxa"/>
            <w:shd w:val="clear" w:color="auto" w:fill="FFFF32"/>
          </w:tcPr>
          <w:p w14:paraId="5550E336" w14:textId="4E3319E4"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33</w:t>
            </w:r>
          </w:p>
        </w:tc>
        <w:tc>
          <w:tcPr>
            <w:tcW w:w="567" w:type="dxa"/>
            <w:shd w:val="clear" w:color="auto" w:fill="FFFF32"/>
          </w:tcPr>
          <w:p w14:paraId="1B2972A6" w14:textId="19751B8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34</w:t>
            </w:r>
          </w:p>
        </w:tc>
        <w:tc>
          <w:tcPr>
            <w:tcW w:w="567" w:type="dxa"/>
            <w:shd w:val="clear" w:color="auto" w:fill="FFFF32"/>
          </w:tcPr>
          <w:p w14:paraId="20201097" w14:textId="3CAE638F"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35</w:t>
            </w:r>
          </w:p>
        </w:tc>
        <w:tc>
          <w:tcPr>
            <w:tcW w:w="567" w:type="dxa"/>
            <w:shd w:val="clear" w:color="auto" w:fill="FFFF32"/>
          </w:tcPr>
          <w:p w14:paraId="092932DF" w14:textId="092E4A68"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36</w:t>
            </w:r>
          </w:p>
        </w:tc>
      </w:tr>
      <w:tr w:rsidR="00B13C4C" w:rsidRPr="00B13C4C" w14:paraId="0157D1CA" w14:textId="77777777" w:rsidTr="00B13C4C">
        <w:tc>
          <w:tcPr>
            <w:tcW w:w="566" w:type="dxa"/>
          </w:tcPr>
          <w:p w14:paraId="3CBC1367" w14:textId="49F5B6E6"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Pr>
          <w:p w14:paraId="1641209A" w14:textId="72767622"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Pr>
          <w:p w14:paraId="5B8C60AD" w14:textId="459EFBB9"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Pr>
          <w:p w14:paraId="3365B78C" w14:textId="7F2BCE55"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Pr>
          <w:p w14:paraId="603F4282" w14:textId="4E9782D2"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Pr>
          <w:p w14:paraId="75E76E75" w14:textId="25829A84"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Pr>
          <w:p w14:paraId="4A857AA9" w14:textId="1E6E86D5"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Pr>
          <w:p w14:paraId="7DBF7E7B" w14:textId="11375ACB"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Pr>
          <w:p w14:paraId="366433C3" w14:textId="13A2E72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Pr>
          <w:p w14:paraId="3D229C14" w14:textId="6B8B837C"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7" w:type="dxa"/>
          </w:tcPr>
          <w:p w14:paraId="73CA75BE" w14:textId="6240199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Pr>
          <w:p w14:paraId="3913E8FE" w14:textId="5022A546"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Pr>
          <w:p w14:paraId="4BDE3290" w14:textId="5C2B4C1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Pr>
          <w:p w14:paraId="2646936F" w14:textId="0412EA26"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Pr>
          <w:p w14:paraId="7C92C9FC" w14:textId="64AD5479"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Pr>
          <w:p w14:paraId="265BBF63" w14:textId="688E8749"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Pr>
          <w:p w14:paraId="28C9EFBD" w14:textId="3EE8F9D9"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Pr>
          <w:p w14:paraId="65FEF708" w14:textId="77777777" w:rsidR="00B13C4C" w:rsidRPr="00B13C4C" w:rsidRDefault="00B13C4C" w:rsidP="00B13C4C">
            <w:pPr>
              <w:ind w:left="-57" w:right="-57"/>
              <w:jc w:val="center"/>
              <w:rPr>
                <w:rFonts w:ascii="Times New Roman" w:hAnsi="Times New Roman" w:cs="Times New Roman"/>
                <w:b/>
                <w:color w:val="0000FF"/>
                <w:sz w:val="24"/>
                <w:szCs w:val="24"/>
              </w:rPr>
            </w:pPr>
          </w:p>
        </w:tc>
      </w:tr>
    </w:tbl>
    <w:p w14:paraId="7D811EC4" w14:textId="77777777" w:rsidR="00B13C4C" w:rsidRPr="00B13C4C" w:rsidRDefault="00B13C4C" w:rsidP="008F4990">
      <w:pPr>
        <w:ind w:left="992"/>
        <w:jc w:val="center"/>
        <w:rPr>
          <w:rFonts w:ascii="Times New Roman" w:hAnsi="Times New Roman" w:cs="Times New Roman"/>
          <w:b/>
          <w:sz w:val="24"/>
          <w:szCs w:val="24"/>
        </w:rPr>
      </w:pPr>
      <w:r w:rsidRPr="00B13C4C">
        <w:rPr>
          <w:rFonts w:ascii="Times New Roman" w:hAnsi="Times New Roman" w:cs="Times New Roman"/>
          <w:b/>
          <w:sz w:val="24"/>
          <w:szCs w:val="24"/>
        </w:rPr>
        <w:t>ĐỀ 5-15</w:t>
      </w:r>
    </w:p>
    <w:p w14:paraId="5D86422F" w14:textId="77777777" w:rsidR="00B13C4C" w:rsidRPr="00B13C4C" w:rsidRDefault="00B13C4C" w:rsidP="008F4990">
      <w:pPr>
        <w:ind w:left="992"/>
        <w:rPr>
          <w:rFonts w:ascii="Times New Roman" w:hAnsi="Times New Roman" w:cs="Times New Roman"/>
          <w:sz w:val="24"/>
          <w:szCs w:val="24"/>
        </w:rPr>
      </w:pPr>
      <w:r w:rsidRPr="00B13C4C">
        <w:rPr>
          <w:rFonts w:ascii="Times New Roman" w:hAnsi="Times New Roman" w:cs="Times New Roman"/>
          <w:b/>
          <w:sz w:val="24"/>
          <w:szCs w:val="24"/>
        </w:rPr>
        <w:t>Phần I: Trắc nghiệm</w:t>
      </w:r>
    </w:p>
    <w:p w14:paraId="02A5DE05" w14:textId="77777777" w:rsidR="00B13C4C" w:rsidRPr="00B13C4C" w:rsidRDefault="00B13C4C" w:rsidP="008F4990">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Phủ định của mệnh đề: " </w:t>
      </w:r>
      <w:r w:rsidRPr="00B13C4C">
        <w:rPr>
          <w:rFonts w:ascii="Times New Roman" w:hAnsi="Times New Roman" w:cs="Times New Roman"/>
          <w:position w:val="-6"/>
          <w:sz w:val="24"/>
          <w:szCs w:val="24"/>
        </w:rPr>
        <w:object w:dxaOrig="2260" w:dyaOrig="320" w14:anchorId="54900119">
          <v:shape id="_x0000_i2695" type="#_x0000_t75" style="width:112.8pt;height:16.2pt" o:ole="">
            <v:imagedata r:id="rId1685" o:title=""/>
          </v:shape>
          <o:OLEObject Type="Embed" ProgID="Equation.DSMT4" ShapeID="_x0000_i2695" DrawAspect="Content" ObjectID="_1699835979" r:id="rId1686"/>
        </w:object>
      </w:r>
      <w:r w:rsidRPr="00B13C4C">
        <w:rPr>
          <w:rFonts w:ascii="Times New Roman" w:hAnsi="Times New Roman" w:cs="Times New Roman"/>
          <w:sz w:val="24"/>
          <w:szCs w:val="24"/>
        </w:rPr>
        <w:t xml:space="preserve"> " là:</w:t>
      </w:r>
    </w:p>
    <w:p w14:paraId="30430A3C"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 xml:space="preserve">" </w:t>
      </w:r>
      <w:r w:rsidRPr="00B13C4C">
        <w:rPr>
          <w:rFonts w:ascii="Times New Roman" w:hAnsi="Times New Roman" w:cs="Times New Roman"/>
          <w:position w:val="-6"/>
          <w:sz w:val="24"/>
          <w:szCs w:val="24"/>
        </w:rPr>
        <w:object w:dxaOrig="2360" w:dyaOrig="320" w14:anchorId="3386F267">
          <v:shape id="_x0000_i2696" type="#_x0000_t75" style="width:118.2pt;height:16.2pt" o:ole="">
            <v:imagedata r:id="rId1687" o:title=""/>
          </v:shape>
          <o:OLEObject Type="Embed" ProgID="Equation.DSMT4" ShapeID="_x0000_i2696" DrawAspect="Content" ObjectID="_1699835980" r:id="rId168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 xml:space="preserve">" </w:t>
      </w:r>
      <w:r w:rsidRPr="00B13C4C">
        <w:rPr>
          <w:rFonts w:ascii="Times New Roman" w:hAnsi="Times New Roman" w:cs="Times New Roman"/>
          <w:position w:val="-6"/>
          <w:sz w:val="24"/>
          <w:szCs w:val="24"/>
        </w:rPr>
        <w:object w:dxaOrig="2320" w:dyaOrig="320" w14:anchorId="5B0E167C">
          <v:shape id="_x0000_i2697" type="#_x0000_t75" style="width:115.8pt;height:16.2pt" o:ole="">
            <v:imagedata r:id="rId1689" o:title=""/>
          </v:shape>
          <o:OLEObject Type="Embed" ProgID="Equation.DSMT4" ShapeID="_x0000_i2697" DrawAspect="Content" ObjectID="_1699835981" r:id="rId1690"/>
        </w:object>
      </w:r>
      <w:r w:rsidRPr="00B13C4C">
        <w:rPr>
          <w:rFonts w:ascii="Times New Roman" w:hAnsi="Times New Roman" w:cs="Times New Roman"/>
          <w:sz w:val="24"/>
          <w:szCs w:val="24"/>
        </w:rPr>
        <w:t>.</w:t>
      </w:r>
    </w:p>
    <w:p w14:paraId="16EC5DEB"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 xml:space="preserve">" </w:t>
      </w:r>
      <w:r w:rsidRPr="00B13C4C">
        <w:rPr>
          <w:rFonts w:ascii="Times New Roman" w:hAnsi="Times New Roman" w:cs="Times New Roman"/>
          <w:position w:val="-6"/>
          <w:sz w:val="24"/>
          <w:szCs w:val="24"/>
        </w:rPr>
        <w:object w:dxaOrig="2360" w:dyaOrig="320" w14:anchorId="46816E4F">
          <v:shape id="_x0000_i2698" type="#_x0000_t75" style="width:118.2pt;height:16.2pt" o:ole="">
            <v:imagedata r:id="rId1691" o:title=""/>
          </v:shape>
          <o:OLEObject Type="Embed" ProgID="Equation.DSMT4" ShapeID="_x0000_i2698" DrawAspect="Content" ObjectID="_1699835982" r:id="rId169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 xml:space="preserve">" </w:t>
      </w:r>
      <w:r w:rsidRPr="00B13C4C">
        <w:rPr>
          <w:rFonts w:ascii="Times New Roman" w:hAnsi="Times New Roman" w:cs="Times New Roman"/>
          <w:position w:val="-6"/>
          <w:sz w:val="24"/>
          <w:szCs w:val="24"/>
        </w:rPr>
        <w:object w:dxaOrig="2320" w:dyaOrig="320" w14:anchorId="6E71AFAD">
          <v:shape id="_x0000_i2699" type="#_x0000_t75" style="width:115.8pt;height:16.2pt" o:ole="">
            <v:imagedata r:id="rId1693" o:title=""/>
          </v:shape>
          <o:OLEObject Type="Embed" ProgID="Equation.DSMT4" ShapeID="_x0000_i2699" DrawAspect="Content" ObjectID="_1699835983" r:id="rId1694"/>
        </w:object>
      </w:r>
      <w:r w:rsidRPr="00B13C4C">
        <w:rPr>
          <w:rFonts w:ascii="Times New Roman" w:hAnsi="Times New Roman" w:cs="Times New Roman"/>
          <w:sz w:val="24"/>
          <w:szCs w:val="24"/>
        </w:rPr>
        <w:t>.</w:t>
      </w:r>
    </w:p>
    <w:p w14:paraId="04DBBABF" w14:textId="77777777" w:rsidR="00B13C4C" w:rsidRPr="00B13C4C" w:rsidRDefault="00B13C4C" w:rsidP="008F4990">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hình bình hành </w:t>
      </w:r>
      <w:r w:rsidRPr="00B13C4C">
        <w:rPr>
          <w:rFonts w:ascii="Times New Roman" w:hAnsi="Times New Roman" w:cs="Times New Roman"/>
          <w:position w:val="-6"/>
          <w:sz w:val="24"/>
          <w:szCs w:val="24"/>
        </w:rPr>
        <w:object w:dxaOrig="720" w:dyaOrig="279" w14:anchorId="1A6D7E08">
          <v:shape id="_x0000_i2700" type="#_x0000_t75" style="width:36pt;height:13.8pt" o:ole="">
            <v:imagedata r:id="rId1695" o:title=""/>
          </v:shape>
          <o:OLEObject Type="Embed" ProgID="Equation.DSMT4" ShapeID="_x0000_i2700" DrawAspect="Content" ObjectID="_1699835984" r:id="rId1696"/>
        </w:object>
      </w:r>
      <w:r w:rsidRPr="00B13C4C">
        <w:rPr>
          <w:rFonts w:ascii="Times New Roman" w:hAnsi="Times New Roman" w:cs="Times New Roman"/>
          <w:sz w:val="24"/>
          <w:szCs w:val="24"/>
        </w:rPr>
        <w:t xml:space="preserve"> có </w:t>
      </w:r>
      <w:r w:rsidRPr="00B13C4C">
        <w:rPr>
          <w:rFonts w:ascii="Times New Roman" w:hAnsi="Times New Roman" w:cs="Times New Roman"/>
          <w:position w:val="-10"/>
          <w:sz w:val="24"/>
          <w:szCs w:val="24"/>
        </w:rPr>
        <w:object w:dxaOrig="2900" w:dyaOrig="400" w14:anchorId="7588A7E2">
          <v:shape id="_x0000_i2701" type="#_x0000_t75" style="width:145.2pt;height:19.8pt" o:ole="">
            <v:imagedata r:id="rId1697" o:title=""/>
          </v:shape>
          <o:OLEObject Type="Embed" ProgID="Equation.DSMT4" ShapeID="_x0000_i2701" DrawAspect="Content" ObjectID="_1699835985" r:id="rId1698"/>
        </w:object>
      </w:r>
      <w:r w:rsidRPr="00B13C4C">
        <w:rPr>
          <w:rFonts w:ascii="Times New Roman" w:hAnsi="Times New Roman" w:cs="Times New Roman"/>
          <w:sz w:val="24"/>
          <w:szCs w:val="24"/>
        </w:rPr>
        <w:t xml:space="preserve">. Điểm </w:t>
      </w:r>
      <w:r w:rsidRPr="00B13C4C">
        <w:rPr>
          <w:rFonts w:ascii="Times New Roman" w:hAnsi="Times New Roman" w:cs="Times New Roman"/>
          <w:position w:val="-4"/>
          <w:sz w:val="24"/>
          <w:szCs w:val="24"/>
        </w:rPr>
        <w:object w:dxaOrig="260" w:dyaOrig="260" w14:anchorId="169D8509">
          <v:shape id="_x0000_i2702" type="#_x0000_t75" style="width:13.2pt;height:13.2pt" o:ole="">
            <v:imagedata r:id="rId1699" o:title=""/>
          </v:shape>
          <o:OLEObject Type="Embed" ProgID="Equation.DSMT4" ShapeID="_x0000_i2702" DrawAspect="Content" ObjectID="_1699835986" r:id="rId1700"/>
        </w:object>
      </w:r>
      <w:r w:rsidRPr="00B13C4C">
        <w:rPr>
          <w:rFonts w:ascii="Times New Roman" w:hAnsi="Times New Roman" w:cs="Times New Roman"/>
          <w:sz w:val="24"/>
          <w:szCs w:val="24"/>
        </w:rPr>
        <w:t xml:space="preserve"> thuộc </w:t>
      </w:r>
      <w:r w:rsidRPr="00B13C4C">
        <w:rPr>
          <w:rFonts w:ascii="Times New Roman" w:hAnsi="Times New Roman" w:cs="Times New Roman"/>
          <w:position w:val="-4"/>
          <w:sz w:val="24"/>
          <w:szCs w:val="24"/>
        </w:rPr>
        <w:object w:dxaOrig="420" w:dyaOrig="260" w14:anchorId="34056E88">
          <v:shape id="_x0000_i2703" type="#_x0000_t75" style="width:21pt;height:13.2pt" o:ole="">
            <v:imagedata r:id="rId1701" o:title=""/>
          </v:shape>
          <o:OLEObject Type="Embed" ProgID="Equation.DSMT4" ShapeID="_x0000_i2703" DrawAspect="Content" ObjectID="_1699835987" r:id="rId1702"/>
        </w:object>
      </w:r>
      <w:r w:rsidRPr="00B13C4C">
        <w:rPr>
          <w:rFonts w:ascii="Times New Roman" w:hAnsi="Times New Roman" w:cs="Times New Roman"/>
          <w:sz w:val="24"/>
          <w:szCs w:val="24"/>
        </w:rPr>
        <w:t xml:space="preserve"> thỏa mãn </w:t>
      </w:r>
      <w:r w:rsidRPr="00B13C4C">
        <w:rPr>
          <w:rFonts w:ascii="Times New Roman" w:hAnsi="Times New Roman" w:cs="Times New Roman"/>
          <w:position w:val="-4"/>
          <w:sz w:val="24"/>
          <w:szCs w:val="24"/>
        </w:rPr>
        <w:object w:dxaOrig="1280" w:dyaOrig="320" w14:anchorId="4F6E1D17">
          <v:shape id="_x0000_i2704" type="#_x0000_t75" style="width:64.2pt;height:16.2pt" o:ole="">
            <v:imagedata r:id="rId1703" o:title=""/>
          </v:shape>
          <o:OLEObject Type="Embed" ProgID="Equation.DSMT4" ShapeID="_x0000_i2704" DrawAspect="Content" ObjectID="_1699835988" r:id="rId1704"/>
        </w:object>
      </w:r>
      <w:r w:rsidRPr="00B13C4C">
        <w:rPr>
          <w:rFonts w:ascii="Times New Roman" w:hAnsi="Times New Roman" w:cs="Times New Roman"/>
          <w:sz w:val="24"/>
          <w:szCs w:val="24"/>
        </w:rPr>
        <w:t xml:space="preserve">. Tính tích vô hướng </w:t>
      </w:r>
      <w:r w:rsidRPr="00B13C4C">
        <w:rPr>
          <w:rFonts w:ascii="Times New Roman" w:hAnsi="Times New Roman" w:cs="Times New Roman"/>
          <w:position w:val="-6"/>
          <w:sz w:val="24"/>
          <w:szCs w:val="24"/>
        </w:rPr>
        <w:object w:dxaOrig="880" w:dyaOrig="340" w14:anchorId="4E5ED259">
          <v:shape id="_x0000_i2705" type="#_x0000_t75" style="width:43.8pt;height:16.8pt" o:ole="">
            <v:imagedata r:id="rId1705" o:title=""/>
          </v:shape>
          <o:OLEObject Type="Embed" ProgID="Equation.DSMT4" ShapeID="_x0000_i2705" DrawAspect="Content" ObjectID="_1699835989" r:id="rId1706"/>
        </w:object>
      </w:r>
    </w:p>
    <w:p w14:paraId="7C97D19A"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400" w:dyaOrig="320" w14:anchorId="26B875C1">
          <v:shape id="_x0000_i2706" type="#_x0000_t75" style="width:19.8pt;height:16.2pt" o:ole="">
            <v:imagedata r:id="rId1707" o:title=""/>
          </v:shape>
          <o:OLEObject Type="Embed" ProgID="Equation.DSMT4" ShapeID="_x0000_i2706" DrawAspect="Content" ObjectID="_1699835990" r:id="rId170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400" w:dyaOrig="320" w14:anchorId="0D8A234A">
          <v:shape id="_x0000_i2707" type="#_x0000_t75" style="width:19.8pt;height:16.2pt" o:ole="">
            <v:imagedata r:id="rId1709" o:title=""/>
          </v:shape>
          <o:OLEObject Type="Embed" ProgID="Equation.DSMT4" ShapeID="_x0000_i2707" DrawAspect="Content" ObjectID="_1699835991" r:id="rId171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279" w:dyaOrig="320" w14:anchorId="07788DE0">
          <v:shape id="_x0000_i2708" type="#_x0000_t75" style="width:13.8pt;height:16.2pt" o:ole="">
            <v:imagedata r:id="rId1711" o:title=""/>
          </v:shape>
          <o:OLEObject Type="Embed" ProgID="Equation.DSMT4" ShapeID="_x0000_i2708" DrawAspect="Content" ObjectID="_1699835992" r:id="rId171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0.</w:t>
      </w:r>
    </w:p>
    <w:p w14:paraId="67510531" w14:textId="77777777" w:rsidR="00B13C4C" w:rsidRPr="00B13C4C" w:rsidRDefault="00B13C4C" w:rsidP="008F4990">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4 điểm </w:t>
      </w:r>
      <w:r w:rsidRPr="00B13C4C">
        <w:rPr>
          <w:rFonts w:ascii="Times New Roman" w:hAnsi="Times New Roman" w:cs="Times New Roman"/>
          <w:position w:val="-10"/>
          <w:sz w:val="24"/>
          <w:szCs w:val="24"/>
        </w:rPr>
        <w:object w:dxaOrig="1020" w:dyaOrig="320" w14:anchorId="36E7827F">
          <v:shape id="_x0000_i2709" type="#_x0000_t75" style="width:51pt;height:16.2pt" o:ole="">
            <v:imagedata r:id="rId1713" o:title=""/>
          </v:shape>
          <o:OLEObject Type="Embed" ProgID="Equation.DSMT4" ShapeID="_x0000_i2709" DrawAspect="Content" ObjectID="_1699835993" r:id="rId1714"/>
        </w:object>
      </w:r>
      <w:r w:rsidRPr="00B13C4C">
        <w:rPr>
          <w:rFonts w:ascii="Times New Roman" w:hAnsi="Times New Roman" w:cs="Times New Roman"/>
          <w:sz w:val="24"/>
          <w:szCs w:val="24"/>
        </w:rPr>
        <w:t>. Câu nào sau đây đúng?</w:t>
      </w:r>
    </w:p>
    <w:p w14:paraId="2A411992"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2040" w:dyaOrig="340" w14:anchorId="6A861DD9">
          <v:shape id="_x0000_i2710" type="#_x0000_t75" style="width:102pt;height:16.8pt" o:ole="">
            <v:imagedata r:id="rId1715" o:title=""/>
          </v:shape>
          <o:OLEObject Type="Embed" ProgID="Equation.DSMT4" ShapeID="_x0000_i2710" DrawAspect="Content" ObjectID="_1699835994" r:id="rId171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2040" w:dyaOrig="340" w14:anchorId="3633F443">
          <v:shape id="_x0000_i2711" type="#_x0000_t75" style="width:102pt;height:16.8pt" o:ole="">
            <v:imagedata r:id="rId1717" o:title=""/>
          </v:shape>
          <o:OLEObject Type="Embed" ProgID="Equation.DSMT4" ShapeID="_x0000_i2711" DrawAspect="Content" ObjectID="_1699835995" r:id="rId1718"/>
        </w:object>
      </w:r>
      <w:r w:rsidRPr="00B13C4C">
        <w:rPr>
          <w:rFonts w:ascii="Times New Roman" w:hAnsi="Times New Roman" w:cs="Times New Roman"/>
          <w:sz w:val="24"/>
          <w:szCs w:val="24"/>
        </w:rPr>
        <w:t>.</w:t>
      </w:r>
    </w:p>
    <w:p w14:paraId="1E7EB7AE"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2040" w:dyaOrig="340" w14:anchorId="022E6D6F">
          <v:shape id="_x0000_i2712" type="#_x0000_t75" style="width:102pt;height:16.8pt" o:ole="">
            <v:imagedata r:id="rId1719" o:title=""/>
          </v:shape>
          <o:OLEObject Type="Embed" ProgID="Equation.DSMT4" ShapeID="_x0000_i2712" DrawAspect="Content" ObjectID="_1699835996" r:id="rId172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2040" w:dyaOrig="340" w14:anchorId="4A28EC8D">
          <v:shape id="_x0000_i2713" type="#_x0000_t75" style="width:102pt;height:16.8pt" o:ole="">
            <v:imagedata r:id="rId1721" o:title=""/>
          </v:shape>
          <o:OLEObject Type="Embed" ProgID="Equation.DSMT4" ShapeID="_x0000_i2713" DrawAspect="Content" ObjectID="_1699835997" r:id="rId1722"/>
        </w:object>
      </w:r>
      <w:r w:rsidRPr="00B13C4C">
        <w:rPr>
          <w:rFonts w:ascii="Times New Roman" w:hAnsi="Times New Roman" w:cs="Times New Roman"/>
          <w:sz w:val="24"/>
          <w:szCs w:val="24"/>
        </w:rPr>
        <w:t>.</w:t>
      </w:r>
    </w:p>
    <w:p w14:paraId="7E59462E" w14:textId="77777777" w:rsidR="00B13C4C" w:rsidRPr="00B13C4C" w:rsidRDefault="00B13C4C" w:rsidP="008F4990">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Hàm số </w:t>
      </w:r>
      <w:r w:rsidRPr="00B13C4C">
        <w:rPr>
          <w:rFonts w:ascii="Times New Roman" w:hAnsi="Times New Roman" w:cs="Times New Roman"/>
          <w:position w:val="-10"/>
          <w:sz w:val="24"/>
          <w:szCs w:val="24"/>
        </w:rPr>
        <w:object w:dxaOrig="1540" w:dyaOrig="360" w14:anchorId="1F07C407">
          <v:shape id="_x0000_i2714" type="#_x0000_t75" style="width:76.8pt;height:18pt" o:ole="">
            <v:imagedata r:id="rId1723" o:title=""/>
          </v:shape>
          <o:OLEObject Type="Embed" ProgID="Equation.DSMT4" ShapeID="_x0000_i2714" DrawAspect="Content" ObjectID="_1699835998" r:id="rId1724"/>
        </w:object>
      </w:r>
      <w:r w:rsidRPr="00B13C4C">
        <w:rPr>
          <w:rFonts w:ascii="Times New Roman" w:hAnsi="Times New Roman" w:cs="Times New Roman"/>
          <w:sz w:val="24"/>
          <w:szCs w:val="24"/>
        </w:rPr>
        <w:t xml:space="preserve"> đồng biến trên khoảng nào trong các khoảng sau đây?</w:t>
      </w:r>
    </w:p>
    <w:p w14:paraId="41E646DA"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880" w:dyaOrig="320" w14:anchorId="07F8131E">
          <v:shape id="_x0000_i2715" type="#_x0000_t75" style="width:43.8pt;height:16.2pt" o:ole="">
            <v:imagedata r:id="rId1725" o:title=""/>
          </v:shape>
          <o:OLEObject Type="Embed" ProgID="Equation.DSMT4" ShapeID="_x0000_i2715" DrawAspect="Content" ObjectID="_1699835999" r:id="rId172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940" w:dyaOrig="320" w14:anchorId="53021FD1">
          <v:shape id="_x0000_i2716" type="#_x0000_t75" style="width:46.8pt;height:16.2pt" o:ole="">
            <v:imagedata r:id="rId1727" o:title=""/>
          </v:shape>
          <o:OLEObject Type="Embed" ProgID="Equation.DSMT4" ShapeID="_x0000_i2716" DrawAspect="Content" ObjectID="_1699836000" r:id="rId172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760" w:dyaOrig="320" w14:anchorId="138B7E6E">
          <v:shape id="_x0000_i2717" type="#_x0000_t75" style="width:37.8pt;height:16.2pt" o:ole="">
            <v:imagedata r:id="rId1729" o:title=""/>
          </v:shape>
          <o:OLEObject Type="Embed" ProgID="Equation.DSMT4" ShapeID="_x0000_i2717" DrawAspect="Content" ObjectID="_1699836001" r:id="rId173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760" w:dyaOrig="320" w14:anchorId="697DEBD8">
          <v:shape id="_x0000_i2718" type="#_x0000_t75" style="width:37.8pt;height:16.2pt" o:ole="">
            <v:imagedata r:id="rId1731" o:title=""/>
          </v:shape>
          <o:OLEObject Type="Embed" ProgID="Equation.DSMT4" ShapeID="_x0000_i2718" DrawAspect="Content" ObjectID="_1699836002" r:id="rId1732"/>
        </w:object>
      </w:r>
      <w:r w:rsidRPr="00B13C4C">
        <w:rPr>
          <w:rFonts w:ascii="Times New Roman" w:hAnsi="Times New Roman" w:cs="Times New Roman"/>
          <w:sz w:val="24"/>
          <w:szCs w:val="24"/>
        </w:rPr>
        <w:t>.</w:t>
      </w:r>
    </w:p>
    <w:p w14:paraId="3A38E1A7" w14:textId="77777777" w:rsidR="00B13C4C" w:rsidRPr="00B13C4C" w:rsidRDefault="00B13C4C" w:rsidP="008F4990">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w:t>
      </w:r>
      <w:r w:rsidRPr="00B13C4C">
        <w:rPr>
          <w:rFonts w:ascii="Times New Roman" w:hAnsi="Times New Roman" w:cs="Times New Roman"/>
          <w:position w:val="-6"/>
          <w:sz w:val="24"/>
          <w:szCs w:val="24"/>
        </w:rPr>
        <w:object w:dxaOrig="680" w:dyaOrig="279" w14:anchorId="1ECDABEA">
          <v:shape id="_x0000_i2719" type="#_x0000_t75" style="width:34.2pt;height:13.8pt" o:ole="">
            <v:imagedata r:id="rId1733" o:title=""/>
          </v:shape>
          <o:OLEObject Type="Embed" ProgID="Equation.DSMT4" ShapeID="_x0000_i2719" DrawAspect="Content" ObjectID="_1699836003" r:id="rId1734"/>
        </w:object>
      </w:r>
      <w:r w:rsidRPr="00B13C4C">
        <w:rPr>
          <w:rFonts w:ascii="Times New Roman" w:hAnsi="Times New Roman" w:cs="Times New Roman"/>
          <w:sz w:val="24"/>
          <w:szCs w:val="24"/>
        </w:rPr>
        <w:t xml:space="preserve">. Gọi </w:t>
      </w:r>
      <w:r w:rsidRPr="00B13C4C">
        <w:rPr>
          <w:rFonts w:ascii="Times New Roman" w:hAnsi="Times New Roman" w:cs="Times New Roman"/>
          <w:position w:val="-10"/>
          <w:sz w:val="24"/>
          <w:szCs w:val="24"/>
        </w:rPr>
        <w:object w:dxaOrig="859" w:dyaOrig="320" w14:anchorId="5348FFCE">
          <v:shape id="_x0000_i2720" type="#_x0000_t75" style="width:43.2pt;height:16.2pt" o:ole="">
            <v:imagedata r:id="rId1735" o:title=""/>
          </v:shape>
          <o:OLEObject Type="Embed" ProgID="Equation.DSMT4" ShapeID="_x0000_i2720" DrawAspect="Content" ObjectID="_1699836004" r:id="rId1736"/>
        </w:object>
      </w:r>
      <w:r w:rsidRPr="00B13C4C">
        <w:rPr>
          <w:rFonts w:ascii="Times New Roman" w:hAnsi="Times New Roman" w:cs="Times New Roman"/>
          <w:sz w:val="24"/>
          <w:szCs w:val="24"/>
        </w:rPr>
        <w:t xml:space="preserve"> lần lượt là trung điểm của </w:t>
      </w:r>
      <w:r w:rsidRPr="00B13C4C">
        <w:rPr>
          <w:rFonts w:ascii="Times New Roman" w:hAnsi="Times New Roman" w:cs="Times New Roman"/>
          <w:position w:val="-10"/>
          <w:sz w:val="24"/>
          <w:szCs w:val="24"/>
        </w:rPr>
        <w:object w:dxaOrig="1200" w:dyaOrig="320" w14:anchorId="328A6CD6">
          <v:shape id="_x0000_i2721" type="#_x0000_t75" style="width:60pt;height:16.2pt" o:ole="">
            <v:imagedata r:id="rId1737" o:title=""/>
          </v:shape>
          <o:OLEObject Type="Embed" ProgID="Equation.DSMT4" ShapeID="_x0000_i2721" DrawAspect="Content" ObjectID="_1699836005" r:id="rId1738"/>
        </w:object>
      </w:r>
      <w:r w:rsidRPr="00B13C4C">
        <w:rPr>
          <w:rFonts w:ascii="Times New Roman" w:hAnsi="Times New Roman" w:cs="Times New Roman"/>
          <w:sz w:val="24"/>
          <w:szCs w:val="24"/>
        </w:rPr>
        <w:t xml:space="preserve">. Phân tích </w:t>
      </w:r>
      <w:r w:rsidRPr="00B13C4C">
        <w:rPr>
          <w:rFonts w:ascii="Times New Roman" w:hAnsi="Times New Roman" w:cs="Times New Roman"/>
          <w:position w:val="-4"/>
          <w:sz w:val="24"/>
          <w:szCs w:val="24"/>
        </w:rPr>
        <w:object w:dxaOrig="400" w:dyaOrig="320" w14:anchorId="037E0FE8">
          <v:shape id="_x0000_i2722" type="#_x0000_t75" style="width:19.8pt;height:16.2pt" o:ole="">
            <v:imagedata r:id="rId1739" o:title=""/>
          </v:shape>
          <o:OLEObject Type="Embed" ProgID="Equation.DSMT4" ShapeID="_x0000_i2722" DrawAspect="Content" ObjectID="_1699836006" r:id="rId1740"/>
        </w:object>
      </w:r>
      <w:r w:rsidRPr="00B13C4C">
        <w:rPr>
          <w:rFonts w:ascii="Times New Roman" w:hAnsi="Times New Roman" w:cs="Times New Roman"/>
          <w:sz w:val="24"/>
          <w:szCs w:val="24"/>
        </w:rPr>
        <w:t xml:space="preserve"> theo hai véctơ </w:t>
      </w:r>
      <w:r w:rsidRPr="00B13C4C">
        <w:rPr>
          <w:rFonts w:ascii="Times New Roman" w:hAnsi="Times New Roman" w:cs="Times New Roman"/>
          <w:position w:val="-6"/>
          <w:sz w:val="24"/>
          <w:szCs w:val="24"/>
        </w:rPr>
        <w:object w:dxaOrig="420" w:dyaOrig="340" w14:anchorId="1634F9AC">
          <v:shape id="_x0000_i2723" type="#_x0000_t75" style="width:21pt;height:16.8pt" o:ole="">
            <v:imagedata r:id="rId1741" o:title=""/>
          </v:shape>
          <o:OLEObject Type="Embed" ProgID="Equation.DSMT4" ShapeID="_x0000_i2723" DrawAspect="Content" ObjectID="_1699836007" r:id="rId1742"/>
        </w:object>
      </w:r>
      <w:r w:rsidRPr="00B13C4C">
        <w:rPr>
          <w:rFonts w:ascii="Times New Roman" w:hAnsi="Times New Roman" w:cs="Times New Roman"/>
          <w:sz w:val="24"/>
          <w:szCs w:val="24"/>
        </w:rPr>
        <w:t xml:space="preserve"> và </w:t>
      </w:r>
      <w:r w:rsidRPr="00B13C4C">
        <w:rPr>
          <w:rFonts w:ascii="Times New Roman" w:hAnsi="Times New Roman" w:cs="Times New Roman"/>
          <w:position w:val="-6"/>
          <w:sz w:val="24"/>
          <w:szCs w:val="24"/>
        </w:rPr>
        <w:object w:dxaOrig="380" w:dyaOrig="340" w14:anchorId="095AEC6B">
          <v:shape id="_x0000_i2724" type="#_x0000_t75" style="width:19.2pt;height:16.8pt" o:ole="">
            <v:imagedata r:id="rId1743" o:title=""/>
          </v:shape>
          <o:OLEObject Type="Embed" ProgID="Equation.DSMT4" ShapeID="_x0000_i2724" DrawAspect="Content" ObjectID="_1699836008" r:id="rId1744"/>
        </w:object>
      </w:r>
    </w:p>
    <w:p w14:paraId="33358FF2"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2040" w:dyaOrig="620" w14:anchorId="002C6971">
          <v:shape id="_x0000_i2725" type="#_x0000_t75" style="width:102pt;height:31.2pt" o:ole="">
            <v:imagedata r:id="rId1745" o:title=""/>
          </v:shape>
          <o:OLEObject Type="Embed" ProgID="Equation.DSMT4" ShapeID="_x0000_i2725" DrawAspect="Content" ObjectID="_1699836009" r:id="rId174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2040" w:dyaOrig="620" w14:anchorId="42D5B9BD">
          <v:shape id="_x0000_i2726" type="#_x0000_t75" style="width:102pt;height:31.2pt" o:ole="">
            <v:imagedata r:id="rId1747" o:title=""/>
          </v:shape>
          <o:OLEObject Type="Embed" ProgID="Equation.DSMT4" ShapeID="_x0000_i2726" DrawAspect="Content" ObjectID="_1699836010" r:id="rId1748"/>
        </w:object>
      </w:r>
      <w:r w:rsidRPr="00B13C4C">
        <w:rPr>
          <w:rFonts w:ascii="Times New Roman" w:hAnsi="Times New Roman" w:cs="Times New Roman"/>
          <w:sz w:val="24"/>
          <w:szCs w:val="24"/>
        </w:rPr>
        <w:t>.</w:t>
      </w:r>
    </w:p>
    <w:p w14:paraId="28E00D4F"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1880" w:dyaOrig="620" w14:anchorId="1C436F84">
          <v:shape id="_x0000_i2727" type="#_x0000_t75" style="width:94.2pt;height:31.2pt" o:ole="">
            <v:imagedata r:id="rId1749" o:title=""/>
          </v:shape>
          <o:OLEObject Type="Embed" ProgID="Equation.DSMT4" ShapeID="_x0000_i2727" DrawAspect="Content" ObjectID="_1699836011" r:id="rId175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2040" w:dyaOrig="620" w14:anchorId="6219D35F">
          <v:shape id="_x0000_i2728" type="#_x0000_t75" style="width:102pt;height:31.2pt" o:ole="">
            <v:imagedata r:id="rId1751" o:title=""/>
          </v:shape>
          <o:OLEObject Type="Embed" ProgID="Equation.DSMT4" ShapeID="_x0000_i2728" DrawAspect="Content" ObjectID="_1699836012" r:id="rId1752"/>
        </w:object>
      </w:r>
      <w:r w:rsidRPr="00B13C4C">
        <w:rPr>
          <w:rFonts w:ascii="Times New Roman" w:hAnsi="Times New Roman" w:cs="Times New Roman"/>
          <w:sz w:val="24"/>
          <w:szCs w:val="24"/>
        </w:rPr>
        <w:t>.</w:t>
      </w:r>
    </w:p>
    <w:p w14:paraId="366B53BC" w14:textId="77777777" w:rsidR="00B13C4C" w:rsidRPr="00B13C4C" w:rsidRDefault="00B13C4C" w:rsidP="008F4990">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w:t>
      </w:r>
      <w:r w:rsidRPr="00B13C4C">
        <w:rPr>
          <w:rFonts w:ascii="Times New Roman" w:hAnsi="Times New Roman" w:cs="Times New Roman"/>
          <w:position w:val="-10"/>
          <w:sz w:val="24"/>
          <w:szCs w:val="24"/>
        </w:rPr>
        <w:object w:dxaOrig="2460" w:dyaOrig="320" w14:anchorId="13CEDB1A">
          <v:shape id="_x0000_i2729" type="#_x0000_t75" style="width:123pt;height:16.2pt" o:ole="">
            <v:imagedata r:id="rId1753" o:title=""/>
          </v:shape>
          <o:OLEObject Type="Embed" ProgID="Equation.DSMT4" ShapeID="_x0000_i2729" DrawAspect="Content" ObjectID="_1699836013" r:id="rId1754"/>
        </w:object>
      </w:r>
      <w:r w:rsidRPr="00B13C4C">
        <w:rPr>
          <w:rFonts w:ascii="Times New Roman" w:hAnsi="Times New Roman" w:cs="Times New Roman"/>
          <w:sz w:val="24"/>
          <w:szCs w:val="24"/>
        </w:rPr>
        <w:t xml:space="preserve">. Tính </w:t>
      </w:r>
      <w:r w:rsidRPr="00B13C4C">
        <w:rPr>
          <w:rFonts w:ascii="Times New Roman" w:hAnsi="Times New Roman" w:cs="Times New Roman"/>
          <w:position w:val="-6"/>
          <w:sz w:val="24"/>
          <w:szCs w:val="24"/>
        </w:rPr>
        <w:object w:dxaOrig="840" w:dyaOrig="340" w14:anchorId="01B82407">
          <v:shape id="_x0000_i2730" type="#_x0000_t75" style="width:42pt;height:16.8pt" o:ole="">
            <v:imagedata r:id="rId1755" o:title=""/>
          </v:shape>
          <o:OLEObject Type="Embed" ProgID="Equation.DSMT4" ShapeID="_x0000_i2730" DrawAspect="Content" ObjectID="_1699836014" r:id="rId1756"/>
        </w:object>
      </w:r>
      <w:r w:rsidRPr="00B13C4C">
        <w:rPr>
          <w:rFonts w:ascii="Times New Roman" w:hAnsi="Times New Roman" w:cs="Times New Roman"/>
          <w:sz w:val="24"/>
          <w:szCs w:val="24"/>
        </w:rPr>
        <w:t>.</w:t>
      </w:r>
    </w:p>
    <w:p w14:paraId="4E782A70"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320" w:dyaOrig="279" w14:anchorId="104AE122">
          <v:shape id="_x0000_i2731" type="#_x0000_t75" style="width:16.2pt;height:13.8pt" o:ole="">
            <v:imagedata r:id="rId1757" o:title=""/>
          </v:shape>
          <o:OLEObject Type="Embed" ProgID="Equation.DSMT4" ShapeID="_x0000_i2731" DrawAspect="Content" ObjectID="_1699836015" r:id="rId175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440" w:dyaOrig="279" w14:anchorId="23AB9EDC">
          <v:shape id="_x0000_i2732" type="#_x0000_t75" style="width:22.2pt;height:13.8pt" o:ole="">
            <v:imagedata r:id="rId1759" o:title=""/>
          </v:shape>
          <o:OLEObject Type="Embed" ProgID="Equation.DSMT4" ShapeID="_x0000_i2732" DrawAspect="Content" ObjectID="_1699836016" r:id="rId176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16.</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9.</w:t>
      </w:r>
    </w:p>
    <w:p w14:paraId="7300EE0A" w14:textId="77777777" w:rsidR="00B13C4C" w:rsidRPr="00B13C4C" w:rsidRDefault="00B13C4C" w:rsidP="008F4990">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Tìm tất cả các giá trị </w:t>
      </w:r>
      <w:r w:rsidRPr="00B13C4C">
        <w:rPr>
          <w:rFonts w:ascii="Times New Roman" w:hAnsi="Times New Roman" w:cs="Times New Roman"/>
          <w:position w:val="-6"/>
          <w:sz w:val="24"/>
          <w:szCs w:val="24"/>
        </w:rPr>
        <w:object w:dxaOrig="260" w:dyaOrig="220" w14:anchorId="09FA2FAC">
          <v:shape id="_x0000_i2733" type="#_x0000_t75" style="width:13.2pt;height:10.8pt" o:ole="">
            <v:imagedata r:id="rId1761" o:title=""/>
          </v:shape>
          <o:OLEObject Type="Embed" ProgID="Equation.DSMT4" ShapeID="_x0000_i2733" DrawAspect="Content" ObjectID="_1699836017" r:id="rId1762"/>
        </w:object>
      </w:r>
      <w:r w:rsidRPr="00B13C4C">
        <w:rPr>
          <w:rFonts w:ascii="Times New Roman" w:hAnsi="Times New Roman" w:cs="Times New Roman"/>
          <w:sz w:val="24"/>
          <w:szCs w:val="24"/>
        </w:rPr>
        <w:t xml:space="preserve"> để hàm số </w:t>
      </w:r>
      <w:r w:rsidRPr="00B13C4C">
        <w:rPr>
          <w:rFonts w:ascii="Times New Roman" w:hAnsi="Times New Roman" w:cs="Times New Roman"/>
          <w:position w:val="-10"/>
          <w:sz w:val="24"/>
          <w:szCs w:val="24"/>
        </w:rPr>
        <w:object w:dxaOrig="2040" w:dyaOrig="320" w14:anchorId="5E03937A">
          <v:shape id="_x0000_i2734" type="#_x0000_t75" style="width:102pt;height:16.2pt" o:ole="">
            <v:imagedata r:id="rId1763" o:title=""/>
          </v:shape>
          <o:OLEObject Type="Embed" ProgID="Equation.DSMT4" ShapeID="_x0000_i2734" DrawAspect="Content" ObjectID="_1699836018" r:id="rId1764"/>
        </w:object>
      </w:r>
      <w:r w:rsidRPr="00B13C4C">
        <w:rPr>
          <w:rFonts w:ascii="Times New Roman" w:hAnsi="Times New Roman" w:cs="Times New Roman"/>
          <w:sz w:val="24"/>
          <w:szCs w:val="24"/>
        </w:rPr>
        <w:t xml:space="preserve"> đồng biến trên </w:t>
      </w:r>
      <w:r w:rsidRPr="00B13C4C">
        <w:rPr>
          <w:rFonts w:ascii="Times New Roman" w:hAnsi="Times New Roman" w:cs="Times New Roman"/>
          <w:position w:val="-4"/>
          <w:sz w:val="24"/>
          <w:szCs w:val="24"/>
        </w:rPr>
        <w:object w:dxaOrig="260" w:dyaOrig="260" w14:anchorId="4A3D9FCA">
          <v:shape id="_x0000_i2735" type="#_x0000_t75" style="width:13.2pt;height:13.2pt" o:ole="">
            <v:imagedata r:id="rId1765" o:title=""/>
          </v:shape>
          <o:OLEObject Type="Embed" ProgID="Equation.DSMT4" ShapeID="_x0000_i2735" DrawAspect="Content" ObjectID="_1699836019" r:id="rId1766"/>
        </w:object>
      </w:r>
      <w:r w:rsidRPr="00B13C4C">
        <w:rPr>
          <w:rFonts w:ascii="Times New Roman" w:hAnsi="Times New Roman" w:cs="Times New Roman"/>
          <w:sz w:val="24"/>
          <w:szCs w:val="24"/>
        </w:rPr>
        <w:t>.</w:t>
      </w:r>
    </w:p>
    <w:p w14:paraId="05B8F04B"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639" w:dyaOrig="620" w14:anchorId="3927D483">
          <v:shape id="_x0000_i2736" type="#_x0000_t75" style="width:31.8pt;height:31.2pt" o:ole="">
            <v:imagedata r:id="rId1767" o:title=""/>
          </v:shape>
          <o:OLEObject Type="Embed" ProgID="Equation.DSMT4" ShapeID="_x0000_i2736" DrawAspect="Content" ObjectID="_1699836020" r:id="rId176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600" w:dyaOrig="279" w14:anchorId="48106E0C">
          <v:shape id="_x0000_i2737" type="#_x0000_t75" style="width:30pt;height:13.8pt" o:ole="">
            <v:imagedata r:id="rId1769" o:title=""/>
          </v:shape>
          <o:OLEObject Type="Embed" ProgID="Equation.DSMT4" ShapeID="_x0000_i2737" DrawAspect="Content" ObjectID="_1699836021" r:id="rId177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660" w:dyaOrig="620" w14:anchorId="395A8EA3">
          <v:shape id="_x0000_i2738" type="#_x0000_t75" style="width:33pt;height:31.2pt" o:ole="">
            <v:imagedata r:id="rId1771" o:title=""/>
          </v:shape>
          <o:OLEObject Type="Embed" ProgID="Equation.DSMT4" ShapeID="_x0000_i2738" DrawAspect="Content" ObjectID="_1699836022" r:id="rId177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600" w:dyaOrig="279" w14:anchorId="621ED99B">
          <v:shape id="_x0000_i2739" type="#_x0000_t75" style="width:30pt;height:13.8pt" o:ole="">
            <v:imagedata r:id="rId1773" o:title=""/>
          </v:shape>
          <o:OLEObject Type="Embed" ProgID="Equation.DSMT4" ShapeID="_x0000_i2739" DrawAspect="Content" ObjectID="_1699836023" r:id="rId1774"/>
        </w:object>
      </w:r>
      <w:r w:rsidRPr="00B13C4C">
        <w:rPr>
          <w:rFonts w:ascii="Times New Roman" w:hAnsi="Times New Roman" w:cs="Times New Roman"/>
          <w:sz w:val="24"/>
          <w:szCs w:val="24"/>
        </w:rPr>
        <w:t>.</w:t>
      </w:r>
    </w:p>
    <w:p w14:paraId="22E72E10" w14:textId="77777777" w:rsidR="00B13C4C" w:rsidRPr="00B13C4C" w:rsidRDefault="00B13C4C" w:rsidP="008F4990">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hệ trục tọa độ </w:t>
      </w:r>
      <w:r w:rsidRPr="00B13C4C">
        <w:rPr>
          <w:rFonts w:ascii="Times New Roman" w:hAnsi="Times New Roman" w:cs="Times New Roman"/>
          <w:position w:val="-10"/>
          <w:sz w:val="24"/>
          <w:szCs w:val="24"/>
        </w:rPr>
        <w:object w:dxaOrig="460" w:dyaOrig="320" w14:anchorId="548EF9B5">
          <v:shape id="_x0000_i2740" type="#_x0000_t75" style="width:22.8pt;height:16.2pt" o:ole="">
            <v:imagedata r:id="rId1775" o:title=""/>
          </v:shape>
          <o:OLEObject Type="Embed" ProgID="Equation.DSMT4" ShapeID="_x0000_i2740" DrawAspect="Content" ObjectID="_1699836024" r:id="rId1776"/>
        </w:object>
      </w:r>
      <w:r w:rsidRPr="00B13C4C">
        <w:rPr>
          <w:rFonts w:ascii="Times New Roman" w:hAnsi="Times New Roman" w:cs="Times New Roman"/>
          <w:sz w:val="24"/>
          <w:szCs w:val="24"/>
        </w:rPr>
        <w:t xml:space="preserve">, cho hai điểm </w:t>
      </w:r>
      <w:r w:rsidRPr="00B13C4C">
        <w:rPr>
          <w:rFonts w:ascii="Times New Roman" w:hAnsi="Times New Roman" w:cs="Times New Roman"/>
          <w:position w:val="-10"/>
          <w:sz w:val="24"/>
          <w:szCs w:val="24"/>
        </w:rPr>
        <w:object w:dxaOrig="1620" w:dyaOrig="320" w14:anchorId="0C0E6BE6">
          <v:shape id="_x0000_i2741" type="#_x0000_t75" style="width:81pt;height:16.2pt" o:ole="">
            <v:imagedata r:id="rId1777" o:title=""/>
          </v:shape>
          <o:OLEObject Type="Embed" ProgID="Equation.DSMT4" ShapeID="_x0000_i2741" DrawAspect="Content" ObjectID="_1699836025" r:id="rId1778"/>
        </w:object>
      </w:r>
      <w:r w:rsidRPr="00B13C4C">
        <w:rPr>
          <w:rFonts w:ascii="Times New Roman" w:hAnsi="Times New Roman" w:cs="Times New Roman"/>
          <w:sz w:val="24"/>
          <w:szCs w:val="24"/>
        </w:rPr>
        <w:t xml:space="preserve">. Tính độ dài véctơ </w:t>
      </w:r>
      <w:r w:rsidRPr="00B13C4C">
        <w:rPr>
          <w:rFonts w:ascii="Times New Roman" w:hAnsi="Times New Roman" w:cs="Times New Roman"/>
          <w:position w:val="-6"/>
          <w:sz w:val="24"/>
          <w:szCs w:val="24"/>
        </w:rPr>
        <w:object w:dxaOrig="460" w:dyaOrig="340" w14:anchorId="204E138C">
          <v:shape id="_x0000_i2742" type="#_x0000_t75" style="width:22.8pt;height:16.8pt" o:ole="">
            <v:imagedata r:id="rId1779" o:title=""/>
          </v:shape>
          <o:OLEObject Type="Embed" ProgID="Equation.DSMT4" ShapeID="_x0000_i2742" DrawAspect="Content" ObjectID="_1699836026" r:id="rId1780"/>
        </w:object>
      </w:r>
      <w:r w:rsidRPr="00B13C4C">
        <w:rPr>
          <w:rFonts w:ascii="Times New Roman" w:hAnsi="Times New Roman" w:cs="Times New Roman"/>
          <w:sz w:val="24"/>
          <w:szCs w:val="24"/>
        </w:rPr>
        <w:t>.</w:t>
      </w:r>
    </w:p>
    <w:p w14:paraId="19DED3DD"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200" w:dyaOrig="380" w14:anchorId="6E50B627">
          <v:shape id="_x0000_i2743" type="#_x0000_t75" style="width:60pt;height:19.2pt" o:ole="">
            <v:imagedata r:id="rId1781" o:title=""/>
          </v:shape>
          <o:OLEObject Type="Embed" ProgID="Equation.DSMT4" ShapeID="_x0000_i2743" DrawAspect="Content" ObjectID="_1699836027" r:id="rId178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240" w:dyaOrig="380" w14:anchorId="2968DD45">
          <v:shape id="_x0000_i2744" type="#_x0000_t75" style="width:61.8pt;height:19.2pt" o:ole="">
            <v:imagedata r:id="rId1783" o:title=""/>
          </v:shape>
          <o:OLEObject Type="Embed" ProgID="Equation.DSMT4" ShapeID="_x0000_i2744" DrawAspect="Content" ObjectID="_1699836028" r:id="rId178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920" w:dyaOrig="380" w14:anchorId="36FD7782">
          <v:shape id="_x0000_i2745" type="#_x0000_t75" style="width:46.2pt;height:19.2pt" o:ole="">
            <v:imagedata r:id="rId1785" o:title=""/>
          </v:shape>
          <o:OLEObject Type="Embed" ProgID="Equation.DSMT4" ShapeID="_x0000_i2745" DrawAspect="Content" ObjectID="_1699836029" r:id="rId178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920" w:dyaOrig="380" w14:anchorId="34DE8F18">
          <v:shape id="_x0000_i2746" type="#_x0000_t75" style="width:46.2pt;height:19.2pt" o:ole="">
            <v:imagedata r:id="rId1787" o:title=""/>
          </v:shape>
          <o:OLEObject Type="Embed" ProgID="Equation.DSMT4" ShapeID="_x0000_i2746" DrawAspect="Content" ObjectID="_1699836030" r:id="rId1788"/>
        </w:object>
      </w:r>
      <w:r w:rsidRPr="00B13C4C">
        <w:rPr>
          <w:rFonts w:ascii="Times New Roman" w:hAnsi="Times New Roman" w:cs="Times New Roman"/>
          <w:sz w:val="24"/>
          <w:szCs w:val="24"/>
        </w:rPr>
        <w:t>.</w:t>
      </w:r>
    </w:p>
    <w:p w14:paraId="147273AB" w14:textId="77777777" w:rsidR="00B13C4C" w:rsidRPr="00B13C4C" w:rsidRDefault="00B13C4C" w:rsidP="008F4990">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Một dung dịch chứa </w:t>
      </w:r>
      <w:r w:rsidRPr="00B13C4C">
        <w:rPr>
          <w:rFonts w:ascii="Times New Roman" w:hAnsi="Times New Roman" w:cs="Times New Roman"/>
          <w:position w:val="-6"/>
          <w:sz w:val="24"/>
          <w:szCs w:val="24"/>
        </w:rPr>
        <w:object w:dxaOrig="499" w:dyaOrig="279" w14:anchorId="59244F87">
          <v:shape id="_x0000_i2747" type="#_x0000_t75" style="width:25.2pt;height:13.8pt" o:ole="">
            <v:imagedata r:id="rId1789" o:title=""/>
          </v:shape>
          <o:OLEObject Type="Embed" ProgID="Equation.DSMT4" ShapeID="_x0000_i2747" DrawAspect="Content" ObjectID="_1699836031" r:id="rId1790"/>
        </w:object>
      </w:r>
      <w:r w:rsidRPr="00B13C4C">
        <w:rPr>
          <w:rFonts w:ascii="Times New Roman" w:hAnsi="Times New Roman" w:cs="Times New Roman"/>
          <w:sz w:val="24"/>
          <w:szCs w:val="24"/>
        </w:rPr>
        <w:t xml:space="preserve"> axit nitơic (tính theo thể tích) và một dung dịch khác chứa </w:t>
      </w:r>
      <w:r w:rsidRPr="00B13C4C">
        <w:rPr>
          <w:rFonts w:ascii="Times New Roman" w:hAnsi="Times New Roman" w:cs="Times New Roman"/>
          <w:position w:val="-6"/>
          <w:sz w:val="24"/>
          <w:szCs w:val="24"/>
        </w:rPr>
        <w:object w:dxaOrig="499" w:dyaOrig="279" w14:anchorId="610BD6A4">
          <v:shape id="_x0000_i2748" type="#_x0000_t75" style="width:25.2pt;height:13.8pt" o:ole="">
            <v:imagedata r:id="rId1791" o:title=""/>
          </v:shape>
          <o:OLEObject Type="Embed" ProgID="Equation.DSMT4" ShapeID="_x0000_i2748" DrawAspect="Content" ObjectID="_1699836032" r:id="rId1792"/>
        </w:object>
      </w:r>
      <w:r w:rsidRPr="00B13C4C">
        <w:rPr>
          <w:rFonts w:ascii="Times New Roman" w:hAnsi="Times New Roman" w:cs="Times New Roman"/>
          <w:sz w:val="24"/>
          <w:szCs w:val="24"/>
        </w:rPr>
        <w:t xml:space="preserve"> axit nitoric. Cần phải trộn thêm bao nhiêu lít dung dịch loại 1 và loại 2 để được 100 lít dung dịch </w:t>
      </w:r>
      <w:r w:rsidRPr="00B13C4C">
        <w:rPr>
          <w:rFonts w:ascii="Times New Roman" w:hAnsi="Times New Roman" w:cs="Times New Roman"/>
          <w:position w:val="-6"/>
          <w:sz w:val="24"/>
          <w:szCs w:val="24"/>
        </w:rPr>
        <w:object w:dxaOrig="499" w:dyaOrig="279" w14:anchorId="1E36414C">
          <v:shape id="_x0000_i2749" type="#_x0000_t75" style="width:25.2pt;height:13.8pt" o:ole="">
            <v:imagedata r:id="rId1793" o:title=""/>
          </v:shape>
          <o:OLEObject Type="Embed" ProgID="Equation.DSMT4" ShapeID="_x0000_i2749" DrawAspect="Content" ObjectID="_1699836033" r:id="rId1794"/>
        </w:object>
      </w:r>
      <w:r w:rsidRPr="00B13C4C">
        <w:rPr>
          <w:rFonts w:ascii="Times New Roman" w:hAnsi="Times New Roman" w:cs="Times New Roman"/>
          <w:sz w:val="24"/>
          <w:szCs w:val="24"/>
        </w:rPr>
        <w:t xml:space="preserve"> axit nitoric?</w:t>
      </w:r>
    </w:p>
    <w:p w14:paraId="05CC2B4F"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70 lít dung dịch loại 1 và 30 lít dung dịch loại 2.</w:t>
      </w:r>
    </w:p>
    <w:p w14:paraId="04A6346B"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20 lít dung dịch loại 1 và 80 lít dung dịch loại 2.</w:t>
      </w:r>
    </w:p>
    <w:p w14:paraId="7735A19E"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30 lít dung dịch loại 1 và 70 lít dung dịch loại 2.</w:t>
      </w:r>
    </w:p>
    <w:p w14:paraId="5F8625CE"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80 lít dung dịch loại 1 và 20 lít dung dịch loại 2.</w:t>
      </w:r>
    </w:p>
    <w:p w14:paraId="38652FF8" w14:textId="77777777" w:rsidR="00B13C4C" w:rsidRPr="00B13C4C" w:rsidRDefault="00B13C4C" w:rsidP="008F4990">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hình vuông </w:t>
      </w:r>
      <w:r w:rsidRPr="00B13C4C">
        <w:rPr>
          <w:rFonts w:ascii="Times New Roman" w:hAnsi="Times New Roman" w:cs="Times New Roman"/>
          <w:position w:val="-6"/>
          <w:sz w:val="24"/>
          <w:szCs w:val="24"/>
        </w:rPr>
        <w:object w:dxaOrig="760" w:dyaOrig="279" w14:anchorId="2273D3C8">
          <v:shape id="_x0000_i2750" type="#_x0000_t75" style="width:37.8pt;height:13.8pt" o:ole="">
            <v:imagedata r:id="rId1795" o:title=""/>
          </v:shape>
          <o:OLEObject Type="Embed" ProgID="Equation.DSMT4" ShapeID="_x0000_i2750" DrawAspect="Content" ObjectID="_1699836034" r:id="rId1796"/>
        </w:object>
      </w:r>
      <w:r w:rsidRPr="00B13C4C">
        <w:rPr>
          <w:rFonts w:ascii="Times New Roman" w:hAnsi="Times New Roman" w:cs="Times New Roman"/>
          <w:sz w:val="24"/>
          <w:szCs w:val="24"/>
        </w:rPr>
        <w:t xml:space="preserve"> Gọi </w:t>
      </w:r>
      <w:r w:rsidRPr="00B13C4C">
        <w:rPr>
          <w:rFonts w:ascii="Times New Roman" w:hAnsi="Times New Roman" w:cs="Times New Roman"/>
          <w:position w:val="-10"/>
          <w:sz w:val="24"/>
          <w:szCs w:val="24"/>
        </w:rPr>
        <w:object w:dxaOrig="1100" w:dyaOrig="320" w14:anchorId="50906AF5">
          <v:shape id="_x0000_i2751" type="#_x0000_t75" style="width:55.2pt;height:16.2pt" o:ole="">
            <v:imagedata r:id="rId1797" o:title=""/>
          </v:shape>
          <o:OLEObject Type="Embed" ProgID="Equation.DSMT4" ShapeID="_x0000_i2751" DrawAspect="Content" ObjectID="_1699836035" r:id="rId1798"/>
        </w:object>
      </w:r>
      <w:r w:rsidRPr="00B13C4C">
        <w:rPr>
          <w:rFonts w:ascii="Times New Roman" w:hAnsi="Times New Roman" w:cs="Times New Roman"/>
          <w:sz w:val="24"/>
          <w:szCs w:val="24"/>
        </w:rPr>
        <w:t xml:space="preserve"> lần lượt là trung điểm của </w:t>
      </w:r>
      <w:r w:rsidRPr="00B13C4C">
        <w:rPr>
          <w:rFonts w:ascii="Times New Roman" w:hAnsi="Times New Roman" w:cs="Times New Roman"/>
          <w:position w:val="-10"/>
          <w:sz w:val="24"/>
          <w:szCs w:val="24"/>
        </w:rPr>
        <w:object w:dxaOrig="1680" w:dyaOrig="320" w14:anchorId="4F6427E6">
          <v:shape id="_x0000_i2752" type="#_x0000_t75" style="width:84pt;height:16.2pt" o:ole="">
            <v:imagedata r:id="rId1799" o:title=""/>
          </v:shape>
          <o:OLEObject Type="Embed" ProgID="Equation.DSMT4" ShapeID="_x0000_i2752" DrawAspect="Content" ObjectID="_1699836036" r:id="rId1800"/>
        </w:object>
      </w:r>
    </w:p>
    <w:p w14:paraId="1CEE18A9" w14:textId="77777777" w:rsidR="00B13C4C" w:rsidRPr="00B13C4C" w:rsidRDefault="00B13C4C" w:rsidP="008F4990">
      <w:pPr>
        <w:ind w:left="992"/>
        <w:jc w:val="both"/>
        <w:rPr>
          <w:rFonts w:ascii="Times New Roman" w:hAnsi="Times New Roman" w:cs="Times New Roman"/>
          <w:sz w:val="24"/>
          <w:szCs w:val="24"/>
        </w:rPr>
      </w:pPr>
      <w:r w:rsidRPr="00B13C4C">
        <w:rPr>
          <w:rFonts w:ascii="Times New Roman" w:hAnsi="Times New Roman" w:cs="Times New Roman"/>
          <w:sz w:val="24"/>
          <w:szCs w:val="24"/>
        </w:rPr>
        <w:t>Mệnh đề nào sau đây là sai?</w:t>
      </w:r>
    </w:p>
    <w:p w14:paraId="7534BD85"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lastRenderedPageBreak/>
        <w:t xml:space="preserve">A. </w:t>
      </w:r>
      <w:r w:rsidRPr="00B13C4C">
        <w:rPr>
          <w:rFonts w:ascii="Times New Roman" w:hAnsi="Times New Roman" w:cs="Times New Roman"/>
          <w:position w:val="-10"/>
          <w:sz w:val="24"/>
          <w:szCs w:val="24"/>
        </w:rPr>
        <w:object w:dxaOrig="1020" w:dyaOrig="380" w14:anchorId="505B75CD">
          <v:shape id="_x0000_i2753" type="#_x0000_t75" style="width:51pt;height:19.2pt" o:ole="">
            <v:imagedata r:id="rId1801" o:title=""/>
          </v:shape>
          <o:OLEObject Type="Embed" ProgID="Equation.DSMT4" ShapeID="_x0000_i2753" DrawAspect="Content" ObjectID="_1699836037" r:id="rId180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020" w:dyaOrig="380" w14:anchorId="5FC30BBE">
          <v:shape id="_x0000_i2754" type="#_x0000_t75" style="width:51pt;height:19.2pt" o:ole="">
            <v:imagedata r:id="rId1803" o:title=""/>
          </v:shape>
          <o:OLEObject Type="Embed" ProgID="Equation.DSMT4" ShapeID="_x0000_i2754" DrawAspect="Content" ObjectID="_1699836038" r:id="rId180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260" w:dyaOrig="380" w14:anchorId="58A662CC">
          <v:shape id="_x0000_i2755" type="#_x0000_t75" style="width:63pt;height:19.2pt" o:ole="">
            <v:imagedata r:id="rId1805" o:title=""/>
          </v:shape>
          <o:OLEObject Type="Embed" ProgID="Equation.DSMT4" ShapeID="_x0000_i2755" DrawAspect="Content" ObjectID="_1699836039" r:id="rId180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240" w:dyaOrig="380" w14:anchorId="0228FFBC">
          <v:shape id="_x0000_i2756" type="#_x0000_t75" style="width:61.8pt;height:19.2pt" o:ole="">
            <v:imagedata r:id="rId1807" o:title=""/>
          </v:shape>
          <o:OLEObject Type="Embed" ProgID="Equation.DSMT4" ShapeID="_x0000_i2756" DrawAspect="Content" ObjectID="_1699836040" r:id="rId1808"/>
        </w:object>
      </w:r>
      <w:r w:rsidRPr="00B13C4C">
        <w:rPr>
          <w:rFonts w:ascii="Times New Roman" w:hAnsi="Times New Roman" w:cs="Times New Roman"/>
          <w:sz w:val="24"/>
          <w:szCs w:val="24"/>
        </w:rPr>
        <w:t>.</w:t>
      </w:r>
    </w:p>
    <w:p w14:paraId="03578504" w14:textId="77777777" w:rsidR="00B13C4C" w:rsidRPr="00B13C4C" w:rsidRDefault="00B13C4C" w:rsidP="008F4990">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Tìm điều kiện xác định của phương trình sau: </w:t>
      </w:r>
      <w:r w:rsidRPr="00B13C4C">
        <w:rPr>
          <w:rFonts w:ascii="Times New Roman" w:hAnsi="Times New Roman" w:cs="Times New Roman"/>
          <w:position w:val="-24"/>
          <w:sz w:val="24"/>
          <w:szCs w:val="24"/>
        </w:rPr>
        <w:object w:dxaOrig="1280" w:dyaOrig="660" w14:anchorId="79E777AE">
          <v:shape id="_x0000_i2757" type="#_x0000_t75" style="width:64.2pt;height:33pt" o:ole="">
            <v:imagedata r:id="rId1809" o:title=""/>
          </v:shape>
          <o:OLEObject Type="Embed" ProgID="Equation.DSMT4" ShapeID="_x0000_i2757" DrawAspect="Content" ObjectID="_1699836041" r:id="rId1810"/>
        </w:object>
      </w:r>
      <w:r w:rsidRPr="00B13C4C">
        <w:rPr>
          <w:rFonts w:ascii="Times New Roman" w:hAnsi="Times New Roman" w:cs="Times New Roman"/>
          <w:sz w:val="24"/>
          <w:szCs w:val="24"/>
        </w:rPr>
        <w:t>.</w:t>
      </w:r>
    </w:p>
    <w:p w14:paraId="4F969AEE"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30"/>
          <w:sz w:val="24"/>
          <w:szCs w:val="24"/>
        </w:rPr>
        <w:object w:dxaOrig="680" w:dyaOrig="720" w14:anchorId="3FE74ABF">
          <v:shape id="_x0000_i2758" type="#_x0000_t75" style="width:34.2pt;height:36pt" o:ole="">
            <v:imagedata r:id="rId1811" o:title=""/>
          </v:shape>
          <o:OLEObject Type="Embed" ProgID="Equation.DSMT4" ShapeID="_x0000_i2758" DrawAspect="Content" ObjectID="_1699836042" r:id="rId181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560" w:dyaOrig="279" w14:anchorId="272B4799">
          <v:shape id="_x0000_i2759" type="#_x0000_t75" style="width:28.2pt;height:13.8pt" o:ole="">
            <v:imagedata r:id="rId1813" o:title=""/>
          </v:shape>
          <o:OLEObject Type="Embed" ProgID="Equation.DSMT4" ShapeID="_x0000_i2759" DrawAspect="Content" ObjectID="_1699836043" r:id="rId181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560" w:dyaOrig="279" w14:anchorId="426673A0">
          <v:shape id="_x0000_i2760" type="#_x0000_t75" style="width:28.2pt;height:13.8pt" o:ole="">
            <v:imagedata r:id="rId1815" o:title=""/>
          </v:shape>
          <o:OLEObject Type="Embed" ProgID="Equation.DSMT4" ShapeID="_x0000_i2760" DrawAspect="Content" ObjectID="_1699836044" r:id="rId181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560" w:dyaOrig="279" w14:anchorId="6F6EA00E">
          <v:shape id="_x0000_i2761" type="#_x0000_t75" style="width:28.2pt;height:13.8pt" o:ole="">
            <v:imagedata r:id="rId1817" o:title=""/>
          </v:shape>
          <o:OLEObject Type="Embed" ProgID="Equation.DSMT4" ShapeID="_x0000_i2761" DrawAspect="Content" ObjectID="_1699836045" r:id="rId1818"/>
        </w:object>
      </w:r>
      <w:r w:rsidRPr="00B13C4C">
        <w:rPr>
          <w:rFonts w:ascii="Times New Roman" w:hAnsi="Times New Roman" w:cs="Times New Roman"/>
          <w:sz w:val="24"/>
          <w:szCs w:val="24"/>
        </w:rPr>
        <w:t>.</w:t>
      </w:r>
    </w:p>
    <w:p w14:paraId="5FC28A4E" w14:textId="77777777" w:rsidR="00B13C4C" w:rsidRPr="00B13C4C" w:rsidRDefault="00B13C4C" w:rsidP="008F4990">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Hàm số nào có đồ thị như hình vẽ bên?</w:t>
      </w:r>
    </w:p>
    <w:p w14:paraId="4540B71D" w14:textId="77777777" w:rsidR="00B13C4C" w:rsidRPr="00B13C4C" w:rsidRDefault="00B13C4C" w:rsidP="008F4990">
      <w:pPr>
        <w:ind w:left="992" w:hanging="992"/>
        <w:jc w:val="center"/>
        <w:rPr>
          <w:rFonts w:ascii="Times New Roman" w:hAnsi="Times New Roman" w:cs="Times New Roman"/>
          <w:sz w:val="24"/>
          <w:szCs w:val="24"/>
        </w:rPr>
      </w:pPr>
      <w:r w:rsidRPr="00B13C4C">
        <w:rPr>
          <w:rFonts w:ascii="Times New Roman" w:hAnsi="Times New Roman" w:cs="Times New Roman"/>
          <w:noProof/>
          <w:sz w:val="24"/>
          <w:szCs w:val="24"/>
        </w:rPr>
        <w:drawing>
          <wp:inline distT="0" distB="0" distL="0" distR="0" wp14:anchorId="44F32BB8" wp14:editId="3FE10F34">
            <wp:extent cx="1169978" cy="1386840"/>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9"/>
                    <a:stretch>
                      <a:fillRect/>
                    </a:stretch>
                  </pic:blipFill>
                  <pic:spPr>
                    <a:xfrm>
                      <a:off x="0" y="0"/>
                      <a:ext cx="1177721" cy="1396018"/>
                    </a:xfrm>
                    <a:prstGeom prst="rect">
                      <a:avLst/>
                    </a:prstGeom>
                  </pic:spPr>
                </pic:pic>
              </a:graphicData>
            </a:graphic>
          </wp:inline>
        </w:drawing>
      </w:r>
    </w:p>
    <w:p w14:paraId="5EBDB923"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600" w:dyaOrig="360" w14:anchorId="01FF3E9D">
          <v:shape id="_x0000_i2762" type="#_x0000_t75" style="width:79.8pt;height:18pt" o:ole="">
            <v:imagedata r:id="rId1820" o:title=""/>
          </v:shape>
          <o:OLEObject Type="Embed" ProgID="Equation.DSMT4" ShapeID="_x0000_i2762" DrawAspect="Content" ObjectID="_1699836046" r:id="rId182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579" w:dyaOrig="360" w14:anchorId="3811B486">
          <v:shape id="_x0000_i2763" type="#_x0000_t75" style="width:79.2pt;height:18pt" o:ole="">
            <v:imagedata r:id="rId1822" o:title=""/>
          </v:shape>
          <o:OLEObject Type="Embed" ProgID="Equation.DSMT4" ShapeID="_x0000_i2763" DrawAspect="Content" ObjectID="_1699836047" r:id="rId182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600" w:dyaOrig="360" w14:anchorId="1A4747F5">
          <v:shape id="_x0000_i2764" type="#_x0000_t75" style="width:79.8pt;height:18pt" o:ole="">
            <v:imagedata r:id="rId1824" o:title=""/>
          </v:shape>
          <o:OLEObject Type="Embed" ProgID="Equation.DSMT4" ShapeID="_x0000_i2764" DrawAspect="Content" ObjectID="_1699836048" r:id="rId182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460" w:dyaOrig="360" w14:anchorId="3BA0533A">
          <v:shape id="_x0000_i2765" type="#_x0000_t75" style="width:73.2pt;height:18pt" o:ole="">
            <v:imagedata r:id="rId1826" o:title=""/>
          </v:shape>
          <o:OLEObject Type="Embed" ProgID="Equation.DSMT4" ShapeID="_x0000_i2765" DrawAspect="Content" ObjectID="_1699836049" r:id="rId1827"/>
        </w:object>
      </w:r>
      <w:r w:rsidRPr="00B13C4C">
        <w:rPr>
          <w:rFonts w:ascii="Times New Roman" w:hAnsi="Times New Roman" w:cs="Times New Roman"/>
          <w:sz w:val="24"/>
          <w:szCs w:val="24"/>
        </w:rPr>
        <w:t>.</w:t>
      </w:r>
    </w:p>
    <w:p w14:paraId="2F74593E" w14:textId="77777777" w:rsidR="00B13C4C" w:rsidRPr="00B13C4C" w:rsidRDefault="00B13C4C" w:rsidP="008F4990">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Tam giác </w:t>
      </w:r>
      <w:r w:rsidRPr="00B13C4C">
        <w:rPr>
          <w:rFonts w:ascii="Times New Roman" w:hAnsi="Times New Roman" w:cs="Times New Roman"/>
          <w:position w:val="-6"/>
          <w:sz w:val="24"/>
          <w:szCs w:val="24"/>
        </w:rPr>
        <w:object w:dxaOrig="560" w:dyaOrig="279" w14:anchorId="10A5AE04">
          <v:shape id="_x0000_i2766" type="#_x0000_t75" style="width:28.2pt;height:13.8pt" o:ole="">
            <v:imagedata r:id="rId1828" o:title=""/>
          </v:shape>
          <o:OLEObject Type="Embed" ProgID="Equation.DSMT4" ShapeID="_x0000_i2766" DrawAspect="Content" ObjectID="_1699836050" r:id="rId1829"/>
        </w:object>
      </w:r>
      <w:r w:rsidRPr="00B13C4C">
        <w:rPr>
          <w:rFonts w:ascii="Times New Roman" w:hAnsi="Times New Roman" w:cs="Times New Roman"/>
          <w:sz w:val="24"/>
          <w:szCs w:val="24"/>
        </w:rPr>
        <w:t xml:space="preserve"> có </w:t>
      </w:r>
      <w:r w:rsidRPr="00B13C4C">
        <w:rPr>
          <w:rFonts w:ascii="Times New Roman" w:hAnsi="Times New Roman" w:cs="Times New Roman"/>
          <w:position w:val="-10"/>
          <w:sz w:val="24"/>
          <w:szCs w:val="24"/>
        </w:rPr>
        <w:object w:dxaOrig="2120" w:dyaOrig="320" w14:anchorId="3F11900B">
          <v:shape id="_x0000_i2767" type="#_x0000_t75" style="width:106.2pt;height:16.2pt" o:ole="">
            <v:imagedata r:id="rId1830" o:title=""/>
          </v:shape>
          <o:OLEObject Type="Embed" ProgID="Equation.DSMT4" ShapeID="_x0000_i2767" DrawAspect="Content" ObjectID="_1699836051" r:id="rId1831"/>
        </w:object>
      </w:r>
      <w:r w:rsidRPr="00B13C4C">
        <w:rPr>
          <w:rFonts w:ascii="Times New Roman" w:hAnsi="Times New Roman" w:cs="Times New Roman"/>
          <w:sz w:val="24"/>
          <w:szCs w:val="24"/>
        </w:rPr>
        <w:t xml:space="preserve">. Góc </w:t>
      </w:r>
      <w:r w:rsidRPr="00B13C4C">
        <w:rPr>
          <w:rFonts w:ascii="Times New Roman" w:hAnsi="Times New Roman" w:cs="Times New Roman"/>
          <w:position w:val="-6"/>
          <w:sz w:val="24"/>
          <w:szCs w:val="24"/>
        </w:rPr>
        <w:object w:dxaOrig="560" w:dyaOrig="360" w14:anchorId="1FCFBF81">
          <v:shape id="_x0000_i2768" type="#_x0000_t75" style="width:28.2pt;height:18pt" o:ole="">
            <v:imagedata r:id="rId1832" o:title=""/>
          </v:shape>
          <o:OLEObject Type="Embed" ProgID="Equation.DSMT4" ShapeID="_x0000_i2768" DrawAspect="Content" ObjectID="_1699836052" r:id="rId1833"/>
        </w:object>
      </w:r>
      <w:r w:rsidRPr="00B13C4C">
        <w:rPr>
          <w:rFonts w:ascii="Times New Roman" w:hAnsi="Times New Roman" w:cs="Times New Roman"/>
          <w:sz w:val="24"/>
          <w:szCs w:val="24"/>
        </w:rPr>
        <w:t xml:space="preserve"> của tam giác </w:t>
      </w:r>
      <w:r w:rsidRPr="00B13C4C">
        <w:rPr>
          <w:rFonts w:ascii="Times New Roman" w:hAnsi="Times New Roman" w:cs="Times New Roman"/>
          <w:position w:val="-6"/>
          <w:sz w:val="24"/>
          <w:szCs w:val="24"/>
        </w:rPr>
        <w:object w:dxaOrig="560" w:dyaOrig="279" w14:anchorId="7FF2729A">
          <v:shape id="_x0000_i2769" type="#_x0000_t75" style="width:28.2pt;height:13.8pt" o:ole="">
            <v:imagedata r:id="rId1834" o:title=""/>
          </v:shape>
          <o:OLEObject Type="Embed" ProgID="Equation.DSMT4" ShapeID="_x0000_i2769" DrawAspect="Content" ObjectID="_1699836053" r:id="rId1835"/>
        </w:object>
      </w:r>
      <w:r w:rsidRPr="00B13C4C">
        <w:rPr>
          <w:rFonts w:ascii="Times New Roman" w:hAnsi="Times New Roman" w:cs="Times New Roman"/>
          <w:sz w:val="24"/>
          <w:szCs w:val="24"/>
        </w:rPr>
        <w:t xml:space="preserve"> gần với giá trị nào dưới đây?</w:t>
      </w:r>
    </w:p>
    <w:p w14:paraId="1D907E16"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660" w:dyaOrig="320" w14:anchorId="13238DBC">
          <v:shape id="_x0000_i2770" type="#_x0000_t75" style="width:33pt;height:16.2pt" o:ole="">
            <v:imagedata r:id="rId1836" o:title=""/>
          </v:shape>
          <o:OLEObject Type="Embed" ProgID="Equation.DSMT4" ShapeID="_x0000_i2770" DrawAspect="Content" ObjectID="_1699836054" r:id="rId183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639" w:dyaOrig="320" w14:anchorId="56012EA7">
          <v:shape id="_x0000_i2771" type="#_x0000_t75" style="width:31.8pt;height:16.2pt" o:ole="">
            <v:imagedata r:id="rId1838" o:title=""/>
          </v:shape>
          <o:OLEObject Type="Embed" ProgID="Equation.DSMT4" ShapeID="_x0000_i2771" DrawAspect="Content" ObjectID="_1699836055" r:id="rId183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360" w:dyaOrig="320" w14:anchorId="06678FD8">
          <v:shape id="_x0000_i2772" type="#_x0000_t75" style="width:18pt;height:16.2pt" o:ole="">
            <v:imagedata r:id="rId1840" o:title=""/>
          </v:shape>
          <o:OLEObject Type="Embed" ProgID="Equation.DSMT4" ShapeID="_x0000_i2772" DrawAspect="Content" ObjectID="_1699836056" r:id="rId184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540" w:dyaOrig="320" w14:anchorId="4E05F668">
          <v:shape id="_x0000_i2773" type="#_x0000_t75" style="width:27pt;height:16.2pt" o:ole="">
            <v:imagedata r:id="rId1842" o:title=""/>
          </v:shape>
          <o:OLEObject Type="Embed" ProgID="Equation.DSMT4" ShapeID="_x0000_i2773" DrawAspect="Content" ObjectID="_1699836057" r:id="rId1843"/>
        </w:object>
      </w:r>
      <w:r w:rsidRPr="00B13C4C">
        <w:rPr>
          <w:rFonts w:ascii="Times New Roman" w:hAnsi="Times New Roman" w:cs="Times New Roman"/>
          <w:sz w:val="24"/>
          <w:szCs w:val="24"/>
        </w:rPr>
        <w:t>.</w:t>
      </w:r>
    </w:p>
    <w:p w14:paraId="4B41CE4F" w14:textId="77777777" w:rsidR="00B13C4C" w:rsidRPr="00B13C4C" w:rsidRDefault="00B13C4C" w:rsidP="008F4990">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Số nghiệm của phương trình </w:t>
      </w:r>
      <w:r w:rsidRPr="00B13C4C">
        <w:rPr>
          <w:rFonts w:ascii="Times New Roman" w:hAnsi="Times New Roman" w:cs="Times New Roman"/>
          <w:position w:val="-8"/>
          <w:sz w:val="24"/>
          <w:szCs w:val="24"/>
        </w:rPr>
        <w:object w:dxaOrig="3240" w:dyaOrig="400" w14:anchorId="55CAE2AD">
          <v:shape id="_x0000_i2774" type="#_x0000_t75" style="width:162pt;height:19.8pt" o:ole="">
            <v:imagedata r:id="rId1844" o:title=""/>
          </v:shape>
          <o:OLEObject Type="Embed" ProgID="Equation.DSMT4" ShapeID="_x0000_i2774" DrawAspect="Content" ObjectID="_1699836058" r:id="rId1845"/>
        </w:object>
      </w:r>
      <w:r w:rsidRPr="00B13C4C">
        <w:rPr>
          <w:rFonts w:ascii="Times New Roman" w:hAnsi="Times New Roman" w:cs="Times New Roman"/>
          <w:sz w:val="24"/>
          <w:szCs w:val="24"/>
        </w:rPr>
        <w:t xml:space="preserve"> là.</w:t>
      </w:r>
    </w:p>
    <w:p w14:paraId="36948F02"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4.</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1.</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3.</w:t>
      </w:r>
    </w:p>
    <w:p w14:paraId="7C3EFF30" w14:textId="77777777" w:rsidR="00B13C4C" w:rsidRPr="00B13C4C" w:rsidRDefault="00B13C4C" w:rsidP="008F4990">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tọa độ </w:t>
      </w:r>
      <w:r w:rsidRPr="00B13C4C">
        <w:rPr>
          <w:rFonts w:ascii="Times New Roman" w:hAnsi="Times New Roman" w:cs="Times New Roman"/>
          <w:position w:val="-10"/>
          <w:sz w:val="24"/>
          <w:szCs w:val="24"/>
        </w:rPr>
        <w:object w:dxaOrig="460" w:dyaOrig="320" w14:anchorId="6366DA17">
          <v:shape id="_x0000_i2775" type="#_x0000_t75" style="width:22.8pt;height:16.2pt" o:ole="">
            <v:imagedata r:id="rId1846" o:title=""/>
          </v:shape>
          <o:OLEObject Type="Embed" ProgID="Equation.DSMT4" ShapeID="_x0000_i2775" DrawAspect="Content" ObjectID="_1699836059" r:id="rId1847"/>
        </w:object>
      </w:r>
      <w:r w:rsidRPr="00B13C4C">
        <w:rPr>
          <w:rFonts w:ascii="Times New Roman" w:hAnsi="Times New Roman" w:cs="Times New Roman"/>
          <w:sz w:val="24"/>
          <w:szCs w:val="24"/>
        </w:rPr>
        <w:t xml:space="preserve"> cho bốn điểm </w:t>
      </w:r>
      <w:r w:rsidRPr="00B13C4C">
        <w:rPr>
          <w:rFonts w:ascii="Times New Roman" w:hAnsi="Times New Roman" w:cs="Times New Roman"/>
          <w:position w:val="-10"/>
          <w:sz w:val="24"/>
          <w:szCs w:val="24"/>
        </w:rPr>
        <w:object w:dxaOrig="3700" w:dyaOrig="320" w14:anchorId="7BC99CFD">
          <v:shape id="_x0000_i2776" type="#_x0000_t75" style="width:184.8pt;height:16.2pt" o:ole="">
            <v:imagedata r:id="rId1848" o:title=""/>
          </v:shape>
          <o:OLEObject Type="Embed" ProgID="Equation.DSMT4" ShapeID="_x0000_i2776" DrawAspect="Content" ObjectID="_1699836060" r:id="rId1849"/>
        </w:object>
      </w:r>
      <w:r w:rsidRPr="00B13C4C">
        <w:rPr>
          <w:rFonts w:ascii="Times New Roman" w:hAnsi="Times New Roman" w:cs="Times New Roman"/>
          <w:sz w:val="24"/>
          <w:szCs w:val="24"/>
        </w:rPr>
        <w:t xml:space="preserve">. Hỏi </w:t>
      </w:r>
      <w:r w:rsidRPr="00B13C4C">
        <w:rPr>
          <w:rFonts w:ascii="Times New Roman" w:hAnsi="Times New Roman" w:cs="Times New Roman"/>
          <w:position w:val="-28"/>
          <w:sz w:val="24"/>
          <w:szCs w:val="24"/>
        </w:rPr>
        <w:object w:dxaOrig="1020" w:dyaOrig="680" w14:anchorId="009880B0">
          <v:shape id="_x0000_i2777" type="#_x0000_t75" style="width:51pt;height:34.2pt" o:ole="">
            <v:imagedata r:id="rId1850" o:title=""/>
          </v:shape>
          <o:OLEObject Type="Embed" ProgID="Equation.DSMT4" ShapeID="_x0000_i2777" DrawAspect="Content" ObjectID="_1699836061" r:id="rId1851"/>
        </w:object>
      </w:r>
      <w:r w:rsidRPr="00B13C4C">
        <w:rPr>
          <w:rFonts w:ascii="Times New Roman" w:hAnsi="Times New Roman" w:cs="Times New Roman"/>
          <w:sz w:val="24"/>
          <w:szCs w:val="24"/>
        </w:rPr>
        <w:t xml:space="preserve"> là trọng tâm của tam giác nào dưới đây?</w:t>
      </w:r>
    </w:p>
    <w:p w14:paraId="17D0CEE0"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4"/>
          <w:sz w:val="24"/>
          <w:szCs w:val="24"/>
        </w:rPr>
        <w:object w:dxaOrig="560" w:dyaOrig="260" w14:anchorId="758D8D44">
          <v:shape id="_x0000_i2778" type="#_x0000_t75" style="width:28.2pt;height:13.2pt" o:ole="">
            <v:imagedata r:id="rId1852" o:title=""/>
          </v:shape>
          <o:OLEObject Type="Embed" ProgID="Equation.DSMT4" ShapeID="_x0000_i2778" DrawAspect="Content" ObjectID="_1699836062" r:id="rId185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560" w:dyaOrig="279" w14:anchorId="527165C9">
          <v:shape id="_x0000_i2779" type="#_x0000_t75" style="width:28.2pt;height:13.8pt" o:ole="">
            <v:imagedata r:id="rId1854" o:title=""/>
          </v:shape>
          <o:OLEObject Type="Embed" ProgID="Equation.DSMT4" ShapeID="_x0000_i2779" DrawAspect="Content" ObjectID="_1699836063" r:id="rId185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560" w:dyaOrig="279" w14:anchorId="635AAD9A">
          <v:shape id="_x0000_i2780" type="#_x0000_t75" style="width:28.2pt;height:13.8pt" o:ole="">
            <v:imagedata r:id="rId1856" o:title=""/>
          </v:shape>
          <o:OLEObject Type="Embed" ProgID="Equation.DSMT4" ShapeID="_x0000_i2780" DrawAspect="Content" ObjectID="_1699836064" r:id="rId185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580" w:dyaOrig="279" w14:anchorId="28C2E821">
          <v:shape id="_x0000_i2781" type="#_x0000_t75" style="width:28.8pt;height:13.8pt" o:ole="">
            <v:imagedata r:id="rId1858" o:title=""/>
          </v:shape>
          <o:OLEObject Type="Embed" ProgID="Equation.DSMT4" ShapeID="_x0000_i2781" DrawAspect="Content" ObjectID="_1699836065" r:id="rId1859"/>
        </w:object>
      </w:r>
      <w:r w:rsidRPr="00B13C4C">
        <w:rPr>
          <w:rFonts w:ascii="Times New Roman" w:hAnsi="Times New Roman" w:cs="Times New Roman"/>
          <w:sz w:val="24"/>
          <w:szCs w:val="24"/>
        </w:rPr>
        <w:t>.</w:t>
      </w:r>
    </w:p>
    <w:p w14:paraId="409D135C" w14:textId="77777777" w:rsidR="00B13C4C" w:rsidRPr="00B13C4C" w:rsidRDefault="00B13C4C" w:rsidP="008F4990">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Tập xác định của hàm số </w:t>
      </w:r>
      <w:r w:rsidRPr="00B13C4C">
        <w:rPr>
          <w:rFonts w:ascii="Times New Roman" w:hAnsi="Times New Roman" w:cs="Times New Roman"/>
          <w:position w:val="-24"/>
          <w:sz w:val="24"/>
          <w:szCs w:val="24"/>
        </w:rPr>
        <w:object w:dxaOrig="2560" w:dyaOrig="620" w14:anchorId="58500524">
          <v:shape id="_x0000_i2782" type="#_x0000_t75" style="width:127.8pt;height:31.2pt" o:ole="">
            <v:imagedata r:id="rId1860" o:title=""/>
          </v:shape>
          <o:OLEObject Type="Embed" ProgID="Equation.DSMT4" ShapeID="_x0000_i2782" DrawAspect="Content" ObjectID="_1699836066" r:id="rId1861"/>
        </w:object>
      </w:r>
      <w:r w:rsidRPr="00B13C4C">
        <w:rPr>
          <w:rFonts w:ascii="Times New Roman" w:hAnsi="Times New Roman" w:cs="Times New Roman"/>
          <w:sz w:val="24"/>
          <w:szCs w:val="24"/>
        </w:rPr>
        <w:t xml:space="preserve"> là</w:t>
      </w:r>
    </w:p>
    <w:p w14:paraId="64FC7BCC"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160" w:dyaOrig="320" w14:anchorId="10E2170A">
          <v:shape id="_x0000_i2783" type="#_x0000_t75" style="width:58.2pt;height:16.2pt" o:ole="">
            <v:imagedata r:id="rId1862" o:title=""/>
          </v:shape>
          <o:OLEObject Type="Embed" ProgID="Equation.DSMT4" ShapeID="_x0000_i2783" DrawAspect="Content" ObjectID="_1699836067" r:id="rId186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200" w:dyaOrig="320" w14:anchorId="4C9A8FC2">
          <v:shape id="_x0000_i2784" type="#_x0000_t75" style="width:60pt;height:16.2pt" o:ole="">
            <v:imagedata r:id="rId1864" o:title=""/>
          </v:shape>
          <o:OLEObject Type="Embed" ProgID="Equation.DSMT4" ShapeID="_x0000_i2784" DrawAspect="Content" ObjectID="_1699836068" r:id="rId186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600" w:dyaOrig="320" w14:anchorId="6089D6FF">
          <v:shape id="_x0000_i2785" type="#_x0000_t75" style="width:79.8pt;height:16.2pt" o:ole="">
            <v:imagedata r:id="rId1866" o:title=""/>
          </v:shape>
          <o:OLEObject Type="Embed" ProgID="Equation.DSMT4" ShapeID="_x0000_i2785" DrawAspect="Content" ObjectID="_1699836069" r:id="rId186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4"/>
          <w:sz w:val="24"/>
          <w:szCs w:val="24"/>
        </w:rPr>
        <w:object w:dxaOrig="680" w:dyaOrig="260" w14:anchorId="2309E674">
          <v:shape id="_x0000_i2786" type="#_x0000_t75" style="width:34.2pt;height:13.2pt" o:ole="">
            <v:imagedata r:id="rId1868" o:title=""/>
          </v:shape>
          <o:OLEObject Type="Embed" ProgID="Equation.DSMT4" ShapeID="_x0000_i2786" DrawAspect="Content" ObjectID="_1699836070" r:id="rId1869"/>
        </w:object>
      </w:r>
      <w:r w:rsidRPr="00B13C4C">
        <w:rPr>
          <w:rFonts w:ascii="Times New Roman" w:hAnsi="Times New Roman" w:cs="Times New Roman"/>
          <w:sz w:val="24"/>
          <w:szCs w:val="24"/>
        </w:rPr>
        <w:t>.</w:t>
      </w:r>
    </w:p>
    <w:p w14:paraId="452636F9" w14:textId="77777777" w:rsidR="00B13C4C" w:rsidRPr="00B13C4C" w:rsidRDefault="00B13C4C" w:rsidP="008F4990">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Nghiệm của phương trình </w:t>
      </w:r>
      <w:r w:rsidRPr="00B13C4C">
        <w:rPr>
          <w:rFonts w:ascii="Times New Roman" w:hAnsi="Times New Roman" w:cs="Times New Roman"/>
          <w:position w:val="-8"/>
          <w:sz w:val="24"/>
          <w:szCs w:val="24"/>
        </w:rPr>
        <w:object w:dxaOrig="1520" w:dyaOrig="360" w14:anchorId="4DDAC69B">
          <v:shape id="_x0000_i2787" type="#_x0000_t75" style="width:76.2pt;height:18pt" o:ole="">
            <v:imagedata r:id="rId1870" o:title=""/>
          </v:shape>
          <o:OLEObject Type="Embed" ProgID="Equation.DSMT4" ShapeID="_x0000_i2787" DrawAspect="Content" ObjectID="_1699836071" r:id="rId1871"/>
        </w:object>
      </w:r>
      <w:r w:rsidRPr="00B13C4C">
        <w:rPr>
          <w:rFonts w:ascii="Times New Roman" w:hAnsi="Times New Roman" w:cs="Times New Roman"/>
          <w:sz w:val="24"/>
          <w:szCs w:val="24"/>
        </w:rPr>
        <w:t xml:space="preserve"> bằng</w:t>
      </w:r>
    </w:p>
    <w:p w14:paraId="6617BD94"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2 và 15.</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6.</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15.</w:t>
      </w:r>
    </w:p>
    <w:p w14:paraId="37D0CFC7" w14:textId="77777777" w:rsidR="00B13C4C" w:rsidRPr="00B13C4C" w:rsidRDefault="00B13C4C" w:rsidP="008F4990">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Gọi </w:t>
      </w:r>
      <w:r w:rsidRPr="00B13C4C">
        <w:rPr>
          <w:rFonts w:ascii="Times New Roman" w:hAnsi="Times New Roman" w:cs="Times New Roman"/>
          <w:position w:val="-10"/>
          <w:sz w:val="24"/>
          <w:szCs w:val="24"/>
        </w:rPr>
        <w:object w:dxaOrig="400" w:dyaOrig="320" w14:anchorId="5D0219AC">
          <v:shape id="_x0000_i2788" type="#_x0000_t75" style="width:19.8pt;height:16.2pt" o:ole="">
            <v:imagedata r:id="rId1872" o:title=""/>
          </v:shape>
          <o:OLEObject Type="Embed" ProgID="Equation.DSMT4" ShapeID="_x0000_i2788" DrawAspect="Content" ObjectID="_1699836072" r:id="rId1873"/>
        </w:object>
      </w:r>
      <w:r w:rsidRPr="00B13C4C">
        <w:rPr>
          <w:rFonts w:ascii="Times New Roman" w:hAnsi="Times New Roman" w:cs="Times New Roman"/>
          <w:sz w:val="24"/>
          <w:szCs w:val="24"/>
        </w:rPr>
        <w:t xml:space="preserve"> là hai nghiệm của phương trình </w:t>
      </w:r>
      <w:r w:rsidRPr="00B13C4C">
        <w:rPr>
          <w:rFonts w:ascii="Times New Roman" w:hAnsi="Times New Roman" w:cs="Times New Roman"/>
          <w:position w:val="-10"/>
          <w:sz w:val="24"/>
          <w:szCs w:val="24"/>
        </w:rPr>
        <w:object w:dxaOrig="1540" w:dyaOrig="320" w14:anchorId="349FD4DF">
          <v:shape id="_x0000_i2789" type="#_x0000_t75" style="width:76.8pt;height:16.2pt" o:ole="">
            <v:imagedata r:id="rId1874" o:title=""/>
          </v:shape>
          <o:OLEObject Type="Embed" ProgID="Equation.DSMT4" ShapeID="_x0000_i2789" DrawAspect="Content" ObjectID="_1699836073" r:id="rId1875"/>
        </w:object>
      </w:r>
      <w:r w:rsidRPr="00B13C4C">
        <w:rPr>
          <w:rFonts w:ascii="Times New Roman" w:hAnsi="Times New Roman" w:cs="Times New Roman"/>
          <w:sz w:val="24"/>
          <w:szCs w:val="24"/>
        </w:rPr>
        <w:t xml:space="preserve"> sao cho </w:t>
      </w:r>
      <w:r w:rsidRPr="00B13C4C">
        <w:rPr>
          <w:rFonts w:ascii="Times New Roman" w:hAnsi="Times New Roman" w:cs="Times New Roman"/>
          <w:position w:val="-6"/>
          <w:sz w:val="24"/>
          <w:szCs w:val="24"/>
        </w:rPr>
        <w:object w:dxaOrig="560" w:dyaOrig="279" w14:anchorId="72B62C60">
          <v:shape id="_x0000_i2790" type="#_x0000_t75" style="width:28.2pt;height:13.8pt" o:ole="">
            <v:imagedata r:id="rId1876" o:title=""/>
          </v:shape>
          <o:OLEObject Type="Embed" ProgID="Equation.DSMT4" ShapeID="_x0000_i2790" DrawAspect="Content" ObjectID="_1699836074" r:id="rId1877"/>
        </w:object>
      </w:r>
      <w:r w:rsidRPr="00B13C4C">
        <w:rPr>
          <w:rFonts w:ascii="Times New Roman" w:hAnsi="Times New Roman" w:cs="Times New Roman"/>
          <w:sz w:val="24"/>
          <w:szCs w:val="24"/>
        </w:rPr>
        <w:t xml:space="preserve">. Tính </w:t>
      </w:r>
      <w:r w:rsidRPr="00B13C4C">
        <w:rPr>
          <w:rFonts w:ascii="Times New Roman" w:hAnsi="Times New Roman" w:cs="Times New Roman"/>
          <w:position w:val="-4"/>
          <w:sz w:val="24"/>
          <w:szCs w:val="24"/>
        </w:rPr>
        <w:object w:dxaOrig="499" w:dyaOrig="260" w14:anchorId="51D15603">
          <v:shape id="_x0000_i2791" type="#_x0000_t75" style="width:25.2pt;height:13.2pt" o:ole="">
            <v:imagedata r:id="rId1878" o:title=""/>
          </v:shape>
          <o:OLEObject Type="Embed" ProgID="Equation.DSMT4" ShapeID="_x0000_i2791" DrawAspect="Content" ObjectID="_1699836075" r:id="rId1879"/>
        </w:object>
      </w:r>
      <w:r w:rsidRPr="00B13C4C">
        <w:rPr>
          <w:rFonts w:ascii="Times New Roman" w:hAnsi="Times New Roman" w:cs="Times New Roman"/>
          <w:sz w:val="24"/>
          <w:szCs w:val="24"/>
        </w:rPr>
        <w:t xml:space="preserve"> </w:t>
      </w:r>
      <w:r w:rsidRPr="00B13C4C">
        <w:rPr>
          <w:rFonts w:ascii="Times New Roman" w:hAnsi="Times New Roman" w:cs="Times New Roman"/>
          <w:position w:val="-6"/>
          <w:sz w:val="24"/>
          <w:szCs w:val="24"/>
        </w:rPr>
        <w:object w:dxaOrig="760" w:dyaOrig="279" w14:anchorId="66DD83BC">
          <v:shape id="_x0000_i2792" type="#_x0000_t75" style="width:37.8pt;height:13.8pt" o:ole="">
            <v:imagedata r:id="rId1880" o:title=""/>
          </v:shape>
          <o:OLEObject Type="Embed" ProgID="Equation.DSMT4" ShapeID="_x0000_i2792" DrawAspect="Content" ObjectID="_1699836076" r:id="rId1881"/>
        </w:object>
      </w:r>
    </w:p>
    <w:p w14:paraId="60BFC62E"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800" w:dyaOrig="279" w14:anchorId="5B13AA8C">
          <v:shape id="_x0000_i2793" type="#_x0000_t75" style="width:40.2pt;height:13.8pt" o:ole="">
            <v:imagedata r:id="rId1882" o:title=""/>
          </v:shape>
          <o:OLEObject Type="Embed" ProgID="Equation.DSMT4" ShapeID="_x0000_i2793" DrawAspect="Content" ObjectID="_1699836077" r:id="rId188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680" w:dyaOrig="279" w14:anchorId="1C82A23D">
          <v:shape id="_x0000_i2794" type="#_x0000_t75" style="width:34.2pt;height:13.8pt" o:ole="">
            <v:imagedata r:id="rId1884" o:title=""/>
          </v:shape>
          <o:OLEObject Type="Embed" ProgID="Equation.DSMT4" ShapeID="_x0000_i2794" DrawAspect="Content" ObjectID="_1699836078" r:id="rId188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720" w:dyaOrig="620" w14:anchorId="5A96CEC8">
          <v:shape id="_x0000_i2795" type="#_x0000_t75" style="width:36pt;height:31.2pt" o:ole="">
            <v:imagedata r:id="rId1886" o:title=""/>
          </v:shape>
          <o:OLEObject Type="Embed" ProgID="Equation.DSMT4" ShapeID="_x0000_i2795" DrawAspect="Content" ObjectID="_1699836079" r:id="rId188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660" w:dyaOrig="279" w14:anchorId="6687B994">
          <v:shape id="_x0000_i2796" type="#_x0000_t75" style="width:33pt;height:13.8pt" o:ole="">
            <v:imagedata r:id="rId1888" o:title=""/>
          </v:shape>
          <o:OLEObject Type="Embed" ProgID="Equation.DSMT4" ShapeID="_x0000_i2796" DrawAspect="Content" ObjectID="_1699836080" r:id="rId1889"/>
        </w:object>
      </w:r>
      <w:r w:rsidRPr="00B13C4C">
        <w:rPr>
          <w:rFonts w:ascii="Times New Roman" w:hAnsi="Times New Roman" w:cs="Times New Roman"/>
          <w:sz w:val="24"/>
          <w:szCs w:val="24"/>
        </w:rPr>
        <w:t>.</w:t>
      </w:r>
    </w:p>
    <w:p w14:paraId="3822B817" w14:textId="77777777" w:rsidR="00B13C4C" w:rsidRPr="00B13C4C" w:rsidRDefault="00B13C4C" w:rsidP="008F4990">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ba tập hợp </w:t>
      </w:r>
      <w:r w:rsidRPr="00B13C4C">
        <w:rPr>
          <w:rFonts w:ascii="Times New Roman" w:hAnsi="Times New Roman" w:cs="Times New Roman"/>
          <w:position w:val="-10"/>
          <w:sz w:val="24"/>
          <w:szCs w:val="24"/>
        </w:rPr>
        <w:object w:dxaOrig="2920" w:dyaOrig="320" w14:anchorId="7FE74452">
          <v:shape id="_x0000_i2797" type="#_x0000_t75" style="width:145.8pt;height:16.2pt" o:ole="">
            <v:imagedata r:id="rId1890" o:title=""/>
          </v:shape>
          <o:OLEObject Type="Embed" ProgID="Equation.DSMT4" ShapeID="_x0000_i2797" DrawAspect="Content" ObjectID="_1699836081" r:id="rId1891"/>
        </w:object>
      </w:r>
      <w:r w:rsidRPr="00B13C4C">
        <w:rPr>
          <w:rFonts w:ascii="Times New Roman" w:hAnsi="Times New Roman" w:cs="Times New Roman"/>
          <w:sz w:val="24"/>
          <w:szCs w:val="24"/>
        </w:rPr>
        <w:t xml:space="preserve">. Khi đó tập </w:t>
      </w:r>
      <w:r w:rsidRPr="00B13C4C">
        <w:rPr>
          <w:rFonts w:ascii="Times New Roman" w:hAnsi="Times New Roman" w:cs="Times New Roman"/>
          <w:position w:val="-10"/>
          <w:sz w:val="24"/>
          <w:szCs w:val="24"/>
        </w:rPr>
        <w:object w:dxaOrig="1140" w:dyaOrig="320" w14:anchorId="6634EAA8">
          <v:shape id="_x0000_i2798" type="#_x0000_t75" style="width:57pt;height:16.2pt" o:ole="">
            <v:imagedata r:id="rId1892" o:title=""/>
          </v:shape>
          <o:OLEObject Type="Embed" ProgID="Equation.DSMT4" ShapeID="_x0000_i2798" DrawAspect="Content" ObjectID="_1699836082" r:id="rId1893"/>
        </w:object>
      </w:r>
      <w:r w:rsidRPr="00B13C4C">
        <w:rPr>
          <w:rFonts w:ascii="Times New Roman" w:hAnsi="Times New Roman" w:cs="Times New Roman"/>
          <w:sz w:val="24"/>
          <w:szCs w:val="24"/>
        </w:rPr>
        <w:t xml:space="preserve"> là:</w:t>
      </w:r>
    </w:p>
    <w:p w14:paraId="26FD1AFB"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660" w:dyaOrig="320" w14:anchorId="171B2C64">
          <v:shape id="_x0000_i2799" type="#_x0000_t75" style="width:33pt;height:16.2pt" o:ole="">
            <v:imagedata r:id="rId1894" o:title=""/>
          </v:shape>
          <o:OLEObject Type="Embed" ProgID="Equation.DSMT4" ShapeID="_x0000_i2799" DrawAspect="Content" ObjectID="_1699836083" r:id="rId189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520" w:dyaOrig="320" w14:anchorId="0882A763">
          <v:shape id="_x0000_i2800" type="#_x0000_t75" style="width:25.8pt;height:16.2pt" o:ole="">
            <v:imagedata r:id="rId1896" o:title=""/>
          </v:shape>
          <o:OLEObject Type="Embed" ProgID="Equation.DSMT4" ShapeID="_x0000_i2800" DrawAspect="Content" ObjectID="_1699836084" r:id="rId189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499" w:dyaOrig="320" w14:anchorId="175C3724">
          <v:shape id="_x0000_i2801" type="#_x0000_t75" style="width:25.2pt;height:16.2pt" o:ole="">
            <v:imagedata r:id="rId1898" o:title=""/>
          </v:shape>
          <o:OLEObject Type="Embed" ProgID="Equation.DSMT4" ShapeID="_x0000_i2801" DrawAspect="Content" ObjectID="_1699836085" r:id="rId189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660" w:dyaOrig="320" w14:anchorId="47BC2011">
          <v:shape id="_x0000_i2802" type="#_x0000_t75" style="width:33pt;height:16.2pt" o:ole="">
            <v:imagedata r:id="rId1900" o:title=""/>
          </v:shape>
          <o:OLEObject Type="Embed" ProgID="Equation.DSMT4" ShapeID="_x0000_i2802" DrawAspect="Content" ObjectID="_1699836086" r:id="rId1901"/>
        </w:object>
      </w:r>
      <w:r w:rsidRPr="00B13C4C">
        <w:rPr>
          <w:rFonts w:ascii="Times New Roman" w:hAnsi="Times New Roman" w:cs="Times New Roman"/>
          <w:sz w:val="24"/>
          <w:szCs w:val="24"/>
        </w:rPr>
        <w:t>.</w:t>
      </w:r>
    </w:p>
    <w:p w14:paraId="5700D3BE" w14:textId="77777777" w:rsidR="00B13C4C" w:rsidRPr="00B13C4C" w:rsidRDefault="00B13C4C" w:rsidP="008F4990">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phương trình: </w:t>
      </w:r>
      <w:r w:rsidRPr="00B13C4C">
        <w:rPr>
          <w:rFonts w:ascii="Times New Roman" w:hAnsi="Times New Roman" w:cs="Times New Roman"/>
          <w:position w:val="-6"/>
          <w:sz w:val="24"/>
          <w:szCs w:val="24"/>
        </w:rPr>
        <w:object w:dxaOrig="999" w:dyaOrig="320" w14:anchorId="17270AAA">
          <v:shape id="_x0000_i2803" type="#_x0000_t75" style="width:49.8pt;height:16.2pt" o:ole="">
            <v:imagedata r:id="rId1902" o:title=""/>
          </v:shape>
          <o:OLEObject Type="Embed" ProgID="Equation.DSMT4" ShapeID="_x0000_i2803" DrawAspect="Content" ObjectID="_1699836087" r:id="rId1903"/>
        </w:object>
      </w:r>
      <w:r w:rsidRPr="00B13C4C">
        <w:rPr>
          <w:rFonts w:ascii="Times New Roman" w:hAnsi="Times New Roman" w:cs="Times New Roman"/>
          <w:sz w:val="24"/>
          <w:szCs w:val="24"/>
        </w:rPr>
        <w:t xml:space="preserve"> (1). Phương trình nào tương đương với phương trình (1)?</w:t>
      </w:r>
    </w:p>
    <w:p w14:paraId="55C80194"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560" w:dyaOrig="279" w14:anchorId="4FD0D11B">
          <v:shape id="_x0000_i2804" type="#_x0000_t75" style="width:28.2pt;height:13.8pt" o:ole="">
            <v:imagedata r:id="rId1904" o:title=""/>
          </v:shape>
          <o:OLEObject Type="Embed" ProgID="Equation.DSMT4" ShapeID="_x0000_i2804" DrawAspect="Content" ObjectID="_1699836088" r:id="rId190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140" w:dyaOrig="320" w14:anchorId="18F2DF3D">
          <v:shape id="_x0000_i2805" type="#_x0000_t75" style="width:57pt;height:16.2pt" o:ole="">
            <v:imagedata r:id="rId1906" o:title=""/>
          </v:shape>
          <o:OLEObject Type="Embed" ProgID="Equation.DSMT4" ShapeID="_x0000_i2805" DrawAspect="Content" ObjectID="_1699836089" r:id="rId190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840" w:dyaOrig="279" w14:anchorId="386AE640">
          <v:shape id="_x0000_i2806" type="#_x0000_t75" style="width:42pt;height:13.8pt" o:ole="">
            <v:imagedata r:id="rId1908" o:title=""/>
          </v:shape>
          <o:OLEObject Type="Embed" ProgID="Equation.DSMT4" ShapeID="_x0000_i2806" DrawAspect="Content" ObjectID="_1699836090" r:id="rId190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560" w:dyaOrig="360" w14:anchorId="780FFCD7">
          <v:shape id="_x0000_i2807" type="#_x0000_t75" style="width:78pt;height:18pt" o:ole="">
            <v:imagedata r:id="rId1910" o:title=""/>
          </v:shape>
          <o:OLEObject Type="Embed" ProgID="Equation.DSMT4" ShapeID="_x0000_i2807" DrawAspect="Content" ObjectID="_1699836091" r:id="rId1911"/>
        </w:object>
      </w:r>
      <w:r w:rsidRPr="00B13C4C">
        <w:rPr>
          <w:rFonts w:ascii="Times New Roman" w:hAnsi="Times New Roman" w:cs="Times New Roman"/>
          <w:sz w:val="24"/>
          <w:szCs w:val="24"/>
        </w:rPr>
        <w:t>.</w:t>
      </w:r>
    </w:p>
    <w:p w14:paraId="74F177A2" w14:textId="77777777" w:rsidR="00B13C4C" w:rsidRPr="00B13C4C" w:rsidRDefault="00B13C4C" w:rsidP="008F4990">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tập </w:t>
      </w:r>
      <w:r w:rsidRPr="00B13C4C">
        <w:rPr>
          <w:rFonts w:ascii="Times New Roman" w:hAnsi="Times New Roman" w:cs="Times New Roman"/>
          <w:position w:val="-10"/>
          <w:sz w:val="24"/>
          <w:szCs w:val="24"/>
        </w:rPr>
        <w:object w:dxaOrig="2760" w:dyaOrig="320" w14:anchorId="1863AAE9">
          <v:shape id="_x0000_i2808" type="#_x0000_t75" style="width:138pt;height:16.2pt" o:ole="">
            <v:imagedata r:id="rId1912" o:title=""/>
          </v:shape>
          <o:OLEObject Type="Embed" ProgID="Equation.DSMT4" ShapeID="_x0000_i2808" DrawAspect="Content" ObjectID="_1699836092" r:id="rId1913"/>
        </w:object>
      </w:r>
      <w:r w:rsidRPr="00B13C4C">
        <w:rPr>
          <w:rFonts w:ascii="Times New Roman" w:hAnsi="Times New Roman" w:cs="Times New Roman"/>
          <w:sz w:val="24"/>
          <w:szCs w:val="24"/>
        </w:rPr>
        <w:t xml:space="preserve">. Tập nào sau đây bằng tập </w:t>
      </w:r>
      <w:r w:rsidRPr="00B13C4C">
        <w:rPr>
          <w:rFonts w:ascii="Times New Roman" w:hAnsi="Times New Roman" w:cs="Times New Roman"/>
          <w:position w:val="-6"/>
          <w:sz w:val="24"/>
          <w:szCs w:val="24"/>
        </w:rPr>
        <w:object w:dxaOrig="720" w:dyaOrig="279" w14:anchorId="42A06836">
          <v:shape id="_x0000_i2809" type="#_x0000_t75" style="width:36pt;height:13.8pt" o:ole="">
            <v:imagedata r:id="rId1914" o:title=""/>
          </v:shape>
          <o:OLEObject Type="Embed" ProgID="Equation.DSMT4" ShapeID="_x0000_i2809" DrawAspect="Content" ObjectID="_1699836093" r:id="rId1915"/>
        </w:object>
      </w:r>
    </w:p>
    <w:p w14:paraId="6E877F21"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320" w:dyaOrig="320" w14:anchorId="1ECAC8F8">
          <v:shape id="_x0000_i2810" type="#_x0000_t75" style="width:16.2pt;height:16.2pt" o:ole="">
            <v:imagedata r:id="rId1916" o:title=""/>
          </v:shape>
          <o:OLEObject Type="Embed" ProgID="Equation.DSMT4" ShapeID="_x0000_i2810" DrawAspect="Content" ObjectID="_1699836094" r:id="rId191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920" w:dyaOrig="320" w14:anchorId="648C9467">
          <v:shape id="_x0000_i2811" type="#_x0000_t75" style="width:46.2pt;height:16.2pt" o:ole="">
            <v:imagedata r:id="rId1918" o:title=""/>
          </v:shape>
          <o:OLEObject Type="Embed" ProgID="Equation.DSMT4" ShapeID="_x0000_i2811" DrawAspect="Content" ObjectID="_1699836095" r:id="rId191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920" w:dyaOrig="320" w14:anchorId="00262A1C">
          <v:shape id="_x0000_i2812" type="#_x0000_t75" style="width:46.2pt;height:16.2pt" o:ole="">
            <v:imagedata r:id="rId1920" o:title=""/>
          </v:shape>
          <o:OLEObject Type="Embed" ProgID="Equation.DSMT4" ShapeID="_x0000_i2812" DrawAspect="Content" ObjectID="_1699836096" r:id="rId192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560" w:dyaOrig="320" w14:anchorId="532A1CDB">
          <v:shape id="_x0000_i2813" type="#_x0000_t75" style="width:28.2pt;height:16.2pt" o:ole="">
            <v:imagedata r:id="rId1922" o:title=""/>
          </v:shape>
          <o:OLEObject Type="Embed" ProgID="Equation.DSMT4" ShapeID="_x0000_i2813" DrawAspect="Content" ObjectID="_1699836097" r:id="rId1923"/>
        </w:object>
      </w:r>
      <w:r w:rsidRPr="00B13C4C">
        <w:rPr>
          <w:rFonts w:ascii="Times New Roman" w:hAnsi="Times New Roman" w:cs="Times New Roman"/>
          <w:sz w:val="24"/>
          <w:szCs w:val="24"/>
        </w:rPr>
        <w:t>.</w:t>
      </w:r>
    </w:p>
    <w:p w14:paraId="5F2509CD" w14:textId="77777777" w:rsidR="00B13C4C" w:rsidRPr="00B13C4C" w:rsidRDefault="00B13C4C" w:rsidP="008F4990">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Hình vẽ nào sau đây (phần không bị gạch) minh họa cho tập </w:t>
      </w:r>
      <w:r w:rsidRPr="00B13C4C">
        <w:rPr>
          <w:rFonts w:ascii="Times New Roman" w:hAnsi="Times New Roman" w:cs="Times New Roman"/>
          <w:position w:val="-10"/>
          <w:sz w:val="24"/>
          <w:szCs w:val="24"/>
        </w:rPr>
        <w:object w:dxaOrig="499" w:dyaOrig="320" w14:anchorId="11A1EF9B">
          <v:shape id="_x0000_i2814" type="#_x0000_t75" style="width:25.2pt;height:16.2pt" o:ole="">
            <v:imagedata r:id="rId1924" o:title=""/>
          </v:shape>
          <o:OLEObject Type="Embed" ProgID="Equation.DSMT4" ShapeID="_x0000_i2814" DrawAspect="Content" ObjectID="_1699836098" r:id="rId1925"/>
        </w:object>
      </w:r>
      <w:r w:rsidRPr="00B13C4C">
        <w:rPr>
          <w:rFonts w:ascii="Times New Roman" w:hAnsi="Times New Roman" w:cs="Times New Roman"/>
          <w:sz w:val="24"/>
          <w:szCs w:val="24"/>
        </w:rPr>
        <w:t>?</w:t>
      </w:r>
    </w:p>
    <w:p w14:paraId="2AF5DE35"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noProof/>
          <w:sz w:val="24"/>
          <w:szCs w:val="24"/>
        </w:rPr>
        <w:drawing>
          <wp:inline distT="0" distB="0" distL="0" distR="0" wp14:anchorId="3811242B" wp14:editId="04A55D24">
            <wp:extent cx="2651760" cy="30538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6"/>
                    <a:stretch>
                      <a:fillRect/>
                    </a:stretch>
                  </pic:blipFill>
                  <pic:spPr>
                    <a:xfrm>
                      <a:off x="0" y="0"/>
                      <a:ext cx="2772229" cy="319259"/>
                    </a:xfrm>
                    <a:prstGeom prst="rect">
                      <a:avLst/>
                    </a:prstGeom>
                  </pic:spPr>
                </pic:pic>
              </a:graphicData>
            </a:graphic>
          </wp:inline>
        </w:drawing>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noProof/>
          <w:sz w:val="24"/>
          <w:szCs w:val="24"/>
        </w:rPr>
        <w:drawing>
          <wp:inline distT="0" distB="0" distL="0" distR="0" wp14:anchorId="56F2E78C" wp14:editId="3FA9CBE9">
            <wp:extent cx="2141220" cy="248132"/>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7"/>
                    <a:stretch>
                      <a:fillRect/>
                    </a:stretch>
                  </pic:blipFill>
                  <pic:spPr>
                    <a:xfrm>
                      <a:off x="0" y="0"/>
                      <a:ext cx="2211150" cy="256236"/>
                    </a:xfrm>
                    <a:prstGeom prst="rect">
                      <a:avLst/>
                    </a:prstGeom>
                  </pic:spPr>
                </pic:pic>
              </a:graphicData>
            </a:graphic>
          </wp:inline>
        </w:drawing>
      </w:r>
      <w:r w:rsidRPr="00B13C4C">
        <w:rPr>
          <w:rFonts w:ascii="Times New Roman" w:hAnsi="Times New Roman" w:cs="Times New Roman"/>
          <w:sz w:val="24"/>
          <w:szCs w:val="24"/>
        </w:rPr>
        <w:t>.</w:t>
      </w:r>
    </w:p>
    <w:p w14:paraId="355A5DD6"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lastRenderedPageBreak/>
        <w:t xml:space="preserve">C. </w:t>
      </w:r>
      <w:r w:rsidRPr="00B13C4C">
        <w:rPr>
          <w:rFonts w:ascii="Times New Roman" w:hAnsi="Times New Roman" w:cs="Times New Roman"/>
          <w:noProof/>
          <w:sz w:val="24"/>
          <w:szCs w:val="24"/>
        </w:rPr>
        <w:drawing>
          <wp:inline distT="0" distB="0" distL="0" distR="0" wp14:anchorId="7000929E" wp14:editId="6105A398">
            <wp:extent cx="2438400" cy="340093"/>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8"/>
                    <a:stretch>
                      <a:fillRect/>
                    </a:stretch>
                  </pic:blipFill>
                  <pic:spPr>
                    <a:xfrm>
                      <a:off x="0" y="0"/>
                      <a:ext cx="2478358" cy="345666"/>
                    </a:xfrm>
                    <a:prstGeom prst="rect">
                      <a:avLst/>
                    </a:prstGeom>
                  </pic:spPr>
                </pic:pic>
              </a:graphicData>
            </a:graphic>
          </wp:inline>
        </w:drawing>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noProof/>
          <w:sz w:val="24"/>
          <w:szCs w:val="24"/>
        </w:rPr>
        <w:drawing>
          <wp:inline distT="0" distB="0" distL="0" distR="0" wp14:anchorId="3061E326" wp14:editId="3653F5FB">
            <wp:extent cx="2385060" cy="27359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9"/>
                    <a:stretch>
                      <a:fillRect/>
                    </a:stretch>
                  </pic:blipFill>
                  <pic:spPr>
                    <a:xfrm>
                      <a:off x="0" y="0"/>
                      <a:ext cx="2482262" cy="284747"/>
                    </a:xfrm>
                    <a:prstGeom prst="rect">
                      <a:avLst/>
                    </a:prstGeom>
                  </pic:spPr>
                </pic:pic>
              </a:graphicData>
            </a:graphic>
          </wp:inline>
        </w:drawing>
      </w:r>
      <w:r w:rsidRPr="00B13C4C">
        <w:rPr>
          <w:rFonts w:ascii="Times New Roman" w:hAnsi="Times New Roman" w:cs="Times New Roman"/>
          <w:sz w:val="24"/>
          <w:szCs w:val="24"/>
        </w:rPr>
        <w:t>.</w:t>
      </w:r>
    </w:p>
    <w:p w14:paraId="66CEB8A0" w14:textId="77777777" w:rsidR="00B13C4C" w:rsidRPr="00B13C4C" w:rsidRDefault="00B13C4C" w:rsidP="008F4990">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Tập xác định của hàm số </w:t>
      </w:r>
      <w:r w:rsidRPr="00B13C4C">
        <w:rPr>
          <w:rFonts w:ascii="Times New Roman" w:hAnsi="Times New Roman" w:cs="Times New Roman"/>
          <w:position w:val="-28"/>
          <w:sz w:val="24"/>
          <w:szCs w:val="24"/>
        </w:rPr>
        <w:object w:dxaOrig="2079" w:dyaOrig="660" w14:anchorId="0C71BA58">
          <v:shape id="_x0000_i2815" type="#_x0000_t75" style="width:103.8pt;height:33pt" o:ole="">
            <v:imagedata r:id="rId1930" o:title=""/>
          </v:shape>
          <o:OLEObject Type="Embed" ProgID="Equation.DSMT4" ShapeID="_x0000_i2815" DrawAspect="Content" ObjectID="_1699836099" r:id="rId1931"/>
        </w:object>
      </w:r>
      <w:r w:rsidRPr="00B13C4C">
        <w:rPr>
          <w:rFonts w:ascii="Times New Roman" w:hAnsi="Times New Roman" w:cs="Times New Roman"/>
          <w:sz w:val="24"/>
          <w:szCs w:val="24"/>
        </w:rPr>
        <w:t xml:space="preserve"> là</w:t>
      </w:r>
    </w:p>
    <w:p w14:paraId="238DC2D2"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8"/>
          <w:sz w:val="24"/>
          <w:szCs w:val="24"/>
        </w:rPr>
        <w:object w:dxaOrig="1120" w:dyaOrig="680" w14:anchorId="02067BD1">
          <v:shape id="_x0000_i2816" type="#_x0000_t75" style="width:55.8pt;height:34.2pt" o:ole="">
            <v:imagedata r:id="rId1932" o:title=""/>
          </v:shape>
          <o:OLEObject Type="Embed" ProgID="Equation.DSMT4" ShapeID="_x0000_i2816" DrawAspect="Content" ObjectID="_1699836100" r:id="rId193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8"/>
          <w:sz w:val="24"/>
          <w:szCs w:val="24"/>
        </w:rPr>
        <w:object w:dxaOrig="1120" w:dyaOrig="680" w14:anchorId="4DC8BD18">
          <v:shape id="_x0000_i2817" type="#_x0000_t75" style="width:55.8pt;height:34.2pt" o:ole="">
            <v:imagedata r:id="rId1934" o:title=""/>
          </v:shape>
          <o:OLEObject Type="Embed" ProgID="Equation.DSMT4" ShapeID="_x0000_i2817" DrawAspect="Content" ObjectID="_1699836101" r:id="rId193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8"/>
          <w:sz w:val="24"/>
          <w:szCs w:val="24"/>
        </w:rPr>
        <w:object w:dxaOrig="1120" w:dyaOrig="680" w14:anchorId="290B1618">
          <v:shape id="_x0000_i2818" type="#_x0000_t75" style="width:55.8pt;height:34.2pt" o:ole="">
            <v:imagedata r:id="rId1936" o:title=""/>
          </v:shape>
          <o:OLEObject Type="Embed" ProgID="Equation.DSMT4" ShapeID="_x0000_i2818" DrawAspect="Content" ObjectID="_1699836102" r:id="rId193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8"/>
          <w:sz w:val="24"/>
          <w:szCs w:val="24"/>
        </w:rPr>
        <w:object w:dxaOrig="1120" w:dyaOrig="680" w14:anchorId="295B4F11">
          <v:shape id="_x0000_i2819" type="#_x0000_t75" style="width:55.8pt;height:34.2pt" o:ole="">
            <v:imagedata r:id="rId1938" o:title=""/>
          </v:shape>
          <o:OLEObject Type="Embed" ProgID="Equation.DSMT4" ShapeID="_x0000_i2819" DrawAspect="Content" ObjectID="_1699836103" r:id="rId1939"/>
        </w:object>
      </w:r>
      <w:r w:rsidRPr="00B13C4C">
        <w:rPr>
          <w:rFonts w:ascii="Times New Roman" w:hAnsi="Times New Roman" w:cs="Times New Roman"/>
          <w:sz w:val="24"/>
          <w:szCs w:val="24"/>
        </w:rPr>
        <w:t>.</w:t>
      </w:r>
    </w:p>
    <w:p w14:paraId="1077ACF6" w14:textId="77777777" w:rsidR="00B13C4C" w:rsidRPr="00B13C4C" w:rsidRDefault="00B13C4C" w:rsidP="008F4990">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Goi </w:t>
      </w:r>
      <w:r w:rsidRPr="00B13C4C">
        <w:rPr>
          <w:rFonts w:ascii="Times New Roman" w:hAnsi="Times New Roman" w:cs="Times New Roman"/>
          <w:position w:val="-14"/>
          <w:sz w:val="24"/>
          <w:szCs w:val="24"/>
        </w:rPr>
        <w:object w:dxaOrig="1060" w:dyaOrig="400" w14:anchorId="2EF5096E">
          <v:shape id="_x0000_i2820" type="#_x0000_t75" style="width:52.8pt;height:19.8pt" o:ole="">
            <v:imagedata r:id="rId1940" o:title=""/>
          </v:shape>
          <o:OLEObject Type="Embed" ProgID="Equation.DSMT4" ShapeID="_x0000_i2820" DrawAspect="Content" ObjectID="_1699836104" r:id="rId1941"/>
        </w:object>
      </w:r>
      <w:r w:rsidRPr="00B13C4C">
        <w:rPr>
          <w:rFonts w:ascii="Times New Roman" w:hAnsi="Times New Roman" w:cs="Times New Roman"/>
          <w:sz w:val="24"/>
          <w:szCs w:val="24"/>
        </w:rPr>
        <w:t xml:space="preserve"> là nghiệm của hệ phương trình </w:t>
      </w:r>
      <w:r w:rsidRPr="00B13C4C">
        <w:rPr>
          <w:rFonts w:ascii="Times New Roman" w:hAnsi="Times New Roman" w:cs="Times New Roman"/>
          <w:position w:val="-50"/>
          <w:sz w:val="24"/>
          <w:szCs w:val="24"/>
        </w:rPr>
        <w:object w:dxaOrig="1740" w:dyaOrig="1120" w14:anchorId="09779B07">
          <v:shape id="_x0000_i2821" type="#_x0000_t75" style="width:87pt;height:55.8pt" o:ole="">
            <v:imagedata r:id="rId1942" o:title=""/>
          </v:shape>
          <o:OLEObject Type="Embed" ProgID="Equation.DSMT4" ShapeID="_x0000_i2821" DrawAspect="Content" ObjectID="_1699836105" r:id="rId1943"/>
        </w:object>
      </w:r>
      <w:r w:rsidRPr="00B13C4C">
        <w:rPr>
          <w:rFonts w:ascii="Times New Roman" w:hAnsi="Times New Roman" w:cs="Times New Roman"/>
          <w:sz w:val="24"/>
          <w:szCs w:val="24"/>
        </w:rPr>
        <w:t xml:space="preserve">. Tính giá trị của biểu thức </w:t>
      </w:r>
      <w:r w:rsidRPr="00B13C4C">
        <w:rPr>
          <w:rFonts w:ascii="Times New Roman" w:hAnsi="Times New Roman" w:cs="Times New Roman"/>
          <w:position w:val="-12"/>
          <w:sz w:val="24"/>
          <w:szCs w:val="24"/>
        </w:rPr>
        <w:object w:dxaOrig="1560" w:dyaOrig="380" w14:anchorId="4C831BC2">
          <v:shape id="_x0000_i2822" type="#_x0000_t75" style="width:78pt;height:19.2pt" o:ole="">
            <v:imagedata r:id="rId1944" o:title=""/>
          </v:shape>
          <o:OLEObject Type="Embed" ProgID="Equation.DSMT4" ShapeID="_x0000_i2822" DrawAspect="Content" ObjectID="_1699836106" r:id="rId1945"/>
        </w:object>
      </w:r>
    </w:p>
    <w:p w14:paraId="5A331575"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4"/>
          <w:sz w:val="24"/>
          <w:szCs w:val="24"/>
        </w:rPr>
        <w:object w:dxaOrig="600" w:dyaOrig="260" w14:anchorId="5CCCAE80">
          <v:shape id="_x0000_i2823" type="#_x0000_t75" style="width:30pt;height:13.2pt" o:ole="">
            <v:imagedata r:id="rId1946" o:title=""/>
          </v:shape>
          <o:OLEObject Type="Embed" ProgID="Equation.DSMT4" ShapeID="_x0000_i2823" DrawAspect="Content" ObjectID="_1699836107" r:id="rId194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580" w:dyaOrig="279" w14:anchorId="334F5A37">
          <v:shape id="_x0000_i2824" type="#_x0000_t75" style="width:28.8pt;height:13.8pt" o:ole="">
            <v:imagedata r:id="rId1948" o:title=""/>
          </v:shape>
          <o:OLEObject Type="Embed" ProgID="Equation.DSMT4" ShapeID="_x0000_i2824" DrawAspect="Content" ObjectID="_1699836108" r:id="rId194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4"/>
          <w:sz w:val="24"/>
          <w:szCs w:val="24"/>
        </w:rPr>
        <w:object w:dxaOrig="560" w:dyaOrig="260" w14:anchorId="0644B12C">
          <v:shape id="_x0000_i2825" type="#_x0000_t75" style="width:28.2pt;height:13.2pt" o:ole="">
            <v:imagedata r:id="rId1950" o:title=""/>
          </v:shape>
          <o:OLEObject Type="Embed" ProgID="Equation.DSMT4" ShapeID="_x0000_i2825" DrawAspect="Content" ObjectID="_1699836109" r:id="rId195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4"/>
          <w:sz w:val="24"/>
          <w:szCs w:val="24"/>
        </w:rPr>
        <w:object w:dxaOrig="680" w:dyaOrig="260" w14:anchorId="144D9983">
          <v:shape id="_x0000_i2826" type="#_x0000_t75" style="width:34.2pt;height:13.2pt" o:ole="">
            <v:imagedata r:id="rId1952" o:title=""/>
          </v:shape>
          <o:OLEObject Type="Embed" ProgID="Equation.DSMT4" ShapeID="_x0000_i2826" DrawAspect="Content" ObjectID="_1699836110" r:id="rId1953"/>
        </w:object>
      </w:r>
      <w:r w:rsidRPr="00B13C4C">
        <w:rPr>
          <w:rFonts w:ascii="Times New Roman" w:hAnsi="Times New Roman" w:cs="Times New Roman"/>
          <w:sz w:val="24"/>
          <w:szCs w:val="24"/>
        </w:rPr>
        <w:t>.</w:t>
      </w:r>
    </w:p>
    <w:p w14:paraId="74CB1D44" w14:textId="77777777" w:rsidR="00B13C4C" w:rsidRPr="00B13C4C" w:rsidRDefault="00B13C4C" w:rsidP="008F4990">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Trong các hàm số sau, hàm số nào là hàm số lẻ?</w:t>
      </w:r>
    </w:p>
    <w:p w14:paraId="2F2EABE5"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840" w:dyaOrig="320" w14:anchorId="0006F6BC">
          <v:shape id="_x0000_i2827" type="#_x0000_t75" style="width:91.8pt;height:16.2pt" o:ole="">
            <v:imagedata r:id="rId1954" o:title=""/>
          </v:shape>
          <o:OLEObject Type="Embed" ProgID="Equation.DSMT4" ShapeID="_x0000_i2827" DrawAspect="Content" ObjectID="_1699836111" r:id="rId195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900" w:dyaOrig="380" w14:anchorId="263429FE">
          <v:shape id="_x0000_i2828" type="#_x0000_t75" style="width:94.8pt;height:19.2pt" o:ole="">
            <v:imagedata r:id="rId1956" o:title=""/>
          </v:shape>
          <o:OLEObject Type="Embed" ProgID="Equation.DSMT4" ShapeID="_x0000_i2828" DrawAspect="Content" ObjectID="_1699836112" r:id="rId1957"/>
        </w:object>
      </w:r>
      <w:r w:rsidRPr="00B13C4C">
        <w:rPr>
          <w:rFonts w:ascii="Times New Roman" w:hAnsi="Times New Roman" w:cs="Times New Roman"/>
          <w:sz w:val="24"/>
          <w:szCs w:val="24"/>
        </w:rPr>
        <w:t>.</w:t>
      </w:r>
    </w:p>
    <w:p w14:paraId="2C854323"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320" w:dyaOrig="360" w14:anchorId="3A3BC8BF">
          <v:shape id="_x0000_i2829" type="#_x0000_t75" style="width:66pt;height:18pt" o:ole="">
            <v:imagedata r:id="rId1958" o:title=""/>
          </v:shape>
          <o:OLEObject Type="Embed" ProgID="Equation.DSMT4" ShapeID="_x0000_i2829" DrawAspect="Content" ObjectID="_1699836113" r:id="rId195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219" w:dyaOrig="360" w14:anchorId="229115D7">
          <v:shape id="_x0000_i2830" type="#_x0000_t75" style="width:61.2pt;height:18pt" o:ole="">
            <v:imagedata r:id="rId1960" o:title=""/>
          </v:shape>
          <o:OLEObject Type="Embed" ProgID="Equation.DSMT4" ShapeID="_x0000_i2830" DrawAspect="Content" ObjectID="_1699836114" r:id="rId1961"/>
        </w:object>
      </w:r>
      <w:r w:rsidRPr="00B13C4C">
        <w:rPr>
          <w:rFonts w:ascii="Times New Roman" w:hAnsi="Times New Roman" w:cs="Times New Roman"/>
          <w:sz w:val="24"/>
          <w:szCs w:val="24"/>
        </w:rPr>
        <w:t>.</w:t>
      </w:r>
    </w:p>
    <w:p w14:paraId="0F6D727B" w14:textId="77777777" w:rsidR="00B13C4C" w:rsidRPr="00B13C4C" w:rsidRDefault="00B13C4C" w:rsidP="008F4990">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Chọn mệnh đề đúng.</w:t>
      </w:r>
    </w:p>
    <w:p w14:paraId="74CD8736"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760" w:dyaOrig="360" w14:anchorId="32FF9367">
          <v:shape id="_x0000_i2831" type="#_x0000_t75" style="width:88.2pt;height:18pt" o:ole="">
            <v:imagedata r:id="rId1962" o:title=""/>
          </v:shape>
          <o:OLEObject Type="Embed" ProgID="Equation.DSMT4" ShapeID="_x0000_i2831" DrawAspect="Content" ObjectID="_1699836115" r:id="rId196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420" w:dyaOrig="360" w14:anchorId="11C69609">
          <v:shape id="_x0000_i2832" type="#_x0000_t75" style="width:70.8pt;height:18pt" o:ole="">
            <v:imagedata r:id="rId1964" o:title=""/>
          </v:shape>
          <o:OLEObject Type="Embed" ProgID="Equation.DSMT4" ShapeID="_x0000_i2832" DrawAspect="Content" ObjectID="_1699836116" r:id="rId1965"/>
        </w:object>
      </w:r>
      <w:r w:rsidRPr="00B13C4C">
        <w:rPr>
          <w:rFonts w:ascii="Times New Roman" w:hAnsi="Times New Roman" w:cs="Times New Roman"/>
          <w:sz w:val="24"/>
          <w:szCs w:val="24"/>
        </w:rPr>
        <w:t>.</w:t>
      </w:r>
    </w:p>
    <w:p w14:paraId="0BC91B1B"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680" w:dyaOrig="360" w14:anchorId="0A7692EB">
          <v:shape id="_x0000_i2833" type="#_x0000_t75" style="width:84pt;height:18pt" o:ole="">
            <v:imagedata r:id="rId1966" o:title=""/>
          </v:shape>
          <o:OLEObject Type="Embed" ProgID="Equation.DSMT4" ShapeID="_x0000_i2833" DrawAspect="Content" ObjectID="_1699836117" r:id="rId196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440" w:dyaOrig="360" w14:anchorId="01EEE4F7">
          <v:shape id="_x0000_i2834" type="#_x0000_t75" style="width:1in;height:18pt" o:ole="">
            <v:imagedata r:id="rId1968" o:title=""/>
          </v:shape>
          <o:OLEObject Type="Embed" ProgID="Equation.DSMT4" ShapeID="_x0000_i2834" DrawAspect="Content" ObjectID="_1699836118" r:id="rId1969"/>
        </w:object>
      </w:r>
      <w:r w:rsidRPr="00B13C4C">
        <w:rPr>
          <w:rFonts w:ascii="Times New Roman" w:hAnsi="Times New Roman" w:cs="Times New Roman"/>
          <w:sz w:val="24"/>
          <w:szCs w:val="24"/>
        </w:rPr>
        <w:t>.</w:t>
      </w:r>
    </w:p>
    <w:p w14:paraId="3D219148" w14:textId="77777777" w:rsidR="00B13C4C" w:rsidRPr="00B13C4C" w:rsidRDefault="00B13C4C" w:rsidP="008F4990">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hình bình hành </w:t>
      </w:r>
      <w:r w:rsidRPr="00B13C4C">
        <w:rPr>
          <w:rFonts w:ascii="Times New Roman" w:hAnsi="Times New Roman" w:cs="Times New Roman"/>
          <w:position w:val="-6"/>
          <w:sz w:val="24"/>
          <w:szCs w:val="24"/>
        </w:rPr>
        <w:object w:dxaOrig="740" w:dyaOrig="279" w14:anchorId="44D295EC">
          <v:shape id="_x0000_i2835" type="#_x0000_t75" style="width:37.2pt;height:13.8pt" o:ole="">
            <v:imagedata r:id="rId1970" o:title=""/>
          </v:shape>
          <o:OLEObject Type="Embed" ProgID="Equation.DSMT4" ShapeID="_x0000_i2835" DrawAspect="Content" ObjectID="_1699836119" r:id="rId1971"/>
        </w:object>
      </w:r>
      <w:r w:rsidRPr="00B13C4C">
        <w:rPr>
          <w:rFonts w:ascii="Times New Roman" w:hAnsi="Times New Roman" w:cs="Times New Roman"/>
          <w:sz w:val="24"/>
          <w:szCs w:val="24"/>
        </w:rPr>
        <w:t xml:space="preserve">, tâm </w:t>
      </w:r>
      <w:r w:rsidRPr="00B13C4C">
        <w:rPr>
          <w:rFonts w:ascii="Times New Roman" w:hAnsi="Times New Roman" w:cs="Times New Roman"/>
          <w:position w:val="-6"/>
          <w:sz w:val="24"/>
          <w:szCs w:val="24"/>
        </w:rPr>
        <w:object w:dxaOrig="240" w:dyaOrig="279" w14:anchorId="5DCE4F6F">
          <v:shape id="_x0000_i2836" type="#_x0000_t75" style="width:12pt;height:13.8pt" o:ole="">
            <v:imagedata r:id="rId1972" o:title=""/>
          </v:shape>
          <o:OLEObject Type="Embed" ProgID="Equation.DSMT4" ShapeID="_x0000_i2836" DrawAspect="Content" ObjectID="_1699836120" r:id="rId1973"/>
        </w:object>
      </w:r>
      <w:r w:rsidRPr="00B13C4C">
        <w:rPr>
          <w:rFonts w:ascii="Times New Roman" w:hAnsi="Times New Roman" w:cs="Times New Roman"/>
          <w:sz w:val="24"/>
          <w:szCs w:val="24"/>
        </w:rPr>
        <w:t>. Chọn khẳng định đúng.</w:t>
      </w:r>
    </w:p>
    <w:p w14:paraId="4BCF5305"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1540" w:dyaOrig="340" w14:anchorId="4ECA37DB">
          <v:shape id="_x0000_i2837" type="#_x0000_t75" style="width:76.8pt;height:16.8pt" o:ole="">
            <v:imagedata r:id="rId1974" o:title=""/>
          </v:shape>
          <o:OLEObject Type="Embed" ProgID="Equation.DSMT4" ShapeID="_x0000_i2837" DrawAspect="Content" ObjectID="_1699836121" r:id="rId197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1540" w:dyaOrig="340" w14:anchorId="3ECDA0EE">
          <v:shape id="_x0000_i2838" type="#_x0000_t75" style="width:76.8pt;height:16.8pt" o:ole="">
            <v:imagedata r:id="rId1976" o:title=""/>
          </v:shape>
          <o:OLEObject Type="Embed" ProgID="Equation.DSMT4" ShapeID="_x0000_i2838" DrawAspect="Content" ObjectID="_1699836122" r:id="rId197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980" w:dyaOrig="340" w14:anchorId="71A3922A">
          <v:shape id="_x0000_i2839" type="#_x0000_t75" style="width:49.2pt;height:16.8pt" o:ole="">
            <v:imagedata r:id="rId1978" o:title=""/>
          </v:shape>
          <o:OLEObject Type="Embed" ProgID="Equation.DSMT4" ShapeID="_x0000_i2839" DrawAspect="Content" ObjectID="_1699836123" r:id="rId197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980" w:dyaOrig="340" w14:anchorId="2B2B4EF1">
          <v:shape id="_x0000_i2840" type="#_x0000_t75" style="width:49.2pt;height:16.8pt" o:ole="">
            <v:imagedata r:id="rId1980" o:title=""/>
          </v:shape>
          <o:OLEObject Type="Embed" ProgID="Equation.DSMT4" ShapeID="_x0000_i2840" DrawAspect="Content" ObjectID="_1699836124" r:id="rId1981"/>
        </w:object>
      </w:r>
      <w:r w:rsidRPr="00B13C4C">
        <w:rPr>
          <w:rFonts w:ascii="Times New Roman" w:hAnsi="Times New Roman" w:cs="Times New Roman"/>
          <w:sz w:val="24"/>
          <w:szCs w:val="24"/>
        </w:rPr>
        <w:t>.</w:t>
      </w:r>
    </w:p>
    <w:p w14:paraId="6BB0B4D0" w14:textId="77777777" w:rsidR="00B13C4C" w:rsidRPr="00B13C4C" w:rsidRDefault="00B13C4C" w:rsidP="008F4990">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Hàm số </w:t>
      </w:r>
      <w:r w:rsidRPr="00B13C4C">
        <w:rPr>
          <w:rFonts w:ascii="Times New Roman" w:hAnsi="Times New Roman" w:cs="Times New Roman"/>
          <w:position w:val="-10"/>
          <w:sz w:val="24"/>
          <w:szCs w:val="24"/>
        </w:rPr>
        <w:object w:dxaOrig="1480" w:dyaOrig="360" w14:anchorId="37804CCB">
          <v:shape id="_x0000_i2841" type="#_x0000_t75" style="width:73.8pt;height:18pt" o:ole="">
            <v:imagedata r:id="rId1982" o:title=""/>
          </v:shape>
          <o:OLEObject Type="Embed" ProgID="Equation.DSMT4" ShapeID="_x0000_i2841" DrawAspect="Content" ObjectID="_1699836125" r:id="rId1983"/>
        </w:object>
      </w:r>
      <w:r w:rsidRPr="00B13C4C">
        <w:rPr>
          <w:rFonts w:ascii="Times New Roman" w:hAnsi="Times New Roman" w:cs="Times New Roman"/>
          <w:sz w:val="24"/>
          <w:szCs w:val="24"/>
        </w:rPr>
        <w:t xml:space="preserve"> có đồ thị là hình nào trong các hình sau?</w:t>
      </w:r>
    </w:p>
    <w:p w14:paraId="75159322"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noProof/>
          <w:sz w:val="24"/>
          <w:szCs w:val="24"/>
        </w:rPr>
        <w:drawing>
          <wp:inline distT="0" distB="0" distL="0" distR="0" wp14:anchorId="4E107B78" wp14:editId="695D89E6">
            <wp:extent cx="1417281" cy="16383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4"/>
                    <a:stretch>
                      <a:fillRect/>
                    </a:stretch>
                  </pic:blipFill>
                  <pic:spPr>
                    <a:xfrm>
                      <a:off x="0" y="0"/>
                      <a:ext cx="1426823" cy="1649330"/>
                    </a:xfrm>
                    <a:prstGeom prst="rect">
                      <a:avLst/>
                    </a:prstGeom>
                  </pic:spPr>
                </pic:pic>
              </a:graphicData>
            </a:graphic>
          </wp:inline>
        </w:drawing>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noProof/>
          <w:sz w:val="24"/>
          <w:szCs w:val="24"/>
        </w:rPr>
        <w:drawing>
          <wp:inline distT="0" distB="0" distL="0" distR="0" wp14:anchorId="44803E8E" wp14:editId="06ECAD0C">
            <wp:extent cx="1470660" cy="1465518"/>
            <wp:effectExtent l="0" t="0" r="0"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5"/>
                    <a:stretch>
                      <a:fillRect/>
                    </a:stretch>
                  </pic:blipFill>
                  <pic:spPr>
                    <a:xfrm>
                      <a:off x="0" y="0"/>
                      <a:ext cx="1483832" cy="1478644"/>
                    </a:xfrm>
                    <a:prstGeom prst="rect">
                      <a:avLst/>
                    </a:prstGeom>
                  </pic:spPr>
                </pic:pic>
              </a:graphicData>
            </a:graphic>
          </wp:inline>
        </w:drawing>
      </w:r>
      <w:r w:rsidRPr="00B13C4C">
        <w:rPr>
          <w:rFonts w:ascii="Times New Roman" w:hAnsi="Times New Roman" w:cs="Times New Roman"/>
          <w:sz w:val="24"/>
          <w:szCs w:val="24"/>
        </w:rPr>
        <w:t>.</w:t>
      </w:r>
    </w:p>
    <w:p w14:paraId="57BA7E0E"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b/>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noProof/>
          <w:sz w:val="24"/>
          <w:szCs w:val="24"/>
        </w:rPr>
        <w:drawing>
          <wp:inline distT="0" distB="0" distL="0" distR="0" wp14:anchorId="40B76892" wp14:editId="57338041">
            <wp:extent cx="1706141" cy="1623060"/>
            <wp:effectExtent l="0" t="0" r="889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6"/>
                    <a:stretch>
                      <a:fillRect/>
                    </a:stretch>
                  </pic:blipFill>
                  <pic:spPr>
                    <a:xfrm>
                      <a:off x="0" y="0"/>
                      <a:ext cx="1714235" cy="1630759"/>
                    </a:xfrm>
                    <a:prstGeom prst="rect">
                      <a:avLst/>
                    </a:prstGeom>
                  </pic:spPr>
                </pic:pic>
              </a:graphicData>
            </a:graphic>
          </wp:inline>
        </w:drawing>
      </w:r>
      <w:r w:rsidRPr="00B13C4C">
        <w:rPr>
          <w:rFonts w:ascii="Times New Roman" w:hAnsi="Times New Roman" w:cs="Times New Roman"/>
          <w:b/>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noProof/>
          <w:sz w:val="24"/>
          <w:szCs w:val="24"/>
        </w:rPr>
        <w:drawing>
          <wp:inline distT="0" distB="0" distL="0" distR="0" wp14:anchorId="6DCC27EF" wp14:editId="4C24F25C">
            <wp:extent cx="1452879" cy="1554480"/>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7"/>
                    <a:stretch>
                      <a:fillRect/>
                    </a:stretch>
                  </pic:blipFill>
                  <pic:spPr>
                    <a:xfrm>
                      <a:off x="0" y="0"/>
                      <a:ext cx="1467530" cy="1570156"/>
                    </a:xfrm>
                    <a:prstGeom prst="rect">
                      <a:avLst/>
                    </a:prstGeom>
                  </pic:spPr>
                </pic:pic>
              </a:graphicData>
            </a:graphic>
          </wp:inline>
        </w:drawing>
      </w:r>
      <w:r w:rsidRPr="00B13C4C">
        <w:rPr>
          <w:rFonts w:ascii="Times New Roman" w:hAnsi="Times New Roman" w:cs="Times New Roman"/>
          <w:sz w:val="24"/>
          <w:szCs w:val="24"/>
        </w:rPr>
        <w:t>.</w:t>
      </w:r>
    </w:p>
    <w:p w14:paraId="2882BEEC" w14:textId="77777777" w:rsidR="00B13C4C" w:rsidRPr="00B13C4C" w:rsidRDefault="00B13C4C" w:rsidP="008F4990">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Hàm số </w:t>
      </w:r>
      <w:r w:rsidRPr="00B13C4C">
        <w:rPr>
          <w:rFonts w:ascii="Times New Roman" w:hAnsi="Times New Roman" w:cs="Times New Roman"/>
          <w:position w:val="-10"/>
          <w:sz w:val="24"/>
          <w:szCs w:val="24"/>
        </w:rPr>
        <w:object w:dxaOrig="1440" w:dyaOrig="360" w14:anchorId="500EC809">
          <v:shape id="_x0000_i2842" type="#_x0000_t75" style="width:1in;height:18pt" o:ole="">
            <v:imagedata r:id="rId1988" o:title=""/>
          </v:shape>
          <o:OLEObject Type="Embed" ProgID="Equation.DSMT4" ShapeID="_x0000_i2842" DrawAspect="Content" ObjectID="_1699836126" r:id="rId1989"/>
        </w:object>
      </w:r>
      <w:r w:rsidRPr="00B13C4C">
        <w:rPr>
          <w:rFonts w:ascii="Times New Roman" w:hAnsi="Times New Roman" w:cs="Times New Roman"/>
          <w:sz w:val="24"/>
          <w:szCs w:val="24"/>
        </w:rPr>
        <w:t xml:space="preserve"> là</w:t>
      </w:r>
    </w:p>
    <w:p w14:paraId="3AE3236D"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hàm số vừa chẵn, vừa lẻ.</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hàm số lẻ.</w:t>
      </w:r>
    </w:p>
    <w:p w14:paraId="36D2CF36"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hàm số không chẳn, không lẻ.</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hàm số chăn.</w:t>
      </w:r>
    </w:p>
    <w:p w14:paraId="50641073" w14:textId="77777777" w:rsidR="00B13C4C" w:rsidRPr="00B13C4C" w:rsidRDefault="00B13C4C" w:rsidP="008F4990">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Biết ba đường thẳng </w:t>
      </w:r>
      <w:r w:rsidRPr="00B13C4C">
        <w:rPr>
          <w:rFonts w:ascii="Times New Roman" w:hAnsi="Times New Roman" w:cs="Times New Roman"/>
          <w:position w:val="-12"/>
          <w:sz w:val="24"/>
          <w:szCs w:val="24"/>
        </w:rPr>
        <w:object w:dxaOrig="4459" w:dyaOrig="360" w14:anchorId="621CD543">
          <v:shape id="_x0000_i2843" type="#_x0000_t75" style="width:223.2pt;height:18pt" o:ole="">
            <v:imagedata r:id="rId1990" o:title=""/>
          </v:shape>
          <o:OLEObject Type="Embed" ProgID="Equation.DSMT4" ShapeID="_x0000_i2843" DrawAspect="Content" ObjectID="_1699836127" r:id="rId1991"/>
        </w:object>
      </w:r>
      <w:r w:rsidRPr="00B13C4C">
        <w:rPr>
          <w:rFonts w:ascii="Times New Roman" w:hAnsi="Times New Roman" w:cs="Times New Roman"/>
          <w:sz w:val="24"/>
          <w:szCs w:val="24"/>
        </w:rPr>
        <w:t xml:space="preserve"> đồng quy. Giá trị của </w:t>
      </w:r>
      <w:r w:rsidRPr="00B13C4C">
        <w:rPr>
          <w:rFonts w:ascii="Times New Roman" w:hAnsi="Times New Roman" w:cs="Times New Roman"/>
          <w:position w:val="-6"/>
          <w:sz w:val="24"/>
          <w:szCs w:val="24"/>
        </w:rPr>
        <w:object w:dxaOrig="260" w:dyaOrig="220" w14:anchorId="072E5CEF">
          <v:shape id="_x0000_i2844" type="#_x0000_t75" style="width:13.2pt;height:10.8pt" o:ole="">
            <v:imagedata r:id="rId1992" o:title=""/>
          </v:shape>
          <o:OLEObject Type="Embed" ProgID="Equation.DSMT4" ShapeID="_x0000_i2844" DrawAspect="Content" ObjectID="_1699836128" r:id="rId1993"/>
        </w:object>
      </w:r>
      <w:r w:rsidRPr="00B13C4C">
        <w:rPr>
          <w:rFonts w:ascii="Times New Roman" w:hAnsi="Times New Roman" w:cs="Times New Roman"/>
          <w:sz w:val="24"/>
          <w:szCs w:val="24"/>
        </w:rPr>
        <w:t xml:space="preserve"> bằng</w:t>
      </w:r>
    </w:p>
    <w:p w14:paraId="29D7F0B5"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lastRenderedPageBreak/>
        <w:t xml:space="preserve">A. </w:t>
      </w:r>
      <w:r w:rsidRPr="00B13C4C">
        <w:rPr>
          <w:rFonts w:ascii="Times New Roman" w:hAnsi="Times New Roman" w:cs="Times New Roman"/>
          <w:position w:val="-24"/>
          <w:sz w:val="24"/>
          <w:szCs w:val="24"/>
        </w:rPr>
        <w:object w:dxaOrig="660" w:dyaOrig="620" w14:anchorId="18AFFE64">
          <v:shape id="_x0000_i2845" type="#_x0000_t75" style="width:33pt;height:31.2pt" o:ole="">
            <v:imagedata r:id="rId1994" o:title=""/>
          </v:shape>
          <o:OLEObject Type="Embed" ProgID="Equation.DSMT4" ShapeID="_x0000_i2845" DrawAspect="Content" ObjectID="_1699836129" r:id="rId199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560" w:dyaOrig="279" w14:anchorId="32BEF355">
          <v:shape id="_x0000_i2846" type="#_x0000_t75" style="width:28.2pt;height:13.8pt" o:ole="">
            <v:imagedata r:id="rId1996" o:title=""/>
          </v:shape>
          <o:OLEObject Type="Embed" ProgID="Equation.DSMT4" ShapeID="_x0000_i2846" DrawAspect="Content" ObjectID="_1699836130" r:id="rId199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820" w:dyaOrig="620" w14:anchorId="6289D5C6">
          <v:shape id="_x0000_i2847" type="#_x0000_t75" style="width:40.8pt;height:31.2pt" o:ole="">
            <v:imagedata r:id="rId1998" o:title=""/>
          </v:shape>
          <o:OLEObject Type="Embed" ProgID="Equation.DSMT4" ShapeID="_x0000_i2847" DrawAspect="Content" ObjectID="_1699836131" r:id="rId199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720" w:dyaOrig="279" w14:anchorId="5CDAFB39">
          <v:shape id="_x0000_i2848" type="#_x0000_t75" style="width:36pt;height:13.8pt" o:ole="">
            <v:imagedata r:id="rId2000" o:title=""/>
          </v:shape>
          <o:OLEObject Type="Embed" ProgID="Equation.DSMT4" ShapeID="_x0000_i2848" DrawAspect="Content" ObjectID="_1699836132" r:id="rId2001"/>
        </w:object>
      </w:r>
      <w:r w:rsidRPr="00B13C4C">
        <w:rPr>
          <w:rFonts w:ascii="Times New Roman" w:hAnsi="Times New Roman" w:cs="Times New Roman"/>
          <w:sz w:val="24"/>
          <w:szCs w:val="24"/>
        </w:rPr>
        <w:t>.</w:t>
      </w:r>
    </w:p>
    <w:p w14:paraId="5C3A1CEE" w14:textId="77777777" w:rsidR="00B13C4C" w:rsidRPr="00B13C4C" w:rsidRDefault="00B13C4C" w:rsidP="008F4990">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Giá trị nhỏ nhất của hàm số </w:t>
      </w:r>
      <w:r w:rsidRPr="00B13C4C">
        <w:rPr>
          <w:rFonts w:ascii="Times New Roman" w:hAnsi="Times New Roman" w:cs="Times New Roman"/>
          <w:position w:val="-10"/>
          <w:sz w:val="24"/>
          <w:szCs w:val="24"/>
        </w:rPr>
        <w:object w:dxaOrig="1460" w:dyaOrig="360" w14:anchorId="57E4A1EE">
          <v:shape id="_x0000_i2849" type="#_x0000_t75" style="width:73.2pt;height:18pt" o:ole="">
            <v:imagedata r:id="rId2002" o:title=""/>
          </v:shape>
          <o:OLEObject Type="Embed" ProgID="Equation.DSMT4" ShapeID="_x0000_i2849" DrawAspect="Content" ObjectID="_1699836133" r:id="rId2003"/>
        </w:object>
      </w:r>
      <w:r w:rsidRPr="00B13C4C">
        <w:rPr>
          <w:rFonts w:ascii="Times New Roman" w:hAnsi="Times New Roman" w:cs="Times New Roman"/>
          <w:sz w:val="24"/>
          <w:szCs w:val="24"/>
        </w:rPr>
        <w:t xml:space="preserve"> là</w:t>
      </w:r>
    </w:p>
    <w:p w14:paraId="3C74B3BF"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480" w:dyaOrig="620" w14:anchorId="79251AB3">
          <v:shape id="_x0000_i2850" type="#_x0000_t75" style="width:24pt;height:31.2pt" o:ole="">
            <v:imagedata r:id="rId2004" o:title=""/>
          </v:shape>
          <o:OLEObject Type="Embed" ProgID="Equation.DSMT4" ShapeID="_x0000_i2850" DrawAspect="Content" ObjectID="_1699836134" r:id="rId200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460" w:dyaOrig="620" w14:anchorId="1F7E2CCE">
          <v:shape id="_x0000_i2851" type="#_x0000_t75" style="width:22.8pt;height:31.2pt" o:ole="">
            <v:imagedata r:id="rId2006" o:title=""/>
          </v:shape>
          <o:OLEObject Type="Embed" ProgID="Equation.DSMT4" ShapeID="_x0000_i2851" DrawAspect="Content" ObjectID="_1699836135" r:id="rId200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320" w:dyaOrig="279" w14:anchorId="4689A457">
          <v:shape id="_x0000_i2852" type="#_x0000_t75" style="width:16.2pt;height:13.8pt" o:ole="">
            <v:imagedata r:id="rId2008" o:title=""/>
          </v:shape>
          <o:OLEObject Type="Embed" ProgID="Equation.DSMT4" ShapeID="_x0000_i2852" DrawAspect="Content" ObjectID="_1699836136" r:id="rId200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4"/>
          <w:sz w:val="24"/>
          <w:szCs w:val="24"/>
        </w:rPr>
        <w:object w:dxaOrig="320" w:dyaOrig="260" w14:anchorId="29727EB7">
          <v:shape id="_x0000_i2853" type="#_x0000_t75" style="width:16.2pt;height:13.2pt" o:ole="">
            <v:imagedata r:id="rId2010" o:title=""/>
          </v:shape>
          <o:OLEObject Type="Embed" ProgID="Equation.DSMT4" ShapeID="_x0000_i2853" DrawAspect="Content" ObjectID="_1699836137" r:id="rId2011"/>
        </w:object>
      </w:r>
      <w:r w:rsidRPr="00B13C4C">
        <w:rPr>
          <w:rFonts w:ascii="Times New Roman" w:hAnsi="Times New Roman" w:cs="Times New Roman"/>
          <w:sz w:val="24"/>
          <w:szCs w:val="24"/>
        </w:rPr>
        <w:t>.</w:t>
      </w:r>
    </w:p>
    <w:p w14:paraId="642085B2" w14:textId="77777777" w:rsidR="00B13C4C" w:rsidRPr="00B13C4C" w:rsidRDefault="00B13C4C" w:rsidP="008F4990">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w:t>
      </w:r>
      <w:r w:rsidRPr="00B13C4C">
        <w:rPr>
          <w:rFonts w:ascii="Times New Roman" w:hAnsi="Times New Roman" w:cs="Times New Roman"/>
          <w:position w:val="-24"/>
          <w:sz w:val="24"/>
          <w:szCs w:val="24"/>
        </w:rPr>
        <w:object w:dxaOrig="1020" w:dyaOrig="620" w14:anchorId="2873F58B">
          <v:shape id="_x0000_i2854" type="#_x0000_t75" style="width:51pt;height:31.2pt" o:ole="">
            <v:imagedata r:id="rId2012" o:title=""/>
          </v:shape>
          <o:OLEObject Type="Embed" ProgID="Equation.DSMT4" ShapeID="_x0000_i2854" DrawAspect="Content" ObjectID="_1699836138" r:id="rId2013"/>
        </w:object>
      </w:r>
      <w:r w:rsidRPr="00B13C4C">
        <w:rPr>
          <w:rFonts w:ascii="Times New Roman" w:hAnsi="Times New Roman" w:cs="Times New Roman"/>
          <w:sz w:val="24"/>
          <w:szCs w:val="24"/>
        </w:rPr>
        <w:t xml:space="preserve"> Tính biểu thức </w:t>
      </w:r>
      <w:r w:rsidRPr="00B13C4C">
        <w:rPr>
          <w:rFonts w:ascii="Times New Roman" w:hAnsi="Times New Roman" w:cs="Times New Roman"/>
          <w:position w:val="-6"/>
          <w:sz w:val="24"/>
          <w:szCs w:val="24"/>
        </w:rPr>
        <w:object w:dxaOrig="2100" w:dyaOrig="320" w14:anchorId="039F9EC8">
          <v:shape id="_x0000_i2855" type="#_x0000_t75" style="width:105pt;height:16.2pt" o:ole="">
            <v:imagedata r:id="rId2014" o:title=""/>
          </v:shape>
          <o:OLEObject Type="Embed" ProgID="Equation.DSMT4" ShapeID="_x0000_i2855" DrawAspect="Content" ObjectID="_1699836139" r:id="rId2015"/>
        </w:object>
      </w:r>
    </w:p>
    <w:p w14:paraId="4EB5D94D"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320" w:dyaOrig="620" w14:anchorId="1D9B047F">
          <v:shape id="_x0000_i2856" type="#_x0000_t75" style="width:16.2pt;height:31.2pt" o:ole="">
            <v:imagedata r:id="rId2016" o:title=""/>
          </v:shape>
          <o:OLEObject Type="Embed" ProgID="Equation.DSMT4" ShapeID="_x0000_i2856" DrawAspect="Content" ObjectID="_1699836140" r:id="rId201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240" w:dyaOrig="620" w14:anchorId="5F084B8F">
          <v:shape id="_x0000_i2857" type="#_x0000_t75" style="width:12pt;height:31.2pt" o:ole="">
            <v:imagedata r:id="rId2018" o:title=""/>
          </v:shape>
          <o:OLEObject Type="Embed" ProgID="Equation.DSMT4" ShapeID="_x0000_i2857" DrawAspect="Content" ObjectID="_1699836141" r:id="rId201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300" w:dyaOrig="620" w14:anchorId="5C479B78">
          <v:shape id="_x0000_i2858" type="#_x0000_t75" style="width:15pt;height:31.2pt" o:ole="">
            <v:imagedata r:id="rId2020" o:title=""/>
          </v:shape>
          <o:OLEObject Type="Embed" ProgID="Equation.DSMT4" ShapeID="_x0000_i2858" DrawAspect="Content" ObjectID="_1699836142" r:id="rId202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320" w:dyaOrig="620" w14:anchorId="4224215C">
          <v:shape id="_x0000_i2859" type="#_x0000_t75" style="width:16.2pt;height:31.2pt" o:ole="">
            <v:imagedata r:id="rId2022" o:title=""/>
          </v:shape>
          <o:OLEObject Type="Embed" ProgID="Equation.DSMT4" ShapeID="_x0000_i2859" DrawAspect="Content" ObjectID="_1699836143" r:id="rId2023"/>
        </w:object>
      </w:r>
      <w:r w:rsidRPr="00B13C4C">
        <w:rPr>
          <w:rFonts w:ascii="Times New Roman" w:hAnsi="Times New Roman" w:cs="Times New Roman"/>
          <w:sz w:val="24"/>
          <w:szCs w:val="24"/>
        </w:rPr>
        <w:t>.</w:t>
      </w:r>
    </w:p>
    <w:p w14:paraId="315E3E6F" w14:textId="77777777" w:rsidR="00B13C4C" w:rsidRPr="00B13C4C" w:rsidRDefault="00B13C4C" w:rsidP="008F4990">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phương trình </w:t>
      </w:r>
      <w:r w:rsidRPr="00B13C4C">
        <w:rPr>
          <w:rFonts w:ascii="Times New Roman" w:hAnsi="Times New Roman" w:cs="Times New Roman"/>
          <w:position w:val="-24"/>
          <w:sz w:val="24"/>
          <w:szCs w:val="24"/>
        </w:rPr>
        <w:object w:dxaOrig="1620" w:dyaOrig="660" w14:anchorId="7F20AD4B">
          <v:shape id="_x0000_i2860" type="#_x0000_t75" style="width:81pt;height:33pt" o:ole="">
            <v:imagedata r:id="rId2024" o:title=""/>
          </v:shape>
          <o:OLEObject Type="Embed" ProgID="Equation.DSMT4" ShapeID="_x0000_i2860" DrawAspect="Content" ObjectID="_1699836144" r:id="rId2025"/>
        </w:object>
      </w:r>
      <w:r w:rsidRPr="00B13C4C">
        <w:rPr>
          <w:rFonts w:ascii="Times New Roman" w:hAnsi="Times New Roman" w:cs="Times New Roman"/>
          <w:sz w:val="24"/>
          <w:szCs w:val="24"/>
        </w:rPr>
        <w:t xml:space="preserve"> có nghiệm </w:t>
      </w:r>
      <w:r w:rsidRPr="00B13C4C">
        <w:rPr>
          <w:rFonts w:ascii="Times New Roman" w:hAnsi="Times New Roman" w:cs="Times New Roman"/>
          <w:position w:val="-6"/>
          <w:sz w:val="24"/>
          <w:szCs w:val="24"/>
        </w:rPr>
        <w:object w:dxaOrig="200" w:dyaOrig="220" w14:anchorId="23A52583">
          <v:shape id="_x0000_i2861" type="#_x0000_t75" style="width:10.2pt;height:10.8pt" o:ole="">
            <v:imagedata r:id="rId2026" o:title=""/>
          </v:shape>
          <o:OLEObject Type="Embed" ProgID="Equation.DSMT4" ShapeID="_x0000_i2861" DrawAspect="Content" ObjectID="_1699836145" r:id="rId2027"/>
        </w:object>
      </w:r>
      <w:r w:rsidRPr="00B13C4C">
        <w:rPr>
          <w:rFonts w:ascii="Times New Roman" w:hAnsi="Times New Roman" w:cs="Times New Roman"/>
          <w:sz w:val="24"/>
          <w:szCs w:val="24"/>
        </w:rPr>
        <w:t xml:space="preserve">. Khi đó </w:t>
      </w:r>
      <w:r w:rsidRPr="00B13C4C">
        <w:rPr>
          <w:rFonts w:ascii="Times New Roman" w:hAnsi="Times New Roman" w:cs="Times New Roman"/>
          <w:position w:val="-6"/>
          <w:sz w:val="24"/>
          <w:szCs w:val="24"/>
        </w:rPr>
        <w:object w:dxaOrig="200" w:dyaOrig="220" w14:anchorId="119CD175">
          <v:shape id="_x0000_i2862" type="#_x0000_t75" style="width:10.2pt;height:10.8pt" o:ole="">
            <v:imagedata r:id="rId2028" o:title=""/>
          </v:shape>
          <o:OLEObject Type="Embed" ProgID="Equation.DSMT4" ShapeID="_x0000_i2862" DrawAspect="Content" ObjectID="_1699836146" r:id="rId2029"/>
        </w:object>
      </w:r>
      <w:r w:rsidRPr="00B13C4C">
        <w:rPr>
          <w:rFonts w:ascii="Times New Roman" w:hAnsi="Times New Roman" w:cs="Times New Roman"/>
          <w:sz w:val="24"/>
          <w:szCs w:val="24"/>
        </w:rPr>
        <w:t xml:space="preserve"> thuộc tập:</w:t>
      </w:r>
    </w:p>
    <w:p w14:paraId="078DEB8A"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8"/>
          <w:sz w:val="24"/>
          <w:szCs w:val="24"/>
        </w:rPr>
        <w:object w:dxaOrig="639" w:dyaOrig="680" w14:anchorId="481C3831">
          <v:shape id="_x0000_i2863" type="#_x0000_t75" style="width:31.8pt;height:34.2pt" o:ole="">
            <v:imagedata r:id="rId2030" o:title=""/>
          </v:shape>
          <o:OLEObject Type="Embed" ProgID="Equation.DSMT4" ShapeID="_x0000_i2863" DrawAspect="Content" ObjectID="_1699836147" r:id="rId203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8"/>
          <w:sz w:val="24"/>
          <w:szCs w:val="24"/>
        </w:rPr>
        <w:object w:dxaOrig="680" w:dyaOrig="680" w14:anchorId="7DA47C99">
          <v:shape id="_x0000_i2864" type="#_x0000_t75" style="width:34.2pt;height:34.2pt" o:ole="">
            <v:imagedata r:id="rId2032" o:title=""/>
          </v:shape>
          <o:OLEObject Type="Embed" ProgID="Equation.DSMT4" ShapeID="_x0000_i2864" DrawAspect="Content" ObjectID="_1699836148" r:id="rId203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8"/>
          <w:sz w:val="24"/>
          <w:szCs w:val="24"/>
        </w:rPr>
        <w:object w:dxaOrig="900" w:dyaOrig="680" w14:anchorId="2A4D00C1">
          <v:shape id="_x0000_i2865" type="#_x0000_t75" style="width:45pt;height:34.2pt" o:ole="">
            <v:imagedata r:id="rId2034" o:title=""/>
          </v:shape>
          <o:OLEObject Type="Embed" ProgID="Equation.DSMT4" ShapeID="_x0000_i2865" DrawAspect="Content" ObjectID="_1699836149" r:id="rId203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260" w:dyaOrig="279" w14:anchorId="6722B9A9">
          <v:shape id="_x0000_i2866" type="#_x0000_t75" style="width:13.2pt;height:13.8pt" o:ole="">
            <v:imagedata r:id="rId2036" o:title=""/>
          </v:shape>
          <o:OLEObject Type="Embed" ProgID="Equation.DSMT4" ShapeID="_x0000_i2866" DrawAspect="Content" ObjectID="_1699836150" r:id="rId2037"/>
        </w:object>
      </w:r>
      <w:r w:rsidRPr="00B13C4C">
        <w:rPr>
          <w:rFonts w:ascii="Times New Roman" w:hAnsi="Times New Roman" w:cs="Times New Roman"/>
          <w:sz w:val="24"/>
          <w:szCs w:val="24"/>
        </w:rPr>
        <w:t>.</w:t>
      </w:r>
    </w:p>
    <w:p w14:paraId="6A91BDFC" w14:textId="77777777" w:rsidR="00B13C4C" w:rsidRPr="00B13C4C" w:rsidRDefault="00B13C4C" w:rsidP="008F4990">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Trong các đẳng thức sau đây, đẳng thức nào đúng?</w:t>
      </w:r>
    </w:p>
    <w:p w14:paraId="743256DE"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6"/>
          <w:sz w:val="24"/>
          <w:szCs w:val="24"/>
        </w:rPr>
        <w:object w:dxaOrig="2280" w:dyaOrig="440" w14:anchorId="3A398886">
          <v:shape id="_x0000_i2867" type="#_x0000_t75" style="width:114pt;height:22.2pt" o:ole="">
            <v:imagedata r:id="rId2038" o:title=""/>
          </v:shape>
          <o:OLEObject Type="Embed" ProgID="Equation.DSMT4" ShapeID="_x0000_i2867" DrawAspect="Content" ObjectID="_1699836151" r:id="rId203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6"/>
          <w:sz w:val="24"/>
          <w:szCs w:val="24"/>
        </w:rPr>
        <w:object w:dxaOrig="2140" w:dyaOrig="440" w14:anchorId="4C374762">
          <v:shape id="_x0000_i2868" type="#_x0000_t75" style="width:106.8pt;height:22.2pt" o:ole="">
            <v:imagedata r:id="rId2040" o:title=""/>
          </v:shape>
          <o:OLEObject Type="Embed" ProgID="Equation.DSMT4" ShapeID="_x0000_i2868" DrawAspect="Content" ObjectID="_1699836152" r:id="rId2041"/>
        </w:object>
      </w:r>
      <w:r w:rsidRPr="00B13C4C">
        <w:rPr>
          <w:rFonts w:ascii="Times New Roman" w:hAnsi="Times New Roman" w:cs="Times New Roman"/>
          <w:sz w:val="24"/>
          <w:szCs w:val="24"/>
        </w:rPr>
        <w:t>.</w:t>
      </w:r>
    </w:p>
    <w:p w14:paraId="4A3B792F"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6"/>
          <w:sz w:val="24"/>
          <w:szCs w:val="24"/>
        </w:rPr>
        <w:object w:dxaOrig="2120" w:dyaOrig="440" w14:anchorId="7FBA581C">
          <v:shape id="_x0000_i2869" type="#_x0000_t75" style="width:106.2pt;height:22.2pt" o:ole="">
            <v:imagedata r:id="rId2042" o:title=""/>
          </v:shape>
          <o:OLEObject Type="Embed" ProgID="Equation.DSMT4" ShapeID="_x0000_i2869" DrawAspect="Content" ObjectID="_1699836153" r:id="rId204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6"/>
          <w:sz w:val="24"/>
          <w:szCs w:val="24"/>
        </w:rPr>
        <w:object w:dxaOrig="2240" w:dyaOrig="440" w14:anchorId="2AD31E63">
          <v:shape id="_x0000_i2870" type="#_x0000_t75" style="width:112.2pt;height:22.2pt" o:ole="">
            <v:imagedata r:id="rId2044" o:title=""/>
          </v:shape>
          <o:OLEObject Type="Embed" ProgID="Equation.DSMT4" ShapeID="_x0000_i2870" DrawAspect="Content" ObjectID="_1699836154" r:id="rId2045"/>
        </w:object>
      </w:r>
      <w:r w:rsidRPr="00B13C4C">
        <w:rPr>
          <w:rFonts w:ascii="Times New Roman" w:hAnsi="Times New Roman" w:cs="Times New Roman"/>
          <w:sz w:val="24"/>
          <w:szCs w:val="24"/>
        </w:rPr>
        <w:t>.</w:t>
      </w:r>
    </w:p>
    <w:p w14:paraId="66A4E7B3" w14:textId="77777777" w:rsidR="00B13C4C" w:rsidRPr="00B13C4C" w:rsidRDefault="00B13C4C" w:rsidP="008F4990">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bảng biến thiên hàm số </w:t>
      </w:r>
      <w:r w:rsidRPr="00B13C4C">
        <w:rPr>
          <w:rFonts w:ascii="Times New Roman" w:hAnsi="Times New Roman" w:cs="Times New Roman"/>
          <w:position w:val="-10"/>
          <w:sz w:val="24"/>
          <w:szCs w:val="24"/>
        </w:rPr>
        <w:object w:dxaOrig="920" w:dyaOrig="320" w14:anchorId="00418B51">
          <v:shape id="_x0000_i2871" type="#_x0000_t75" style="width:46.2pt;height:16.2pt" o:ole="">
            <v:imagedata r:id="rId2046" o:title=""/>
          </v:shape>
          <o:OLEObject Type="Embed" ProgID="Equation.DSMT4" ShapeID="_x0000_i2871" DrawAspect="Content" ObjectID="_1699836155" r:id="rId2047"/>
        </w:object>
      </w:r>
      <w:r w:rsidRPr="00B13C4C">
        <w:rPr>
          <w:rFonts w:ascii="Times New Roman" w:hAnsi="Times New Roman" w:cs="Times New Roman"/>
          <w:sz w:val="24"/>
          <w:szCs w:val="24"/>
        </w:rPr>
        <w:t xml:space="preserve"> chọn phát biểu đúng.</w:t>
      </w:r>
    </w:p>
    <w:p w14:paraId="5F599FE2" w14:textId="77777777" w:rsidR="00B13C4C" w:rsidRPr="00B13C4C" w:rsidRDefault="00B13C4C" w:rsidP="008F4990">
      <w:pPr>
        <w:ind w:left="992" w:hanging="992"/>
        <w:jc w:val="center"/>
        <w:rPr>
          <w:rFonts w:ascii="Times New Roman" w:hAnsi="Times New Roman" w:cs="Times New Roman"/>
          <w:sz w:val="24"/>
          <w:szCs w:val="24"/>
        </w:rPr>
      </w:pPr>
      <w:r w:rsidRPr="00B13C4C">
        <w:rPr>
          <w:rFonts w:ascii="Times New Roman" w:hAnsi="Times New Roman" w:cs="Times New Roman"/>
          <w:noProof/>
          <w:sz w:val="24"/>
          <w:szCs w:val="24"/>
        </w:rPr>
        <w:drawing>
          <wp:inline distT="0" distB="0" distL="0" distR="0" wp14:anchorId="40729B0C" wp14:editId="07B2FD38">
            <wp:extent cx="2669702" cy="108966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48"/>
                    <a:stretch>
                      <a:fillRect/>
                    </a:stretch>
                  </pic:blipFill>
                  <pic:spPr>
                    <a:xfrm>
                      <a:off x="0" y="0"/>
                      <a:ext cx="2693476" cy="1099364"/>
                    </a:xfrm>
                    <a:prstGeom prst="rect">
                      <a:avLst/>
                    </a:prstGeom>
                  </pic:spPr>
                </pic:pic>
              </a:graphicData>
            </a:graphic>
          </wp:inline>
        </w:drawing>
      </w:r>
    </w:p>
    <w:p w14:paraId="0C57837C"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 xml:space="preserve">Hàm số đã cho đồng biến trên </w:t>
      </w:r>
      <w:r w:rsidRPr="00B13C4C">
        <w:rPr>
          <w:rFonts w:ascii="Times New Roman" w:hAnsi="Times New Roman" w:cs="Times New Roman"/>
          <w:position w:val="-10"/>
          <w:sz w:val="24"/>
          <w:szCs w:val="24"/>
        </w:rPr>
        <w:object w:dxaOrig="700" w:dyaOrig="320" w14:anchorId="6D8A639C">
          <v:shape id="_x0000_i2872" type="#_x0000_t75" style="width:34.8pt;height:16.2pt" o:ole="">
            <v:imagedata r:id="rId2049" o:title=""/>
          </v:shape>
          <o:OLEObject Type="Embed" ProgID="Equation.DSMT4" ShapeID="_x0000_i2872" DrawAspect="Content" ObjectID="_1699836156" r:id="rId205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 xml:space="preserve">Hàm số đã cho đồng biến trên </w:t>
      </w:r>
      <w:r w:rsidRPr="00B13C4C">
        <w:rPr>
          <w:rFonts w:ascii="Times New Roman" w:hAnsi="Times New Roman" w:cs="Times New Roman"/>
          <w:position w:val="-10"/>
          <w:sz w:val="24"/>
          <w:szCs w:val="24"/>
        </w:rPr>
        <w:object w:dxaOrig="740" w:dyaOrig="320" w14:anchorId="711C58EC">
          <v:shape id="_x0000_i2873" type="#_x0000_t75" style="width:37.2pt;height:16.2pt" o:ole="">
            <v:imagedata r:id="rId2051" o:title=""/>
          </v:shape>
          <o:OLEObject Type="Embed" ProgID="Equation.DSMT4" ShapeID="_x0000_i2873" DrawAspect="Content" ObjectID="_1699836157" r:id="rId2052"/>
        </w:object>
      </w:r>
      <w:r w:rsidRPr="00B13C4C">
        <w:rPr>
          <w:rFonts w:ascii="Times New Roman" w:hAnsi="Times New Roman" w:cs="Times New Roman"/>
          <w:sz w:val="24"/>
          <w:szCs w:val="24"/>
        </w:rPr>
        <w:t>.</w:t>
      </w:r>
    </w:p>
    <w:p w14:paraId="145BF27C" w14:textId="77777777" w:rsidR="00B13C4C" w:rsidRPr="00B13C4C" w:rsidRDefault="00B13C4C" w:rsidP="008F4990">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 xml:space="preserve">Hàm số đã cho nghịch biến trên </w:t>
      </w:r>
      <w:r w:rsidRPr="00B13C4C">
        <w:rPr>
          <w:rFonts w:ascii="Times New Roman" w:hAnsi="Times New Roman" w:cs="Times New Roman"/>
          <w:position w:val="-10"/>
          <w:sz w:val="24"/>
          <w:szCs w:val="24"/>
        </w:rPr>
        <w:object w:dxaOrig="700" w:dyaOrig="320" w14:anchorId="678C4AB2">
          <v:shape id="_x0000_i2874" type="#_x0000_t75" style="width:34.8pt;height:16.2pt" o:ole="">
            <v:imagedata r:id="rId2053" o:title=""/>
          </v:shape>
          <o:OLEObject Type="Embed" ProgID="Equation.DSMT4" ShapeID="_x0000_i2874" DrawAspect="Content" ObjectID="_1699836158" r:id="rId205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 xml:space="preserve">Hàm số đã cho nghịch biến trên </w:t>
      </w:r>
      <w:r w:rsidRPr="00B13C4C">
        <w:rPr>
          <w:rFonts w:ascii="Times New Roman" w:hAnsi="Times New Roman" w:cs="Times New Roman"/>
          <w:position w:val="-10"/>
          <w:sz w:val="24"/>
          <w:szCs w:val="24"/>
        </w:rPr>
        <w:object w:dxaOrig="760" w:dyaOrig="320" w14:anchorId="0C1A7D56">
          <v:shape id="_x0000_i2875" type="#_x0000_t75" style="width:37.8pt;height:16.2pt" o:ole="">
            <v:imagedata r:id="rId2055" o:title=""/>
          </v:shape>
          <o:OLEObject Type="Embed" ProgID="Equation.DSMT4" ShapeID="_x0000_i2875" DrawAspect="Content" ObjectID="_1699836159" r:id="rId2056"/>
        </w:object>
      </w:r>
      <w:r w:rsidRPr="00B13C4C">
        <w:rPr>
          <w:rFonts w:ascii="Times New Roman" w:hAnsi="Times New Roman" w:cs="Times New Roman"/>
          <w:sz w:val="24"/>
          <w:szCs w:val="24"/>
        </w:rPr>
        <w:t>.</w:t>
      </w:r>
    </w:p>
    <w:p w14:paraId="267228A2" w14:textId="77777777" w:rsidR="00B13C4C" w:rsidRPr="00B13C4C" w:rsidRDefault="00B13C4C" w:rsidP="008F4990">
      <w:pPr>
        <w:ind w:left="992"/>
        <w:rPr>
          <w:rFonts w:ascii="Times New Roman" w:hAnsi="Times New Roman" w:cs="Times New Roman"/>
          <w:sz w:val="24"/>
          <w:szCs w:val="24"/>
        </w:rPr>
      </w:pPr>
      <w:r w:rsidRPr="00B13C4C">
        <w:rPr>
          <w:rFonts w:ascii="Times New Roman" w:hAnsi="Times New Roman" w:cs="Times New Roman"/>
          <w:b/>
          <w:sz w:val="24"/>
          <w:szCs w:val="24"/>
        </w:rPr>
        <w:t>Phần II: Tự luận</w:t>
      </w:r>
    </w:p>
    <w:p w14:paraId="048DA16D" w14:textId="77777777" w:rsidR="00B13C4C" w:rsidRPr="00B13C4C" w:rsidRDefault="00B13C4C" w:rsidP="008F4990">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1: </w:t>
      </w:r>
      <w:r w:rsidRPr="00B13C4C">
        <w:rPr>
          <w:rFonts w:ascii="Times New Roman" w:hAnsi="Times New Roman" w:cs="Times New Roman"/>
          <w:sz w:val="24"/>
          <w:szCs w:val="24"/>
        </w:rPr>
        <w:t xml:space="preserve">Xác định </w:t>
      </w:r>
      <w:r w:rsidRPr="00B13C4C">
        <w:rPr>
          <w:rFonts w:ascii="Times New Roman" w:hAnsi="Times New Roman" w:cs="Times New Roman"/>
          <w:position w:val="-10"/>
          <w:sz w:val="24"/>
          <w:szCs w:val="24"/>
        </w:rPr>
        <w:object w:dxaOrig="600" w:dyaOrig="320" w14:anchorId="6F470A94">
          <v:shape id="_x0000_i2876" type="#_x0000_t75" style="width:30pt;height:16.2pt" o:ole="">
            <v:imagedata r:id="rId2057" o:title=""/>
          </v:shape>
          <o:OLEObject Type="Embed" ProgID="Equation.DSMT4" ShapeID="_x0000_i2876" DrawAspect="Content" ObjectID="_1699836160" r:id="rId2058"/>
        </w:object>
      </w:r>
      <w:r w:rsidRPr="00B13C4C">
        <w:rPr>
          <w:rFonts w:ascii="Times New Roman" w:hAnsi="Times New Roman" w:cs="Times New Roman"/>
          <w:sz w:val="24"/>
          <w:szCs w:val="24"/>
        </w:rPr>
        <w:t xml:space="preserve"> biết parabol </w:t>
      </w:r>
      <w:r w:rsidRPr="00B13C4C">
        <w:rPr>
          <w:rFonts w:ascii="Times New Roman" w:hAnsi="Times New Roman" w:cs="Times New Roman"/>
          <w:position w:val="-10"/>
          <w:sz w:val="24"/>
          <w:szCs w:val="24"/>
        </w:rPr>
        <w:object w:dxaOrig="1540" w:dyaOrig="360" w14:anchorId="136DD4C4">
          <v:shape id="_x0000_i2877" type="#_x0000_t75" style="width:76.8pt;height:18pt" o:ole="">
            <v:imagedata r:id="rId2059" o:title=""/>
          </v:shape>
          <o:OLEObject Type="Embed" ProgID="Equation.DSMT4" ShapeID="_x0000_i2877" DrawAspect="Content" ObjectID="_1699836161" r:id="rId2060"/>
        </w:object>
      </w:r>
      <w:r w:rsidRPr="00B13C4C">
        <w:rPr>
          <w:rFonts w:ascii="Times New Roman" w:hAnsi="Times New Roman" w:cs="Times New Roman"/>
          <w:sz w:val="24"/>
          <w:szCs w:val="24"/>
        </w:rPr>
        <w:t xml:space="preserve"> đi qua điểm </w:t>
      </w:r>
      <w:r w:rsidRPr="00B13C4C">
        <w:rPr>
          <w:rFonts w:ascii="Times New Roman" w:hAnsi="Times New Roman" w:cs="Times New Roman"/>
          <w:position w:val="-10"/>
          <w:sz w:val="24"/>
          <w:szCs w:val="24"/>
        </w:rPr>
        <w:object w:dxaOrig="720" w:dyaOrig="320" w14:anchorId="77882690">
          <v:shape id="_x0000_i2878" type="#_x0000_t75" style="width:36pt;height:16.2pt" o:ole="">
            <v:imagedata r:id="rId2061" o:title=""/>
          </v:shape>
          <o:OLEObject Type="Embed" ProgID="Equation.DSMT4" ShapeID="_x0000_i2878" DrawAspect="Content" ObjectID="_1699836162" r:id="rId2062"/>
        </w:object>
      </w:r>
      <w:r w:rsidRPr="00B13C4C">
        <w:rPr>
          <w:rFonts w:ascii="Times New Roman" w:hAnsi="Times New Roman" w:cs="Times New Roman"/>
          <w:sz w:val="24"/>
          <w:szCs w:val="24"/>
        </w:rPr>
        <w:t xml:space="preserve"> và có đỉnh là điểm </w:t>
      </w:r>
      <w:r w:rsidRPr="00B13C4C">
        <w:rPr>
          <w:rFonts w:ascii="Times New Roman" w:hAnsi="Times New Roman" w:cs="Times New Roman"/>
          <w:position w:val="-10"/>
          <w:sz w:val="24"/>
          <w:szCs w:val="24"/>
        </w:rPr>
        <w:object w:dxaOrig="940" w:dyaOrig="320" w14:anchorId="3D3C4777">
          <v:shape id="_x0000_i2879" type="#_x0000_t75" style="width:46.8pt;height:16.2pt" o:ole="">
            <v:imagedata r:id="rId2063" o:title=""/>
          </v:shape>
          <o:OLEObject Type="Embed" ProgID="Equation.DSMT4" ShapeID="_x0000_i2879" DrawAspect="Content" ObjectID="_1699836163" r:id="rId2064"/>
        </w:object>
      </w:r>
    </w:p>
    <w:p w14:paraId="48768C84" w14:textId="77777777" w:rsidR="00B13C4C" w:rsidRPr="00B13C4C" w:rsidRDefault="00B13C4C" w:rsidP="008F4990">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2: </w:t>
      </w:r>
      <w:r w:rsidRPr="00B13C4C">
        <w:rPr>
          <w:rFonts w:ascii="Times New Roman" w:hAnsi="Times New Roman" w:cs="Times New Roman"/>
          <w:sz w:val="24"/>
          <w:szCs w:val="24"/>
        </w:rPr>
        <w:t xml:space="preserve">Cho tam giác </w:t>
      </w:r>
      <w:r w:rsidRPr="00B13C4C">
        <w:rPr>
          <w:rFonts w:ascii="Times New Roman" w:hAnsi="Times New Roman" w:cs="Times New Roman"/>
          <w:position w:val="-6"/>
          <w:sz w:val="24"/>
          <w:szCs w:val="24"/>
        </w:rPr>
        <w:object w:dxaOrig="560" w:dyaOrig="279" w14:anchorId="4C8E8276">
          <v:shape id="_x0000_i2880" type="#_x0000_t75" style="width:28.2pt;height:13.8pt" o:ole="">
            <v:imagedata r:id="rId2065" o:title=""/>
          </v:shape>
          <o:OLEObject Type="Embed" ProgID="Equation.DSMT4" ShapeID="_x0000_i2880" DrawAspect="Content" ObjectID="_1699836164" r:id="rId2066"/>
        </w:object>
      </w:r>
      <w:r w:rsidRPr="00B13C4C">
        <w:rPr>
          <w:rFonts w:ascii="Times New Roman" w:hAnsi="Times New Roman" w:cs="Times New Roman"/>
          <w:sz w:val="24"/>
          <w:szCs w:val="24"/>
        </w:rPr>
        <w:t xml:space="preserve"> có </w:t>
      </w:r>
      <w:r w:rsidRPr="00B13C4C">
        <w:rPr>
          <w:rFonts w:ascii="Times New Roman" w:hAnsi="Times New Roman" w:cs="Times New Roman"/>
          <w:position w:val="-10"/>
          <w:sz w:val="24"/>
          <w:szCs w:val="24"/>
        </w:rPr>
        <w:object w:dxaOrig="2280" w:dyaOrig="320" w14:anchorId="122FC7BB">
          <v:shape id="_x0000_i2881" type="#_x0000_t75" style="width:114pt;height:16.2pt" o:ole="">
            <v:imagedata r:id="rId2067" o:title=""/>
          </v:shape>
          <o:OLEObject Type="Embed" ProgID="Equation.DSMT4" ShapeID="_x0000_i2881" DrawAspect="Content" ObjectID="_1699836165" r:id="rId2068"/>
        </w:object>
      </w:r>
      <w:r w:rsidRPr="00B13C4C">
        <w:rPr>
          <w:rFonts w:ascii="Times New Roman" w:hAnsi="Times New Roman" w:cs="Times New Roman"/>
          <w:sz w:val="24"/>
          <w:szCs w:val="24"/>
        </w:rPr>
        <w:t>.</w:t>
      </w:r>
    </w:p>
    <w:p w14:paraId="06F98D75" w14:textId="77777777" w:rsidR="00B13C4C" w:rsidRPr="00B13C4C" w:rsidRDefault="00B13C4C" w:rsidP="008F4990">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a. Tính tích vô hướng </w:t>
      </w:r>
      <w:r w:rsidRPr="00B13C4C">
        <w:rPr>
          <w:rFonts w:ascii="Times New Roman" w:hAnsi="Times New Roman" w:cs="Times New Roman"/>
          <w:position w:val="-6"/>
          <w:sz w:val="24"/>
          <w:szCs w:val="24"/>
        </w:rPr>
        <w:object w:dxaOrig="820" w:dyaOrig="340" w14:anchorId="4E0E02C3">
          <v:shape id="_x0000_i2882" type="#_x0000_t75" style="width:40.8pt;height:16.8pt" o:ole="">
            <v:imagedata r:id="rId2069" o:title=""/>
          </v:shape>
          <o:OLEObject Type="Embed" ProgID="Equation.DSMT4" ShapeID="_x0000_i2882" DrawAspect="Content" ObjectID="_1699836166" r:id="rId2070"/>
        </w:object>
      </w:r>
    </w:p>
    <w:p w14:paraId="2EB46B64" w14:textId="77777777" w:rsidR="00B13C4C" w:rsidRPr="00B13C4C" w:rsidRDefault="00B13C4C" w:rsidP="008F4990">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b. Hãy xác định tọa độ điểm </w:t>
      </w:r>
      <w:r w:rsidRPr="00B13C4C">
        <w:rPr>
          <w:rFonts w:ascii="Times New Roman" w:hAnsi="Times New Roman" w:cs="Times New Roman"/>
          <w:position w:val="-4"/>
          <w:sz w:val="24"/>
          <w:szCs w:val="24"/>
        </w:rPr>
        <w:object w:dxaOrig="279" w:dyaOrig="260" w14:anchorId="0A8CC4AA">
          <v:shape id="_x0000_i2883" type="#_x0000_t75" style="width:13.8pt;height:13.2pt" o:ole="">
            <v:imagedata r:id="rId2071" o:title=""/>
          </v:shape>
          <o:OLEObject Type="Embed" ProgID="Equation.DSMT4" ShapeID="_x0000_i2883" DrawAspect="Content" ObjectID="_1699836167" r:id="rId2072"/>
        </w:object>
      </w:r>
      <w:r w:rsidRPr="00B13C4C">
        <w:rPr>
          <w:rFonts w:ascii="Times New Roman" w:hAnsi="Times New Roman" w:cs="Times New Roman"/>
          <w:sz w:val="24"/>
          <w:szCs w:val="24"/>
        </w:rPr>
        <w:t xml:space="preserve"> là trực tâm của tam giác </w:t>
      </w:r>
      <w:r w:rsidRPr="00B13C4C">
        <w:rPr>
          <w:rFonts w:ascii="Times New Roman" w:hAnsi="Times New Roman" w:cs="Times New Roman"/>
          <w:position w:val="-6"/>
          <w:sz w:val="24"/>
          <w:szCs w:val="24"/>
        </w:rPr>
        <w:object w:dxaOrig="560" w:dyaOrig="279" w14:anchorId="55616EB8">
          <v:shape id="_x0000_i2884" type="#_x0000_t75" style="width:28.2pt;height:13.8pt" o:ole="">
            <v:imagedata r:id="rId2073" o:title=""/>
          </v:shape>
          <o:OLEObject Type="Embed" ProgID="Equation.DSMT4" ShapeID="_x0000_i2884" DrawAspect="Content" ObjectID="_1699836168" r:id="rId2074"/>
        </w:object>
      </w:r>
    </w:p>
    <w:p w14:paraId="5A88A368" w14:textId="77777777" w:rsidR="00B13C4C" w:rsidRPr="00B13C4C" w:rsidRDefault="00B13C4C" w:rsidP="008F4990">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3: </w:t>
      </w:r>
      <w:r w:rsidRPr="00B13C4C">
        <w:rPr>
          <w:rFonts w:ascii="Times New Roman" w:hAnsi="Times New Roman" w:cs="Times New Roman"/>
          <w:sz w:val="24"/>
          <w:szCs w:val="24"/>
        </w:rPr>
        <w:t xml:space="preserve">Cho </w:t>
      </w:r>
      <w:r w:rsidRPr="00B13C4C">
        <w:rPr>
          <w:rFonts w:ascii="Times New Roman" w:hAnsi="Times New Roman" w:cs="Times New Roman"/>
          <w:position w:val="-6"/>
          <w:sz w:val="24"/>
          <w:szCs w:val="24"/>
        </w:rPr>
        <w:object w:dxaOrig="680" w:dyaOrig="279" w14:anchorId="15E17531">
          <v:shape id="_x0000_i2885" type="#_x0000_t75" style="width:34.2pt;height:13.8pt" o:ole="">
            <v:imagedata r:id="rId2075" o:title=""/>
          </v:shape>
          <o:OLEObject Type="Embed" ProgID="Equation.DSMT4" ShapeID="_x0000_i2885" DrawAspect="Content" ObjectID="_1699836169" r:id="rId2076"/>
        </w:object>
      </w:r>
      <w:r w:rsidRPr="00B13C4C">
        <w:rPr>
          <w:rFonts w:ascii="Times New Roman" w:hAnsi="Times New Roman" w:cs="Times New Roman"/>
          <w:sz w:val="24"/>
          <w:szCs w:val="24"/>
        </w:rPr>
        <w:t xml:space="preserve">. Gọi </w:t>
      </w:r>
      <w:r w:rsidRPr="00B13C4C">
        <w:rPr>
          <w:rFonts w:ascii="Times New Roman" w:hAnsi="Times New Roman" w:cs="Times New Roman"/>
          <w:position w:val="-10"/>
          <w:sz w:val="24"/>
          <w:szCs w:val="24"/>
        </w:rPr>
        <w:object w:dxaOrig="420" w:dyaOrig="320" w14:anchorId="0559A54E">
          <v:shape id="_x0000_i2886" type="#_x0000_t75" style="width:21pt;height:16.2pt" o:ole="">
            <v:imagedata r:id="rId2077" o:title=""/>
          </v:shape>
          <o:OLEObject Type="Embed" ProgID="Equation.DSMT4" ShapeID="_x0000_i2886" DrawAspect="Content" ObjectID="_1699836170" r:id="rId2078"/>
        </w:object>
      </w:r>
      <w:r w:rsidRPr="00B13C4C">
        <w:rPr>
          <w:rFonts w:ascii="Times New Roman" w:hAnsi="Times New Roman" w:cs="Times New Roman"/>
          <w:sz w:val="24"/>
          <w:szCs w:val="24"/>
        </w:rPr>
        <w:t xml:space="preserve"> lần lượt là 2 điểm thoả mãn: </w:t>
      </w:r>
      <w:r w:rsidRPr="00B13C4C">
        <w:rPr>
          <w:rFonts w:ascii="Times New Roman" w:hAnsi="Times New Roman" w:cs="Times New Roman"/>
          <w:position w:val="-24"/>
          <w:sz w:val="24"/>
          <w:szCs w:val="24"/>
        </w:rPr>
        <w:object w:dxaOrig="2240" w:dyaOrig="620" w14:anchorId="5B276645">
          <v:shape id="_x0000_i2887" type="#_x0000_t75" style="width:112.2pt;height:31.2pt" o:ole="">
            <v:imagedata r:id="rId2079" o:title=""/>
          </v:shape>
          <o:OLEObject Type="Embed" ProgID="Equation.DSMT4" ShapeID="_x0000_i2887" DrawAspect="Content" ObjectID="_1699836171" r:id="rId2080"/>
        </w:object>
      </w:r>
      <w:r w:rsidRPr="00B13C4C">
        <w:rPr>
          <w:rFonts w:ascii="Times New Roman" w:hAnsi="Times New Roman" w:cs="Times New Roman"/>
          <w:sz w:val="24"/>
          <w:szCs w:val="24"/>
        </w:rPr>
        <w:t xml:space="preserve">. Hãy phân tích vécto </w:t>
      </w:r>
      <w:r w:rsidRPr="00B13C4C">
        <w:rPr>
          <w:rFonts w:ascii="Times New Roman" w:hAnsi="Times New Roman" w:cs="Times New Roman"/>
          <w:position w:val="-6"/>
          <w:sz w:val="24"/>
          <w:szCs w:val="24"/>
        </w:rPr>
        <w:object w:dxaOrig="300" w:dyaOrig="340" w14:anchorId="118B431B">
          <v:shape id="_x0000_i2888" type="#_x0000_t75" style="width:15pt;height:16.8pt" o:ole="">
            <v:imagedata r:id="rId2081" o:title=""/>
          </v:shape>
          <o:OLEObject Type="Embed" ProgID="Equation.DSMT4" ShapeID="_x0000_i2888" DrawAspect="Content" ObjectID="_1699836172" r:id="rId2082"/>
        </w:object>
      </w:r>
      <w:r w:rsidRPr="00B13C4C">
        <w:rPr>
          <w:rFonts w:ascii="Times New Roman" w:hAnsi="Times New Roman" w:cs="Times New Roman"/>
          <w:sz w:val="24"/>
          <w:szCs w:val="24"/>
        </w:rPr>
        <w:t xml:space="preserve"> theo hai vécto </w:t>
      </w:r>
      <w:r w:rsidRPr="00B13C4C">
        <w:rPr>
          <w:rFonts w:ascii="Times New Roman" w:hAnsi="Times New Roman" w:cs="Times New Roman"/>
          <w:position w:val="-4"/>
          <w:sz w:val="24"/>
          <w:szCs w:val="24"/>
        </w:rPr>
        <w:object w:dxaOrig="400" w:dyaOrig="320" w14:anchorId="269A14B6">
          <v:shape id="_x0000_i2889" type="#_x0000_t75" style="width:19.8pt;height:16.2pt" o:ole="">
            <v:imagedata r:id="rId2083" o:title=""/>
          </v:shape>
          <o:OLEObject Type="Embed" ProgID="Equation.DSMT4" ShapeID="_x0000_i2889" DrawAspect="Content" ObjectID="_1699836173" r:id="rId2084"/>
        </w:object>
      </w:r>
      <w:r w:rsidRPr="00B13C4C">
        <w:rPr>
          <w:rFonts w:ascii="Times New Roman" w:hAnsi="Times New Roman" w:cs="Times New Roman"/>
          <w:sz w:val="24"/>
          <w:szCs w:val="24"/>
        </w:rPr>
        <w:t xml:space="preserve"> và </w:t>
      </w:r>
      <w:r w:rsidRPr="00B13C4C">
        <w:rPr>
          <w:rFonts w:ascii="Times New Roman" w:hAnsi="Times New Roman" w:cs="Times New Roman"/>
          <w:position w:val="-6"/>
          <w:sz w:val="24"/>
          <w:szCs w:val="24"/>
        </w:rPr>
        <w:object w:dxaOrig="420" w:dyaOrig="340" w14:anchorId="001962E9">
          <v:shape id="_x0000_i2890" type="#_x0000_t75" style="width:21pt;height:16.8pt" o:ole="">
            <v:imagedata r:id="rId2085" o:title=""/>
          </v:shape>
          <o:OLEObject Type="Embed" ProgID="Equation.DSMT4" ShapeID="_x0000_i2890" DrawAspect="Content" ObjectID="_1699836174" r:id="rId2086"/>
        </w:object>
      </w:r>
    </w:p>
    <w:p w14:paraId="46F1C2F1" w14:textId="77777777" w:rsidR="00B13C4C" w:rsidRPr="00B13C4C" w:rsidRDefault="00B13C4C" w:rsidP="008F4990">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4: </w:t>
      </w:r>
      <w:r w:rsidRPr="00B13C4C">
        <w:rPr>
          <w:rFonts w:ascii="Times New Roman" w:hAnsi="Times New Roman" w:cs="Times New Roman"/>
          <w:sz w:val="24"/>
          <w:szCs w:val="24"/>
        </w:rPr>
        <w:t xml:space="preserve">Giải phương trình: </w:t>
      </w:r>
      <w:r w:rsidRPr="00B13C4C">
        <w:rPr>
          <w:rFonts w:ascii="Times New Roman" w:hAnsi="Times New Roman" w:cs="Times New Roman"/>
          <w:position w:val="-26"/>
          <w:sz w:val="24"/>
          <w:szCs w:val="24"/>
        </w:rPr>
        <w:object w:dxaOrig="1960" w:dyaOrig="700" w14:anchorId="68F4417C">
          <v:shape id="_x0000_i2891" type="#_x0000_t75" style="width:97.8pt;height:34.8pt" o:ole="">
            <v:imagedata r:id="rId2087" o:title=""/>
          </v:shape>
          <o:OLEObject Type="Embed" ProgID="Equation.DSMT4" ShapeID="_x0000_i2891" DrawAspect="Content" ObjectID="_1699836175" r:id="rId2088"/>
        </w:object>
      </w:r>
    </w:p>
    <w:p w14:paraId="43D0828C" w14:textId="77777777" w:rsidR="00B13C4C" w:rsidRPr="00B13C4C" w:rsidRDefault="00B13C4C" w:rsidP="008F4990">
      <w:pPr>
        <w:ind w:left="992"/>
        <w:jc w:val="center"/>
        <w:rPr>
          <w:rFonts w:ascii="Times New Roman" w:hAnsi="Times New Roman" w:cs="Times New Roman"/>
          <w:b/>
          <w:sz w:val="24"/>
          <w:szCs w:val="24"/>
        </w:rPr>
      </w:pPr>
      <w:r w:rsidRPr="00B13C4C">
        <w:rPr>
          <w:rFonts w:ascii="Times New Roman" w:hAnsi="Times New Roman" w:cs="Times New Roman"/>
          <w:b/>
          <w:sz w:val="24"/>
          <w:szCs w:val="24"/>
        </w:rPr>
        <w:t>BẢNG ĐÁP ÁN</w:t>
      </w:r>
    </w:p>
    <w:tbl>
      <w:tblPr>
        <w:tblStyle w:val="TableGrid"/>
        <w:tblW w:w="0" w:type="auto"/>
        <w:tblInd w:w="992" w:type="dxa"/>
        <w:tblLook w:val="04A0" w:firstRow="1" w:lastRow="0" w:firstColumn="1" w:lastColumn="0" w:noHBand="0" w:noVBand="1"/>
      </w:tblPr>
      <w:tblGrid>
        <w:gridCol w:w="510"/>
        <w:gridCol w:w="510"/>
        <w:gridCol w:w="511"/>
        <w:gridCol w:w="511"/>
        <w:gridCol w:w="511"/>
        <w:gridCol w:w="511"/>
        <w:gridCol w:w="511"/>
        <w:gridCol w:w="511"/>
        <w:gridCol w:w="511"/>
        <w:gridCol w:w="511"/>
        <w:gridCol w:w="512"/>
        <w:gridCol w:w="512"/>
        <w:gridCol w:w="512"/>
        <w:gridCol w:w="512"/>
        <w:gridCol w:w="512"/>
        <w:gridCol w:w="512"/>
        <w:gridCol w:w="512"/>
        <w:gridCol w:w="512"/>
      </w:tblGrid>
      <w:tr w:rsidR="00B13C4C" w:rsidRPr="00B13C4C" w14:paraId="6F8ABA71" w14:textId="77777777" w:rsidTr="00B13C4C">
        <w:tc>
          <w:tcPr>
            <w:tcW w:w="566" w:type="dxa"/>
            <w:shd w:val="clear" w:color="auto" w:fill="FFFF32"/>
          </w:tcPr>
          <w:p w14:paraId="6C6ECA6F" w14:textId="4E5FF1F6"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w:t>
            </w:r>
          </w:p>
        </w:tc>
        <w:tc>
          <w:tcPr>
            <w:tcW w:w="566" w:type="dxa"/>
            <w:shd w:val="clear" w:color="auto" w:fill="FFFF32"/>
          </w:tcPr>
          <w:p w14:paraId="7158E488" w14:textId="51D2494D"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w:t>
            </w:r>
          </w:p>
        </w:tc>
        <w:tc>
          <w:tcPr>
            <w:tcW w:w="566" w:type="dxa"/>
            <w:shd w:val="clear" w:color="auto" w:fill="FFFF32"/>
          </w:tcPr>
          <w:p w14:paraId="7A4417EF" w14:textId="0B52EE23"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w:t>
            </w:r>
          </w:p>
        </w:tc>
        <w:tc>
          <w:tcPr>
            <w:tcW w:w="566" w:type="dxa"/>
            <w:shd w:val="clear" w:color="auto" w:fill="FFFF32"/>
          </w:tcPr>
          <w:p w14:paraId="215726A2" w14:textId="07865C0E"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4</w:t>
            </w:r>
          </w:p>
        </w:tc>
        <w:tc>
          <w:tcPr>
            <w:tcW w:w="566" w:type="dxa"/>
            <w:shd w:val="clear" w:color="auto" w:fill="FFFF32"/>
          </w:tcPr>
          <w:p w14:paraId="2771E39A" w14:textId="4886466C"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5</w:t>
            </w:r>
          </w:p>
        </w:tc>
        <w:tc>
          <w:tcPr>
            <w:tcW w:w="566" w:type="dxa"/>
            <w:shd w:val="clear" w:color="auto" w:fill="FFFF32"/>
          </w:tcPr>
          <w:p w14:paraId="5735611D" w14:textId="6248860F"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6</w:t>
            </w:r>
          </w:p>
        </w:tc>
        <w:tc>
          <w:tcPr>
            <w:tcW w:w="566" w:type="dxa"/>
            <w:shd w:val="clear" w:color="auto" w:fill="FFFF32"/>
          </w:tcPr>
          <w:p w14:paraId="35DB6B07" w14:textId="134BCBB6"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7</w:t>
            </w:r>
          </w:p>
        </w:tc>
        <w:tc>
          <w:tcPr>
            <w:tcW w:w="566" w:type="dxa"/>
            <w:shd w:val="clear" w:color="auto" w:fill="FFFF32"/>
          </w:tcPr>
          <w:p w14:paraId="3DA5CF0C" w14:textId="5DD2CBEC"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8</w:t>
            </w:r>
          </w:p>
        </w:tc>
        <w:tc>
          <w:tcPr>
            <w:tcW w:w="566" w:type="dxa"/>
            <w:shd w:val="clear" w:color="auto" w:fill="FFFF32"/>
          </w:tcPr>
          <w:p w14:paraId="1D04E198" w14:textId="7AE60F85"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9</w:t>
            </w:r>
          </w:p>
        </w:tc>
        <w:tc>
          <w:tcPr>
            <w:tcW w:w="566" w:type="dxa"/>
            <w:shd w:val="clear" w:color="auto" w:fill="FFFF32"/>
          </w:tcPr>
          <w:p w14:paraId="5F4F3CB7" w14:textId="66EE6C02"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10</w:t>
            </w:r>
          </w:p>
        </w:tc>
        <w:tc>
          <w:tcPr>
            <w:tcW w:w="567" w:type="dxa"/>
            <w:shd w:val="clear" w:color="auto" w:fill="FFFF32"/>
          </w:tcPr>
          <w:p w14:paraId="7DD910AB" w14:textId="63B26AF5"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11</w:t>
            </w:r>
          </w:p>
        </w:tc>
        <w:tc>
          <w:tcPr>
            <w:tcW w:w="567" w:type="dxa"/>
            <w:shd w:val="clear" w:color="auto" w:fill="FFFF32"/>
          </w:tcPr>
          <w:p w14:paraId="0B61684F" w14:textId="4EBE17DD"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12</w:t>
            </w:r>
          </w:p>
        </w:tc>
        <w:tc>
          <w:tcPr>
            <w:tcW w:w="567" w:type="dxa"/>
            <w:shd w:val="clear" w:color="auto" w:fill="FFFF32"/>
          </w:tcPr>
          <w:p w14:paraId="32EB5FAA" w14:textId="6DA65179"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13</w:t>
            </w:r>
          </w:p>
        </w:tc>
        <w:tc>
          <w:tcPr>
            <w:tcW w:w="567" w:type="dxa"/>
            <w:shd w:val="clear" w:color="auto" w:fill="FFFF32"/>
          </w:tcPr>
          <w:p w14:paraId="0AC1C2BF" w14:textId="20908725"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14</w:t>
            </w:r>
          </w:p>
        </w:tc>
        <w:tc>
          <w:tcPr>
            <w:tcW w:w="567" w:type="dxa"/>
            <w:shd w:val="clear" w:color="auto" w:fill="FFFF32"/>
          </w:tcPr>
          <w:p w14:paraId="4658BF86" w14:textId="639D5767"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15</w:t>
            </w:r>
          </w:p>
        </w:tc>
        <w:tc>
          <w:tcPr>
            <w:tcW w:w="567" w:type="dxa"/>
            <w:shd w:val="clear" w:color="auto" w:fill="FFFF32"/>
          </w:tcPr>
          <w:p w14:paraId="55B862FA" w14:textId="262EF6C4"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16</w:t>
            </w:r>
          </w:p>
        </w:tc>
        <w:tc>
          <w:tcPr>
            <w:tcW w:w="567" w:type="dxa"/>
            <w:shd w:val="clear" w:color="auto" w:fill="FFFF32"/>
          </w:tcPr>
          <w:p w14:paraId="1DB9EEDC" w14:textId="72BD89B4"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17</w:t>
            </w:r>
          </w:p>
        </w:tc>
        <w:tc>
          <w:tcPr>
            <w:tcW w:w="567" w:type="dxa"/>
            <w:shd w:val="clear" w:color="auto" w:fill="FFFF32"/>
          </w:tcPr>
          <w:p w14:paraId="010D1FD4" w14:textId="6C58A9B0"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18</w:t>
            </w:r>
          </w:p>
        </w:tc>
      </w:tr>
      <w:tr w:rsidR="00B13C4C" w:rsidRPr="00B13C4C" w14:paraId="09ECEBC7" w14:textId="77777777" w:rsidTr="00B13C4C">
        <w:tc>
          <w:tcPr>
            <w:tcW w:w="566" w:type="dxa"/>
            <w:tcBorders>
              <w:bottom w:val="single" w:sz="4" w:space="0" w:color="auto"/>
            </w:tcBorders>
          </w:tcPr>
          <w:p w14:paraId="381F6442" w14:textId="6E48AD56"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Borders>
              <w:bottom w:val="single" w:sz="4" w:space="0" w:color="auto"/>
            </w:tcBorders>
          </w:tcPr>
          <w:p w14:paraId="275609E0" w14:textId="752EB15A"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Borders>
              <w:bottom w:val="single" w:sz="4" w:space="0" w:color="auto"/>
            </w:tcBorders>
          </w:tcPr>
          <w:p w14:paraId="2AC59E4F" w14:textId="1B56C64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Borders>
              <w:bottom w:val="single" w:sz="4" w:space="0" w:color="auto"/>
            </w:tcBorders>
          </w:tcPr>
          <w:p w14:paraId="7A56FE8F" w14:textId="6B025482"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Borders>
              <w:bottom w:val="single" w:sz="4" w:space="0" w:color="auto"/>
            </w:tcBorders>
          </w:tcPr>
          <w:p w14:paraId="7670A730" w14:textId="5370E594"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Borders>
              <w:bottom w:val="single" w:sz="4" w:space="0" w:color="auto"/>
            </w:tcBorders>
          </w:tcPr>
          <w:p w14:paraId="5ACAC45D" w14:textId="2D243D6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Borders>
              <w:bottom w:val="single" w:sz="4" w:space="0" w:color="auto"/>
            </w:tcBorders>
          </w:tcPr>
          <w:p w14:paraId="2FDBFB3A" w14:textId="62545BB4"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Borders>
              <w:bottom w:val="single" w:sz="4" w:space="0" w:color="auto"/>
            </w:tcBorders>
          </w:tcPr>
          <w:p w14:paraId="2541B8F0" w14:textId="594EE693"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Borders>
              <w:bottom w:val="single" w:sz="4" w:space="0" w:color="auto"/>
            </w:tcBorders>
          </w:tcPr>
          <w:p w14:paraId="656092FF" w14:textId="42F07B9B"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Borders>
              <w:bottom w:val="single" w:sz="4" w:space="0" w:color="auto"/>
            </w:tcBorders>
          </w:tcPr>
          <w:p w14:paraId="44F4293D" w14:textId="1EC2B9DC"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Borders>
              <w:bottom w:val="single" w:sz="4" w:space="0" w:color="auto"/>
            </w:tcBorders>
          </w:tcPr>
          <w:p w14:paraId="65DED283" w14:textId="2F60EA84"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Borders>
              <w:bottom w:val="single" w:sz="4" w:space="0" w:color="auto"/>
            </w:tcBorders>
          </w:tcPr>
          <w:p w14:paraId="303EE520" w14:textId="34118945"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Borders>
              <w:bottom w:val="single" w:sz="4" w:space="0" w:color="auto"/>
            </w:tcBorders>
          </w:tcPr>
          <w:p w14:paraId="77E8C7ED" w14:textId="1FCBE234"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Borders>
              <w:bottom w:val="single" w:sz="4" w:space="0" w:color="auto"/>
            </w:tcBorders>
          </w:tcPr>
          <w:p w14:paraId="384ABDFE" w14:textId="6BB198F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Borders>
              <w:bottom w:val="single" w:sz="4" w:space="0" w:color="auto"/>
            </w:tcBorders>
          </w:tcPr>
          <w:p w14:paraId="26678C85" w14:textId="17461ECA"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Borders>
              <w:bottom w:val="single" w:sz="4" w:space="0" w:color="auto"/>
            </w:tcBorders>
          </w:tcPr>
          <w:p w14:paraId="6D869C96" w14:textId="7817E3F3"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Borders>
              <w:bottom w:val="single" w:sz="4" w:space="0" w:color="auto"/>
            </w:tcBorders>
          </w:tcPr>
          <w:p w14:paraId="60321143" w14:textId="4790E6CD"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7" w:type="dxa"/>
            <w:tcBorders>
              <w:bottom w:val="single" w:sz="4" w:space="0" w:color="auto"/>
            </w:tcBorders>
          </w:tcPr>
          <w:p w14:paraId="7BCD3165" w14:textId="1CF31453"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r>
      <w:tr w:rsidR="00B13C4C" w:rsidRPr="00B13C4C" w14:paraId="4F7296E6" w14:textId="77777777" w:rsidTr="00B13C4C">
        <w:tc>
          <w:tcPr>
            <w:tcW w:w="566" w:type="dxa"/>
            <w:shd w:val="clear" w:color="auto" w:fill="FFFF32"/>
          </w:tcPr>
          <w:p w14:paraId="611DDCF9" w14:textId="2072A2FA"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19</w:t>
            </w:r>
          </w:p>
        </w:tc>
        <w:tc>
          <w:tcPr>
            <w:tcW w:w="566" w:type="dxa"/>
            <w:shd w:val="clear" w:color="auto" w:fill="FFFF32"/>
          </w:tcPr>
          <w:p w14:paraId="51B338B0" w14:textId="68E302CC"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20</w:t>
            </w:r>
          </w:p>
        </w:tc>
        <w:tc>
          <w:tcPr>
            <w:tcW w:w="566" w:type="dxa"/>
            <w:shd w:val="clear" w:color="auto" w:fill="FFFF32"/>
          </w:tcPr>
          <w:p w14:paraId="639297EB" w14:textId="67EF2BDE"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21</w:t>
            </w:r>
          </w:p>
        </w:tc>
        <w:tc>
          <w:tcPr>
            <w:tcW w:w="566" w:type="dxa"/>
            <w:shd w:val="clear" w:color="auto" w:fill="FFFF32"/>
          </w:tcPr>
          <w:p w14:paraId="09DB065D" w14:textId="5D72C2B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22</w:t>
            </w:r>
          </w:p>
        </w:tc>
        <w:tc>
          <w:tcPr>
            <w:tcW w:w="566" w:type="dxa"/>
            <w:shd w:val="clear" w:color="auto" w:fill="FFFF32"/>
          </w:tcPr>
          <w:p w14:paraId="328FD828" w14:textId="16A56D08"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23</w:t>
            </w:r>
          </w:p>
        </w:tc>
        <w:tc>
          <w:tcPr>
            <w:tcW w:w="566" w:type="dxa"/>
            <w:shd w:val="clear" w:color="auto" w:fill="FFFF32"/>
          </w:tcPr>
          <w:p w14:paraId="53643D1D" w14:textId="6354915D"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24</w:t>
            </w:r>
          </w:p>
        </w:tc>
        <w:tc>
          <w:tcPr>
            <w:tcW w:w="566" w:type="dxa"/>
            <w:shd w:val="clear" w:color="auto" w:fill="FFFF32"/>
          </w:tcPr>
          <w:p w14:paraId="47895F6C" w14:textId="3E59853C"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25</w:t>
            </w:r>
          </w:p>
        </w:tc>
        <w:tc>
          <w:tcPr>
            <w:tcW w:w="566" w:type="dxa"/>
            <w:shd w:val="clear" w:color="auto" w:fill="FFFF32"/>
          </w:tcPr>
          <w:p w14:paraId="7C1E7C8F" w14:textId="0B593095"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26</w:t>
            </w:r>
          </w:p>
        </w:tc>
        <w:tc>
          <w:tcPr>
            <w:tcW w:w="566" w:type="dxa"/>
            <w:shd w:val="clear" w:color="auto" w:fill="FFFF32"/>
          </w:tcPr>
          <w:p w14:paraId="389D8158" w14:textId="77A9792D"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27</w:t>
            </w:r>
          </w:p>
        </w:tc>
        <w:tc>
          <w:tcPr>
            <w:tcW w:w="566" w:type="dxa"/>
            <w:shd w:val="clear" w:color="auto" w:fill="FFFF32"/>
          </w:tcPr>
          <w:p w14:paraId="0D77EF81" w14:textId="3B9AA444"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28</w:t>
            </w:r>
          </w:p>
        </w:tc>
        <w:tc>
          <w:tcPr>
            <w:tcW w:w="567" w:type="dxa"/>
            <w:shd w:val="clear" w:color="auto" w:fill="FFFF32"/>
          </w:tcPr>
          <w:p w14:paraId="4D2BD5DE" w14:textId="369C945A"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29</w:t>
            </w:r>
          </w:p>
        </w:tc>
        <w:tc>
          <w:tcPr>
            <w:tcW w:w="567" w:type="dxa"/>
            <w:shd w:val="clear" w:color="auto" w:fill="FFFF32"/>
          </w:tcPr>
          <w:p w14:paraId="25B893B8" w14:textId="2FF41DC2"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30</w:t>
            </w:r>
          </w:p>
        </w:tc>
        <w:tc>
          <w:tcPr>
            <w:tcW w:w="567" w:type="dxa"/>
            <w:shd w:val="clear" w:color="auto" w:fill="FFFF32"/>
          </w:tcPr>
          <w:p w14:paraId="3507CD2A" w14:textId="432665E1"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31</w:t>
            </w:r>
          </w:p>
        </w:tc>
        <w:tc>
          <w:tcPr>
            <w:tcW w:w="567" w:type="dxa"/>
            <w:shd w:val="clear" w:color="auto" w:fill="FFFF32"/>
          </w:tcPr>
          <w:p w14:paraId="07569D80" w14:textId="331F50BD"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32</w:t>
            </w:r>
          </w:p>
        </w:tc>
        <w:tc>
          <w:tcPr>
            <w:tcW w:w="567" w:type="dxa"/>
            <w:shd w:val="clear" w:color="auto" w:fill="FFFF32"/>
          </w:tcPr>
          <w:p w14:paraId="20E4F7CA" w14:textId="536940FE"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33</w:t>
            </w:r>
          </w:p>
        </w:tc>
        <w:tc>
          <w:tcPr>
            <w:tcW w:w="567" w:type="dxa"/>
            <w:shd w:val="clear" w:color="auto" w:fill="FFFF32"/>
          </w:tcPr>
          <w:p w14:paraId="0B02D462" w14:textId="07EF446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34</w:t>
            </w:r>
          </w:p>
        </w:tc>
        <w:tc>
          <w:tcPr>
            <w:tcW w:w="567" w:type="dxa"/>
            <w:shd w:val="clear" w:color="auto" w:fill="FFFF32"/>
          </w:tcPr>
          <w:p w14:paraId="069A5878" w14:textId="01205ED1"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35</w:t>
            </w:r>
          </w:p>
        </w:tc>
        <w:tc>
          <w:tcPr>
            <w:tcW w:w="567" w:type="dxa"/>
            <w:shd w:val="clear" w:color="auto" w:fill="FFFF32"/>
          </w:tcPr>
          <w:p w14:paraId="6A40B527" w14:textId="51E23644"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36</w:t>
            </w:r>
          </w:p>
        </w:tc>
      </w:tr>
      <w:tr w:rsidR="00B13C4C" w:rsidRPr="00B13C4C" w14:paraId="6A976DE6" w14:textId="77777777" w:rsidTr="00B13C4C">
        <w:tc>
          <w:tcPr>
            <w:tcW w:w="566" w:type="dxa"/>
          </w:tcPr>
          <w:p w14:paraId="7A13C773" w14:textId="345F836D"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lastRenderedPageBreak/>
              <w:t>C</w:t>
            </w:r>
          </w:p>
        </w:tc>
        <w:tc>
          <w:tcPr>
            <w:tcW w:w="566" w:type="dxa"/>
          </w:tcPr>
          <w:p w14:paraId="63D77512" w14:textId="4F41CD2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Pr>
          <w:p w14:paraId="5BB31BC3" w14:textId="2A693CB9"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Pr>
          <w:p w14:paraId="013CFB15" w14:textId="224B44F9"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Pr>
          <w:p w14:paraId="1B79160B" w14:textId="3CA1CE0A"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Pr>
          <w:p w14:paraId="0F4F6D6E" w14:textId="266A1759"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Pr>
          <w:p w14:paraId="7525D43C" w14:textId="4F0E7045"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Pr>
          <w:p w14:paraId="474BFDFE" w14:textId="77F5F715"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Pr>
          <w:p w14:paraId="495BC2A1" w14:textId="3214CFAC"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Pr>
          <w:p w14:paraId="60466DA8" w14:textId="636FDAD0"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7" w:type="dxa"/>
          </w:tcPr>
          <w:p w14:paraId="08E9B7B3" w14:textId="552A5BE4"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7" w:type="dxa"/>
          </w:tcPr>
          <w:p w14:paraId="09391690" w14:textId="55141D1B"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Pr>
          <w:p w14:paraId="6E233F31" w14:textId="7FAD887F"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Pr>
          <w:p w14:paraId="593C336F" w14:textId="3F5A5B5C"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Pr>
          <w:p w14:paraId="758E143E" w14:textId="086FAF91"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Pr>
          <w:p w14:paraId="66AB9671" w14:textId="3FAF0AAB"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Pr>
          <w:p w14:paraId="5FB75A12" w14:textId="3939166B"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Pr>
          <w:p w14:paraId="18074965" w14:textId="77777777" w:rsidR="00B13C4C" w:rsidRPr="00B13C4C" w:rsidRDefault="00B13C4C" w:rsidP="00B13C4C">
            <w:pPr>
              <w:ind w:left="-57" w:right="-57"/>
              <w:jc w:val="center"/>
              <w:rPr>
                <w:rFonts w:ascii="Times New Roman" w:hAnsi="Times New Roman" w:cs="Times New Roman"/>
                <w:b/>
                <w:color w:val="0000FF"/>
                <w:sz w:val="24"/>
                <w:szCs w:val="24"/>
              </w:rPr>
            </w:pPr>
          </w:p>
        </w:tc>
      </w:tr>
    </w:tbl>
    <w:p w14:paraId="6F905A82" w14:textId="77777777" w:rsidR="00B13C4C" w:rsidRPr="00B13C4C" w:rsidRDefault="00B13C4C" w:rsidP="0068432A">
      <w:pPr>
        <w:ind w:left="992"/>
        <w:jc w:val="center"/>
        <w:rPr>
          <w:rFonts w:ascii="Times New Roman" w:hAnsi="Times New Roman" w:cs="Times New Roman"/>
          <w:b/>
          <w:sz w:val="24"/>
          <w:szCs w:val="24"/>
        </w:rPr>
      </w:pPr>
      <w:r w:rsidRPr="00B13C4C">
        <w:rPr>
          <w:rFonts w:ascii="Times New Roman" w:hAnsi="Times New Roman" w:cs="Times New Roman"/>
          <w:b/>
          <w:sz w:val="24"/>
          <w:szCs w:val="24"/>
        </w:rPr>
        <w:t>ĐỀ 6-15</w:t>
      </w:r>
    </w:p>
    <w:p w14:paraId="0FED2E2E" w14:textId="77777777" w:rsidR="00B13C4C" w:rsidRPr="00B13C4C" w:rsidRDefault="00B13C4C" w:rsidP="0068432A">
      <w:pPr>
        <w:ind w:left="992"/>
        <w:rPr>
          <w:rFonts w:ascii="Times New Roman" w:hAnsi="Times New Roman" w:cs="Times New Roman"/>
          <w:sz w:val="24"/>
          <w:szCs w:val="24"/>
        </w:rPr>
      </w:pPr>
      <w:r w:rsidRPr="00B13C4C">
        <w:rPr>
          <w:rFonts w:ascii="Times New Roman" w:hAnsi="Times New Roman" w:cs="Times New Roman"/>
          <w:b/>
          <w:sz w:val="24"/>
          <w:szCs w:val="24"/>
        </w:rPr>
        <w:t>Phần I: Trắc nghiệm</w:t>
      </w:r>
    </w:p>
    <w:p w14:paraId="1911656B" w14:textId="77777777" w:rsidR="00B13C4C" w:rsidRPr="00B13C4C" w:rsidRDefault="00B13C4C" w:rsidP="0068432A">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mệnh đề chứa biến </w:t>
      </w:r>
      <w:r w:rsidRPr="00B13C4C">
        <w:rPr>
          <w:rFonts w:ascii="Times New Roman" w:hAnsi="Times New Roman" w:cs="Times New Roman"/>
          <w:position w:val="-10"/>
          <w:sz w:val="24"/>
          <w:szCs w:val="24"/>
        </w:rPr>
        <w:object w:dxaOrig="1760" w:dyaOrig="320" w14:anchorId="2ACCC4C6">
          <v:shape id="_x0000_i2892" type="#_x0000_t75" style="width:88.2pt;height:16.2pt" o:ole="">
            <v:imagedata r:id="rId2089" o:title=""/>
          </v:shape>
          <o:OLEObject Type="Embed" ProgID="Equation.DSMT4" ShapeID="_x0000_i2892" DrawAspect="Content" ObjectID="_1699836176" r:id="rId2090"/>
        </w:object>
      </w:r>
      <w:r w:rsidRPr="00B13C4C">
        <w:rPr>
          <w:rFonts w:ascii="Times New Roman" w:hAnsi="Times New Roman" w:cs="Times New Roman"/>
          <w:sz w:val="24"/>
          <w:szCs w:val="24"/>
        </w:rPr>
        <w:t xml:space="preserve"> với </w:t>
      </w:r>
      <w:r w:rsidRPr="00B13C4C">
        <w:rPr>
          <w:rFonts w:ascii="Times New Roman" w:hAnsi="Times New Roman" w:cs="Times New Roman"/>
          <w:position w:val="-6"/>
          <w:sz w:val="24"/>
          <w:szCs w:val="24"/>
        </w:rPr>
        <w:object w:dxaOrig="200" w:dyaOrig="220" w14:anchorId="0CA5A923">
          <v:shape id="_x0000_i2893" type="#_x0000_t75" style="width:10.2pt;height:10.8pt" o:ole="">
            <v:imagedata r:id="rId2091" o:title=""/>
          </v:shape>
          <o:OLEObject Type="Embed" ProgID="Equation.DSMT4" ShapeID="_x0000_i2893" DrawAspect="Content" ObjectID="_1699836177" r:id="rId2092"/>
        </w:object>
      </w:r>
      <w:r w:rsidRPr="00B13C4C">
        <w:rPr>
          <w:rFonts w:ascii="Times New Roman" w:hAnsi="Times New Roman" w:cs="Times New Roman"/>
          <w:sz w:val="24"/>
          <w:szCs w:val="24"/>
        </w:rPr>
        <w:t xml:space="preserve"> là số thực. Mệnh đề nào sau đây đúng?</w:t>
      </w:r>
    </w:p>
    <w:p w14:paraId="4B6C7105"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480" w:dyaOrig="320" w14:anchorId="4A5668F3">
          <v:shape id="_x0000_i2894" type="#_x0000_t75" style="width:24pt;height:16.2pt" o:ole="">
            <v:imagedata r:id="rId2093" o:title=""/>
          </v:shape>
          <o:OLEObject Type="Embed" ProgID="Equation.DSMT4" ShapeID="_x0000_i2894" DrawAspect="Content" ObjectID="_1699836178" r:id="rId209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520" w:dyaOrig="320" w14:anchorId="700505D2">
          <v:shape id="_x0000_i2895" type="#_x0000_t75" style="width:25.8pt;height:16.2pt" o:ole="">
            <v:imagedata r:id="rId2095" o:title=""/>
          </v:shape>
          <o:OLEObject Type="Embed" ProgID="Equation.DSMT4" ShapeID="_x0000_i2895" DrawAspect="Content" ObjectID="_1699836179" r:id="rId209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660" w:dyaOrig="320" w14:anchorId="0BBD3770">
          <v:shape id="_x0000_i2896" type="#_x0000_t75" style="width:33pt;height:16.2pt" o:ole="">
            <v:imagedata r:id="rId2097" o:title=""/>
          </v:shape>
          <o:OLEObject Type="Embed" ProgID="Equation.DSMT4" ShapeID="_x0000_i2896" DrawAspect="Content" ObjectID="_1699836180" r:id="rId209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499" w:dyaOrig="320" w14:anchorId="750477C2">
          <v:shape id="_x0000_i2897" type="#_x0000_t75" style="width:25.2pt;height:16.2pt" o:ole="">
            <v:imagedata r:id="rId2099" o:title=""/>
          </v:shape>
          <o:OLEObject Type="Embed" ProgID="Equation.DSMT4" ShapeID="_x0000_i2897" DrawAspect="Content" ObjectID="_1699836181" r:id="rId2100"/>
        </w:object>
      </w:r>
      <w:r w:rsidRPr="00B13C4C">
        <w:rPr>
          <w:rFonts w:ascii="Times New Roman" w:hAnsi="Times New Roman" w:cs="Times New Roman"/>
          <w:sz w:val="24"/>
          <w:szCs w:val="24"/>
        </w:rPr>
        <w:t>.</w:t>
      </w:r>
    </w:p>
    <w:p w14:paraId="1A389AAB" w14:textId="77777777" w:rsidR="00B13C4C" w:rsidRPr="00B13C4C" w:rsidRDefault="00B13C4C" w:rsidP="0068432A">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Điều kiện xác định của phương trình </w:t>
      </w:r>
      <w:r w:rsidRPr="00B13C4C">
        <w:rPr>
          <w:rFonts w:ascii="Times New Roman" w:hAnsi="Times New Roman" w:cs="Times New Roman"/>
          <w:position w:val="-24"/>
          <w:sz w:val="24"/>
          <w:szCs w:val="24"/>
        </w:rPr>
        <w:object w:dxaOrig="1560" w:dyaOrig="620" w14:anchorId="477356E5">
          <v:shape id="_x0000_i2898" type="#_x0000_t75" style="width:78pt;height:31.2pt" o:ole="">
            <v:imagedata r:id="rId2101" o:title=""/>
          </v:shape>
          <o:OLEObject Type="Embed" ProgID="Equation.DSMT4" ShapeID="_x0000_i2898" DrawAspect="Content" ObjectID="_1699836182" r:id="rId2102"/>
        </w:object>
      </w:r>
      <w:r w:rsidRPr="00B13C4C">
        <w:rPr>
          <w:rFonts w:ascii="Times New Roman" w:hAnsi="Times New Roman" w:cs="Times New Roman"/>
          <w:sz w:val="24"/>
          <w:szCs w:val="24"/>
        </w:rPr>
        <w:t xml:space="preserve"> là</w:t>
      </w:r>
    </w:p>
    <w:p w14:paraId="08926166"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540" w:dyaOrig="279" w14:anchorId="2ED96E20">
          <v:shape id="_x0000_i2899" type="#_x0000_t75" style="width:27pt;height:13.8pt" o:ole="">
            <v:imagedata r:id="rId2103" o:title=""/>
          </v:shape>
          <o:OLEObject Type="Embed" ProgID="Equation.DSMT4" ShapeID="_x0000_i2899" DrawAspect="Content" ObjectID="_1699836183" r:id="rId210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540" w:dyaOrig="279" w14:anchorId="6662A0C8">
          <v:shape id="_x0000_i2900" type="#_x0000_t75" style="width:27pt;height:13.8pt" o:ole="">
            <v:imagedata r:id="rId2105" o:title=""/>
          </v:shape>
          <o:OLEObject Type="Embed" ProgID="Equation.DSMT4" ShapeID="_x0000_i2900" DrawAspect="Content" ObjectID="_1699836184" r:id="rId210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540" w:dyaOrig="279" w14:anchorId="70BF0CB8">
          <v:shape id="_x0000_i2901" type="#_x0000_t75" style="width:27pt;height:13.8pt" o:ole="">
            <v:imagedata r:id="rId2107" o:title=""/>
          </v:shape>
          <o:OLEObject Type="Embed" ProgID="Equation.DSMT4" ShapeID="_x0000_i2901" DrawAspect="Content" ObjectID="_1699836185" r:id="rId210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680" w:dyaOrig="279" w14:anchorId="6C57D68B">
          <v:shape id="_x0000_i2902" type="#_x0000_t75" style="width:34.2pt;height:13.8pt" o:ole="">
            <v:imagedata r:id="rId2109" o:title=""/>
          </v:shape>
          <o:OLEObject Type="Embed" ProgID="Equation.DSMT4" ShapeID="_x0000_i2902" DrawAspect="Content" ObjectID="_1699836186" r:id="rId2110"/>
        </w:object>
      </w:r>
      <w:r w:rsidRPr="00B13C4C">
        <w:rPr>
          <w:rFonts w:ascii="Times New Roman" w:hAnsi="Times New Roman" w:cs="Times New Roman"/>
          <w:sz w:val="24"/>
          <w:szCs w:val="24"/>
        </w:rPr>
        <w:t>.</w:t>
      </w:r>
    </w:p>
    <w:p w14:paraId="72AF4045" w14:textId="77777777" w:rsidR="00B13C4C" w:rsidRPr="00B13C4C" w:rsidRDefault="00B13C4C" w:rsidP="0068432A">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Tổng tất cả các nghiệm của phương trình </w:t>
      </w:r>
      <w:r w:rsidRPr="00B13C4C">
        <w:rPr>
          <w:rFonts w:ascii="Times New Roman" w:hAnsi="Times New Roman" w:cs="Times New Roman"/>
          <w:position w:val="-10"/>
          <w:sz w:val="24"/>
          <w:szCs w:val="24"/>
        </w:rPr>
        <w:object w:dxaOrig="1660" w:dyaOrig="320" w14:anchorId="00CE7B53">
          <v:shape id="_x0000_i2903" type="#_x0000_t75" style="width:82.8pt;height:16.2pt" o:ole="">
            <v:imagedata r:id="rId2111" o:title=""/>
          </v:shape>
          <o:OLEObject Type="Embed" ProgID="Equation.DSMT4" ShapeID="_x0000_i2903" DrawAspect="Content" ObjectID="_1699836187" r:id="rId2112"/>
        </w:object>
      </w:r>
      <w:r w:rsidRPr="00B13C4C">
        <w:rPr>
          <w:rFonts w:ascii="Times New Roman" w:hAnsi="Times New Roman" w:cs="Times New Roman"/>
          <w:sz w:val="24"/>
          <w:szCs w:val="24"/>
        </w:rPr>
        <w:t>.</w:t>
      </w:r>
    </w:p>
    <w:p w14:paraId="48419C70"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360" w:dyaOrig="620" w14:anchorId="0C5DD721">
          <v:shape id="_x0000_i2904" type="#_x0000_t75" style="width:18pt;height:31.2pt" o:ole="">
            <v:imagedata r:id="rId2113" o:title=""/>
          </v:shape>
          <o:OLEObject Type="Embed" ProgID="Equation.DSMT4" ShapeID="_x0000_i2904" DrawAspect="Content" ObjectID="_1699836188" r:id="rId211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4.</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6.</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320" w:dyaOrig="620" w14:anchorId="0712B468">
          <v:shape id="_x0000_i2905" type="#_x0000_t75" style="width:16.2pt;height:31.2pt" o:ole="">
            <v:imagedata r:id="rId2115" o:title=""/>
          </v:shape>
          <o:OLEObject Type="Embed" ProgID="Equation.DSMT4" ShapeID="_x0000_i2905" DrawAspect="Content" ObjectID="_1699836189" r:id="rId2116"/>
        </w:object>
      </w:r>
      <w:r w:rsidRPr="00B13C4C">
        <w:rPr>
          <w:rFonts w:ascii="Times New Roman" w:hAnsi="Times New Roman" w:cs="Times New Roman"/>
          <w:sz w:val="24"/>
          <w:szCs w:val="24"/>
        </w:rPr>
        <w:t>.</w:t>
      </w:r>
    </w:p>
    <w:p w14:paraId="181B5AD1" w14:textId="77777777" w:rsidR="00B13C4C" w:rsidRPr="00B13C4C" w:rsidRDefault="00B13C4C" w:rsidP="0068432A">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hàm số </w:t>
      </w:r>
      <w:r w:rsidRPr="00B13C4C">
        <w:rPr>
          <w:rFonts w:ascii="Times New Roman" w:hAnsi="Times New Roman" w:cs="Times New Roman"/>
          <w:position w:val="-10"/>
          <w:sz w:val="24"/>
          <w:szCs w:val="24"/>
        </w:rPr>
        <w:object w:dxaOrig="2120" w:dyaOrig="360" w14:anchorId="739FA739">
          <v:shape id="_x0000_i2906" type="#_x0000_t75" style="width:106.2pt;height:18pt" o:ole="">
            <v:imagedata r:id="rId2117" o:title=""/>
          </v:shape>
          <o:OLEObject Type="Embed" ProgID="Equation.DSMT4" ShapeID="_x0000_i2906" DrawAspect="Content" ObjectID="_1699836190" r:id="rId2118"/>
        </w:object>
      </w:r>
      <w:r w:rsidRPr="00B13C4C">
        <w:rPr>
          <w:rFonts w:ascii="Times New Roman" w:hAnsi="Times New Roman" w:cs="Times New Roman"/>
          <w:sz w:val="24"/>
          <w:szCs w:val="24"/>
        </w:rPr>
        <w:t>. Khẳng định nào sau đây đúng.</w:t>
      </w:r>
    </w:p>
    <w:p w14:paraId="6C77CD81"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 xml:space="preserve">Hàm số đồng biến trên khoảng </w:t>
      </w:r>
      <w:r w:rsidRPr="00B13C4C">
        <w:rPr>
          <w:rFonts w:ascii="Times New Roman" w:hAnsi="Times New Roman" w:cs="Times New Roman"/>
          <w:position w:val="-10"/>
          <w:sz w:val="24"/>
          <w:szCs w:val="24"/>
        </w:rPr>
        <w:object w:dxaOrig="760" w:dyaOrig="320" w14:anchorId="4EDF290F">
          <v:shape id="_x0000_i2907" type="#_x0000_t75" style="width:37.8pt;height:16.2pt" o:ole="">
            <v:imagedata r:id="rId2119" o:title=""/>
          </v:shape>
          <o:OLEObject Type="Embed" ProgID="Equation.DSMT4" ShapeID="_x0000_i2907" DrawAspect="Content" ObjectID="_1699836191" r:id="rId212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 xml:space="preserve">Hàm số nghịch biến trên khoảng </w:t>
      </w:r>
      <w:r w:rsidRPr="00B13C4C">
        <w:rPr>
          <w:rFonts w:ascii="Times New Roman" w:hAnsi="Times New Roman" w:cs="Times New Roman"/>
          <w:position w:val="-10"/>
          <w:sz w:val="24"/>
          <w:szCs w:val="24"/>
        </w:rPr>
        <w:object w:dxaOrig="760" w:dyaOrig="320" w14:anchorId="62370388">
          <v:shape id="_x0000_i2908" type="#_x0000_t75" style="width:37.8pt;height:16.2pt" o:ole="">
            <v:imagedata r:id="rId2121" o:title=""/>
          </v:shape>
          <o:OLEObject Type="Embed" ProgID="Equation.DSMT4" ShapeID="_x0000_i2908" DrawAspect="Content" ObjectID="_1699836192" r:id="rId2122"/>
        </w:object>
      </w:r>
      <w:r w:rsidRPr="00B13C4C">
        <w:rPr>
          <w:rFonts w:ascii="Times New Roman" w:hAnsi="Times New Roman" w:cs="Times New Roman"/>
          <w:sz w:val="24"/>
          <w:szCs w:val="24"/>
        </w:rPr>
        <w:t>.</w:t>
      </w:r>
    </w:p>
    <w:p w14:paraId="4B13B5F0"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 xml:space="preserve">Hàm số đồng biến trên khoảng </w:t>
      </w:r>
      <w:r w:rsidRPr="00B13C4C">
        <w:rPr>
          <w:rFonts w:ascii="Times New Roman" w:hAnsi="Times New Roman" w:cs="Times New Roman"/>
          <w:position w:val="-10"/>
          <w:sz w:val="24"/>
          <w:szCs w:val="24"/>
        </w:rPr>
        <w:object w:dxaOrig="760" w:dyaOrig="320" w14:anchorId="738F6580">
          <v:shape id="_x0000_i2909" type="#_x0000_t75" style="width:37.8pt;height:16.2pt" o:ole="">
            <v:imagedata r:id="rId2123" o:title=""/>
          </v:shape>
          <o:OLEObject Type="Embed" ProgID="Equation.DSMT4" ShapeID="_x0000_i2909" DrawAspect="Content" ObjectID="_1699836193" r:id="rId212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 xml:space="preserve">Hàm số nghịch biến trên khoảng </w:t>
      </w:r>
      <w:r w:rsidRPr="00B13C4C">
        <w:rPr>
          <w:rFonts w:ascii="Times New Roman" w:hAnsi="Times New Roman" w:cs="Times New Roman"/>
          <w:position w:val="-10"/>
          <w:sz w:val="24"/>
          <w:szCs w:val="24"/>
        </w:rPr>
        <w:object w:dxaOrig="740" w:dyaOrig="320" w14:anchorId="5F35CB52">
          <v:shape id="_x0000_i2910" type="#_x0000_t75" style="width:37.2pt;height:16.2pt" o:ole="">
            <v:imagedata r:id="rId2125" o:title=""/>
          </v:shape>
          <o:OLEObject Type="Embed" ProgID="Equation.DSMT4" ShapeID="_x0000_i2910" DrawAspect="Content" ObjectID="_1699836194" r:id="rId2126"/>
        </w:object>
      </w:r>
      <w:r w:rsidRPr="00B13C4C">
        <w:rPr>
          <w:rFonts w:ascii="Times New Roman" w:hAnsi="Times New Roman" w:cs="Times New Roman"/>
          <w:sz w:val="24"/>
          <w:szCs w:val="24"/>
        </w:rPr>
        <w:t>.</w:t>
      </w:r>
    </w:p>
    <w:p w14:paraId="4E379D91" w14:textId="77777777" w:rsidR="00B13C4C" w:rsidRPr="00B13C4C" w:rsidRDefault="00B13C4C" w:rsidP="0068432A">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Đường thẳng </w:t>
      </w:r>
      <w:r w:rsidRPr="00B13C4C">
        <w:rPr>
          <w:rFonts w:ascii="Times New Roman" w:hAnsi="Times New Roman" w:cs="Times New Roman"/>
          <w:position w:val="-10"/>
          <w:sz w:val="24"/>
          <w:szCs w:val="24"/>
        </w:rPr>
        <w:object w:dxaOrig="1380" w:dyaOrig="320" w14:anchorId="2DC5F151">
          <v:shape id="_x0000_i2911" type="#_x0000_t75" style="width:69pt;height:16.2pt" o:ole="">
            <v:imagedata r:id="rId2127" o:title=""/>
          </v:shape>
          <o:OLEObject Type="Embed" ProgID="Equation.DSMT4" ShapeID="_x0000_i2911" DrawAspect="Content" ObjectID="_1699836195" r:id="rId2128"/>
        </w:object>
      </w:r>
      <w:r w:rsidRPr="00B13C4C">
        <w:rPr>
          <w:rFonts w:ascii="Times New Roman" w:hAnsi="Times New Roman" w:cs="Times New Roman"/>
          <w:sz w:val="24"/>
          <w:szCs w:val="24"/>
        </w:rPr>
        <w:t xml:space="preserve"> đi qua hai điểm </w:t>
      </w:r>
      <w:r w:rsidRPr="00B13C4C">
        <w:rPr>
          <w:rFonts w:ascii="Times New Roman" w:hAnsi="Times New Roman" w:cs="Times New Roman"/>
          <w:position w:val="-10"/>
          <w:sz w:val="24"/>
          <w:szCs w:val="24"/>
        </w:rPr>
        <w:object w:dxaOrig="1540" w:dyaOrig="320" w14:anchorId="1DC772D1">
          <v:shape id="_x0000_i2912" type="#_x0000_t75" style="width:76.8pt;height:16.2pt" o:ole="">
            <v:imagedata r:id="rId2129" o:title=""/>
          </v:shape>
          <o:OLEObject Type="Embed" ProgID="Equation.DSMT4" ShapeID="_x0000_i2912" DrawAspect="Content" ObjectID="_1699836196" r:id="rId2130"/>
        </w:object>
      </w:r>
      <w:r w:rsidRPr="00B13C4C">
        <w:rPr>
          <w:rFonts w:ascii="Times New Roman" w:hAnsi="Times New Roman" w:cs="Times New Roman"/>
          <w:sz w:val="24"/>
          <w:szCs w:val="24"/>
        </w:rPr>
        <w:t xml:space="preserve">. Tính </w:t>
      </w:r>
      <w:r w:rsidRPr="00B13C4C">
        <w:rPr>
          <w:rFonts w:ascii="Times New Roman" w:hAnsi="Times New Roman" w:cs="Times New Roman"/>
          <w:position w:val="-6"/>
          <w:sz w:val="24"/>
          <w:szCs w:val="24"/>
        </w:rPr>
        <w:object w:dxaOrig="520" w:dyaOrig="279" w14:anchorId="078C6CDC">
          <v:shape id="_x0000_i2913" type="#_x0000_t75" style="width:25.8pt;height:13.8pt" o:ole="">
            <v:imagedata r:id="rId2131" o:title=""/>
          </v:shape>
          <o:OLEObject Type="Embed" ProgID="Equation.DSMT4" ShapeID="_x0000_i2913" DrawAspect="Content" ObjectID="_1699836197" r:id="rId2132"/>
        </w:object>
      </w:r>
      <w:r w:rsidRPr="00B13C4C">
        <w:rPr>
          <w:rFonts w:ascii="Times New Roman" w:hAnsi="Times New Roman" w:cs="Times New Roman"/>
          <w:sz w:val="24"/>
          <w:szCs w:val="24"/>
        </w:rPr>
        <w:t>.</w:t>
      </w:r>
    </w:p>
    <w:p w14:paraId="46A4944C"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4"/>
          <w:sz w:val="24"/>
          <w:szCs w:val="24"/>
        </w:rPr>
        <w:object w:dxaOrig="200" w:dyaOrig="260" w14:anchorId="3138D87D">
          <v:shape id="_x0000_i2914" type="#_x0000_t75" style="width:10.2pt;height:13.2pt" o:ole="">
            <v:imagedata r:id="rId2133" o:title=""/>
          </v:shape>
          <o:OLEObject Type="Embed" ProgID="Equation.DSMT4" ShapeID="_x0000_i2914" DrawAspect="Content" ObjectID="_1699836198" r:id="rId213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320" w:dyaOrig="279" w14:anchorId="6CD5FF76">
          <v:shape id="_x0000_i2915" type="#_x0000_t75" style="width:16.2pt;height:13.8pt" o:ole="">
            <v:imagedata r:id="rId2135" o:title=""/>
          </v:shape>
          <o:OLEObject Type="Embed" ProgID="Equation.DSMT4" ShapeID="_x0000_i2915" DrawAspect="Content" ObjectID="_1699836199" r:id="rId213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4"/>
          <w:sz w:val="24"/>
          <w:szCs w:val="24"/>
        </w:rPr>
        <w:object w:dxaOrig="320" w:dyaOrig="260" w14:anchorId="68B639B7">
          <v:shape id="_x0000_i2916" type="#_x0000_t75" style="width:16.2pt;height:13.2pt" o:ole="">
            <v:imagedata r:id="rId2137" o:title=""/>
          </v:shape>
          <o:OLEObject Type="Embed" ProgID="Equation.DSMT4" ShapeID="_x0000_i2916" DrawAspect="Content" ObjectID="_1699836200" r:id="rId2138"/>
        </w:object>
      </w:r>
      <w:r w:rsidRPr="00B13C4C">
        <w:rPr>
          <w:rFonts w:ascii="Times New Roman" w:hAnsi="Times New Roman" w:cs="Times New Roman"/>
          <w:sz w:val="24"/>
          <w:szCs w:val="24"/>
        </w:rPr>
        <w:t>.</w:t>
      </w:r>
    </w:p>
    <w:p w14:paraId="32DA1288" w14:textId="77777777" w:rsidR="00B13C4C" w:rsidRPr="00B13C4C" w:rsidRDefault="00B13C4C" w:rsidP="0068432A">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Mệnh đề nào sau đây sai?</w:t>
      </w:r>
    </w:p>
    <w:p w14:paraId="7305CCF6"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 xml:space="preserve">Với ba điểm </w:t>
      </w:r>
      <w:r w:rsidRPr="00B13C4C">
        <w:rPr>
          <w:rFonts w:ascii="Times New Roman" w:hAnsi="Times New Roman" w:cs="Times New Roman"/>
          <w:position w:val="-10"/>
          <w:sz w:val="24"/>
          <w:szCs w:val="24"/>
        </w:rPr>
        <w:object w:dxaOrig="740" w:dyaOrig="320" w14:anchorId="31D11865">
          <v:shape id="_x0000_i2917" type="#_x0000_t75" style="width:37.2pt;height:16.2pt" o:ole="">
            <v:imagedata r:id="rId2139" o:title=""/>
          </v:shape>
          <o:OLEObject Type="Embed" ProgID="Equation.DSMT4" ShapeID="_x0000_i2917" DrawAspect="Content" ObjectID="_1699836201" r:id="rId2140"/>
        </w:object>
      </w:r>
      <w:r w:rsidRPr="00B13C4C">
        <w:rPr>
          <w:rFonts w:ascii="Times New Roman" w:hAnsi="Times New Roman" w:cs="Times New Roman"/>
          <w:sz w:val="24"/>
          <w:szCs w:val="24"/>
        </w:rPr>
        <w:t xml:space="preserve"> bất kì thì </w:t>
      </w:r>
      <w:r w:rsidRPr="00B13C4C">
        <w:rPr>
          <w:rFonts w:ascii="Times New Roman" w:hAnsi="Times New Roman" w:cs="Times New Roman"/>
          <w:position w:val="-6"/>
          <w:sz w:val="24"/>
          <w:szCs w:val="24"/>
        </w:rPr>
        <w:object w:dxaOrig="1520" w:dyaOrig="340" w14:anchorId="3DA19848">
          <v:shape id="_x0000_i2918" type="#_x0000_t75" style="width:76.2pt;height:16.8pt" o:ole="">
            <v:imagedata r:id="rId2141" o:title=""/>
          </v:shape>
          <o:OLEObject Type="Embed" ProgID="Equation.DSMT4" ShapeID="_x0000_i2918" DrawAspect="Content" ObjectID="_1699836202" r:id="rId2142"/>
        </w:object>
      </w:r>
      <w:r w:rsidRPr="00B13C4C">
        <w:rPr>
          <w:rFonts w:ascii="Times New Roman" w:hAnsi="Times New Roman" w:cs="Times New Roman"/>
          <w:sz w:val="24"/>
          <w:szCs w:val="24"/>
        </w:rPr>
        <w:t>.</w:t>
      </w:r>
    </w:p>
    <w:p w14:paraId="4094E63D"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 xml:space="preserve">Nếu </w:t>
      </w:r>
      <w:r w:rsidRPr="00B13C4C">
        <w:rPr>
          <w:rFonts w:ascii="Times New Roman" w:hAnsi="Times New Roman" w:cs="Times New Roman"/>
          <w:position w:val="-4"/>
          <w:sz w:val="24"/>
          <w:szCs w:val="24"/>
        </w:rPr>
        <w:object w:dxaOrig="200" w:dyaOrig="260" w14:anchorId="7B5BE7D5">
          <v:shape id="_x0000_i2919" type="#_x0000_t75" style="width:10.2pt;height:13.2pt" o:ole="">
            <v:imagedata r:id="rId2143" o:title=""/>
          </v:shape>
          <o:OLEObject Type="Embed" ProgID="Equation.DSMT4" ShapeID="_x0000_i2919" DrawAspect="Content" ObjectID="_1699836203" r:id="rId2144"/>
        </w:object>
      </w:r>
      <w:r w:rsidRPr="00B13C4C">
        <w:rPr>
          <w:rFonts w:ascii="Times New Roman" w:hAnsi="Times New Roman" w:cs="Times New Roman"/>
          <w:sz w:val="24"/>
          <w:szCs w:val="24"/>
        </w:rPr>
        <w:t xml:space="preserve"> là trung điểm của </w:t>
      </w:r>
      <w:r w:rsidRPr="00B13C4C">
        <w:rPr>
          <w:rFonts w:ascii="Times New Roman" w:hAnsi="Times New Roman" w:cs="Times New Roman"/>
          <w:position w:val="-4"/>
          <w:sz w:val="24"/>
          <w:szCs w:val="24"/>
        </w:rPr>
        <w:object w:dxaOrig="400" w:dyaOrig="260" w14:anchorId="0FD9C2E1">
          <v:shape id="_x0000_i2920" type="#_x0000_t75" style="width:19.8pt;height:13.2pt" o:ole="">
            <v:imagedata r:id="rId2145" o:title=""/>
          </v:shape>
          <o:OLEObject Type="Embed" ProgID="Equation.DSMT4" ShapeID="_x0000_i2920" DrawAspect="Content" ObjectID="_1699836204" r:id="rId2146"/>
        </w:object>
      </w:r>
      <w:r w:rsidRPr="00B13C4C">
        <w:rPr>
          <w:rFonts w:ascii="Times New Roman" w:hAnsi="Times New Roman" w:cs="Times New Roman"/>
          <w:sz w:val="24"/>
          <w:szCs w:val="24"/>
        </w:rPr>
        <w:t xml:space="preserve"> thì </w:t>
      </w:r>
      <w:r w:rsidRPr="00B13C4C">
        <w:rPr>
          <w:rFonts w:ascii="Times New Roman" w:hAnsi="Times New Roman" w:cs="Times New Roman"/>
          <w:position w:val="-4"/>
          <w:sz w:val="24"/>
          <w:szCs w:val="24"/>
        </w:rPr>
        <w:object w:dxaOrig="1540" w:dyaOrig="320" w14:anchorId="3015E5D1">
          <v:shape id="_x0000_i2921" type="#_x0000_t75" style="width:76.8pt;height:16.2pt" o:ole="">
            <v:imagedata r:id="rId2147" o:title=""/>
          </v:shape>
          <o:OLEObject Type="Embed" ProgID="Equation.DSMT4" ShapeID="_x0000_i2921" DrawAspect="Content" ObjectID="_1699836205" r:id="rId2148"/>
        </w:object>
      </w:r>
      <w:r w:rsidRPr="00B13C4C">
        <w:rPr>
          <w:rFonts w:ascii="Times New Roman" w:hAnsi="Times New Roman" w:cs="Times New Roman"/>
          <w:sz w:val="24"/>
          <w:szCs w:val="24"/>
        </w:rPr>
        <w:t xml:space="preserve"> với mọi điểm </w:t>
      </w:r>
      <w:r w:rsidRPr="00B13C4C">
        <w:rPr>
          <w:rFonts w:ascii="Times New Roman" w:hAnsi="Times New Roman" w:cs="Times New Roman"/>
          <w:position w:val="-4"/>
          <w:sz w:val="24"/>
          <w:szCs w:val="24"/>
        </w:rPr>
        <w:object w:dxaOrig="320" w:dyaOrig="260" w14:anchorId="531E3F9E">
          <v:shape id="_x0000_i2922" type="#_x0000_t75" style="width:16.2pt;height:13.2pt" o:ole="">
            <v:imagedata r:id="rId2149" o:title=""/>
          </v:shape>
          <o:OLEObject Type="Embed" ProgID="Equation.DSMT4" ShapeID="_x0000_i2922" DrawAspect="Content" ObjectID="_1699836206" r:id="rId2150"/>
        </w:object>
      </w:r>
      <w:r w:rsidRPr="00B13C4C">
        <w:rPr>
          <w:rFonts w:ascii="Times New Roman" w:hAnsi="Times New Roman" w:cs="Times New Roman"/>
          <w:sz w:val="24"/>
          <w:szCs w:val="24"/>
        </w:rPr>
        <w:t>.</w:t>
      </w:r>
    </w:p>
    <w:p w14:paraId="2B518927"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720" w:dyaOrig="279" w14:anchorId="4A7B6F2F">
          <v:shape id="_x0000_i2923" type="#_x0000_t75" style="width:36pt;height:13.8pt" o:ole="">
            <v:imagedata r:id="rId2151" o:title=""/>
          </v:shape>
          <o:OLEObject Type="Embed" ProgID="Equation.DSMT4" ShapeID="_x0000_i2923" DrawAspect="Content" ObjectID="_1699836207" r:id="rId2152"/>
        </w:object>
      </w:r>
      <w:r w:rsidRPr="00B13C4C">
        <w:rPr>
          <w:rFonts w:ascii="Times New Roman" w:hAnsi="Times New Roman" w:cs="Times New Roman"/>
          <w:sz w:val="24"/>
          <w:szCs w:val="24"/>
        </w:rPr>
        <w:t xml:space="preserve"> là hình bình hành thì </w:t>
      </w:r>
      <w:r w:rsidRPr="00B13C4C">
        <w:rPr>
          <w:rFonts w:ascii="Times New Roman" w:hAnsi="Times New Roman" w:cs="Times New Roman"/>
          <w:position w:val="-6"/>
          <w:sz w:val="24"/>
          <w:szCs w:val="24"/>
        </w:rPr>
        <w:object w:dxaOrig="1540" w:dyaOrig="340" w14:anchorId="7C652F4B">
          <v:shape id="_x0000_i2924" type="#_x0000_t75" style="width:76.8pt;height:16.8pt" o:ole="">
            <v:imagedata r:id="rId2153" o:title=""/>
          </v:shape>
          <o:OLEObject Type="Embed" ProgID="Equation.DSMT4" ShapeID="_x0000_i2924" DrawAspect="Content" ObjectID="_1699836208" r:id="rId2154"/>
        </w:object>
      </w:r>
      <w:r w:rsidRPr="00B13C4C">
        <w:rPr>
          <w:rFonts w:ascii="Times New Roman" w:hAnsi="Times New Roman" w:cs="Times New Roman"/>
          <w:sz w:val="24"/>
          <w:szCs w:val="24"/>
        </w:rPr>
        <w:t>.</w:t>
      </w:r>
    </w:p>
    <w:p w14:paraId="72077295"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 xml:space="preserve">Nếu </w:t>
      </w:r>
      <w:r w:rsidRPr="00B13C4C">
        <w:rPr>
          <w:rFonts w:ascii="Times New Roman" w:hAnsi="Times New Roman" w:cs="Times New Roman"/>
          <w:position w:val="-6"/>
          <w:sz w:val="24"/>
          <w:szCs w:val="24"/>
        </w:rPr>
        <w:object w:dxaOrig="260" w:dyaOrig="279" w14:anchorId="50D44C8D">
          <v:shape id="_x0000_i2925" type="#_x0000_t75" style="width:13.2pt;height:13.8pt" o:ole="">
            <v:imagedata r:id="rId2155" o:title=""/>
          </v:shape>
          <o:OLEObject Type="Embed" ProgID="Equation.DSMT4" ShapeID="_x0000_i2925" DrawAspect="Content" ObjectID="_1699836209" r:id="rId2156"/>
        </w:object>
      </w:r>
      <w:r w:rsidRPr="00B13C4C">
        <w:rPr>
          <w:rFonts w:ascii="Times New Roman" w:hAnsi="Times New Roman" w:cs="Times New Roman"/>
          <w:sz w:val="24"/>
          <w:szCs w:val="24"/>
        </w:rPr>
        <w:t xml:space="preserve"> là trọng tâm </w:t>
      </w:r>
      <w:r w:rsidRPr="00B13C4C">
        <w:rPr>
          <w:rFonts w:ascii="Times New Roman" w:hAnsi="Times New Roman" w:cs="Times New Roman"/>
          <w:position w:val="-6"/>
          <w:sz w:val="24"/>
          <w:szCs w:val="24"/>
        </w:rPr>
        <w:object w:dxaOrig="680" w:dyaOrig="279" w14:anchorId="7B89A43F">
          <v:shape id="_x0000_i2926" type="#_x0000_t75" style="width:34.2pt;height:13.8pt" o:ole="">
            <v:imagedata r:id="rId2157" o:title=""/>
          </v:shape>
          <o:OLEObject Type="Embed" ProgID="Equation.DSMT4" ShapeID="_x0000_i2926" DrawAspect="Content" ObjectID="_1699836210" r:id="rId2158"/>
        </w:object>
      </w:r>
      <w:r w:rsidRPr="00B13C4C">
        <w:rPr>
          <w:rFonts w:ascii="Times New Roman" w:hAnsi="Times New Roman" w:cs="Times New Roman"/>
          <w:sz w:val="24"/>
          <w:szCs w:val="24"/>
        </w:rPr>
        <w:t xml:space="preserve"> thì </w:t>
      </w:r>
      <w:r w:rsidRPr="00B13C4C">
        <w:rPr>
          <w:rFonts w:ascii="Times New Roman" w:hAnsi="Times New Roman" w:cs="Times New Roman"/>
          <w:position w:val="-6"/>
          <w:sz w:val="24"/>
          <w:szCs w:val="24"/>
        </w:rPr>
        <w:object w:dxaOrig="1820" w:dyaOrig="340" w14:anchorId="6A6EFBB9">
          <v:shape id="_x0000_i2927" type="#_x0000_t75" style="width:91.2pt;height:16.8pt" o:ole="">
            <v:imagedata r:id="rId2159" o:title=""/>
          </v:shape>
          <o:OLEObject Type="Embed" ProgID="Equation.DSMT4" ShapeID="_x0000_i2927" DrawAspect="Content" ObjectID="_1699836211" r:id="rId2160"/>
        </w:object>
      </w:r>
      <w:r w:rsidRPr="00B13C4C">
        <w:rPr>
          <w:rFonts w:ascii="Times New Roman" w:hAnsi="Times New Roman" w:cs="Times New Roman"/>
          <w:sz w:val="24"/>
          <w:szCs w:val="24"/>
        </w:rPr>
        <w:t>.</w:t>
      </w:r>
    </w:p>
    <w:p w14:paraId="22C3C108" w14:textId="77777777" w:rsidR="00B13C4C" w:rsidRPr="00B13C4C" w:rsidRDefault="00B13C4C" w:rsidP="0068432A">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Trong các khẳng định sau, khẳng định nào đúng?</w:t>
      </w:r>
    </w:p>
    <w:p w14:paraId="4AD10FF8"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 xml:space="preserve">Hàm số </w:t>
      </w:r>
      <w:r w:rsidRPr="00B13C4C">
        <w:rPr>
          <w:rFonts w:ascii="Times New Roman" w:hAnsi="Times New Roman" w:cs="Times New Roman"/>
          <w:position w:val="-10"/>
          <w:sz w:val="24"/>
          <w:szCs w:val="24"/>
        </w:rPr>
        <w:object w:dxaOrig="980" w:dyaOrig="320" w14:anchorId="3EBBC558">
          <v:shape id="_x0000_i2928" type="#_x0000_t75" style="width:49.2pt;height:16.2pt" o:ole="">
            <v:imagedata r:id="rId2161" o:title=""/>
          </v:shape>
          <o:OLEObject Type="Embed" ProgID="Equation.DSMT4" ShapeID="_x0000_i2928" DrawAspect="Content" ObjectID="_1699836212" r:id="rId2162"/>
        </w:object>
      </w:r>
      <w:r w:rsidRPr="00B13C4C">
        <w:rPr>
          <w:rFonts w:ascii="Times New Roman" w:hAnsi="Times New Roman" w:cs="Times New Roman"/>
          <w:sz w:val="24"/>
          <w:szCs w:val="24"/>
        </w:rPr>
        <w:t xml:space="preserve"> là hàm số lẻ.</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 xml:space="preserve">Hàm số </w:t>
      </w:r>
      <w:r w:rsidRPr="00B13C4C">
        <w:rPr>
          <w:rFonts w:ascii="Times New Roman" w:hAnsi="Times New Roman" w:cs="Times New Roman"/>
          <w:position w:val="-10"/>
          <w:sz w:val="24"/>
          <w:szCs w:val="24"/>
        </w:rPr>
        <w:object w:dxaOrig="1520" w:dyaOrig="360" w14:anchorId="448E9257">
          <v:shape id="_x0000_i2929" type="#_x0000_t75" style="width:76.2pt;height:18pt" o:ole="">
            <v:imagedata r:id="rId2163" o:title=""/>
          </v:shape>
          <o:OLEObject Type="Embed" ProgID="Equation.DSMT4" ShapeID="_x0000_i2929" DrawAspect="Content" ObjectID="_1699836213" r:id="rId2164"/>
        </w:object>
      </w:r>
      <w:r w:rsidRPr="00B13C4C">
        <w:rPr>
          <w:rFonts w:ascii="Times New Roman" w:hAnsi="Times New Roman" w:cs="Times New Roman"/>
          <w:sz w:val="24"/>
          <w:szCs w:val="24"/>
        </w:rPr>
        <w:t xml:space="preserve"> là hàm số chẵn.</w:t>
      </w:r>
    </w:p>
    <w:p w14:paraId="515E828C"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 xml:space="preserve">Hàm số </w:t>
      </w:r>
      <w:r w:rsidRPr="00B13C4C">
        <w:rPr>
          <w:rFonts w:ascii="Times New Roman" w:hAnsi="Times New Roman" w:cs="Times New Roman"/>
          <w:position w:val="-16"/>
          <w:sz w:val="24"/>
          <w:szCs w:val="24"/>
        </w:rPr>
        <w:object w:dxaOrig="1200" w:dyaOrig="440" w14:anchorId="2C90F77D">
          <v:shape id="_x0000_i2930" type="#_x0000_t75" style="width:60pt;height:22.2pt" o:ole="">
            <v:imagedata r:id="rId2165" o:title=""/>
          </v:shape>
          <o:OLEObject Type="Embed" ProgID="Equation.DSMT4" ShapeID="_x0000_i2930" DrawAspect="Content" ObjectID="_1699836214" r:id="rId2166"/>
        </w:object>
      </w:r>
      <w:r w:rsidRPr="00B13C4C">
        <w:rPr>
          <w:rFonts w:ascii="Times New Roman" w:hAnsi="Times New Roman" w:cs="Times New Roman"/>
          <w:sz w:val="24"/>
          <w:szCs w:val="24"/>
        </w:rPr>
        <w:t xml:space="preserve"> là hàm số chẵn.</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 xml:space="preserve">Hàm số </w:t>
      </w:r>
      <w:r w:rsidRPr="00B13C4C">
        <w:rPr>
          <w:rFonts w:ascii="Times New Roman" w:hAnsi="Times New Roman" w:cs="Times New Roman"/>
          <w:position w:val="-16"/>
          <w:sz w:val="24"/>
          <w:szCs w:val="24"/>
        </w:rPr>
        <w:object w:dxaOrig="1200" w:dyaOrig="440" w14:anchorId="50732EC1">
          <v:shape id="_x0000_i2931" type="#_x0000_t75" style="width:60pt;height:22.2pt" o:ole="">
            <v:imagedata r:id="rId2167" o:title=""/>
          </v:shape>
          <o:OLEObject Type="Embed" ProgID="Equation.DSMT4" ShapeID="_x0000_i2931" DrawAspect="Content" ObjectID="_1699836215" r:id="rId2168"/>
        </w:object>
      </w:r>
      <w:r w:rsidRPr="00B13C4C">
        <w:rPr>
          <w:rFonts w:ascii="Times New Roman" w:hAnsi="Times New Roman" w:cs="Times New Roman"/>
          <w:sz w:val="24"/>
          <w:szCs w:val="24"/>
        </w:rPr>
        <w:t xml:space="preserve"> là hàm số chẵn.</w:t>
      </w:r>
    </w:p>
    <w:p w14:paraId="31C30C74" w14:textId="77777777" w:rsidR="00B13C4C" w:rsidRPr="00B13C4C" w:rsidRDefault="00B13C4C" w:rsidP="0068432A">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tọa độ </w:t>
      </w:r>
      <w:r w:rsidRPr="00B13C4C">
        <w:rPr>
          <w:rFonts w:ascii="Times New Roman" w:hAnsi="Times New Roman" w:cs="Times New Roman"/>
          <w:position w:val="-10"/>
          <w:sz w:val="24"/>
          <w:szCs w:val="24"/>
        </w:rPr>
        <w:object w:dxaOrig="460" w:dyaOrig="320" w14:anchorId="6DD592BA">
          <v:shape id="_x0000_i2932" type="#_x0000_t75" style="width:22.8pt;height:16.2pt" o:ole="">
            <v:imagedata r:id="rId2169" o:title=""/>
          </v:shape>
          <o:OLEObject Type="Embed" ProgID="Equation.DSMT4" ShapeID="_x0000_i2932" DrawAspect="Content" ObjectID="_1699836216" r:id="rId2170"/>
        </w:object>
      </w:r>
      <w:r w:rsidRPr="00B13C4C">
        <w:rPr>
          <w:rFonts w:ascii="Times New Roman" w:hAnsi="Times New Roman" w:cs="Times New Roman"/>
          <w:sz w:val="24"/>
          <w:szCs w:val="24"/>
        </w:rPr>
        <w:t xml:space="preserve"> cho hai điểm </w:t>
      </w:r>
      <w:r w:rsidRPr="00B13C4C">
        <w:rPr>
          <w:rFonts w:ascii="Times New Roman" w:hAnsi="Times New Roman" w:cs="Times New Roman"/>
          <w:position w:val="-10"/>
          <w:sz w:val="24"/>
          <w:szCs w:val="24"/>
        </w:rPr>
        <w:object w:dxaOrig="1860" w:dyaOrig="320" w14:anchorId="356AEA00">
          <v:shape id="_x0000_i2933" type="#_x0000_t75" style="width:93pt;height:16.2pt" o:ole="">
            <v:imagedata r:id="rId2171" o:title=""/>
          </v:shape>
          <o:OLEObject Type="Embed" ProgID="Equation.DSMT4" ShapeID="_x0000_i2933" DrawAspect="Content" ObjectID="_1699836217" r:id="rId2172"/>
        </w:object>
      </w:r>
      <w:r w:rsidRPr="00B13C4C">
        <w:rPr>
          <w:rFonts w:ascii="Times New Roman" w:hAnsi="Times New Roman" w:cs="Times New Roman"/>
          <w:sz w:val="24"/>
          <w:szCs w:val="24"/>
        </w:rPr>
        <w:t xml:space="preserve">. Tìm tọa độ điểm </w:t>
      </w:r>
      <w:r w:rsidRPr="00B13C4C">
        <w:rPr>
          <w:rFonts w:ascii="Times New Roman" w:hAnsi="Times New Roman" w:cs="Times New Roman"/>
          <w:position w:val="-6"/>
          <w:sz w:val="24"/>
          <w:szCs w:val="24"/>
        </w:rPr>
        <w:object w:dxaOrig="240" w:dyaOrig="279" w14:anchorId="619FC25D">
          <v:shape id="_x0000_i2934" type="#_x0000_t75" style="width:12pt;height:13.8pt" o:ole="">
            <v:imagedata r:id="rId2173" o:title=""/>
          </v:shape>
          <o:OLEObject Type="Embed" ProgID="Equation.DSMT4" ShapeID="_x0000_i2934" DrawAspect="Content" ObjectID="_1699836218" r:id="rId2174"/>
        </w:object>
      </w:r>
      <w:r w:rsidRPr="00B13C4C">
        <w:rPr>
          <w:rFonts w:ascii="Times New Roman" w:hAnsi="Times New Roman" w:cs="Times New Roman"/>
          <w:sz w:val="24"/>
          <w:szCs w:val="24"/>
        </w:rPr>
        <w:t xml:space="preserve"> sao cho gốc tọa độ </w:t>
      </w:r>
      <w:r w:rsidRPr="00B13C4C">
        <w:rPr>
          <w:rFonts w:ascii="Times New Roman" w:hAnsi="Times New Roman" w:cs="Times New Roman"/>
          <w:position w:val="-6"/>
          <w:sz w:val="24"/>
          <w:szCs w:val="24"/>
        </w:rPr>
        <w:object w:dxaOrig="240" w:dyaOrig="279" w14:anchorId="48F044BF">
          <v:shape id="_x0000_i2935" type="#_x0000_t75" style="width:12pt;height:13.8pt" o:ole="">
            <v:imagedata r:id="rId2175" o:title=""/>
          </v:shape>
          <o:OLEObject Type="Embed" ProgID="Equation.DSMT4" ShapeID="_x0000_i2935" DrawAspect="Content" ObjectID="_1699836219" r:id="rId2176"/>
        </w:object>
      </w:r>
      <w:r w:rsidRPr="00B13C4C">
        <w:rPr>
          <w:rFonts w:ascii="Times New Roman" w:hAnsi="Times New Roman" w:cs="Times New Roman"/>
          <w:sz w:val="24"/>
          <w:szCs w:val="24"/>
        </w:rPr>
        <w:t xml:space="preserve"> là trọng tâm của </w:t>
      </w:r>
      <w:r w:rsidRPr="00B13C4C">
        <w:rPr>
          <w:rFonts w:ascii="Times New Roman" w:hAnsi="Times New Roman" w:cs="Times New Roman"/>
          <w:position w:val="-6"/>
          <w:sz w:val="24"/>
          <w:szCs w:val="24"/>
        </w:rPr>
        <w:object w:dxaOrig="680" w:dyaOrig="279" w14:anchorId="448A40DB">
          <v:shape id="_x0000_i2936" type="#_x0000_t75" style="width:34.2pt;height:13.8pt" o:ole="">
            <v:imagedata r:id="rId2177" o:title=""/>
          </v:shape>
          <o:OLEObject Type="Embed" ProgID="Equation.DSMT4" ShapeID="_x0000_i2936" DrawAspect="Content" ObjectID="_1699836220" r:id="rId2178"/>
        </w:object>
      </w:r>
      <w:r w:rsidRPr="00B13C4C">
        <w:rPr>
          <w:rFonts w:ascii="Times New Roman" w:hAnsi="Times New Roman" w:cs="Times New Roman"/>
          <w:sz w:val="24"/>
          <w:szCs w:val="24"/>
        </w:rPr>
        <w:t>.</w:t>
      </w:r>
    </w:p>
    <w:p w14:paraId="22C17E95"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859" w:dyaOrig="320" w14:anchorId="06E6F9DD">
          <v:shape id="_x0000_i2937" type="#_x0000_t75" style="width:43.2pt;height:16.2pt" o:ole="">
            <v:imagedata r:id="rId2179" o:title=""/>
          </v:shape>
          <o:OLEObject Type="Embed" ProgID="Equation.DSMT4" ShapeID="_x0000_i2937" DrawAspect="Content" ObjectID="_1699836221" r:id="rId218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859" w:dyaOrig="320" w14:anchorId="660C40C4">
          <v:shape id="_x0000_i2938" type="#_x0000_t75" style="width:43.2pt;height:16.2pt" o:ole="">
            <v:imagedata r:id="rId2181" o:title=""/>
          </v:shape>
          <o:OLEObject Type="Embed" ProgID="Equation.DSMT4" ShapeID="_x0000_i2938" DrawAspect="Content" ObjectID="_1699836222" r:id="rId218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859" w:dyaOrig="320" w14:anchorId="7F1D82DB">
          <v:shape id="_x0000_i2939" type="#_x0000_t75" style="width:43.2pt;height:16.2pt" o:ole="">
            <v:imagedata r:id="rId2183" o:title=""/>
          </v:shape>
          <o:OLEObject Type="Embed" ProgID="Equation.DSMT4" ShapeID="_x0000_i2939" DrawAspect="Content" ObjectID="_1699836223" r:id="rId218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880" w:dyaOrig="320" w14:anchorId="2A31FBBA">
          <v:shape id="_x0000_i2940" type="#_x0000_t75" style="width:43.8pt;height:16.2pt" o:ole="">
            <v:imagedata r:id="rId2185" o:title=""/>
          </v:shape>
          <o:OLEObject Type="Embed" ProgID="Equation.DSMT4" ShapeID="_x0000_i2940" DrawAspect="Content" ObjectID="_1699836224" r:id="rId2186"/>
        </w:object>
      </w:r>
      <w:r w:rsidRPr="00B13C4C">
        <w:rPr>
          <w:rFonts w:ascii="Times New Roman" w:hAnsi="Times New Roman" w:cs="Times New Roman"/>
          <w:sz w:val="24"/>
          <w:szCs w:val="24"/>
        </w:rPr>
        <w:t>.</w:t>
      </w:r>
    </w:p>
    <w:p w14:paraId="7421D5B2" w14:textId="77777777" w:rsidR="00B13C4C" w:rsidRPr="00B13C4C" w:rsidRDefault="00B13C4C" w:rsidP="0068432A">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hai vecto </w:t>
      </w:r>
      <w:r w:rsidRPr="00B13C4C">
        <w:rPr>
          <w:rFonts w:ascii="Times New Roman" w:hAnsi="Times New Roman" w:cs="Times New Roman"/>
          <w:position w:val="-10"/>
          <w:sz w:val="24"/>
          <w:szCs w:val="24"/>
        </w:rPr>
        <w:object w:dxaOrig="1060" w:dyaOrig="320" w14:anchorId="5A92E543">
          <v:shape id="_x0000_i2941" type="#_x0000_t75" style="width:52.8pt;height:16.2pt" o:ole="">
            <v:imagedata r:id="rId2187" o:title=""/>
          </v:shape>
          <o:OLEObject Type="Embed" ProgID="Equation.DSMT4" ShapeID="_x0000_i2941" DrawAspect="Content" ObjectID="_1699836225" r:id="rId2188"/>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1060" w:dyaOrig="320" w14:anchorId="50721B3F">
          <v:shape id="_x0000_i2942" type="#_x0000_t75" style="width:52.8pt;height:16.2pt" o:ole="">
            <v:imagedata r:id="rId2189" o:title=""/>
          </v:shape>
          <o:OLEObject Type="Embed" ProgID="Equation.DSMT4" ShapeID="_x0000_i2942" DrawAspect="Content" ObjectID="_1699836226" r:id="rId2190"/>
        </w:object>
      </w:r>
      <w:r w:rsidRPr="00B13C4C">
        <w:rPr>
          <w:rFonts w:ascii="Times New Roman" w:hAnsi="Times New Roman" w:cs="Times New Roman"/>
          <w:sz w:val="24"/>
          <w:szCs w:val="24"/>
        </w:rPr>
        <w:t xml:space="preserve">. Tìm hai số </w:t>
      </w:r>
      <w:r w:rsidRPr="00B13C4C">
        <w:rPr>
          <w:rFonts w:ascii="Times New Roman" w:hAnsi="Times New Roman" w:cs="Times New Roman"/>
          <w:position w:val="-10"/>
          <w:sz w:val="24"/>
          <w:szCs w:val="24"/>
        </w:rPr>
        <w:object w:dxaOrig="420" w:dyaOrig="320" w14:anchorId="448C2CE8">
          <v:shape id="_x0000_i2943" type="#_x0000_t75" style="width:21pt;height:16.2pt" o:ole="">
            <v:imagedata r:id="rId2191" o:title=""/>
          </v:shape>
          <o:OLEObject Type="Embed" ProgID="Equation.DSMT4" ShapeID="_x0000_i2943" DrawAspect="Content" ObjectID="_1699836227" r:id="rId2192"/>
        </w:object>
      </w:r>
      <w:r w:rsidRPr="00B13C4C">
        <w:rPr>
          <w:rFonts w:ascii="Times New Roman" w:hAnsi="Times New Roman" w:cs="Times New Roman"/>
          <w:sz w:val="24"/>
          <w:szCs w:val="24"/>
        </w:rPr>
        <w:t xml:space="preserve"> sao cho </w:t>
      </w:r>
      <w:r w:rsidRPr="00B13C4C">
        <w:rPr>
          <w:rFonts w:ascii="Times New Roman" w:hAnsi="Times New Roman" w:cs="Times New Roman"/>
          <w:position w:val="-10"/>
          <w:sz w:val="24"/>
          <w:szCs w:val="24"/>
        </w:rPr>
        <w:object w:dxaOrig="1120" w:dyaOrig="320" w14:anchorId="50A3A522">
          <v:shape id="_x0000_i2944" type="#_x0000_t75" style="width:55.8pt;height:16.2pt" o:ole="">
            <v:imagedata r:id="rId2193" o:title=""/>
          </v:shape>
          <o:OLEObject Type="Embed" ProgID="Equation.DSMT4" ShapeID="_x0000_i2944" DrawAspect="Content" ObjectID="_1699836228" r:id="rId2194"/>
        </w:object>
      </w:r>
      <w:r w:rsidRPr="00B13C4C">
        <w:rPr>
          <w:rFonts w:ascii="Times New Roman" w:hAnsi="Times New Roman" w:cs="Times New Roman"/>
          <w:sz w:val="24"/>
          <w:szCs w:val="24"/>
        </w:rPr>
        <w:t xml:space="preserve">, biết rằng </w:t>
      </w:r>
      <w:r w:rsidRPr="00B13C4C">
        <w:rPr>
          <w:rFonts w:ascii="Times New Roman" w:hAnsi="Times New Roman" w:cs="Times New Roman"/>
          <w:position w:val="-10"/>
          <w:sz w:val="24"/>
          <w:szCs w:val="24"/>
        </w:rPr>
        <w:object w:dxaOrig="1060" w:dyaOrig="320" w14:anchorId="3102F5ED">
          <v:shape id="_x0000_i2945" type="#_x0000_t75" style="width:52.8pt;height:16.2pt" o:ole="">
            <v:imagedata r:id="rId2195" o:title=""/>
          </v:shape>
          <o:OLEObject Type="Embed" ProgID="Equation.DSMT4" ShapeID="_x0000_i2945" DrawAspect="Content" ObjectID="_1699836229" r:id="rId2196"/>
        </w:object>
      </w:r>
    </w:p>
    <w:p w14:paraId="510FF703"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1579" w:dyaOrig="620" w14:anchorId="59A14024">
          <v:shape id="_x0000_i2946" type="#_x0000_t75" style="width:79.2pt;height:31.2pt" o:ole="">
            <v:imagedata r:id="rId2197" o:title=""/>
          </v:shape>
          <o:OLEObject Type="Embed" ProgID="Equation.DSMT4" ShapeID="_x0000_i2946" DrawAspect="Content" ObjectID="_1699836230" r:id="rId219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1740" w:dyaOrig="620" w14:anchorId="1A268404">
          <v:shape id="_x0000_i2947" type="#_x0000_t75" style="width:87pt;height:31.2pt" o:ole="">
            <v:imagedata r:id="rId2199" o:title=""/>
          </v:shape>
          <o:OLEObject Type="Embed" ProgID="Equation.DSMT4" ShapeID="_x0000_i2947" DrawAspect="Content" ObjectID="_1699836231" r:id="rId2200"/>
        </w:object>
      </w:r>
      <w:r w:rsidRPr="00B13C4C">
        <w:rPr>
          <w:rFonts w:ascii="Times New Roman" w:hAnsi="Times New Roman" w:cs="Times New Roman"/>
          <w:sz w:val="24"/>
          <w:szCs w:val="24"/>
        </w:rPr>
        <w:t>.</w:t>
      </w:r>
    </w:p>
    <w:p w14:paraId="6C8416EA"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1579" w:dyaOrig="620" w14:anchorId="52A3463F">
          <v:shape id="_x0000_i2948" type="#_x0000_t75" style="width:79.2pt;height:31.2pt" o:ole="">
            <v:imagedata r:id="rId2201" o:title=""/>
          </v:shape>
          <o:OLEObject Type="Embed" ProgID="Equation.DSMT4" ShapeID="_x0000_i2948" DrawAspect="Content" ObjectID="_1699836232" r:id="rId220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1740" w:dyaOrig="620" w14:anchorId="5CCAD2F3">
          <v:shape id="_x0000_i2949" type="#_x0000_t75" style="width:87pt;height:31.2pt" o:ole="">
            <v:imagedata r:id="rId2203" o:title=""/>
          </v:shape>
          <o:OLEObject Type="Embed" ProgID="Equation.DSMT4" ShapeID="_x0000_i2949" DrawAspect="Content" ObjectID="_1699836233" r:id="rId2204"/>
        </w:object>
      </w:r>
      <w:r w:rsidRPr="00B13C4C">
        <w:rPr>
          <w:rFonts w:ascii="Times New Roman" w:hAnsi="Times New Roman" w:cs="Times New Roman"/>
          <w:sz w:val="24"/>
          <w:szCs w:val="24"/>
        </w:rPr>
        <w:t>.</w:t>
      </w:r>
    </w:p>
    <w:p w14:paraId="226FED45" w14:textId="77777777" w:rsidR="00B13C4C" w:rsidRPr="00B13C4C" w:rsidRDefault="00B13C4C" w:rsidP="0068432A">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Với giá trị nào của </w:t>
      </w:r>
      <w:r w:rsidRPr="00B13C4C">
        <w:rPr>
          <w:rFonts w:ascii="Times New Roman" w:hAnsi="Times New Roman" w:cs="Times New Roman"/>
          <w:position w:val="-6"/>
          <w:sz w:val="24"/>
          <w:szCs w:val="24"/>
        </w:rPr>
        <w:object w:dxaOrig="200" w:dyaOrig="220" w14:anchorId="6C0B9BFA">
          <v:shape id="_x0000_i2950" type="#_x0000_t75" style="width:10.2pt;height:10.8pt" o:ole="">
            <v:imagedata r:id="rId2205" o:title=""/>
          </v:shape>
          <o:OLEObject Type="Embed" ProgID="Equation.DSMT4" ShapeID="_x0000_i2950" DrawAspect="Content" ObjectID="_1699836234" r:id="rId2206"/>
        </w:object>
      </w:r>
      <w:r w:rsidRPr="00B13C4C">
        <w:rPr>
          <w:rFonts w:ascii="Times New Roman" w:hAnsi="Times New Roman" w:cs="Times New Roman"/>
          <w:sz w:val="24"/>
          <w:szCs w:val="24"/>
        </w:rPr>
        <w:t xml:space="preserve"> thì phương trình </w:t>
      </w:r>
      <w:r w:rsidRPr="00B13C4C">
        <w:rPr>
          <w:rFonts w:ascii="Times New Roman" w:hAnsi="Times New Roman" w:cs="Times New Roman"/>
          <w:position w:val="-16"/>
          <w:sz w:val="24"/>
          <w:szCs w:val="24"/>
        </w:rPr>
        <w:object w:dxaOrig="1579" w:dyaOrig="440" w14:anchorId="146BAEA6">
          <v:shape id="_x0000_i2951" type="#_x0000_t75" style="width:79.2pt;height:22.2pt" o:ole="">
            <v:imagedata r:id="rId2207" o:title=""/>
          </v:shape>
          <o:OLEObject Type="Embed" ProgID="Equation.DSMT4" ShapeID="_x0000_i2951" DrawAspect="Content" ObjectID="_1699836235" r:id="rId2208"/>
        </w:object>
      </w:r>
      <w:r w:rsidRPr="00B13C4C">
        <w:rPr>
          <w:rFonts w:ascii="Times New Roman" w:hAnsi="Times New Roman" w:cs="Times New Roman"/>
          <w:sz w:val="24"/>
          <w:szCs w:val="24"/>
        </w:rPr>
        <w:t xml:space="preserve"> vô nghiệm?</w:t>
      </w:r>
    </w:p>
    <w:p w14:paraId="3AEE3706"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200" w:dyaOrig="320" w14:anchorId="0217CE48">
          <v:shape id="_x0000_i2952" type="#_x0000_t75" style="width:60pt;height:16.2pt" o:ole="">
            <v:imagedata r:id="rId2209" o:title=""/>
          </v:shape>
          <o:OLEObject Type="Embed" ProgID="Equation.DSMT4" ShapeID="_x0000_i2952" DrawAspect="Content" ObjectID="_1699836236" r:id="rId221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680" w:dyaOrig="279" w14:anchorId="66514791">
          <v:shape id="_x0000_i2953" type="#_x0000_t75" style="width:34.2pt;height:13.8pt" o:ole="">
            <v:imagedata r:id="rId2211" o:title=""/>
          </v:shape>
          <o:OLEObject Type="Embed" ProgID="Equation.DSMT4" ShapeID="_x0000_i2953" DrawAspect="Content" ObjectID="_1699836237" r:id="rId221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520" w:dyaOrig="279" w14:anchorId="57337459">
          <v:shape id="_x0000_i2954" type="#_x0000_t75" style="width:25.8pt;height:13.8pt" o:ole="">
            <v:imagedata r:id="rId2213" o:title=""/>
          </v:shape>
          <o:OLEObject Type="Embed" ProgID="Equation.DSMT4" ShapeID="_x0000_i2954" DrawAspect="Content" ObjectID="_1699836238" r:id="rId221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520" w:dyaOrig="279" w14:anchorId="6C034FAC">
          <v:shape id="_x0000_i2955" type="#_x0000_t75" style="width:25.8pt;height:13.8pt" o:ole="">
            <v:imagedata r:id="rId2215" o:title=""/>
          </v:shape>
          <o:OLEObject Type="Embed" ProgID="Equation.DSMT4" ShapeID="_x0000_i2955" DrawAspect="Content" ObjectID="_1699836239" r:id="rId2216"/>
        </w:object>
      </w:r>
      <w:r w:rsidRPr="00B13C4C">
        <w:rPr>
          <w:rFonts w:ascii="Times New Roman" w:hAnsi="Times New Roman" w:cs="Times New Roman"/>
          <w:sz w:val="24"/>
          <w:szCs w:val="24"/>
        </w:rPr>
        <w:t>.</w:t>
      </w:r>
    </w:p>
    <w:p w14:paraId="5FC1BB8B" w14:textId="77777777" w:rsidR="00B13C4C" w:rsidRPr="00B13C4C" w:rsidRDefault="00B13C4C" w:rsidP="0068432A">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Điểm nào sau đây thuộc đồ thị hàm số </w:t>
      </w:r>
      <w:r w:rsidRPr="00B13C4C">
        <w:rPr>
          <w:rFonts w:ascii="Times New Roman" w:hAnsi="Times New Roman" w:cs="Times New Roman"/>
          <w:position w:val="-10"/>
          <w:sz w:val="24"/>
          <w:szCs w:val="24"/>
        </w:rPr>
        <w:object w:dxaOrig="1200" w:dyaOrig="320" w14:anchorId="5614756A">
          <v:shape id="_x0000_i2956" type="#_x0000_t75" style="width:60pt;height:16.2pt" o:ole="">
            <v:imagedata r:id="rId2217" o:title=""/>
          </v:shape>
          <o:OLEObject Type="Embed" ProgID="Equation.DSMT4" ShapeID="_x0000_i2956" DrawAspect="Content" ObjectID="_1699836240" r:id="rId2218"/>
        </w:object>
      </w:r>
      <w:r w:rsidRPr="00B13C4C">
        <w:rPr>
          <w:rFonts w:ascii="Times New Roman" w:hAnsi="Times New Roman" w:cs="Times New Roman"/>
          <w:sz w:val="24"/>
          <w:szCs w:val="24"/>
        </w:rPr>
        <w:t>.</w:t>
      </w:r>
    </w:p>
    <w:p w14:paraId="26449F96"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660" w:dyaOrig="320" w14:anchorId="69E94E21">
          <v:shape id="_x0000_i2957" type="#_x0000_t75" style="width:33pt;height:16.2pt" o:ole="">
            <v:imagedata r:id="rId2219" o:title=""/>
          </v:shape>
          <o:OLEObject Type="Embed" ProgID="Equation.DSMT4" ShapeID="_x0000_i2957" DrawAspect="Content" ObjectID="_1699836241" r:id="rId222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480" w:dyaOrig="320" w14:anchorId="36673409">
          <v:shape id="_x0000_i2958" type="#_x0000_t75" style="width:24pt;height:16.2pt" o:ole="">
            <v:imagedata r:id="rId2221" o:title=""/>
          </v:shape>
          <o:OLEObject Type="Embed" ProgID="Equation.DSMT4" ShapeID="_x0000_i2958" DrawAspect="Content" ObjectID="_1699836242" r:id="rId222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560" w:dyaOrig="320" w14:anchorId="30441443">
          <v:shape id="_x0000_i2959" type="#_x0000_t75" style="width:28.2pt;height:16.2pt" o:ole="">
            <v:imagedata r:id="rId2223" o:title=""/>
          </v:shape>
          <o:OLEObject Type="Embed" ProgID="Equation.DSMT4" ShapeID="_x0000_i2959" DrawAspect="Content" ObjectID="_1699836243" r:id="rId222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639" w:dyaOrig="320" w14:anchorId="3ECA23C2">
          <v:shape id="_x0000_i2960" type="#_x0000_t75" style="width:31.8pt;height:16.2pt" o:ole="">
            <v:imagedata r:id="rId2225" o:title=""/>
          </v:shape>
          <o:OLEObject Type="Embed" ProgID="Equation.DSMT4" ShapeID="_x0000_i2960" DrawAspect="Content" ObjectID="_1699836244" r:id="rId2226"/>
        </w:object>
      </w:r>
      <w:r w:rsidRPr="00B13C4C">
        <w:rPr>
          <w:rFonts w:ascii="Times New Roman" w:hAnsi="Times New Roman" w:cs="Times New Roman"/>
          <w:sz w:val="24"/>
          <w:szCs w:val="24"/>
        </w:rPr>
        <w:t>.</w:t>
      </w:r>
    </w:p>
    <w:p w14:paraId="31AAFA09" w14:textId="77777777" w:rsidR="00B13C4C" w:rsidRPr="00B13C4C" w:rsidRDefault="00B13C4C" w:rsidP="0068432A">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tọa độ </w:t>
      </w:r>
      <w:r w:rsidRPr="00B13C4C">
        <w:rPr>
          <w:rFonts w:ascii="Times New Roman" w:hAnsi="Times New Roman" w:cs="Times New Roman"/>
          <w:position w:val="-10"/>
          <w:sz w:val="24"/>
          <w:szCs w:val="24"/>
        </w:rPr>
        <w:object w:dxaOrig="460" w:dyaOrig="320" w14:anchorId="6BCAA603">
          <v:shape id="_x0000_i2961" type="#_x0000_t75" style="width:22.8pt;height:16.2pt" o:ole="">
            <v:imagedata r:id="rId2227" o:title=""/>
          </v:shape>
          <o:OLEObject Type="Embed" ProgID="Equation.DSMT4" ShapeID="_x0000_i2961" DrawAspect="Content" ObjectID="_1699836245" r:id="rId2228"/>
        </w:object>
      </w:r>
      <w:r w:rsidRPr="00B13C4C">
        <w:rPr>
          <w:rFonts w:ascii="Times New Roman" w:hAnsi="Times New Roman" w:cs="Times New Roman"/>
          <w:sz w:val="24"/>
          <w:szCs w:val="24"/>
        </w:rPr>
        <w:t xml:space="preserve"> cho </w:t>
      </w:r>
      <w:r w:rsidRPr="00B13C4C">
        <w:rPr>
          <w:rFonts w:ascii="Times New Roman" w:hAnsi="Times New Roman" w:cs="Times New Roman"/>
          <w:position w:val="-10"/>
          <w:sz w:val="24"/>
          <w:szCs w:val="24"/>
        </w:rPr>
        <w:object w:dxaOrig="2140" w:dyaOrig="380" w14:anchorId="584FA771">
          <v:shape id="_x0000_i2962" type="#_x0000_t75" style="width:106.8pt;height:19.2pt" o:ole="">
            <v:imagedata r:id="rId2229" o:title=""/>
          </v:shape>
          <o:OLEObject Type="Embed" ProgID="Equation.DSMT4" ShapeID="_x0000_i2962" DrawAspect="Content" ObjectID="_1699836246" r:id="rId2230"/>
        </w:object>
      </w:r>
      <w:r w:rsidRPr="00B13C4C">
        <w:rPr>
          <w:rFonts w:ascii="Times New Roman" w:hAnsi="Times New Roman" w:cs="Times New Roman"/>
          <w:sz w:val="24"/>
          <w:szCs w:val="24"/>
        </w:rPr>
        <w:t xml:space="preserve">. Tính </w:t>
      </w:r>
      <w:r w:rsidRPr="00B13C4C">
        <w:rPr>
          <w:rFonts w:ascii="Times New Roman" w:hAnsi="Times New Roman" w:cs="Times New Roman"/>
          <w:position w:val="-6"/>
          <w:sz w:val="24"/>
          <w:szCs w:val="24"/>
        </w:rPr>
        <w:object w:dxaOrig="560" w:dyaOrig="340" w14:anchorId="02D778B0">
          <v:shape id="_x0000_i2963" type="#_x0000_t75" style="width:28.2pt;height:16.8pt" o:ole="">
            <v:imagedata r:id="rId2231" o:title=""/>
          </v:shape>
          <o:OLEObject Type="Embed" ProgID="Equation.DSMT4" ShapeID="_x0000_i2963" DrawAspect="Content" ObjectID="_1699836247" r:id="rId2232"/>
        </w:object>
      </w:r>
      <w:r w:rsidRPr="00B13C4C">
        <w:rPr>
          <w:rFonts w:ascii="Times New Roman" w:hAnsi="Times New Roman" w:cs="Times New Roman"/>
          <w:sz w:val="24"/>
          <w:szCs w:val="24"/>
        </w:rPr>
        <w:t>.</w:t>
      </w:r>
    </w:p>
    <w:p w14:paraId="0746FC1F"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660" w:dyaOrig="320" w14:anchorId="1F3DBB3A">
          <v:shape id="_x0000_i2964" type="#_x0000_t75" style="width:33pt;height:16.2pt" o:ole="">
            <v:imagedata r:id="rId2233" o:title=""/>
          </v:shape>
          <o:OLEObject Type="Embed" ProgID="Equation.DSMT4" ShapeID="_x0000_i2964" DrawAspect="Content" ObjectID="_1699836248" r:id="rId223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660" w:dyaOrig="320" w14:anchorId="1E4457E6">
          <v:shape id="_x0000_i2965" type="#_x0000_t75" style="width:33pt;height:16.2pt" o:ole="">
            <v:imagedata r:id="rId2235" o:title=""/>
          </v:shape>
          <o:OLEObject Type="Embed" ProgID="Equation.DSMT4" ShapeID="_x0000_i2965" DrawAspect="Content" ObjectID="_1699836249" r:id="rId223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680" w:dyaOrig="320" w14:anchorId="3EECC309">
          <v:shape id="_x0000_i2966" type="#_x0000_t75" style="width:34.2pt;height:16.2pt" o:ole="">
            <v:imagedata r:id="rId2237" o:title=""/>
          </v:shape>
          <o:OLEObject Type="Embed" ProgID="Equation.DSMT4" ShapeID="_x0000_i2966" DrawAspect="Content" ObjectID="_1699836250" r:id="rId223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639" w:dyaOrig="320" w14:anchorId="1C02F7C1">
          <v:shape id="_x0000_i2967" type="#_x0000_t75" style="width:31.8pt;height:16.2pt" o:ole="">
            <v:imagedata r:id="rId2239" o:title=""/>
          </v:shape>
          <o:OLEObject Type="Embed" ProgID="Equation.DSMT4" ShapeID="_x0000_i2967" DrawAspect="Content" ObjectID="_1699836251" r:id="rId2240"/>
        </w:object>
      </w:r>
      <w:r w:rsidRPr="00B13C4C">
        <w:rPr>
          <w:rFonts w:ascii="Times New Roman" w:hAnsi="Times New Roman" w:cs="Times New Roman"/>
          <w:sz w:val="24"/>
          <w:szCs w:val="24"/>
        </w:rPr>
        <w:t>.</w:t>
      </w:r>
    </w:p>
    <w:p w14:paraId="4942E45D" w14:textId="77777777" w:rsidR="00B13C4C" w:rsidRPr="00B13C4C" w:rsidRDefault="00B13C4C" w:rsidP="0068432A">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lastRenderedPageBreak/>
        <w:t>Câu 13: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các hàm số </w:t>
      </w:r>
      <w:r w:rsidRPr="00B13C4C">
        <w:rPr>
          <w:rFonts w:ascii="Times New Roman" w:hAnsi="Times New Roman" w:cs="Times New Roman"/>
          <w:position w:val="-10"/>
          <w:sz w:val="24"/>
          <w:szCs w:val="24"/>
        </w:rPr>
        <w:object w:dxaOrig="5899" w:dyaOrig="360" w14:anchorId="38E76588">
          <v:shape id="_x0000_i2968" type="#_x0000_t75" style="width:295.2pt;height:18pt" o:ole="">
            <v:imagedata r:id="rId2241" o:title=""/>
          </v:shape>
          <o:OLEObject Type="Embed" ProgID="Equation.DSMT4" ShapeID="_x0000_i2968" DrawAspect="Content" ObjectID="_1699836252" r:id="rId2242"/>
        </w:object>
      </w:r>
      <w:r w:rsidRPr="00B13C4C">
        <w:rPr>
          <w:rFonts w:ascii="Times New Roman" w:hAnsi="Times New Roman" w:cs="Times New Roman"/>
          <w:sz w:val="24"/>
          <w:szCs w:val="24"/>
        </w:rPr>
        <w:t xml:space="preserve"> Trong các hàm số trên hàm số nào là hàm số chẵn.</w:t>
      </w:r>
    </w:p>
    <w:p w14:paraId="263F98FB"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520" w:dyaOrig="320" w14:anchorId="202ED1A6">
          <v:shape id="_x0000_i2969" type="#_x0000_t75" style="width:25.8pt;height:16.2pt" o:ole="">
            <v:imagedata r:id="rId2243" o:title=""/>
          </v:shape>
          <o:OLEObject Type="Embed" ProgID="Equation.DSMT4" ShapeID="_x0000_i2969" DrawAspect="Content" ObjectID="_1699836253" r:id="rId224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499" w:dyaOrig="320" w14:anchorId="3F2D8C78">
          <v:shape id="_x0000_i2970" type="#_x0000_t75" style="width:25.2pt;height:16.2pt" o:ole="">
            <v:imagedata r:id="rId2245" o:title=""/>
          </v:shape>
          <o:OLEObject Type="Embed" ProgID="Equation.DSMT4" ShapeID="_x0000_i2970" DrawAspect="Content" ObjectID="_1699836254" r:id="rId224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360" w:dyaOrig="320" w14:anchorId="5172B627">
          <v:shape id="_x0000_i2971" type="#_x0000_t75" style="width:18pt;height:16.2pt" o:ole="">
            <v:imagedata r:id="rId2247" o:title=""/>
          </v:shape>
          <o:OLEObject Type="Embed" ProgID="Equation.DSMT4" ShapeID="_x0000_i2971" DrawAspect="Content" ObjectID="_1699836255" r:id="rId224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440" w:dyaOrig="320" w14:anchorId="38C2D8D9">
          <v:shape id="_x0000_i2972" type="#_x0000_t75" style="width:22.2pt;height:16.2pt" o:ole="">
            <v:imagedata r:id="rId2249" o:title=""/>
          </v:shape>
          <o:OLEObject Type="Embed" ProgID="Equation.DSMT4" ShapeID="_x0000_i2972" DrawAspect="Content" ObjectID="_1699836256" r:id="rId2250"/>
        </w:object>
      </w:r>
      <w:r w:rsidRPr="00B13C4C">
        <w:rPr>
          <w:rFonts w:ascii="Times New Roman" w:hAnsi="Times New Roman" w:cs="Times New Roman"/>
          <w:sz w:val="24"/>
          <w:szCs w:val="24"/>
        </w:rPr>
        <w:t>.</w:t>
      </w:r>
    </w:p>
    <w:p w14:paraId="70DC9CD0" w14:textId="77777777" w:rsidR="00B13C4C" w:rsidRPr="00B13C4C" w:rsidRDefault="00B13C4C" w:rsidP="0068432A">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tam giác </w:t>
      </w:r>
      <w:r w:rsidRPr="00B13C4C">
        <w:rPr>
          <w:rFonts w:ascii="Times New Roman" w:hAnsi="Times New Roman" w:cs="Times New Roman"/>
          <w:position w:val="-6"/>
          <w:sz w:val="24"/>
          <w:szCs w:val="24"/>
        </w:rPr>
        <w:object w:dxaOrig="560" w:dyaOrig="279" w14:anchorId="2605DF24">
          <v:shape id="_x0000_i2973" type="#_x0000_t75" style="width:28.2pt;height:13.8pt" o:ole="">
            <v:imagedata r:id="rId2251" o:title=""/>
          </v:shape>
          <o:OLEObject Type="Embed" ProgID="Equation.DSMT4" ShapeID="_x0000_i2973" DrawAspect="Content" ObjectID="_1699836257" r:id="rId2252"/>
        </w:object>
      </w:r>
      <w:r w:rsidRPr="00B13C4C">
        <w:rPr>
          <w:rFonts w:ascii="Times New Roman" w:hAnsi="Times New Roman" w:cs="Times New Roman"/>
          <w:sz w:val="24"/>
          <w:szCs w:val="24"/>
        </w:rPr>
        <w:t xml:space="preserve"> đều cạnh </w:t>
      </w:r>
      <w:r w:rsidRPr="00B13C4C">
        <w:rPr>
          <w:rFonts w:ascii="Times New Roman" w:hAnsi="Times New Roman" w:cs="Times New Roman"/>
          <w:position w:val="-6"/>
          <w:sz w:val="24"/>
          <w:szCs w:val="24"/>
        </w:rPr>
        <w:object w:dxaOrig="200" w:dyaOrig="220" w14:anchorId="4A4E278B">
          <v:shape id="_x0000_i2974" type="#_x0000_t75" style="width:10.2pt;height:10.8pt" o:ole="">
            <v:imagedata r:id="rId2253" o:title=""/>
          </v:shape>
          <o:OLEObject Type="Embed" ProgID="Equation.DSMT4" ShapeID="_x0000_i2974" DrawAspect="Content" ObjectID="_1699836258" r:id="rId2254"/>
        </w:object>
      </w:r>
      <w:r w:rsidRPr="00B13C4C">
        <w:rPr>
          <w:rFonts w:ascii="Times New Roman" w:hAnsi="Times New Roman" w:cs="Times New Roman"/>
          <w:sz w:val="24"/>
          <w:szCs w:val="24"/>
        </w:rPr>
        <w:t xml:space="preserve">. Khi đó tích vô hướng của </w:t>
      </w:r>
      <w:r w:rsidRPr="00B13C4C">
        <w:rPr>
          <w:rFonts w:ascii="Times New Roman" w:hAnsi="Times New Roman" w:cs="Times New Roman"/>
          <w:position w:val="-6"/>
          <w:sz w:val="24"/>
          <w:szCs w:val="24"/>
        </w:rPr>
        <w:object w:dxaOrig="820" w:dyaOrig="340" w14:anchorId="334FD391">
          <v:shape id="_x0000_i2975" type="#_x0000_t75" style="width:40.8pt;height:16.8pt" o:ole="">
            <v:imagedata r:id="rId2255" o:title=""/>
          </v:shape>
          <o:OLEObject Type="Embed" ProgID="Equation.DSMT4" ShapeID="_x0000_i2975" DrawAspect="Content" ObjectID="_1699836259" r:id="rId2256"/>
        </w:object>
      </w:r>
      <w:r w:rsidRPr="00B13C4C">
        <w:rPr>
          <w:rFonts w:ascii="Times New Roman" w:hAnsi="Times New Roman" w:cs="Times New Roman"/>
          <w:sz w:val="24"/>
          <w:szCs w:val="24"/>
        </w:rPr>
        <w:t xml:space="preserve"> là</w:t>
      </w:r>
    </w:p>
    <w:p w14:paraId="5A78CA47"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340" w:dyaOrig="660" w14:anchorId="187433E0">
          <v:shape id="_x0000_i2976" type="#_x0000_t75" style="width:16.8pt;height:33pt" o:ole="">
            <v:imagedata r:id="rId2257" o:title=""/>
          </v:shape>
          <o:OLEObject Type="Embed" ProgID="Equation.DSMT4" ShapeID="_x0000_i2976" DrawAspect="Content" ObjectID="_1699836260" r:id="rId225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499" w:dyaOrig="660" w14:anchorId="3CF6D5D1">
          <v:shape id="_x0000_i2977" type="#_x0000_t75" style="width:25.2pt;height:33pt" o:ole="">
            <v:imagedata r:id="rId2259" o:title=""/>
          </v:shape>
          <o:OLEObject Type="Embed" ProgID="Equation.DSMT4" ShapeID="_x0000_i2977" DrawAspect="Content" ObjectID="_1699836261" r:id="rId226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620" w:dyaOrig="680" w14:anchorId="64758AAA">
          <v:shape id="_x0000_i2978" type="#_x0000_t75" style="width:31.2pt;height:34.2pt" o:ole="">
            <v:imagedata r:id="rId2261" o:title=""/>
          </v:shape>
          <o:OLEObject Type="Embed" ProgID="Equation.DSMT4" ShapeID="_x0000_i2978" DrawAspect="Content" ObjectID="_1699836262" r:id="rId226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780" w:dyaOrig="680" w14:anchorId="0C559080">
          <v:shape id="_x0000_i2979" type="#_x0000_t75" style="width:39pt;height:34.2pt" o:ole="">
            <v:imagedata r:id="rId2263" o:title=""/>
          </v:shape>
          <o:OLEObject Type="Embed" ProgID="Equation.DSMT4" ShapeID="_x0000_i2979" DrawAspect="Content" ObjectID="_1699836263" r:id="rId2264"/>
        </w:object>
      </w:r>
      <w:r w:rsidRPr="00B13C4C">
        <w:rPr>
          <w:rFonts w:ascii="Times New Roman" w:hAnsi="Times New Roman" w:cs="Times New Roman"/>
          <w:sz w:val="24"/>
          <w:szCs w:val="24"/>
        </w:rPr>
        <w:t>.</w:t>
      </w:r>
    </w:p>
    <w:p w14:paraId="66F4E33A" w14:textId="77777777" w:rsidR="00B13C4C" w:rsidRPr="00B13C4C" w:rsidRDefault="00B13C4C" w:rsidP="0068432A">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Hình vẽ nào sau đây (phần không bị gạch) minh họa cho tập </w:t>
      </w:r>
      <w:r w:rsidRPr="00B13C4C">
        <w:rPr>
          <w:rFonts w:ascii="Times New Roman" w:hAnsi="Times New Roman" w:cs="Times New Roman"/>
          <w:position w:val="-10"/>
          <w:sz w:val="24"/>
          <w:szCs w:val="24"/>
        </w:rPr>
        <w:object w:dxaOrig="520" w:dyaOrig="320" w14:anchorId="499531D3">
          <v:shape id="_x0000_i2980" type="#_x0000_t75" style="width:25.8pt;height:16.2pt" o:ole="">
            <v:imagedata r:id="rId2265" o:title=""/>
          </v:shape>
          <o:OLEObject Type="Embed" ProgID="Equation.DSMT4" ShapeID="_x0000_i2980" DrawAspect="Content" ObjectID="_1699836264" r:id="rId2266"/>
        </w:object>
      </w:r>
      <w:r w:rsidRPr="00B13C4C">
        <w:rPr>
          <w:rFonts w:ascii="Times New Roman" w:hAnsi="Times New Roman" w:cs="Times New Roman"/>
          <w:sz w:val="24"/>
          <w:szCs w:val="24"/>
        </w:rPr>
        <w:t>?</w:t>
      </w:r>
    </w:p>
    <w:p w14:paraId="5BBE1550"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noProof/>
          <w:sz w:val="24"/>
          <w:szCs w:val="24"/>
        </w:rPr>
        <w:drawing>
          <wp:inline distT="0" distB="0" distL="0" distR="0" wp14:anchorId="0189E70F" wp14:editId="2271E1AC">
            <wp:extent cx="2255520" cy="278031"/>
            <wp:effectExtent l="0" t="0" r="0"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7"/>
                    <a:stretch>
                      <a:fillRect/>
                    </a:stretch>
                  </pic:blipFill>
                  <pic:spPr>
                    <a:xfrm>
                      <a:off x="0" y="0"/>
                      <a:ext cx="2347579" cy="289379"/>
                    </a:xfrm>
                    <a:prstGeom prst="rect">
                      <a:avLst/>
                    </a:prstGeom>
                  </pic:spPr>
                </pic:pic>
              </a:graphicData>
            </a:graphic>
          </wp:inline>
        </w:drawing>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noProof/>
          <w:sz w:val="24"/>
          <w:szCs w:val="24"/>
        </w:rPr>
        <w:drawing>
          <wp:inline distT="0" distB="0" distL="0" distR="0" wp14:anchorId="05EB584F" wp14:editId="30A77EFE">
            <wp:extent cx="2491956" cy="342930"/>
            <wp:effectExtent l="0" t="0" r="381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8"/>
                    <a:stretch>
                      <a:fillRect/>
                    </a:stretch>
                  </pic:blipFill>
                  <pic:spPr>
                    <a:xfrm>
                      <a:off x="0" y="0"/>
                      <a:ext cx="2491956" cy="342930"/>
                    </a:xfrm>
                    <a:prstGeom prst="rect">
                      <a:avLst/>
                    </a:prstGeom>
                  </pic:spPr>
                </pic:pic>
              </a:graphicData>
            </a:graphic>
          </wp:inline>
        </w:drawing>
      </w:r>
    </w:p>
    <w:p w14:paraId="264497D3"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noProof/>
          <w:sz w:val="24"/>
          <w:szCs w:val="24"/>
        </w:rPr>
        <w:drawing>
          <wp:inline distT="0" distB="0" distL="0" distR="0" wp14:anchorId="24BF9F85" wp14:editId="665766DA">
            <wp:extent cx="2530059" cy="358171"/>
            <wp:effectExtent l="0" t="0" r="381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9"/>
                    <a:stretch>
                      <a:fillRect/>
                    </a:stretch>
                  </pic:blipFill>
                  <pic:spPr>
                    <a:xfrm>
                      <a:off x="0" y="0"/>
                      <a:ext cx="2530059" cy="358171"/>
                    </a:xfrm>
                    <a:prstGeom prst="rect">
                      <a:avLst/>
                    </a:prstGeom>
                  </pic:spPr>
                </pic:pic>
              </a:graphicData>
            </a:graphic>
          </wp:inline>
        </w:drawing>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noProof/>
          <w:sz w:val="24"/>
          <w:szCs w:val="24"/>
        </w:rPr>
        <w:drawing>
          <wp:inline distT="0" distB="0" distL="0" distR="0" wp14:anchorId="42119DDD" wp14:editId="38E1EF38">
            <wp:extent cx="2484335" cy="365792"/>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70"/>
                    <a:stretch>
                      <a:fillRect/>
                    </a:stretch>
                  </pic:blipFill>
                  <pic:spPr>
                    <a:xfrm>
                      <a:off x="0" y="0"/>
                      <a:ext cx="2484335" cy="365792"/>
                    </a:xfrm>
                    <a:prstGeom prst="rect">
                      <a:avLst/>
                    </a:prstGeom>
                  </pic:spPr>
                </pic:pic>
              </a:graphicData>
            </a:graphic>
          </wp:inline>
        </w:drawing>
      </w:r>
    </w:p>
    <w:p w14:paraId="30813380" w14:textId="77777777" w:rsidR="00B13C4C" w:rsidRPr="00B13C4C" w:rsidRDefault="00B13C4C" w:rsidP="0068432A">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hai tập hợp </w:t>
      </w:r>
      <w:r w:rsidRPr="00B13C4C">
        <w:rPr>
          <w:rFonts w:ascii="Times New Roman" w:hAnsi="Times New Roman" w:cs="Times New Roman"/>
          <w:position w:val="-10"/>
          <w:sz w:val="24"/>
          <w:szCs w:val="24"/>
        </w:rPr>
        <w:object w:dxaOrig="2180" w:dyaOrig="320" w14:anchorId="7BA555BF">
          <v:shape id="_x0000_i2981" type="#_x0000_t75" style="width:109.2pt;height:16.2pt" o:ole="">
            <v:imagedata r:id="rId2271" o:title=""/>
          </v:shape>
          <o:OLEObject Type="Embed" ProgID="Equation.DSMT4" ShapeID="_x0000_i2981" DrawAspect="Content" ObjectID="_1699836265" r:id="rId2272"/>
        </w:object>
      </w:r>
      <w:r w:rsidRPr="00B13C4C">
        <w:rPr>
          <w:rFonts w:ascii="Times New Roman" w:hAnsi="Times New Roman" w:cs="Times New Roman"/>
          <w:sz w:val="24"/>
          <w:szCs w:val="24"/>
        </w:rPr>
        <w:t xml:space="preserve">. Tập hợp </w:t>
      </w:r>
      <w:r w:rsidRPr="00B13C4C">
        <w:rPr>
          <w:rFonts w:ascii="Times New Roman" w:hAnsi="Times New Roman" w:cs="Times New Roman"/>
          <w:position w:val="-4"/>
          <w:sz w:val="24"/>
          <w:szCs w:val="24"/>
        </w:rPr>
        <w:object w:dxaOrig="660" w:dyaOrig="260" w14:anchorId="10D78863">
          <v:shape id="_x0000_i2982" type="#_x0000_t75" style="width:33pt;height:13.2pt" o:ole="">
            <v:imagedata r:id="rId2273" o:title=""/>
          </v:shape>
          <o:OLEObject Type="Embed" ProgID="Equation.DSMT4" ShapeID="_x0000_i2982" DrawAspect="Content" ObjectID="_1699836266" r:id="rId2274"/>
        </w:object>
      </w:r>
      <w:r w:rsidRPr="00B13C4C">
        <w:rPr>
          <w:rFonts w:ascii="Times New Roman" w:hAnsi="Times New Roman" w:cs="Times New Roman"/>
          <w:sz w:val="24"/>
          <w:szCs w:val="24"/>
        </w:rPr>
        <w:t xml:space="preserve"> có bao nhiêu phần tử là số nguyên?</w:t>
      </w:r>
    </w:p>
    <w:p w14:paraId="67A171AA"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6.</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7.</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4"/>
          <w:sz w:val="24"/>
          <w:szCs w:val="24"/>
        </w:rPr>
        <w:object w:dxaOrig="279" w:dyaOrig="260" w14:anchorId="3797E527">
          <v:shape id="_x0000_i2983" type="#_x0000_t75" style="width:13.8pt;height:13.2pt" o:ole="">
            <v:imagedata r:id="rId2275" o:title=""/>
          </v:shape>
          <o:OLEObject Type="Embed" ProgID="Equation.DSMT4" ShapeID="_x0000_i2983" DrawAspect="Content" ObjectID="_1699836267" r:id="rId227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5.</w:t>
      </w:r>
    </w:p>
    <w:p w14:paraId="3792817E" w14:textId="77777777" w:rsidR="00B13C4C" w:rsidRPr="00B13C4C" w:rsidRDefault="00B13C4C" w:rsidP="0068432A">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các phương trình sau, phương trình nào tương đương với phương trình </w:t>
      </w:r>
      <w:r w:rsidRPr="00B13C4C">
        <w:rPr>
          <w:rFonts w:ascii="Times New Roman" w:hAnsi="Times New Roman" w:cs="Times New Roman"/>
          <w:position w:val="-6"/>
          <w:sz w:val="24"/>
          <w:szCs w:val="24"/>
        </w:rPr>
        <w:object w:dxaOrig="680" w:dyaOrig="279" w14:anchorId="593EE2EE">
          <v:shape id="_x0000_i2984" type="#_x0000_t75" style="width:34.2pt;height:13.8pt" o:ole="">
            <v:imagedata r:id="rId2277" o:title=""/>
          </v:shape>
          <o:OLEObject Type="Embed" ProgID="Equation.DSMT4" ShapeID="_x0000_i2984" DrawAspect="Content" ObjectID="_1699836268" r:id="rId2278"/>
        </w:object>
      </w:r>
      <w:r w:rsidRPr="00B13C4C">
        <w:rPr>
          <w:rFonts w:ascii="Times New Roman" w:hAnsi="Times New Roman" w:cs="Times New Roman"/>
          <w:sz w:val="24"/>
          <w:szCs w:val="24"/>
        </w:rPr>
        <w:t xml:space="preserve"> </w:t>
      </w:r>
      <w:r w:rsidRPr="00B13C4C">
        <w:rPr>
          <w:rFonts w:ascii="Times New Roman" w:hAnsi="Times New Roman" w:cs="Times New Roman"/>
          <w:position w:val="-6"/>
          <w:sz w:val="24"/>
          <w:szCs w:val="24"/>
        </w:rPr>
        <w:object w:dxaOrig="320" w:dyaOrig="279" w14:anchorId="5C94B587">
          <v:shape id="_x0000_i2985" type="#_x0000_t75" style="width:16.2pt;height:13.8pt" o:ole="">
            <v:imagedata r:id="rId2279" o:title=""/>
          </v:shape>
          <o:OLEObject Type="Embed" ProgID="Equation.DSMT4" ShapeID="_x0000_i2985" DrawAspect="Content" ObjectID="_1699836269" r:id="rId2280"/>
        </w:object>
      </w:r>
    </w:p>
    <w:p w14:paraId="0A7E867C"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940" w:dyaOrig="620" w14:anchorId="5004D98E">
          <v:shape id="_x0000_i2986" type="#_x0000_t75" style="width:46.8pt;height:31.2pt" o:ole="">
            <v:imagedata r:id="rId2281" o:title=""/>
          </v:shape>
          <o:OLEObject Type="Embed" ProgID="Equation.DSMT4" ShapeID="_x0000_i2986" DrawAspect="Content" ObjectID="_1699836270" r:id="rId228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140" w:dyaOrig="320" w14:anchorId="651AEA6F">
          <v:shape id="_x0000_i2987" type="#_x0000_t75" style="width:57pt;height:16.2pt" o:ole="">
            <v:imagedata r:id="rId2283" o:title=""/>
          </v:shape>
          <o:OLEObject Type="Embed" ProgID="Equation.DSMT4" ShapeID="_x0000_i2987" DrawAspect="Content" ObjectID="_1699836271" r:id="rId228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940" w:dyaOrig="620" w14:anchorId="54A099F6">
          <v:shape id="_x0000_i2988" type="#_x0000_t75" style="width:46.8pt;height:31.2pt" o:ole="">
            <v:imagedata r:id="rId2285" o:title=""/>
          </v:shape>
          <o:OLEObject Type="Embed" ProgID="Equation.DSMT4" ShapeID="_x0000_i2988" DrawAspect="Content" ObjectID="_1699836272" r:id="rId228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1420" w:dyaOrig="620" w14:anchorId="303F52F3">
          <v:shape id="_x0000_i2989" type="#_x0000_t75" style="width:70.8pt;height:31.2pt" o:ole="">
            <v:imagedata r:id="rId2287" o:title=""/>
          </v:shape>
          <o:OLEObject Type="Embed" ProgID="Equation.DSMT4" ShapeID="_x0000_i2989" DrawAspect="Content" ObjectID="_1699836273" r:id="rId2288"/>
        </w:object>
      </w:r>
      <w:r w:rsidRPr="00B13C4C">
        <w:rPr>
          <w:rFonts w:ascii="Times New Roman" w:hAnsi="Times New Roman" w:cs="Times New Roman"/>
          <w:sz w:val="24"/>
          <w:szCs w:val="24"/>
        </w:rPr>
        <w:t>.</w:t>
      </w:r>
    </w:p>
    <w:p w14:paraId="32F9F001" w14:textId="77777777" w:rsidR="00B13C4C" w:rsidRPr="00B13C4C" w:rsidRDefault="00B13C4C" w:rsidP="0068432A">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Có bao nhiêu giá trị nguyên dương của tham số </w:t>
      </w:r>
      <w:r w:rsidRPr="00B13C4C">
        <w:rPr>
          <w:rFonts w:ascii="Times New Roman" w:hAnsi="Times New Roman" w:cs="Times New Roman"/>
          <w:position w:val="-6"/>
          <w:sz w:val="24"/>
          <w:szCs w:val="24"/>
        </w:rPr>
        <w:object w:dxaOrig="260" w:dyaOrig="220" w14:anchorId="085E134A">
          <v:shape id="_x0000_i2990" type="#_x0000_t75" style="width:13.2pt;height:10.8pt" o:ole="">
            <v:imagedata r:id="rId2289" o:title=""/>
          </v:shape>
          <o:OLEObject Type="Embed" ProgID="Equation.DSMT4" ShapeID="_x0000_i2990" DrawAspect="Content" ObjectID="_1699836274" r:id="rId2290"/>
        </w:object>
      </w:r>
      <w:r w:rsidRPr="00B13C4C">
        <w:rPr>
          <w:rFonts w:ascii="Times New Roman" w:hAnsi="Times New Roman" w:cs="Times New Roman"/>
          <w:sz w:val="24"/>
          <w:szCs w:val="24"/>
        </w:rPr>
        <w:t xml:space="preserve"> để phương trình </w:t>
      </w:r>
      <w:r w:rsidRPr="00B13C4C">
        <w:rPr>
          <w:rFonts w:ascii="Times New Roman" w:hAnsi="Times New Roman" w:cs="Times New Roman"/>
          <w:position w:val="-8"/>
          <w:sz w:val="24"/>
          <w:szCs w:val="24"/>
        </w:rPr>
        <w:object w:dxaOrig="2460" w:dyaOrig="400" w14:anchorId="1C16BDA6">
          <v:shape id="_x0000_i2991" type="#_x0000_t75" style="width:123pt;height:19.8pt" o:ole="">
            <v:imagedata r:id="rId2291" o:title=""/>
          </v:shape>
          <o:OLEObject Type="Embed" ProgID="Equation.DSMT4" ShapeID="_x0000_i2991" DrawAspect="Content" ObjectID="_1699836275" r:id="rId2292"/>
        </w:object>
      </w:r>
      <w:r w:rsidRPr="00B13C4C">
        <w:rPr>
          <w:rFonts w:ascii="Times New Roman" w:hAnsi="Times New Roman" w:cs="Times New Roman"/>
          <w:sz w:val="24"/>
          <w:szCs w:val="24"/>
        </w:rPr>
        <w:t xml:space="preserve"> </w:t>
      </w:r>
      <w:r w:rsidRPr="00B13C4C">
        <w:rPr>
          <w:rFonts w:ascii="Times New Roman" w:hAnsi="Times New Roman" w:cs="Times New Roman"/>
          <w:position w:val="-6"/>
          <w:sz w:val="24"/>
          <w:szCs w:val="24"/>
        </w:rPr>
        <w:object w:dxaOrig="600" w:dyaOrig="279" w14:anchorId="2F7652E3">
          <v:shape id="_x0000_i2992" type="#_x0000_t75" style="width:30pt;height:13.8pt" o:ole="">
            <v:imagedata r:id="rId2293" o:title=""/>
          </v:shape>
          <o:OLEObject Type="Embed" ProgID="Equation.DSMT4" ShapeID="_x0000_i2992" DrawAspect="Content" ObjectID="_1699836276" r:id="rId2294"/>
        </w:object>
      </w:r>
      <w:r w:rsidRPr="00B13C4C">
        <w:rPr>
          <w:rFonts w:ascii="Times New Roman" w:hAnsi="Times New Roman" w:cs="Times New Roman"/>
          <w:sz w:val="24"/>
          <w:szCs w:val="24"/>
        </w:rPr>
        <w:t xml:space="preserve"> có nghiệm.</w:t>
      </w:r>
    </w:p>
    <w:p w14:paraId="39792F9B"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6.</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5.</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4.</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200" w:dyaOrig="279" w14:anchorId="6956902D">
          <v:shape id="_x0000_i2993" type="#_x0000_t75" style="width:10.2pt;height:13.8pt" o:ole="">
            <v:imagedata r:id="rId2295" o:title=""/>
          </v:shape>
          <o:OLEObject Type="Embed" ProgID="Equation.DSMT4" ShapeID="_x0000_i2993" DrawAspect="Content" ObjectID="_1699836277" r:id="rId2296"/>
        </w:object>
      </w:r>
      <w:r w:rsidRPr="00B13C4C">
        <w:rPr>
          <w:rFonts w:ascii="Times New Roman" w:hAnsi="Times New Roman" w:cs="Times New Roman"/>
          <w:sz w:val="24"/>
          <w:szCs w:val="24"/>
        </w:rPr>
        <w:t>.</w:t>
      </w:r>
    </w:p>
    <w:p w14:paraId="79240D98" w14:textId="77777777" w:rsidR="00B13C4C" w:rsidRPr="00B13C4C" w:rsidRDefault="00B13C4C" w:rsidP="0068432A">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hình bình hành </w:t>
      </w:r>
      <w:r w:rsidRPr="00B13C4C">
        <w:rPr>
          <w:rFonts w:ascii="Times New Roman" w:hAnsi="Times New Roman" w:cs="Times New Roman"/>
          <w:position w:val="-6"/>
          <w:sz w:val="24"/>
          <w:szCs w:val="24"/>
        </w:rPr>
        <w:object w:dxaOrig="720" w:dyaOrig="279" w14:anchorId="38E5F3A7">
          <v:shape id="_x0000_i2994" type="#_x0000_t75" style="width:36pt;height:13.8pt" o:ole="">
            <v:imagedata r:id="rId2297" o:title=""/>
          </v:shape>
          <o:OLEObject Type="Embed" ProgID="Equation.DSMT4" ShapeID="_x0000_i2994" DrawAspect="Content" ObjectID="_1699836278" r:id="rId2298"/>
        </w:object>
      </w:r>
      <w:r w:rsidRPr="00B13C4C">
        <w:rPr>
          <w:rFonts w:ascii="Times New Roman" w:hAnsi="Times New Roman" w:cs="Times New Roman"/>
          <w:sz w:val="24"/>
          <w:szCs w:val="24"/>
        </w:rPr>
        <w:t>, chọn khẳng định đúng</w:t>
      </w:r>
    </w:p>
    <w:p w14:paraId="772A7A93"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1540" w:dyaOrig="340" w14:anchorId="68C11752">
          <v:shape id="_x0000_i2995" type="#_x0000_t75" style="width:76.8pt;height:16.8pt" o:ole="">
            <v:imagedata r:id="rId2299" o:title=""/>
          </v:shape>
          <o:OLEObject Type="Embed" ProgID="Equation.DSMT4" ShapeID="_x0000_i2995" DrawAspect="Content" ObjectID="_1699836279" r:id="rId230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999" w:dyaOrig="340" w14:anchorId="52A893D5">
          <v:shape id="_x0000_i2996" type="#_x0000_t75" style="width:49.8pt;height:16.8pt" o:ole="">
            <v:imagedata r:id="rId2301" o:title=""/>
          </v:shape>
          <o:OLEObject Type="Embed" ProgID="Equation.DSMT4" ShapeID="_x0000_i2996" DrawAspect="Content" ObjectID="_1699836280" r:id="rId230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960" w:dyaOrig="340" w14:anchorId="283C3390">
          <v:shape id="_x0000_i2997" type="#_x0000_t75" style="width:48pt;height:16.8pt" o:ole="">
            <v:imagedata r:id="rId2303" o:title=""/>
          </v:shape>
          <o:OLEObject Type="Embed" ProgID="Equation.DSMT4" ShapeID="_x0000_i2997" DrawAspect="Content" ObjectID="_1699836281" r:id="rId230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180" w:dyaOrig="380" w14:anchorId="2892E558">
          <v:shape id="_x0000_i2998" type="#_x0000_t75" style="width:58.8pt;height:19.2pt" o:ole="">
            <v:imagedata r:id="rId2305" o:title=""/>
          </v:shape>
          <o:OLEObject Type="Embed" ProgID="Equation.DSMT4" ShapeID="_x0000_i2998" DrawAspect="Content" ObjectID="_1699836282" r:id="rId2306"/>
        </w:object>
      </w:r>
      <w:r w:rsidRPr="00B13C4C">
        <w:rPr>
          <w:rFonts w:ascii="Times New Roman" w:hAnsi="Times New Roman" w:cs="Times New Roman"/>
          <w:sz w:val="24"/>
          <w:szCs w:val="24"/>
        </w:rPr>
        <w:t>.</w:t>
      </w:r>
    </w:p>
    <w:p w14:paraId="33AD4B12" w14:textId="77777777" w:rsidR="00B13C4C" w:rsidRPr="00B13C4C" w:rsidRDefault="00B13C4C" w:rsidP="0068432A">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hàm số </w:t>
      </w:r>
      <w:r w:rsidRPr="00B13C4C">
        <w:rPr>
          <w:rFonts w:ascii="Times New Roman" w:hAnsi="Times New Roman" w:cs="Times New Roman"/>
          <w:position w:val="-10"/>
          <w:sz w:val="24"/>
          <w:szCs w:val="24"/>
        </w:rPr>
        <w:object w:dxaOrig="1540" w:dyaOrig="360" w14:anchorId="26752621">
          <v:shape id="_x0000_i2999" type="#_x0000_t75" style="width:76.8pt;height:18pt" o:ole="">
            <v:imagedata r:id="rId2307" o:title=""/>
          </v:shape>
          <o:OLEObject Type="Embed" ProgID="Equation.DSMT4" ShapeID="_x0000_i2999" DrawAspect="Content" ObjectID="_1699836283" r:id="rId2308"/>
        </w:object>
      </w:r>
      <w:r w:rsidRPr="00B13C4C">
        <w:rPr>
          <w:rFonts w:ascii="Times New Roman" w:hAnsi="Times New Roman" w:cs="Times New Roman"/>
          <w:sz w:val="24"/>
          <w:szCs w:val="24"/>
        </w:rPr>
        <w:t xml:space="preserve"> có đồ thị như hình bên. Khẳng định nào sau đây đúng?</w:t>
      </w:r>
    </w:p>
    <w:p w14:paraId="1A25BA26" w14:textId="77777777" w:rsidR="00B13C4C" w:rsidRPr="00B13C4C" w:rsidRDefault="00B13C4C" w:rsidP="0068432A">
      <w:pPr>
        <w:ind w:left="992" w:hanging="992"/>
        <w:jc w:val="center"/>
        <w:rPr>
          <w:rFonts w:ascii="Times New Roman" w:hAnsi="Times New Roman" w:cs="Times New Roman"/>
          <w:sz w:val="24"/>
          <w:szCs w:val="24"/>
        </w:rPr>
      </w:pPr>
      <w:r w:rsidRPr="00B13C4C">
        <w:rPr>
          <w:rFonts w:ascii="Times New Roman" w:hAnsi="Times New Roman" w:cs="Times New Roman"/>
          <w:noProof/>
          <w:sz w:val="24"/>
          <w:szCs w:val="24"/>
        </w:rPr>
        <w:drawing>
          <wp:inline distT="0" distB="0" distL="0" distR="0" wp14:anchorId="4EA2F935" wp14:editId="5D3F3321">
            <wp:extent cx="1426284" cy="1409700"/>
            <wp:effectExtent l="0" t="0" r="254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09"/>
                    <a:stretch>
                      <a:fillRect/>
                    </a:stretch>
                  </pic:blipFill>
                  <pic:spPr>
                    <a:xfrm>
                      <a:off x="0" y="0"/>
                      <a:ext cx="1433364" cy="1416698"/>
                    </a:xfrm>
                    <a:prstGeom prst="rect">
                      <a:avLst/>
                    </a:prstGeom>
                  </pic:spPr>
                </pic:pic>
              </a:graphicData>
            </a:graphic>
          </wp:inline>
        </w:drawing>
      </w:r>
    </w:p>
    <w:p w14:paraId="3462F7A8"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660" w:dyaOrig="320" w14:anchorId="77448C90">
          <v:shape id="_x0000_i3000" type="#_x0000_t75" style="width:82.8pt;height:16.2pt" o:ole="">
            <v:imagedata r:id="rId2310" o:title=""/>
          </v:shape>
          <o:OLEObject Type="Embed" ProgID="Equation.DSMT4" ShapeID="_x0000_i3000" DrawAspect="Content" ObjectID="_1699836284" r:id="rId231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660" w:dyaOrig="320" w14:anchorId="1BD16295">
          <v:shape id="_x0000_i3001" type="#_x0000_t75" style="width:82.8pt;height:16.2pt" o:ole="">
            <v:imagedata r:id="rId2312" o:title=""/>
          </v:shape>
          <o:OLEObject Type="Embed" ProgID="Equation.DSMT4" ShapeID="_x0000_i3001" DrawAspect="Content" ObjectID="_1699836285" r:id="rId2313"/>
        </w:object>
      </w:r>
      <w:r w:rsidRPr="00B13C4C">
        <w:rPr>
          <w:rFonts w:ascii="Times New Roman" w:hAnsi="Times New Roman" w:cs="Times New Roman"/>
          <w:sz w:val="24"/>
          <w:szCs w:val="24"/>
        </w:rPr>
        <w:t>.</w:t>
      </w:r>
    </w:p>
    <w:p w14:paraId="53C3B62E"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660" w:dyaOrig="320" w14:anchorId="4ABFA1C1">
          <v:shape id="_x0000_i3002" type="#_x0000_t75" style="width:82.8pt;height:16.2pt" o:ole="">
            <v:imagedata r:id="rId2314" o:title=""/>
          </v:shape>
          <o:OLEObject Type="Embed" ProgID="Equation.DSMT4" ShapeID="_x0000_i3002" DrawAspect="Content" ObjectID="_1699836286" r:id="rId231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660" w:dyaOrig="320" w14:anchorId="34AD48B9">
          <v:shape id="_x0000_i3003" type="#_x0000_t75" style="width:82.8pt;height:16.2pt" o:ole="">
            <v:imagedata r:id="rId2316" o:title=""/>
          </v:shape>
          <o:OLEObject Type="Embed" ProgID="Equation.DSMT4" ShapeID="_x0000_i3003" DrawAspect="Content" ObjectID="_1699836287" r:id="rId2317"/>
        </w:object>
      </w:r>
      <w:r w:rsidRPr="00B13C4C">
        <w:rPr>
          <w:rFonts w:ascii="Times New Roman" w:hAnsi="Times New Roman" w:cs="Times New Roman"/>
          <w:sz w:val="24"/>
          <w:szCs w:val="24"/>
        </w:rPr>
        <w:t>.</w:t>
      </w:r>
    </w:p>
    <w:p w14:paraId="1630EDDC" w14:textId="77777777" w:rsidR="00B13C4C" w:rsidRPr="00B13C4C" w:rsidRDefault="00B13C4C" w:rsidP="0068432A">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phương trình </w:t>
      </w:r>
      <w:r w:rsidRPr="00B13C4C">
        <w:rPr>
          <w:rFonts w:ascii="Times New Roman" w:hAnsi="Times New Roman" w:cs="Times New Roman"/>
          <w:position w:val="-10"/>
          <w:sz w:val="24"/>
          <w:szCs w:val="24"/>
        </w:rPr>
        <w:object w:dxaOrig="2580" w:dyaOrig="360" w14:anchorId="76CBB25A">
          <v:shape id="_x0000_i3004" type="#_x0000_t75" style="width:129pt;height:18pt" o:ole="">
            <v:imagedata r:id="rId2318" o:title=""/>
          </v:shape>
          <o:OLEObject Type="Embed" ProgID="Equation.DSMT4" ShapeID="_x0000_i3004" DrawAspect="Content" ObjectID="_1699836288" r:id="rId2319"/>
        </w:object>
      </w:r>
      <w:r w:rsidRPr="00B13C4C">
        <w:rPr>
          <w:rFonts w:ascii="Times New Roman" w:hAnsi="Times New Roman" w:cs="Times New Roman"/>
          <w:sz w:val="24"/>
          <w:szCs w:val="24"/>
        </w:rPr>
        <w:t xml:space="preserve"> ( </w:t>
      </w:r>
      <w:r w:rsidRPr="00B13C4C">
        <w:rPr>
          <w:rFonts w:ascii="Times New Roman" w:hAnsi="Times New Roman" w:cs="Times New Roman"/>
          <w:position w:val="-6"/>
          <w:sz w:val="24"/>
          <w:szCs w:val="24"/>
        </w:rPr>
        <w:object w:dxaOrig="260" w:dyaOrig="220" w14:anchorId="7F861C08">
          <v:shape id="_x0000_i3005" type="#_x0000_t75" style="width:13.2pt;height:10.8pt" o:ole="">
            <v:imagedata r:id="rId2320" o:title=""/>
          </v:shape>
          <o:OLEObject Type="Embed" ProgID="Equation.DSMT4" ShapeID="_x0000_i3005" DrawAspect="Content" ObjectID="_1699836289" r:id="rId2321"/>
        </w:object>
      </w:r>
      <w:r w:rsidRPr="00B13C4C">
        <w:rPr>
          <w:rFonts w:ascii="Times New Roman" w:hAnsi="Times New Roman" w:cs="Times New Roman"/>
          <w:sz w:val="24"/>
          <w:szCs w:val="24"/>
        </w:rPr>
        <w:t xml:space="preserve"> là tham số). Gọi </w:t>
      </w:r>
      <w:r w:rsidRPr="00B13C4C">
        <w:rPr>
          <w:rFonts w:ascii="Times New Roman" w:hAnsi="Times New Roman" w:cs="Times New Roman"/>
          <w:position w:val="-12"/>
          <w:sz w:val="24"/>
          <w:szCs w:val="24"/>
        </w:rPr>
        <w:object w:dxaOrig="320" w:dyaOrig="360" w14:anchorId="56EE4A21">
          <v:shape id="_x0000_i3006" type="#_x0000_t75" style="width:16.2pt;height:18pt" o:ole="">
            <v:imagedata r:id="rId2322" o:title=""/>
          </v:shape>
          <o:OLEObject Type="Embed" ProgID="Equation.DSMT4" ShapeID="_x0000_i3006" DrawAspect="Content" ObjectID="_1699836290" r:id="rId2323"/>
        </w:object>
      </w:r>
      <w:r w:rsidRPr="00B13C4C">
        <w:rPr>
          <w:rFonts w:ascii="Times New Roman" w:hAnsi="Times New Roman" w:cs="Times New Roman"/>
          <w:sz w:val="24"/>
          <w:szCs w:val="24"/>
        </w:rPr>
        <w:t xml:space="preserve"> là giá trị của tham số </w:t>
      </w:r>
      <w:r w:rsidRPr="00B13C4C">
        <w:rPr>
          <w:rFonts w:ascii="Times New Roman" w:hAnsi="Times New Roman" w:cs="Times New Roman"/>
          <w:position w:val="-6"/>
          <w:sz w:val="24"/>
          <w:szCs w:val="24"/>
        </w:rPr>
        <w:object w:dxaOrig="260" w:dyaOrig="220" w14:anchorId="0E9EAB22">
          <v:shape id="_x0000_i3007" type="#_x0000_t75" style="width:13.2pt;height:10.8pt" o:ole="">
            <v:imagedata r:id="rId2324" o:title=""/>
          </v:shape>
          <o:OLEObject Type="Embed" ProgID="Equation.DSMT4" ShapeID="_x0000_i3007" DrawAspect="Content" ObjectID="_1699836291" r:id="rId2325"/>
        </w:object>
      </w:r>
      <w:r w:rsidRPr="00B13C4C">
        <w:rPr>
          <w:rFonts w:ascii="Times New Roman" w:hAnsi="Times New Roman" w:cs="Times New Roman"/>
          <w:sz w:val="24"/>
          <w:szCs w:val="24"/>
        </w:rPr>
        <w:t xml:space="preserve"> để phương trình có hai nghiệm </w:t>
      </w:r>
      <w:r w:rsidRPr="00B13C4C">
        <w:rPr>
          <w:rFonts w:ascii="Times New Roman" w:hAnsi="Times New Roman" w:cs="Times New Roman"/>
          <w:position w:val="-12"/>
          <w:sz w:val="24"/>
          <w:szCs w:val="24"/>
        </w:rPr>
        <w:object w:dxaOrig="540" w:dyaOrig="360" w14:anchorId="7817F457">
          <v:shape id="_x0000_i3008" type="#_x0000_t75" style="width:27pt;height:18pt" o:ole="">
            <v:imagedata r:id="rId2326" o:title=""/>
          </v:shape>
          <o:OLEObject Type="Embed" ProgID="Equation.DSMT4" ShapeID="_x0000_i3008" DrawAspect="Content" ObjectID="_1699836292" r:id="rId2327"/>
        </w:object>
      </w:r>
      <w:r w:rsidRPr="00B13C4C">
        <w:rPr>
          <w:rFonts w:ascii="Times New Roman" w:hAnsi="Times New Roman" w:cs="Times New Roman"/>
          <w:sz w:val="24"/>
          <w:szCs w:val="24"/>
        </w:rPr>
        <w:t xml:space="preserve"> thỏa hệ thức </w:t>
      </w:r>
      <w:r w:rsidRPr="00B13C4C">
        <w:rPr>
          <w:rFonts w:ascii="Times New Roman" w:hAnsi="Times New Roman" w:cs="Times New Roman"/>
          <w:position w:val="-12"/>
          <w:sz w:val="24"/>
          <w:szCs w:val="24"/>
        </w:rPr>
        <w:object w:dxaOrig="1640" w:dyaOrig="360" w14:anchorId="4A05A843">
          <v:shape id="_x0000_i3009" type="#_x0000_t75" style="width:82.2pt;height:18pt" o:ole="">
            <v:imagedata r:id="rId2328" o:title=""/>
          </v:shape>
          <o:OLEObject Type="Embed" ProgID="Equation.DSMT4" ShapeID="_x0000_i3009" DrawAspect="Content" ObjectID="_1699836293" r:id="rId2329"/>
        </w:object>
      </w:r>
      <w:r w:rsidRPr="00B13C4C">
        <w:rPr>
          <w:rFonts w:ascii="Times New Roman" w:hAnsi="Times New Roman" w:cs="Times New Roman"/>
          <w:sz w:val="24"/>
          <w:szCs w:val="24"/>
        </w:rPr>
        <w:t xml:space="preserve">. Hỏi </w:t>
      </w:r>
      <w:r w:rsidRPr="00B13C4C">
        <w:rPr>
          <w:rFonts w:ascii="Times New Roman" w:hAnsi="Times New Roman" w:cs="Times New Roman"/>
          <w:position w:val="-12"/>
          <w:sz w:val="24"/>
          <w:szCs w:val="24"/>
        </w:rPr>
        <w:object w:dxaOrig="320" w:dyaOrig="360" w14:anchorId="5614F984">
          <v:shape id="_x0000_i3010" type="#_x0000_t75" style="width:16.2pt;height:18pt" o:ole="">
            <v:imagedata r:id="rId2330" o:title=""/>
          </v:shape>
          <o:OLEObject Type="Embed" ProgID="Equation.DSMT4" ShapeID="_x0000_i3010" DrawAspect="Content" ObjectID="_1699836294" r:id="rId2331"/>
        </w:object>
      </w:r>
      <w:r w:rsidRPr="00B13C4C">
        <w:rPr>
          <w:rFonts w:ascii="Times New Roman" w:hAnsi="Times New Roman" w:cs="Times New Roman"/>
          <w:sz w:val="24"/>
          <w:szCs w:val="24"/>
        </w:rPr>
        <w:t xml:space="preserve"> thuộc khoảng nào sau đây?</w:t>
      </w:r>
    </w:p>
    <w:p w14:paraId="6E21E105"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680" w:dyaOrig="320" w14:anchorId="7DB51B5C">
          <v:shape id="_x0000_i3011" type="#_x0000_t75" style="width:34.2pt;height:16.2pt" o:ole="">
            <v:imagedata r:id="rId2332" o:title=""/>
          </v:shape>
          <o:OLEObject Type="Embed" ProgID="Equation.DSMT4" ShapeID="_x0000_i3011" DrawAspect="Content" ObjectID="_1699836295" r:id="rId233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499" w:dyaOrig="320" w14:anchorId="27E79388">
          <v:shape id="_x0000_i3012" type="#_x0000_t75" style="width:25.2pt;height:16.2pt" o:ole="">
            <v:imagedata r:id="rId2334" o:title=""/>
          </v:shape>
          <o:OLEObject Type="Embed" ProgID="Equation.DSMT4" ShapeID="_x0000_i3012" DrawAspect="Content" ObjectID="_1699836296" r:id="rId233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680" w:dyaOrig="320" w14:anchorId="7A138CAA">
          <v:shape id="_x0000_i3013" type="#_x0000_t75" style="width:34.2pt;height:16.2pt" o:ole="">
            <v:imagedata r:id="rId2336" o:title=""/>
          </v:shape>
          <o:OLEObject Type="Embed" ProgID="Equation.DSMT4" ShapeID="_x0000_i3013" DrawAspect="Content" ObjectID="_1699836297" r:id="rId233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560" w:dyaOrig="320" w14:anchorId="5B0841CE">
          <v:shape id="_x0000_i3014" type="#_x0000_t75" style="width:28.2pt;height:16.2pt" o:ole="">
            <v:imagedata r:id="rId2338" o:title=""/>
          </v:shape>
          <o:OLEObject Type="Embed" ProgID="Equation.DSMT4" ShapeID="_x0000_i3014" DrawAspect="Content" ObjectID="_1699836298" r:id="rId2339"/>
        </w:object>
      </w:r>
      <w:r w:rsidRPr="00B13C4C">
        <w:rPr>
          <w:rFonts w:ascii="Times New Roman" w:hAnsi="Times New Roman" w:cs="Times New Roman"/>
          <w:sz w:val="24"/>
          <w:szCs w:val="24"/>
        </w:rPr>
        <w:t>.</w:t>
      </w:r>
    </w:p>
    <w:p w14:paraId="24C25D53" w14:textId="77777777" w:rsidR="00B13C4C" w:rsidRPr="00B13C4C" w:rsidRDefault="00B13C4C" w:rsidP="0068432A">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hàm số bậc hai </w:t>
      </w:r>
      <w:r w:rsidRPr="00B13C4C">
        <w:rPr>
          <w:rFonts w:ascii="Times New Roman" w:hAnsi="Times New Roman" w:cs="Times New Roman"/>
          <w:position w:val="-10"/>
          <w:sz w:val="24"/>
          <w:szCs w:val="24"/>
        </w:rPr>
        <w:object w:dxaOrig="1880" w:dyaOrig="360" w14:anchorId="66D152FA">
          <v:shape id="_x0000_i3015" type="#_x0000_t75" style="width:94.2pt;height:18pt" o:ole="">
            <v:imagedata r:id="rId2340" o:title=""/>
          </v:shape>
          <o:OLEObject Type="Embed" ProgID="Equation.DSMT4" ShapeID="_x0000_i3015" DrawAspect="Content" ObjectID="_1699836299" r:id="rId2341"/>
        </w:object>
      </w:r>
      <w:r w:rsidRPr="00B13C4C">
        <w:rPr>
          <w:rFonts w:ascii="Times New Roman" w:hAnsi="Times New Roman" w:cs="Times New Roman"/>
          <w:sz w:val="24"/>
          <w:szCs w:val="24"/>
        </w:rPr>
        <w:t xml:space="preserve"> có bảng biến thiên như hình vẽ bên. Có bao nhiêu giá trị nguyên của tham số </w:t>
      </w:r>
      <w:r w:rsidRPr="00B13C4C">
        <w:rPr>
          <w:rFonts w:ascii="Times New Roman" w:hAnsi="Times New Roman" w:cs="Times New Roman"/>
          <w:position w:val="-6"/>
          <w:sz w:val="24"/>
          <w:szCs w:val="24"/>
        </w:rPr>
        <w:object w:dxaOrig="260" w:dyaOrig="220" w14:anchorId="0769242E">
          <v:shape id="_x0000_i3016" type="#_x0000_t75" style="width:13.2pt;height:10.8pt" o:ole="">
            <v:imagedata r:id="rId2342" o:title=""/>
          </v:shape>
          <o:OLEObject Type="Embed" ProgID="Equation.DSMT4" ShapeID="_x0000_i3016" DrawAspect="Content" ObjectID="_1699836300" r:id="rId2343"/>
        </w:object>
      </w:r>
      <w:r w:rsidRPr="00B13C4C">
        <w:rPr>
          <w:rFonts w:ascii="Times New Roman" w:hAnsi="Times New Roman" w:cs="Times New Roman"/>
          <w:sz w:val="24"/>
          <w:szCs w:val="24"/>
        </w:rPr>
        <w:t xml:space="preserve"> thuộc đoạn </w:t>
      </w:r>
      <w:r w:rsidRPr="00B13C4C">
        <w:rPr>
          <w:rFonts w:ascii="Times New Roman" w:hAnsi="Times New Roman" w:cs="Times New Roman"/>
          <w:position w:val="-10"/>
          <w:sz w:val="24"/>
          <w:szCs w:val="24"/>
        </w:rPr>
        <w:object w:dxaOrig="1400" w:dyaOrig="320" w14:anchorId="679DA6A4">
          <v:shape id="_x0000_i3017" type="#_x0000_t75" style="width:70.2pt;height:16.2pt" o:ole="">
            <v:imagedata r:id="rId2344" o:title=""/>
          </v:shape>
          <o:OLEObject Type="Embed" ProgID="Equation.DSMT4" ShapeID="_x0000_i3017" DrawAspect="Content" ObjectID="_1699836301" r:id="rId2345"/>
        </w:object>
      </w:r>
      <w:r w:rsidRPr="00B13C4C">
        <w:rPr>
          <w:rFonts w:ascii="Times New Roman" w:hAnsi="Times New Roman" w:cs="Times New Roman"/>
          <w:sz w:val="24"/>
          <w:szCs w:val="24"/>
        </w:rPr>
        <w:t xml:space="preserve"> để phương trình </w:t>
      </w:r>
      <w:r w:rsidRPr="00B13C4C">
        <w:rPr>
          <w:rFonts w:ascii="Times New Roman" w:hAnsi="Times New Roman" w:cs="Times New Roman"/>
          <w:position w:val="-10"/>
          <w:sz w:val="24"/>
          <w:szCs w:val="24"/>
        </w:rPr>
        <w:object w:dxaOrig="1060" w:dyaOrig="320" w14:anchorId="260EC8AE">
          <v:shape id="_x0000_i3018" type="#_x0000_t75" style="width:52.8pt;height:16.2pt" o:ole="">
            <v:imagedata r:id="rId2346" o:title=""/>
          </v:shape>
          <o:OLEObject Type="Embed" ProgID="Equation.DSMT4" ShapeID="_x0000_i3018" DrawAspect="Content" ObjectID="_1699836302" r:id="rId2347"/>
        </w:object>
      </w:r>
      <w:r w:rsidRPr="00B13C4C">
        <w:rPr>
          <w:rFonts w:ascii="Times New Roman" w:hAnsi="Times New Roman" w:cs="Times New Roman"/>
          <w:sz w:val="24"/>
          <w:szCs w:val="24"/>
        </w:rPr>
        <w:t xml:space="preserve"> có hai nghiệm?</w:t>
      </w:r>
    </w:p>
    <w:p w14:paraId="4F831131" w14:textId="77777777" w:rsidR="00B13C4C" w:rsidRPr="00B13C4C" w:rsidRDefault="00B13C4C" w:rsidP="0068432A">
      <w:pPr>
        <w:ind w:left="992" w:hanging="992"/>
        <w:jc w:val="center"/>
        <w:rPr>
          <w:rFonts w:ascii="Times New Roman" w:hAnsi="Times New Roman" w:cs="Times New Roman"/>
          <w:sz w:val="24"/>
          <w:szCs w:val="24"/>
        </w:rPr>
      </w:pPr>
      <w:r w:rsidRPr="00B13C4C">
        <w:rPr>
          <w:rFonts w:ascii="Times New Roman" w:hAnsi="Times New Roman" w:cs="Times New Roman"/>
          <w:noProof/>
          <w:sz w:val="24"/>
          <w:szCs w:val="24"/>
        </w:rPr>
        <w:lastRenderedPageBreak/>
        <w:drawing>
          <wp:inline distT="0" distB="0" distL="0" distR="0" wp14:anchorId="5C9960C3" wp14:editId="032208A3">
            <wp:extent cx="2812453" cy="1264920"/>
            <wp:effectExtent l="0" t="0" r="698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48"/>
                    <a:stretch>
                      <a:fillRect/>
                    </a:stretch>
                  </pic:blipFill>
                  <pic:spPr>
                    <a:xfrm>
                      <a:off x="0" y="0"/>
                      <a:ext cx="2831641" cy="1273550"/>
                    </a:xfrm>
                    <a:prstGeom prst="rect">
                      <a:avLst/>
                    </a:prstGeom>
                  </pic:spPr>
                </pic:pic>
              </a:graphicData>
            </a:graphic>
          </wp:inline>
        </w:drawing>
      </w:r>
    </w:p>
    <w:p w14:paraId="72376F0C"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2015.</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560" w:dyaOrig="279" w14:anchorId="203592A8">
          <v:shape id="_x0000_i3019" type="#_x0000_t75" style="width:28.2pt;height:13.8pt" o:ole="">
            <v:imagedata r:id="rId2349" o:title=""/>
          </v:shape>
          <o:OLEObject Type="Embed" ProgID="Equation.DSMT4" ShapeID="_x0000_i3019" DrawAspect="Content" ObjectID="_1699836303" r:id="rId235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2024.</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2016.</w:t>
      </w:r>
    </w:p>
    <w:p w14:paraId="53AC0EED" w14:textId="77777777" w:rsidR="00B13C4C" w:rsidRPr="00B13C4C" w:rsidRDefault="00B13C4C" w:rsidP="0068432A">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toạ độ </w:t>
      </w:r>
      <w:r w:rsidRPr="00B13C4C">
        <w:rPr>
          <w:rFonts w:ascii="Times New Roman" w:hAnsi="Times New Roman" w:cs="Times New Roman"/>
          <w:position w:val="-10"/>
          <w:sz w:val="24"/>
          <w:szCs w:val="24"/>
        </w:rPr>
        <w:object w:dxaOrig="460" w:dyaOrig="320" w14:anchorId="4247E988">
          <v:shape id="_x0000_i3020" type="#_x0000_t75" style="width:22.8pt;height:16.2pt" o:ole="">
            <v:imagedata r:id="rId2351" o:title=""/>
          </v:shape>
          <o:OLEObject Type="Embed" ProgID="Equation.DSMT4" ShapeID="_x0000_i3020" DrawAspect="Content" ObjectID="_1699836304" r:id="rId2352"/>
        </w:object>
      </w:r>
      <w:r w:rsidRPr="00B13C4C">
        <w:rPr>
          <w:rFonts w:ascii="Times New Roman" w:hAnsi="Times New Roman" w:cs="Times New Roman"/>
          <w:sz w:val="24"/>
          <w:szCs w:val="24"/>
        </w:rPr>
        <w:t xml:space="preserve">, cho tam giác </w:t>
      </w:r>
      <w:r w:rsidRPr="00B13C4C">
        <w:rPr>
          <w:rFonts w:ascii="Times New Roman" w:hAnsi="Times New Roman" w:cs="Times New Roman"/>
          <w:position w:val="-6"/>
          <w:sz w:val="24"/>
          <w:szCs w:val="24"/>
        </w:rPr>
        <w:object w:dxaOrig="560" w:dyaOrig="279" w14:anchorId="5BD6F094">
          <v:shape id="_x0000_i3021" type="#_x0000_t75" style="width:28.2pt;height:13.8pt" o:ole="">
            <v:imagedata r:id="rId2353" o:title=""/>
          </v:shape>
          <o:OLEObject Type="Embed" ProgID="Equation.DSMT4" ShapeID="_x0000_i3021" DrawAspect="Content" ObjectID="_1699836305" r:id="rId2354"/>
        </w:object>
      </w:r>
      <w:r w:rsidRPr="00B13C4C">
        <w:rPr>
          <w:rFonts w:ascii="Times New Roman" w:hAnsi="Times New Roman" w:cs="Times New Roman"/>
          <w:sz w:val="24"/>
          <w:szCs w:val="24"/>
        </w:rPr>
        <w:t xml:space="preserve"> có </w:t>
      </w:r>
      <w:r w:rsidRPr="00B13C4C">
        <w:rPr>
          <w:rFonts w:ascii="Times New Roman" w:hAnsi="Times New Roman" w:cs="Times New Roman"/>
          <w:position w:val="-10"/>
          <w:sz w:val="24"/>
          <w:szCs w:val="24"/>
        </w:rPr>
        <w:object w:dxaOrig="2400" w:dyaOrig="320" w14:anchorId="5FD8465D">
          <v:shape id="_x0000_i3022" type="#_x0000_t75" style="width:120pt;height:16.2pt" o:ole="">
            <v:imagedata r:id="rId2355" o:title=""/>
          </v:shape>
          <o:OLEObject Type="Embed" ProgID="Equation.DSMT4" ShapeID="_x0000_i3022" DrawAspect="Content" ObjectID="_1699836306" r:id="rId2356"/>
        </w:object>
      </w:r>
      <w:r w:rsidRPr="00B13C4C">
        <w:rPr>
          <w:rFonts w:ascii="Times New Roman" w:hAnsi="Times New Roman" w:cs="Times New Roman"/>
          <w:sz w:val="24"/>
          <w:szCs w:val="24"/>
        </w:rPr>
        <w:t xml:space="preserve">. Cho </w:t>
      </w:r>
      <w:r w:rsidRPr="00B13C4C">
        <w:rPr>
          <w:rFonts w:ascii="Times New Roman" w:hAnsi="Times New Roman" w:cs="Times New Roman"/>
          <w:position w:val="-10"/>
          <w:sz w:val="24"/>
          <w:szCs w:val="24"/>
        </w:rPr>
        <w:object w:dxaOrig="840" w:dyaOrig="320" w14:anchorId="07104D82">
          <v:shape id="_x0000_i3023" type="#_x0000_t75" style="width:42pt;height:16.2pt" o:ole="">
            <v:imagedata r:id="rId2357" o:title=""/>
          </v:shape>
          <o:OLEObject Type="Embed" ProgID="Equation.DSMT4" ShapeID="_x0000_i3023" DrawAspect="Content" ObjectID="_1699836307" r:id="rId2358"/>
        </w:object>
      </w:r>
      <w:r w:rsidRPr="00B13C4C">
        <w:rPr>
          <w:rFonts w:ascii="Times New Roman" w:hAnsi="Times New Roman" w:cs="Times New Roman"/>
          <w:sz w:val="24"/>
          <w:szCs w:val="24"/>
        </w:rPr>
        <w:t xml:space="preserve"> trên đoạn thẳng </w:t>
      </w:r>
      <w:r w:rsidRPr="00B13C4C">
        <w:rPr>
          <w:rFonts w:ascii="Times New Roman" w:hAnsi="Times New Roman" w:cs="Times New Roman"/>
          <w:position w:val="-6"/>
          <w:sz w:val="24"/>
          <w:szCs w:val="24"/>
        </w:rPr>
        <w:object w:dxaOrig="400" w:dyaOrig="279" w14:anchorId="177A2109">
          <v:shape id="_x0000_i3024" type="#_x0000_t75" style="width:19.8pt;height:13.8pt" o:ole="">
            <v:imagedata r:id="rId2359" o:title=""/>
          </v:shape>
          <o:OLEObject Type="Embed" ProgID="Equation.DSMT4" ShapeID="_x0000_i3024" DrawAspect="Content" ObjectID="_1699836308" r:id="rId2360"/>
        </w:object>
      </w:r>
      <w:r w:rsidRPr="00B13C4C">
        <w:rPr>
          <w:rFonts w:ascii="Times New Roman" w:hAnsi="Times New Roman" w:cs="Times New Roman"/>
          <w:sz w:val="24"/>
          <w:szCs w:val="24"/>
        </w:rPr>
        <w:t xml:space="preserve"> sao cho </w:t>
      </w:r>
      <w:r w:rsidRPr="00B13C4C">
        <w:rPr>
          <w:rFonts w:ascii="Times New Roman" w:hAnsi="Times New Roman" w:cs="Times New Roman"/>
          <w:position w:val="-12"/>
          <w:sz w:val="24"/>
          <w:szCs w:val="24"/>
        </w:rPr>
        <w:object w:dxaOrig="1340" w:dyaOrig="360" w14:anchorId="43522193">
          <v:shape id="_x0000_i3025" type="#_x0000_t75" style="width:67.2pt;height:18pt" o:ole="">
            <v:imagedata r:id="rId2361" o:title=""/>
          </v:shape>
          <o:OLEObject Type="Embed" ProgID="Equation.DSMT4" ShapeID="_x0000_i3025" DrawAspect="Content" ObjectID="_1699836309" r:id="rId2362"/>
        </w:object>
      </w:r>
      <w:r w:rsidRPr="00B13C4C">
        <w:rPr>
          <w:rFonts w:ascii="Times New Roman" w:hAnsi="Times New Roman" w:cs="Times New Roman"/>
          <w:sz w:val="24"/>
          <w:szCs w:val="24"/>
        </w:rPr>
        <w:t xml:space="preserve">. Khi đó </w:t>
      </w:r>
      <w:r w:rsidRPr="00B13C4C">
        <w:rPr>
          <w:rFonts w:ascii="Times New Roman" w:hAnsi="Times New Roman" w:cs="Times New Roman"/>
          <w:position w:val="-10"/>
          <w:sz w:val="24"/>
          <w:szCs w:val="24"/>
        </w:rPr>
        <w:object w:dxaOrig="720" w:dyaOrig="360" w14:anchorId="40DECCEF">
          <v:shape id="_x0000_i3026" type="#_x0000_t75" style="width:36pt;height:18pt" o:ole="">
            <v:imagedata r:id="rId2363" o:title=""/>
          </v:shape>
          <o:OLEObject Type="Embed" ProgID="Equation.DSMT4" ShapeID="_x0000_i3026" DrawAspect="Content" ObjectID="_1699836310" r:id="rId2364"/>
        </w:object>
      </w:r>
      <w:r w:rsidRPr="00B13C4C">
        <w:rPr>
          <w:rFonts w:ascii="Times New Roman" w:hAnsi="Times New Roman" w:cs="Times New Roman"/>
          <w:sz w:val="24"/>
          <w:szCs w:val="24"/>
        </w:rPr>
        <w:t xml:space="preserve"> bằng</w:t>
      </w:r>
    </w:p>
    <w:p w14:paraId="0AC585C6"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240" w:dyaOrig="620" w14:anchorId="3E68C012">
          <v:shape id="_x0000_i3027" type="#_x0000_t75" style="width:12pt;height:31.2pt" o:ole="">
            <v:imagedata r:id="rId2365" o:title=""/>
          </v:shape>
          <o:OLEObject Type="Embed" ProgID="Equation.DSMT4" ShapeID="_x0000_i3027" DrawAspect="Content" ObjectID="_1699836311" r:id="rId236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320" w:dyaOrig="620" w14:anchorId="539D44CF">
          <v:shape id="_x0000_i3028" type="#_x0000_t75" style="width:16.2pt;height:31.2pt" o:ole="">
            <v:imagedata r:id="rId2367" o:title=""/>
          </v:shape>
          <o:OLEObject Type="Embed" ProgID="Equation.DSMT4" ShapeID="_x0000_i3028" DrawAspect="Content" ObjectID="_1699836312" r:id="rId236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240" w:dyaOrig="620" w14:anchorId="5365A3F9">
          <v:shape id="_x0000_i3029" type="#_x0000_t75" style="width:12pt;height:31.2pt" o:ole="">
            <v:imagedata r:id="rId2369" o:title=""/>
          </v:shape>
          <o:OLEObject Type="Embed" ProgID="Equation.DSMT4" ShapeID="_x0000_i3029" DrawAspect="Content" ObjectID="_1699836313" r:id="rId237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400" w:dyaOrig="620" w14:anchorId="7D505B13">
          <v:shape id="_x0000_i3030" type="#_x0000_t75" style="width:19.8pt;height:31.2pt" o:ole="">
            <v:imagedata r:id="rId2371" o:title=""/>
          </v:shape>
          <o:OLEObject Type="Embed" ProgID="Equation.DSMT4" ShapeID="_x0000_i3030" DrawAspect="Content" ObjectID="_1699836314" r:id="rId2372"/>
        </w:object>
      </w:r>
      <w:r w:rsidRPr="00B13C4C">
        <w:rPr>
          <w:rFonts w:ascii="Times New Roman" w:hAnsi="Times New Roman" w:cs="Times New Roman"/>
          <w:sz w:val="24"/>
          <w:szCs w:val="24"/>
        </w:rPr>
        <w:t>.</w:t>
      </w:r>
    </w:p>
    <w:p w14:paraId="56A9B114" w14:textId="77777777" w:rsidR="00B13C4C" w:rsidRPr="00B13C4C" w:rsidRDefault="00B13C4C" w:rsidP="0068432A">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w:t>
      </w:r>
      <w:r w:rsidRPr="00B13C4C">
        <w:rPr>
          <w:rFonts w:ascii="Times New Roman" w:hAnsi="Times New Roman" w:cs="Times New Roman"/>
          <w:position w:val="-10"/>
          <w:sz w:val="24"/>
          <w:szCs w:val="24"/>
        </w:rPr>
        <w:object w:dxaOrig="460" w:dyaOrig="320" w14:anchorId="0EC2DD05">
          <v:shape id="_x0000_i3031" type="#_x0000_t75" style="width:22.8pt;height:16.2pt" o:ole="">
            <v:imagedata r:id="rId2373" o:title=""/>
          </v:shape>
          <o:OLEObject Type="Embed" ProgID="Equation.DSMT4" ShapeID="_x0000_i3031" DrawAspect="Content" ObjectID="_1699836315" r:id="rId2374"/>
        </w:object>
      </w:r>
      <w:r w:rsidRPr="00B13C4C">
        <w:rPr>
          <w:rFonts w:ascii="Times New Roman" w:hAnsi="Times New Roman" w:cs="Times New Roman"/>
          <w:sz w:val="24"/>
          <w:szCs w:val="24"/>
        </w:rPr>
        <w:t xml:space="preserve">, cho hai vecto </w:t>
      </w:r>
      <w:r w:rsidRPr="00B13C4C">
        <w:rPr>
          <w:rFonts w:ascii="Times New Roman" w:hAnsi="Times New Roman" w:cs="Times New Roman"/>
          <w:position w:val="-10"/>
          <w:sz w:val="24"/>
          <w:szCs w:val="24"/>
        </w:rPr>
        <w:object w:dxaOrig="2120" w:dyaOrig="380" w14:anchorId="64A5B8B2">
          <v:shape id="_x0000_i3032" type="#_x0000_t75" style="width:106.2pt;height:19.2pt" o:ole="">
            <v:imagedata r:id="rId2375" o:title=""/>
          </v:shape>
          <o:OLEObject Type="Embed" ProgID="Equation.DSMT4" ShapeID="_x0000_i3032" DrawAspect="Content" ObjectID="_1699836316" r:id="rId2376"/>
        </w:object>
      </w:r>
      <w:r w:rsidRPr="00B13C4C">
        <w:rPr>
          <w:rFonts w:ascii="Times New Roman" w:hAnsi="Times New Roman" w:cs="Times New Roman"/>
          <w:sz w:val="24"/>
          <w:szCs w:val="24"/>
        </w:rPr>
        <w:t xml:space="preserve">. Tính </w:t>
      </w:r>
      <w:r w:rsidRPr="00B13C4C">
        <w:rPr>
          <w:rFonts w:ascii="Times New Roman" w:hAnsi="Times New Roman" w:cs="Times New Roman"/>
          <w:position w:val="-6"/>
          <w:sz w:val="24"/>
          <w:szCs w:val="24"/>
        </w:rPr>
        <w:object w:dxaOrig="800" w:dyaOrig="340" w14:anchorId="44AB6120">
          <v:shape id="_x0000_i3033" type="#_x0000_t75" style="width:40.2pt;height:16.8pt" o:ole="">
            <v:imagedata r:id="rId2377" o:title=""/>
          </v:shape>
          <o:OLEObject Type="Embed" ProgID="Equation.DSMT4" ShapeID="_x0000_i3033" DrawAspect="Content" ObjectID="_1699836317" r:id="rId2378"/>
        </w:object>
      </w:r>
      <w:r w:rsidRPr="00B13C4C">
        <w:rPr>
          <w:rFonts w:ascii="Times New Roman" w:hAnsi="Times New Roman" w:cs="Times New Roman"/>
          <w:sz w:val="24"/>
          <w:szCs w:val="24"/>
        </w:rPr>
        <w:t>.</w:t>
      </w:r>
    </w:p>
    <w:p w14:paraId="46FB364A"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700" w:dyaOrig="320" w14:anchorId="7DB9E801">
          <v:shape id="_x0000_i3034" type="#_x0000_t75" style="width:34.8pt;height:16.2pt" o:ole="">
            <v:imagedata r:id="rId2379" o:title=""/>
          </v:shape>
          <o:OLEObject Type="Embed" ProgID="Equation.DSMT4" ShapeID="_x0000_i3034" DrawAspect="Content" ObjectID="_1699836318" r:id="rId238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680" w:dyaOrig="320" w14:anchorId="60067755">
          <v:shape id="_x0000_i3035" type="#_x0000_t75" style="width:34.2pt;height:16.2pt" o:ole="">
            <v:imagedata r:id="rId2381" o:title=""/>
          </v:shape>
          <o:OLEObject Type="Embed" ProgID="Equation.DSMT4" ShapeID="_x0000_i3035" DrawAspect="Content" ObjectID="_1699836319" r:id="rId238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680" w:dyaOrig="320" w14:anchorId="731CD337">
          <v:shape id="_x0000_i3036" type="#_x0000_t75" style="width:34.2pt;height:16.2pt" o:ole="">
            <v:imagedata r:id="rId2383" o:title=""/>
          </v:shape>
          <o:OLEObject Type="Embed" ProgID="Equation.DSMT4" ShapeID="_x0000_i3036" DrawAspect="Content" ObjectID="_1699836320" r:id="rId238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700" w:dyaOrig="320" w14:anchorId="33DFCEEE">
          <v:shape id="_x0000_i3037" type="#_x0000_t75" style="width:34.8pt;height:16.2pt" o:ole="">
            <v:imagedata r:id="rId2385" o:title=""/>
          </v:shape>
          <o:OLEObject Type="Embed" ProgID="Equation.DSMT4" ShapeID="_x0000_i3037" DrawAspect="Content" ObjectID="_1699836321" r:id="rId2386"/>
        </w:object>
      </w:r>
      <w:r w:rsidRPr="00B13C4C">
        <w:rPr>
          <w:rFonts w:ascii="Times New Roman" w:hAnsi="Times New Roman" w:cs="Times New Roman"/>
          <w:sz w:val="24"/>
          <w:szCs w:val="24"/>
        </w:rPr>
        <w:t>.</w:t>
      </w:r>
    </w:p>
    <w:p w14:paraId="2E5E8F8C" w14:textId="77777777" w:rsidR="00B13C4C" w:rsidRPr="00B13C4C" w:rsidRDefault="00B13C4C" w:rsidP="0068432A">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tam giác </w:t>
      </w:r>
      <w:r w:rsidRPr="00B13C4C">
        <w:rPr>
          <w:rFonts w:ascii="Times New Roman" w:hAnsi="Times New Roman" w:cs="Times New Roman"/>
          <w:position w:val="-6"/>
          <w:sz w:val="24"/>
          <w:szCs w:val="24"/>
        </w:rPr>
        <w:object w:dxaOrig="560" w:dyaOrig="279" w14:anchorId="2C12544F">
          <v:shape id="_x0000_i3038" type="#_x0000_t75" style="width:28.2pt;height:13.8pt" o:ole="">
            <v:imagedata r:id="rId2387" o:title=""/>
          </v:shape>
          <o:OLEObject Type="Embed" ProgID="Equation.DSMT4" ShapeID="_x0000_i3038" DrawAspect="Content" ObjectID="_1699836322" r:id="rId2388"/>
        </w:object>
      </w:r>
      <w:r w:rsidRPr="00B13C4C">
        <w:rPr>
          <w:rFonts w:ascii="Times New Roman" w:hAnsi="Times New Roman" w:cs="Times New Roman"/>
          <w:sz w:val="24"/>
          <w:szCs w:val="24"/>
        </w:rPr>
        <w:t xml:space="preserve">, có thể xác định được bao nhiêu véctơ (khác véctơ không) có điểm đầu và điểm cuối là các đỉnh </w:t>
      </w:r>
      <w:r w:rsidRPr="00B13C4C">
        <w:rPr>
          <w:rFonts w:ascii="Times New Roman" w:hAnsi="Times New Roman" w:cs="Times New Roman"/>
          <w:position w:val="-10"/>
          <w:sz w:val="24"/>
          <w:szCs w:val="24"/>
        </w:rPr>
        <w:object w:dxaOrig="740" w:dyaOrig="320" w14:anchorId="563917FD">
          <v:shape id="_x0000_i3039" type="#_x0000_t75" style="width:37.2pt;height:16.2pt" o:ole="">
            <v:imagedata r:id="rId2389" o:title=""/>
          </v:shape>
          <o:OLEObject Type="Embed" ProgID="Equation.DSMT4" ShapeID="_x0000_i3039" DrawAspect="Content" ObjectID="_1699836323" r:id="rId2390"/>
        </w:object>
      </w:r>
      <w:r w:rsidRPr="00B13C4C">
        <w:rPr>
          <w:rFonts w:ascii="Times New Roman" w:hAnsi="Times New Roman" w:cs="Times New Roman"/>
          <w:sz w:val="24"/>
          <w:szCs w:val="24"/>
        </w:rPr>
        <w:t>?</w:t>
      </w:r>
    </w:p>
    <w:p w14:paraId="7CB5BF74"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6.</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3.</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4.</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5.</w:t>
      </w:r>
    </w:p>
    <w:p w14:paraId="637EBDEC" w14:textId="77777777" w:rsidR="00B13C4C" w:rsidRPr="00B13C4C" w:rsidRDefault="00B13C4C" w:rsidP="0068432A">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Số giao điểm của hai đồ thị hàm số </w:t>
      </w:r>
      <w:r w:rsidRPr="00B13C4C">
        <w:rPr>
          <w:rFonts w:ascii="Times New Roman" w:hAnsi="Times New Roman" w:cs="Times New Roman"/>
          <w:position w:val="-10"/>
          <w:sz w:val="24"/>
          <w:szCs w:val="24"/>
        </w:rPr>
        <w:object w:dxaOrig="1420" w:dyaOrig="360" w14:anchorId="675A3513">
          <v:shape id="_x0000_i3040" type="#_x0000_t75" style="width:70.8pt;height:18pt" o:ole="">
            <v:imagedata r:id="rId2391" o:title=""/>
          </v:shape>
          <o:OLEObject Type="Embed" ProgID="Equation.DSMT4" ShapeID="_x0000_i3040" DrawAspect="Content" ObjectID="_1699836324" r:id="rId2392"/>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980" w:dyaOrig="320" w14:anchorId="0AB316E3">
          <v:shape id="_x0000_i3041" type="#_x0000_t75" style="width:49.2pt;height:16.2pt" o:ole="">
            <v:imagedata r:id="rId2393" o:title=""/>
          </v:shape>
          <o:OLEObject Type="Embed" ProgID="Equation.DSMT4" ShapeID="_x0000_i3041" DrawAspect="Content" ObjectID="_1699836325" r:id="rId2394"/>
        </w:object>
      </w:r>
      <w:r w:rsidRPr="00B13C4C">
        <w:rPr>
          <w:rFonts w:ascii="Times New Roman" w:hAnsi="Times New Roman" w:cs="Times New Roman"/>
          <w:sz w:val="24"/>
          <w:szCs w:val="24"/>
        </w:rPr>
        <w:t xml:space="preserve"> là</w:t>
      </w:r>
    </w:p>
    <w:p w14:paraId="1048FF72"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1.</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3.</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0.</w:t>
      </w:r>
    </w:p>
    <w:p w14:paraId="5B7C83CA" w14:textId="77777777" w:rsidR="00B13C4C" w:rsidRPr="00B13C4C" w:rsidRDefault="00B13C4C" w:rsidP="0068432A">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w:t>
      </w:r>
      <w:r w:rsidRPr="00B13C4C">
        <w:rPr>
          <w:rFonts w:ascii="Times New Roman" w:hAnsi="Times New Roman" w:cs="Times New Roman"/>
          <w:position w:val="-10"/>
          <w:sz w:val="24"/>
          <w:szCs w:val="24"/>
        </w:rPr>
        <w:object w:dxaOrig="480" w:dyaOrig="320" w14:anchorId="1381B50B">
          <v:shape id="_x0000_i3042" type="#_x0000_t75" style="width:24pt;height:16.2pt" o:ole="">
            <v:imagedata r:id="rId2395" o:title=""/>
          </v:shape>
          <o:OLEObject Type="Embed" ProgID="Equation.DSMT4" ShapeID="_x0000_i3042" DrawAspect="Content" ObjectID="_1699836326" r:id="rId2396"/>
        </w:object>
      </w:r>
      <w:r w:rsidRPr="00B13C4C">
        <w:rPr>
          <w:rFonts w:ascii="Times New Roman" w:hAnsi="Times New Roman" w:cs="Times New Roman"/>
          <w:sz w:val="24"/>
          <w:szCs w:val="24"/>
        </w:rPr>
        <w:t xml:space="preserve"> là hai tập hợp bất kì. Phần tô đen trong hình vẽ bên là tập hợp nào sau đây?</w:t>
      </w:r>
    </w:p>
    <w:p w14:paraId="52D8D23F" w14:textId="77777777" w:rsidR="00B13C4C" w:rsidRPr="00B13C4C" w:rsidRDefault="00B13C4C" w:rsidP="0068432A">
      <w:pPr>
        <w:ind w:left="992" w:hanging="992"/>
        <w:jc w:val="center"/>
        <w:rPr>
          <w:rFonts w:ascii="Times New Roman" w:hAnsi="Times New Roman" w:cs="Times New Roman"/>
          <w:sz w:val="24"/>
          <w:szCs w:val="24"/>
        </w:rPr>
      </w:pPr>
      <w:r w:rsidRPr="00B13C4C">
        <w:rPr>
          <w:rFonts w:ascii="Times New Roman" w:hAnsi="Times New Roman" w:cs="Times New Roman"/>
          <w:noProof/>
          <w:sz w:val="24"/>
          <w:szCs w:val="24"/>
        </w:rPr>
        <w:drawing>
          <wp:inline distT="0" distB="0" distL="0" distR="0" wp14:anchorId="4BB208FD" wp14:editId="080FBF76">
            <wp:extent cx="1348740" cy="972728"/>
            <wp:effectExtent l="0" t="0" r="381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97"/>
                    <a:stretch>
                      <a:fillRect/>
                    </a:stretch>
                  </pic:blipFill>
                  <pic:spPr>
                    <a:xfrm>
                      <a:off x="0" y="0"/>
                      <a:ext cx="1350595" cy="974066"/>
                    </a:xfrm>
                    <a:prstGeom prst="rect">
                      <a:avLst/>
                    </a:prstGeom>
                  </pic:spPr>
                </pic:pic>
              </a:graphicData>
            </a:graphic>
          </wp:inline>
        </w:drawing>
      </w:r>
    </w:p>
    <w:p w14:paraId="63068A02"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4"/>
          <w:sz w:val="24"/>
          <w:szCs w:val="24"/>
        </w:rPr>
        <w:object w:dxaOrig="660" w:dyaOrig="260" w14:anchorId="720B31C6">
          <v:shape id="_x0000_i3043" type="#_x0000_t75" style="width:33pt;height:13.2pt" o:ole="">
            <v:imagedata r:id="rId2398" o:title=""/>
          </v:shape>
          <o:OLEObject Type="Embed" ProgID="Equation.DSMT4" ShapeID="_x0000_i3043" DrawAspect="Content" ObjectID="_1699836327" r:id="rId239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560" w:dyaOrig="279" w14:anchorId="32815D69">
          <v:shape id="_x0000_i3044" type="#_x0000_t75" style="width:28.2pt;height:13.8pt" o:ole="">
            <v:imagedata r:id="rId2400" o:title=""/>
          </v:shape>
          <o:OLEObject Type="Embed" ProgID="Equation.DSMT4" ShapeID="_x0000_i3044" DrawAspect="Content" ObjectID="_1699836328" r:id="rId240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4"/>
          <w:sz w:val="24"/>
          <w:szCs w:val="24"/>
        </w:rPr>
        <w:object w:dxaOrig="660" w:dyaOrig="260" w14:anchorId="27E94EF3">
          <v:shape id="_x0000_i3045" type="#_x0000_t75" style="width:33pt;height:13.2pt" o:ole="">
            <v:imagedata r:id="rId2402" o:title=""/>
          </v:shape>
          <o:OLEObject Type="Embed" ProgID="Equation.DSMT4" ShapeID="_x0000_i3045" DrawAspect="Content" ObjectID="_1699836329" r:id="rId240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560" w:dyaOrig="279" w14:anchorId="3C8696E5">
          <v:shape id="_x0000_i3046" type="#_x0000_t75" style="width:28.2pt;height:13.8pt" o:ole="">
            <v:imagedata r:id="rId2404" o:title=""/>
          </v:shape>
          <o:OLEObject Type="Embed" ProgID="Equation.DSMT4" ShapeID="_x0000_i3046" DrawAspect="Content" ObjectID="_1699836330" r:id="rId2405"/>
        </w:object>
      </w:r>
      <w:r w:rsidRPr="00B13C4C">
        <w:rPr>
          <w:rFonts w:ascii="Times New Roman" w:hAnsi="Times New Roman" w:cs="Times New Roman"/>
          <w:sz w:val="24"/>
          <w:szCs w:val="24"/>
        </w:rPr>
        <w:t>.</w:t>
      </w:r>
    </w:p>
    <w:p w14:paraId="0CE967BD" w14:textId="77777777" w:rsidR="00B13C4C" w:rsidRPr="00B13C4C" w:rsidRDefault="00B13C4C" w:rsidP="0068432A">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đồ thị hàm số bậc hai </w:t>
      </w:r>
      <w:r w:rsidRPr="00B13C4C">
        <w:rPr>
          <w:rFonts w:ascii="Times New Roman" w:hAnsi="Times New Roman" w:cs="Times New Roman"/>
          <w:position w:val="-10"/>
          <w:sz w:val="24"/>
          <w:szCs w:val="24"/>
        </w:rPr>
        <w:object w:dxaOrig="2820" w:dyaOrig="360" w14:anchorId="1257A822">
          <v:shape id="_x0000_i3047" type="#_x0000_t75" style="width:141pt;height:18pt" o:ole="">
            <v:imagedata r:id="rId2406" o:title=""/>
          </v:shape>
          <o:OLEObject Type="Embed" ProgID="Equation.DSMT4" ShapeID="_x0000_i3047" DrawAspect="Content" ObjectID="_1699836331" r:id="rId2407"/>
        </w:object>
      </w:r>
      <w:r w:rsidRPr="00B13C4C">
        <w:rPr>
          <w:rFonts w:ascii="Times New Roman" w:hAnsi="Times New Roman" w:cs="Times New Roman"/>
          <w:sz w:val="24"/>
          <w:szCs w:val="24"/>
        </w:rPr>
        <w:t xml:space="preserve"> như hình vẽ bên. Phương trình </w:t>
      </w:r>
      <w:r w:rsidRPr="00B13C4C">
        <w:rPr>
          <w:rFonts w:ascii="Times New Roman" w:hAnsi="Times New Roman" w:cs="Times New Roman"/>
          <w:position w:val="-16"/>
          <w:sz w:val="24"/>
          <w:szCs w:val="24"/>
        </w:rPr>
        <w:object w:dxaOrig="1939" w:dyaOrig="440" w14:anchorId="47D9EB21">
          <v:shape id="_x0000_i3048" type="#_x0000_t75" style="width:97.2pt;height:22.2pt" o:ole="">
            <v:imagedata r:id="rId2408" o:title=""/>
          </v:shape>
          <o:OLEObject Type="Embed" ProgID="Equation.DSMT4" ShapeID="_x0000_i3048" DrawAspect="Content" ObjectID="_1699836332" r:id="rId2409"/>
        </w:object>
      </w:r>
      <w:r w:rsidRPr="00B13C4C">
        <w:rPr>
          <w:rFonts w:ascii="Times New Roman" w:hAnsi="Times New Roman" w:cs="Times New Roman"/>
          <w:sz w:val="24"/>
          <w:szCs w:val="24"/>
        </w:rPr>
        <w:t xml:space="preserve"> có bao nhiêu nghiệm</w:t>
      </w:r>
    </w:p>
    <w:p w14:paraId="713D7E8C" w14:textId="77777777" w:rsidR="00B13C4C" w:rsidRPr="00B13C4C" w:rsidRDefault="00B13C4C" w:rsidP="0068432A">
      <w:pPr>
        <w:ind w:left="992" w:hanging="992"/>
        <w:jc w:val="center"/>
        <w:rPr>
          <w:rFonts w:ascii="Times New Roman" w:hAnsi="Times New Roman" w:cs="Times New Roman"/>
          <w:sz w:val="24"/>
          <w:szCs w:val="24"/>
        </w:rPr>
      </w:pPr>
      <w:r w:rsidRPr="00B13C4C">
        <w:rPr>
          <w:rFonts w:ascii="Times New Roman" w:hAnsi="Times New Roman" w:cs="Times New Roman"/>
          <w:noProof/>
          <w:sz w:val="24"/>
          <w:szCs w:val="24"/>
        </w:rPr>
        <w:drawing>
          <wp:inline distT="0" distB="0" distL="0" distR="0" wp14:anchorId="5F30CB69" wp14:editId="6DF8682A">
            <wp:extent cx="1226820" cy="1291391"/>
            <wp:effectExtent l="0" t="0" r="0"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10"/>
                    <a:stretch>
                      <a:fillRect/>
                    </a:stretch>
                  </pic:blipFill>
                  <pic:spPr>
                    <a:xfrm>
                      <a:off x="0" y="0"/>
                      <a:ext cx="1227861" cy="1292486"/>
                    </a:xfrm>
                    <a:prstGeom prst="rect">
                      <a:avLst/>
                    </a:prstGeom>
                  </pic:spPr>
                </pic:pic>
              </a:graphicData>
            </a:graphic>
          </wp:inline>
        </w:drawing>
      </w:r>
    </w:p>
    <w:p w14:paraId="5F2CA63C"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0.</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1.</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4"/>
          <w:sz w:val="24"/>
          <w:szCs w:val="24"/>
        </w:rPr>
        <w:object w:dxaOrig="200" w:dyaOrig="260" w14:anchorId="0E1E3578">
          <v:shape id="_x0000_i3049" type="#_x0000_t75" style="width:10.2pt;height:13.2pt" o:ole="">
            <v:imagedata r:id="rId2411" o:title=""/>
          </v:shape>
          <o:OLEObject Type="Embed" ProgID="Equation.DSMT4" ShapeID="_x0000_i3049" DrawAspect="Content" ObjectID="_1699836333" r:id="rId241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3.</w:t>
      </w:r>
    </w:p>
    <w:p w14:paraId="4EF242DB" w14:textId="77777777" w:rsidR="00B13C4C" w:rsidRPr="00B13C4C" w:rsidRDefault="00B13C4C" w:rsidP="0068432A">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Xác định parabol </w:t>
      </w:r>
      <w:r w:rsidRPr="00B13C4C">
        <w:rPr>
          <w:rFonts w:ascii="Times New Roman" w:hAnsi="Times New Roman" w:cs="Times New Roman"/>
          <w:position w:val="-10"/>
          <w:sz w:val="24"/>
          <w:szCs w:val="24"/>
        </w:rPr>
        <w:object w:dxaOrig="2580" w:dyaOrig="360" w14:anchorId="37F60653">
          <v:shape id="_x0000_i3050" type="#_x0000_t75" style="width:129pt;height:18pt" o:ole="">
            <v:imagedata r:id="rId2413" o:title=""/>
          </v:shape>
          <o:OLEObject Type="Embed" ProgID="Equation.DSMT4" ShapeID="_x0000_i3050" DrawAspect="Content" ObjectID="_1699836334" r:id="rId2414"/>
        </w:object>
      </w:r>
      <w:r w:rsidRPr="00B13C4C">
        <w:rPr>
          <w:rFonts w:ascii="Times New Roman" w:hAnsi="Times New Roman" w:cs="Times New Roman"/>
          <w:sz w:val="24"/>
          <w:szCs w:val="24"/>
        </w:rPr>
        <w:t xml:space="preserve"> biết </w:t>
      </w:r>
      <w:r w:rsidRPr="00B13C4C">
        <w:rPr>
          <w:rFonts w:ascii="Times New Roman" w:hAnsi="Times New Roman" w:cs="Times New Roman"/>
          <w:position w:val="-10"/>
          <w:sz w:val="24"/>
          <w:szCs w:val="24"/>
        </w:rPr>
        <w:object w:dxaOrig="400" w:dyaOrig="320" w14:anchorId="745D6DCC">
          <v:shape id="_x0000_i3051" type="#_x0000_t75" style="width:19.8pt;height:16.2pt" o:ole="">
            <v:imagedata r:id="rId2415" o:title=""/>
          </v:shape>
          <o:OLEObject Type="Embed" ProgID="Equation.DSMT4" ShapeID="_x0000_i3051" DrawAspect="Content" ObjectID="_1699836335" r:id="rId2416"/>
        </w:object>
      </w:r>
      <w:r w:rsidRPr="00B13C4C">
        <w:rPr>
          <w:rFonts w:ascii="Times New Roman" w:hAnsi="Times New Roman" w:cs="Times New Roman"/>
          <w:sz w:val="24"/>
          <w:szCs w:val="24"/>
        </w:rPr>
        <w:t xml:space="preserve"> đi qua điểm </w:t>
      </w:r>
      <w:r w:rsidRPr="00B13C4C">
        <w:rPr>
          <w:rFonts w:ascii="Times New Roman" w:hAnsi="Times New Roman" w:cs="Times New Roman"/>
          <w:position w:val="-10"/>
          <w:sz w:val="24"/>
          <w:szCs w:val="24"/>
        </w:rPr>
        <w:object w:dxaOrig="800" w:dyaOrig="320" w14:anchorId="3F4A2E89">
          <v:shape id="_x0000_i3052" type="#_x0000_t75" style="width:40.2pt;height:16.2pt" o:ole="">
            <v:imagedata r:id="rId2417" o:title=""/>
          </v:shape>
          <o:OLEObject Type="Embed" ProgID="Equation.DSMT4" ShapeID="_x0000_i3052" DrawAspect="Content" ObjectID="_1699836336" r:id="rId2418"/>
        </w:object>
      </w:r>
      <w:r w:rsidRPr="00B13C4C">
        <w:rPr>
          <w:rFonts w:ascii="Times New Roman" w:hAnsi="Times New Roman" w:cs="Times New Roman"/>
          <w:sz w:val="24"/>
          <w:szCs w:val="24"/>
        </w:rPr>
        <w:t xml:space="preserve"> và có đỉnh </w:t>
      </w:r>
      <w:r w:rsidRPr="00B13C4C">
        <w:rPr>
          <w:rFonts w:ascii="Times New Roman" w:hAnsi="Times New Roman" w:cs="Times New Roman"/>
          <w:position w:val="-10"/>
          <w:sz w:val="24"/>
          <w:szCs w:val="24"/>
        </w:rPr>
        <w:object w:dxaOrig="800" w:dyaOrig="320" w14:anchorId="1BE80853">
          <v:shape id="_x0000_i3053" type="#_x0000_t75" style="width:40.2pt;height:16.2pt" o:ole="">
            <v:imagedata r:id="rId2419" o:title=""/>
          </v:shape>
          <o:OLEObject Type="Embed" ProgID="Equation.DSMT4" ShapeID="_x0000_i3053" DrawAspect="Content" ObjectID="_1699836337" r:id="rId2420"/>
        </w:object>
      </w:r>
    </w:p>
    <w:p w14:paraId="3EFBBD73"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2200" w:dyaOrig="620" w14:anchorId="2F9427BA">
          <v:shape id="_x0000_i3054" type="#_x0000_t75" style="width:109.8pt;height:31.2pt" o:ole="">
            <v:imagedata r:id="rId2421" o:title=""/>
          </v:shape>
          <o:OLEObject Type="Embed" ProgID="Equation.DSMT4" ShapeID="_x0000_i3054" DrawAspect="Content" ObjectID="_1699836338" r:id="rId242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2360" w:dyaOrig="620" w14:anchorId="61C4E0A9">
          <v:shape id="_x0000_i3055" type="#_x0000_t75" style="width:118.2pt;height:31.2pt" o:ole="">
            <v:imagedata r:id="rId2423" o:title=""/>
          </v:shape>
          <o:OLEObject Type="Embed" ProgID="Equation.DSMT4" ShapeID="_x0000_i3055" DrawAspect="Content" ObjectID="_1699836339" r:id="rId2424"/>
        </w:object>
      </w:r>
      <w:r w:rsidRPr="00B13C4C">
        <w:rPr>
          <w:rFonts w:ascii="Times New Roman" w:hAnsi="Times New Roman" w:cs="Times New Roman"/>
          <w:sz w:val="24"/>
          <w:szCs w:val="24"/>
        </w:rPr>
        <w:t>.</w:t>
      </w:r>
    </w:p>
    <w:p w14:paraId="5A9FC236"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2200" w:dyaOrig="620" w14:anchorId="58EBA848">
          <v:shape id="_x0000_i3056" type="#_x0000_t75" style="width:109.8pt;height:31.2pt" o:ole="">
            <v:imagedata r:id="rId2425" o:title=""/>
          </v:shape>
          <o:OLEObject Type="Embed" ProgID="Equation.DSMT4" ShapeID="_x0000_i3056" DrawAspect="Content" ObjectID="_1699836340" r:id="rId242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2240" w:dyaOrig="660" w14:anchorId="63A3B9C8">
          <v:shape id="_x0000_i3057" type="#_x0000_t75" style="width:112.2pt;height:33pt" o:ole="">
            <v:imagedata r:id="rId2427" o:title=""/>
          </v:shape>
          <o:OLEObject Type="Embed" ProgID="Equation.DSMT4" ShapeID="_x0000_i3057" DrawAspect="Content" ObjectID="_1699836341" r:id="rId2428"/>
        </w:object>
      </w:r>
      <w:r w:rsidRPr="00B13C4C">
        <w:rPr>
          <w:rFonts w:ascii="Times New Roman" w:hAnsi="Times New Roman" w:cs="Times New Roman"/>
          <w:sz w:val="24"/>
          <w:szCs w:val="24"/>
        </w:rPr>
        <w:t>.</w:t>
      </w:r>
    </w:p>
    <w:p w14:paraId="3DEA7EDD" w14:textId="77777777" w:rsidR="00B13C4C" w:rsidRPr="00B13C4C" w:rsidRDefault="00B13C4C" w:rsidP="0068432A">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lastRenderedPageBreak/>
        <w:t>Câu 30: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Số nghiệm của phương trình </w:t>
      </w:r>
      <w:r w:rsidRPr="00B13C4C">
        <w:rPr>
          <w:rFonts w:ascii="Times New Roman" w:hAnsi="Times New Roman" w:cs="Times New Roman"/>
          <w:position w:val="-24"/>
          <w:sz w:val="24"/>
          <w:szCs w:val="24"/>
        </w:rPr>
        <w:object w:dxaOrig="1560" w:dyaOrig="660" w14:anchorId="1B1B0F84">
          <v:shape id="_x0000_i3058" type="#_x0000_t75" style="width:78pt;height:33pt" o:ole="">
            <v:imagedata r:id="rId2429" o:title=""/>
          </v:shape>
          <o:OLEObject Type="Embed" ProgID="Equation.DSMT4" ShapeID="_x0000_i3058" DrawAspect="Content" ObjectID="_1699836342" r:id="rId2430"/>
        </w:object>
      </w:r>
      <w:r w:rsidRPr="00B13C4C">
        <w:rPr>
          <w:rFonts w:ascii="Times New Roman" w:hAnsi="Times New Roman" w:cs="Times New Roman"/>
          <w:sz w:val="24"/>
          <w:szCs w:val="24"/>
        </w:rPr>
        <w:t xml:space="preserve"> là</w:t>
      </w:r>
    </w:p>
    <w:p w14:paraId="6811B7AE"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1.</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180" w:dyaOrig="279" w14:anchorId="782EF6F8">
          <v:shape id="_x0000_i3059" type="#_x0000_t75" style="width:9pt;height:13.8pt" o:ole="">
            <v:imagedata r:id="rId2431" o:title=""/>
          </v:shape>
          <o:OLEObject Type="Embed" ProgID="Equation.DSMT4" ShapeID="_x0000_i3059" DrawAspect="Content" ObjectID="_1699836343" r:id="rId243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4.</w:t>
      </w:r>
    </w:p>
    <w:p w14:paraId="0AC06E6C" w14:textId="77777777" w:rsidR="00B13C4C" w:rsidRPr="00B13C4C" w:rsidRDefault="00B13C4C" w:rsidP="0068432A">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w:t>
      </w:r>
      <w:r w:rsidRPr="00B13C4C">
        <w:rPr>
          <w:rFonts w:ascii="Times New Roman" w:hAnsi="Times New Roman" w:cs="Times New Roman"/>
          <w:position w:val="-10"/>
          <w:sz w:val="24"/>
          <w:szCs w:val="24"/>
        </w:rPr>
        <w:object w:dxaOrig="460" w:dyaOrig="320" w14:anchorId="3CC574E4">
          <v:shape id="_x0000_i3060" type="#_x0000_t75" style="width:22.8pt;height:16.2pt" o:ole="">
            <v:imagedata r:id="rId2433" o:title=""/>
          </v:shape>
          <o:OLEObject Type="Embed" ProgID="Equation.DSMT4" ShapeID="_x0000_i3060" DrawAspect="Content" ObjectID="_1699836344" r:id="rId2434"/>
        </w:object>
      </w:r>
      <w:r w:rsidRPr="00B13C4C">
        <w:rPr>
          <w:rFonts w:ascii="Times New Roman" w:hAnsi="Times New Roman" w:cs="Times New Roman"/>
          <w:sz w:val="24"/>
          <w:szCs w:val="24"/>
        </w:rPr>
        <w:t xml:space="preserve">, cho ba điểm </w:t>
      </w:r>
      <w:r w:rsidRPr="00B13C4C">
        <w:rPr>
          <w:rFonts w:ascii="Times New Roman" w:hAnsi="Times New Roman" w:cs="Times New Roman"/>
          <w:position w:val="-10"/>
          <w:sz w:val="24"/>
          <w:szCs w:val="24"/>
        </w:rPr>
        <w:object w:dxaOrig="2400" w:dyaOrig="320" w14:anchorId="7E221EC6">
          <v:shape id="_x0000_i3061" type="#_x0000_t75" style="width:120pt;height:16.2pt" o:ole="">
            <v:imagedata r:id="rId2435" o:title=""/>
          </v:shape>
          <o:OLEObject Type="Embed" ProgID="Equation.DSMT4" ShapeID="_x0000_i3061" DrawAspect="Content" ObjectID="_1699836345" r:id="rId2436"/>
        </w:object>
      </w:r>
      <w:r w:rsidRPr="00B13C4C">
        <w:rPr>
          <w:rFonts w:ascii="Times New Roman" w:hAnsi="Times New Roman" w:cs="Times New Roman"/>
          <w:sz w:val="24"/>
          <w:szCs w:val="24"/>
        </w:rPr>
        <w:t xml:space="preserve">. Khi đó tích vô hướng </w:t>
      </w:r>
      <w:r w:rsidRPr="00B13C4C">
        <w:rPr>
          <w:rFonts w:ascii="Times New Roman" w:hAnsi="Times New Roman" w:cs="Times New Roman"/>
          <w:position w:val="-6"/>
          <w:sz w:val="24"/>
          <w:szCs w:val="24"/>
        </w:rPr>
        <w:object w:dxaOrig="859" w:dyaOrig="340" w14:anchorId="7E038ADC">
          <v:shape id="_x0000_i3062" type="#_x0000_t75" style="width:43.2pt;height:16.8pt" o:ole="">
            <v:imagedata r:id="rId2437" o:title=""/>
          </v:shape>
          <o:OLEObject Type="Embed" ProgID="Equation.DSMT4" ShapeID="_x0000_i3062" DrawAspect="Content" ObjectID="_1699836346" r:id="rId2438"/>
        </w:object>
      </w:r>
      <w:r w:rsidRPr="00B13C4C">
        <w:rPr>
          <w:rFonts w:ascii="Times New Roman" w:hAnsi="Times New Roman" w:cs="Times New Roman"/>
          <w:sz w:val="24"/>
          <w:szCs w:val="24"/>
        </w:rPr>
        <w:t xml:space="preserve"> là</w:t>
      </w:r>
    </w:p>
    <w:p w14:paraId="1358E168"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279" w:dyaOrig="279" w14:anchorId="68F320B7">
          <v:shape id="_x0000_i3063" type="#_x0000_t75" style="width:13.8pt;height:13.8pt" o:ole="">
            <v:imagedata r:id="rId2439" o:title=""/>
          </v:shape>
          <o:OLEObject Type="Embed" ProgID="Equation.DSMT4" ShapeID="_x0000_i3063" DrawAspect="Content" ObjectID="_1699836347" r:id="rId244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440" w:dyaOrig="279" w14:anchorId="523B03FE">
          <v:shape id="_x0000_i3064" type="#_x0000_t75" style="width:22.2pt;height:13.8pt" o:ole="">
            <v:imagedata r:id="rId2441" o:title=""/>
          </v:shape>
          <o:OLEObject Type="Embed" ProgID="Equation.DSMT4" ShapeID="_x0000_i3064" DrawAspect="Content" ObjectID="_1699836348" r:id="rId244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20.</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440" w:dyaOrig="279" w14:anchorId="3D14F640">
          <v:shape id="_x0000_i3065" type="#_x0000_t75" style="width:22.2pt;height:13.8pt" o:ole="">
            <v:imagedata r:id="rId2443" o:title=""/>
          </v:shape>
          <o:OLEObject Type="Embed" ProgID="Equation.DSMT4" ShapeID="_x0000_i3065" DrawAspect="Content" ObjectID="_1699836349" r:id="rId2444"/>
        </w:object>
      </w:r>
      <w:r w:rsidRPr="00B13C4C">
        <w:rPr>
          <w:rFonts w:ascii="Times New Roman" w:hAnsi="Times New Roman" w:cs="Times New Roman"/>
          <w:sz w:val="24"/>
          <w:szCs w:val="24"/>
        </w:rPr>
        <w:t>.</w:t>
      </w:r>
    </w:p>
    <w:p w14:paraId="53CC00C9" w14:textId="77777777" w:rsidR="00B13C4C" w:rsidRPr="00B13C4C" w:rsidRDefault="00B13C4C" w:rsidP="0068432A">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Xét hệ phương trình </w:t>
      </w:r>
      <w:r w:rsidRPr="00B13C4C">
        <w:rPr>
          <w:rFonts w:ascii="Times New Roman" w:hAnsi="Times New Roman" w:cs="Times New Roman"/>
          <w:position w:val="-30"/>
          <w:sz w:val="24"/>
          <w:szCs w:val="24"/>
        </w:rPr>
        <w:object w:dxaOrig="1200" w:dyaOrig="720" w14:anchorId="6837B9F5">
          <v:shape id="_x0000_i3066" type="#_x0000_t75" style="width:60pt;height:36pt" o:ole="">
            <v:imagedata r:id="rId2445" o:title=""/>
          </v:shape>
          <o:OLEObject Type="Embed" ProgID="Equation.DSMT4" ShapeID="_x0000_i3066" DrawAspect="Content" ObjectID="_1699836350" r:id="rId2446"/>
        </w:object>
      </w:r>
      <w:r w:rsidRPr="00B13C4C">
        <w:rPr>
          <w:rFonts w:ascii="Times New Roman" w:hAnsi="Times New Roman" w:cs="Times New Roman"/>
          <w:sz w:val="24"/>
          <w:szCs w:val="24"/>
        </w:rPr>
        <w:t xml:space="preserve">, với </w:t>
      </w:r>
      <w:r w:rsidRPr="00B13C4C">
        <w:rPr>
          <w:rFonts w:ascii="Times New Roman" w:hAnsi="Times New Roman" w:cs="Times New Roman"/>
          <w:position w:val="-6"/>
          <w:sz w:val="24"/>
          <w:szCs w:val="24"/>
        </w:rPr>
        <w:object w:dxaOrig="260" w:dyaOrig="220" w14:anchorId="3CE5DB7F">
          <v:shape id="_x0000_i3067" type="#_x0000_t75" style="width:13.2pt;height:10.8pt" o:ole="">
            <v:imagedata r:id="rId2447" o:title=""/>
          </v:shape>
          <o:OLEObject Type="Embed" ProgID="Equation.DSMT4" ShapeID="_x0000_i3067" DrawAspect="Content" ObjectID="_1699836351" r:id="rId2448"/>
        </w:object>
      </w:r>
      <w:r w:rsidRPr="00B13C4C">
        <w:rPr>
          <w:rFonts w:ascii="Times New Roman" w:hAnsi="Times New Roman" w:cs="Times New Roman"/>
          <w:sz w:val="24"/>
          <w:szCs w:val="24"/>
        </w:rPr>
        <w:t xml:space="preserve"> là tham số thực. Có bao nhiêu giá trị của tham số </w:t>
      </w:r>
      <w:r w:rsidRPr="00B13C4C">
        <w:rPr>
          <w:rFonts w:ascii="Times New Roman" w:hAnsi="Times New Roman" w:cs="Times New Roman"/>
          <w:position w:val="-6"/>
          <w:sz w:val="24"/>
          <w:szCs w:val="24"/>
        </w:rPr>
        <w:object w:dxaOrig="260" w:dyaOrig="220" w14:anchorId="59227BC4">
          <v:shape id="_x0000_i3068" type="#_x0000_t75" style="width:13.2pt;height:10.8pt" o:ole="">
            <v:imagedata r:id="rId2449" o:title=""/>
          </v:shape>
          <o:OLEObject Type="Embed" ProgID="Equation.DSMT4" ShapeID="_x0000_i3068" DrawAspect="Content" ObjectID="_1699836352" r:id="rId2450"/>
        </w:object>
      </w:r>
      <w:r w:rsidRPr="00B13C4C">
        <w:rPr>
          <w:rFonts w:ascii="Times New Roman" w:hAnsi="Times New Roman" w:cs="Times New Roman"/>
          <w:sz w:val="24"/>
          <w:szCs w:val="24"/>
        </w:rPr>
        <w:t xml:space="preserve"> để hệ đã cho vô nghiệm?</w:t>
      </w:r>
    </w:p>
    <w:p w14:paraId="54470D17"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4"/>
          <w:sz w:val="24"/>
          <w:szCs w:val="24"/>
        </w:rPr>
        <w:object w:dxaOrig="139" w:dyaOrig="260" w14:anchorId="1AF2E5DF">
          <v:shape id="_x0000_i3069" type="#_x0000_t75" style="width:7.2pt;height:13.2pt" o:ole="">
            <v:imagedata r:id="rId2451" o:title=""/>
          </v:shape>
          <o:OLEObject Type="Embed" ProgID="Equation.DSMT4" ShapeID="_x0000_i3069" DrawAspect="Content" ObjectID="_1699836353" r:id="rId245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3.</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4.</w:t>
      </w:r>
    </w:p>
    <w:p w14:paraId="44CDFEAD" w14:textId="77777777" w:rsidR="00B13C4C" w:rsidRPr="00B13C4C" w:rsidRDefault="00B13C4C" w:rsidP="0068432A">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hai số thực </w:t>
      </w:r>
      <w:r w:rsidRPr="00B13C4C">
        <w:rPr>
          <w:rFonts w:ascii="Times New Roman" w:hAnsi="Times New Roman" w:cs="Times New Roman"/>
          <w:position w:val="-10"/>
          <w:sz w:val="24"/>
          <w:szCs w:val="24"/>
        </w:rPr>
        <w:object w:dxaOrig="1060" w:dyaOrig="320" w14:anchorId="7369636A">
          <v:shape id="_x0000_i3070" type="#_x0000_t75" style="width:52.8pt;height:16.2pt" o:ole="">
            <v:imagedata r:id="rId2453" o:title=""/>
          </v:shape>
          <o:OLEObject Type="Embed" ProgID="Equation.DSMT4" ShapeID="_x0000_i3070" DrawAspect="Content" ObjectID="_1699836354" r:id="rId2454"/>
        </w:object>
      </w:r>
      <w:r w:rsidRPr="00B13C4C">
        <w:rPr>
          <w:rFonts w:ascii="Times New Roman" w:hAnsi="Times New Roman" w:cs="Times New Roman"/>
          <w:sz w:val="24"/>
          <w:szCs w:val="24"/>
        </w:rPr>
        <w:t xml:space="preserve">. Khi đó, điều kiện của </w:t>
      </w:r>
      <w:r w:rsidRPr="00B13C4C">
        <w:rPr>
          <w:rFonts w:ascii="Times New Roman" w:hAnsi="Times New Roman" w:cs="Times New Roman"/>
          <w:position w:val="-10"/>
          <w:sz w:val="24"/>
          <w:szCs w:val="24"/>
        </w:rPr>
        <w:object w:dxaOrig="400" w:dyaOrig="320" w14:anchorId="2D17DDAF">
          <v:shape id="_x0000_i3071" type="#_x0000_t75" style="width:19.8pt;height:16.2pt" o:ole="">
            <v:imagedata r:id="rId2455" o:title=""/>
          </v:shape>
          <o:OLEObject Type="Embed" ProgID="Equation.DSMT4" ShapeID="_x0000_i3071" DrawAspect="Content" ObjectID="_1699836355" r:id="rId2456"/>
        </w:object>
      </w:r>
      <w:r w:rsidRPr="00B13C4C">
        <w:rPr>
          <w:rFonts w:ascii="Times New Roman" w:hAnsi="Times New Roman" w:cs="Times New Roman"/>
          <w:sz w:val="24"/>
          <w:szCs w:val="24"/>
        </w:rPr>
        <w:t xml:space="preserve"> để </w:t>
      </w:r>
      <w:r w:rsidRPr="00B13C4C">
        <w:rPr>
          <w:rFonts w:ascii="Times New Roman" w:hAnsi="Times New Roman" w:cs="Times New Roman"/>
          <w:position w:val="-10"/>
          <w:sz w:val="24"/>
          <w:szCs w:val="24"/>
        </w:rPr>
        <w:object w:dxaOrig="1880" w:dyaOrig="320" w14:anchorId="07A045F0">
          <v:shape id="_x0000_i3072" type="#_x0000_t75" style="width:94.2pt;height:16.2pt" o:ole="">
            <v:imagedata r:id="rId2457" o:title=""/>
          </v:shape>
          <o:OLEObject Type="Embed" ProgID="Equation.DSMT4" ShapeID="_x0000_i3072" DrawAspect="Content" ObjectID="_1699836356" r:id="rId2458"/>
        </w:object>
      </w:r>
      <w:r w:rsidRPr="00B13C4C">
        <w:rPr>
          <w:rFonts w:ascii="Times New Roman" w:hAnsi="Times New Roman" w:cs="Times New Roman"/>
          <w:sz w:val="24"/>
          <w:szCs w:val="24"/>
        </w:rPr>
        <w:t xml:space="preserve"> là</w:t>
      </w:r>
    </w:p>
    <w:p w14:paraId="2DB00C17"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1380" w:dyaOrig="279" w14:anchorId="2AA7C6FB">
          <v:shape id="_x0000_i3073" type="#_x0000_t75" style="width:69pt;height:13.8pt" o:ole="">
            <v:imagedata r:id="rId2459" o:title=""/>
          </v:shape>
          <o:OLEObject Type="Embed" ProgID="Equation.DSMT4" ShapeID="_x0000_i3073" DrawAspect="Content" ObjectID="_1699836357" r:id="rId246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1380" w:dyaOrig="279" w14:anchorId="018946E8">
          <v:shape id="_x0000_i3074" type="#_x0000_t75" style="width:69pt;height:13.8pt" o:ole="">
            <v:imagedata r:id="rId2461" o:title=""/>
          </v:shape>
          <o:OLEObject Type="Embed" ProgID="Equation.DSMT4" ShapeID="_x0000_i3074" DrawAspect="Content" ObjectID="_1699836358" r:id="rId246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30"/>
          <w:sz w:val="24"/>
          <w:szCs w:val="24"/>
        </w:rPr>
        <w:object w:dxaOrig="1140" w:dyaOrig="720" w14:anchorId="0A71DCD8">
          <v:shape id="_x0000_i3075" type="#_x0000_t75" style="width:57pt;height:36pt" o:ole="">
            <v:imagedata r:id="rId2463" o:title=""/>
          </v:shape>
          <o:OLEObject Type="Embed" ProgID="Equation.DSMT4" ShapeID="_x0000_i3075" DrawAspect="Content" ObjectID="_1699836359" r:id="rId246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30"/>
          <w:sz w:val="24"/>
          <w:szCs w:val="24"/>
        </w:rPr>
        <w:object w:dxaOrig="780" w:dyaOrig="720" w14:anchorId="4D32048A">
          <v:shape id="_x0000_i3076" type="#_x0000_t75" style="width:39pt;height:36pt" o:ole="">
            <v:imagedata r:id="rId2465" o:title=""/>
          </v:shape>
          <o:OLEObject Type="Embed" ProgID="Equation.DSMT4" ShapeID="_x0000_i3076" DrawAspect="Content" ObjectID="_1699836360" r:id="rId2466"/>
        </w:object>
      </w:r>
      <w:r w:rsidRPr="00B13C4C">
        <w:rPr>
          <w:rFonts w:ascii="Times New Roman" w:hAnsi="Times New Roman" w:cs="Times New Roman"/>
          <w:sz w:val="24"/>
          <w:szCs w:val="24"/>
        </w:rPr>
        <w:t>.</w:t>
      </w:r>
    </w:p>
    <w:p w14:paraId="55CC8EA5" w14:textId="77777777" w:rsidR="00B13C4C" w:rsidRPr="00B13C4C" w:rsidRDefault="00B13C4C" w:rsidP="0068432A">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tam giác </w:t>
      </w:r>
      <w:r w:rsidRPr="00B13C4C">
        <w:rPr>
          <w:rFonts w:ascii="Times New Roman" w:hAnsi="Times New Roman" w:cs="Times New Roman"/>
          <w:position w:val="-6"/>
          <w:sz w:val="24"/>
          <w:szCs w:val="24"/>
        </w:rPr>
        <w:object w:dxaOrig="560" w:dyaOrig="279" w14:anchorId="12E4FEB6">
          <v:shape id="_x0000_i3077" type="#_x0000_t75" style="width:28.2pt;height:13.8pt" o:ole="">
            <v:imagedata r:id="rId2467" o:title=""/>
          </v:shape>
          <o:OLEObject Type="Embed" ProgID="Equation.DSMT4" ShapeID="_x0000_i3077" DrawAspect="Content" ObjectID="_1699836361" r:id="rId2468"/>
        </w:object>
      </w:r>
      <w:r w:rsidRPr="00B13C4C">
        <w:rPr>
          <w:rFonts w:ascii="Times New Roman" w:hAnsi="Times New Roman" w:cs="Times New Roman"/>
          <w:sz w:val="24"/>
          <w:szCs w:val="24"/>
        </w:rPr>
        <w:t xml:space="preserve"> vuông tại </w:t>
      </w:r>
      <w:r w:rsidRPr="00B13C4C">
        <w:rPr>
          <w:rFonts w:ascii="Times New Roman" w:hAnsi="Times New Roman" w:cs="Times New Roman"/>
          <w:position w:val="-4"/>
          <w:sz w:val="24"/>
          <w:szCs w:val="24"/>
        </w:rPr>
        <w:object w:dxaOrig="240" w:dyaOrig="260" w14:anchorId="760C3C5E">
          <v:shape id="_x0000_i3078" type="#_x0000_t75" style="width:12pt;height:13.2pt" o:ole="">
            <v:imagedata r:id="rId2469" o:title=""/>
          </v:shape>
          <o:OLEObject Type="Embed" ProgID="Equation.DSMT4" ShapeID="_x0000_i3078" DrawAspect="Content" ObjectID="_1699836362" r:id="rId2470"/>
        </w:object>
      </w:r>
      <w:r w:rsidRPr="00B13C4C">
        <w:rPr>
          <w:rFonts w:ascii="Times New Roman" w:hAnsi="Times New Roman" w:cs="Times New Roman"/>
          <w:sz w:val="24"/>
          <w:szCs w:val="24"/>
        </w:rPr>
        <w:t xml:space="preserve"> có </w:t>
      </w:r>
      <w:r w:rsidRPr="00B13C4C">
        <w:rPr>
          <w:rFonts w:ascii="Times New Roman" w:hAnsi="Times New Roman" w:cs="Times New Roman"/>
          <w:position w:val="-6"/>
          <w:sz w:val="24"/>
          <w:szCs w:val="24"/>
        </w:rPr>
        <w:object w:dxaOrig="1100" w:dyaOrig="360" w14:anchorId="4E74E173">
          <v:shape id="_x0000_i3079" type="#_x0000_t75" style="width:55.2pt;height:18pt" o:ole="">
            <v:imagedata r:id="rId2471" o:title=""/>
          </v:shape>
          <o:OLEObject Type="Embed" ProgID="Equation.DSMT4" ShapeID="_x0000_i3079" DrawAspect="Content" ObjectID="_1699836363" r:id="rId2472"/>
        </w:object>
      </w:r>
      <w:r w:rsidRPr="00B13C4C">
        <w:rPr>
          <w:rFonts w:ascii="Times New Roman" w:hAnsi="Times New Roman" w:cs="Times New Roman"/>
          <w:sz w:val="24"/>
          <w:szCs w:val="24"/>
        </w:rPr>
        <w:t xml:space="preserve">. Giá trị của </w:t>
      </w:r>
      <w:r w:rsidRPr="00B13C4C">
        <w:rPr>
          <w:rFonts w:ascii="Times New Roman" w:hAnsi="Times New Roman" w:cs="Times New Roman"/>
          <w:position w:val="-10"/>
          <w:sz w:val="24"/>
          <w:szCs w:val="24"/>
        </w:rPr>
        <w:object w:dxaOrig="1280" w:dyaOrig="380" w14:anchorId="74F9E9FE">
          <v:shape id="_x0000_i3080" type="#_x0000_t75" style="width:64.2pt;height:19.2pt" o:ole="">
            <v:imagedata r:id="rId2473" o:title=""/>
          </v:shape>
          <o:OLEObject Type="Embed" ProgID="Equation.DSMT4" ShapeID="_x0000_i3080" DrawAspect="Content" ObjectID="_1699836364" r:id="rId2474"/>
        </w:object>
      </w:r>
      <w:r w:rsidRPr="00B13C4C">
        <w:rPr>
          <w:rFonts w:ascii="Times New Roman" w:hAnsi="Times New Roman" w:cs="Times New Roman"/>
          <w:sz w:val="24"/>
          <w:szCs w:val="24"/>
        </w:rPr>
        <w:t xml:space="preserve"> bằng</w:t>
      </w:r>
    </w:p>
    <w:p w14:paraId="238923F0"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240" w:dyaOrig="620" w14:anchorId="3292A0B9">
          <v:shape id="_x0000_i3081" type="#_x0000_t75" style="width:12pt;height:31.2pt" o:ole="">
            <v:imagedata r:id="rId2475" o:title=""/>
          </v:shape>
          <o:OLEObject Type="Embed" ProgID="Equation.DSMT4" ShapeID="_x0000_i3081" DrawAspect="Content" ObjectID="_1699836365" r:id="rId247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400" w:dyaOrig="620" w14:anchorId="3E2C9EF7">
          <v:shape id="_x0000_i3082" type="#_x0000_t75" style="width:19.8pt;height:31.2pt" o:ole="">
            <v:imagedata r:id="rId2477" o:title=""/>
          </v:shape>
          <o:OLEObject Type="Embed" ProgID="Equation.DSMT4" ShapeID="_x0000_i3082" DrawAspect="Content" ObjectID="_1699836366" r:id="rId247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560" w:dyaOrig="680" w14:anchorId="50DB47B1">
          <v:shape id="_x0000_i3083" type="#_x0000_t75" style="width:28.2pt;height:34.2pt" o:ole="">
            <v:imagedata r:id="rId2479" o:title=""/>
          </v:shape>
          <o:OLEObject Type="Embed" ProgID="Equation.DSMT4" ShapeID="_x0000_i3083" DrawAspect="Content" ObjectID="_1699836367" r:id="rId248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400" w:dyaOrig="680" w14:anchorId="075A229A">
          <v:shape id="_x0000_i3084" type="#_x0000_t75" style="width:19.8pt;height:34.2pt" o:ole="">
            <v:imagedata r:id="rId2481" o:title=""/>
          </v:shape>
          <o:OLEObject Type="Embed" ProgID="Equation.DSMT4" ShapeID="_x0000_i3084" DrawAspect="Content" ObjectID="_1699836368" r:id="rId2482"/>
        </w:object>
      </w:r>
      <w:r w:rsidRPr="00B13C4C">
        <w:rPr>
          <w:rFonts w:ascii="Times New Roman" w:hAnsi="Times New Roman" w:cs="Times New Roman"/>
          <w:sz w:val="24"/>
          <w:szCs w:val="24"/>
        </w:rPr>
        <w:t>.</w:t>
      </w:r>
    </w:p>
    <w:p w14:paraId="5F34796A" w14:textId="77777777" w:rsidR="00B13C4C" w:rsidRPr="00B13C4C" w:rsidRDefault="00B13C4C" w:rsidP="0068432A">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w:t>
      </w:r>
      <w:r w:rsidRPr="00B13C4C">
        <w:rPr>
          <w:rFonts w:ascii="Times New Roman" w:hAnsi="Times New Roman" w:cs="Times New Roman"/>
          <w:position w:val="-10"/>
          <w:sz w:val="24"/>
          <w:szCs w:val="24"/>
        </w:rPr>
        <w:object w:dxaOrig="460" w:dyaOrig="320" w14:anchorId="27EE247F">
          <v:shape id="_x0000_i3085" type="#_x0000_t75" style="width:22.8pt;height:16.2pt" o:ole="">
            <v:imagedata r:id="rId2483" o:title=""/>
          </v:shape>
          <o:OLEObject Type="Embed" ProgID="Equation.DSMT4" ShapeID="_x0000_i3085" DrawAspect="Content" ObjectID="_1699836369" r:id="rId2484"/>
        </w:object>
      </w:r>
      <w:r w:rsidRPr="00B13C4C">
        <w:rPr>
          <w:rFonts w:ascii="Times New Roman" w:hAnsi="Times New Roman" w:cs="Times New Roman"/>
          <w:sz w:val="24"/>
          <w:szCs w:val="24"/>
        </w:rPr>
        <w:t xml:space="preserve">, cho hai điểm </w:t>
      </w:r>
      <w:r w:rsidRPr="00B13C4C">
        <w:rPr>
          <w:rFonts w:ascii="Times New Roman" w:hAnsi="Times New Roman" w:cs="Times New Roman"/>
          <w:position w:val="-10"/>
          <w:sz w:val="24"/>
          <w:szCs w:val="24"/>
        </w:rPr>
        <w:object w:dxaOrig="980" w:dyaOrig="320" w14:anchorId="75FAD89A">
          <v:shape id="_x0000_i3086" type="#_x0000_t75" style="width:49.2pt;height:16.2pt" o:ole="">
            <v:imagedata r:id="rId2485" o:title=""/>
          </v:shape>
          <o:OLEObject Type="Embed" ProgID="Equation.DSMT4" ShapeID="_x0000_i3086" DrawAspect="Content" ObjectID="_1699836370" r:id="rId2486"/>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820" w:dyaOrig="320" w14:anchorId="33547C30">
          <v:shape id="_x0000_i3087" type="#_x0000_t75" style="width:40.8pt;height:16.2pt" o:ole="">
            <v:imagedata r:id="rId2487" o:title=""/>
          </v:shape>
          <o:OLEObject Type="Embed" ProgID="Equation.DSMT4" ShapeID="_x0000_i3087" DrawAspect="Content" ObjectID="_1699836371" r:id="rId2488"/>
        </w:object>
      </w:r>
      <w:r w:rsidRPr="00B13C4C">
        <w:rPr>
          <w:rFonts w:ascii="Times New Roman" w:hAnsi="Times New Roman" w:cs="Times New Roman"/>
          <w:sz w:val="24"/>
          <w:szCs w:val="24"/>
        </w:rPr>
        <w:t xml:space="preserve">. Độ dài đoạn thẳng </w:t>
      </w:r>
      <w:r w:rsidRPr="00B13C4C">
        <w:rPr>
          <w:rFonts w:ascii="Times New Roman" w:hAnsi="Times New Roman" w:cs="Times New Roman"/>
          <w:position w:val="-4"/>
          <w:sz w:val="24"/>
          <w:szCs w:val="24"/>
        </w:rPr>
        <w:object w:dxaOrig="400" w:dyaOrig="260" w14:anchorId="4B2D1B2C">
          <v:shape id="_x0000_i3088" type="#_x0000_t75" style="width:19.8pt;height:13.2pt" o:ole="">
            <v:imagedata r:id="rId2489" o:title=""/>
          </v:shape>
          <o:OLEObject Type="Embed" ProgID="Equation.DSMT4" ShapeID="_x0000_i3088" DrawAspect="Content" ObjectID="_1699836372" r:id="rId2490"/>
        </w:object>
      </w:r>
      <w:r w:rsidRPr="00B13C4C">
        <w:rPr>
          <w:rFonts w:ascii="Times New Roman" w:hAnsi="Times New Roman" w:cs="Times New Roman"/>
          <w:sz w:val="24"/>
          <w:szCs w:val="24"/>
        </w:rPr>
        <w:t xml:space="preserve"> bằng</w:t>
      </w:r>
    </w:p>
    <w:p w14:paraId="7B22BF6E" w14:textId="77777777" w:rsidR="00B13C4C" w:rsidRPr="00B13C4C" w:rsidRDefault="00B13C4C" w:rsidP="0068432A">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25.</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5.</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8"/>
          <w:sz w:val="24"/>
          <w:szCs w:val="24"/>
        </w:rPr>
        <w:object w:dxaOrig="499" w:dyaOrig="360" w14:anchorId="1C7849BE">
          <v:shape id="_x0000_i3089" type="#_x0000_t75" style="width:25.2pt;height:18pt" o:ole="">
            <v:imagedata r:id="rId2491" o:title=""/>
          </v:shape>
          <o:OLEObject Type="Embed" ProgID="Equation.DSMT4" ShapeID="_x0000_i3089" DrawAspect="Content" ObjectID="_1699836373" r:id="rId249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37.</w:t>
      </w:r>
    </w:p>
    <w:p w14:paraId="7F16DCB0" w14:textId="77777777" w:rsidR="00B13C4C" w:rsidRPr="00B13C4C" w:rsidRDefault="00B13C4C" w:rsidP="0068432A">
      <w:pPr>
        <w:ind w:left="992"/>
        <w:rPr>
          <w:rFonts w:ascii="Times New Roman" w:hAnsi="Times New Roman" w:cs="Times New Roman"/>
          <w:sz w:val="24"/>
          <w:szCs w:val="24"/>
        </w:rPr>
      </w:pPr>
      <w:r w:rsidRPr="00B13C4C">
        <w:rPr>
          <w:rFonts w:ascii="Times New Roman" w:hAnsi="Times New Roman" w:cs="Times New Roman"/>
          <w:b/>
          <w:sz w:val="24"/>
          <w:szCs w:val="24"/>
        </w:rPr>
        <w:t>Phần II: Tự luận</w:t>
      </w:r>
    </w:p>
    <w:p w14:paraId="2B1D4459" w14:textId="77777777" w:rsidR="00B13C4C" w:rsidRPr="00B13C4C" w:rsidRDefault="00B13C4C" w:rsidP="0068432A">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1: </w:t>
      </w:r>
      <w:r w:rsidRPr="00B13C4C">
        <w:rPr>
          <w:rFonts w:ascii="Times New Roman" w:hAnsi="Times New Roman" w:cs="Times New Roman"/>
          <w:sz w:val="24"/>
          <w:szCs w:val="24"/>
        </w:rPr>
        <w:t>Giải các phương trình sau:</w:t>
      </w:r>
    </w:p>
    <w:p w14:paraId="1CD3E047" w14:textId="77777777" w:rsidR="00B13C4C" w:rsidRPr="00B13C4C" w:rsidRDefault="00B13C4C" w:rsidP="0068432A">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a. </w:t>
      </w:r>
      <w:r w:rsidRPr="00B13C4C">
        <w:rPr>
          <w:rFonts w:ascii="Times New Roman" w:hAnsi="Times New Roman" w:cs="Times New Roman"/>
          <w:position w:val="-10"/>
          <w:sz w:val="24"/>
          <w:szCs w:val="24"/>
        </w:rPr>
        <w:object w:dxaOrig="1080" w:dyaOrig="320" w14:anchorId="4DB1C0EF">
          <v:shape id="_x0000_i3090" type="#_x0000_t75" style="width:54pt;height:16.2pt" o:ole="">
            <v:imagedata r:id="rId2493" o:title=""/>
          </v:shape>
          <o:OLEObject Type="Embed" ProgID="Equation.DSMT4" ShapeID="_x0000_i3090" DrawAspect="Content" ObjectID="_1699836374" r:id="rId2494"/>
        </w:object>
      </w:r>
      <w:r w:rsidRPr="00B13C4C">
        <w:rPr>
          <w:rFonts w:ascii="Times New Roman" w:hAnsi="Times New Roman" w:cs="Times New Roman"/>
          <w:sz w:val="24"/>
          <w:szCs w:val="24"/>
        </w:rPr>
        <w:t xml:space="preserve"> </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sz w:val="24"/>
          <w:szCs w:val="24"/>
        </w:rPr>
        <w:tab/>
        <w:t xml:space="preserve">b. </w:t>
      </w:r>
      <w:r w:rsidRPr="00B13C4C">
        <w:rPr>
          <w:rFonts w:ascii="Times New Roman" w:hAnsi="Times New Roman" w:cs="Times New Roman"/>
          <w:position w:val="-8"/>
          <w:sz w:val="24"/>
          <w:szCs w:val="24"/>
        </w:rPr>
        <w:object w:dxaOrig="1500" w:dyaOrig="360" w14:anchorId="37437288">
          <v:shape id="_x0000_i3091" type="#_x0000_t75" style="width:75pt;height:18pt" o:ole="">
            <v:imagedata r:id="rId2495" o:title=""/>
          </v:shape>
          <o:OLEObject Type="Embed" ProgID="Equation.DSMT4" ShapeID="_x0000_i3091" DrawAspect="Content" ObjectID="_1699836375" r:id="rId2496"/>
        </w:object>
      </w:r>
    </w:p>
    <w:p w14:paraId="074FC463" w14:textId="77777777" w:rsidR="00B13C4C" w:rsidRPr="00B13C4C" w:rsidRDefault="00B13C4C" w:rsidP="0068432A">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2: </w:t>
      </w:r>
      <w:r w:rsidRPr="00B13C4C">
        <w:rPr>
          <w:rFonts w:ascii="Times New Roman" w:hAnsi="Times New Roman" w:cs="Times New Roman"/>
          <w:sz w:val="24"/>
          <w:szCs w:val="24"/>
        </w:rPr>
        <w:t>Giải</w:t>
      </w:r>
    </w:p>
    <w:p w14:paraId="1A2DAD1C" w14:textId="77777777" w:rsidR="00B13C4C" w:rsidRPr="00B13C4C" w:rsidRDefault="00B13C4C" w:rsidP="0068432A">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a. Xác định </w:t>
      </w:r>
      <w:r w:rsidRPr="00B13C4C">
        <w:rPr>
          <w:rFonts w:ascii="Times New Roman" w:hAnsi="Times New Roman" w:cs="Times New Roman"/>
          <w:position w:val="-10"/>
          <w:sz w:val="24"/>
          <w:szCs w:val="24"/>
        </w:rPr>
        <w:object w:dxaOrig="400" w:dyaOrig="320" w14:anchorId="318D9FDA">
          <v:shape id="_x0000_i3092" type="#_x0000_t75" style="width:19.8pt;height:16.2pt" o:ole="">
            <v:imagedata r:id="rId2497" o:title=""/>
          </v:shape>
          <o:OLEObject Type="Embed" ProgID="Equation.DSMT4" ShapeID="_x0000_i3092" DrawAspect="Content" ObjectID="_1699836376" r:id="rId2498"/>
        </w:object>
      </w:r>
      <w:r w:rsidRPr="00B13C4C">
        <w:rPr>
          <w:rFonts w:ascii="Times New Roman" w:hAnsi="Times New Roman" w:cs="Times New Roman"/>
          <w:sz w:val="24"/>
          <w:szCs w:val="24"/>
        </w:rPr>
        <w:t xml:space="preserve"> đề parabol </w:t>
      </w:r>
      <w:r w:rsidRPr="00B13C4C">
        <w:rPr>
          <w:rFonts w:ascii="Times New Roman" w:hAnsi="Times New Roman" w:cs="Times New Roman"/>
          <w:position w:val="-10"/>
          <w:sz w:val="24"/>
          <w:szCs w:val="24"/>
        </w:rPr>
        <w:object w:dxaOrig="2020" w:dyaOrig="360" w14:anchorId="213A3CDF">
          <v:shape id="_x0000_i3093" type="#_x0000_t75" style="width:100.8pt;height:18pt" o:ole="">
            <v:imagedata r:id="rId2499" o:title=""/>
          </v:shape>
          <o:OLEObject Type="Embed" ProgID="Equation.DSMT4" ShapeID="_x0000_i3093" DrawAspect="Content" ObjectID="_1699836377" r:id="rId2500"/>
        </w:object>
      </w:r>
      <w:r w:rsidRPr="00B13C4C">
        <w:rPr>
          <w:rFonts w:ascii="Times New Roman" w:hAnsi="Times New Roman" w:cs="Times New Roman"/>
          <w:sz w:val="24"/>
          <w:szCs w:val="24"/>
        </w:rPr>
        <w:t xml:space="preserve"> có đỉnh </w:t>
      </w:r>
      <w:r w:rsidRPr="00B13C4C">
        <w:rPr>
          <w:rFonts w:ascii="Times New Roman" w:hAnsi="Times New Roman" w:cs="Times New Roman"/>
          <w:position w:val="-10"/>
          <w:sz w:val="24"/>
          <w:szCs w:val="24"/>
        </w:rPr>
        <w:object w:dxaOrig="800" w:dyaOrig="320" w14:anchorId="523E0636">
          <v:shape id="_x0000_i3094" type="#_x0000_t75" style="width:40.2pt;height:16.2pt" o:ole="">
            <v:imagedata r:id="rId2501" o:title=""/>
          </v:shape>
          <o:OLEObject Type="Embed" ProgID="Equation.DSMT4" ShapeID="_x0000_i3094" DrawAspect="Content" ObjectID="_1699836378" r:id="rId2502"/>
        </w:object>
      </w:r>
    </w:p>
    <w:p w14:paraId="6556C5EA" w14:textId="77777777" w:rsidR="00B13C4C" w:rsidRPr="00B13C4C" w:rsidRDefault="00B13C4C" w:rsidP="0068432A">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b. Tìm tọa độ giao điểm của parabol </w:t>
      </w:r>
      <w:r w:rsidRPr="00B13C4C">
        <w:rPr>
          <w:rFonts w:ascii="Times New Roman" w:hAnsi="Times New Roman" w:cs="Times New Roman"/>
          <w:position w:val="-10"/>
          <w:sz w:val="24"/>
          <w:szCs w:val="24"/>
        </w:rPr>
        <w:object w:dxaOrig="1920" w:dyaOrig="360" w14:anchorId="30811F3C">
          <v:shape id="_x0000_i3095" type="#_x0000_t75" style="width:96pt;height:18pt" o:ole="">
            <v:imagedata r:id="rId2503" o:title=""/>
          </v:shape>
          <o:OLEObject Type="Embed" ProgID="Equation.DSMT4" ShapeID="_x0000_i3095" DrawAspect="Content" ObjectID="_1699836379" r:id="rId2504"/>
        </w:object>
      </w:r>
      <w:r w:rsidRPr="00B13C4C">
        <w:rPr>
          <w:rFonts w:ascii="Times New Roman" w:hAnsi="Times New Roman" w:cs="Times New Roman"/>
          <w:sz w:val="24"/>
          <w:szCs w:val="24"/>
        </w:rPr>
        <w:t xml:space="preserve"> với đường thẳng </w:t>
      </w:r>
      <w:r w:rsidRPr="00B13C4C">
        <w:rPr>
          <w:rFonts w:ascii="Times New Roman" w:hAnsi="Times New Roman" w:cs="Times New Roman"/>
          <w:position w:val="-10"/>
          <w:sz w:val="24"/>
          <w:szCs w:val="24"/>
        </w:rPr>
        <w:object w:dxaOrig="1380" w:dyaOrig="320" w14:anchorId="6497FD90">
          <v:shape id="_x0000_i3096" type="#_x0000_t75" style="width:69pt;height:16.2pt" o:ole="">
            <v:imagedata r:id="rId2505" o:title=""/>
          </v:shape>
          <o:OLEObject Type="Embed" ProgID="Equation.DSMT4" ShapeID="_x0000_i3096" DrawAspect="Content" ObjectID="_1699836380" r:id="rId2506"/>
        </w:object>
      </w:r>
    </w:p>
    <w:p w14:paraId="4CF38B6E" w14:textId="77777777" w:rsidR="00B13C4C" w:rsidRPr="00B13C4C" w:rsidRDefault="00B13C4C" w:rsidP="0068432A">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3: </w:t>
      </w:r>
      <w:r w:rsidRPr="00B13C4C">
        <w:rPr>
          <w:rFonts w:ascii="Times New Roman" w:hAnsi="Times New Roman" w:cs="Times New Roman"/>
          <w:sz w:val="24"/>
          <w:szCs w:val="24"/>
        </w:rPr>
        <w:t xml:space="preserve">Cho 4 điểm </w:t>
      </w:r>
      <w:r w:rsidRPr="00B13C4C">
        <w:rPr>
          <w:rFonts w:ascii="Times New Roman" w:hAnsi="Times New Roman" w:cs="Times New Roman"/>
          <w:position w:val="-10"/>
          <w:sz w:val="24"/>
          <w:szCs w:val="24"/>
        </w:rPr>
        <w:object w:dxaOrig="1100" w:dyaOrig="320" w14:anchorId="35E76311">
          <v:shape id="_x0000_i3097" type="#_x0000_t75" style="width:55.2pt;height:16.2pt" o:ole="">
            <v:imagedata r:id="rId2507" o:title=""/>
          </v:shape>
          <o:OLEObject Type="Embed" ProgID="Equation.DSMT4" ShapeID="_x0000_i3097" DrawAspect="Content" ObjectID="_1699836381" r:id="rId2508"/>
        </w:object>
      </w:r>
      <w:r w:rsidRPr="00B13C4C">
        <w:rPr>
          <w:rFonts w:ascii="Times New Roman" w:hAnsi="Times New Roman" w:cs="Times New Roman"/>
          <w:sz w:val="24"/>
          <w:szCs w:val="24"/>
        </w:rPr>
        <w:t xml:space="preserve">. Chúng minh rằng </w:t>
      </w:r>
      <w:r w:rsidRPr="00B13C4C">
        <w:rPr>
          <w:rFonts w:ascii="Times New Roman" w:hAnsi="Times New Roman" w:cs="Times New Roman"/>
          <w:position w:val="-10"/>
          <w:sz w:val="24"/>
          <w:szCs w:val="24"/>
        </w:rPr>
        <w:object w:dxaOrig="2520" w:dyaOrig="380" w14:anchorId="08D05048">
          <v:shape id="_x0000_i3098" type="#_x0000_t75" style="width:126pt;height:19.2pt" o:ole="">
            <v:imagedata r:id="rId2509" o:title=""/>
          </v:shape>
          <o:OLEObject Type="Embed" ProgID="Equation.DSMT4" ShapeID="_x0000_i3098" DrawAspect="Content" ObjectID="_1699836382" r:id="rId2510"/>
        </w:object>
      </w:r>
    </w:p>
    <w:p w14:paraId="3638EA9B" w14:textId="77777777" w:rsidR="00B13C4C" w:rsidRPr="00B13C4C" w:rsidRDefault="00B13C4C" w:rsidP="0068432A">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4: </w:t>
      </w:r>
      <w:r w:rsidRPr="00B13C4C">
        <w:rPr>
          <w:rFonts w:ascii="Times New Roman" w:hAnsi="Times New Roman" w:cs="Times New Roman"/>
          <w:sz w:val="24"/>
          <w:szCs w:val="24"/>
        </w:rPr>
        <w:t xml:space="preserve">Trong hệ trục tọa độ </w:t>
      </w:r>
      <w:r w:rsidRPr="00B13C4C">
        <w:rPr>
          <w:rFonts w:ascii="Times New Roman" w:hAnsi="Times New Roman" w:cs="Times New Roman"/>
          <w:position w:val="-10"/>
          <w:sz w:val="24"/>
          <w:szCs w:val="24"/>
        </w:rPr>
        <w:object w:dxaOrig="620" w:dyaOrig="320" w14:anchorId="3AA48A1C">
          <v:shape id="_x0000_i3099" type="#_x0000_t75" style="width:31.2pt;height:16.2pt" o:ole="">
            <v:imagedata r:id="rId2511" o:title=""/>
          </v:shape>
          <o:OLEObject Type="Embed" ProgID="Equation.DSMT4" ShapeID="_x0000_i3099" DrawAspect="Content" ObjectID="_1699836383" r:id="rId2512"/>
        </w:object>
      </w:r>
      <w:r w:rsidRPr="00B13C4C">
        <w:rPr>
          <w:rFonts w:ascii="Times New Roman" w:hAnsi="Times New Roman" w:cs="Times New Roman"/>
          <w:sz w:val="24"/>
          <w:szCs w:val="24"/>
        </w:rPr>
        <w:t xml:space="preserve"> cho các điểm </w:t>
      </w:r>
      <w:r w:rsidRPr="00B13C4C">
        <w:rPr>
          <w:rFonts w:ascii="Times New Roman" w:hAnsi="Times New Roman" w:cs="Times New Roman"/>
          <w:position w:val="-10"/>
          <w:sz w:val="24"/>
          <w:szCs w:val="24"/>
        </w:rPr>
        <w:object w:dxaOrig="2400" w:dyaOrig="320" w14:anchorId="5553379A">
          <v:shape id="_x0000_i3100" type="#_x0000_t75" style="width:120pt;height:16.2pt" o:ole="">
            <v:imagedata r:id="rId2513" o:title=""/>
          </v:shape>
          <o:OLEObject Type="Embed" ProgID="Equation.DSMT4" ShapeID="_x0000_i3100" DrawAspect="Content" ObjectID="_1699836384" r:id="rId2514"/>
        </w:object>
      </w:r>
      <w:r w:rsidRPr="00B13C4C">
        <w:rPr>
          <w:rFonts w:ascii="Times New Roman" w:hAnsi="Times New Roman" w:cs="Times New Roman"/>
          <w:sz w:val="24"/>
          <w:szCs w:val="24"/>
        </w:rPr>
        <w:t>.</w:t>
      </w:r>
    </w:p>
    <w:p w14:paraId="408D0883" w14:textId="77777777" w:rsidR="00B13C4C" w:rsidRPr="00B13C4C" w:rsidRDefault="00B13C4C" w:rsidP="0068432A">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a. Tính góc </w:t>
      </w:r>
      <w:r w:rsidRPr="00B13C4C">
        <w:rPr>
          <w:rFonts w:ascii="Times New Roman" w:hAnsi="Times New Roman" w:cs="Times New Roman"/>
          <w:position w:val="-4"/>
          <w:sz w:val="24"/>
          <w:szCs w:val="24"/>
        </w:rPr>
        <w:object w:dxaOrig="240" w:dyaOrig="260" w14:anchorId="7488EA35">
          <v:shape id="_x0000_i3101" type="#_x0000_t75" style="width:12pt;height:13.2pt" o:ole="">
            <v:imagedata r:id="rId2515" o:title=""/>
          </v:shape>
          <o:OLEObject Type="Embed" ProgID="Equation.DSMT4" ShapeID="_x0000_i3101" DrawAspect="Content" ObjectID="_1699836385" r:id="rId2516"/>
        </w:object>
      </w:r>
      <w:r w:rsidRPr="00B13C4C">
        <w:rPr>
          <w:rFonts w:ascii="Times New Roman" w:hAnsi="Times New Roman" w:cs="Times New Roman"/>
          <w:sz w:val="24"/>
          <w:szCs w:val="24"/>
        </w:rPr>
        <w:t xml:space="preserve"> trong tam giác </w:t>
      </w:r>
      <w:r w:rsidRPr="00B13C4C">
        <w:rPr>
          <w:rFonts w:ascii="Times New Roman" w:hAnsi="Times New Roman" w:cs="Times New Roman"/>
          <w:position w:val="-6"/>
          <w:sz w:val="24"/>
          <w:szCs w:val="24"/>
        </w:rPr>
        <w:object w:dxaOrig="560" w:dyaOrig="279" w14:anchorId="438DD63C">
          <v:shape id="_x0000_i3102" type="#_x0000_t75" style="width:28.2pt;height:13.8pt" o:ole="">
            <v:imagedata r:id="rId2517" o:title=""/>
          </v:shape>
          <o:OLEObject Type="Embed" ProgID="Equation.DSMT4" ShapeID="_x0000_i3102" DrawAspect="Content" ObjectID="_1699836386" r:id="rId2518"/>
        </w:object>
      </w:r>
      <w:r w:rsidRPr="00B13C4C">
        <w:rPr>
          <w:rFonts w:ascii="Times New Roman" w:hAnsi="Times New Roman" w:cs="Times New Roman"/>
          <w:sz w:val="24"/>
          <w:szCs w:val="24"/>
        </w:rPr>
        <w:t>.</w:t>
      </w:r>
    </w:p>
    <w:p w14:paraId="7D8C5903" w14:textId="77777777" w:rsidR="00B13C4C" w:rsidRPr="00B13C4C" w:rsidRDefault="00B13C4C" w:rsidP="0068432A">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b. Tìm tọa độ điểm </w:t>
      </w:r>
      <w:r w:rsidRPr="00B13C4C">
        <w:rPr>
          <w:rFonts w:ascii="Times New Roman" w:hAnsi="Times New Roman" w:cs="Times New Roman"/>
          <w:position w:val="-4"/>
          <w:sz w:val="24"/>
          <w:szCs w:val="24"/>
        </w:rPr>
        <w:object w:dxaOrig="200" w:dyaOrig="260" w14:anchorId="336093B0">
          <v:shape id="_x0000_i3103" type="#_x0000_t75" style="width:10.2pt;height:13.2pt" o:ole="">
            <v:imagedata r:id="rId2519" o:title=""/>
          </v:shape>
          <o:OLEObject Type="Embed" ProgID="Equation.DSMT4" ShapeID="_x0000_i3103" DrawAspect="Content" ObjectID="_1699836387" r:id="rId2520"/>
        </w:object>
      </w:r>
      <w:r w:rsidRPr="00B13C4C">
        <w:rPr>
          <w:rFonts w:ascii="Times New Roman" w:hAnsi="Times New Roman" w:cs="Times New Roman"/>
          <w:sz w:val="24"/>
          <w:szCs w:val="24"/>
        </w:rPr>
        <w:t xml:space="preserve"> trên đoạn </w:t>
      </w:r>
      <w:r w:rsidRPr="00B13C4C">
        <w:rPr>
          <w:rFonts w:ascii="Times New Roman" w:hAnsi="Times New Roman" w:cs="Times New Roman"/>
          <w:position w:val="-4"/>
          <w:sz w:val="24"/>
          <w:szCs w:val="24"/>
        </w:rPr>
        <w:object w:dxaOrig="400" w:dyaOrig="260" w14:anchorId="1B0EA340">
          <v:shape id="_x0000_i3104" type="#_x0000_t75" style="width:19.8pt;height:13.2pt" o:ole="">
            <v:imagedata r:id="rId2521" o:title=""/>
          </v:shape>
          <o:OLEObject Type="Embed" ProgID="Equation.DSMT4" ShapeID="_x0000_i3104" DrawAspect="Content" ObjectID="_1699836388" r:id="rId2522"/>
        </w:object>
      </w:r>
      <w:r w:rsidRPr="00B13C4C">
        <w:rPr>
          <w:rFonts w:ascii="Times New Roman" w:hAnsi="Times New Roman" w:cs="Times New Roman"/>
          <w:sz w:val="24"/>
          <w:szCs w:val="24"/>
        </w:rPr>
        <w:t xml:space="preserve"> sao cho </w:t>
      </w:r>
      <w:r w:rsidRPr="00B13C4C">
        <w:rPr>
          <w:rFonts w:ascii="Times New Roman" w:hAnsi="Times New Roman" w:cs="Times New Roman"/>
          <w:position w:val="-10"/>
          <w:sz w:val="24"/>
          <w:szCs w:val="24"/>
        </w:rPr>
        <w:object w:dxaOrig="1620" w:dyaOrig="380" w14:anchorId="1B999FB3">
          <v:shape id="_x0000_i3105" type="#_x0000_t75" style="width:81pt;height:19.2pt" o:ole="">
            <v:imagedata r:id="rId2523" o:title=""/>
          </v:shape>
          <o:OLEObject Type="Embed" ProgID="Equation.DSMT4" ShapeID="_x0000_i3105" DrawAspect="Content" ObjectID="_1699836389" r:id="rId2524"/>
        </w:object>
      </w:r>
      <w:r w:rsidRPr="00B13C4C">
        <w:rPr>
          <w:rFonts w:ascii="Times New Roman" w:hAnsi="Times New Roman" w:cs="Times New Roman"/>
          <w:sz w:val="24"/>
          <w:szCs w:val="24"/>
        </w:rPr>
        <w:t xml:space="preserve"> có giá trị nhỏ nhất.</w:t>
      </w:r>
    </w:p>
    <w:p w14:paraId="0C3FB69D" w14:textId="77777777" w:rsidR="00B13C4C" w:rsidRPr="00B13C4C" w:rsidRDefault="00B13C4C" w:rsidP="0068432A">
      <w:pPr>
        <w:ind w:left="992"/>
        <w:jc w:val="center"/>
        <w:rPr>
          <w:rFonts w:ascii="Times New Roman" w:hAnsi="Times New Roman" w:cs="Times New Roman"/>
          <w:b/>
          <w:sz w:val="24"/>
          <w:szCs w:val="24"/>
        </w:rPr>
      </w:pPr>
      <w:r w:rsidRPr="00B13C4C">
        <w:rPr>
          <w:rFonts w:ascii="Times New Roman" w:hAnsi="Times New Roman" w:cs="Times New Roman"/>
          <w:b/>
          <w:sz w:val="24"/>
          <w:szCs w:val="24"/>
        </w:rPr>
        <w:t>BẢNG ĐÁP ÁN</w:t>
      </w:r>
    </w:p>
    <w:tbl>
      <w:tblPr>
        <w:tblStyle w:val="TableGrid"/>
        <w:tblW w:w="0" w:type="auto"/>
        <w:tblInd w:w="992" w:type="dxa"/>
        <w:tblLook w:val="04A0" w:firstRow="1" w:lastRow="0" w:firstColumn="1" w:lastColumn="0" w:noHBand="0" w:noVBand="1"/>
      </w:tblPr>
      <w:tblGrid>
        <w:gridCol w:w="575"/>
        <w:gridCol w:w="575"/>
        <w:gridCol w:w="575"/>
        <w:gridCol w:w="575"/>
        <w:gridCol w:w="575"/>
        <w:gridCol w:w="575"/>
        <w:gridCol w:w="575"/>
        <w:gridCol w:w="575"/>
        <w:gridCol w:w="575"/>
        <w:gridCol w:w="575"/>
        <w:gridCol w:w="575"/>
        <w:gridCol w:w="575"/>
        <w:gridCol w:w="576"/>
        <w:gridCol w:w="576"/>
        <w:gridCol w:w="576"/>
        <w:gridCol w:w="576"/>
      </w:tblGrid>
      <w:tr w:rsidR="00B13C4C" w:rsidRPr="00B13C4C" w14:paraId="485BA9ED" w14:textId="77777777" w:rsidTr="00B13C4C">
        <w:tc>
          <w:tcPr>
            <w:tcW w:w="637" w:type="dxa"/>
            <w:shd w:val="clear" w:color="auto" w:fill="FFFF32"/>
          </w:tcPr>
          <w:p w14:paraId="33CE2871" w14:textId="7A3BCE68"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w:t>
            </w:r>
          </w:p>
        </w:tc>
        <w:tc>
          <w:tcPr>
            <w:tcW w:w="637" w:type="dxa"/>
            <w:shd w:val="clear" w:color="auto" w:fill="FFFF32"/>
          </w:tcPr>
          <w:p w14:paraId="06F2334C" w14:textId="636A5847"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w:t>
            </w:r>
          </w:p>
        </w:tc>
        <w:tc>
          <w:tcPr>
            <w:tcW w:w="637" w:type="dxa"/>
            <w:shd w:val="clear" w:color="auto" w:fill="FFFF32"/>
          </w:tcPr>
          <w:p w14:paraId="14A69F96" w14:textId="01C9763C"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w:t>
            </w:r>
          </w:p>
        </w:tc>
        <w:tc>
          <w:tcPr>
            <w:tcW w:w="637" w:type="dxa"/>
            <w:shd w:val="clear" w:color="auto" w:fill="FFFF32"/>
          </w:tcPr>
          <w:p w14:paraId="57450114" w14:textId="28C9987E"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4</w:t>
            </w:r>
          </w:p>
        </w:tc>
        <w:tc>
          <w:tcPr>
            <w:tcW w:w="637" w:type="dxa"/>
            <w:shd w:val="clear" w:color="auto" w:fill="FFFF32"/>
          </w:tcPr>
          <w:p w14:paraId="0D472FF7" w14:textId="58EBD232"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5</w:t>
            </w:r>
          </w:p>
        </w:tc>
        <w:tc>
          <w:tcPr>
            <w:tcW w:w="637" w:type="dxa"/>
            <w:shd w:val="clear" w:color="auto" w:fill="FFFF32"/>
          </w:tcPr>
          <w:p w14:paraId="7F07C615" w14:textId="69EBB063"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6</w:t>
            </w:r>
          </w:p>
        </w:tc>
        <w:tc>
          <w:tcPr>
            <w:tcW w:w="637" w:type="dxa"/>
            <w:shd w:val="clear" w:color="auto" w:fill="FFFF32"/>
          </w:tcPr>
          <w:p w14:paraId="68470C09" w14:textId="11DAB935"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7</w:t>
            </w:r>
          </w:p>
        </w:tc>
        <w:tc>
          <w:tcPr>
            <w:tcW w:w="637" w:type="dxa"/>
            <w:shd w:val="clear" w:color="auto" w:fill="FFFF32"/>
          </w:tcPr>
          <w:p w14:paraId="08A5B194" w14:textId="0EFFE7A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8</w:t>
            </w:r>
          </w:p>
        </w:tc>
        <w:tc>
          <w:tcPr>
            <w:tcW w:w="637" w:type="dxa"/>
            <w:shd w:val="clear" w:color="auto" w:fill="FFFF32"/>
          </w:tcPr>
          <w:p w14:paraId="579A3B5A" w14:textId="0A67548E"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9</w:t>
            </w:r>
          </w:p>
        </w:tc>
        <w:tc>
          <w:tcPr>
            <w:tcW w:w="637" w:type="dxa"/>
            <w:shd w:val="clear" w:color="auto" w:fill="FFFF32"/>
          </w:tcPr>
          <w:p w14:paraId="52E3DB90" w14:textId="39237F5D"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10</w:t>
            </w:r>
          </w:p>
        </w:tc>
        <w:tc>
          <w:tcPr>
            <w:tcW w:w="637" w:type="dxa"/>
            <w:shd w:val="clear" w:color="auto" w:fill="FFFF32"/>
          </w:tcPr>
          <w:p w14:paraId="0A6B046C" w14:textId="21D9D9F8"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11</w:t>
            </w:r>
          </w:p>
        </w:tc>
        <w:tc>
          <w:tcPr>
            <w:tcW w:w="637" w:type="dxa"/>
            <w:shd w:val="clear" w:color="auto" w:fill="FFFF32"/>
          </w:tcPr>
          <w:p w14:paraId="4695664C" w14:textId="3D8BC800"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12</w:t>
            </w:r>
          </w:p>
        </w:tc>
        <w:tc>
          <w:tcPr>
            <w:tcW w:w="638" w:type="dxa"/>
            <w:shd w:val="clear" w:color="auto" w:fill="FFFF32"/>
          </w:tcPr>
          <w:p w14:paraId="6C823AE3" w14:textId="368477B9"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13</w:t>
            </w:r>
          </w:p>
        </w:tc>
        <w:tc>
          <w:tcPr>
            <w:tcW w:w="638" w:type="dxa"/>
            <w:shd w:val="clear" w:color="auto" w:fill="FFFF32"/>
          </w:tcPr>
          <w:p w14:paraId="5B1A0907" w14:textId="12F1D83D"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14</w:t>
            </w:r>
          </w:p>
        </w:tc>
        <w:tc>
          <w:tcPr>
            <w:tcW w:w="638" w:type="dxa"/>
            <w:shd w:val="clear" w:color="auto" w:fill="FFFF32"/>
          </w:tcPr>
          <w:p w14:paraId="10D94769" w14:textId="63016271"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15</w:t>
            </w:r>
          </w:p>
        </w:tc>
        <w:tc>
          <w:tcPr>
            <w:tcW w:w="638" w:type="dxa"/>
            <w:shd w:val="clear" w:color="auto" w:fill="FFFF32"/>
          </w:tcPr>
          <w:p w14:paraId="7A952FE7" w14:textId="472A716D"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16</w:t>
            </w:r>
          </w:p>
        </w:tc>
      </w:tr>
      <w:tr w:rsidR="00B13C4C" w:rsidRPr="00B13C4C" w14:paraId="4959BECA" w14:textId="77777777" w:rsidTr="00B13C4C">
        <w:tc>
          <w:tcPr>
            <w:tcW w:w="637" w:type="dxa"/>
            <w:tcBorders>
              <w:bottom w:val="single" w:sz="4" w:space="0" w:color="auto"/>
            </w:tcBorders>
          </w:tcPr>
          <w:p w14:paraId="7F92D06C" w14:textId="3E6A2963"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637" w:type="dxa"/>
            <w:tcBorders>
              <w:bottom w:val="single" w:sz="4" w:space="0" w:color="auto"/>
            </w:tcBorders>
          </w:tcPr>
          <w:p w14:paraId="3E52AB95" w14:textId="09C28E83"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637" w:type="dxa"/>
            <w:tcBorders>
              <w:bottom w:val="single" w:sz="4" w:space="0" w:color="auto"/>
            </w:tcBorders>
          </w:tcPr>
          <w:p w14:paraId="048D3FC9" w14:textId="07E1FF60"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637" w:type="dxa"/>
            <w:tcBorders>
              <w:bottom w:val="single" w:sz="4" w:space="0" w:color="auto"/>
            </w:tcBorders>
          </w:tcPr>
          <w:p w14:paraId="39D4AE87" w14:textId="040EB9C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637" w:type="dxa"/>
            <w:tcBorders>
              <w:bottom w:val="single" w:sz="4" w:space="0" w:color="auto"/>
            </w:tcBorders>
          </w:tcPr>
          <w:p w14:paraId="2F3846D6" w14:textId="43FAC29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637" w:type="dxa"/>
            <w:tcBorders>
              <w:bottom w:val="single" w:sz="4" w:space="0" w:color="auto"/>
            </w:tcBorders>
          </w:tcPr>
          <w:p w14:paraId="1D0258C2" w14:textId="060801E3"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637" w:type="dxa"/>
            <w:tcBorders>
              <w:bottom w:val="single" w:sz="4" w:space="0" w:color="auto"/>
            </w:tcBorders>
          </w:tcPr>
          <w:p w14:paraId="7E13DC38" w14:textId="7C3D0B92"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637" w:type="dxa"/>
            <w:tcBorders>
              <w:bottom w:val="single" w:sz="4" w:space="0" w:color="auto"/>
            </w:tcBorders>
          </w:tcPr>
          <w:p w14:paraId="5AF45710" w14:textId="4CF1E363"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637" w:type="dxa"/>
            <w:tcBorders>
              <w:bottom w:val="single" w:sz="4" w:space="0" w:color="auto"/>
            </w:tcBorders>
          </w:tcPr>
          <w:p w14:paraId="6ABCF16D" w14:textId="76AD36D6"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637" w:type="dxa"/>
            <w:tcBorders>
              <w:bottom w:val="single" w:sz="4" w:space="0" w:color="auto"/>
            </w:tcBorders>
          </w:tcPr>
          <w:p w14:paraId="6D86E306" w14:textId="6E1DA2D4"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637" w:type="dxa"/>
            <w:tcBorders>
              <w:bottom w:val="single" w:sz="4" w:space="0" w:color="auto"/>
            </w:tcBorders>
          </w:tcPr>
          <w:p w14:paraId="6AC043C1" w14:textId="01FC9F39"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637" w:type="dxa"/>
            <w:tcBorders>
              <w:bottom w:val="single" w:sz="4" w:space="0" w:color="auto"/>
            </w:tcBorders>
          </w:tcPr>
          <w:p w14:paraId="6CF43693" w14:textId="5374F91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638" w:type="dxa"/>
            <w:tcBorders>
              <w:bottom w:val="single" w:sz="4" w:space="0" w:color="auto"/>
            </w:tcBorders>
          </w:tcPr>
          <w:p w14:paraId="6FDEA215" w14:textId="4984C7B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638" w:type="dxa"/>
            <w:tcBorders>
              <w:bottom w:val="single" w:sz="4" w:space="0" w:color="auto"/>
            </w:tcBorders>
          </w:tcPr>
          <w:p w14:paraId="4AFCE30F" w14:textId="05EE989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638" w:type="dxa"/>
            <w:tcBorders>
              <w:bottom w:val="single" w:sz="4" w:space="0" w:color="auto"/>
            </w:tcBorders>
          </w:tcPr>
          <w:p w14:paraId="629F91C9" w14:textId="2D609BEB"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638" w:type="dxa"/>
            <w:tcBorders>
              <w:bottom w:val="single" w:sz="4" w:space="0" w:color="auto"/>
            </w:tcBorders>
          </w:tcPr>
          <w:p w14:paraId="1EA8B5F8" w14:textId="6E4A4FA6"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r>
      <w:tr w:rsidR="00B13C4C" w:rsidRPr="00B13C4C" w14:paraId="697EF560" w14:textId="77777777" w:rsidTr="00B13C4C">
        <w:tc>
          <w:tcPr>
            <w:tcW w:w="637" w:type="dxa"/>
            <w:shd w:val="clear" w:color="auto" w:fill="FFFF32"/>
          </w:tcPr>
          <w:p w14:paraId="12F9211B" w14:textId="424E3D69"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17</w:t>
            </w:r>
          </w:p>
        </w:tc>
        <w:tc>
          <w:tcPr>
            <w:tcW w:w="637" w:type="dxa"/>
            <w:shd w:val="clear" w:color="auto" w:fill="FFFF32"/>
          </w:tcPr>
          <w:p w14:paraId="7A77B47D" w14:textId="4E96C4AD"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18</w:t>
            </w:r>
          </w:p>
        </w:tc>
        <w:tc>
          <w:tcPr>
            <w:tcW w:w="637" w:type="dxa"/>
            <w:shd w:val="clear" w:color="auto" w:fill="FFFF32"/>
          </w:tcPr>
          <w:p w14:paraId="5D541BA4" w14:textId="09041165"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19</w:t>
            </w:r>
          </w:p>
        </w:tc>
        <w:tc>
          <w:tcPr>
            <w:tcW w:w="637" w:type="dxa"/>
            <w:shd w:val="clear" w:color="auto" w:fill="FFFF32"/>
          </w:tcPr>
          <w:p w14:paraId="7EB542B5" w14:textId="7C1BFC6C"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20</w:t>
            </w:r>
          </w:p>
        </w:tc>
        <w:tc>
          <w:tcPr>
            <w:tcW w:w="637" w:type="dxa"/>
            <w:shd w:val="clear" w:color="auto" w:fill="FFFF32"/>
          </w:tcPr>
          <w:p w14:paraId="0ACD1BAF" w14:textId="58AFA5EE"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21</w:t>
            </w:r>
          </w:p>
        </w:tc>
        <w:tc>
          <w:tcPr>
            <w:tcW w:w="637" w:type="dxa"/>
            <w:shd w:val="clear" w:color="auto" w:fill="FFFF32"/>
          </w:tcPr>
          <w:p w14:paraId="79ABBAD9" w14:textId="657D8E79"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22</w:t>
            </w:r>
          </w:p>
        </w:tc>
        <w:tc>
          <w:tcPr>
            <w:tcW w:w="637" w:type="dxa"/>
            <w:shd w:val="clear" w:color="auto" w:fill="FFFF32"/>
          </w:tcPr>
          <w:p w14:paraId="4C2C1277" w14:textId="1CCFB132"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23</w:t>
            </w:r>
          </w:p>
        </w:tc>
        <w:tc>
          <w:tcPr>
            <w:tcW w:w="637" w:type="dxa"/>
            <w:shd w:val="clear" w:color="auto" w:fill="FFFF32"/>
          </w:tcPr>
          <w:p w14:paraId="51CD2DFB" w14:textId="66CD7A97"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24</w:t>
            </w:r>
          </w:p>
        </w:tc>
        <w:tc>
          <w:tcPr>
            <w:tcW w:w="637" w:type="dxa"/>
            <w:shd w:val="clear" w:color="auto" w:fill="FFFF32"/>
          </w:tcPr>
          <w:p w14:paraId="4769CC5A" w14:textId="73E4F23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25</w:t>
            </w:r>
          </w:p>
        </w:tc>
        <w:tc>
          <w:tcPr>
            <w:tcW w:w="637" w:type="dxa"/>
            <w:shd w:val="clear" w:color="auto" w:fill="FFFF32"/>
          </w:tcPr>
          <w:p w14:paraId="40D16E30" w14:textId="312DB98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26</w:t>
            </w:r>
          </w:p>
        </w:tc>
        <w:tc>
          <w:tcPr>
            <w:tcW w:w="637" w:type="dxa"/>
            <w:shd w:val="clear" w:color="auto" w:fill="FFFF32"/>
          </w:tcPr>
          <w:p w14:paraId="3D7D0AF1" w14:textId="4233E9EE"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27</w:t>
            </w:r>
          </w:p>
        </w:tc>
        <w:tc>
          <w:tcPr>
            <w:tcW w:w="637" w:type="dxa"/>
            <w:shd w:val="clear" w:color="auto" w:fill="FFFF32"/>
          </w:tcPr>
          <w:p w14:paraId="0119A1C9" w14:textId="5CA22088"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28</w:t>
            </w:r>
          </w:p>
        </w:tc>
        <w:tc>
          <w:tcPr>
            <w:tcW w:w="638" w:type="dxa"/>
            <w:shd w:val="clear" w:color="auto" w:fill="FFFF32"/>
          </w:tcPr>
          <w:p w14:paraId="4F605484" w14:textId="52C6EFC6"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29</w:t>
            </w:r>
          </w:p>
        </w:tc>
        <w:tc>
          <w:tcPr>
            <w:tcW w:w="638" w:type="dxa"/>
            <w:shd w:val="clear" w:color="auto" w:fill="FFFF32"/>
          </w:tcPr>
          <w:p w14:paraId="3D972425" w14:textId="34E96E20"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30</w:t>
            </w:r>
          </w:p>
        </w:tc>
        <w:tc>
          <w:tcPr>
            <w:tcW w:w="638" w:type="dxa"/>
            <w:shd w:val="clear" w:color="auto" w:fill="FFFF32"/>
          </w:tcPr>
          <w:p w14:paraId="6A527CBA" w14:textId="7A328A61"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31</w:t>
            </w:r>
          </w:p>
        </w:tc>
        <w:tc>
          <w:tcPr>
            <w:tcW w:w="638" w:type="dxa"/>
            <w:shd w:val="clear" w:color="auto" w:fill="FFFF32"/>
          </w:tcPr>
          <w:p w14:paraId="7987CAE0" w14:textId="7FF39363"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32</w:t>
            </w:r>
          </w:p>
        </w:tc>
      </w:tr>
      <w:tr w:rsidR="00B13C4C" w:rsidRPr="00B13C4C" w14:paraId="442929F7" w14:textId="77777777" w:rsidTr="00B13C4C">
        <w:tc>
          <w:tcPr>
            <w:tcW w:w="637" w:type="dxa"/>
          </w:tcPr>
          <w:p w14:paraId="46984369" w14:textId="33DE85DF"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637" w:type="dxa"/>
          </w:tcPr>
          <w:p w14:paraId="5A5EDD52" w14:textId="7AC28B82"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637" w:type="dxa"/>
          </w:tcPr>
          <w:p w14:paraId="045D8C40" w14:textId="146EEFB8"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637" w:type="dxa"/>
          </w:tcPr>
          <w:p w14:paraId="13DA3796" w14:textId="7EEF121F"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637" w:type="dxa"/>
          </w:tcPr>
          <w:p w14:paraId="35934225" w14:textId="34973CE1"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637" w:type="dxa"/>
          </w:tcPr>
          <w:p w14:paraId="6D5D584F" w14:textId="290742E8"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637" w:type="dxa"/>
          </w:tcPr>
          <w:p w14:paraId="3111CADB" w14:textId="169E767B"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3</w:t>
            </w:r>
          </w:p>
        </w:tc>
        <w:tc>
          <w:tcPr>
            <w:tcW w:w="637" w:type="dxa"/>
          </w:tcPr>
          <w:p w14:paraId="12A00CA7" w14:textId="58340900"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637" w:type="dxa"/>
          </w:tcPr>
          <w:p w14:paraId="21121506" w14:textId="5F4A274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637" w:type="dxa"/>
          </w:tcPr>
          <w:p w14:paraId="4DBD3D0D" w14:textId="3AD2C12A"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637" w:type="dxa"/>
          </w:tcPr>
          <w:p w14:paraId="6FDC0C90" w14:textId="42493C54"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637" w:type="dxa"/>
          </w:tcPr>
          <w:p w14:paraId="67DADF47" w14:textId="0E9C34B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638" w:type="dxa"/>
          </w:tcPr>
          <w:p w14:paraId="52B4A772" w14:textId="199F0DED"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638" w:type="dxa"/>
          </w:tcPr>
          <w:p w14:paraId="77889588" w14:textId="05E5EE7B"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638" w:type="dxa"/>
          </w:tcPr>
          <w:p w14:paraId="4DDD696F" w14:textId="60FA8CB2"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638" w:type="dxa"/>
          </w:tcPr>
          <w:p w14:paraId="422297DF" w14:textId="06F4625B"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r>
    </w:tbl>
    <w:p w14:paraId="2CF33240" w14:textId="77777777" w:rsidR="00B13C4C" w:rsidRPr="00B13C4C" w:rsidRDefault="00B13C4C" w:rsidP="00FC7DAE">
      <w:pPr>
        <w:ind w:left="992" w:hanging="992"/>
        <w:jc w:val="both"/>
        <w:rPr>
          <w:rFonts w:ascii="Times New Roman" w:hAnsi="Times New Roman" w:cs="Times New Roman"/>
          <w:b/>
          <w:sz w:val="24"/>
          <w:szCs w:val="24"/>
        </w:rPr>
      </w:pPr>
    </w:p>
    <w:p w14:paraId="08DB9267" w14:textId="77777777" w:rsidR="00B13C4C" w:rsidRPr="00B13C4C" w:rsidRDefault="00B13C4C" w:rsidP="00FC7DAE">
      <w:pPr>
        <w:jc w:val="center"/>
        <w:rPr>
          <w:rFonts w:ascii="Times New Roman" w:hAnsi="Times New Roman" w:cs="Times New Roman"/>
          <w:b/>
          <w:sz w:val="24"/>
          <w:szCs w:val="24"/>
        </w:rPr>
      </w:pPr>
      <w:r w:rsidRPr="00B13C4C">
        <w:rPr>
          <w:rFonts w:ascii="Times New Roman" w:hAnsi="Times New Roman" w:cs="Times New Roman"/>
          <w:b/>
          <w:sz w:val="24"/>
          <w:szCs w:val="24"/>
        </w:rPr>
        <w:t>ĐỀ 7-15</w:t>
      </w:r>
    </w:p>
    <w:p w14:paraId="6A8C2207" w14:textId="77777777" w:rsidR="00B13C4C" w:rsidRPr="00B13C4C" w:rsidRDefault="00B13C4C" w:rsidP="00FC7DA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Hệ phương trình </w:t>
      </w:r>
      <w:r w:rsidRPr="00B13C4C">
        <w:rPr>
          <w:rFonts w:ascii="Times New Roman" w:hAnsi="Times New Roman" w:cs="Times New Roman"/>
          <w:position w:val="-30"/>
          <w:sz w:val="24"/>
          <w:szCs w:val="24"/>
        </w:rPr>
        <w:object w:dxaOrig="1260" w:dyaOrig="720" w14:anchorId="1B17A349">
          <v:shape id="_x0000_i3106" type="#_x0000_t75" style="width:63pt;height:36pt" o:ole="">
            <v:imagedata r:id="rId2525" o:title=""/>
          </v:shape>
          <o:OLEObject Type="Embed" ProgID="Equation.DSMT4" ShapeID="_x0000_i3106" DrawAspect="Content" ObjectID="_1699836390" r:id="rId2526"/>
        </w:object>
      </w:r>
      <w:r w:rsidRPr="00B13C4C">
        <w:rPr>
          <w:rFonts w:ascii="Times New Roman" w:hAnsi="Times New Roman" w:cs="Times New Roman"/>
          <w:sz w:val="24"/>
          <w:szCs w:val="24"/>
        </w:rPr>
        <w:t xml:space="preserve"> có nghiệm là</w:t>
      </w:r>
    </w:p>
    <w:p w14:paraId="1D02519E"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lastRenderedPageBreak/>
        <w:t xml:space="preserve">A. </w:t>
      </w:r>
      <w:r w:rsidRPr="00B13C4C">
        <w:rPr>
          <w:rFonts w:ascii="Times New Roman" w:hAnsi="Times New Roman" w:cs="Times New Roman"/>
          <w:position w:val="-10"/>
          <w:sz w:val="24"/>
          <w:szCs w:val="24"/>
        </w:rPr>
        <w:object w:dxaOrig="520" w:dyaOrig="320" w14:anchorId="74DFE841">
          <v:shape id="_x0000_i3107" type="#_x0000_t75" style="width:25.8pt;height:16.2pt" o:ole="">
            <v:imagedata r:id="rId2527" o:title=""/>
          </v:shape>
          <o:OLEObject Type="Embed" ProgID="Equation.DSMT4" ShapeID="_x0000_i3107" DrawAspect="Content" ObjectID="_1699836391" r:id="rId252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520" w:dyaOrig="320" w14:anchorId="4CDE036B">
          <v:shape id="_x0000_i3108" type="#_x0000_t75" style="width:25.8pt;height:16.2pt" o:ole="">
            <v:imagedata r:id="rId2529" o:title=""/>
          </v:shape>
          <o:OLEObject Type="Embed" ProgID="Equation.DSMT4" ShapeID="_x0000_i3108" DrawAspect="Content" ObjectID="_1699836392" r:id="rId253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660" w:dyaOrig="320" w14:anchorId="7C35F8CF">
          <v:shape id="_x0000_i3109" type="#_x0000_t75" style="width:33pt;height:16.2pt" o:ole="">
            <v:imagedata r:id="rId2531" o:title=""/>
          </v:shape>
          <o:OLEObject Type="Embed" ProgID="Equation.DSMT4" ShapeID="_x0000_i3109" DrawAspect="Content" ObjectID="_1699836393" r:id="rId253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680" w:dyaOrig="320" w14:anchorId="3D970E57">
          <v:shape id="_x0000_i3110" type="#_x0000_t75" style="width:34.2pt;height:16.2pt" o:ole="">
            <v:imagedata r:id="rId2533" o:title=""/>
          </v:shape>
          <o:OLEObject Type="Embed" ProgID="Equation.DSMT4" ShapeID="_x0000_i3110" DrawAspect="Content" ObjectID="_1699836394" r:id="rId2534"/>
        </w:object>
      </w:r>
      <w:r w:rsidRPr="00B13C4C">
        <w:rPr>
          <w:rFonts w:ascii="Times New Roman" w:hAnsi="Times New Roman" w:cs="Times New Roman"/>
          <w:sz w:val="24"/>
          <w:szCs w:val="24"/>
        </w:rPr>
        <w:t>.</w:t>
      </w:r>
    </w:p>
    <w:p w14:paraId="7D01E386" w14:textId="77777777" w:rsidR="00B13C4C" w:rsidRPr="00B13C4C" w:rsidRDefault="00B13C4C" w:rsidP="00FC7DA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hình bình hành </w:t>
      </w:r>
      <w:r w:rsidRPr="00B13C4C">
        <w:rPr>
          <w:rFonts w:ascii="Times New Roman" w:hAnsi="Times New Roman" w:cs="Times New Roman"/>
          <w:position w:val="-6"/>
          <w:sz w:val="24"/>
          <w:szCs w:val="24"/>
        </w:rPr>
        <w:object w:dxaOrig="720" w:dyaOrig="279" w14:anchorId="670E043B">
          <v:shape id="_x0000_i3111" type="#_x0000_t75" style="width:36pt;height:13.8pt" o:ole="">
            <v:imagedata r:id="rId2535" o:title=""/>
          </v:shape>
          <o:OLEObject Type="Embed" ProgID="Equation.DSMT4" ShapeID="_x0000_i3111" DrawAspect="Content" ObjectID="_1699836395" r:id="rId2536"/>
        </w:object>
      </w:r>
      <w:r w:rsidRPr="00B13C4C">
        <w:rPr>
          <w:rFonts w:ascii="Times New Roman" w:hAnsi="Times New Roman" w:cs="Times New Roman"/>
          <w:sz w:val="24"/>
          <w:szCs w:val="24"/>
        </w:rPr>
        <w:t>. Đẳng thức nào sau đây đúng?</w:t>
      </w:r>
    </w:p>
    <w:p w14:paraId="4C8296AC"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980" w:dyaOrig="340" w14:anchorId="1FC54977">
          <v:shape id="_x0000_i3112" type="#_x0000_t75" style="width:49.2pt;height:16.8pt" o:ole="">
            <v:imagedata r:id="rId2537" o:title=""/>
          </v:shape>
          <o:OLEObject Type="Embed" ProgID="Equation.DSMT4" ShapeID="_x0000_i3112" DrawAspect="Content" ObjectID="_1699836396" r:id="rId253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980" w:dyaOrig="340" w14:anchorId="6EA021A2">
          <v:shape id="_x0000_i3113" type="#_x0000_t75" style="width:49.2pt;height:16.8pt" o:ole="">
            <v:imagedata r:id="rId2539" o:title=""/>
          </v:shape>
          <o:OLEObject Type="Embed" ProgID="Equation.DSMT4" ShapeID="_x0000_i3113" DrawAspect="Content" ObjectID="_1699836397" r:id="rId254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960" w:dyaOrig="340" w14:anchorId="10374807">
          <v:shape id="_x0000_i3114" type="#_x0000_t75" style="width:48pt;height:16.8pt" o:ole="">
            <v:imagedata r:id="rId2541" o:title=""/>
          </v:shape>
          <o:OLEObject Type="Embed" ProgID="Equation.DSMT4" ShapeID="_x0000_i3114" DrawAspect="Content" ObjectID="_1699836398" r:id="rId254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960" w:dyaOrig="340" w14:anchorId="33D2F7E8">
          <v:shape id="_x0000_i3115" type="#_x0000_t75" style="width:48pt;height:16.8pt" o:ole="">
            <v:imagedata r:id="rId2543" o:title=""/>
          </v:shape>
          <o:OLEObject Type="Embed" ProgID="Equation.DSMT4" ShapeID="_x0000_i3115" DrawAspect="Content" ObjectID="_1699836399" r:id="rId2544"/>
        </w:object>
      </w:r>
      <w:r w:rsidRPr="00B13C4C">
        <w:rPr>
          <w:rFonts w:ascii="Times New Roman" w:hAnsi="Times New Roman" w:cs="Times New Roman"/>
          <w:sz w:val="24"/>
          <w:szCs w:val="24"/>
        </w:rPr>
        <w:t>.</w:t>
      </w:r>
    </w:p>
    <w:p w14:paraId="48DB1C3A" w14:textId="77777777" w:rsidR="00B13C4C" w:rsidRPr="00B13C4C" w:rsidRDefault="00B13C4C" w:rsidP="00FC7DA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Trong các mệnh đề sau, mệnh đề nào sai?</w:t>
      </w:r>
    </w:p>
    <w:p w14:paraId="18D6AB73"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740" w:dyaOrig="320" w14:anchorId="3F7D3E12">
          <v:shape id="_x0000_i3116" type="#_x0000_t75" style="width:37.2pt;height:16.2pt" o:ole="">
            <v:imagedata r:id="rId2545" o:title=""/>
          </v:shape>
          <o:OLEObject Type="Embed" ProgID="Equation.DSMT4" ShapeID="_x0000_i3116" DrawAspect="Content" ObjectID="_1699836400" r:id="rId254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780" w:dyaOrig="340" w14:anchorId="42C31A9F">
          <v:shape id="_x0000_i3117" type="#_x0000_t75" style="width:39pt;height:16.8pt" o:ole="">
            <v:imagedata r:id="rId2547" o:title=""/>
          </v:shape>
          <o:OLEObject Type="Embed" ProgID="Equation.DSMT4" ShapeID="_x0000_i3117" DrawAspect="Content" ObjectID="_1699836401" r:id="rId254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620" w:dyaOrig="620" w14:anchorId="51E116AF">
          <v:shape id="_x0000_i3118" type="#_x0000_t75" style="width:31.2pt;height:31.2pt" o:ole="">
            <v:imagedata r:id="rId2549" o:title=""/>
          </v:shape>
          <o:OLEObject Type="Embed" ProgID="Equation.DSMT4" ShapeID="_x0000_i3118" DrawAspect="Content" ObjectID="_1699836402" r:id="rId255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600" w:dyaOrig="279" w14:anchorId="43301802">
          <v:shape id="_x0000_i3119" type="#_x0000_t75" style="width:30pt;height:13.8pt" o:ole="">
            <v:imagedata r:id="rId2551" o:title=""/>
          </v:shape>
          <o:OLEObject Type="Embed" ProgID="Equation.DSMT4" ShapeID="_x0000_i3119" DrawAspect="Content" ObjectID="_1699836403" r:id="rId2552"/>
        </w:object>
      </w:r>
      <w:r w:rsidRPr="00B13C4C">
        <w:rPr>
          <w:rFonts w:ascii="Times New Roman" w:hAnsi="Times New Roman" w:cs="Times New Roman"/>
          <w:sz w:val="24"/>
          <w:szCs w:val="24"/>
        </w:rPr>
        <w:t>.</w:t>
      </w:r>
    </w:p>
    <w:p w14:paraId="7E7C0E1A" w14:textId="77777777" w:rsidR="00B13C4C" w:rsidRPr="00B13C4C" w:rsidRDefault="00B13C4C" w:rsidP="00FC7DA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tập </w:t>
      </w:r>
      <w:r w:rsidRPr="00B13C4C">
        <w:rPr>
          <w:rFonts w:ascii="Times New Roman" w:hAnsi="Times New Roman" w:cs="Times New Roman"/>
          <w:position w:val="-10"/>
          <w:sz w:val="24"/>
          <w:szCs w:val="24"/>
        </w:rPr>
        <w:object w:dxaOrig="1180" w:dyaOrig="320" w14:anchorId="2715D5CD">
          <v:shape id="_x0000_i3120" type="#_x0000_t75" style="width:58.8pt;height:16.2pt" o:ole="">
            <v:imagedata r:id="rId2553" o:title=""/>
          </v:shape>
          <o:OLEObject Type="Embed" ProgID="Equation.DSMT4" ShapeID="_x0000_i3120" DrawAspect="Content" ObjectID="_1699836404" r:id="rId2554"/>
        </w:object>
      </w:r>
      <w:r w:rsidRPr="00B13C4C">
        <w:rPr>
          <w:rFonts w:ascii="Times New Roman" w:hAnsi="Times New Roman" w:cs="Times New Roman"/>
          <w:sz w:val="24"/>
          <w:szCs w:val="24"/>
        </w:rPr>
        <w:t xml:space="preserve">. Tập </w:t>
      </w:r>
      <w:r w:rsidRPr="00B13C4C">
        <w:rPr>
          <w:rFonts w:ascii="Times New Roman" w:hAnsi="Times New Roman" w:cs="Times New Roman"/>
          <w:position w:val="-4"/>
          <w:sz w:val="24"/>
          <w:szCs w:val="24"/>
        </w:rPr>
        <w:object w:dxaOrig="240" w:dyaOrig="260" w14:anchorId="0BB7E17B">
          <v:shape id="_x0000_i3121" type="#_x0000_t75" style="width:12pt;height:13.2pt" o:ole="">
            <v:imagedata r:id="rId2555" o:title=""/>
          </v:shape>
          <o:OLEObject Type="Embed" ProgID="Equation.DSMT4" ShapeID="_x0000_i3121" DrawAspect="Content" ObjectID="_1699836405" r:id="rId2556"/>
        </w:object>
      </w:r>
      <w:r w:rsidRPr="00B13C4C">
        <w:rPr>
          <w:rFonts w:ascii="Times New Roman" w:hAnsi="Times New Roman" w:cs="Times New Roman"/>
          <w:sz w:val="24"/>
          <w:szCs w:val="24"/>
        </w:rPr>
        <w:t xml:space="preserve"> có bao nhiêu tập con có 2 phần tử?</w:t>
      </w:r>
    </w:p>
    <w:p w14:paraId="7835E58A"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4.</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3.</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8.</w:t>
      </w:r>
    </w:p>
    <w:p w14:paraId="46B3E721" w14:textId="77777777" w:rsidR="00B13C4C" w:rsidRPr="00B13C4C" w:rsidRDefault="00B13C4C" w:rsidP="00FC7DA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hình chữ nhật </w:t>
      </w:r>
      <w:r w:rsidRPr="00B13C4C">
        <w:rPr>
          <w:rFonts w:ascii="Times New Roman" w:hAnsi="Times New Roman" w:cs="Times New Roman"/>
          <w:position w:val="-6"/>
          <w:sz w:val="24"/>
          <w:szCs w:val="24"/>
        </w:rPr>
        <w:object w:dxaOrig="720" w:dyaOrig="279" w14:anchorId="2851F484">
          <v:shape id="_x0000_i3122" type="#_x0000_t75" style="width:36pt;height:13.8pt" o:ole="">
            <v:imagedata r:id="rId2557" o:title=""/>
          </v:shape>
          <o:OLEObject Type="Embed" ProgID="Equation.DSMT4" ShapeID="_x0000_i3122" DrawAspect="Content" ObjectID="_1699836406" r:id="rId2558"/>
        </w:object>
      </w:r>
      <w:r w:rsidRPr="00B13C4C">
        <w:rPr>
          <w:rFonts w:ascii="Times New Roman" w:hAnsi="Times New Roman" w:cs="Times New Roman"/>
          <w:sz w:val="24"/>
          <w:szCs w:val="24"/>
        </w:rPr>
        <w:t xml:space="preserve"> có </w:t>
      </w:r>
      <w:r w:rsidRPr="00B13C4C">
        <w:rPr>
          <w:rFonts w:ascii="Times New Roman" w:hAnsi="Times New Roman" w:cs="Times New Roman"/>
          <w:position w:val="-10"/>
          <w:sz w:val="24"/>
          <w:szCs w:val="24"/>
        </w:rPr>
        <w:object w:dxaOrig="1520" w:dyaOrig="320" w14:anchorId="6B1E34B5">
          <v:shape id="_x0000_i3123" type="#_x0000_t75" style="width:76.2pt;height:16.2pt" o:ole="">
            <v:imagedata r:id="rId2559" o:title=""/>
          </v:shape>
          <o:OLEObject Type="Embed" ProgID="Equation.DSMT4" ShapeID="_x0000_i3123" DrawAspect="Content" ObjectID="_1699836407" r:id="rId2560"/>
        </w:object>
      </w:r>
      <w:r w:rsidRPr="00B13C4C">
        <w:rPr>
          <w:rFonts w:ascii="Times New Roman" w:hAnsi="Times New Roman" w:cs="Times New Roman"/>
          <w:sz w:val="24"/>
          <w:szCs w:val="24"/>
        </w:rPr>
        <w:t>. Khẳng định nào sau đây đúng?</w:t>
      </w:r>
    </w:p>
    <w:p w14:paraId="7EB6AA89"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b/>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219" w:dyaOrig="380" w14:anchorId="00D8EBE9">
          <v:shape id="_x0000_i3124" type="#_x0000_t75" style="width:61.2pt;height:19.2pt" o:ole="">
            <v:imagedata r:id="rId2561" o:title=""/>
          </v:shape>
          <o:OLEObject Type="Embed" ProgID="Equation.DSMT4" ShapeID="_x0000_i3124" DrawAspect="Content" ObjectID="_1699836408" r:id="rId256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880" w:dyaOrig="380" w14:anchorId="1CDEE957">
          <v:shape id="_x0000_i3125" type="#_x0000_t75" style="width:43.8pt;height:19.2pt" o:ole="">
            <v:imagedata r:id="rId2563" o:title=""/>
          </v:shape>
          <o:OLEObject Type="Embed" ProgID="Equation.DSMT4" ShapeID="_x0000_i3125" DrawAspect="Content" ObjectID="_1699836409" r:id="rId256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200" w:dyaOrig="380" w14:anchorId="2EAA8214">
          <v:shape id="_x0000_i3126" type="#_x0000_t75" style="width:60pt;height:19.2pt" o:ole="">
            <v:imagedata r:id="rId2565" o:title=""/>
          </v:shape>
          <o:OLEObject Type="Embed" ProgID="Equation.DSMT4" ShapeID="_x0000_i3126" DrawAspect="Content" ObjectID="_1699836410" r:id="rId256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200" w:dyaOrig="380" w14:anchorId="5E4D0594">
          <v:shape id="_x0000_i3127" type="#_x0000_t75" style="width:60pt;height:19.2pt" o:ole="">
            <v:imagedata r:id="rId2567" o:title=""/>
          </v:shape>
          <o:OLEObject Type="Embed" ProgID="Equation.DSMT4" ShapeID="_x0000_i3127" DrawAspect="Content" ObjectID="_1699836411" r:id="rId2568"/>
        </w:object>
      </w:r>
      <w:r w:rsidRPr="00B13C4C">
        <w:rPr>
          <w:rFonts w:ascii="Times New Roman" w:hAnsi="Times New Roman" w:cs="Times New Roman"/>
          <w:b/>
          <w:sz w:val="24"/>
          <w:szCs w:val="24"/>
        </w:rPr>
        <w:t>.</w:t>
      </w:r>
    </w:p>
    <w:p w14:paraId="40B949E6" w14:textId="77777777" w:rsidR="00B13C4C" w:rsidRPr="00B13C4C" w:rsidRDefault="00B13C4C" w:rsidP="00FC7DA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Trong các câu sau đây, câu nào là mệnh đề?</w:t>
      </w:r>
    </w:p>
    <w:p w14:paraId="1F54C769"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Bạn có học chăm không?.</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Buồn ngủ quá!.</w:t>
      </w:r>
    </w:p>
    <w:p w14:paraId="1272CC3B"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Hà Nội là thủ đô của Việt Nam.</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1400" w:dyaOrig="320" w14:anchorId="4BDBEBD3">
          <v:shape id="_x0000_i3128" type="#_x0000_t75" style="width:70.2pt;height:16.2pt" o:ole="">
            <v:imagedata r:id="rId2569" o:title=""/>
          </v:shape>
          <o:OLEObject Type="Embed" ProgID="Equation.DSMT4" ShapeID="_x0000_i3128" DrawAspect="Content" ObjectID="_1699836412" r:id="rId2570"/>
        </w:object>
      </w:r>
      <w:r w:rsidRPr="00B13C4C">
        <w:rPr>
          <w:rFonts w:ascii="Times New Roman" w:hAnsi="Times New Roman" w:cs="Times New Roman"/>
          <w:sz w:val="24"/>
          <w:szCs w:val="24"/>
        </w:rPr>
        <w:t>.</w:t>
      </w:r>
    </w:p>
    <w:p w14:paraId="5911B90A" w14:textId="77777777" w:rsidR="00B13C4C" w:rsidRPr="00B13C4C" w:rsidRDefault="00B13C4C" w:rsidP="00FC7DA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hình bình hành </w:t>
      </w:r>
      <w:r w:rsidRPr="00B13C4C">
        <w:rPr>
          <w:rFonts w:ascii="Times New Roman" w:hAnsi="Times New Roman" w:cs="Times New Roman"/>
          <w:position w:val="-6"/>
          <w:sz w:val="24"/>
          <w:szCs w:val="24"/>
        </w:rPr>
        <w:object w:dxaOrig="720" w:dyaOrig="279" w14:anchorId="4EF2D2C5">
          <v:shape id="_x0000_i3129" type="#_x0000_t75" style="width:36pt;height:13.8pt" o:ole="">
            <v:imagedata r:id="rId2571" o:title=""/>
          </v:shape>
          <o:OLEObject Type="Embed" ProgID="Equation.DSMT4" ShapeID="_x0000_i3129" DrawAspect="Content" ObjectID="_1699836413" r:id="rId2572"/>
        </w:object>
      </w:r>
      <w:r w:rsidRPr="00B13C4C">
        <w:rPr>
          <w:rFonts w:ascii="Times New Roman" w:hAnsi="Times New Roman" w:cs="Times New Roman"/>
          <w:sz w:val="24"/>
          <w:szCs w:val="24"/>
        </w:rPr>
        <w:t xml:space="preserve"> tâm </w:t>
      </w:r>
      <w:r w:rsidRPr="00B13C4C">
        <w:rPr>
          <w:rFonts w:ascii="Times New Roman" w:hAnsi="Times New Roman" w:cs="Times New Roman"/>
          <w:position w:val="-6"/>
          <w:sz w:val="24"/>
          <w:szCs w:val="24"/>
        </w:rPr>
        <w:object w:dxaOrig="240" w:dyaOrig="279" w14:anchorId="548CB698">
          <v:shape id="_x0000_i3130" type="#_x0000_t75" style="width:12pt;height:13.8pt" o:ole="">
            <v:imagedata r:id="rId2573" o:title=""/>
          </v:shape>
          <o:OLEObject Type="Embed" ProgID="Equation.DSMT4" ShapeID="_x0000_i3130" DrawAspect="Content" ObjectID="_1699836414" r:id="rId2574"/>
        </w:object>
      </w:r>
      <w:r w:rsidRPr="00B13C4C">
        <w:rPr>
          <w:rFonts w:ascii="Times New Roman" w:hAnsi="Times New Roman" w:cs="Times New Roman"/>
          <w:sz w:val="24"/>
          <w:szCs w:val="24"/>
        </w:rPr>
        <w:t>. Câu nào sau đây sai?</w:t>
      </w:r>
    </w:p>
    <w:p w14:paraId="17F4AB06"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960" w:dyaOrig="340" w14:anchorId="3545B5B1">
          <v:shape id="_x0000_i3131" type="#_x0000_t75" style="width:48pt;height:16.8pt" o:ole="">
            <v:imagedata r:id="rId2575" o:title=""/>
          </v:shape>
          <o:OLEObject Type="Embed" ProgID="Equation.DSMT4" ShapeID="_x0000_i3131" DrawAspect="Content" ObjectID="_1699836415" r:id="rId257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1540" w:dyaOrig="340" w14:anchorId="4E582449">
          <v:shape id="_x0000_i3132" type="#_x0000_t75" style="width:76.8pt;height:16.8pt" o:ole="">
            <v:imagedata r:id="rId2577" o:title=""/>
          </v:shape>
          <o:OLEObject Type="Embed" ProgID="Equation.DSMT4" ShapeID="_x0000_i3132" DrawAspect="Content" ObjectID="_1699836416" r:id="rId2578"/>
        </w:object>
      </w:r>
      <w:r w:rsidRPr="00B13C4C">
        <w:rPr>
          <w:rFonts w:ascii="Times New Roman" w:hAnsi="Times New Roman" w:cs="Times New Roman"/>
          <w:sz w:val="24"/>
          <w:szCs w:val="24"/>
        </w:rPr>
        <w:t>.</w:t>
      </w:r>
    </w:p>
    <w:p w14:paraId="2051B85C"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2380" w:dyaOrig="340" w14:anchorId="2674EE52">
          <v:shape id="_x0000_i3133" type="#_x0000_t75" style="width:118.8pt;height:16.8pt" o:ole="">
            <v:imagedata r:id="rId2579" o:title=""/>
          </v:shape>
          <o:OLEObject Type="Embed" ProgID="Equation.DSMT4" ShapeID="_x0000_i3133" DrawAspect="Content" ObjectID="_1699836417" r:id="rId258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1480" w:dyaOrig="340" w14:anchorId="6EE7858B">
          <v:shape id="_x0000_i3134" type="#_x0000_t75" style="width:73.8pt;height:16.8pt" o:ole="">
            <v:imagedata r:id="rId2581" o:title=""/>
          </v:shape>
          <o:OLEObject Type="Embed" ProgID="Equation.DSMT4" ShapeID="_x0000_i3134" DrawAspect="Content" ObjectID="_1699836418" r:id="rId2582"/>
        </w:object>
      </w:r>
      <w:r w:rsidRPr="00B13C4C">
        <w:rPr>
          <w:rFonts w:ascii="Times New Roman" w:hAnsi="Times New Roman" w:cs="Times New Roman"/>
          <w:sz w:val="24"/>
          <w:szCs w:val="24"/>
        </w:rPr>
        <w:t>.</w:t>
      </w:r>
    </w:p>
    <w:p w14:paraId="7A1A5738" w14:textId="77777777" w:rsidR="00B13C4C" w:rsidRPr="00B13C4C" w:rsidRDefault="00B13C4C" w:rsidP="00FC7DA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toạ độ </w:t>
      </w:r>
      <w:r w:rsidRPr="00B13C4C">
        <w:rPr>
          <w:rFonts w:ascii="Times New Roman" w:hAnsi="Times New Roman" w:cs="Times New Roman"/>
          <w:position w:val="-10"/>
          <w:sz w:val="24"/>
          <w:szCs w:val="24"/>
        </w:rPr>
        <w:object w:dxaOrig="460" w:dyaOrig="320" w14:anchorId="42FB29D2">
          <v:shape id="_x0000_i3135" type="#_x0000_t75" style="width:22.8pt;height:16.2pt" o:ole="">
            <v:imagedata r:id="rId2583" o:title=""/>
          </v:shape>
          <o:OLEObject Type="Embed" ProgID="Equation.DSMT4" ShapeID="_x0000_i3135" DrawAspect="Content" ObjectID="_1699836419" r:id="rId2584"/>
        </w:object>
      </w:r>
      <w:r w:rsidRPr="00B13C4C">
        <w:rPr>
          <w:rFonts w:ascii="Times New Roman" w:hAnsi="Times New Roman" w:cs="Times New Roman"/>
          <w:sz w:val="24"/>
          <w:szCs w:val="24"/>
        </w:rPr>
        <w:t xml:space="preserve"> cho hai điểm </w:t>
      </w:r>
      <w:r w:rsidRPr="00B13C4C">
        <w:rPr>
          <w:rFonts w:ascii="Times New Roman" w:hAnsi="Times New Roman" w:cs="Times New Roman"/>
          <w:position w:val="-10"/>
          <w:sz w:val="24"/>
          <w:szCs w:val="24"/>
        </w:rPr>
        <w:object w:dxaOrig="680" w:dyaOrig="320" w14:anchorId="38802EBD">
          <v:shape id="_x0000_i3136" type="#_x0000_t75" style="width:34.2pt;height:16.2pt" o:ole="">
            <v:imagedata r:id="rId2585" o:title=""/>
          </v:shape>
          <o:OLEObject Type="Embed" ProgID="Equation.DSMT4" ShapeID="_x0000_i3136" DrawAspect="Content" ObjectID="_1699836420" r:id="rId2586"/>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700" w:dyaOrig="320" w14:anchorId="288DCD25">
          <v:shape id="_x0000_i3137" type="#_x0000_t75" style="width:34.8pt;height:16.2pt" o:ole="">
            <v:imagedata r:id="rId2587" o:title=""/>
          </v:shape>
          <o:OLEObject Type="Embed" ProgID="Equation.DSMT4" ShapeID="_x0000_i3137" DrawAspect="Content" ObjectID="_1699836421" r:id="rId2588"/>
        </w:object>
      </w:r>
      <w:r w:rsidRPr="00B13C4C">
        <w:rPr>
          <w:rFonts w:ascii="Times New Roman" w:hAnsi="Times New Roman" w:cs="Times New Roman"/>
          <w:sz w:val="24"/>
          <w:szCs w:val="24"/>
        </w:rPr>
        <w:t xml:space="preserve">. Tìm tọa độ vectơ </w:t>
      </w:r>
      <w:r w:rsidRPr="00B13C4C">
        <w:rPr>
          <w:rFonts w:ascii="Times New Roman" w:hAnsi="Times New Roman" w:cs="Times New Roman"/>
          <w:position w:val="-4"/>
          <w:sz w:val="24"/>
          <w:szCs w:val="24"/>
        </w:rPr>
        <w:object w:dxaOrig="400" w:dyaOrig="320" w14:anchorId="6303DF07">
          <v:shape id="_x0000_i3138" type="#_x0000_t75" style="width:19.8pt;height:16.2pt" o:ole="">
            <v:imagedata r:id="rId2589" o:title=""/>
          </v:shape>
          <o:OLEObject Type="Embed" ProgID="Equation.DSMT4" ShapeID="_x0000_i3138" DrawAspect="Content" ObjectID="_1699836422" r:id="rId2590"/>
        </w:object>
      </w:r>
      <w:r w:rsidRPr="00B13C4C">
        <w:rPr>
          <w:rFonts w:ascii="Times New Roman" w:hAnsi="Times New Roman" w:cs="Times New Roman"/>
          <w:sz w:val="24"/>
          <w:szCs w:val="24"/>
        </w:rPr>
        <w:t>?</w:t>
      </w:r>
    </w:p>
    <w:p w14:paraId="5F90E937"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120" w:dyaOrig="380" w14:anchorId="26900089">
          <v:shape id="_x0000_i3139" type="#_x0000_t75" style="width:55.8pt;height:19.2pt" o:ole="">
            <v:imagedata r:id="rId2591" o:title=""/>
          </v:shape>
          <o:OLEObject Type="Embed" ProgID="Equation.DSMT4" ShapeID="_x0000_i3139" DrawAspect="Content" ObjectID="_1699836423" r:id="rId259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359" w:dyaOrig="380" w14:anchorId="7D715E4F">
          <v:shape id="_x0000_i3140" type="#_x0000_t75" style="width:67.8pt;height:19.2pt" o:ole="">
            <v:imagedata r:id="rId2593" o:title=""/>
          </v:shape>
          <o:OLEObject Type="Embed" ProgID="Equation.DSMT4" ShapeID="_x0000_i3140" DrawAspect="Content" ObjectID="_1699836424" r:id="rId259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060" w:dyaOrig="380" w14:anchorId="013BF50A">
          <v:shape id="_x0000_i3141" type="#_x0000_t75" style="width:52.8pt;height:19.2pt" o:ole="">
            <v:imagedata r:id="rId2595" o:title=""/>
          </v:shape>
          <o:OLEObject Type="Embed" ProgID="Equation.DSMT4" ShapeID="_x0000_i3141" DrawAspect="Content" ObjectID="_1699836425" r:id="rId259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080" w:dyaOrig="380" w14:anchorId="74342951">
          <v:shape id="_x0000_i3142" type="#_x0000_t75" style="width:54pt;height:19.2pt" o:ole="">
            <v:imagedata r:id="rId2597" o:title=""/>
          </v:shape>
          <o:OLEObject Type="Embed" ProgID="Equation.DSMT4" ShapeID="_x0000_i3142" DrawAspect="Content" ObjectID="_1699836426" r:id="rId2598"/>
        </w:object>
      </w:r>
      <w:r w:rsidRPr="00B13C4C">
        <w:rPr>
          <w:rFonts w:ascii="Times New Roman" w:hAnsi="Times New Roman" w:cs="Times New Roman"/>
          <w:sz w:val="24"/>
          <w:szCs w:val="24"/>
        </w:rPr>
        <w:t>.</w:t>
      </w:r>
    </w:p>
    <w:p w14:paraId="554FD625" w14:textId="77777777" w:rsidR="00B13C4C" w:rsidRPr="00B13C4C" w:rsidRDefault="00B13C4C" w:rsidP="00FC7DA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w:t>
      </w:r>
      <w:r w:rsidRPr="00B13C4C">
        <w:rPr>
          <w:rFonts w:ascii="Times New Roman" w:hAnsi="Times New Roman" w:cs="Times New Roman"/>
          <w:position w:val="-10"/>
          <w:sz w:val="24"/>
          <w:szCs w:val="24"/>
        </w:rPr>
        <w:object w:dxaOrig="480" w:dyaOrig="320" w14:anchorId="1021FA79">
          <v:shape id="_x0000_i3143" type="#_x0000_t75" style="width:24pt;height:16.2pt" o:ole="">
            <v:imagedata r:id="rId2599" o:title=""/>
          </v:shape>
          <o:OLEObject Type="Embed" ProgID="Equation.DSMT4" ShapeID="_x0000_i3143" DrawAspect="Content" ObjectID="_1699836427" r:id="rId2600"/>
        </w:object>
      </w:r>
      <w:r w:rsidRPr="00B13C4C">
        <w:rPr>
          <w:rFonts w:ascii="Times New Roman" w:hAnsi="Times New Roman" w:cs="Times New Roman"/>
          <w:sz w:val="24"/>
          <w:szCs w:val="24"/>
        </w:rPr>
        <w:t xml:space="preserve"> là hai tập hợp bất kì. Phần tô đen trong hình vẽ bên là tập hợp nào sau đây?</w:t>
      </w:r>
    </w:p>
    <w:p w14:paraId="72D72A3F" w14:textId="77777777" w:rsidR="00B13C4C" w:rsidRPr="00B13C4C" w:rsidRDefault="00B13C4C" w:rsidP="00FC7DAE">
      <w:pPr>
        <w:ind w:left="992" w:hanging="992"/>
        <w:jc w:val="center"/>
        <w:rPr>
          <w:rFonts w:ascii="Times New Roman" w:hAnsi="Times New Roman" w:cs="Times New Roman"/>
          <w:sz w:val="24"/>
          <w:szCs w:val="24"/>
        </w:rPr>
      </w:pPr>
      <w:r w:rsidRPr="00B13C4C">
        <w:rPr>
          <w:rFonts w:ascii="Times New Roman" w:hAnsi="Times New Roman" w:cs="Times New Roman"/>
          <w:noProof/>
          <w:sz w:val="24"/>
          <w:szCs w:val="24"/>
        </w:rPr>
        <w:drawing>
          <wp:inline distT="0" distB="0" distL="0" distR="0" wp14:anchorId="079A1E1A" wp14:editId="3E819121">
            <wp:extent cx="1272650" cy="952583"/>
            <wp:effectExtent l="0" t="0" r="381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01"/>
                    <a:stretch>
                      <a:fillRect/>
                    </a:stretch>
                  </pic:blipFill>
                  <pic:spPr>
                    <a:xfrm>
                      <a:off x="0" y="0"/>
                      <a:ext cx="1272650" cy="952583"/>
                    </a:xfrm>
                    <a:prstGeom prst="rect">
                      <a:avLst/>
                    </a:prstGeom>
                  </pic:spPr>
                </pic:pic>
              </a:graphicData>
            </a:graphic>
          </wp:inline>
        </w:drawing>
      </w:r>
    </w:p>
    <w:p w14:paraId="437CA6CD"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4"/>
          <w:sz w:val="24"/>
          <w:szCs w:val="24"/>
        </w:rPr>
        <w:object w:dxaOrig="660" w:dyaOrig="260" w14:anchorId="02929E25">
          <v:shape id="_x0000_i3144" type="#_x0000_t75" style="width:33pt;height:13.2pt" o:ole="">
            <v:imagedata r:id="rId2602" o:title=""/>
          </v:shape>
          <o:OLEObject Type="Embed" ProgID="Equation.DSMT4" ShapeID="_x0000_i3144" DrawAspect="Content" ObjectID="_1699836428" r:id="rId260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560" w:dyaOrig="279" w14:anchorId="4DC9AF08">
          <v:shape id="_x0000_i3145" type="#_x0000_t75" style="width:28.2pt;height:13.8pt" o:ole="">
            <v:imagedata r:id="rId2604" o:title=""/>
          </v:shape>
          <o:OLEObject Type="Embed" ProgID="Equation.DSMT4" ShapeID="_x0000_i3145" DrawAspect="Content" ObjectID="_1699836429" r:id="rId260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4"/>
          <w:sz w:val="24"/>
          <w:szCs w:val="24"/>
        </w:rPr>
        <w:object w:dxaOrig="660" w:dyaOrig="260" w14:anchorId="4D4CAB96">
          <v:shape id="_x0000_i3146" type="#_x0000_t75" style="width:33pt;height:13.2pt" o:ole="">
            <v:imagedata r:id="rId2606" o:title=""/>
          </v:shape>
          <o:OLEObject Type="Embed" ProgID="Equation.DSMT4" ShapeID="_x0000_i3146" DrawAspect="Content" ObjectID="_1699836430" r:id="rId260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560" w:dyaOrig="279" w14:anchorId="115F76A2">
          <v:shape id="_x0000_i3147" type="#_x0000_t75" style="width:28.2pt;height:13.8pt" o:ole="">
            <v:imagedata r:id="rId2608" o:title=""/>
          </v:shape>
          <o:OLEObject Type="Embed" ProgID="Equation.DSMT4" ShapeID="_x0000_i3147" DrawAspect="Content" ObjectID="_1699836431" r:id="rId2609"/>
        </w:object>
      </w:r>
      <w:r w:rsidRPr="00B13C4C">
        <w:rPr>
          <w:rFonts w:ascii="Times New Roman" w:hAnsi="Times New Roman" w:cs="Times New Roman"/>
          <w:sz w:val="24"/>
          <w:szCs w:val="24"/>
        </w:rPr>
        <w:t>.</w:t>
      </w:r>
    </w:p>
    <w:p w14:paraId="2017E050" w14:textId="77777777" w:rsidR="00B13C4C" w:rsidRPr="00B13C4C" w:rsidRDefault="00B13C4C" w:rsidP="00FC7DA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hai tập hợp </w:t>
      </w:r>
      <w:r w:rsidRPr="00B13C4C">
        <w:rPr>
          <w:rFonts w:ascii="Times New Roman" w:hAnsi="Times New Roman" w:cs="Times New Roman"/>
          <w:position w:val="-10"/>
          <w:sz w:val="24"/>
          <w:szCs w:val="24"/>
        </w:rPr>
        <w:object w:dxaOrig="1380" w:dyaOrig="320" w14:anchorId="1656CFDD">
          <v:shape id="_x0000_i3148" type="#_x0000_t75" style="width:69pt;height:16.2pt" o:ole="">
            <v:imagedata r:id="rId2610" o:title=""/>
          </v:shape>
          <o:OLEObject Type="Embed" ProgID="Equation.DSMT4" ShapeID="_x0000_i3148" DrawAspect="Content" ObjectID="_1699836432" r:id="rId2611"/>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1320" w:dyaOrig="320" w14:anchorId="1B710ECE">
          <v:shape id="_x0000_i3149" type="#_x0000_t75" style="width:66pt;height:16.2pt" o:ole="">
            <v:imagedata r:id="rId2612" o:title=""/>
          </v:shape>
          <o:OLEObject Type="Embed" ProgID="Equation.DSMT4" ShapeID="_x0000_i3149" DrawAspect="Content" ObjectID="_1699836433" r:id="rId2613"/>
        </w:object>
      </w:r>
      <w:r w:rsidRPr="00B13C4C">
        <w:rPr>
          <w:rFonts w:ascii="Times New Roman" w:hAnsi="Times New Roman" w:cs="Times New Roman"/>
          <w:sz w:val="24"/>
          <w:szCs w:val="24"/>
        </w:rPr>
        <w:t xml:space="preserve">. Tập hợp </w:t>
      </w:r>
      <w:r w:rsidRPr="00B13C4C">
        <w:rPr>
          <w:rFonts w:ascii="Times New Roman" w:hAnsi="Times New Roman" w:cs="Times New Roman"/>
          <w:position w:val="-6"/>
          <w:sz w:val="24"/>
          <w:szCs w:val="24"/>
        </w:rPr>
        <w:object w:dxaOrig="560" w:dyaOrig="279" w14:anchorId="5B51AD2E">
          <v:shape id="_x0000_i3150" type="#_x0000_t75" style="width:28.2pt;height:13.8pt" o:ole="">
            <v:imagedata r:id="rId2614" o:title=""/>
          </v:shape>
          <o:OLEObject Type="Embed" ProgID="Equation.DSMT4" ShapeID="_x0000_i3150" DrawAspect="Content" ObjectID="_1699836434" r:id="rId2615"/>
        </w:object>
      </w:r>
      <w:r w:rsidRPr="00B13C4C">
        <w:rPr>
          <w:rFonts w:ascii="Times New Roman" w:hAnsi="Times New Roman" w:cs="Times New Roman"/>
          <w:sz w:val="24"/>
          <w:szCs w:val="24"/>
        </w:rPr>
        <w:t xml:space="preserve"> bằng tập hợp nào sau đây?</w:t>
      </w:r>
    </w:p>
    <w:p w14:paraId="4F052EBC"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580" w:dyaOrig="320" w14:anchorId="676DAE53">
          <v:shape id="_x0000_i3151" type="#_x0000_t75" style="width:28.8pt;height:16.2pt" o:ole="">
            <v:imagedata r:id="rId2616" o:title=""/>
          </v:shape>
          <o:OLEObject Type="Embed" ProgID="Equation.DSMT4" ShapeID="_x0000_i3151" DrawAspect="Content" ObjectID="_1699836435" r:id="rId261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920" w:dyaOrig="320" w14:anchorId="75C5A694">
          <v:shape id="_x0000_i3152" type="#_x0000_t75" style="width:46.2pt;height:16.2pt" o:ole="">
            <v:imagedata r:id="rId2618" o:title=""/>
          </v:shape>
          <o:OLEObject Type="Embed" ProgID="Equation.DSMT4" ShapeID="_x0000_i3152" DrawAspect="Content" ObjectID="_1699836436" r:id="rId261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520" w:dyaOrig="320" w14:anchorId="3A946258">
          <v:shape id="_x0000_i3153" type="#_x0000_t75" style="width:25.8pt;height:16.2pt" o:ole="">
            <v:imagedata r:id="rId2620" o:title=""/>
          </v:shape>
          <o:OLEObject Type="Embed" ProgID="Equation.DSMT4" ShapeID="_x0000_i3153" DrawAspect="Content" ObjectID="_1699836437" r:id="rId262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560" w:dyaOrig="320" w14:anchorId="698D9711">
          <v:shape id="_x0000_i3154" type="#_x0000_t75" style="width:28.2pt;height:16.2pt" o:ole="">
            <v:imagedata r:id="rId2622" o:title=""/>
          </v:shape>
          <o:OLEObject Type="Embed" ProgID="Equation.DSMT4" ShapeID="_x0000_i3154" DrawAspect="Content" ObjectID="_1699836438" r:id="rId2623"/>
        </w:object>
      </w:r>
      <w:r w:rsidRPr="00B13C4C">
        <w:rPr>
          <w:rFonts w:ascii="Times New Roman" w:hAnsi="Times New Roman" w:cs="Times New Roman"/>
          <w:sz w:val="24"/>
          <w:szCs w:val="24"/>
        </w:rPr>
        <w:t>.</w:t>
      </w:r>
    </w:p>
    <w:p w14:paraId="14DEBBB0" w14:textId="77777777" w:rsidR="00B13C4C" w:rsidRPr="00B13C4C" w:rsidRDefault="00B13C4C" w:rsidP="00FC7DA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tọa độ </w:t>
      </w:r>
      <w:r w:rsidRPr="00B13C4C">
        <w:rPr>
          <w:rFonts w:ascii="Times New Roman" w:hAnsi="Times New Roman" w:cs="Times New Roman"/>
          <w:position w:val="-10"/>
          <w:sz w:val="24"/>
          <w:szCs w:val="24"/>
        </w:rPr>
        <w:object w:dxaOrig="460" w:dyaOrig="320" w14:anchorId="77E963DA">
          <v:shape id="_x0000_i3155" type="#_x0000_t75" style="width:22.8pt;height:16.2pt" o:ole="">
            <v:imagedata r:id="rId2624" o:title=""/>
          </v:shape>
          <o:OLEObject Type="Embed" ProgID="Equation.DSMT4" ShapeID="_x0000_i3155" DrawAspect="Content" ObjectID="_1699836439" r:id="rId2625"/>
        </w:object>
      </w:r>
      <w:r w:rsidRPr="00B13C4C">
        <w:rPr>
          <w:rFonts w:ascii="Times New Roman" w:hAnsi="Times New Roman" w:cs="Times New Roman"/>
          <w:sz w:val="24"/>
          <w:szCs w:val="24"/>
        </w:rPr>
        <w:t xml:space="preserve">, cho hai vécto </w:t>
      </w:r>
      <w:r w:rsidRPr="00B13C4C">
        <w:rPr>
          <w:rFonts w:ascii="Times New Roman" w:hAnsi="Times New Roman" w:cs="Times New Roman"/>
          <w:position w:val="-10"/>
          <w:sz w:val="24"/>
          <w:szCs w:val="24"/>
        </w:rPr>
        <w:object w:dxaOrig="940" w:dyaOrig="320" w14:anchorId="4FA8ABFD">
          <v:shape id="_x0000_i3156" type="#_x0000_t75" style="width:46.8pt;height:16.2pt" o:ole="">
            <v:imagedata r:id="rId2626" o:title=""/>
          </v:shape>
          <o:OLEObject Type="Embed" ProgID="Equation.DSMT4" ShapeID="_x0000_i3156" DrawAspect="Content" ObjectID="_1699836440" r:id="rId2627"/>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1060" w:dyaOrig="380" w14:anchorId="14DAE440">
          <v:shape id="_x0000_i3157" type="#_x0000_t75" style="width:52.8pt;height:19.2pt" o:ole="">
            <v:imagedata r:id="rId2628" o:title=""/>
          </v:shape>
          <o:OLEObject Type="Embed" ProgID="Equation.DSMT4" ShapeID="_x0000_i3157" DrawAspect="Content" ObjectID="_1699836441" r:id="rId2629"/>
        </w:object>
      </w:r>
      <w:r w:rsidRPr="00B13C4C">
        <w:rPr>
          <w:rFonts w:ascii="Times New Roman" w:hAnsi="Times New Roman" w:cs="Times New Roman"/>
          <w:sz w:val="24"/>
          <w:szCs w:val="24"/>
        </w:rPr>
        <w:t xml:space="preserve">. Tính tích vô hướng </w:t>
      </w:r>
      <w:r w:rsidRPr="00B13C4C">
        <w:rPr>
          <w:rFonts w:ascii="Times New Roman" w:hAnsi="Times New Roman" w:cs="Times New Roman"/>
          <w:position w:val="-6"/>
          <w:sz w:val="24"/>
          <w:szCs w:val="24"/>
        </w:rPr>
        <w:object w:dxaOrig="460" w:dyaOrig="340" w14:anchorId="2C732ED6">
          <v:shape id="_x0000_i3158" type="#_x0000_t75" style="width:22.8pt;height:16.8pt" o:ole="">
            <v:imagedata r:id="rId2630" o:title=""/>
          </v:shape>
          <o:OLEObject Type="Embed" ProgID="Equation.DSMT4" ShapeID="_x0000_i3158" DrawAspect="Content" ObjectID="_1699836442" r:id="rId2631"/>
        </w:object>
      </w:r>
      <w:r w:rsidRPr="00B13C4C">
        <w:rPr>
          <w:rFonts w:ascii="Times New Roman" w:hAnsi="Times New Roman" w:cs="Times New Roman"/>
          <w:sz w:val="24"/>
          <w:szCs w:val="24"/>
        </w:rPr>
        <w:t>.</w:t>
      </w:r>
    </w:p>
    <w:p w14:paraId="3FD31D2A"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940" w:dyaOrig="340" w14:anchorId="59D89B70">
          <v:shape id="_x0000_i3159" type="#_x0000_t75" style="width:46.8pt;height:16.8pt" o:ole="">
            <v:imagedata r:id="rId2632" o:title=""/>
          </v:shape>
          <o:OLEObject Type="Embed" ProgID="Equation.DSMT4" ShapeID="_x0000_i3159" DrawAspect="Content" ObjectID="_1699836443" r:id="rId263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800" w:dyaOrig="340" w14:anchorId="65CFED67">
          <v:shape id="_x0000_i3160" type="#_x0000_t75" style="width:40.2pt;height:16.8pt" o:ole="">
            <v:imagedata r:id="rId2634" o:title=""/>
          </v:shape>
          <o:OLEObject Type="Embed" ProgID="Equation.DSMT4" ShapeID="_x0000_i3160" DrawAspect="Content" ObjectID="_1699836444" r:id="rId263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940" w:dyaOrig="340" w14:anchorId="74D380D3">
          <v:shape id="_x0000_i3161" type="#_x0000_t75" style="width:46.8pt;height:16.8pt" o:ole="">
            <v:imagedata r:id="rId2636" o:title=""/>
          </v:shape>
          <o:OLEObject Type="Embed" ProgID="Equation.DSMT4" ShapeID="_x0000_i3161" DrawAspect="Content" ObjectID="_1699836445" r:id="rId263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1080" w:dyaOrig="340" w14:anchorId="71021AE1">
          <v:shape id="_x0000_i3162" type="#_x0000_t75" style="width:54pt;height:16.8pt" o:ole="">
            <v:imagedata r:id="rId2638" o:title=""/>
          </v:shape>
          <o:OLEObject Type="Embed" ProgID="Equation.DSMT4" ShapeID="_x0000_i3162" DrawAspect="Content" ObjectID="_1699836446" r:id="rId2639"/>
        </w:object>
      </w:r>
      <w:r w:rsidRPr="00B13C4C">
        <w:rPr>
          <w:rFonts w:ascii="Times New Roman" w:hAnsi="Times New Roman" w:cs="Times New Roman"/>
          <w:sz w:val="24"/>
          <w:szCs w:val="24"/>
        </w:rPr>
        <w:t>.</w:t>
      </w:r>
    </w:p>
    <w:p w14:paraId="2112A003" w14:textId="77777777" w:rsidR="00B13C4C" w:rsidRPr="00B13C4C" w:rsidRDefault="00B13C4C" w:rsidP="00FC7DA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tam giác </w:t>
      </w:r>
      <w:r w:rsidRPr="00B13C4C">
        <w:rPr>
          <w:rFonts w:ascii="Times New Roman" w:hAnsi="Times New Roman" w:cs="Times New Roman"/>
          <w:position w:val="-6"/>
          <w:sz w:val="24"/>
          <w:szCs w:val="24"/>
        </w:rPr>
        <w:object w:dxaOrig="560" w:dyaOrig="279" w14:anchorId="78CE303B">
          <v:shape id="_x0000_i3163" type="#_x0000_t75" style="width:28.2pt;height:13.8pt" o:ole="">
            <v:imagedata r:id="rId2640" o:title=""/>
          </v:shape>
          <o:OLEObject Type="Embed" ProgID="Equation.DSMT4" ShapeID="_x0000_i3163" DrawAspect="Content" ObjectID="_1699836447" r:id="rId2641"/>
        </w:object>
      </w:r>
      <w:r w:rsidRPr="00B13C4C">
        <w:rPr>
          <w:rFonts w:ascii="Times New Roman" w:hAnsi="Times New Roman" w:cs="Times New Roman"/>
          <w:sz w:val="24"/>
          <w:szCs w:val="24"/>
        </w:rPr>
        <w:t xml:space="preserve"> có </w:t>
      </w:r>
      <w:r w:rsidRPr="00B13C4C">
        <w:rPr>
          <w:rFonts w:ascii="Times New Roman" w:hAnsi="Times New Roman" w:cs="Times New Roman"/>
          <w:position w:val="-10"/>
          <w:sz w:val="24"/>
          <w:szCs w:val="24"/>
        </w:rPr>
        <w:object w:dxaOrig="1740" w:dyaOrig="320" w14:anchorId="191D4970">
          <v:shape id="_x0000_i3164" type="#_x0000_t75" style="width:87pt;height:16.2pt" o:ole="">
            <v:imagedata r:id="rId2642" o:title=""/>
          </v:shape>
          <o:OLEObject Type="Embed" ProgID="Equation.DSMT4" ShapeID="_x0000_i3164" DrawAspect="Content" ObjectID="_1699836448" r:id="rId2643"/>
        </w:object>
      </w:r>
      <w:r w:rsidRPr="00B13C4C">
        <w:rPr>
          <w:rFonts w:ascii="Times New Roman" w:hAnsi="Times New Roman" w:cs="Times New Roman"/>
          <w:sz w:val="24"/>
          <w:szCs w:val="24"/>
        </w:rPr>
        <w:t xml:space="preserve"> và </w:t>
      </w:r>
      <w:r w:rsidRPr="00B13C4C">
        <w:rPr>
          <w:rFonts w:ascii="Times New Roman" w:hAnsi="Times New Roman" w:cs="Times New Roman"/>
          <w:position w:val="-6"/>
          <w:sz w:val="24"/>
          <w:szCs w:val="24"/>
        </w:rPr>
        <w:object w:dxaOrig="859" w:dyaOrig="279" w14:anchorId="139706DC">
          <v:shape id="_x0000_i3165" type="#_x0000_t75" style="width:43.2pt;height:13.8pt" o:ole="">
            <v:imagedata r:id="rId2644" o:title=""/>
          </v:shape>
          <o:OLEObject Type="Embed" ProgID="Equation.DSMT4" ShapeID="_x0000_i3165" DrawAspect="Content" ObjectID="_1699836449" r:id="rId2645"/>
        </w:object>
      </w:r>
      <w:r w:rsidRPr="00B13C4C">
        <w:rPr>
          <w:rFonts w:ascii="Times New Roman" w:hAnsi="Times New Roman" w:cs="Times New Roman"/>
          <w:sz w:val="24"/>
          <w:szCs w:val="24"/>
        </w:rPr>
        <w:t xml:space="preserve">. Tính diện tích tam giác </w:t>
      </w:r>
      <w:r w:rsidRPr="00B13C4C">
        <w:rPr>
          <w:rFonts w:ascii="Times New Roman" w:hAnsi="Times New Roman" w:cs="Times New Roman"/>
          <w:position w:val="-6"/>
          <w:sz w:val="24"/>
          <w:szCs w:val="24"/>
        </w:rPr>
        <w:object w:dxaOrig="560" w:dyaOrig="279" w14:anchorId="23EEF01A">
          <v:shape id="_x0000_i3166" type="#_x0000_t75" style="width:28.2pt;height:13.8pt" o:ole="">
            <v:imagedata r:id="rId2646" o:title=""/>
          </v:shape>
          <o:OLEObject Type="Embed" ProgID="Equation.DSMT4" ShapeID="_x0000_i3166" DrawAspect="Content" ObjectID="_1699836450" r:id="rId2647"/>
        </w:object>
      </w:r>
    </w:p>
    <w:p w14:paraId="62915F11"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980" w:dyaOrig="320" w14:anchorId="207DE88B">
          <v:shape id="_x0000_i3167" type="#_x0000_t75" style="width:49.2pt;height:16.2pt" o:ole="">
            <v:imagedata r:id="rId2648" o:title=""/>
          </v:shape>
          <o:OLEObject Type="Embed" ProgID="Equation.DSMT4" ShapeID="_x0000_i3167" DrawAspect="Content" ObjectID="_1699836451" r:id="rId264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999" w:dyaOrig="320" w14:anchorId="194EE0D5">
          <v:shape id="_x0000_i3168" type="#_x0000_t75" style="width:49.8pt;height:16.2pt" o:ole="">
            <v:imagedata r:id="rId2650" o:title=""/>
          </v:shape>
          <o:OLEObject Type="Embed" ProgID="Equation.DSMT4" ShapeID="_x0000_i3168" DrawAspect="Content" ObjectID="_1699836452" r:id="rId265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999" w:dyaOrig="320" w14:anchorId="02141809">
          <v:shape id="_x0000_i3169" type="#_x0000_t75" style="width:49.8pt;height:16.2pt" o:ole="">
            <v:imagedata r:id="rId2652" o:title=""/>
          </v:shape>
          <o:OLEObject Type="Embed" ProgID="Equation.DSMT4" ShapeID="_x0000_i3169" DrawAspect="Content" ObjectID="_1699836453" r:id="rId265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980" w:dyaOrig="320" w14:anchorId="57EABDC7">
          <v:shape id="_x0000_i3170" type="#_x0000_t75" style="width:49.2pt;height:16.2pt" o:ole="">
            <v:imagedata r:id="rId2654" o:title=""/>
          </v:shape>
          <o:OLEObject Type="Embed" ProgID="Equation.DSMT4" ShapeID="_x0000_i3170" DrawAspect="Content" ObjectID="_1699836454" r:id="rId2655"/>
        </w:object>
      </w:r>
      <w:r w:rsidRPr="00B13C4C">
        <w:rPr>
          <w:rFonts w:ascii="Times New Roman" w:hAnsi="Times New Roman" w:cs="Times New Roman"/>
          <w:sz w:val="24"/>
          <w:szCs w:val="24"/>
        </w:rPr>
        <w:t>.</w:t>
      </w:r>
    </w:p>
    <w:p w14:paraId="7DF8F00E" w14:textId="77777777" w:rsidR="00B13C4C" w:rsidRPr="00B13C4C" w:rsidRDefault="00B13C4C" w:rsidP="00FC7DA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Trong các hàm số sau, hàm số nào là hàm số lẻ?</w:t>
      </w:r>
    </w:p>
    <w:p w14:paraId="521E43F8"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120" w:dyaOrig="360" w14:anchorId="637F5116">
          <v:shape id="_x0000_i3171" type="#_x0000_t75" style="width:55.8pt;height:18pt" o:ole="">
            <v:imagedata r:id="rId2656" o:title=""/>
          </v:shape>
          <o:OLEObject Type="Embed" ProgID="Equation.DSMT4" ShapeID="_x0000_i3171" DrawAspect="Content" ObjectID="_1699836455" r:id="rId265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960" w:dyaOrig="360" w14:anchorId="2656A903">
          <v:shape id="_x0000_i3172" type="#_x0000_t75" style="width:48pt;height:18pt" o:ole="">
            <v:imagedata r:id="rId2658" o:title=""/>
          </v:shape>
          <o:OLEObject Type="Embed" ProgID="Equation.DSMT4" ShapeID="_x0000_i3172" DrawAspect="Content" ObjectID="_1699836456" r:id="rId265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720" w:dyaOrig="620" w14:anchorId="659EA0C5">
          <v:shape id="_x0000_i3173" type="#_x0000_t75" style="width:36pt;height:31.2pt" o:ole="">
            <v:imagedata r:id="rId2660" o:title=""/>
          </v:shape>
          <o:OLEObject Type="Embed" ProgID="Equation.DSMT4" ShapeID="_x0000_i3173" DrawAspect="Content" ObjectID="_1699836457" r:id="rId266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020" w:dyaOrig="360" w14:anchorId="118A86C0">
          <v:shape id="_x0000_i3174" type="#_x0000_t75" style="width:51pt;height:18pt" o:ole="">
            <v:imagedata r:id="rId2662" o:title=""/>
          </v:shape>
          <o:OLEObject Type="Embed" ProgID="Equation.DSMT4" ShapeID="_x0000_i3174" DrawAspect="Content" ObjectID="_1699836458" r:id="rId2663"/>
        </w:object>
      </w:r>
      <w:r w:rsidRPr="00B13C4C">
        <w:rPr>
          <w:rFonts w:ascii="Times New Roman" w:hAnsi="Times New Roman" w:cs="Times New Roman"/>
          <w:sz w:val="24"/>
          <w:szCs w:val="24"/>
        </w:rPr>
        <w:t>.</w:t>
      </w:r>
    </w:p>
    <w:p w14:paraId="6E2256BC" w14:textId="77777777" w:rsidR="00B13C4C" w:rsidRPr="00B13C4C" w:rsidRDefault="00B13C4C" w:rsidP="00FC7DA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tọa độ </w:t>
      </w:r>
      <w:r w:rsidRPr="00B13C4C">
        <w:rPr>
          <w:rFonts w:ascii="Times New Roman" w:hAnsi="Times New Roman" w:cs="Times New Roman"/>
          <w:position w:val="-10"/>
          <w:sz w:val="24"/>
          <w:szCs w:val="24"/>
        </w:rPr>
        <w:object w:dxaOrig="460" w:dyaOrig="320" w14:anchorId="0A603DC8">
          <v:shape id="_x0000_i3175" type="#_x0000_t75" style="width:22.8pt;height:16.2pt" o:ole="">
            <v:imagedata r:id="rId2664" o:title=""/>
          </v:shape>
          <o:OLEObject Type="Embed" ProgID="Equation.DSMT4" ShapeID="_x0000_i3175" DrawAspect="Content" ObjectID="_1699836459" r:id="rId2665"/>
        </w:object>
      </w:r>
      <w:r w:rsidRPr="00B13C4C">
        <w:rPr>
          <w:rFonts w:ascii="Times New Roman" w:hAnsi="Times New Roman" w:cs="Times New Roman"/>
          <w:sz w:val="24"/>
          <w:szCs w:val="24"/>
        </w:rPr>
        <w:t xml:space="preserve">, cho hai véctơ </w:t>
      </w:r>
      <w:r w:rsidRPr="00B13C4C">
        <w:rPr>
          <w:rFonts w:ascii="Times New Roman" w:hAnsi="Times New Roman" w:cs="Times New Roman"/>
          <w:position w:val="-10"/>
          <w:sz w:val="24"/>
          <w:szCs w:val="24"/>
        </w:rPr>
        <w:object w:dxaOrig="1040" w:dyaOrig="320" w14:anchorId="292EE6D1">
          <v:shape id="_x0000_i3176" type="#_x0000_t75" style="width:52.2pt;height:16.2pt" o:ole="">
            <v:imagedata r:id="rId2666" o:title=""/>
          </v:shape>
          <o:OLEObject Type="Embed" ProgID="Equation.DSMT4" ShapeID="_x0000_i3176" DrawAspect="Content" ObjectID="_1699836460" r:id="rId2667"/>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1060" w:dyaOrig="380" w14:anchorId="0759AC82">
          <v:shape id="_x0000_i3177" type="#_x0000_t75" style="width:52.8pt;height:19.2pt" o:ole="">
            <v:imagedata r:id="rId2668" o:title=""/>
          </v:shape>
          <o:OLEObject Type="Embed" ProgID="Equation.DSMT4" ShapeID="_x0000_i3177" DrawAspect="Content" ObjectID="_1699836461" r:id="rId2669"/>
        </w:object>
      </w:r>
      <w:r w:rsidRPr="00B13C4C">
        <w:rPr>
          <w:rFonts w:ascii="Times New Roman" w:hAnsi="Times New Roman" w:cs="Times New Roman"/>
          <w:sz w:val="24"/>
          <w:szCs w:val="24"/>
        </w:rPr>
        <w:t xml:space="preserve">. Tính </w:t>
      </w:r>
      <w:r w:rsidRPr="00B13C4C">
        <w:rPr>
          <w:rFonts w:ascii="Times New Roman" w:hAnsi="Times New Roman" w:cs="Times New Roman"/>
          <w:position w:val="-10"/>
          <w:sz w:val="24"/>
          <w:szCs w:val="24"/>
        </w:rPr>
        <w:object w:dxaOrig="720" w:dyaOrig="380" w14:anchorId="163B9CC5">
          <v:shape id="_x0000_i3178" type="#_x0000_t75" style="width:36pt;height:19.2pt" o:ole="">
            <v:imagedata r:id="rId2670" o:title=""/>
          </v:shape>
          <o:OLEObject Type="Embed" ProgID="Equation.DSMT4" ShapeID="_x0000_i3178" DrawAspect="Content" ObjectID="_1699836462" r:id="rId2671"/>
        </w:object>
      </w:r>
    </w:p>
    <w:p w14:paraId="36665BBD"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4"/>
          <w:sz w:val="24"/>
          <w:szCs w:val="24"/>
        </w:rPr>
        <w:object w:dxaOrig="300" w:dyaOrig="260" w14:anchorId="07F9E51F">
          <v:shape id="_x0000_i3179" type="#_x0000_t75" style="width:15pt;height:13.2pt" o:ole="">
            <v:imagedata r:id="rId2672" o:title=""/>
          </v:shape>
          <o:OLEObject Type="Embed" ProgID="Equation.DSMT4" ShapeID="_x0000_i3179" DrawAspect="Content" ObjectID="_1699836463" r:id="rId267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6.</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5.</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320" w:dyaOrig="279" w14:anchorId="18D7888B">
          <v:shape id="_x0000_i3180" type="#_x0000_t75" style="width:16.2pt;height:13.8pt" o:ole="">
            <v:imagedata r:id="rId2674" o:title=""/>
          </v:shape>
          <o:OLEObject Type="Embed" ProgID="Equation.DSMT4" ShapeID="_x0000_i3180" DrawAspect="Content" ObjectID="_1699836464" r:id="rId2675"/>
        </w:object>
      </w:r>
      <w:r w:rsidRPr="00B13C4C">
        <w:rPr>
          <w:rFonts w:ascii="Times New Roman" w:hAnsi="Times New Roman" w:cs="Times New Roman"/>
          <w:sz w:val="24"/>
          <w:szCs w:val="24"/>
        </w:rPr>
        <w:t>.</w:t>
      </w:r>
    </w:p>
    <w:p w14:paraId="0FDA3BCD" w14:textId="77777777" w:rsidR="00B13C4C" w:rsidRPr="00B13C4C" w:rsidRDefault="00B13C4C" w:rsidP="00FC7DA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Hàm số </w:t>
      </w:r>
      <w:r w:rsidRPr="00B13C4C">
        <w:rPr>
          <w:rFonts w:ascii="Times New Roman" w:hAnsi="Times New Roman" w:cs="Times New Roman"/>
          <w:position w:val="-24"/>
          <w:sz w:val="24"/>
          <w:szCs w:val="24"/>
        </w:rPr>
        <w:object w:dxaOrig="1040" w:dyaOrig="620" w14:anchorId="1F9DEB67">
          <v:shape id="_x0000_i3181" type="#_x0000_t75" style="width:52.2pt;height:31.2pt" o:ole="">
            <v:imagedata r:id="rId2676" o:title=""/>
          </v:shape>
          <o:OLEObject Type="Embed" ProgID="Equation.DSMT4" ShapeID="_x0000_i3181" DrawAspect="Content" ObjectID="_1699836465" r:id="rId2677"/>
        </w:object>
      </w:r>
      <w:r w:rsidRPr="00B13C4C">
        <w:rPr>
          <w:rFonts w:ascii="Times New Roman" w:hAnsi="Times New Roman" w:cs="Times New Roman"/>
          <w:sz w:val="24"/>
          <w:szCs w:val="24"/>
        </w:rPr>
        <w:t xml:space="preserve"> có tập xác định là</w:t>
      </w:r>
    </w:p>
    <w:p w14:paraId="4234EEA8"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300" w:dyaOrig="320" w14:anchorId="085C9D05">
          <v:shape id="_x0000_i3182" type="#_x0000_t75" style="width:64.8pt;height:16.2pt" o:ole="">
            <v:imagedata r:id="rId2678" o:title=""/>
          </v:shape>
          <o:OLEObject Type="Embed" ProgID="Equation.DSMT4" ShapeID="_x0000_i3182" DrawAspect="Content" ObjectID="_1699836466" r:id="rId267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4"/>
          <w:sz w:val="24"/>
          <w:szCs w:val="24"/>
        </w:rPr>
        <w:object w:dxaOrig="680" w:dyaOrig="260" w14:anchorId="6400910C">
          <v:shape id="_x0000_i3183" type="#_x0000_t75" style="width:34.2pt;height:13.2pt" o:ole="">
            <v:imagedata r:id="rId2680" o:title=""/>
          </v:shape>
          <o:OLEObject Type="Embed" ProgID="Equation.DSMT4" ShapeID="_x0000_i3183" DrawAspect="Content" ObjectID="_1699836467" r:id="rId268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240" w:dyaOrig="320" w14:anchorId="04C95719">
          <v:shape id="_x0000_i3184" type="#_x0000_t75" style="width:61.8pt;height:16.2pt" o:ole="">
            <v:imagedata r:id="rId2682" o:title=""/>
          </v:shape>
          <o:OLEObject Type="Embed" ProgID="Equation.DSMT4" ShapeID="_x0000_i3184" DrawAspect="Content" ObjectID="_1699836468" r:id="rId268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300" w:dyaOrig="320" w14:anchorId="3B1F167A">
          <v:shape id="_x0000_i3185" type="#_x0000_t75" style="width:64.8pt;height:16.2pt" o:ole="">
            <v:imagedata r:id="rId2684" o:title=""/>
          </v:shape>
          <o:OLEObject Type="Embed" ProgID="Equation.DSMT4" ShapeID="_x0000_i3185" DrawAspect="Content" ObjectID="_1699836469" r:id="rId2685"/>
        </w:object>
      </w:r>
      <w:r w:rsidRPr="00B13C4C">
        <w:rPr>
          <w:rFonts w:ascii="Times New Roman" w:hAnsi="Times New Roman" w:cs="Times New Roman"/>
          <w:sz w:val="24"/>
          <w:szCs w:val="24"/>
        </w:rPr>
        <w:t>.</w:t>
      </w:r>
    </w:p>
    <w:p w14:paraId="03B46BF1" w14:textId="77777777" w:rsidR="00B13C4C" w:rsidRPr="00B13C4C" w:rsidRDefault="00B13C4C" w:rsidP="00FC7DA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lastRenderedPageBreak/>
        <w:t>Câu 16: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Mệnh đề phủ đỉnh của mệnh đề </w:t>
      </w:r>
      <w:r w:rsidRPr="00B13C4C">
        <w:rPr>
          <w:rFonts w:ascii="Times New Roman" w:hAnsi="Times New Roman" w:cs="Times New Roman"/>
          <w:position w:val="-6"/>
          <w:sz w:val="24"/>
          <w:szCs w:val="24"/>
        </w:rPr>
        <w:object w:dxaOrig="2140" w:dyaOrig="320" w14:anchorId="32AE093B">
          <v:shape id="_x0000_i3186" type="#_x0000_t75" style="width:106.8pt;height:16.2pt" o:ole="">
            <v:imagedata r:id="rId2686" o:title=""/>
          </v:shape>
          <o:OLEObject Type="Embed" ProgID="Equation.DSMT4" ShapeID="_x0000_i3186" DrawAspect="Content" ObjectID="_1699836470" r:id="rId2687"/>
        </w:object>
      </w:r>
      <w:r w:rsidRPr="00B13C4C">
        <w:rPr>
          <w:rFonts w:ascii="Times New Roman" w:hAnsi="Times New Roman" w:cs="Times New Roman"/>
          <w:sz w:val="24"/>
          <w:szCs w:val="24"/>
        </w:rPr>
        <w:t xml:space="preserve"> là mệnh đề:</w:t>
      </w:r>
    </w:p>
    <w:p w14:paraId="3B9DA5E9"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2120" w:dyaOrig="320" w14:anchorId="59A4FE24">
          <v:shape id="_x0000_i3187" type="#_x0000_t75" style="width:106.2pt;height:16.2pt" o:ole="">
            <v:imagedata r:id="rId2688" o:title=""/>
          </v:shape>
          <o:OLEObject Type="Embed" ProgID="Equation.DSMT4" ShapeID="_x0000_i3187" DrawAspect="Content" ObjectID="_1699836471" r:id="rId268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2120" w:dyaOrig="320" w14:anchorId="29B67F86">
          <v:shape id="_x0000_i3188" type="#_x0000_t75" style="width:106.2pt;height:16.2pt" o:ole="">
            <v:imagedata r:id="rId2690" o:title=""/>
          </v:shape>
          <o:OLEObject Type="Embed" ProgID="Equation.DSMT4" ShapeID="_x0000_i3188" DrawAspect="Content" ObjectID="_1699836472" r:id="rId2691"/>
        </w:object>
      </w:r>
      <w:r w:rsidRPr="00B13C4C">
        <w:rPr>
          <w:rFonts w:ascii="Times New Roman" w:hAnsi="Times New Roman" w:cs="Times New Roman"/>
          <w:sz w:val="24"/>
          <w:szCs w:val="24"/>
        </w:rPr>
        <w:t>.</w:t>
      </w:r>
    </w:p>
    <w:p w14:paraId="29F2BFAD"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b/>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2160" w:dyaOrig="320" w14:anchorId="5947065A">
          <v:shape id="_x0000_i3189" type="#_x0000_t75" style="width:108pt;height:16.2pt" o:ole="">
            <v:imagedata r:id="rId2692" o:title=""/>
          </v:shape>
          <o:OLEObject Type="Embed" ProgID="Equation.DSMT4" ShapeID="_x0000_i3189" DrawAspect="Content" ObjectID="_1699836473" r:id="rId269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2140" w:dyaOrig="320" w14:anchorId="14CBA043">
          <v:shape id="_x0000_i3190" type="#_x0000_t75" style="width:106.8pt;height:16.2pt" o:ole="">
            <v:imagedata r:id="rId2694" o:title=""/>
          </v:shape>
          <o:OLEObject Type="Embed" ProgID="Equation.DSMT4" ShapeID="_x0000_i3190" DrawAspect="Content" ObjectID="_1699836474" r:id="rId2695"/>
        </w:object>
      </w:r>
      <w:r w:rsidRPr="00B13C4C">
        <w:rPr>
          <w:rFonts w:ascii="Times New Roman" w:hAnsi="Times New Roman" w:cs="Times New Roman"/>
          <w:b/>
          <w:sz w:val="24"/>
          <w:szCs w:val="24"/>
        </w:rPr>
        <w:t>.</w:t>
      </w:r>
    </w:p>
    <w:p w14:paraId="60B01621" w14:textId="77777777" w:rsidR="00B13C4C" w:rsidRPr="00B13C4C" w:rsidRDefault="00B13C4C" w:rsidP="00FC7DA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tam giác </w:t>
      </w:r>
      <w:r w:rsidRPr="00B13C4C">
        <w:rPr>
          <w:rFonts w:ascii="Times New Roman" w:hAnsi="Times New Roman" w:cs="Times New Roman"/>
          <w:position w:val="-6"/>
          <w:sz w:val="24"/>
          <w:szCs w:val="24"/>
        </w:rPr>
        <w:object w:dxaOrig="560" w:dyaOrig="279" w14:anchorId="62CFDD97">
          <v:shape id="_x0000_i3191" type="#_x0000_t75" style="width:28.2pt;height:13.8pt" o:ole="">
            <v:imagedata r:id="rId2696" o:title=""/>
          </v:shape>
          <o:OLEObject Type="Embed" ProgID="Equation.DSMT4" ShapeID="_x0000_i3191" DrawAspect="Content" ObjectID="_1699836475" r:id="rId2697"/>
        </w:object>
      </w:r>
      <w:r w:rsidRPr="00B13C4C">
        <w:rPr>
          <w:rFonts w:ascii="Times New Roman" w:hAnsi="Times New Roman" w:cs="Times New Roman"/>
          <w:sz w:val="24"/>
          <w:szCs w:val="24"/>
        </w:rPr>
        <w:t xml:space="preserve">, có thể xác định được bao nhiêu véctơ (khác véctơ không) có điểm đầu và điểm cuối là các đỉnh </w:t>
      </w:r>
      <w:r w:rsidRPr="00B13C4C">
        <w:rPr>
          <w:rFonts w:ascii="Times New Roman" w:hAnsi="Times New Roman" w:cs="Times New Roman"/>
          <w:position w:val="-10"/>
          <w:sz w:val="24"/>
          <w:szCs w:val="24"/>
        </w:rPr>
        <w:object w:dxaOrig="740" w:dyaOrig="320" w14:anchorId="5B74CCFC">
          <v:shape id="_x0000_i3192" type="#_x0000_t75" style="width:37.2pt;height:16.2pt" o:ole="">
            <v:imagedata r:id="rId2698" o:title=""/>
          </v:shape>
          <o:OLEObject Type="Embed" ProgID="Equation.DSMT4" ShapeID="_x0000_i3192" DrawAspect="Content" ObjectID="_1699836476" r:id="rId2699"/>
        </w:object>
      </w:r>
      <w:r w:rsidRPr="00B13C4C">
        <w:rPr>
          <w:rFonts w:ascii="Times New Roman" w:hAnsi="Times New Roman" w:cs="Times New Roman"/>
          <w:sz w:val="24"/>
          <w:szCs w:val="24"/>
        </w:rPr>
        <w:t>?</w:t>
      </w:r>
    </w:p>
    <w:p w14:paraId="5E4DD85D"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6.</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3.</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4"/>
          <w:sz w:val="24"/>
          <w:szCs w:val="24"/>
        </w:rPr>
        <w:object w:dxaOrig="200" w:dyaOrig="260" w14:anchorId="2AE8C54D">
          <v:shape id="_x0000_i3193" type="#_x0000_t75" style="width:10.2pt;height:13.2pt" o:ole="">
            <v:imagedata r:id="rId2700" o:title=""/>
          </v:shape>
          <o:OLEObject Type="Embed" ProgID="Equation.DSMT4" ShapeID="_x0000_i3193" DrawAspect="Content" ObjectID="_1699836477" r:id="rId270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5.</w:t>
      </w:r>
    </w:p>
    <w:p w14:paraId="6B724299" w14:textId="77777777" w:rsidR="00B13C4C" w:rsidRPr="00B13C4C" w:rsidRDefault="00B13C4C" w:rsidP="00FC7DA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tọa độ </w:t>
      </w:r>
      <w:r w:rsidRPr="00B13C4C">
        <w:rPr>
          <w:rFonts w:ascii="Times New Roman" w:hAnsi="Times New Roman" w:cs="Times New Roman"/>
          <w:position w:val="-10"/>
          <w:sz w:val="24"/>
          <w:szCs w:val="24"/>
        </w:rPr>
        <w:object w:dxaOrig="460" w:dyaOrig="320" w14:anchorId="3EE5E813">
          <v:shape id="_x0000_i3194" type="#_x0000_t75" style="width:22.8pt;height:16.2pt" o:ole="">
            <v:imagedata r:id="rId2702" o:title=""/>
          </v:shape>
          <o:OLEObject Type="Embed" ProgID="Equation.DSMT4" ShapeID="_x0000_i3194" DrawAspect="Content" ObjectID="_1699836478" r:id="rId2703"/>
        </w:object>
      </w:r>
      <w:r w:rsidRPr="00B13C4C">
        <w:rPr>
          <w:rFonts w:ascii="Times New Roman" w:hAnsi="Times New Roman" w:cs="Times New Roman"/>
          <w:sz w:val="24"/>
          <w:szCs w:val="24"/>
        </w:rPr>
        <w:t xml:space="preserve">, cho hai vécto </w:t>
      </w:r>
      <w:r w:rsidRPr="00B13C4C">
        <w:rPr>
          <w:rFonts w:ascii="Times New Roman" w:hAnsi="Times New Roman" w:cs="Times New Roman"/>
          <w:position w:val="-10"/>
          <w:sz w:val="24"/>
          <w:szCs w:val="24"/>
        </w:rPr>
        <w:object w:dxaOrig="999" w:dyaOrig="320" w14:anchorId="1504F739">
          <v:shape id="_x0000_i3195" type="#_x0000_t75" style="width:49.8pt;height:16.2pt" o:ole="">
            <v:imagedata r:id="rId2704" o:title=""/>
          </v:shape>
          <o:OLEObject Type="Embed" ProgID="Equation.DSMT4" ShapeID="_x0000_i3195" DrawAspect="Content" ObjectID="_1699836479" r:id="rId2705"/>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940" w:dyaOrig="380" w14:anchorId="7A8D02C5">
          <v:shape id="_x0000_i3196" type="#_x0000_t75" style="width:46.8pt;height:19.2pt" o:ole="">
            <v:imagedata r:id="rId2706" o:title=""/>
          </v:shape>
          <o:OLEObject Type="Embed" ProgID="Equation.DSMT4" ShapeID="_x0000_i3196" DrawAspect="Content" ObjectID="_1699836480" r:id="rId2707"/>
        </w:object>
      </w:r>
      <w:r w:rsidRPr="00B13C4C">
        <w:rPr>
          <w:rFonts w:ascii="Times New Roman" w:hAnsi="Times New Roman" w:cs="Times New Roman"/>
          <w:sz w:val="24"/>
          <w:szCs w:val="24"/>
        </w:rPr>
        <w:t xml:space="preserve">. Tính cosin của góc giữa hai vécto </w:t>
      </w:r>
      <w:r w:rsidRPr="00B13C4C">
        <w:rPr>
          <w:rFonts w:ascii="Times New Roman" w:hAnsi="Times New Roman" w:cs="Times New Roman"/>
          <w:position w:val="-6"/>
          <w:sz w:val="24"/>
          <w:szCs w:val="24"/>
        </w:rPr>
        <w:object w:dxaOrig="200" w:dyaOrig="279" w14:anchorId="0EB04132">
          <v:shape id="_x0000_i3197" type="#_x0000_t75" style="width:10.2pt;height:13.8pt" o:ole="">
            <v:imagedata r:id="rId2708" o:title=""/>
          </v:shape>
          <o:OLEObject Type="Embed" ProgID="Equation.DSMT4" ShapeID="_x0000_i3197" DrawAspect="Content" ObjectID="_1699836481" r:id="rId2709"/>
        </w:object>
      </w:r>
      <w:r w:rsidRPr="00B13C4C">
        <w:rPr>
          <w:rFonts w:ascii="Times New Roman" w:hAnsi="Times New Roman" w:cs="Times New Roman"/>
          <w:sz w:val="24"/>
          <w:szCs w:val="24"/>
        </w:rPr>
        <w:t xml:space="preserve"> và </w:t>
      </w:r>
      <w:r w:rsidRPr="00B13C4C">
        <w:rPr>
          <w:rFonts w:ascii="Times New Roman" w:hAnsi="Times New Roman" w:cs="Times New Roman"/>
          <w:position w:val="-6"/>
          <w:sz w:val="24"/>
          <w:szCs w:val="24"/>
        </w:rPr>
        <w:object w:dxaOrig="220" w:dyaOrig="340" w14:anchorId="1AC1D7EF">
          <v:shape id="_x0000_i3198" type="#_x0000_t75" style="width:10.8pt;height:16.8pt" o:ole="">
            <v:imagedata r:id="rId2710" o:title=""/>
          </v:shape>
          <o:OLEObject Type="Embed" ProgID="Equation.DSMT4" ShapeID="_x0000_i3198" DrawAspect="Content" ObjectID="_1699836482" r:id="rId2711"/>
        </w:object>
      </w:r>
      <w:r w:rsidRPr="00B13C4C">
        <w:rPr>
          <w:rFonts w:ascii="Times New Roman" w:hAnsi="Times New Roman" w:cs="Times New Roman"/>
          <w:sz w:val="24"/>
          <w:szCs w:val="24"/>
        </w:rPr>
        <w:t>.</w:t>
      </w:r>
    </w:p>
    <w:p w14:paraId="1971C71E"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1320" w:dyaOrig="620" w14:anchorId="1985AB37">
          <v:shape id="_x0000_i3199" type="#_x0000_t75" style="width:66pt;height:31.2pt" o:ole="">
            <v:imagedata r:id="rId2712" o:title=""/>
          </v:shape>
          <o:OLEObject Type="Embed" ProgID="Equation.DSMT4" ShapeID="_x0000_i3199" DrawAspect="Content" ObjectID="_1699836483" r:id="rId271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8"/>
          <w:sz w:val="24"/>
          <w:szCs w:val="24"/>
        </w:rPr>
        <w:object w:dxaOrig="1500" w:dyaOrig="660" w14:anchorId="38062A15">
          <v:shape id="_x0000_i3200" type="#_x0000_t75" style="width:75pt;height:33pt" o:ole="">
            <v:imagedata r:id="rId2714" o:title=""/>
          </v:shape>
          <o:OLEObject Type="Embed" ProgID="Equation.DSMT4" ShapeID="_x0000_i3200" DrawAspect="Content" ObjectID="_1699836484" r:id="rId2715"/>
        </w:object>
      </w:r>
      <w:r w:rsidRPr="00B13C4C">
        <w:rPr>
          <w:rFonts w:ascii="Times New Roman" w:hAnsi="Times New Roman" w:cs="Times New Roman"/>
          <w:sz w:val="24"/>
          <w:szCs w:val="24"/>
        </w:rPr>
        <w:t>.</w:t>
      </w:r>
    </w:p>
    <w:p w14:paraId="3CF09427"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1660" w:dyaOrig="680" w14:anchorId="5F893DF2">
          <v:shape id="_x0000_i3201" type="#_x0000_t75" style="width:82.8pt;height:34.2pt" o:ole="">
            <v:imagedata r:id="rId2716" o:title=""/>
          </v:shape>
          <o:OLEObject Type="Embed" ProgID="Equation.DSMT4" ShapeID="_x0000_i3201" DrawAspect="Content" ObjectID="_1699836485" r:id="rId271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8"/>
          <w:sz w:val="24"/>
          <w:szCs w:val="24"/>
        </w:rPr>
        <w:object w:dxaOrig="1780" w:dyaOrig="660" w14:anchorId="2F1A5058">
          <v:shape id="_x0000_i3202" type="#_x0000_t75" style="width:88.8pt;height:33pt" o:ole="">
            <v:imagedata r:id="rId2718" o:title=""/>
          </v:shape>
          <o:OLEObject Type="Embed" ProgID="Equation.DSMT4" ShapeID="_x0000_i3202" DrawAspect="Content" ObjectID="_1699836486" r:id="rId2719"/>
        </w:object>
      </w:r>
      <w:r w:rsidRPr="00B13C4C">
        <w:rPr>
          <w:rFonts w:ascii="Times New Roman" w:hAnsi="Times New Roman" w:cs="Times New Roman"/>
          <w:sz w:val="24"/>
          <w:szCs w:val="24"/>
        </w:rPr>
        <w:t>.</w:t>
      </w:r>
    </w:p>
    <w:p w14:paraId="7470763B" w14:textId="77777777" w:rsidR="00B13C4C" w:rsidRPr="00B13C4C" w:rsidRDefault="00B13C4C" w:rsidP="00FC7DA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toạ độ </w:t>
      </w:r>
      <w:r w:rsidRPr="00B13C4C">
        <w:rPr>
          <w:rFonts w:ascii="Times New Roman" w:hAnsi="Times New Roman" w:cs="Times New Roman"/>
          <w:position w:val="-10"/>
          <w:sz w:val="24"/>
          <w:szCs w:val="24"/>
        </w:rPr>
        <w:object w:dxaOrig="460" w:dyaOrig="320" w14:anchorId="1F891B3C">
          <v:shape id="_x0000_i3203" type="#_x0000_t75" style="width:22.8pt;height:16.2pt" o:ole="">
            <v:imagedata r:id="rId2720" o:title=""/>
          </v:shape>
          <o:OLEObject Type="Embed" ProgID="Equation.DSMT4" ShapeID="_x0000_i3203" DrawAspect="Content" ObjectID="_1699836487" r:id="rId2721"/>
        </w:object>
      </w:r>
      <w:r w:rsidRPr="00B13C4C">
        <w:rPr>
          <w:rFonts w:ascii="Times New Roman" w:hAnsi="Times New Roman" w:cs="Times New Roman"/>
          <w:sz w:val="24"/>
          <w:szCs w:val="24"/>
        </w:rPr>
        <w:t xml:space="preserve"> cho tam giác </w:t>
      </w:r>
      <w:r w:rsidRPr="00B13C4C">
        <w:rPr>
          <w:rFonts w:ascii="Times New Roman" w:hAnsi="Times New Roman" w:cs="Times New Roman"/>
          <w:position w:val="-6"/>
          <w:sz w:val="24"/>
          <w:szCs w:val="24"/>
        </w:rPr>
        <w:object w:dxaOrig="560" w:dyaOrig="279" w14:anchorId="69E68969">
          <v:shape id="_x0000_i3204" type="#_x0000_t75" style="width:28.2pt;height:13.8pt" o:ole="">
            <v:imagedata r:id="rId2722" o:title=""/>
          </v:shape>
          <o:OLEObject Type="Embed" ProgID="Equation.DSMT4" ShapeID="_x0000_i3204" DrawAspect="Content" ObjectID="_1699836488" r:id="rId2723"/>
        </w:object>
      </w:r>
      <w:r w:rsidRPr="00B13C4C">
        <w:rPr>
          <w:rFonts w:ascii="Times New Roman" w:hAnsi="Times New Roman" w:cs="Times New Roman"/>
          <w:sz w:val="24"/>
          <w:szCs w:val="24"/>
        </w:rPr>
        <w:t xml:space="preserve"> có </w:t>
      </w:r>
      <w:r w:rsidRPr="00B13C4C">
        <w:rPr>
          <w:rFonts w:ascii="Times New Roman" w:hAnsi="Times New Roman" w:cs="Times New Roman"/>
          <w:position w:val="-10"/>
          <w:sz w:val="24"/>
          <w:szCs w:val="24"/>
        </w:rPr>
        <w:object w:dxaOrig="1579" w:dyaOrig="320" w14:anchorId="4C327F53">
          <v:shape id="_x0000_i3205" type="#_x0000_t75" style="width:79.2pt;height:16.2pt" o:ole="">
            <v:imagedata r:id="rId2724" o:title=""/>
          </v:shape>
          <o:OLEObject Type="Embed" ProgID="Equation.DSMT4" ShapeID="_x0000_i3205" DrawAspect="Content" ObjectID="_1699836489" r:id="rId2725"/>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720" w:dyaOrig="320" w14:anchorId="484B687F">
          <v:shape id="_x0000_i3206" type="#_x0000_t75" style="width:36pt;height:16.2pt" o:ole="">
            <v:imagedata r:id="rId2726" o:title=""/>
          </v:shape>
          <o:OLEObject Type="Embed" ProgID="Equation.DSMT4" ShapeID="_x0000_i3206" DrawAspect="Content" ObjectID="_1699836490" r:id="rId2727"/>
        </w:object>
      </w:r>
      <w:r w:rsidRPr="00B13C4C">
        <w:rPr>
          <w:rFonts w:ascii="Times New Roman" w:hAnsi="Times New Roman" w:cs="Times New Roman"/>
          <w:sz w:val="24"/>
          <w:szCs w:val="24"/>
        </w:rPr>
        <w:t xml:space="preserve">. Tọa độ trọng tâm </w:t>
      </w:r>
      <w:r w:rsidRPr="00B13C4C">
        <w:rPr>
          <w:rFonts w:ascii="Times New Roman" w:hAnsi="Times New Roman" w:cs="Times New Roman"/>
          <w:position w:val="-6"/>
          <w:sz w:val="24"/>
          <w:szCs w:val="24"/>
        </w:rPr>
        <w:object w:dxaOrig="260" w:dyaOrig="279" w14:anchorId="0FF4A5B5">
          <v:shape id="_x0000_i3207" type="#_x0000_t75" style="width:13.2pt;height:13.8pt" o:ole="">
            <v:imagedata r:id="rId2728" o:title=""/>
          </v:shape>
          <o:OLEObject Type="Embed" ProgID="Equation.DSMT4" ShapeID="_x0000_i3207" DrawAspect="Content" ObjectID="_1699836491" r:id="rId2729"/>
        </w:object>
      </w:r>
      <w:r w:rsidRPr="00B13C4C">
        <w:rPr>
          <w:rFonts w:ascii="Times New Roman" w:hAnsi="Times New Roman" w:cs="Times New Roman"/>
          <w:sz w:val="24"/>
          <w:szCs w:val="24"/>
        </w:rPr>
        <w:t xml:space="preserve"> của tam giác </w:t>
      </w:r>
      <w:r w:rsidRPr="00B13C4C">
        <w:rPr>
          <w:rFonts w:ascii="Times New Roman" w:hAnsi="Times New Roman" w:cs="Times New Roman"/>
          <w:position w:val="-6"/>
          <w:sz w:val="24"/>
          <w:szCs w:val="24"/>
        </w:rPr>
        <w:object w:dxaOrig="560" w:dyaOrig="279" w14:anchorId="3785D4DD">
          <v:shape id="_x0000_i3208" type="#_x0000_t75" style="width:28.2pt;height:13.8pt" o:ole="">
            <v:imagedata r:id="rId2730" o:title=""/>
          </v:shape>
          <o:OLEObject Type="Embed" ProgID="Equation.DSMT4" ShapeID="_x0000_i3208" DrawAspect="Content" ObjectID="_1699836492" r:id="rId2731"/>
        </w:object>
      </w:r>
      <w:r w:rsidRPr="00B13C4C">
        <w:rPr>
          <w:rFonts w:ascii="Times New Roman" w:hAnsi="Times New Roman" w:cs="Times New Roman"/>
          <w:sz w:val="24"/>
          <w:szCs w:val="24"/>
        </w:rPr>
        <w:t xml:space="preserve"> là:</w:t>
      </w:r>
    </w:p>
    <w:p w14:paraId="19749C03"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859" w:dyaOrig="320" w14:anchorId="24440066">
          <v:shape id="_x0000_i3209" type="#_x0000_t75" style="width:43.2pt;height:16.2pt" o:ole="">
            <v:imagedata r:id="rId2732" o:title=""/>
          </v:shape>
          <o:OLEObject Type="Embed" ProgID="Equation.DSMT4" ShapeID="_x0000_i3209" DrawAspect="Content" ObjectID="_1699836493" r:id="rId273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8"/>
          <w:sz w:val="24"/>
          <w:szCs w:val="24"/>
        </w:rPr>
        <w:object w:dxaOrig="920" w:dyaOrig="680" w14:anchorId="5FD001EC">
          <v:shape id="_x0000_i3210" type="#_x0000_t75" style="width:46.2pt;height:34.2pt" o:ole="">
            <v:imagedata r:id="rId2734" o:title=""/>
          </v:shape>
          <o:OLEObject Type="Embed" ProgID="Equation.DSMT4" ShapeID="_x0000_i3210" DrawAspect="Content" ObjectID="_1699836494" r:id="rId273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740" w:dyaOrig="320" w14:anchorId="49E6B5C4">
          <v:shape id="_x0000_i3211" type="#_x0000_t75" style="width:37.2pt;height:16.2pt" o:ole="">
            <v:imagedata r:id="rId2736" o:title=""/>
          </v:shape>
          <o:OLEObject Type="Embed" ProgID="Equation.DSMT4" ShapeID="_x0000_i3211" DrawAspect="Content" ObjectID="_1699836495" r:id="rId273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8"/>
          <w:sz w:val="24"/>
          <w:szCs w:val="24"/>
        </w:rPr>
        <w:object w:dxaOrig="880" w:dyaOrig="680" w14:anchorId="32D803C9">
          <v:shape id="_x0000_i3212" type="#_x0000_t75" style="width:43.8pt;height:34.2pt" o:ole="">
            <v:imagedata r:id="rId2738" o:title=""/>
          </v:shape>
          <o:OLEObject Type="Embed" ProgID="Equation.DSMT4" ShapeID="_x0000_i3212" DrawAspect="Content" ObjectID="_1699836496" r:id="rId2739"/>
        </w:object>
      </w:r>
      <w:r w:rsidRPr="00B13C4C">
        <w:rPr>
          <w:rFonts w:ascii="Times New Roman" w:hAnsi="Times New Roman" w:cs="Times New Roman"/>
          <w:sz w:val="24"/>
          <w:szCs w:val="24"/>
        </w:rPr>
        <w:t>.</w:t>
      </w:r>
    </w:p>
    <w:p w14:paraId="2991EC31" w14:textId="77777777" w:rsidR="00B13C4C" w:rsidRPr="00B13C4C" w:rsidRDefault="00B13C4C" w:rsidP="00FC7DA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hàm số </w:t>
      </w:r>
      <w:r w:rsidRPr="00B13C4C">
        <w:rPr>
          <w:rFonts w:ascii="Times New Roman" w:hAnsi="Times New Roman" w:cs="Times New Roman"/>
          <w:position w:val="-30"/>
          <w:sz w:val="24"/>
          <w:szCs w:val="24"/>
        </w:rPr>
        <w:object w:dxaOrig="2240" w:dyaOrig="720" w14:anchorId="2415F8DC">
          <v:shape id="_x0000_i3213" type="#_x0000_t75" style="width:112.2pt;height:36pt" o:ole="">
            <v:imagedata r:id="rId2740" o:title=""/>
          </v:shape>
          <o:OLEObject Type="Embed" ProgID="Equation.DSMT4" ShapeID="_x0000_i3213" DrawAspect="Content" ObjectID="_1699836497" r:id="rId2741"/>
        </w:object>
      </w:r>
      <w:r w:rsidRPr="00B13C4C">
        <w:rPr>
          <w:rFonts w:ascii="Times New Roman" w:hAnsi="Times New Roman" w:cs="Times New Roman"/>
          <w:sz w:val="24"/>
          <w:szCs w:val="24"/>
        </w:rPr>
        <w:t>. Chọn khẳng định đúng</w:t>
      </w:r>
    </w:p>
    <w:p w14:paraId="5E1EEA1E"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999" w:dyaOrig="320" w14:anchorId="79F8C44B">
          <v:shape id="_x0000_i3214" type="#_x0000_t75" style="width:49.8pt;height:16.2pt" o:ole="">
            <v:imagedata r:id="rId2742" o:title=""/>
          </v:shape>
          <o:OLEObject Type="Embed" ProgID="Equation.DSMT4" ShapeID="_x0000_i3214" DrawAspect="Content" ObjectID="_1699836498" r:id="rId274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840" w:dyaOrig="320" w14:anchorId="578F702C">
          <v:shape id="_x0000_i3215" type="#_x0000_t75" style="width:42pt;height:16.2pt" o:ole="">
            <v:imagedata r:id="rId2744" o:title=""/>
          </v:shape>
          <o:OLEObject Type="Embed" ProgID="Equation.DSMT4" ShapeID="_x0000_i3215" DrawAspect="Content" ObjectID="_1699836499" r:id="rId274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120" w:dyaOrig="320" w14:anchorId="34CF3CCC">
          <v:shape id="_x0000_i3216" type="#_x0000_t75" style="width:55.8pt;height:16.2pt" o:ole="">
            <v:imagedata r:id="rId2746" o:title=""/>
          </v:shape>
          <o:OLEObject Type="Embed" ProgID="Equation.DSMT4" ShapeID="_x0000_i3216" DrawAspect="Content" ObjectID="_1699836500" r:id="rId274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800" w:dyaOrig="320" w14:anchorId="0D5C3EC5">
          <v:shape id="_x0000_i3217" type="#_x0000_t75" style="width:40.2pt;height:16.2pt" o:ole="">
            <v:imagedata r:id="rId2748" o:title=""/>
          </v:shape>
          <o:OLEObject Type="Embed" ProgID="Equation.DSMT4" ShapeID="_x0000_i3217" DrawAspect="Content" ObjectID="_1699836501" r:id="rId2749"/>
        </w:object>
      </w:r>
      <w:r w:rsidRPr="00B13C4C">
        <w:rPr>
          <w:rFonts w:ascii="Times New Roman" w:hAnsi="Times New Roman" w:cs="Times New Roman"/>
          <w:sz w:val="24"/>
          <w:szCs w:val="24"/>
        </w:rPr>
        <w:t>.</w:t>
      </w:r>
    </w:p>
    <w:p w14:paraId="63086454" w14:textId="77777777" w:rsidR="00B13C4C" w:rsidRPr="00B13C4C" w:rsidRDefault="00B13C4C" w:rsidP="00FC7DA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w:t>
      </w:r>
      <w:r w:rsidRPr="00B13C4C">
        <w:rPr>
          <w:rFonts w:ascii="Times New Roman" w:hAnsi="Times New Roman" w:cs="Times New Roman"/>
          <w:position w:val="-10"/>
          <w:sz w:val="24"/>
          <w:szCs w:val="24"/>
        </w:rPr>
        <w:object w:dxaOrig="2299" w:dyaOrig="320" w14:anchorId="26E0CB2F">
          <v:shape id="_x0000_i3218" type="#_x0000_t75" style="width:115.2pt;height:16.2pt" o:ole="">
            <v:imagedata r:id="rId2750" o:title=""/>
          </v:shape>
          <o:OLEObject Type="Embed" ProgID="Equation.DSMT4" ShapeID="_x0000_i3218" DrawAspect="Content" ObjectID="_1699836502" r:id="rId2751"/>
        </w:object>
      </w:r>
      <w:r w:rsidRPr="00B13C4C">
        <w:rPr>
          <w:rFonts w:ascii="Times New Roman" w:hAnsi="Times New Roman" w:cs="Times New Roman"/>
          <w:sz w:val="24"/>
          <w:szCs w:val="24"/>
        </w:rPr>
        <w:t xml:space="preserve">. Tìm </w:t>
      </w:r>
      <w:r w:rsidRPr="00B13C4C">
        <w:rPr>
          <w:rFonts w:ascii="Times New Roman" w:hAnsi="Times New Roman" w:cs="Times New Roman"/>
          <w:position w:val="-6"/>
          <w:sz w:val="24"/>
          <w:szCs w:val="24"/>
        </w:rPr>
        <w:object w:dxaOrig="260" w:dyaOrig="220" w14:anchorId="18DF85B8">
          <v:shape id="_x0000_i3219" type="#_x0000_t75" style="width:13.2pt;height:10.8pt" o:ole="">
            <v:imagedata r:id="rId2752" o:title=""/>
          </v:shape>
          <o:OLEObject Type="Embed" ProgID="Equation.DSMT4" ShapeID="_x0000_i3219" DrawAspect="Content" ObjectID="_1699836503" r:id="rId2753"/>
        </w:object>
      </w:r>
      <w:r w:rsidRPr="00B13C4C">
        <w:rPr>
          <w:rFonts w:ascii="Times New Roman" w:hAnsi="Times New Roman" w:cs="Times New Roman"/>
          <w:sz w:val="24"/>
          <w:szCs w:val="24"/>
        </w:rPr>
        <w:t xml:space="preserve"> để </w:t>
      </w:r>
      <w:r w:rsidRPr="00B13C4C">
        <w:rPr>
          <w:rFonts w:ascii="Times New Roman" w:hAnsi="Times New Roman" w:cs="Times New Roman"/>
          <w:position w:val="-6"/>
          <w:sz w:val="24"/>
          <w:szCs w:val="24"/>
        </w:rPr>
        <w:object w:dxaOrig="1100" w:dyaOrig="279" w14:anchorId="5219ADCC">
          <v:shape id="_x0000_i3220" type="#_x0000_t75" style="width:55.2pt;height:13.8pt" o:ole="">
            <v:imagedata r:id="rId2754" o:title=""/>
          </v:shape>
          <o:OLEObject Type="Embed" ProgID="Equation.DSMT4" ShapeID="_x0000_i3220" DrawAspect="Content" ObjectID="_1699836504" r:id="rId2755"/>
        </w:object>
      </w:r>
    </w:p>
    <w:p w14:paraId="53FDC5C7"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960" w:dyaOrig="320" w14:anchorId="3E2D4FAA">
          <v:shape id="_x0000_i3221" type="#_x0000_t75" style="width:48pt;height:16.2pt" o:ole="">
            <v:imagedata r:id="rId2756" o:title=""/>
          </v:shape>
          <o:OLEObject Type="Embed" ProgID="Equation.DSMT4" ShapeID="_x0000_i3221" DrawAspect="Content" ObjectID="_1699836505" r:id="rId275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940" w:dyaOrig="320" w14:anchorId="6B55FD74">
          <v:shape id="_x0000_i3222" type="#_x0000_t75" style="width:46.8pt;height:16.2pt" o:ole="">
            <v:imagedata r:id="rId2758" o:title=""/>
          </v:shape>
          <o:OLEObject Type="Embed" ProgID="Equation.DSMT4" ShapeID="_x0000_i3222" DrawAspect="Content" ObjectID="_1699836506" r:id="rId275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960" w:dyaOrig="320" w14:anchorId="5CE93D08">
          <v:shape id="_x0000_i3223" type="#_x0000_t75" style="width:48pt;height:16.2pt" o:ole="">
            <v:imagedata r:id="rId2760" o:title=""/>
          </v:shape>
          <o:OLEObject Type="Embed" ProgID="Equation.DSMT4" ShapeID="_x0000_i3223" DrawAspect="Content" ObjectID="_1699836507" r:id="rId276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960" w:dyaOrig="320" w14:anchorId="7AD73957">
          <v:shape id="_x0000_i3224" type="#_x0000_t75" style="width:48pt;height:16.2pt" o:ole="">
            <v:imagedata r:id="rId2762" o:title=""/>
          </v:shape>
          <o:OLEObject Type="Embed" ProgID="Equation.DSMT4" ShapeID="_x0000_i3224" DrawAspect="Content" ObjectID="_1699836508" r:id="rId2763"/>
        </w:object>
      </w:r>
      <w:r w:rsidRPr="00B13C4C">
        <w:rPr>
          <w:rFonts w:ascii="Times New Roman" w:hAnsi="Times New Roman" w:cs="Times New Roman"/>
          <w:sz w:val="24"/>
          <w:szCs w:val="24"/>
        </w:rPr>
        <w:t>.</w:t>
      </w:r>
    </w:p>
    <w:p w14:paraId="49994646" w14:textId="77777777" w:rsidR="00B13C4C" w:rsidRPr="00B13C4C" w:rsidRDefault="00B13C4C" w:rsidP="00FC7DA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Tập hợp </w:t>
      </w:r>
      <w:r w:rsidRPr="00B13C4C">
        <w:rPr>
          <w:rFonts w:ascii="Times New Roman" w:hAnsi="Times New Roman" w:cs="Times New Roman"/>
          <w:position w:val="-16"/>
          <w:sz w:val="24"/>
          <w:szCs w:val="24"/>
        </w:rPr>
        <w:object w:dxaOrig="2740" w:dyaOrig="440" w14:anchorId="2DBFABDA">
          <v:shape id="_x0000_i3225" type="#_x0000_t75" style="width:136.8pt;height:22.2pt" o:ole="">
            <v:imagedata r:id="rId2764" o:title=""/>
          </v:shape>
          <o:OLEObject Type="Embed" ProgID="Equation.DSMT4" ShapeID="_x0000_i3225" DrawAspect="Content" ObjectID="_1699836509" r:id="rId2765"/>
        </w:object>
      </w:r>
      <w:r w:rsidRPr="00B13C4C">
        <w:rPr>
          <w:rFonts w:ascii="Times New Roman" w:hAnsi="Times New Roman" w:cs="Times New Roman"/>
          <w:sz w:val="24"/>
          <w:szCs w:val="24"/>
        </w:rPr>
        <w:t xml:space="preserve"> có bao nhiêu phần tử?</w:t>
      </w:r>
    </w:p>
    <w:p w14:paraId="1829C340"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4.</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180" w:dyaOrig="279" w14:anchorId="2D309DBE">
          <v:shape id="_x0000_i3226" type="#_x0000_t75" style="width:9pt;height:13.8pt" o:ole="">
            <v:imagedata r:id="rId2766" o:title=""/>
          </v:shape>
          <o:OLEObject Type="Embed" ProgID="Equation.DSMT4" ShapeID="_x0000_i3226" DrawAspect="Content" ObjectID="_1699836510" r:id="rId276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1.</w:t>
      </w:r>
    </w:p>
    <w:p w14:paraId="15341D3C" w14:textId="77777777" w:rsidR="00B13C4C" w:rsidRPr="00B13C4C" w:rsidRDefault="00B13C4C" w:rsidP="00FC7DA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Đường thẳng </w:t>
      </w:r>
      <w:r w:rsidRPr="00B13C4C">
        <w:rPr>
          <w:rFonts w:ascii="Times New Roman" w:hAnsi="Times New Roman" w:cs="Times New Roman"/>
          <w:position w:val="-10"/>
          <w:sz w:val="24"/>
          <w:szCs w:val="24"/>
        </w:rPr>
        <w:object w:dxaOrig="1020" w:dyaOrig="320" w14:anchorId="3D2049CE">
          <v:shape id="_x0000_i3227" type="#_x0000_t75" style="width:51pt;height:16.2pt" o:ole="">
            <v:imagedata r:id="rId2768" o:title=""/>
          </v:shape>
          <o:OLEObject Type="Embed" ProgID="Equation.DSMT4" ShapeID="_x0000_i3227" DrawAspect="Content" ObjectID="_1699836511" r:id="rId2769"/>
        </w:object>
      </w:r>
      <w:r w:rsidRPr="00B13C4C">
        <w:rPr>
          <w:rFonts w:ascii="Times New Roman" w:hAnsi="Times New Roman" w:cs="Times New Roman"/>
          <w:sz w:val="24"/>
          <w:szCs w:val="24"/>
        </w:rPr>
        <w:t xml:space="preserve"> đi qua hai điểm </w:t>
      </w:r>
      <w:r w:rsidRPr="00B13C4C">
        <w:rPr>
          <w:rFonts w:ascii="Times New Roman" w:hAnsi="Times New Roman" w:cs="Times New Roman"/>
          <w:position w:val="-10"/>
          <w:sz w:val="24"/>
          <w:szCs w:val="24"/>
        </w:rPr>
        <w:object w:dxaOrig="980" w:dyaOrig="320" w14:anchorId="1ABC3E21">
          <v:shape id="_x0000_i3228" type="#_x0000_t75" style="width:49.2pt;height:16.2pt" o:ole="">
            <v:imagedata r:id="rId2770" o:title=""/>
          </v:shape>
          <o:OLEObject Type="Embed" ProgID="Equation.DSMT4" ShapeID="_x0000_i3228" DrawAspect="Content" ObjectID="_1699836512" r:id="rId2771"/>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680" w:dyaOrig="320" w14:anchorId="42A826BE">
          <v:shape id="_x0000_i3229" type="#_x0000_t75" style="width:34.2pt;height:16.2pt" o:ole="">
            <v:imagedata r:id="rId2772" o:title=""/>
          </v:shape>
          <o:OLEObject Type="Embed" ProgID="Equation.DSMT4" ShapeID="_x0000_i3229" DrawAspect="Content" ObjectID="_1699836513" r:id="rId2773"/>
        </w:object>
      </w:r>
      <w:r w:rsidRPr="00B13C4C">
        <w:rPr>
          <w:rFonts w:ascii="Times New Roman" w:hAnsi="Times New Roman" w:cs="Times New Roman"/>
          <w:sz w:val="24"/>
          <w:szCs w:val="24"/>
        </w:rPr>
        <w:t xml:space="preserve">. Tính </w:t>
      </w:r>
      <w:r w:rsidRPr="00B13C4C">
        <w:rPr>
          <w:rFonts w:ascii="Times New Roman" w:hAnsi="Times New Roman" w:cs="Times New Roman"/>
          <w:position w:val="-6"/>
          <w:sz w:val="24"/>
          <w:szCs w:val="24"/>
        </w:rPr>
        <w:object w:dxaOrig="1060" w:dyaOrig="279" w14:anchorId="47E32E0D">
          <v:shape id="_x0000_i3230" type="#_x0000_t75" style="width:52.8pt;height:13.8pt" o:ole="">
            <v:imagedata r:id="rId2774" o:title=""/>
          </v:shape>
          <o:OLEObject Type="Embed" ProgID="Equation.DSMT4" ShapeID="_x0000_i3230" DrawAspect="Content" ObjectID="_1699836514" r:id="rId2775"/>
        </w:object>
      </w:r>
      <w:r w:rsidRPr="00B13C4C">
        <w:rPr>
          <w:rFonts w:ascii="Times New Roman" w:hAnsi="Times New Roman" w:cs="Times New Roman"/>
          <w:sz w:val="24"/>
          <w:szCs w:val="24"/>
        </w:rPr>
        <w:t>,</w:t>
      </w:r>
    </w:p>
    <w:p w14:paraId="0B523601"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580" w:dyaOrig="279" w14:anchorId="716A7931">
          <v:shape id="_x0000_i3231" type="#_x0000_t75" style="width:28.8pt;height:13.8pt" o:ole="">
            <v:imagedata r:id="rId2776" o:title=""/>
          </v:shape>
          <o:OLEObject Type="Embed" ProgID="Equation.DSMT4" ShapeID="_x0000_i3231" DrawAspect="Content" ObjectID="_1699836515" r:id="rId277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600" w:dyaOrig="279" w14:anchorId="1CB85027">
          <v:shape id="_x0000_i3232" type="#_x0000_t75" style="width:30pt;height:13.8pt" o:ole="">
            <v:imagedata r:id="rId2778" o:title=""/>
          </v:shape>
          <o:OLEObject Type="Embed" ProgID="Equation.DSMT4" ShapeID="_x0000_i3232" DrawAspect="Content" ObjectID="_1699836516" r:id="rId277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4"/>
          <w:sz w:val="24"/>
          <w:szCs w:val="24"/>
        </w:rPr>
        <w:object w:dxaOrig="560" w:dyaOrig="260" w14:anchorId="65E7ABAD">
          <v:shape id="_x0000_i3233" type="#_x0000_t75" style="width:28.2pt;height:13.2pt" o:ole="">
            <v:imagedata r:id="rId2780" o:title=""/>
          </v:shape>
          <o:OLEObject Type="Embed" ProgID="Equation.DSMT4" ShapeID="_x0000_i3233" DrawAspect="Content" ObjectID="_1699836517" r:id="rId278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4"/>
          <w:sz w:val="24"/>
          <w:szCs w:val="24"/>
        </w:rPr>
        <w:object w:dxaOrig="600" w:dyaOrig="260" w14:anchorId="03B1FEF1">
          <v:shape id="_x0000_i3234" type="#_x0000_t75" style="width:30pt;height:13.2pt" o:ole="">
            <v:imagedata r:id="rId2782" o:title=""/>
          </v:shape>
          <o:OLEObject Type="Embed" ProgID="Equation.DSMT4" ShapeID="_x0000_i3234" DrawAspect="Content" ObjectID="_1699836518" r:id="rId2783"/>
        </w:object>
      </w:r>
      <w:r w:rsidRPr="00B13C4C">
        <w:rPr>
          <w:rFonts w:ascii="Times New Roman" w:hAnsi="Times New Roman" w:cs="Times New Roman"/>
          <w:sz w:val="24"/>
          <w:szCs w:val="24"/>
        </w:rPr>
        <w:t>.</w:t>
      </w:r>
    </w:p>
    <w:p w14:paraId="6BEE8879" w14:textId="77777777" w:rsidR="00B13C4C" w:rsidRPr="00B13C4C" w:rsidRDefault="00B13C4C" w:rsidP="00FC7DA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Điều kiện xác định của phương trình </w:t>
      </w:r>
      <w:r w:rsidRPr="00B13C4C">
        <w:rPr>
          <w:rFonts w:ascii="Times New Roman" w:hAnsi="Times New Roman" w:cs="Times New Roman"/>
          <w:position w:val="-8"/>
          <w:sz w:val="24"/>
          <w:szCs w:val="24"/>
        </w:rPr>
        <w:object w:dxaOrig="1340" w:dyaOrig="360" w14:anchorId="5E8E1706">
          <v:shape id="_x0000_i3235" type="#_x0000_t75" style="width:67.2pt;height:18pt" o:ole="">
            <v:imagedata r:id="rId2784" o:title=""/>
          </v:shape>
          <o:OLEObject Type="Embed" ProgID="Equation.DSMT4" ShapeID="_x0000_i3235" DrawAspect="Content" ObjectID="_1699836519" r:id="rId2785"/>
        </w:object>
      </w:r>
      <w:r w:rsidRPr="00B13C4C">
        <w:rPr>
          <w:rFonts w:ascii="Times New Roman" w:hAnsi="Times New Roman" w:cs="Times New Roman"/>
          <w:sz w:val="24"/>
          <w:szCs w:val="24"/>
        </w:rPr>
        <w:t xml:space="preserve"> là</w:t>
      </w:r>
    </w:p>
    <w:p w14:paraId="38F66811"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520" w:dyaOrig="279" w14:anchorId="0C163938">
          <v:shape id="_x0000_i3236" type="#_x0000_t75" style="width:25.8pt;height:13.8pt" o:ole="">
            <v:imagedata r:id="rId2786" o:title=""/>
          </v:shape>
          <o:OLEObject Type="Embed" ProgID="Equation.DSMT4" ShapeID="_x0000_i3236" DrawAspect="Content" ObjectID="_1699836520" r:id="rId278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680" w:dyaOrig="279" w14:anchorId="4B9DCC5F">
          <v:shape id="_x0000_i3237" type="#_x0000_t75" style="width:34.2pt;height:13.8pt" o:ole="">
            <v:imagedata r:id="rId2788" o:title=""/>
          </v:shape>
          <o:OLEObject Type="Embed" ProgID="Equation.DSMT4" ShapeID="_x0000_i3237" DrawAspect="Content" ObjectID="_1699836521" r:id="rId278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499" w:dyaOrig="279" w14:anchorId="7FB626BC">
          <v:shape id="_x0000_i3238" type="#_x0000_t75" style="width:25.2pt;height:13.8pt" o:ole="">
            <v:imagedata r:id="rId2790" o:title=""/>
          </v:shape>
          <o:OLEObject Type="Embed" ProgID="Equation.DSMT4" ShapeID="_x0000_i3238" DrawAspect="Content" ObjectID="_1699836522" r:id="rId279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680" w:dyaOrig="279" w14:anchorId="09F8EC6B">
          <v:shape id="_x0000_i3239" type="#_x0000_t75" style="width:34.2pt;height:13.8pt" o:ole="">
            <v:imagedata r:id="rId2792" o:title=""/>
          </v:shape>
          <o:OLEObject Type="Embed" ProgID="Equation.DSMT4" ShapeID="_x0000_i3239" DrawAspect="Content" ObjectID="_1699836523" r:id="rId2793"/>
        </w:object>
      </w:r>
      <w:r w:rsidRPr="00B13C4C">
        <w:rPr>
          <w:rFonts w:ascii="Times New Roman" w:hAnsi="Times New Roman" w:cs="Times New Roman"/>
          <w:sz w:val="24"/>
          <w:szCs w:val="24"/>
        </w:rPr>
        <w:t>.</w:t>
      </w:r>
    </w:p>
    <w:p w14:paraId="60033368" w14:textId="77777777" w:rsidR="00B13C4C" w:rsidRPr="00B13C4C" w:rsidRDefault="00B13C4C" w:rsidP="00FC7DA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tập hợp </w:t>
      </w:r>
      <w:r w:rsidRPr="00B13C4C">
        <w:rPr>
          <w:rFonts w:ascii="Times New Roman" w:hAnsi="Times New Roman" w:cs="Times New Roman"/>
          <w:position w:val="-10"/>
          <w:sz w:val="24"/>
          <w:szCs w:val="24"/>
        </w:rPr>
        <w:object w:dxaOrig="1200" w:dyaOrig="320" w14:anchorId="2D926A90">
          <v:shape id="_x0000_i3240" type="#_x0000_t75" style="width:60pt;height:16.2pt" o:ole="">
            <v:imagedata r:id="rId2794" o:title=""/>
          </v:shape>
          <o:OLEObject Type="Embed" ProgID="Equation.DSMT4" ShapeID="_x0000_i3240" DrawAspect="Content" ObjectID="_1699836524" r:id="rId2795"/>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1120" w:dyaOrig="320" w14:anchorId="650ED7CC">
          <v:shape id="_x0000_i3241" type="#_x0000_t75" style="width:55.8pt;height:16.2pt" o:ole="">
            <v:imagedata r:id="rId2796" o:title=""/>
          </v:shape>
          <o:OLEObject Type="Embed" ProgID="Equation.DSMT4" ShapeID="_x0000_i3241" DrawAspect="Content" ObjectID="_1699836525" r:id="rId2797"/>
        </w:object>
      </w:r>
      <w:r w:rsidRPr="00B13C4C">
        <w:rPr>
          <w:rFonts w:ascii="Times New Roman" w:hAnsi="Times New Roman" w:cs="Times New Roman"/>
          <w:sz w:val="24"/>
          <w:szCs w:val="24"/>
        </w:rPr>
        <w:t xml:space="preserve">. Tính </w:t>
      </w:r>
      <w:r w:rsidRPr="00B13C4C">
        <w:rPr>
          <w:rFonts w:ascii="Times New Roman" w:hAnsi="Times New Roman" w:cs="Times New Roman"/>
          <w:position w:val="-4"/>
          <w:sz w:val="24"/>
          <w:szCs w:val="24"/>
        </w:rPr>
        <w:object w:dxaOrig="680" w:dyaOrig="260" w14:anchorId="0579A3E0">
          <v:shape id="_x0000_i3242" type="#_x0000_t75" style="width:34.2pt;height:13.2pt" o:ole="">
            <v:imagedata r:id="rId2798" o:title=""/>
          </v:shape>
          <o:OLEObject Type="Embed" ProgID="Equation.DSMT4" ShapeID="_x0000_i3242" DrawAspect="Content" ObjectID="_1699836526" r:id="rId2799"/>
        </w:object>
      </w:r>
      <w:r w:rsidRPr="00B13C4C">
        <w:rPr>
          <w:rFonts w:ascii="Times New Roman" w:hAnsi="Times New Roman" w:cs="Times New Roman"/>
          <w:sz w:val="24"/>
          <w:szCs w:val="24"/>
        </w:rPr>
        <w:t xml:space="preserve"> kết quả là</w:t>
      </w:r>
    </w:p>
    <w:p w14:paraId="75D817CF"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1120" w:dyaOrig="279" w14:anchorId="26907808">
          <v:shape id="_x0000_i3243" type="#_x0000_t75" style="width:55.8pt;height:13.8pt" o:ole="">
            <v:imagedata r:id="rId2800" o:title=""/>
          </v:shape>
          <o:OLEObject Type="Embed" ProgID="Equation.DSMT4" ShapeID="_x0000_i3243" DrawAspect="Content" ObjectID="_1699836527" r:id="rId280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820" w:dyaOrig="320" w14:anchorId="0F599277">
          <v:shape id="_x0000_i3244" type="#_x0000_t75" style="width:91.2pt;height:16.2pt" o:ole="">
            <v:imagedata r:id="rId2802" o:title=""/>
          </v:shape>
          <o:OLEObject Type="Embed" ProgID="Equation.DSMT4" ShapeID="_x0000_i3244" DrawAspect="Content" ObjectID="_1699836528" r:id="rId2803"/>
        </w:object>
      </w:r>
      <w:r w:rsidRPr="00B13C4C">
        <w:rPr>
          <w:rFonts w:ascii="Times New Roman" w:hAnsi="Times New Roman" w:cs="Times New Roman"/>
          <w:sz w:val="24"/>
          <w:szCs w:val="24"/>
        </w:rPr>
        <w:t>.</w:t>
      </w:r>
    </w:p>
    <w:p w14:paraId="7E166A24"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980" w:dyaOrig="320" w14:anchorId="7A54A49C">
          <v:shape id="_x0000_i3245" type="#_x0000_t75" style="width:99pt;height:16.2pt" o:ole="">
            <v:imagedata r:id="rId2804" o:title=""/>
          </v:shape>
          <o:OLEObject Type="Embed" ProgID="Equation.DSMT4" ShapeID="_x0000_i3245" DrawAspect="Content" ObjectID="_1699836529" r:id="rId280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2180" w:dyaOrig="320" w14:anchorId="1C3BFC85">
          <v:shape id="_x0000_i3246" type="#_x0000_t75" style="width:109.2pt;height:16.2pt" o:ole="">
            <v:imagedata r:id="rId2806" o:title=""/>
          </v:shape>
          <o:OLEObject Type="Embed" ProgID="Equation.DSMT4" ShapeID="_x0000_i3246" DrawAspect="Content" ObjectID="_1699836530" r:id="rId2807"/>
        </w:object>
      </w:r>
      <w:r w:rsidRPr="00B13C4C">
        <w:rPr>
          <w:rFonts w:ascii="Times New Roman" w:hAnsi="Times New Roman" w:cs="Times New Roman"/>
          <w:sz w:val="24"/>
          <w:szCs w:val="24"/>
        </w:rPr>
        <w:t>.</w:t>
      </w:r>
    </w:p>
    <w:p w14:paraId="3CF2D05A" w14:textId="77777777" w:rsidR="00B13C4C" w:rsidRPr="00B13C4C" w:rsidRDefault="00B13C4C" w:rsidP="00FC7DA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tam giác </w:t>
      </w:r>
      <w:r w:rsidRPr="00B13C4C">
        <w:rPr>
          <w:rFonts w:ascii="Times New Roman" w:hAnsi="Times New Roman" w:cs="Times New Roman"/>
          <w:position w:val="-6"/>
          <w:sz w:val="24"/>
          <w:szCs w:val="24"/>
        </w:rPr>
        <w:object w:dxaOrig="560" w:dyaOrig="279" w14:anchorId="445339EE">
          <v:shape id="_x0000_i3247" type="#_x0000_t75" style="width:28.2pt;height:13.8pt" o:ole="">
            <v:imagedata r:id="rId2808" o:title=""/>
          </v:shape>
          <o:OLEObject Type="Embed" ProgID="Equation.DSMT4" ShapeID="_x0000_i3247" DrawAspect="Content" ObjectID="_1699836531" r:id="rId2809"/>
        </w:object>
      </w:r>
      <w:r w:rsidRPr="00B13C4C">
        <w:rPr>
          <w:rFonts w:ascii="Times New Roman" w:hAnsi="Times New Roman" w:cs="Times New Roman"/>
          <w:sz w:val="24"/>
          <w:szCs w:val="24"/>
        </w:rPr>
        <w:t xml:space="preserve"> có </w:t>
      </w:r>
      <w:r w:rsidRPr="00B13C4C">
        <w:rPr>
          <w:rFonts w:ascii="Times New Roman" w:hAnsi="Times New Roman" w:cs="Times New Roman"/>
          <w:position w:val="-10"/>
          <w:sz w:val="24"/>
          <w:szCs w:val="24"/>
        </w:rPr>
        <w:object w:dxaOrig="1080" w:dyaOrig="320" w14:anchorId="47E24178">
          <v:shape id="_x0000_i3248" type="#_x0000_t75" style="width:54pt;height:16.2pt" o:ole="">
            <v:imagedata r:id="rId2810" o:title=""/>
          </v:shape>
          <o:OLEObject Type="Embed" ProgID="Equation.DSMT4" ShapeID="_x0000_i3248" DrawAspect="Content" ObjectID="_1699836532" r:id="rId2811"/>
        </w:object>
      </w:r>
      <w:r w:rsidRPr="00B13C4C">
        <w:rPr>
          <w:rFonts w:ascii="Times New Roman" w:hAnsi="Times New Roman" w:cs="Times New Roman"/>
          <w:sz w:val="24"/>
          <w:szCs w:val="24"/>
        </w:rPr>
        <w:t xml:space="preserve"> và góc </w:t>
      </w:r>
      <w:r w:rsidRPr="00B13C4C">
        <w:rPr>
          <w:rFonts w:ascii="Times New Roman" w:hAnsi="Times New Roman" w:cs="Times New Roman"/>
          <w:position w:val="-6"/>
          <w:sz w:val="24"/>
          <w:szCs w:val="24"/>
        </w:rPr>
        <w:object w:dxaOrig="780" w:dyaOrig="340" w14:anchorId="4DF6628C">
          <v:shape id="_x0000_i3249" type="#_x0000_t75" style="width:39pt;height:16.8pt" o:ole="">
            <v:imagedata r:id="rId2812" o:title=""/>
          </v:shape>
          <o:OLEObject Type="Embed" ProgID="Equation.DSMT4" ShapeID="_x0000_i3249" DrawAspect="Content" ObjectID="_1699836533" r:id="rId2813"/>
        </w:object>
      </w:r>
      <w:r w:rsidRPr="00B13C4C">
        <w:rPr>
          <w:rFonts w:ascii="Times New Roman" w:hAnsi="Times New Roman" w:cs="Times New Roman"/>
          <w:sz w:val="24"/>
          <w:szCs w:val="24"/>
        </w:rPr>
        <w:t xml:space="preserve">. Tính độ dài cạnh </w:t>
      </w:r>
      <w:r w:rsidRPr="00B13C4C">
        <w:rPr>
          <w:rFonts w:ascii="Times New Roman" w:hAnsi="Times New Roman" w:cs="Times New Roman"/>
          <w:position w:val="-6"/>
          <w:sz w:val="24"/>
          <w:szCs w:val="24"/>
        </w:rPr>
        <w:object w:dxaOrig="200" w:dyaOrig="279" w14:anchorId="002F796B">
          <v:shape id="_x0000_i3250" type="#_x0000_t75" style="width:10.2pt;height:13.8pt" o:ole="">
            <v:imagedata r:id="rId2814" o:title=""/>
          </v:shape>
          <o:OLEObject Type="Embed" ProgID="Equation.DSMT4" ShapeID="_x0000_i3250" DrawAspect="Content" ObjectID="_1699836534" r:id="rId2815"/>
        </w:object>
      </w:r>
      <w:r w:rsidRPr="00B13C4C">
        <w:rPr>
          <w:rFonts w:ascii="Times New Roman" w:hAnsi="Times New Roman" w:cs="Times New Roman"/>
          <w:sz w:val="24"/>
          <w:szCs w:val="24"/>
        </w:rPr>
        <w:t>.</w:t>
      </w:r>
    </w:p>
    <w:p w14:paraId="4A2FEE7A"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7.</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8"/>
          <w:sz w:val="24"/>
          <w:szCs w:val="24"/>
        </w:rPr>
        <w:object w:dxaOrig="480" w:dyaOrig="360" w14:anchorId="3851A835">
          <v:shape id="_x0000_i3251" type="#_x0000_t75" style="width:24pt;height:18pt" o:ole="">
            <v:imagedata r:id="rId2816" o:title=""/>
          </v:shape>
          <o:OLEObject Type="Embed" ProgID="Equation.DSMT4" ShapeID="_x0000_i3251" DrawAspect="Content" ObjectID="_1699836535" r:id="rId281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360" w:dyaOrig="279" w14:anchorId="2FAEC4C9">
          <v:shape id="_x0000_i3252" type="#_x0000_t75" style="width:18pt;height:13.8pt" o:ole="">
            <v:imagedata r:id="rId2818" o:title=""/>
          </v:shape>
          <o:OLEObject Type="Embed" ProgID="Equation.DSMT4" ShapeID="_x0000_i3252" DrawAspect="Content" ObjectID="_1699836536" r:id="rId281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8"/>
          <w:sz w:val="24"/>
          <w:szCs w:val="24"/>
        </w:rPr>
        <w:object w:dxaOrig="499" w:dyaOrig="360" w14:anchorId="5EC0187A">
          <v:shape id="_x0000_i3253" type="#_x0000_t75" style="width:25.2pt;height:18pt" o:ole="">
            <v:imagedata r:id="rId2820" o:title=""/>
          </v:shape>
          <o:OLEObject Type="Embed" ProgID="Equation.DSMT4" ShapeID="_x0000_i3253" DrawAspect="Content" ObjectID="_1699836537" r:id="rId2821"/>
        </w:object>
      </w:r>
      <w:r w:rsidRPr="00B13C4C">
        <w:rPr>
          <w:rFonts w:ascii="Times New Roman" w:hAnsi="Times New Roman" w:cs="Times New Roman"/>
          <w:sz w:val="24"/>
          <w:szCs w:val="24"/>
        </w:rPr>
        <w:t>.</w:t>
      </w:r>
    </w:p>
    <w:p w14:paraId="2BDC99BC" w14:textId="77777777" w:rsidR="00B13C4C" w:rsidRPr="00B13C4C" w:rsidRDefault="00B13C4C" w:rsidP="00FC7DA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toạ độ </w:t>
      </w:r>
      <w:r w:rsidRPr="00B13C4C">
        <w:rPr>
          <w:rFonts w:ascii="Times New Roman" w:hAnsi="Times New Roman" w:cs="Times New Roman"/>
          <w:position w:val="-10"/>
          <w:sz w:val="24"/>
          <w:szCs w:val="24"/>
        </w:rPr>
        <w:object w:dxaOrig="460" w:dyaOrig="320" w14:anchorId="0A77E8C6">
          <v:shape id="_x0000_i3254" type="#_x0000_t75" style="width:22.8pt;height:16.2pt" o:ole="">
            <v:imagedata r:id="rId2822" o:title=""/>
          </v:shape>
          <o:OLEObject Type="Embed" ProgID="Equation.DSMT4" ShapeID="_x0000_i3254" DrawAspect="Content" ObjectID="_1699836538" r:id="rId2823"/>
        </w:object>
      </w:r>
      <w:r w:rsidRPr="00B13C4C">
        <w:rPr>
          <w:rFonts w:ascii="Times New Roman" w:hAnsi="Times New Roman" w:cs="Times New Roman"/>
          <w:sz w:val="24"/>
          <w:szCs w:val="24"/>
        </w:rPr>
        <w:t xml:space="preserve"> cho hai điểm </w:t>
      </w:r>
      <w:r w:rsidRPr="00B13C4C">
        <w:rPr>
          <w:rFonts w:ascii="Times New Roman" w:hAnsi="Times New Roman" w:cs="Times New Roman"/>
          <w:position w:val="-10"/>
          <w:sz w:val="24"/>
          <w:szCs w:val="24"/>
        </w:rPr>
        <w:object w:dxaOrig="760" w:dyaOrig="320" w14:anchorId="3529AF59">
          <v:shape id="_x0000_i3255" type="#_x0000_t75" style="width:37.8pt;height:16.2pt" o:ole="">
            <v:imagedata r:id="rId2824" o:title=""/>
          </v:shape>
          <o:OLEObject Type="Embed" ProgID="Equation.DSMT4" ShapeID="_x0000_i3255" DrawAspect="Content" ObjectID="_1699836539" r:id="rId2825"/>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880" w:dyaOrig="320" w14:anchorId="1B38C4BF">
          <v:shape id="_x0000_i3256" type="#_x0000_t75" style="width:43.8pt;height:16.2pt" o:ole="">
            <v:imagedata r:id="rId2826" o:title=""/>
          </v:shape>
          <o:OLEObject Type="Embed" ProgID="Equation.DSMT4" ShapeID="_x0000_i3256" DrawAspect="Content" ObjectID="_1699836540" r:id="rId2827"/>
        </w:object>
      </w:r>
      <w:r w:rsidRPr="00B13C4C">
        <w:rPr>
          <w:rFonts w:ascii="Times New Roman" w:hAnsi="Times New Roman" w:cs="Times New Roman"/>
          <w:sz w:val="24"/>
          <w:szCs w:val="24"/>
        </w:rPr>
        <w:t xml:space="preserve">. Tính độ dài đoạn thẳng </w:t>
      </w:r>
      <w:r w:rsidRPr="00B13C4C">
        <w:rPr>
          <w:rFonts w:ascii="Times New Roman" w:hAnsi="Times New Roman" w:cs="Times New Roman"/>
          <w:position w:val="-6"/>
          <w:sz w:val="24"/>
          <w:szCs w:val="24"/>
        </w:rPr>
        <w:object w:dxaOrig="600" w:dyaOrig="279" w14:anchorId="6BE09DF0">
          <v:shape id="_x0000_i3257" type="#_x0000_t75" style="width:30pt;height:13.8pt" o:ole="">
            <v:imagedata r:id="rId2828" o:title=""/>
          </v:shape>
          <o:OLEObject Type="Embed" ProgID="Equation.DSMT4" ShapeID="_x0000_i3257" DrawAspect="Content" ObjectID="_1699836541" r:id="rId2829"/>
        </w:object>
      </w:r>
    </w:p>
    <w:p w14:paraId="49028BDA"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820" w:dyaOrig="279" w14:anchorId="2317F620">
          <v:shape id="_x0000_i3258" type="#_x0000_t75" style="width:40.8pt;height:13.8pt" o:ole="">
            <v:imagedata r:id="rId2830" o:title=""/>
          </v:shape>
          <o:OLEObject Type="Embed" ProgID="Equation.DSMT4" ShapeID="_x0000_i3258" DrawAspect="Content" ObjectID="_1699836542" r:id="rId283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8"/>
          <w:sz w:val="24"/>
          <w:szCs w:val="24"/>
        </w:rPr>
        <w:object w:dxaOrig="1100" w:dyaOrig="360" w14:anchorId="6949FFDE">
          <v:shape id="_x0000_i3259" type="#_x0000_t75" style="width:55.2pt;height:18pt" o:ole="">
            <v:imagedata r:id="rId2832" o:title=""/>
          </v:shape>
          <o:OLEObject Type="Embed" ProgID="Equation.DSMT4" ShapeID="_x0000_i3259" DrawAspect="Content" ObjectID="_1699836543" r:id="rId283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8"/>
          <w:sz w:val="24"/>
          <w:szCs w:val="24"/>
        </w:rPr>
        <w:object w:dxaOrig="1120" w:dyaOrig="360" w14:anchorId="56E9C41C">
          <v:shape id="_x0000_i3260" type="#_x0000_t75" style="width:55.8pt;height:18pt" o:ole="">
            <v:imagedata r:id="rId2834" o:title=""/>
          </v:shape>
          <o:OLEObject Type="Embed" ProgID="Equation.DSMT4" ShapeID="_x0000_i3260" DrawAspect="Content" ObjectID="_1699836544" r:id="rId283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920" w:dyaOrig="279" w14:anchorId="6115458E">
          <v:shape id="_x0000_i3261" type="#_x0000_t75" style="width:46.2pt;height:13.8pt" o:ole="">
            <v:imagedata r:id="rId2836" o:title=""/>
          </v:shape>
          <o:OLEObject Type="Embed" ProgID="Equation.DSMT4" ShapeID="_x0000_i3261" DrawAspect="Content" ObjectID="_1699836545" r:id="rId2837"/>
        </w:object>
      </w:r>
      <w:r w:rsidRPr="00B13C4C">
        <w:rPr>
          <w:rFonts w:ascii="Times New Roman" w:hAnsi="Times New Roman" w:cs="Times New Roman"/>
          <w:sz w:val="24"/>
          <w:szCs w:val="24"/>
        </w:rPr>
        <w:t>.</w:t>
      </w:r>
    </w:p>
    <w:p w14:paraId="01BBF9C6" w14:textId="77777777" w:rsidR="00B13C4C" w:rsidRPr="00B13C4C" w:rsidRDefault="00B13C4C" w:rsidP="00FC7DA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hai số thực </w:t>
      </w:r>
      <w:r w:rsidRPr="00B13C4C">
        <w:rPr>
          <w:rFonts w:ascii="Times New Roman" w:hAnsi="Times New Roman" w:cs="Times New Roman"/>
          <w:position w:val="-10"/>
          <w:sz w:val="24"/>
          <w:szCs w:val="24"/>
        </w:rPr>
        <w:object w:dxaOrig="1060" w:dyaOrig="320" w14:anchorId="081A3B32">
          <v:shape id="_x0000_i3262" type="#_x0000_t75" style="width:52.8pt;height:16.2pt" o:ole="">
            <v:imagedata r:id="rId2838" o:title=""/>
          </v:shape>
          <o:OLEObject Type="Embed" ProgID="Equation.DSMT4" ShapeID="_x0000_i3262" DrawAspect="Content" ObjectID="_1699836546" r:id="rId2839"/>
        </w:object>
      </w:r>
      <w:r w:rsidRPr="00B13C4C">
        <w:rPr>
          <w:rFonts w:ascii="Times New Roman" w:hAnsi="Times New Roman" w:cs="Times New Roman"/>
          <w:sz w:val="24"/>
          <w:szCs w:val="24"/>
        </w:rPr>
        <w:t xml:space="preserve">. Khi đó, điều kiện của </w:t>
      </w:r>
      <w:r w:rsidRPr="00B13C4C">
        <w:rPr>
          <w:rFonts w:ascii="Times New Roman" w:hAnsi="Times New Roman" w:cs="Times New Roman"/>
          <w:position w:val="-10"/>
          <w:sz w:val="24"/>
          <w:szCs w:val="24"/>
        </w:rPr>
        <w:object w:dxaOrig="400" w:dyaOrig="320" w14:anchorId="715DA223">
          <v:shape id="_x0000_i3263" type="#_x0000_t75" style="width:19.8pt;height:16.2pt" o:ole="">
            <v:imagedata r:id="rId2840" o:title=""/>
          </v:shape>
          <o:OLEObject Type="Embed" ProgID="Equation.DSMT4" ShapeID="_x0000_i3263" DrawAspect="Content" ObjectID="_1699836547" r:id="rId2841"/>
        </w:object>
      </w:r>
      <w:r w:rsidRPr="00B13C4C">
        <w:rPr>
          <w:rFonts w:ascii="Times New Roman" w:hAnsi="Times New Roman" w:cs="Times New Roman"/>
          <w:sz w:val="24"/>
          <w:szCs w:val="24"/>
        </w:rPr>
        <w:t xml:space="preserve"> để </w:t>
      </w:r>
      <w:r w:rsidRPr="00B13C4C">
        <w:rPr>
          <w:rFonts w:ascii="Times New Roman" w:hAnsi="Times New Roman" w:cs="Times New Roman"/>
          <w:position w:val="-10"/>
          <w:sz w:val="24"/>
          <w:szCs w:val="24"/>
        </w:rPr>
        <w:object w:dxaOrig="1880" w:dyaOrig="320" w14:anchorId="302202AA">
          <v:shape id="_x0000_i3264" type="#_x0000_t75" style="width:94.2pt;height:16.2pt" o:ole="">
            <v:imagedata r:id="rId2842" o:title=""/>
          </v:shape>
          <o:OLEObject Type="Embed" ProgID="Equation.DSMT4" ShapeID="_x0000_i3264" DrawAspect="Content" ObjectID="_1699836548" r:id="rId2843"/>
        </w:object>
      </w:r>
      <w:r w:rsidRPr="00B13C4C">
        <w:rPr>
          <w:rFonts w:ascii="Times New Roman" w:hAnsi="Times New Roman" w:cs="Times New Roman"/>
          <w:sz w:val="24"/>
          <w:szCs w:val="24"/>
        </w:rPr>
        <w:t xml:space="preserve"> là</w:t>
      </w:r>
    </w:p>
    <w:p w14:paraId="2369D0A9"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b/>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1380" w:dyaOrig="279" w14:anchorId="23CD079B">
          <v:shape id="_x0000_i3265" type="#_x0000_t75" style="width:69pt;height:13.8pt" o:ole="">
            <v:imagedata r:id="rId2844" o:title=""/>
          </v:shape>
          <o:OLEObject Type="Embed" ProgID="Equation.DSMT4" ShapeID="_x0000_i3265" DrawAspect="Content" ObjectID="_1699836549" r:id="rId284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1380" w:dyaOrig="279" w14:anchorId="0BA9829A">
          <v:shape id="_x0000_i3266" type="#_x0000_t75" style="width:69pt;height:13.8pt" o:ole="">
            <v:imagedata r:id="rId2846" o:title=""/>
          </v:shape>
          <o:OLEObject Type="Embed" ProgID="Equation.DSMT4" ShapeID="_x0000_i3266" DrawAspect="Content" ObjectID="_1699836550" r:id="rId284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30"/>
          <w:sz w:val="24"/>
          <w:szCs w:val="24"/>
        </w:rPr>
        <w:object w:dxaOrig="1140" w:dyaOrig="720" w14:anchorId="010417C1">
          <v:shape id="_x0000_i3267" type="#_x0000_t75" style="width:57pt;height:36pt" o:ole="">
            <v:imagedata r:id="rId2848" o:title=""/>
          </v:shape>
          <o:OLEObject Type="Embed" ProgID="Equation.DSMT4" ShapeID="_x0000_i3267" DrawAspect="Content" ObjectID="_1699836551" r:id="rId284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30"/>
          <w:sz w:val="24"/>
          <w:szCs w:val="24"/>
        </w:rPr>
        <w:object w:dxaOrig="780" w:dyaOrig="720" w14:anchorId="150FF75F">
          <v:shape id="_x0000_i3268" type="#_x0000_t75" style="width:39pt;height:36pt" o:ole="">
            <v:imagedata r:id="rId2850" o:title=""/>
          </v:shape>
          <o:OLEObject Type="Embed" ProgID="Equation.DSMT4" ShapeID="_x0000_i3268" DrawAspect="Content" ObjectID="_1699836552" r:id="rId2851"/>
        </w:object>
      </w:r>
      <w:r w:rsidRPr="00B13C4C">
        <w:rPr>
          <w:rFonts w:ascii="Times New Roman" w:hAnsi="Times New Roman" w:cs="Times New Roman"/>
          <w:b/>
          <w:sz w:val="24"/>
          <w:szCs w:val="24"/>
        </w:rPr>
        <w:t>.</w:t>
      </w:r>
    </w:p>
    <w:p w14:paraId="2D76B1EC" w14:textId="77777777" w:rsidR="00B13C4C" w:rsidRPr="00B13C4C" w:rsidRDefault="00B13C4C" w:rsidP="00FC7DA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tọa độ </w:t>
      </w:r>
      <w:r w:rsidRPr="00B13C4C">
        <w:rPr>
          <w:rFonts w:ascii="Times New Roman" w:hAnsi="Times New Roman" w:cs="Times New Roman"/>
          <w:position w:val="-10"/>
          <w:sz w:val="24"/>
          <w:szCs w:val="24"/>
        </w:rPr>
        <w:object w:dxaOrig="460" w:dyaOrig="320" w14:anchorId="2091AA17">
          <v:shape id="_x0000_i3269" type="#_x0000_t75" style="width:22.8pt;height:16.2pt" o:ole="">
            <v:imagedata r:id="rId2852" o:title=""/>
          </v:shape>
          <o:OLEObject Type="Embed" ProgID="Equation.DSMT4" ShapeID="_x0000_i3269" DrawAspect="Content" ObjectID="_1699836553" r:id="rId2853"/>
        </w:object>
      </w:r>
      <w:r w:rsidRPr="00B13C4C">
        <w:rPr>
          <w:rFonts w:ascii="Times New Roman" w:hAnsi="Times New Roman" w:cs="Times New Roman"/>
          <w:sz w:val="24"/>
          <w:szCs w:val="24"/>
        </w:rPr>
        <w:t xml:space="preserve">, cho </w:t>
      </w:r>
      <w:r w:rsidRPr="00B13C4C">
        <w:rPr>
          <w:rFonts w:ascii="Times New Roman" w:hAnsi="Times New Roman" w:cs="Times New Roman"/>
          <w:position w:val="-10"/>
          <w:sz w:val="24"/>
          <w:szCs w:val="24"/>
        </w:rPr>
        <w:object w:dxaOrig="900" w:dyaOrig="320" w14:anchorId="0F370AA4">
          <v:shape id="_x0000_i3270" type="#_x0000_t75" style="width:45pt;height:16.2pt" o:ole="">
            <v:imagedata r:id="rId2854" o:title=""/>
          </v:shape>
          <o:OLEObject Type="Embed" ProgID="Equation.DSMT4" ShapeID="_x0000_i3270" DrawAspect="Content" ObjectID="_1699836554" r:id="rId2855"/>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920" w:dyaOrig="380" w14:anchorId="4D9FDBFA">
          <v:shape id="_x0000_i3271" type="#_x0000_t75" style="width:46.2pt;height:19.2pt" o:ole="">
            <v:imagedata r:id="rId2856" o:title=""/>
          </v:shape>
          <o:OLEObject Type="Embed" ProgID="Equation.DSMT4" ShapeID="_x0000_i3271" DrawAspect="Content" ObjectID="_1699836555" r:id="rId2857"/>
        </w:object>
      </w:r>
      <w:r w:rsidRPr="00B13C4C">
        <w:rPr>
          <w:rFonts w:ascii="Times New Roman" w:hAnsi="Times New Roman" w:cs="Times New Roman"/>
          <w:sz w:val="24"/>
          <w:szCs w:val="24"/>
        </w:rPr>
        <w:t xml:space="preserve">. Tọa độ </w:t>
      </w:r>
      <w:r w:rsidRPr="00B13C4C">
        <w:rPr>
          <w:rFonts w:ascii="Times New Roman" w:hAnsi="Times New Roman" w:cs="Times New Roman"/>
          <w:position w:val="-6"/>
          <w:sz w:val="24"/>
          <w:szCs w:val="24"/>
        </w:rPr>
        <w:object w:dxaOrig="1040" w:dyaOrig="340" w14:anchorId="08C6F654">
          <v:shape id="_x0000_i3272" type="#_x0000_t75" style="width:52.2pt;height:16.8pt" o:ole="">
            <v:imagedata r:id="rId2858" o:title=""/>
          </v:shape>
          <o:OLEObject Type="Embed" ProgID="Equation.DSMT4" ShapeID="_x0000_i3272" DrawAspect="Content" ObjectID="_1699836556" r:id="rId2859"/>
        </w:object>
      </w:r>
      <w:r w:rsidRPr="00B13C4C">
        <w:rPr>
          <w:rFonts w:ascii="Times New Roman" w:hAnsi="Times New Roman" w:cs="Times New Roman"/>
          <w:sz w:val="24"/>
          <w:szCs w:val="24"/>
        </w:rPr>
        <w:t xml:space="preserve"> là</w:t>
      </w:r>
    </w:p>
    <w:p w14:paraId="3D948300"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lastRenderedPageBreak/>
        <w:t xml:space="preserve">A. </w:t>
      </w:r>
      <w:r w:rsidRPr="00B13C4C">
        <w:rPr>
          <w:rFonts w:ascii="Times New Roman" w:hAnsi="Times New Roman" w:cs="Times New Roman"/>
          <w:position w:val="-10"/>
          <w:sz w:val="24"/>
          <w:szCs w:val="24"/>
        </w:rPr>
        <w:object w:dxaOrig="1180" w:dyaOrig="320" w14:anchorId="53E4B0E8">
          <v:shape id="_x0000_i3273" type="#_x0000_t75" style="width:58.8pt;height:16.2pt" o:ole="">
            <v:imagedata r:id="rId2860" o:title=""/>
          </v:shape>
          <o:OLEObject Type="Embed" ProgID="Equation.DSMT4" ShapeID="_x0000_i3273" DrawAspect="Content" ObjectID="_1699836557" r:id="rId286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880" w:dyaOrig="320" w14:anchorId="07639D8F">
          <v:shape id="_x0000_i3274" type="#_x0000_t75" style="width:43.8pt;height:16.2pt" o:ole="">
            <v:imagedata r:id="rId2862" o:title=""/>
          </v:shape>
          <o:OLEObject Type="Embed" ProgID="Equation.DSMT4" ShapeID="_x0000_i3274" DrawAspect="Content" ObjectID="_1699836558" r:id="rId286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040" w:dyaOrig="320" w14:anchorId="13A0324C">
          <v:shape id="_x0000_i3275" type="#_x0000_t75" style="width:52.2pt;height:16.2pt" o:ole="">
            <v:imagedata r:id="rId2864" o:title=""/>
          </v:shape>
          <o:OLEObject Type="Embed" ProgID="Equation.DSMT4" ShapeID="_x0000_i3275" DrawAspect="Content" ObjectID="_1699836559" r:id="rId286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880" w:dyaOrig="320" w14:anchorId="03B63BB2">
          <v:shape id="_x0000_i3276" type="#_x0000_t75" style="width:43.8pt;height:16.2pt" o:ole="">
            <v:imagedata r:id="rId2866" o:title=""/>
          </v:shape>
          <o:OLEObject Type="Embed" ProgID="Equation.DSMT4" ShapeID="_x0000_i3276" DrawAspect="Content" ObjectID="_1699836560" r:id="rId2867"/>
        </w:object>
      </w:r>
      <w:r w:rsidRPr="00B13C4C">
        <w:rPr>
          <w:rFonts w:ascii="Times New Roman" w:hAnsi="Times New Roman" w:cs="Times New Roman"/>
          <w:sz w:val="24"/>
          <w:szCs w:val="24"/>
        </w:rPr>
        <w:t>.</w:t>
      </w:r>
    </w:p>
    <w:p w14:paraId="05726FCB" w14:textId="77777777" w:rsidR="00B13C4C" w:rsidRPr="00B13C4C" w:rsidRDefault="00B13C4C" w:rsidP="00FC7DA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Tính giá trị của biểu thức </w:t>
      </w:r>
      <w:r w:rsidRPr="00B13C4C">
        <w:rPr>
          <w:rFonts w:ascii="Times New Roman" w:hAnsi="Times New Roman" w:cs="Times New Roman"/>
          <w:position w:val="-6"/>
          <w:sz w:val="24"/>
          <w:szCs w:val="24"/>
        </w:rPr>
        <w:object w:dxaOrig="1960" w:dyaOrig="320" w14:anchorId="011CC3FB">
          <v:shape id="_x0000_i3277" type="#_x0000_t75" style="width:97.8pt;height:16.2pt" o:ole="">
            <v:imagedata r:id="rId2868" o:title=""/>
          </v:shape>
          <o:OLEObject Type="Embed" ProgID="Equation.DSMT4" ShapeID="_x0000_i3277" DrawAspect="Content" ObjectID="_1699836561" r:id="rId2869"/>
        </w:object>
      </w:r>
    </w:p>
    <w:p w14:paraId="12377B97"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4"/>
          <w:sz w:val="24"/>
          <w:szCs w:val="24"/>
        </w:rPr>
        <w:object w:dxaOrig="560" w:dyaOrig="260" w14:anchorId="47971D05">
          <v:shape id="_x0000_i3278" type="#_x0000_t75" style="width:28.2pt;height:13.2pt" o:ole="">
            <v:imagedata r:id="rId2870" o:title=""/>
          </v:shape>
          <o:OLEObject Type="Embed" ProgID="Equation.DSMT4" ShapeID="_x0000_i3278" DrawAspect="Content" ObjectID="_1699836562" r:id="rId287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800" w:dyaOrig="680" w14:anchorId="0B41226F">
          <v:shape id="_x0000_i3279" type="#_x0000_t75" style="width:40.2pt;height:34.2pt" o:ole="">
            <v:imagedata r:id="rId2872" o:title=""/>
          </v:shape>
          <o:OLEObject Type="Embed" ProgID="Equation.DSMT4" ShapeID="_x0000_i3279" DrawAspect="Content" ObjectID="_1699836563" r:id="rId287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8"/>
          <w:sz w:val="24"/>
          <w:szCs w:val="24"/>
        </w:rPr>
        <w:object w:dxaOrig="760" w:dyaOrig="360" w14:anchorId="5CD2C48E">
          <v:shape id="_x0000_i3280" type="#_x0000_t75" style="width:37.8pt;height:18pt" o:ole="">
            <v:imagedata r:id="rId2874" o:title=""/>
          </v:shape>
          <o:OLEObject Type="Embed" ProgID="Equation.DSMT4" ShapeID="_x0000_i3280" DrawAspect="Content" ObjectID="_1699836564" r:id="rId287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800" w:dyaOrig="680" w14:anchorId="1CCB5953">
          <v:shape id="_x0000_i3281" type="#_x0000_t75" style="width:40.2pt;height:34.2pt" o:ole="">
            <v:imagedata r:id="rId2876" o:title=""/>
          </v:shape>
          <o:OLEObject Type="Embed" ProgID="Equation.DSMT4" ShapeID="_x0000_i3281" DrawAspect="Content" ObjectID="_1699836565" r:id="rId2877"/>
        </w:object>
      </w:r>
      <w:r w:rsidRPr="00B13C4C">
        <w:rPr>
          <w:rFonts w:ascii="Times New Roman" w:hAnsi="Times New Roman" w:cs="Times New Roman"/>
          <w:sz w:val="24"/>
          <w:szCs w:val="24"/>
        </w:rPr>
        <w:t>.</w:t>
      </w:r>
    </w:p>
    <w:p w14:paraId="758D1636" w14:textId="77777777" w:rsidR="00B13C4C" w:rsidRPr="00B13C4C" w:rsidRDefault="00B13C4C" w:rsidP="00FC7DA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Chỉ ra khẳng định sai?</w:t>
      </w:r>
    </w:p>
    <w:p w14:paraId="409A04F6"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8"/>
          <w:sz w:val="24"/>
          <w:szCs w:val="24"/>
        </w:rPr>
        <w:object w:dxaOrig="2860" w:dyaOrig="360" w14:anchorId="402E818B">
          <v:shape id="_x0000_i3282" type="#_x0000_t75" style="width:142.8pt;height:18pt" o:ole="">
            <v:imagedata r:id="rId2878" o:title=""/>
          </v:shape>
          <o:OLEObject Type="Embed" ProgID="Equation.DSMT4" ShapeID="_x0000_i3282" DrawAspect="Content" ObjectID="_1699836566" r:id="rId287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8"/>
          <w:sz w:val="24"/>
          <w:szCs w:val="24"/>
        </w:rPr>
        <w:object w:dxaOrig="2200" w:dyaOrig="360" w14:anchorId="532C9AC5">
          <v:shape id="_x0000_i3283" type="#_x0000_t75" style="width:109.8pt;height:18pt" o:ole="">
            <v:imagedata r:id="rId2880" o:title=""/>
          </v:shape>
          <o:OLEObject Type="Embed" ProgID="Equation.DSMT4" ShapeID="_x0000_i3283" DrawAspect="Content" ObjectID="_1699836567" r:id="rId2881"/>
        </w:object>
      </w:r>
      <w:r w:rsidRPr="00B13C4C">
        <w:rPr>
          <w:rFonts w:ascii="Times New Roman" w:hAnsi="Times New Roman" w:cs="Times New Roman"/>
          <w:sz w:val="24"/>
          <w:szCs w:val="24"/>
        </w:rPr>
        <w:t>.</w:t>
      </w:r>
    </w:p>
    <w:p w14:paraId="6FBD2835"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8"/>
          <w:sz w:val="24"/>
          <w:szCs w:val="24"/>
        </w:rPr>
        <w:object w:dxaOrig="3540" w:dyaOrig="360" w14:anchorId="713A5945">
          <v:shape id="_x0000_i3284" type="#_x0000_t75" style="width:177pt;height:18pt" o:ole="">
            <v:imagedata r:id="rId2882" o:title=""/>
          </v:shape>
          <o:OLEObject Type="Embed" ProgID="Equation.DSMT4" ShapeID="_x0000_i3284" DrawAspect="Content" ObjectID="_1699836568" r:id="rId288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520" w:dyaOrig="320" w14:anchorId="667FA6DF">
          <v:shape id="_x0000_i3285" type="#_x0000_t75" style="width:76.2pt;height:16.2pt" o:ole="">
            <v:imagedata r:id="rId2884" o:title=""/>
          </v:shape>
          <o:OLEObject Type="Embed" ProgID="Equation.DSMT4" ShapeID="_x0000_i3285" DrawAspect="Content" ObjectID="_1699836569" r:id="rId2885"/>
        </w:object>
      </w:r>
      <w:r w:rsidRPr="00B13C4C">
        <w:rPr>
          <w:rFonts w:ascii="Times New Roman" w:hAnsi="Times New Roman" w:cs="Times New Roman"/>
          <w:sz w:val="24"/>
          <w:szCs w:val="24"/>
        </w:rPr>
        <w:t>.</w:t>
      </w:r>
    </w:p>
    <w:p w14:paraId="46BC6719" w14:textId="77777777" w:rsidR="00B13C4C" w:rsidRPr="00B13C4C" w:rsidRDefault="00B13C4C" w:rsidP="00FC7DA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parabol </w:t>
      </w:r>
      <w:r w:rsidRPr="00B13C4C">
        <w:rPr>
          <w:rFonts w:ascii="Times New Roman" w:hAnsi="Times New Roman" w:cs="Times New Roman"/>
          <w:position w:val="-10"/>
          <w:sz w:val="24"/>
          <w:szCs w:val="24"/>
        </w:rPr>
        <w:object w:dxaOrig="2140" w:dyaOrig="360" w14:anchorId="4A31AE20">
          <v:shape id="_x0000_i3286" type="#_x0000_t75" style="width:106.8pt;height:18pt" o:ole="">
            <v:imagedata r:id="rId2886" o:title=""/>
          </v:shape>
          <o:OLEObject Type="Embed" ProgID="Equation.DSMT4" ShapeID="_x0000_i3286" DrawAspect="Content" ObjectID="_1699836570" r:id="rId2887"/>
        </w:object>
      </w:r>
      <w:r w:rsidRPr="00B13C4C">
        <w:rPr>
          <w:rFonts w:ascii="Times New Roman" w:hAnsi="Times New Roman" w:cs="Times New Roman"/>
          <w:sz w:val="24"/>
          <w:szCs w:val="24"/>
        </w:rPr>
        <w:t xml:space="preserve">. Tìm tọa độ đỉnh của </w:t>
      </w:r>
      <w:r w:rsidRPr="00B13C4C">
        <w:rPr>
          <w:rFonts w:ascii="Times New Roman" w:hAnsi="Times New Roman" w:cs="Times New Roman"/>
          <w:position w:val="-10"/>
          <w:sz w:val="24"/>
          <w:szCs w:val="24"/>
        </w:rPr>
        <w:object w:dxaOrig="400" w:dyaOrig="320" w14:anchorId="6EF1D7CA">
          <v:shape id="_x0000_i3287" type="#_x0000_t75" style="width:19.8pt;height:16.2pt" o:ole="">
            <v:imagedata r:id="rId2888" o:title=""/>
          </v:shape>
          <o:OLEObject Type="Embed" ProgID="Equation.DSMT4" ShapeID="_x0000_i3287" DrawAspect="Content" ObjectID="_1699836571" r:id="rId2889"/>
        </w:object>
      </w:r>
      <w:r w:rsidRPr="00B13C4C">
        <w:rPr>
          <w:rFonts w:ascii="Times New Roman" w:hAnsi="Times New Roman" w:cs="Times New Roman"/>
          <w:sz w:val="24"/>
          <w:szCs w:val="24"/>
        </w:rPr>
        <w:t>.</w:t>
      </w:r>
    </w:p>
    <w:p w14:paraId="44CC0F03"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820" w:dyaOrig="320" w14:anchorId="4EF05C3D">
          <v:shape id="_x0000_i3288" type="#_x0000_t75" style="width:40.8pt;height:16.2pt" o:ole="">
            <v:imagedata r:id="rId2890" o:title=""/>
          </v:shape>
          <o:OLEObject Type="Embed" ProgID="Equation.DSMT4" ShapeID="_x0000_i3288" DrawAspect="Content" ObjectID="_1699836572" r:id="rId289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639" w:dyaOrig="320" w14:anchorId="760F73BD">
          <v:shape id="_x0000_i3289" type="#_x0000_t75" style="width:31.8pt;height:16.2pt" o:ole="">
            <v:imagedata r:id="rId2892" o:title=""/>
          </v:shape>
          <o:OLEObject Type="Embed" ProgID="Equation.DSMT4" ShapeID="_x0000_i3289" DrawAspect="Content" ObjectID="_1699836573" r:id="rId289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680" w:dyaOrig="320" w14:anchorId="49D802DC">
          <v:shape id="_x0000_i3290" type="#_x0000_t75" style="width:34.2pt;height:16.2pt" o:ole="">
            <v:imagedata r:id="rId2894" o:title=""/>
          </v:shape>
          <o:OLEObject Type="Embed" ProgID="Equation.DSMT4" ShapeID="_x0000_i3290" DrawAspect="Content" ObjectID="_1699836574" r:id="rId289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480" w:dyaOrig="320" w14:anchorId="7EF28CA8">
          <v:shape id="_x0000_i3291" type="#_x0000_t75" style="width:24pt;height:16.2pt" o:ole="">
            <v:imagedata r:id="rId2896" o:title=""/>
          </v:shape>
          <o:OLEObject Type="Embed" ProgID="Equation.DSMT4" ShapeID="_x0000_i3291" DrawAspect="Content" ObjectID="_1699836575" r:id="rId2897"/>
        </w:object>
      </w:r>
      <w:r w:rsidRPr="00B13C4C">
        <w:rPr>
          <w:rFonts w:ascii="Times New Roman" w:hAnsi="Times New Roman" w:cs="Times New Roman"/>
          <w:sz w:val="24"/>
          <w:szCs w:val="24"/>
        </w:rPr>
        <w:t>.</w:t>
      </w:r>
    </w:p>
    <w:p w14:paraId="6368B344" w14:textId="77777777" w:rsidR="00B13C4C" w:rsidRPr="00B13C4C" w:rsidRDefault="00B13C4C" w:rsidP="00FC7DA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Giải hệ phương trình </w:t>
      </w:r>
      <w:r w:rsidRPr="00B13C4C">
        <w:rPr>
          <w:rFonts w:ascii="Times New Roman" w:hAnsi="Times New Roman" w:cs="Times New Roman"/>
          <w:position w:val="-30"/>
          <w:sz w:val="24"/>
          <w:szCs w:val="24"/>
        </w:rPr>
        <w:object w:dxaOrig="2120" w:dyaOrig="720" w14:anchorId="3A0B07F6">
          <v:shape id="_x0000_i3292" type="#_x0000_t75" style="width:106.2pt;height:36pt" o:ole="">
            <v:imagedata r:id="rId2898" o:title=""/>
          </v:shape>
          <o:OLEObject Type="Embed" ProgID="Equation.DSMT4" ShapeID="_x0000_i3292" DrawAspect="Content" ObjectID="_1699836576" r:id="rId2899"/>
        </w:object>
      </w:r>
    </w:p>
    <w:p w14:paraId="42B214FD"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50"/>
          <w:sz w:val="24"/>
          <w:szCs w:val="24"/>
        </w:rPr>
        <w:object w:dxaOrig="700" w:dyaOrig="1120" w14:anchorId="543D36D1">
          <v:shape id="_x0000_i3293" type="#_x0000_t75" style="width:34.8pt;height:55.8pt" o:ole="">
            <v:imagedata r:id="rId2900" o:title=""/>
          </v:shape>
          <o:OLEObject Type="Embed" ProgID="Equation.DSMT4" ShapeID="_x0000_i3293" DrawAspect="Content" ObjectID="_1699836577" r:id="rId290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50"/>
          <w:sz w:val="24"/>
          <w:szCs w:val="24"/>
        </w:rPr>
        <w:object w:dxaOrig="700" w:dyaOrig="1120" w14:anchorId="4B6CD095">
          <v:shape id="_x0000_i3294" type="#_x0000_t75" style="width:34.8pt;height:55.8pt" o:ole="">
            <v:imagedata r:id="rId2902" o:title=""/>
          </v:shape>
          <o:OLEObject Type="Embed" ProgID="Equation.DSMT4" ShapeID="_x0000_i3294" DrawAspect="Content" ObjectID="_1699836578" r:id="rId290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50"/>
          <w:sz w:val="24"/>
          <w:szCs w:val="24"/>
        </w:rPr>
        <w:object w:dxaOrig="820" w:dyaOrig="1120" w14:anchorId="288ACA1C">
          <v:shape id="_x0000_i3295" type="#_x0000_t75" style="width:40.8pt;height:55.8pt" o:ole="">
            <v:imagedata r:id="rId2904" o:title=""/>
          </v:shape>
          <o:OLEObject Type="Embed" ProgID="Equation.DSMT4" ShapeID="_x0000_i3295" DrawAspect="Content" ObjectID="_1699836579" r:id="rId290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50"/>
          <w:sz w:val="24"/>
          <w:szCs w:val="24"/>
        </w:rPr>
        <w:object w:dxaOrig="700" w:dyaOrig="1120" w14:anchorId="6F784FD0">
          <v:shape id="_x0000_i3296" type="#_x0000_t75" style="width:34.8pt;height:55.8pt" o:ole="">
            <v:imagedata r:id="rId2906" o:title=""/>
          </v:shape>
          <o:OLEObject Type="Embed" ProgID="Equation.DSMT4" ShapeID="_x0000_i3296" DrawAspect="Content" ObjectID="_1699836580" r:id="rId2907"/>
        </w:object>
      </w:r>
      <w:r w:rsidRPr="00B13C4C">
        <w:rPr>
          <w:rFonts w:ascii="Times New Roman" w:hAnsi="Times New Roman" w:cs="Times New Roman"/>
          <w:sz w:val="24"/>
          <w:szCs w:val="24"/>
        </w:rPr>
        <w:t>.</w:t>
      </w:r>
    </w:p>
    <w:p w14:paraId="44DC0D38" w14:textId="77777777" w:rsidR="00B13C4C" w:rsidRPr="00B13C4C" w:rsidRDefault="00B13C4C" w:rsidP="00FC7DA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tam giác </w:t>
      </w:r>
      <w:r w:rsidRPr="00B13C4C">
        <w:rPr>
          <w:rFonts w:ascii="Times New Roman" w:hAnsi="Times New Roman" w:cs="Times New Roman"/>
          <w:position w:val="-6"/>
          <w:sz w:val="24"/>
          <w:szCs w:val="24"/>
        </w:rPr>
        <w:object w:dxaOrig="560" w:dyaOrig="279" w14:anchorId="759ACEE1">
          <v:shape id="_x0000_i3297" type="#_x0000_t75" style="width:28.2pt;height:13.8pt" o:ole="">
            <v:imagedata r:id="rId2908" o:title=""/>
          </v:shape>
          <o:OLEObject Type="Embed" ProgID="Equation.DSMT4" ShapeID="_x0000_i3297" DrawAspect="Content" ObjectID="_1699836581" r:id="rId2909"/>
        </w:object>
      </w:r>
      <w:r w:rsidRPr="00B13C4C">
        <w:rPr>
          <w:rFonts w:ascii="Times New Roman" w:hAnsi="Times New Roman" w:cs="Times New Roman"/>
          <w:sz w:val="24"/>
          <w:szCs w:val="24"/>
        </w:rPr>
        <w:t xml:space="preserve">. Tập hợp những điểm </w:t>
      </w:r>
      <w:r w:rsidRPr="00B13C4C">
        <w:rPr>
          <w:rFonts w:ascii="Times New Roman" w:hAnsi="Times New Roman" w:cs="Times New Roman"/>
          <w:position w:val="-4"/>
          <w:sz w:val="24"/>
          <w:szCs w:val="24"/>
        </w:rPr>
        <w:object w:dxaOrig="320" w:dyaOrig="260" w14:anchorId="4EFF725E">
          <v:shape id="_x0000_i3298" type="#_x0000_t75" style="width:16.2pt;height:13.2pt" o:ole="">
            <v:imagedata r:id="rId2910" o:title=""/>
          </v:shape>
          <o:OLEObject Type="Embed" ProgID="Equation.DSMT4" ShapeID="_x0000_i3298" DrawAspect="Content" ObjectID="_1699836582" r:id="rId2911"/>
        </w:object>
      </w:r>
      <w:r w:rsidRPr="00B13C4C">
        <w:rPr>
          <w:rFonts w:ascii="Times New Roman" w:hAnsi="Times New Roman" w:cs="Times New Roman"/>
          <w:sz w:val="24"/>
          <w:szCs w:val="24"/>
        </w:rPr>
        <w:t xml:space="preserve"> sao cho </w:t>
      </w:r>
      <w:r w:rsidRPr="00B13C4C">
        <w:rPr>
          <w:rFonts w:ascii="Times New Roman" w:hAnsi="Times New Roman" w:cs="Times New Roman"/>
          <w:position w:val="-10"/>
          <w:sz w:val="24"/>
          <w:szCs w:val="24"/>
        </w:rPr>
        <w:object w:dxaOrig="2700" w:dyaOrig="380" w14:anchorId="38D357E4">
          <v:shape id="_x0000_i3299" type="#_x0000_t75" style="width:135pt;height:19.2pt" o:ole="">
            <v:imagedata r:id="rId2912" o:title=""/>
          </v:shape>
          <o:OLEObject Type="Embed" ProgID="Equation.DSMT4" ShapeID="_x0000_i3299" DrawAspect="Content" ObjectID="_1699836583" r:id="rId2913"/>
        </w:object>
      </w:r>
      <w:r w:rsidRPr="00B13C4C">
        <w:rPr>
          <w:rFonts w:ascii="Times New Roman" w:hAnsi="Times New Roman" w:cs="Times New Roman"/>
          <w:sz w:val="24"/>
          <w:szCs w:val="24"/>
        </w:rPr>
        <w:t>, là:</w:t>
      </w:r>
    </w:p>
    <w:p w14:paraId="48F3F8FB"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4"/>
          <w:sz w:val="24"/>
          <w:szCs w:val="24"/>
        </w:rPr>
        <w:object w:dxaOrig="320" w:dyaOrig="260" w14:anchorId="1EDF9435">
          <v:shape id="_x0000_i3300" type="#_x0000_t75" style="width:16.2pt;height:13.2pt" o:ole="">
            <v:imagedata r:id="rId2914" o:title=""/>
          </v:shape>
          <o:OLEObject Type="Embed" ProgID="Equation.DSMT4" ShapeID="_x0000_i3300" DrawAspect="Content" ObjectID="_1699836584" r:id="rId2915"/>
        </w:object>
      </w:r>
      <w:r w:rsidRPr="00B13C4C">
        <w:rPr>
          <w:rFonts w:ascii="Times New Roman" w:hAnsi="Times New Roman" w:cs="Times New Roman"/>
          <w:sz w:val="24"/>
          <w:szCs w:val="24"/>
        </w:rPr>
        <w:t xml:space="preserve"> nằm trên đường thẳng qua trung điểm </w:t>
      </w:r>
      <w:r w:rsidRPr="00B13C4C">
        <w:rPr>
          <w:rFonts w:ascii="Times New Roman" w:hAnsi="Times New Roman" w:cs="Times New Roman"/>
          <w:position w:val="-4"/>
          <w:sz w:val="24"/>
          <w:szCs w:val="24"/>
        </w:rPr>
        <w:object w:dxaOrig="400" w:dyaOrig="260" w14:anchorId="02456895">
          <v:shape id="_x0000_i3301" type="#_x0000_t75" style="width:19.8pt;height:13.2pt" o:ole="">
            <v:imagedata r:id="rId2916" o:title=""/>
          </v:shape>
          <o:OLEObject Type="Embed" ProgID="Equation.DSMT4" ShapeID="_x0000_i3301" DrawAspect="Content" ObjectID="_1699836585" r:id="rId2917"/>
        </w:object>
      </w:r>
      <w:r w:rsidRPr="00B13C4C">
        <w:rPr>
          <w:rFonts w:ascii="Times New Roman" w:hAnsi="Times New Roman" w:cs="Times New Roman"/>
          <w:sz w:val="24"/>
          <w:szCs w:val="24"/>
        </w:rPr>
        <w:t xml:space="preserve"> và song song với </w:t>
      </w:r>
      <w:r w:rsidRPr="00B13C4C">
        <w:rPr>
          <w:rFonts w:ascii="Times New Roman" w:hAnsi="Times New Roman" w:cs="Times New Roman"/>
          <w:position w:val="-6"/>
          <w:sz w:val="24"/>
          <w:szCs w:val="24"/>
        </w:rPr>
        <w:object w:dxaOrig="400" w:dyaOrig="279" w14:anchorId="3BC9DFDD">
          <v:shape id="_x0000_i3302" type="#_x0000_t75" style="width:19.8pt;height:13.8pt" o:ole="">
            <v:imagedata r:id="rId2918" o:title=""/>
          </v:shape>
          <o:OLEObject Type="Embed" ProgID="Equation.DSMT4" ShapeID="_x0000_i3302" DrawAspect="Content" ObjectID="_1699836586" r:id="rId2919"/>
        </w:object>
      </w:r>
      <w:r w:rsidRPr="00B13C4C">
        <w:rPr>
          <w:rFonts w:ascii="Times New Roman" w:hAnsi="Times New Roman" w:cs="Times New Roman"/>
          <w:sz w:val="24"/>
          <w:szCs w:val="24"/>
        </w:rPr>
        <w:t>.</w:t>
      </w:r>
    </w:p>
    <w:p w14:paraId="52A394A4"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4"/>
          <w:sz w:val="24"/>
          <w:szCs w:val="24"/>
        </w:rPr>
        <w:object w:dxaOrig="320" w:dyaOrig="260" w14:anchorId="4A9E02EB">
          <v:shape id="_x0000_i3303" type="#_x0000_t75" style="width:16.2pt;height:13.2pt" o:ole="">
            <v:imagedata r:id="rId2920" o:title=""/>
          </v:shape>
          <o:OLEObject Type="Embed" ProgID="Equation.DSMT4" ShapeID="_x0000_i3303" DrawAspect="Content" ObjectID="_1699836587" r:id="rId2921"/>
        </w:object>
      </w:r>
      <w:r w:rsidRPr="00B13C4C">
        <w:rPr>
          <w:rFonts w:ascii="Times New Roman" w:hAnsi="Times New Roman" w:cs="Times New Roman"/>
          <w:sz w:val="24"/>
          <w:szCs w:val="24"/>
        </w:rPr>
        <w:t xml:space="preserve"> nẳm trên đường tròn tâm </w:t>
      </w:r>
      <w:r w:rsidRPr="00B13C4C">
        <w:rPr>
          <w:rFonts w:ascii="Times New Roman" w:hAnsi="Times New Roman" w:cs="Times New Roman"/>
          <w:position w:val="-4"/>
          <w:sz w:val="24"/>
          <w:szCs w:val="24"/>
        </w:rPr>
        <w:object w:dxaOrig="200" w:dyaOrig="260" w14:anchorId="2AE2D5DA">
          <v:shape id="_x0000_i3304" type="#_x0000_t75" style="width:10.2pt;height:13.2pt" o:ole="">
            <v:imagedata r:id="rId2922" o:title=""/>
          </v:shape>
          <o:OLEObject Type="Embed" ProgID="Equation.DSMT4" ShapeID="_x0000_i3304" DrawAspect="Content" ObjectID="_1699836588" r:id="rId2923"/>
        </w:object>
      </w:r>
      <w:r w:rsidRPr="00B13C4C">
        <w:rPr>
          <w:rFonts w:ascii="Times New Roman" w:hAnsi="Times New Roman" w:cs="Times New Roman"/>
          <w:sz w:val="24"/>
          <w:szCs w:val="24"/>
        </w:rPr>
        <w:t xml:space="preserve">, bán kính </w:t>
      </w:r>
      <w:r w:rsidRPr="00B13C4C">
        <w:rPr>
          <w:rFonts w:ascii="Times New Roman" w:hAnsi="Times New Roman" w:cs="Times New Roman"/>
          <w:position w:val="-6"/>
          <w:sz w:val="24"/>
          <w:szCs w:val="24"/>
        </w:rPr>
        <w:object w:dxaOrig="940" w:dyaOrig="279" w14:anchorId="5B32D5EC">
          <v:shape id="_x0000_i3305" type="#_x0000_t75" style="width:46.8pt;height:13.8pt" o:ole="">
            <v:imagedata r:id="rId2924" o:title=""/>
          </v:shape>
          <o:OLEObject Type="Embed" ProgID="Equation.DSMT4" ShapeID="_x0000_i3305" DrawAspect="Content" ObjectID="_1699836589" r:id="rId2925"/>
        </w:object>
      </w:r>
      <w:r w:rsidRPr="00B13C4C">
        <w:rPr>
          <w:rFonts w:ascii="Times New Roman" w:hAnsi="Times New Roman" w:cs="Times New Roman"/>
          <w:sz w:val="24"/>
          <w:szCs w:val="24"/>
        </w:rPr>
        <w:t xml:space="preserve"> với </w:t>
      </w:r>
      <w:r w:rsidRPr="00B13C4C">
        <w:rPr>
          <w:rFonts w:ascii="Times New Roman" w:hAnsi="Times New Roman" w:cs="Times New Roman"/>
          <w:position w:val="-4"/>
          <w:sz w:val="24"/>
          <w:szCs w:val="24"/>
        </w:rPr>
        <w:object w:dxaOrig="200" w:dyaOrig="260" w14:anchorId="4845B4BF">
          <v:shape id="_x0000_i3306" type="#_x0000_t75" style="width:10.2pt;height:13.2pt" o:ole="">
            <v:imagedata r:id="rId2926" o:title=""/>
          </v:shape>
          <o:OLEObject Type="Embed" ProgID="Equation.DSMT4" ShapeID="_x0000_i3306" DrawAspect="Content" ObjectID="_1699836590" r:id="rId2927"/>
        </w:object>
      </w:r>
      <w:r w:rsidRPr="00B13C4C">
        <w:rPr>
          <w:rFonts w:ascii="Times New Roman" w:hAnsi="Times New Roman" w:cs="Times New Roman"/>
          <w:sz w:val="24"/>
          <w:szCs w:val="24"/>
        </w:rPr>
        <w:t xml:space="preserve"> nằm trên cạnh </w:t>
      </w:r>
      <w:r w:rsidRPr="00B13C4C">
        <w:rPr>
          <w:rFonts w:ascii="Times New Roman" w:hAnsi="Times New Roman" w:cs="Times New Roman"/>
          <w:position w:val="-4"/>
          <w:sz w:val="24"/>
          <w:szCs w:val="24"/>
        </w:rPr>
        <w:object w:dxaOrig="400" w:dyaOrig="260" w14:anchorId="3533E073">
          <v:shape id="_x0000_i3307" type="#_x0000_t75" style="width:19.8pt;height:13.2pt" o:ole="">
            <v:imagedata r:id="rId2928" o:title=""/>
          </v:shape>
          <o:OLEObject Type="Embed" ProgID="Equation.DSMT4" ShapeID="_x0000_i3307" DrawAspect="Content" ObjectID="_1699836591" r:id="rId2929"/>
        </w:object>
      </w:r>
      <w:r w:rsidRPr="00B13C4C">
        <w:rPr>
          <w:rFonts w:ascii="Times New Roman" w:hAnsi="Times New Roman" w:cs="Times New Roman"/>
          <w:sz w:val="24"/>
          <w:szCs w:val="24"/>
        </w:rPr>
        <w:t xml:space="preserve"> sao cho </w:t>
      </w:r>
      <w:r w:rsidRPr="00B13C4C">
        <w:rPr>
          <w:rFonts w:ascii="Times New Roman" w:hAnsi="Times New Roman" w:cs="Times New Roman"/>
          <w:position w:val="-4"/>
          <w:sz w:val="24"/>
          <w:szCs w:val="24"/>
        </w:rPr>
        <w:object w:dxaOrig="900" w:dyaOrig="260" w14:anchorId="2236662F">
          <v:shape id="_x0000_i3308" type="#_x0000_t75" style="width:45pt;height:13.2pt" o:ole="">
            <v:imagedata r:id="rId2930" o:title=""/>
          </v:shape>
          <o:OLEObject Type="Embed" ProgID="Equation.DSMT4" ShapeID="_x0000_i3308" DrawAspect="Content" ObjectID="_1699836592" r:id="rId2931"/>
        </w:object>
      </w:r>
      <w:r w:rsidRPr="00B13C4C">
        <w:rPr>
          <w:rFonts w:ascii="Times New Roman" w:hAnsi="Times New Roman" w:cs="Times New Roman"/>
          <w:sz w:val="24"/>
          <w:szCs w:val="24"/>
        </w:rPr>
        <w:t>.</w:t>
      </w:r>
    </w:p>
    <w:p w14:paraId="688A4126"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4"/>
          <w:sz w:val="24"/>
          <w:szCs w:val="24"/>
        </w:rPr>
        <w:object w:dxaOrig="320" w:dyaOrig="260" w14:anchorId="1BFADAB7">
          <v:shape id="_x0000_i3309" type="#_x0000_t75" style="width:16.2pt;height:13.2pt" o:ole="">
            <v:imagedata r:id="rId2932" o:title=""/>
          </v:shape>
          <o:OLEObject Type="Embed" ProgID="Equation.DSMT4" ShapeID="_x0000_i3309" DrawAspect="Content" ObjectID="_1699836593" r:id="rId2933"/>
        </w:object>
      </w:r>
      <w:r w:rsidRPr="00B13C4C">
        <w:rPr>
          <w:rFonts w:ascii="Times New Roman" w:hAnsi="Times New Roman" w:cs="Times New Roman"/>
          <w:sz w:val="24"/>
          <w:szCs w:val="24"/>
        </w:rPr>
        <w:t xml:space="preserve"> nằm trên đường tròn tâm </w:t>
      </w:r>
      <w:r w:rsidRPr="00B13C4C">
        <w:rPr>
          <w:rFonts w:ascii="Times New Roman" w:hAnsi="Times New Roman" w:cs="Times New Roman"/>
          <w:position w:val="-4"/>
          <w:sz w:val="24"/>
          <w:szCs w:val="24"/>
        </w:rPr>
        <w:object w:dxaOrig="200" w:dyaOrig="260" w14:anchorId="01A55675">
          <v:shape id="_x0000_i3310" type="#_x0000_t75" style="width:10.2pt;height:13.2pt" o:ole="">
            <v:imagedata r:id="rId2934" o:title=""/>
          </v:shape>
          <o:OLEObject Type="Embed" ProgID="Equation.DSMT4" ShapeID="_x0000_i3310" DrawAspect="Content" ObjectID="_1699836594" r:id="rId2935"/>
        </w:object>
      </w:r>
      <w:r w:rsidRPr="00B13C4C">
        <w:rPr>
          <w:rFonts w:ascii="Times New Roman" w:hAnsi="Times New Roman" w:cs="Times New Roman"/>
          <w:sz w:val="24"/>
          <w:szCs w:val="24"/>
        </w:rPr>
        <w:t xml:space="preserve">, bán kính </w:t>
      </w:r>
      <w:r w:rsidRPr="00B13C4C">
        <w:rPr>
          <w:rFonts w:ascii="Times New Roman" w:hAnsi="Times New Roman" w:cs="Times New Roman"/>
          <w:position w:val="-4"/>
          <w:sz w:val="24"/>
          <w:szCs w:val="24"/>
        </w:rPr>
        <w:object w:dxaOrig="920" w:dyaOrig="260" w14:anchorId="3EF26DEB">
          <v:shape id="_x0000_i3311" type="#_x0000_t75" style="width:46.2pt;height:13.2pt" o:ole="">
            <v:imagedata r:id="rId2936" o:title=""/>
          </v:shape>
          <o:OLEObject Type="Embed" ProgID="Equation.DSMT4" ShapeID="_x0000_i3311" DrawAspect="Content" ObjectID="_1699836595" r:id="rId2937"/>
        </w:object>
      </w:r>
      <w:r w:rsidRPr="00B13C4C">
        <w:rPr>
          <w:rFonts w:ascii="Times New Roman" w:hAnsi="Times New Roman" w:cs="Times New Roman"/>
          <w:sz w:val="24"/>
          <w:szCs w:val="24"/>
        </w:rPr>
        <w:t xml:space="preserve"> với </w:t>
      </w:r>
      <w:r w:rsidRPr="00B13C4C">
        <w:rPr>
          <w:rFonts w:ascii="Times New Roman" w:hAnsi="Times New Roman" w:cs="Times New Roman"/>
          <w:position w:val="-4"/>
          <w:sz w:val="24"/>
          <w:szCs w:val="24"/>
        </w:rPr>
        <w:object w:dxaOrig="200" w:dyaOrig="260" w14:anchorId="756F98AD">
          <v:shape id="_x0000_i3312" type="#_x0000_t75" style="width:10.2pt;height:13.2pt" o:ole="">
            <v:imagedata r:id="rId2938" o:title=""/>
          </v:shape>
          <o:OLEObject Type="Embed" ProgID="Equation.DSMT4" ShapeID="_x0000_i3312" DrawAspect="Content" ObjectID="_1699836596" r:id="rId2939"/>
        </w:object>
      </w:r>
      <w:r w:rsidRPr="00B13C4C">
        <w:rPr>
          <w:rFonts w:ascii="Times New Roman" w:hAnsi="Times New Roman" w:cs="Times New Roman"/>
          <w:sz w:val="24"/>
          <w:szCs w:val="24"/>
        </w:rPr>
        <w:t xml:space="preserve"> nằm trên cạnh </w:t>
      </w:r>
      <w:r w:rsidRPr="00B13C4C">
        <w:rPr>
          <w:rFonts w:ascii="Times New Roman" w:hAnsi="Times New Roman" w:cs="Times New Roman"/>
          <w:position w:val="-4"/>
          <w:sz w:val="24"/>
          <w:szCs w:val="24"/>
        </w:rPr>
        <w:object w:dxaOrig="400" w:dyaOrig="260" w14:anchorId="55411504">
          <v:shape id="_x0000_i3313" type="#_x0000_t75" style="width:19.8pt;height:13.2pt" o:ole="">
            <v:imagedata r:id="rId2940" o:title=""/>
          </v:shape>
          <o:OLEObject Type="Embed" ProgID="Equation.DSMT4" ShapeID="_x0000_i3313" DrawAspect="Content" ObjectID="_1699836597" r:id="rId2941"/>
        </w:object>
      </w:r>
      <w:r w:rsidRPr="00B13C4C">
        <w:rPr>
          <w:rFonts w:ascii="Times New Roman" w:hAnsi="Times New Roman" w:cs="Times New Roman"/>
          <w:sz w:val="24"/>
          <w:szCs w:val="24"/>
        </w:rPr>
        <w:t xml:space="preserve"> sao cho </w:t>
      </w:r>
      <w:r w:rsidRPr="00B13C4C">
        <w:rPr>
          <w:rFonts w:ascii="Times New Roman" w:hAnsi="Times New Roman" w:cs="Times New Roman"/>
          <w:position w:val="-4"/>
          <w:sz w:val="24"/>
          <w:szCs w:val="24"/>
        </w:rPr>
        <w:object w:dxaOrig="900" w:dyaOrig="260" w14:anchorId="3CD01125">
          <v:shape id="_x0000_i3314" type="#_x0000_t75" style="width:45pt;height:13.2pt" o:ole="">
            <v:imagedata r:id="rId2942" o:title=""/>
          </v:shape>
          <o:OLEObject Type="Embed" ProgID="Equation.DSMT4" ShapeID="_x0000_i3314" DrawAspect="Content" ObjectID="_1699836598" r:id="rId2943"/>
        </w:object>
      </w:r>
      <w:r w:rsidRPr="00B13C4C">
        <w:rPr>
          <w:rFonts w:ascii="Times New Roman" w:hAnsi="Times New Roman" w:cs="Times New Roman"/>
          <w:sz w:val="24"/>
          <w:szCs w:val="24"/>
        </w:rPr>
        <w:t>.</w:t>
      </w:r>
    </w:p>
    <w:p w14:paraId="1AF24C63"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4"/>
          <w:sz w:val="24"/>
          <w:szCs w:val="24"/>
        </w:rPr>
        <w:object w:dxaOrig="320" w:dyaOrig="260" w14:anchorId="152E985A">
          <v:shape id="_x0000_i3315" type="#_x0000_t75" style="width:16.2pt;height:13.2pt" o:ole="">
            <v:imagedata r:id="rId2944" o:title=""/>
          </v:shape>
          <o:OLEObject Type="Embed" ProgID="Equation.DSMT4" ShapeID="_x0000_i3315" DrawAspect="Content" ObjectID="_1699836599" r:id="rId2945"/>
        </w:object>
      </w:r>
      <w:r w:rsidRPr="00B13C4C">
        <w:rPr>
          <w:rFonts w:ascii="Times New Roman" w:hAnsi="Times New Roman" w:cs="Times New Roman"/>
          <w:sz w:val="24"/>
          <w:szCs w:val="24"/>
        </w:rPr>
        <w:t xml:space="preserve"> nằm trên đường trung trực của </w:t>
      </w:r>
      <w:r w:rsidRPr="00B13C4C">
        <w:rPr>
          <w:rFonts w:ascii="Times New Roman" w:hAnsi="Times New Roman" w:cs="Times New Roman"/>
          <w:position w:val="-6"/>
          <w:sz w:val="24"/>
          <w:szCs w:val="24"/>
        </w:rPr>
        <w:object w:dxaOrig="400" w:dyaOrig="279" w14:anchorId="37977B5B">
          <v:shape id="_x0000_i3316" type="#_x0000_t75" style="width:19.8pt;height:13.8pt" o:ole="">
            <v:imagedata r:id="rId2946" o:title=""/>
          </v:shape>
          <o:OLEObject Type="Embed" ProgID="Equation.DSMT4" ShapeID="_x0000_i3316" DrawAspect="Content" ObjectID="_1699836600" r:id="rId2947"/>
        </w:object>
      </w:r>
      <w:r w:rsidRPr="00B13C4C">
        <w:rPr>
          <w:rFonts w:ascii="Times New Roman" w:hAnsi="Times New Roman" w:cs="Times New Roman"/>
          <w:sz w:val="24"/>
          <w:szCs w:val="24"/>
        </w:rPr>
        <w:t>.</w:t>
      </w:r>
    </w:p>
    <w:p w14:paraId="5C6935EC" w14:textId="77777777" w:rsidR="00B13C4C" w:rsidRPr="00B13C4C" w:rsidRDefault="00B13C4C" w:rsidP="00FC7DAE">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hai véctơ </w:t>
      </w:r>
      <w:r w:rsidRPr="00B13C4C">
        <w:rPr>
          <w:rFonts w:ascii="Times New Roman" w:hAnsi="Times New Roman" w:cs="Times New Roman"/>
          <w:position w:val="-10"/>
          <w:sz w:val="24"/>
          <w:szCs w:val="24"/>
        </w:rPr>
        <w:object w:dxaOrig="440" w:dyaOrig="380" w14:anchorId="4964108C">
          <v:shape id="_x0000_i3317" type="#_x0000_t75" style="width:22.2pt;height:19.2pt" o:ole="">
            <v:imagedata r:id="rId2948" o:title=""/>
          </v:shape>
          <o:OLEObject Type="Embed" ProgID="Equation.DSMT4" ShapeID="_x0000_i3317" DrawAspect="Content" ObjectID="_1699836601" r:id="rId2949"/>
        </w:object>
      </w:r>
      <w:r w:rsidRPr="00B13C4C">
        <w:rPr>
          <w:rFonts w:ascii="Times New Roman" w:hAnsi="Times New Roman" w:cs="Times New Roman"/>
          <w:sz w:val="24"/>
          <w:szCs w:val="24"/>
        </w:rPr>
        <w:t xml:space="preserve"> đều khác véctơ - không và số thực </w:t>
      </w:r>
      <w:r w:rsidRPr="00B13C4C">
        <w:rPr>
          <w:rFonts w:ascii="Times New Roman" w:hAnsi="Times New Roman" w:cs="Times New Roman"/>
          <w:position w:val="-6"/>
          <w:sz w:val="24"/>
          <w:szCs w:val="24"/>
        </w:rPr>
        <w:object w:dxaOrig="560" w:dyaOrig="279" w14:anchorId="1EDBB76F">
          <v:shape id="_x0000_i3318" type="#_x0000_t75" style="width:28.2pt;height:13.8pt" o:ole="">
            <v:imagedata r:id="rId2950" o:title=""/>
          </v:shape>
          <o:OLEObject Type="Embed" ProgID="Equation.DSMT4" ShapeID="_x0000_i3318" DrawAspect="Content" ObjectID="_1699836602" r:id="rId2951"/>
        </w:object>
      </w:r>
      <w:r w:rsidRPr="00B13C4C">
        <w:rPr>
          <w:rFonts w:ascii="Times New Roman" w:hAnsi="Times New Roman" w:cs="Times New Roman"/>
          <w:sz w:val="24"/>
          <w:szCs w:val="24"/>
        </w:rPr>
        <w:t>. Khẳng định nào sau đây sai?</w:t>
      </w:r>
    </w:p>
    <w:p w14:paraId="4B469545"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800" w:dyaOrig="380" w14:anchorId="6E18D85D">
          <v:shape id="_x0000_i3319" type="#_x0000_t75" style="width:90pt;height:19.2pt" o:ole="">
            <v:imagedata r:id="rId2952" o:title=""/>
          </v:shape>
          <o:OLEObject Type="Embed" ProgID="Equation.DSMT4" ShapeID="_x0000_i3319" DrawAspect="Content" ObjectID="_1699836603" r:id="rId295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220" w:dyaOrig="340" w14:anchorId="4A316D15">
          <v:shape id="_x0000_i3320" type="#_x0000_t75" style="width:10.8pt;height:16.8pt" o:ole="">
            <v:imagedata r:id="rId2954" o:title=""/>
          </v:shape>
          <o:OLEObject Type="Embed" ProgID="Equation.DSMT4" ShapeID="_x0000_i3320" DrawAspect="Content" ObjectID="_1699836604" r:id="rId2955"/>
        </w:object>
      </w:r>
      <w:r w:rsidRPr="00B13C4C">
        <w:rPr>
          <w:rFonts w:ascii="Times New Roman" w:hAnsi="Times New Roman" w:cs="Times New Roman"/>
          <w:sz w:val="24"/>
          <w:szCs w:val="24"/>
        </w:rPr>
        <w:t xml:space="preserve"> và </w:t>
      </w:r>
      <w:r w:rsidRPr="00B13C4C">
        <w:rPr>
          <w:rFonts w:ascii="Times New Roman" w:hAnsi="Times New Roman" w:cs="Times New Roman"/>
          <w:position w:val="-6"/>
          <w:sz w:val="24"/>
          <w:szCs w:val="24"/>
        </w:rPr>
        <w:object w:dxaOrig="320" w:dyaOrig="340" w14:anchorId="65329DDC">
          <v:shape id="_x0000_i3321" type="#_x0000_t75" style="width:16.2pt;height:16.8pt" o:ole="">
            <v:imagedata r:id="rId2956" o:title=""/>
          </v:shape>
          <o:OLEObject Type="Embed" ProgID="Equation.DSMT4" ShapeID="_x0000_i3321" DrawAspect="Content" ObjectID="_1699836605" r:id="rId2957"/>
        </w:object>
      </w:r>
      <w:r w:rsidRPr="00B13C4C">
        <w:rPr>
          <w:rFonts w:ascii="Times New Roman" w:hAnsi="Times New Roman" w:cs="Times New Roman"/>
          <w:sz w:val="24"/>
          <w:szCs w:val="24"/>
        </w:rPr>
        <w:t xml:space="preserve"> cùng phương.</w:t>
      </w:r>
    </w:p>
    <w:p w14:paraId="6DD95F8A" w14:textId="77777777" w:rsidR="00B13C4C" w:rsidRPr="00B13C4C" w:rsidRDefault="00B13C4C" w:rsidP="00FC7DAE">
      <w:pPr>
        <w:tabs>
          <w:tab w:val="left" w:pos="3402"/>
          <w:tab w:val="left" w:pos="5669"/>
          <w:tab w:val="left" w:pos="7937"/>
        </w:tabs>
        <w:spacing w:after="0"/>
        <w:ind w:left="992"/>
        <w:jc w:val="both"/>
        <w:rPr>
          <w:rFonts w:ascii="Times New Roman" w:hAnsi="Times New Roman" w:cs="Times New Roman"/>
          <w:b/>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200" w:dyaOrig="279" w14:anchorId="61DEFBF4">
          <v:shape id="_x0000_i3322" type="#_x0000_t75" style="width:10.2pt;height:13.8pt" o:ole="">
            <v:imagedata r:id="rId2958" o:title=""/>
          </v:shape>
          <o:OLEObject Type="Embed" ProgID="Equation.DSMT4" ShapeID="_x0000_i3322" DrawAspect="Content" ObjectID="_1699836606" r:id="rId2959"/>
        </w:object>
      </w:r>
      <w:r w:rsidRPr="00B13C4C">
        <w:rPr>
          <w:rFonts w:ascii="Times New Roman" w:hAnsi="Times New Roman" w:cs="Times New Roman"/>
          <w:sz w:val="24"/>
          <w:szCs w:val="24"/>
        </w:rPr>
        <w:t xml:space="preserve"> và </w:t>
      </w:r>
      <w:r w:rsidRPr="00B13C4C">
        <w:rPr>
          <w:rFonts w:ascii="Times New Roman" w:hAnsi="Times New Roman" w:cs="Times New Roman"/>
          <w:position w:val="-6"/>
          <w:sz w:val="24"/>
          <w:szCs w:val="24"/>
        </w:rPr>
        <w:object w:dxaOrig="460" w:dyaOrig="279" w14:anchorId="4274A338">
          <v:shape id="_x0000_i3323" type="#_x0000_t75" style="width:22.8pt;height:13.8pt" o:ole="">
            <v:imagedata r:id="rId2960" o:title=""/>
          </v:shape>
          <o:OLEObject Type="Embed" ProgID="Equation.DSMT4" ShapeID="_x0000_i3323" DrawAspect="Content" ObjectID="_1699836607" r:id="rId2961"/>
        </w:object>
      </w:r>
      <w:r w:rsidRPr="00B13C4C">
        <w:rPr>
          <w:rFonts w:ascii="Times New Roman" w:hAnsi="Times New Roman" w:cs="Times New Roman"/>
          <w:sz w:val="24"/>
          <w:szCs w:val="24"/>
        </w:rPr>
        <w:t xml:space="preserve"> ngược hướng.</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280" w:dyaOrig="320" w14:anchorId="0FA6848C">
          <v:shape id="_x0000_i3324" type="#_x0000_t75" style="width:64.2pt;height:16.2pt" o:ole="">
            <v:imagedata r:id="rId2962" o:title=""/>
          </v:shape>
          <o:OLEObject Type="Embed" ProgID="Equation.DSMT4" ShapeID="_x0000_i3324" DrawAspect="Content" ObjectID="_1699836608" r:id="rId2963"/>
        </w:object>
      </w:r>
      <w:r w:rsidRPr="00B13C4C">
        <w:rPr>
          <w:rFonts w:ascii="Times New Roman" w:hAnsi="Times New Roman" w:cs="Times New Roman"/>
          <w:b/>
          <w:sz w:val="24"/>
          <w:szCs w:val="24"/>
        </w:rPr>
        <w:t>.</w:t>
      </w:r>
    </w:p>
    <w:p w14:paraId="47332B6A" w14:textId="77777777" w:rsidR="00B13C4C" w:rsidRPr="00B13C4C" w:rsidRDefault="00B13C4C" w:rsidP="00FC7DAE">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1: </w:t>
      </w:r>
      <w:r w:rsidRPr="00B13C4C">
        <w:rPr>
          <w:rFonts w:ascii="Times New Roman" w:hAnsi="Times New Roman" w:cs="Times New Roman"/>
          <w:sz w:val="24"/>
          <w:szCs w:val="24"/>
        </w:rPr>
        <w:t xml:space="preserve">Lập bảng biến thiên và vẽ đồ thị hàm số </w:t>
      </w:r>
      <w:r w:rsidRPr="00B13C4C">
        <w:rPr>
          <w:rFonts w:ascii="Times New Roman" w:hAnsi="Times New Roman" w:cs="Times New Roman"/>
          <w:position w:val="-10"/>
          <w:sz w:val="24"/>
          <w:szCs w:val="24"/>
        </w:rPr>
        <w:object w:dxaOrig="1460" w:dyaOrig="360" w14:anchorId="0237A33D">
          <v:shape id="_x0000_i3325" type="#_x0000_t75" style="width:73.2pt;height:18pt" o:ole="">
            <v:imagedata r:id="rId2964" o:title=""/>
          </v:shape>
          <o:OLEObject Type="Embed" ProgID="Equation.DSMT4" ShapeID="_x0000_i3325" DrawAspect="Content" ObjectID="_1699836609" r:id="rId2965"/>
        </w:object>
      </w:r>
    </w:p>
    <w:p w14:paraId="11156C22" w14:textId="77777777" w:rsidR="00B13C4C" w:rsidRPr="00B13C4C" w:rsidRDefault="00B13C4C" w:rsidP="00FC7DAE">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2: </w:t>
      </w:r>
      <w:r w:rsidRPr="00B13C4C">
        <w:rPr>
          <w:rFonts w:ascii="Times New Roman" w:hAnsi="Times New Roman" w:cs="Times New Roman"/>
          <w:sz w:val="24"/>
          <w:szCs w:val="24"/>
        </w:rPr>
        <w:t>Giải các phương trình sau:</w:t>
      </w:r>
    </w:p>
    <w:p w14:paraId="7DE21A08" w14:textId="77777777" w:rsidR="00B13C4C" w:rsidRPr="00B13C4C" w:rsidRDefault="00B13C4C" w:rsidP="00FC7DAE">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a. </w:t>
      </w:r>
      <w:r w:rsidRPr="00B13C4C">
        <w:rPr>
          <w:rFonts w:ascii="Times New Roman" w:hAnsi="Times New Roman" w:cs="Times New Roman"/>
          <w:position w:val="-24"/>
          <w:sz w:val="24"/>
          <w:szCs w:val="24"/>
        </w:rPr>
        <w:object w:dxaOrig="1300" w:dyaOrig="620" w14:anchorId="2B7E0D5D">
          <v:shape id="_x0000_i3326" type="#_x0000_t75" style="width:64.8pt;height:31.2pt" o:ole="">
            <v:imagedata r:id="rId2966" o:title=""/>
          </v:shape>
          <o:OLEObject Type="Embed" ProgID="Equation.DSMT4" ShapeID="_x0000_i3326" DrawAspect="Content" ObjectID="_1699836610" r:id="rId2967"/>
        </w:objec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sz w:val="24"/>
          <w:szCs w:val="24"/>
        </w:rPr>
        <w:tab/>
        <w:t xml:space="preserve">b. </w:t>
      </w:r>
      <w:r w:rsidRPr="00B13C4C">
        <w:rPr>
          <w:rFonts w:ascii="Times New Roman" w:hAnsi="Times New Roman" w:cs="Times New Roman"/>
          <w:position w:val="-8"/>
          <w:sz w:val="24"/>
          <w:szCs w:val="24"/>
        </w:rPr>
        <w:object w:dxaOrig="2079" w:dyaOrig="400" w14:anchorId="1DD37717">
          <v:shape id="_x0000_i3327" type="#_x0000_t75" style="width:103.8pt;height:19.8pt" o:ole="">
            <v:imagedata r:id="rId2968" o:title=""/>
          </v:shape>
          <o:OLEObject Type="Embed" ProgID="Equation.DSMT4" ShapeID="_x0000_i3327" DrawAspect="Content" ObjectID="_1699836611" r:id="rId2969"/>
        </w:object>
      </w:r>
    </w:p>
    <w:p w14:paraId="660DA242" w14:textId="77777777" w:rsidR="00B13C4C" w:rsidRPr="00B13C4C" w:rsidRDefault="00B13C4C" w:rsidP="00FC7DAE">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3: </w:t>
      </w:r>
      <w:r w:rsidRPr="00B13C4C">
        <w:rPr>
          <w:rFonts w:ascii="Times New Roman" w:hAnsi="Times New Roman" w:cs="Times New Roman"/>
          <w:sz w:val="24"/>
          <w:szCs w:val="24"/>
        </w:rPr>
        <w:t xml:space="preserve">Tìm các cạnh của một thửa ruộng hình chữ nhật. Biết chu vi </w:t>
      </w:r>
      <w:r w:rsidRPr="00B13C4C">
        <w:rPr>
          <w:rFonts w:ascii="Times New Roman" w:hAnsi="Times New Roman" w:cs="Times New Roman"/>
          <w:position w:val="-6"/>
          <w:sz w:val="24"/>
          <w:szCs w:val="24"/>
        </w:rPr>
        <w:object w:dxaOrig="660" w:dyaOrig="279" w14:anchorId="548C70B7">
          <v:shape id="_x0000_i3328" type="#_x0000_t75" style="width:33pt;height:13.8pt" o:ole="">
            <v:imagedata r:id="rId2970" o:title=""/>
          </v:shape>
          <o:OLEObject Type="Embed" ProgID="Equation.DSMT4" ShapeID="_x0000_i3328" DrawAspect="Content" ObjectID="_1699836612" r:id="rId2971"/>
        </w:object>
      </w:r>
      <w:r w:rsidRPr="00B13C4C">
        <w:rPr>
          <w:rFonts w:ascii="Times New Roman" w:hAnsi="Times New Roman" w:cs="Times New Roman"/>
          <w:sz w:val="24"/>
          <w:szCs w:val="24"/>
        </w:rPr>
        <w:t xml:space="preserve"> và khi tăng chiều rộng lên hai lần và giảm chiều dài xuống ba lần thì chu vi của thửa ruộng không đổi</w:t>
      </w:r>
    </w:p>
    <w:p w14:paraId="3416B9D6" w14:textId="77777777" w:rsidR="00B13C4C" w:rsidRPr="00B13C4C" w:rsidRDefault="00B13C4C" w:rsidP="00FC7DAE">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4: </w:t>
      </w:r>
      <w:r w:rsidRPr="00B13C4C">
        <w:rPr>
          <w:rFonts w:ascii="Times New Roman" w:hAnsi="Times New Roman" w:cs="Times New Roman"/>
          <w:sz w:val="24"/>
          <w:szCs w:val="24"/>
        </w:rPr>
        <w:t xml:space="preserve">Trong mặt phẳng </w:t>
      </w:r>
      <w:r w:rsidRPr="00B13C4C">
        <w:rPr>
          <w:rFonts w:ascii="Times New Roman" w:hAnsi="Times New Roman" w:cs="Times New Roman"/>
          <w:position w:val="-10"/>
          <w:sz w:val="24"/>
          <w:szCs w:val="24"/>
        </w:rPr>
        <w:object w:dxaOrig="460" w:dyaOrig="320" w14:anchorId="2ACD01A3">
          <v:shape id="_x0000_i3329" type="#_x0000_t75" style="width:22.8pt;height:16.2pt" o:ole="">
            <v:imagedata r:id="rId2972" o:title=""/>
          </v:shape>
          <o:OLEObject Type="Embed" ProgID="Equation.DSMT4" ShapeID="_x0000_i3329" DrawAspect="Content" ObjectID="_1699836613" r:id="rId2973"/>
        </w:object>
      </w:r>
      <w:r w:rsidRPr="00B13C4C">
        <w:rPr>
          <w:rFonts w:ascii="Times New Roman" w:hAnsi="Times New Roman" w:cs="Times New Roman"/>
          <w:sz w:val="24"/>
          <w:szCs w:val="24"/>
        </w:rPr>
        <w:t xml:space="preserve">, cho các điểm </w:t>
      </w:r>
      <w:r w:rsidRPr="00B13C4C">
        <w:rPr>
          <w:rFonts w:ascii="Times New Roman" w:hAnsi="Times New Roman" w:cs="Times New Roman"/>
          <w:position w:val="-10"/>
          <w:sz w:val="24"/>
          <w:szCs w:val="24"/>
        </w:rPr>
        <w:object w:dxaOrig="680" w:dyaOrig="320" w14:anchorId="15C485F0">
          <v:shape id="_x0000_i3330" type="#_x0000_t75" style="width:34.2pt;height:16.2pt" o:ole="">
            <v:imagedata r:id="rId2974" o:title=""/>
          </v:shape>
          <o:OLEObject Type="Embed" ProgID="Equation.DSMT4" ShapeID="_x0000_i3330" DrawAspect="Content" ObjectID="_1699836614" r:id="rId2975"/>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800" w:dyaOrig="320" w14:anchorId="2F52F2C0">
          <v:shape id="_x0000_i3331" type="#_x0000_t75" style="width:40.2pt;height:16.2pt" o:ole="">
            <v:imagedata r:id="rId2976" o:title=""/>
          </v:shape>
          <o:OLEObject Type="Embed" ProgID="Equation.DSMT4" ShapeID="_x0000_i3331" DrawAspect="Content" ObjectID="_1699836615" r:id="rId2977"/>
        </w:object>
      </w:r>
      <w:r w:rsidRPr="00B13C4C">
        <w:rPr>
          <w:rFonts w:ascii="Times New Roman" w:hAnsi="Times New Roman" w:cs="Times New Roman"/>
          <w:sz w:val="24"/>
          <w:szCs w:val="24"/>
        </w:rPr>
        <w:t>.</w:t>
      </w:r>
    </w:p>
    <w:p w14:paraId="66E403E2" w14:textId="77777777" w:rsidR="00B13C4C" w:rsidRPr="00B13C4C" w:rsidRDefault="00B13C4C" w:rsidP="00FC7DAE">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a. Xác định tọa độ điểm </w:t>
      </w:r>
      <w:r w:rsidRPr="00B13C4C">
        <w:rPr>
          <w:rFonts w:ascii="Times New Roman" w:hAnsi="Times New Roman" w:cs="Times New Roman"/>
          <w:position w:val="-4"/>
          <w:sz w:val="24"/>
          <w:szCs w:val="24"/>
        </w:rPr>
        <w:object w:dxaOrig="260" w:dyaOrig="260" w14:anchorId="1C3769D2">
          <v:shape id="_x0000_i3332" type="#_x0000_t75" style="width:13.2pt;height:13.2pt" o:ole="">
            <v:imagedata r:id="rId2978" o:title=""/>
          </v:shape>
          <o:OLEObject Type="Embed" ProgID="Equation.DSMT4" ShapeID="_x0000_i3332" DrawAspect="Content" ObjectID="_1699836616" r:id="rId2979"/>
        </w:object>
      </w:r>
      <w:r w:rsidRPr="00B13C4C">
        <w:rPr>
          <w:rFonts w:ascii="Times New Roman" w:hAnsi="Times New Roman" w:cs="Times New Roman"/>
          <w:sz w:val="24"/>
          <w:szCs w:val="24"/>
        </w:rPr>
        <w:t xml:space="preserve"> sao cho </w:t>
      </w:r>
      <w:r w:rsidRPr="00B13C4C">
        <w:rPr>
          <w:rFonts w:ascii="Times New Roman" w:hAnsi="Times New Roman" w:cs="Times New Roman"/>
          <w:position w:val="-6"/>
          <w:sz w:val="24"/>
          <w:szCs w:val="24"/>
        </w:rPr>
        <w:object w:dxaOrig="1100" w:dyaOrig="340" w14:anchorId="14E36E5D">
          <v:shape id="_x0000_i3333" type="#_x0000_t75" style="width:55.2pt;height:16.8pt" o:ole="">
            <v:imagedata r:id="rId2980" o:title=""/>
          </v:shape>
          <o:OLEObject Type="Embed" ProgID="Equation.DSMT4" ShapeID="_x0000_i3333" DrawAspect="Content" ObjectID="_1699836617" r:id="rId2981"/>
        </w:object>
      </w:r>
      <w:r w:rsidRPr="00B13C4C">
        <w:rPr>
          <w:rFonts w:ascii="Times New Roman" w:hAnsi="Times New Roman" w:cs="Times New Roman"/>
          <w:sz w:val="24"/>
          <w:szCs w:val="24"/>
        </w:rPr>
        <w:t>.</w:t>
      </w:r>
    </w:p>
    <w:p w14:paraId="5475D755" w14:textId="77777777" w:rsidR="00B13C4C" w:rsidRPr="00B13C4C" w:rsidRDefault="00B13C4C" w:rsidP="00FC7DAE">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b. Gọi </w:t>
      </w:r>
      <w:r w:rsidRPr="00B13C4C">
        <w:rPr>
          <w:rFonts w:ascii="Times New Roman" w:hAnsi="Times New Roman" w:cs="Times New Roman"/>
          <w:position w:val="-4"/>
          <w:sz w:val="24"/>
          <w:szCs w:val="24"/>
        </w:rPr>
        <w:object w:dxaOrig="320" w:dyaOrig="260" w14:anchorId="740DADCA">
          <v:shape id="_x0000_i3334" type="#_x0000_t75" style="width:16.2pt;height:13.2pt" o:ole="">
            <v:imagedata r:id="rId2982" o:title=""/>
          </v:shape>
          <o:OLEObject Type="Embed" ProgID="Equation.DSMT4" ShapeID="_x0000_i3334" DrawAspect="Content" ObjectID="_1699836618" r:id="rId2983"/>
        </w:object>
      </w:r>
      <w:r w:rsidRPr="00B13C4C">
        <w:rPr>
          <w:rFonts w:ascii="Times New Roman" w:hAnsi="Times New Roman" w:cs="Times New Roman"/>
          <w:sz w:val="24"/>
          <w:szCs w:val="24"/>
        </w:rPr>
        <w:t xml:space="preserve"> là trung điểm của </w:t>
      </w:r>
      <w:r w:rsidRPr="00B13C4C">
        <w:rPr>
          <w:rFonts w:ascii="Times New Roman" w:hAnsi="Times New Roman" w:cs="Times New Roman"/>
          <w:position w:val="-10"/>
          <w:sz w:val="24"/>
          <w:szCs w:val="24"/>
        </w:rPr>
        <w:object w:dxaOrig="600" w:dyaOrig="320" w14:anchorId="4BD10D93">
          <v:shape id="_x0000_i3335" type="#_x0000_t75" style="width:30pt;height:16.2pt" o:ole="">
            <v:imagedata r:id="rId2984" o:title=""/>
          </v:shape>
          <o:OLEObject Type="Embed" ProgID="Equation.DSMT4" ShapeID="_x0000_i3335" DrawAspect="Content" ObjectID="_1699836619" r:id="rId2985"/>
        </w:object>
      </w:r>
      <w:r w:rsidRPr="00B13C4C">
        <w:rPr>
          <w:rFonts w:ascii="Times New Roman" w:hAnsi="Times New Roman" w:cs="Times New Roman"/>
          <w:sz w:val="24"/>
          <w:szCs w:val="24"/>
        </w:rPr>
        <w:t xml:space="preserve"> là trung điểm của </w:t>
      </w:r>
      <w:r w:rsidRPr="00B13C4C">
        <w:rPr>
          <w:rFonts w:ascii="Times New Roman" w:hAnsi="Times New Roman" w:cs="Times New Roman"/>
          <w:position w:val="-4"/>
          <w:sz w:val="24"/>
          <w:szCs w:val="24"/>
        </w:rPr>
        <w:object w:dxaOrig="480" w:dyaOrig="260" w14:anchorId="2E02AF86">
          <v:shape id="_x0000_i3336" type="#_x0000_t75" style="width:24pt;height:13.2pt" o:ole="">
            <v:imagedata r:id="rId2986" o:title=""/>
          </v:shape>
          <o:OLEObject Type="Embed" ProgID="Equation.DSMT4" ShapeID="_x0000_i3336" DrawAspect="Content" ObjectID="_1699836620" r:id="rId2987"/>
        </w:object>
      </w:r>
      <w:r w:rsidRPr="00B13C4C">
        <w:rPr>
          <w:rFonts w:ascii="Times New Roman" w:hAnsi="Times New Roman" w:cs="Times New Roman"/>
          <w:sz w:val="24"/>
          <w:szCs w:val="24"/>
        </w:rPr>
        <w:t xml:space="preserve">. Biểu diễn vécto </w:t>
      </w:r>
      <w:r w:rsidRPr="00B13C4C">
        <w:rPr>
          <w:rFonts w:ascii="Times New Roman" w:hAnsi="Times New Roman" w:cs="Times New Roman"/>
          <w:position w:val="-4"/>
          <w:sz w:val="24"/>
          <w:szCs w:val="24"/>
        </w:rPr>
        <w:object w:dxaOrig="400" w:dyaOrig="320" w14:anchorId="38146978">
          <v:shape id="_x0000_i3337" type="#_x0000_t75" style="width:19.8pt;height:16.2pt" o:ole="">
            <v:imagedata r:id="rId2988" o:title=""/>
          </v:shape>
          <o:OLEObject Type="Embed" ProgID="Equation.DSMT4" ShapeID="_x0000_i3337" DrawAspect="Content" ObjectID="_1699836621" r:id="rId2989"/>
        </w:object>
      </w:r>
      <w:r w:rsidRPr="00B13C4C">
        <w:rPr>
          <w:rFonts w:ascii="Times New Roman" w:hAnsi="Times New Roman" w:cs="Times New Roman"/>
          <w:sz w:val="24"/>
          <w:szCs w:val="24"/>
        </w:rPr>
        <w:t xml:space="preserve"> theo hai véctơ </w:t>
      </w:r>
      <w:r w:rsidRPr="00B13C4C">
        <w:rPr>
          <w:rFonts w:ascii="Times New Roman" w:hAnsi="Times New Roman" w:cs="Times New Roman"/>
          <w:position w:val="-4"/>
          <w:sz w:val="24"/>
          <w:szCs w:val="24"/>
        </w:rPr>
        <w:object w:dxaOrig="400" w:dyaOrig="320" w14:anchorId="021EE682">
          <v:shape id="_x0000_i3338" type="#_x0000_t75" style="width:19.8pt;height:16.2pt" o:ole="">
            <v:imagedata r:id="rId2990" o:title=""/>
          </v:shape>
          <o:OLEObject Type="Embed" ProgID="Equation.DSMT4" ShapeID="_x0000_i3338" DrawAspect="Content" ObjectID="_1699836622" r:id="rId2991"/>
        </w:object>
      </w:r>
      <w:r w:rsidRPr="00B13C4C">
        <w:rPr>
          <w:rFonts w:ascii="Times New Roman" w:hAnsi="Times New Roman" w:cs="Times New Roman"/>
          <w:sz w:val="24"/>
          <w:szCs w:val="24"/>
        </w:rPr>
        <w:t xml:space="preserve"> và </w:t>
      </w:r>
      <w:r w:rsidRPr="00B13C4C">
        <w:rPr>
          <w:rFonts w:ascii="Times New Roman" w:hAnsi="Times New Roman" w:cs="Times New Roman"/>
          <w:position w:val="-6"/>
          <w:sz w:val="24"/>
          <w:szCs w:val="24"/>
        </w:rPr>
        <w:object w:dxaOrig="420" w:dyaOrig="340" w14:anchorId="767DA865">
          <v:shape id="_x0000_i3339" type="#_x0000_t75" style="width:21pt;height:16.8pt" o:ole="">
            <v:imagedata r:id="rId2992" o:title=""/>
          </v:shape>
          <o:OLEObject Type="Embed" ProgID="Equation.DSMT4" ShapeID="_x0000_i3339" DrawAspect="Content" ObjectID="_1699836623" r:id="rId2993"/>
        </w:object>
      </w:r>
    </w:p>
    <w:p w14:paraId="47D2B6BD" w14:textId="77777777" w:rsidR="00B13C4C" w:rsidRPr="00B13C4C" w:rsidRDefault="00B13C4C" w:rsidP="00FC7DAE">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5: </w:t>
      </w:r>
      <w:r w:rsidRPr="00B13C4C">
        <w:rPr>
          <w:rFonts w:ascii="Times New Roman" w:hAnsi="Times New Roman" w:cs="Times New Roman"/>
          <w:sz w:val="24"/>
          <w:szCs w:val="24"/>
        </w:rPr>
        <w:t xml:space="preserve">Cho tam giác đều </w:t>
      </w:r>
      <w:r w:rsidRPr="00B13C4C">
        <w:rPr>
          <w:rFonts w:ascii="Times New Roman" w:hAnsi="Times New Roman" w:cs="Times New Roman"/>
          <w:position w:val="-6"/>
          <w:sz w:val="24"/>
          <w:szCs w:val="24"/>
        </w:rPr>
        <w:object w:dxaOrig="560" w:dyaOrig="279" w14:anchorId="4DB21A1D">
          <v:shape id="_x0000_i3340" type="#_x0000_t75" style="width:28.2pt;height:13.8pt" o:ole="">
            <v:imagedata r:id="rId2994" o:title=""/>
          </v:shape>
          <o:OLEObject Type="Embed" ProgID="Equation.DSMT4" ShapeID="_x0000_i3340" DrawAspect="Content" ObjectID="_1699836624" r:id="rId2995"/>
        </w:object>
      </w:r>
      <w:r w:rsidRPr="00B13C4C">
        <w:rPr>
          <w:rFonts w:ascii="Times New Roman" w:hAnsi="Times New Roman" w:cs="Times New Roman"/>
          <w:sz w:val="24"/>
          <w:szCs w:val="24"/>
        </w:rPr>
        <w:t xml:space="preserve"> có cạnh bằng </w:t>
      </w:r>
      <w:r w:rsidRPr="00B13C4C">
        <w:rPr>
          <w:rFonts w:ascii="Times New Roman" w:hAnsi="Times New Roman" w:cs="Times New Roman"/>
          <w:position w:val="-10"/>
          <w:sz w:val="24"/>
          <w:szCs w:val="24"/>
        </w:rPr>
        <w:object w:dxaOrig="800" w:dyaOrig="380" w14:anchorId="44A098D6">
          <v:shape id="_x0000_i3341" type="#_x0000_t75" style="width:40.2pt;height:19.2pt" o:ole="">
            <v:imagedata r:id="rId2996" o:title=""/>
          </v:shape>
          <o:OLEObject Type="Embed" ProgID="Equation.DSMT4" ShapeID="_x0000_i3341" DrawAspect="Content" ObjectID="_1699836625" r:id="rId2997"/>
        </w:object>
      </w:r>
      <w:r w:rsidRPr="00B13C4C">
        <w:rPr>
          <w:rFonts w:ascii="Times New Roman" w:hAnsi="Times New Roman" w:cs="Times New Roman"/>
          <w:sz w:val="24"/>
          <w:szCs w:val="24"/>
        </w:rPr>
        <w:t xml:space="preserve"> là trung điểm của </w:t>
      </w:r>
      <w:r w:rsidRPr="00B13C4C">
        <w:rPr>
          <w:rFonts w:ascii="Times New Roman" w:hAnsi="Times New Roman" w:cs="Times New Roman"/>
          <w:position w:val="-6"/>
          <w:sz w:val="24"/>
          <w:szCs w:val="24"/>
        </w:rPr>
        <w:object w:dxaOrig="400" w:dyaOrig="279" w14:anchorId="60141C76">
          <v:shape id="_x0000_i3342" type="#_x0000_t75" style="width:19.8pt;height:13.8pt" o:ole="">
            <v:imagedata r:id="rId2998" o:title=""/>
          </v:shape>
          <o:OLEObject Type="Embed" ProgID="Equation.DSMT4" ShapeID="_x0000_i3342" DrawAspect="Content" ObjectID="_1699836626" r:id="rId2999"/>
        </w:object>
      </w:r>
      <w:r w:rsidRPr="00B13C4C">
        <w:rPr>
          <w:rFonts w:ascii="Times New Roman" w:hAnsi="Times New Roman" w:cs="Times New Roman"/>
          <w:sz w:val="24"/>
          <w:szCs w:val="24"/>
        </w:rPr>
        <w:t xml:space="preserve">. Tính </w:t>
      </w:r>
      <w:r w:rsidRPr="00B13C4C">
        <w:rPr>
          <w:rFonts w:ascii="Times New Roman" w:hAnsi="Times New Roman" w:cs="Times New Roman"/>
          <w:position w:val="-6"/>
          <w:sz w:val="24"/>
          <w:szCs w:val="24"/>
        </w:rPr>
        <w:object w:dxaOrig="859" w:dyaOrig="340" w14:anchorId="7E94C915">
          <v:shape id="_x0000_i3343" type="#_x0000_t75" style="width:43.2pt;height:16.8pt" o:ole="">
            <v:imagedata r:id="rId3000" o:title=""/>
          </v:shape>
          <o:OLEObject Type="Embed" ProgID="Equation.DSMT4" ShapeID="_x0000_i3343" DrawAspect="Content" ObjectID="_1699836627" r:id="rId3001"/>
        </w:object>
      </w:r>
      <w:r w:rsidRPr="00B13C4C">
        <w:rPr>
          <w:rFonts w:ascii="Times New Roman" w:hAnsi="Times New Roman" w:cs="Times New Roman"/>
          <w:sz w:val="24"/>
          <w:szCs w:val="24"/>
        </w:rPr>
        <w:t>.</w:t>
      </w:r>
    </w:p>
    <w:p w14:paraId="79B948D9" w14:textId="77777777" w:rsidR="00B13C4C" w:rsidRPr="00B13C4C" w:rsidRDefault="00B13C4C" w:rsidP="00FC7DAE">
      <w:pPr>
        <w:ind w:left="992"/>
        <w:jc w:val="center"/>
        <w:rPr>
          <w:rFonts w:ascii="Times New Roman" w:hAnsi="Times New Roman" w:cs="Times New Roman"/>
          <w:b/>
          <w:sz w:val="24"/>
          <w:szCs w:val="24"/>
        </w:rPr>
      </w:pPr>
      <w:r w:rsidRPr="00B13C4C">
        <w:rPr>
          <w:rFonts w:ascii="Times New Roman" w:hAnsi="Times New Roman" w:cs="Times New Roman"/>
          <w:b/>
          <w:sz w:val="24"/>
          <w:szCs w:val="24"/>
        </w:rPr>
        <w:t>BẢNG ĐÁP ÁN</w:t>
      </w:r>
    </w:p>
    <w:tbl>
      <w:tblPr>
        <w:tblStyle w:val="TableGrid"/>
        <w:tblW w:w="0" w:type="auto"/>
        <w:tblInd w:w="992" w:type="dxa"/>
        <w:tblLook w:val="04A0" w:firstRow="1" w:lastRow="0" w:firstColumn="1" w:lastColumn="0" w:noHBand="0" w:noVBand="1"/>
      </w:tblPr>
      <w:tblGrid>
        <w:gridCol w:w="510"/>
        <w:gridCol w:w="510"/>
        <w:gridCol w:w="511"/>
        <w:gridCol w:w="511"/>
        <w:gridCol w:w="511"/>
        <w:gridCol w:w="511"/>
        <w:gridCol w:w="511"/>
        <w:gridCol w:w="511"/>
        <w:gridCol w:w="511"/>
        <w:gridCol w:w="511"/>
        <w:gridCol w:w="512"/>
        <w:gridCol w:w="512"/>
        <w:gridCol w:w="512"/>
        <w:gridCol w:w="512"/>
        <w:gridCol w:w="512"/>
        <w:gridCol w:w="512"/>
        <w:gridCol w:w="512"/>
        <w:gridCol w:w="512"/>
      </w:tblGrid>
      <w:tr w:rsidR="00B13C4C" w:rsidRPr="00B13C4C" w14:paraId="3F089CDB" w14:textId="77777777" w:rsidTr="00B13C4C">
        <w:tc>
          <w:tcPr>
            <w:tcW w:w="566" w:type="dxa"/>
            <w:shd w:val="clear" w:color="auto" w:fill="FFFF32"/>
          </w:tcPr>
          <w:p w14:paraId="631BCCAE" w14:textId="65E8224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w:t>
            </w:r>
          </w:p>
        </w:tc>
        <w:tc>
          <w:tcPr>
            <w:tcW w:w="566" w:type="dxa"/>
            <w:shd w:val="clear" w:color="auto" w:fill="FFFF32"/>
          </w:tcPr>
          <w:p w14:paraId="3C882406" w14:textId="157876DC"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w:t>
            </w:r>
          </w:p>
        </w:tc>
        <w:tc>
          <w:tcPr>
            <w:tcW w:w="566" w:type="dxa"/>
            <w:shd w:val="clear" w:color="auto" w:fill="FFFF32"/>
          </w:tcPr>
          <w:p w14:paraId="4DDADAD6" w14:textId="497480B5"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w:t>
            </w:r>
          </w:p>
        </w:tc>
        <w:tc>
          <w:tcPr>
            <w:tcW w:w="566" w:type="dxa"/>
            <w:shd w:val="clear" w:color="auto" w:fill="FFFF32"/>
          </w:tcPr>
          <w:p w14:paraId="600A29B8" w14:textId="157A6EB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4</w:t>
            </w:r>
          </w:p>
        </w:tc>
        <w:tc>
          <w:tcPr>
            <w:tcW w:w="566" w:type="dxa"/>
            <w:shd w:val="clear" w:color="auto" w:fill="FFFF32"/>
          </w:tcPr>
          <w:p w14:paraId="00EF59DB" w14:textId="14F6C0A5"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5</w:t>
            </w:r>
          </w:p>
        </w:tc>
        <w:tc>
          <w:tcPr>
            <w:tcW w:w="566" w:type="dxa"/>
            <w:shd w:val="clear" w:color="auto" w:fill="FFFF32"/>
          </w:tcPr>
          <w:p w14:paraId="7956CA25" w14:textId="59494312"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6</w:t>
            </w:r>
          </w:p>
        </w:tc>
        <w:tc>
          <w:tcPr>
            <w:tcW w:w="566" w:type="dxa"/>
            <w:shd w:val="clear" w:color="auto" w:fill="FFFF32"/>
          </w:tcPr>
          <w:p w14:paraId="1195F85D" w14:textId="6A9EEE2A"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7</w:t>
            </w:r>
          </w:p>
        </w:tc>
        <w:tc>
          <w:tcPr>
            <w:tcW w:w="566" w:type="dxa"/>
            <w:shd w:val="clear" w:color="auto" w:fill="FFFF32"/>
          </w:tcPr>
          <w:p w14:paraId="4165BDA9" w14:textId="6E23BF49"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8</w:t>
            </w:r>
          </w:p>
        </w:tc>
        <w:tc>
          <w:tcPr>
            <w:tcW w:w="566" w:type="dxa"/>
            <w:shd w:val="clear" w:color="auto" w:fill="FFFF32"/>
          </w:tcPr>
          <w:p w14:paraId="7729C6DF" w14:textId="6C6E4149"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9</w:t>
            </w:r>
          </w:p>
        </w:tc>
        <w:tc>
          <w:tcPr>
            <w:tcW w:w="566" w:type="dxa"/>
            <w:shd w:val="clear" w:color="auto" w:fill="FFFF32"/>
          </w:tcPr>
          <w:p w14:paraId="18BF47FC" w14:textId="5CCB91C4"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10</w:t>
            </w:r>
          </w:p>
        </w:tc>
        <w:tc>
          <w:tcPr>
            <w:tcW w:w="567" w:type="dxa"/>
            <w:shd w:val="clear" w:color="auto" w:fill="FFFF32"/>
          </w:tcPr>
          <w:p w14:paraId="7D394278" w14:textId="08A3FCF9"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11</w:t>
            </w:r>
          </w:p>
        </w:tc>
        <w:tc>
          <w:tcPr>
            <w:tcW w:w="567" w:type="dxa"/>
            <w:shd w:val="clear" w:color="auto" w:fill="FFFF32"/>
          </w:tcPr>
          <w:p w14:paraId="18B7F114" w14:textId="162C9E19"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12</w:t>
            </w:r>
          </w:p>
        </w:tc>
        <w:tc>
          <w:tcPr>
            <w:tcW w:w="567" w:type="dxa"/>
            <w:shd w:val="clear" w:color="auto" w:fill="FFFF32"/>
          </w:tcPr>
          <w:p w14:paraId="63A84CED" w14:textId="48B9DD0E"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13</w:t>
            </w:r>
          </w:p>
        </w:tc>
        <w:tc>
          <w:tcPr>
            <w:tcW w:w="567" w:type="dxa"/>
            <w:shd w:val="clear" w:color="auto" w:fill="FFFF32"/>
          </w:tcPr>
          <w:p w14:paraId="4A9C16EF" w14:textId="1D622FDD"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14</w:t>
            </w:r>
          </w:p>
        </w:tc>
        <w:tc>
          <w:tcPr>
            <w:tcW w:w="567" w:type="dxa"/>
            <w:shd w:val="clear" w:color="auto" w:fill="FFFF32"/>
          </w:tcPr>
          <w:p w14:paraId="6128ABCF" w14:textId="5AD2F997"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15</w:t>
            </w:r>
          </w:p>
        </w:tc>
        <w:tc>
          <w:tcPr>
            <w:tcW w:w="567" w:type="dxa"/>
            <w:shd w:val="clear" w:color="auto" w:fill="FFFF32"/>
          </w:tcPr>
          <w:p w14:paraId="70540DFF" w14:textId="6ABDFA8F"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16</w:t>
            </w:r>
          </w:p>
        </w:tc>
        <w:tc>
          <w:tcPr>
            <w:tcW w:w="567" w:type="dxa"/>
            <w:shd w:val="clear" w:color="auto" w:fill="FFFF32"/>
          </w:tcPr>
          <w:p w14:paraId="63A9DBC2" w14:textId="15421E96"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17</w:t>
            </w:r>
          </w:p>
        </w:tc>
        <w:tc>
          <w:tcPr>
            <w:tcW w:w="567" w:type="dxa"/>
            <w:shd w:val="clear" w:color="auto" w:fill="FFFF32"/>
          </w:tcPr>
          <w:p w14:paraId="06607F84" w14:textId="249C23C8"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18</w:t>
            </w:r>
          </w:p>
        </w:tc>
      </w:tr>
      <w:tr w:rsidR="00B13C4C" w:rsidRPr="00B13C4C" w14:paraId="5E3A60F5" w14:textId="77777777" w:rsidTr="00B13C4C">
        <w:tc>
          <w:tcPr>
            <w:tcW w:w="566" w:type="dxa"/>
            <w:tcBorders>
              <w:bottom w:val="single" w:sz="4" w:space="0" w:color="auto"/>
            </w:tcBorders>
          </w:tcPr>
          <w:p w14:paraId="48765659" w14:textId="62C41352"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lastRenderedPageBreak/>
              <w:t>B</w:t>
            </w:r>
          </w:p>
        </w:tc>
        <w:tc>
          <w:tcPr>
            <w:tcW w:w="566" w:type="dxa"/>
            <w:tcBorders>
              <w:bottom w:val="single" w:sz="4" w:space="0" w:color="auto"/>
            </w:tcBorders>
          </w:tcPr>
          <w:p w14:paraId="7EDB7789" w14:textId="17262980"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Borders>
              <w:bottom w:val="single" w:sz="4" w:space="0" w:color="auto"/>
            </w:tcBorders>
          </w:tcPr>
          <w:p w14:paraId="4485AF7E" w14:textId="2E12DEE1"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Borders>
              <w:bottom w:val="single" w:sz="4" w:space="0" w:color="auto"/>
            </w:tcBorders>
          </w:tcPr>
          <w:p w14:paraId="57AA3DD4" w14:textId="24FD2D3D"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Borders>
              <w:bottom w:val="single" w:sz="4" w:space="0" w:color="auto"/>
            </w:tcBorders>
          </w:tcPr>
          <w:p w14:paraId="3912CBAD" w14:textId="1FBD4C49"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Borders>
              <w:bottom w:val="single" w:sz="4" w:space="0" w:color="auto"/>
            </w:tcBorders>
          </w:tcPr>
          <w:p w14:paraId="211C87A3" w14:textId="3C245F2A"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Borders>
              <w:bottom w:val="single" w:sz="4" w:space="0" w:color="auto"/>
            </w:tcBorders>
          </w:tcPr>
          <w:p w14:paraId="5E8C3F3F" w14:textId="5A63B582"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Borders>
              <w:bottom w:val="single" w:sz="4" w:space="0" w:color="auto"/>
            </w:tcBorders>
          </w:tcPr>
          <w:p w14:paraId="45633538" w14:textId="3E37219B"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Borders>
              <w:bottom w:val="single" w:sz="4" w:space="0" w:color="auto"/>
            </w:tcBorders>
          </w:tcPr>
          <w:p w14:paraId="09FD7D50" w14:textId="641107E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Borders>
              <w:bottom w:val="single" w:sz="4" w:space="0" w:color="auto"/>
            </w:tcBorders>
          </w:tcPr>
          <w:p w14:paraId="5CBD22FA" w14:textId="7C6A2061"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7" w:type="dxa"/>
            <w:tcBorders>
              <w:bottom w:val="single" w:sz="4" w:space="0" w:color="auto"/>
            </w:tcBorders>
          </w:tcPr>
          <w:p w14:paraId="5EF3C482" w14:textId="0E693129"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7" w:type="dxa"/>
            <w:tcBorders>
              <w:bottom w:val="single" w:sz="4" w:space="0" w:color="auto"/>
            </w:tcBorders>
          </w:tcPr>
          <w:p w14:paraId="48C69A73" w14:textId="748FB88D"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Borders>
              <w:bottom w:val="single" w:sz="4" w:space="0" w:color="auto"/>
            </w:tcBorders>
          </w:tcPr>
          <w:p w14:paraId="062004D9" w14:textId="48A7DE13"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Borders>
              <w:bottom w:val="single" w:sz="4" w:space="0" w:color="auto"/>
            </w:tcBorders>
          </w:tcPr>
          <w:p w14:paraId="1566AEDC" w14:textId="6AFF6B9F"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Borders>
              <w:bottom w:val="single" w:sz="4" w:space="0" w:color="auto"/>
            </w:tcBorders>
          </w:tcPr>
          <w:p w14:paraId="1F4EDFFA" w14:textId="63D0A21A"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Borders>
              <w:bottom w:val="single" w:sz="4" w:space="0" w:color="auto"/>
            </w:tcBorders>
          </w:tcPr>
          <w:p w14:paraId="2FF33A2F" w14:textId="55E7BCA6"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Borders>
              <w:bottom w:val="single" w:sz="4" w:space="0" w:color="auto"/>
            </w:tcBorders>
          </w:tcPr>
          <w:p w14:paraId="210BF80A" w14:textId="363D1A2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Borders>
              <w:bottom w:val="single" w:sz="4" w:space="0" w:color="auto"/>
            </w:tcBorders>
          </w:tcPr>
          <w:p w14:paraId="63375EBD" w14:textId="61210895"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r>
      <w:tr w:rsidR="00B13C4C" w:rsidRPr="00B13C4C" w14:paraId="456F6454" w14:textId="77777777" w:rsidTr="00B13C4C">
        <w:tc>
          <w:tcPr>
            <w:tcW w:w="566" w:type="dxa"/>
            <w:shd w:val="clear" w:color="auto" w:fill="FFFF32"/>
          </w:tcPr>
          <w:p w14:paraId="00A69137" w14:textId="1515677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19</w:t>
            </w:r>
          </w:p>
        </w:tc>
        <w:tc>
          <w:tcPr>
            <w:tcW w:w="566" w:type="dxa"/>
            <w:shd w:val="clear" w:color="auto" w:fill="FFFF32"/>
          </w:tcPr>
          <w:p w14:paraId="111DA846" w14:textId="712F9985"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20</w:t>
            </w:r>
          </w:p>
        </w:tc>
        <w:tc>
          <w:tcPr>
            <w:tcW w:w="566" w:type="dxa"/>
            <w:shd w:val="clear" w:color="auto" w:fill="FFFF32"/>
          </w:tcPr>
          <w:p w14:paraId="39CD4F3C" w14:textId="4A217A3A"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21</w:t>
            </w:r>
          </w:p>
        </w:tc>
        <w:tc>
          <w:tcPr>
            <w:tcW w:w="566" w:type="dxa"/>
            <w:shd w:val="clear" w:color="auto" w:fill="FFFF32"/>
          </w:tcPr>
          <w:p w14:paraId="146592EB" w14:textId="015AE71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22</w:t>
            </w:r>
          </w:p>
        </w:tc>
        <w:tc>
          <w:tcPr>
            <w:tcW w:w="566" w:type="dxa"/>
            <w:shd w:val="clear" w:color="auto" w:fill="FFFF32"/>
          </w:tcPr>
          <w:p w14:paraId="17C20290" w14:textId="176096B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23</w:t>
            </w:r>
          </w:p>
        </w:tc>
        <w:tc>
          <w:tcPr>
            <w:tcW w:w="566" w:type="dxa"/>
            <w:shd w:val="clear" w:color="auto" w:fill="FFFF32"/>
          </w:tcPr>
          <w:p w14:paraId="08E902D7" w14:textId="6F8345F2"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24</w:t>
            </w:r>
          </w:p>
        </w:tc>
        <w:tc>
          <w:tcPr>
            <w:tcW w:w="566" w:type="dxa"/>
            <w:shd w:val="clear" w:color="auto" w:fill="FFFF32"/>
          </w:tcPr>
          <w:p w14:paraId="6E1EB23E" w14:textId="1A1F3B3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25</w:t>
            </w:r>
          </w:p>
        </w:tc>
        <w:tc>
          <w:tcPr>
            <w:tcW w:w="566" w:type="dxa"/>
            <w:shd w:val="clear" w:color="auto" w:fill="FFFF32"/>
          </w:tcPr>
          <w:p w14:paraId="2AA8E0F2" w14:textId="3B300E4A"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26</w:t>
            </w:r>
          </w:p>
        </w:tc>
        <w:tc>
          <w:tcPr>
            <w:tcW w:w="566" w:type="dxa"/>
            <w:shd w:val="clear" w:color="auto" w:fill="FFFF32"/>
          </w:tcPr>
          <w:p w14:paraId="2BCA7776" w14:textId="3DA10E24"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27</w:t>
            </w:r>
          </w:p>
        </w:tc>
        <w:tc>
          <w:tcPr>
            <w:tcW w:w="566" w:type="dxa"/>
            <w:shd w:val="clear" w:color="auto" w:fill="FFFF32"/>
          </w:tcPr>
          <w:p w14:paraId="1155B1A7" w14:textId="66A84C13"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28</w:t>
            </w:r>
          </w:p>
        </w:tc>
        <w:tc>
          <w:tcPr>
            <w:tcW w:w="567" w:type="dxa"/>
            <w:shd w:val="clear" w:color="auto" w:fill="FFFF32"/>
          </w:tcPr>
          <w:p w14:paraId="1F8D0798" w14:textId="617B5C4D"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29</w:t>
            </w:r>
          </w:p>
        </w:tc>
        <w:tc>
          <w:tcPr>
            <w:tcW w:w="567" w:type="dxa"/>
            <w:shd w:val="clear" w:color="auto" w:fill="FFFF32"/>
          </w:tcPr>
          <w:p w14:paraId="00692757" w14:textId="5490E949"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30</w:t>
            </w:r>
          </w:p>
        </w:tc>
        <w:tc>
          <w:tcPr>
            <w:tcW w:w="567" w:type="dxa"/>
            <w:shd w:val="clear" w:color="auto" w:fill="FFFF32"/>
          </w:tcPr>
          <w:p w14:paraId="5D16F544" w14:textId="56528443"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31</w:t>
            </w:r>
          </w:p>
        </w:tc>
        <w:tc>
          <w:tcPr>
            <w:tcW w:w="567" w:type="dxa"/>
            <w:shd w:val="clear" w:color="auto" w:fill="FFFF32"/>
          </w:tcPr>
          <w:p w14:paraId="54CC288A" w14:textId="36A8EA03"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32</w:t>
            </w:r>
          </w:p>
        </w:tc>
        <w:tc>
          <w:tcPr>
            <w:tcW w:w="567" w:type="dxa"/>
            <w:shd w:val="clear" w:color="auto" w:fill="FFFF32"/>
          </w:tcPr>
          <w:p w14:paraId="373C2182" w14:textId="09264F9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33</w:t>
            </w:r>
          </w:p>
        </w:tc>
        <w:tc>
          <w:tcPr>
            <w:tcW w:w="567" w:type="dxa"/>
            <w:shd w:val="clear" w:color="auto" w:fill="FFFF32"/>
          </w:tcPr>
          <w:p w14:paraId="18DE36DF" w14:textId="1DC8B0F9"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34</w:t>
            </w:r>
          </w:p>
        </w:tc>
        <w:tc>
          <w:tcPr>
            <w:tcW w:w="567" w:type="dxa"/>
            <w:shd w:val="clear" w:color="auto" w:fill="FFFF32"/>
          </w:tcPr>
          <w:p w14:paraId="1FEBB6CC" w14:textId="3739F4C2"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35</w:t>
            </w:r>
          </w:p>
        </w:tc>
        <w:tc>
          <w:tcPr>
            <w:tcW w:w="567" w:type="dxa"/>
            <w:shd w:val="clear" w:color="auto" w:fill="FFFF32"/>
          </w:tcPr>
          <w:p w14:paraId="30D062E9" w14:textId="456F8813"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36</w:t>
            </w:r>
          </w:p>
        </w:tc>
      </w:tr>
      <w:tr w:rsidR="00B13C4C" w:rsidRPr="00B13C4C" w14:paraId="47D588A6" w14:textId="77777777" w:rsidTr="00B13C4C">
        <w:tc>
          <w:tcPr>
            <w:tcW w:w="566" w:type="dxa"/>
          </w:tcPr>
          <w:p w14:paraId="5D68C2A1" w14:textId="4B5321BB"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Pr>
          <w:p w14:paraId="16FF8BB5" w14:textId="4F41E876"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Pr>
          <w:p w14:paraId="649F63D6" w14:textId="2E7FD56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Pr>
          <w:p w14:paraId="51C5F4B7" w14:textId="792B9946"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Pr>
          <w:p w14:paraId="3249E081" w14:textId="18A41B1A"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Pr>
          <w:p w14:paraId="57368E67" w14:textId="6AB073E8"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Pr>
          <w:p w14:paraId="6301E194" w14:textId="0E5B85B8"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Pr>
          <w:p w14:paraId="5A37D4A3" w14:textId="68258FAD"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Pr>
          <w:p w14:paraId="2AE5644E" w14:textId="0405C3A8"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Pr>
          <w:p w14:paraId="3D45DE2D" w14:textId="6C2FB568"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Pr>
          <w:p w14:paraId="3C693605" w14:textId="7D4F4B84"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Pr>
          <w:p w14:paraId="2B4A3735" w14:textId="6611072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Pr>
          <w:p w14:paraId="5934BA7A" w14:textId="364C5B4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7" w:type="dxa"/>
          </w:tcPr>
          <w:p w14:paraId="56E2CC6F" w14:textId="2A56932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7" w:type="dxa"/>
          </w:tcPr>
          <w:p w14:paraId="55C9B0AA" w14:textId="56580945"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Pr>
          <w:p w14:paraId="358B4AA4" w14:textId="0A688E8F"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Pr>
          <w:p w14:paraId="3BBB4A19" w14:textId="6831CC6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7" w:type="dxa"/>
          </w:tcPr>
          <w:p w14:paraId="1B1676BA" w14:textId="77777777" w:rsidR="00B13C4C" w:rsidRPr="00B13C4C" w:rsidRDefault="00B13C4C" w:rsidP="00B13C4C">
            <w:pPr>
              <w:ind w:left="-57" w:right="-57"/>
              <w:jc w:val="center"/>
              <w:rPr>
                <w:rFonts w:ascii="Times New Roman" w:hAnsi="Times New Roman" w:cs="Times New Roman"/>
                <w:b/>
                <w:color w:val="0000FF"/>
                <w:sz w:val="24"/>
                <w:szCs w:val="24"/>
              </w:rPr>
            </w:pPr>
          </w:p>
        </w:tc>
      </w:tr>
    </w:tbl>
    <w:p w14:paraId="26F03FF7" w14:textId="77777777" w:rsidR="00B13C4C" w:rsidRPr="00B13C4C" w:rsidRDefault="00B13C4C" w:rsidP="00B34D5C">
      <w:pPr>
        <w:ind w:left="992"/>
        <w:jc w:val="center"/>
        <w:rPr>
          <w:rFonts w:ascii="Times New Roman" w:hAnsi="Times New Roman" w:cs="Times New Roman"/>
          <w:b/>
          <w:sz w:val="24"/>
          <w:szCs w:val="24"/>
        </w:rPr>
      </w:pPr>
      <w:r w:rsidRPr="00B13C4C">
        <w:rPr>
          <w:rFonts w:ascii="Times New Roman" w:hAnsi="Times New Roman" w:cs="Times New Roman"/>
          <w:b/>
          <w:sz w:val="24"/>
          <w:szCs w:val="24"/>
        </w:rPr>
        <w:t>ĐỀ 8-15</w:t>
      </w:r>
    </w:p>
    <w:p w14:paraId="69D2A1FF" w14:textId="77777777" w:rsidR="00B13C4C" w:rsidRPr="00B13C4C" w:rsidRDefault="00B13C4C" w:rsidP="00B34D5C">
      <w:pPr>
        <w:ind w:left="992"/>
        <w:rPr>
          <w:rFonts w:ascii="Times New Roman" w:hAnsi="Times New Roman" w:cs="Times New Roman"/>
          <w:sz w:val="24"/>
          <w:szCs w:val="24"/>
        </w:rPr>
      </w:pPr>
      <w:r w:rsidRPr="00B13C4C">
        <w:rPr>
          <w:rFonts w:ascii="Times New Roman" w:hAnsi="Times New Roman" w:cs="Times New Roman"/>
          <w:b/>
          <w:sz w:val="24"/>
          <w:szCs w:val="24"/>
        </w:rPr>
        <w:t>Phần I: Trắc nghiệm</w:t>
      </w:r>
    </w:p>
    <w:p w14:paraId="509DA77A" w14:textId="77777777" w:rsidR="00B13C4C" w:rsidRPr="00B13C4C" w:rsidRDefault="00B13C4C" w:rsidP="00B34D5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Hệ phương trình </w:t>
      </w:r>
      <w:r w:rsidRPr="00B13C4C">
        <w:rPr>
          <w:rFonts w:ascii="Times New Roman" w:hAnsi="Times New Roman" w:cs="Times New Roman"/>
          <w:position w:val="-30"/>
          <w:sz w:val="24"/>
          <w:szCs w:val="24"/>
        </w:rPr>
        <w:object w:dxaOrig="2040" w:dyaOrig="720" w14:anchorId="40898418">
          <v:shape id="_x0000_i3344" type="#_x0000_t75" style="width:102pt;height:36pt" o:ole="">
            <v:imagedata r:id="rId3002" o:title=""/>
          </v:shape>
          <o:OLEObject Type="Embed" ProgID="Equation.DSMT4" ShapeID="_x0000_i3344" DrawAspect="Content" ObjectID="_1699836628" r:id="rId3003"/>
        </w:object>
      </w:r>
      <w:r w:rsidRPr="00B13C4C">
        <w:rPr>
          <w:rFonts w:ascii="Times New Roman" w:hAnsi="Times New Roman" w:cs="Times New Roman"/>
          <w:sz w:val="24"/>
          <w:szCs w:val="24"/>
        </w:rPr>
        <w:t xml:space="preserve"> có số nghiệm là</w:t>
      </w:r>
    </w:p>
    <w:p w14:paraId="4B2EC61E"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0.</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4"/>
          <w:sz w:val="24"/>
          <w:szCs w:val="24"/>
        </w:rPr>
        <w:object w:dxaOrig="200" w:dyaOrig="260" w14:anchorId="769D6D39">
          <v:shape id="_x0000_i3345" type="#_x0000_t75" style="width:10.2pt;height:13.2pt" o:ole="">
            <v:imagedata r:id="rId3004" o:title=""/>
          </v:shape>
          <o:OLEObject Type="Embed" ProgID="Equation.DSMT4" ShapeID="_x0000_i3345" DrawAspect="Content" ObjectID="_1699836629" r:id="rId300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1.</w:t>
      </w:r>
    </w:p>
    <w:p w14:paraId="5C733BB9" w14:textId="77777777" w:rsidR="00B13C4C" w:rsidRPr="00B13C4C" w:rsidRDefault="00B13C4C" w:rsidP="00B34D5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tọa độ </w:t>
      </w:r>
      <w:r w:rsidRPr="00B13C4C">
        <w:rPr>
          <w:rFonts w:ascii="Times New Roman" w:hAnsi="Times New Roman" w:cs="Times New Roman"/>
          <w:position w:val="-10"/>
          <w:sz w:val="24"/>
          <w:szCs w:val="24"/>
        </w:rPr>
        <w:object w:dxaOrig="460" w:dyaOrig="320" w14:anchorId="1074221D">
          <v:shape id="_x0000_i3346" type="#_x0000_t75" style="width:22.8pt;height:16.2pt" o:ole="">
            <v:imagedata r:id="rId3006" o:title=""/>
          </v:shape>
          <o:OLEObject Type="Embed" ProgID="Equation.DSMT4" ShapeID="_x0000_i3346" DrawAspect="Content" ObjectID="_1699836630" r:id="rId3007"/>
        </w:object>
      </w:r>
      <w:r w:rsidRPr="00B13C4C">
        <w:rPr>
          <w:rFonts w:ascii="Times New Roman" w:hAnsi="Times New Roman" w:cs="Times New Roman"/>
          <w:sz w:val="24"/>
          <w:szCs w:val="24"/>
        </w:rPr>
        <w:t xml:space="preserve">, cho vécto </w:t>
      </w:r>
      <w:r w:rsidRPr="00B13C4C">
        <w:rPr>
          <w:rFonts w:ascii="Times New Roman" w:hAnsi="Times New Roman" w:cs="Times New Roman"/>
          <w:position w:val="-6"/>
          <w:sz w:val="24"/>
          <w:szCs w:val="24"/>
        </w:rPr>
        <w:object w:dxaOrig="639" w:dyaOrig="279" w14:anchorId="524D767F">
          <v:shape id="_x0000_i3347" type="#_x0000_t75" style="width:31.8pt;height:13.8pt" o:ole="">
            <v:imagedata r:id="rId3008" o:title=""/>
          </v:shape>
          <o:OLEObject Type="Embed" ProgID="Equation.DSMT4" ShapeID="_x0000_i3347" DrawAspect="Content" ObjectID="_1699836631" r:id="rId3009"/>
        </w:object>
      </w:r>
      <w:r w:rsidRPr="00B13C4C">
        <w:rPr>
          <w:rFonts w:ascii="Times New Roman" w:hAnsi="Times New Roman" w:cs="Times New Roman"/>
          <w:sz w:val="24"/>
          <w:szCs w:val="24"/>
        </w:rPr>
        <w:t xml:space="preserve">. Tọa độ của vecto </w:t>
      </w:r>
      <w:r w:rsidRPr="00B13C4C">
        <w:rPr>
          <w:rFonts w:ascii="Times New Roman" w:hAnsi="Times New Roman" w:cs="Times New Roman"/>
          <w:position w:val="-6"/>
          <w:sz w:val="24"/>
          <w:szCs w:val="24"/>
        </w:rPr>
        <w:object w:dxaOrig="200" w:dyaOrig="279" w14:anchorId="00C7B650">
          <v:shape id="_x0000_i3348" type="#_x0000_t75" style="width:10.2pt;height:13.8pt" o:ole="">
            <v:imagedata r:id="rId3010" o:title=""/>
          </v:shape>
          <o:OLEObject Type="Embed" ProgID="Equation.DSMT4" ShapeID="_x0000_i3348" DrawAspect="Content" ObjectID="_1699836632" r:id="rId3011"/>
        </w:object>
      </w:r>
      <w:r w:rsidRPr="00B13C4C">
        <w:rPr>
          <w:rFonts w:ascii="Times New Roman" w:hAnsi="Times New Roman" w:cs="Times New Roman"/>
          <w:sz w:val="24"/>
          <w:szCs w:val="24"/>
        </w:rPr>
        <w:t xml:space="preserve"> là:</w:t>
      </w:r>
    </w:p>
    <w:p w14:paraId="4BC70558"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060" w:dyaOrig="320" w14:anchorId="08A9DC2E">
          <v:shape id="_x0000_i3349" type="#_x0000_t75" style="width:52.8pt;height:16.2pt" o:ole="">
            <v:imagedata r:id="rId3012" o:title=""/>
          </v:shape>
          <o:OLEObject Type="Embed" ProgID="Equation.DSMT4" ShapeID="_x0000_i3349" DrawAspect="Content" ObjectID="_1699836633" r:id="rId301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940" w:dyaOrig="320" w14:anchorId="77707E44">
          <v:shape id="_x0000_i3350" type="#_x0000_t75" style="width:46.8pt;height:16.2pt" o:ole="">
            <v:imagedata r:id="rId3014" o:title=""/>
          </v:shape>
          <o:OLEObject Type="Embed" ProgID="Equation.DSMT4" ShapeID="_x0000_i3350" DrawAspect="Content" ObjectID="_1699836634" r:id="rId301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060" w:dyaOrig="320" w14:anchorId="31A8ECD4">
          <v:shape id="_x0000_i3351" type="#_x0000_t75" style="width:52.8pt;height:16.2pt" o:ole="">
            <v:imagedata r:id="rId3016" o:title=""/>
          </v:shape>
          <o:OLEObject Type="Embed" ProgID="Equation.DSMT4" ShapeID="_x0000_i3351" DrawAspect="Content" ObjectID="_1699836635" r:id="rId301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940" w:dyaOrig="320" w14:anchorId="38925576">
          <v:shape id="_x0000_i3352" type="#_x0000_t75" style="width:46.8pt;height:16.2pt" o:ole="">
            <v:imagedata r:id="rId3018" o:title=""/>
          </v:shape>
          <o:OLEObject Type="Embed" ProgID="Equation.DSMT4" ShapeID="_x0000_i3352" DrawAspect="Content" ObjectID="_1699836636" r:id="rId3019"/>
        </w:object>
      </w:r>
      <w:r w:rsidRPr="00B13C4C">
        <w:rPr>
          <w:rFonts w:ascii="Times New Roman" w:hAnsi="Times New Roman" w:cs="Times New Roman"/>
          <w:sz w:val="24"/>
          <w:szCs w:val="24"/>
        </w:rPr>
        <w:t>.</w:t>
      </w:r>
    </w:p>
    <w:p w14:paraId="2D24D258" w14:textId="77777777" w:rsidR="00B13C4C" w:rsidRPr="00B13C4C" w:rsidRDefault="00B13C4C" w:rsidP="00B34D5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Tìm điều kiện xác định của bất phương trình </w:t>
      </w:r>
      <w:r w:rsidRPr="00B13C4C">
        <w:rPr>
          <w:rFonts w:ascii="Times New Roman" w:hAnsi="Times New Roman" w:cs="Times New Roman"/>
          <w:position w:val="-8"/>
          <w:sz w:val="24"/>
          <w:szCs w:val="24"/>
        </w:rPr>
        <w:object w:dxaOrig="1840" w:dyaOrig="360" w14:anchorId="60E55E8A">
          <v:shape id="_x0000_i3353" type="#_x0000_t75" style="width:91.8pt;height:18pt" o:ole="">
            <v:imagedata r:id="rId3020" o:title=""/>
          </v:shape>
          <o:OLEObject Type="Embed" ProgID="Equation.DSMT4" ShapeID="_x0000_i3353" DrawAspect="Content" ObjectID="_1699836637" r:id="rId3021"/>
        </w:object>
      </w:r>
      <w:r w:rsidRPr="00B13C4C">
        <w:rPr>
          <w:rFonts w:ascii="Times New Roman" w:hAnsi="Times New Roman" w:cs="Times New Roman"/>
          <w:sz w:val="24"/>
          <w:szCs w:val="24"/>
        </w:rPr>
        <w:t xml:space="preserve"> là</w:t>
      </w:r>
    </w:p>
    <w:p w14:paraId="78A6377B"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840" w:dyaOrig="320" w14:anchorId="5A68C9B2">
          <v:shape id="_x0000_i3354" type="#_x0000_t75" style="width:42pt;height:16.2pt" o:ole="">
            <v:imagedata r:id="rId3022" o:title=""/>
          </v:shape>
          <o:OLEObject Type="Embed" ProgID="Equation.DSMT4" ShapeID="_x0000_i3354" DrawAspect="Content" ObjectID="_1699836638" r:id="rId302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960" w:dyaOrig="320" w14:anchorId="010E8B48">
          <v:shape id="_x0000_i3355" type="#_x0000_t75" style="width:48pt;height:16.2pt" o:ole="">
            <v:imagedata r:id="rId3024" o:title=""/>
          </v:shape>
          <o:OLEObject Type="Embed" ProgID="Equation.DSMT4" ShapeID="_x0000_i3355" DrawAspect="Content" ObjectID="_1699836639" r:id="rId302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980" w:dyaOrig="320" w14:anchorId="260205ED">
          <v:shape id="_x0000_i3356" type="#_x0000_t75" style="width:49.2pt;height:16.2pt" o:ole="">
            <v:imagedata r:id="rId3026" o:title=""/>
          </v:shape>
          <o:OLEObject Type="Embed" ProgID="Equation.DSMT4" ShapeID="_x0000_i3356" DrawAspect="Content" ObjectID="_1699836640" r:id="rId302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859" w:dyaOrig="320" w14:anchorId="36AA147D">
          <v:shape id="_x0000_i3357" type="#_x0000_t75" style="width:43.2pt;height:16.2pt" o:ole="">
            <v:imagedata r:id="rId3028" o:title=""/>
          </v:shape>
          <o:OLEObject Type="Embed" ProgID="Equation.DSMT4" ShapeID="_x0000_i3357" DrawAspect="Content" ObjectID="_1699836641" r:id="rId3029"/>
        </w:object>
      </w:r>
      <w:r w:rsidRPr="00B13C4C">
        <w:rPr>
          <w:rFonts w:ascii="Times New Roman" w:hAnsi="Times New Roman" w:cs="Times New Roman"/>
          <w:sz w:val="24"/>
          <w:szCs w:val="24"/>
        </w:rPr>
        <w:t>.</w:t>
      </w:r>
    </w:p>
    <w:p w14:paraId="1BAB6EC2" w14:textId="77777777" w:rsidR="00B13C4C" w:rsidRPr="00B13C4C" w:rsidRDefault="00B13C4C" w:rsidP="00B34D5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Nghiệm của phương trình </w:t>
      </w:r>
      <w:r w:rsidRPr="00B13C4C">
        <w:rPr>
          <w:rFonts w:ascii="Times New Roman" w:hAnsi="Times New Roman" w:cs="Times New Roman"/>
          <w:position w:val="-8"/>
          <w:sz w:val="24"/>
          <w:szCs w:val="24"/>
        </w:rPr>
        <w:object w:dxaOrig="1180" w:dyaOrig="360" w14:anchorId="35E0D804">
          <v:shape id="_x0000_i3358" type="#_x0000_t75" style="width:58.8pt;height:18pt" o:ole="">
            <v:imagedata r:id="rId3030" o:title=""/>
          </v:shape>
          <o:OLEObject Type="Embed" ProgID="Equation.DSMT4" ShapeID="_x0000_i3358" DrawAspect="Content" ObjectID="_1699836642" r:id="rId3031"/>
        </w:object>
      </w:r>
      <w:r w:rsidRPr="00B13C4C">
        <w:rPr>
          <w:rFonts w:ascii="Times New Roman" w:hAnsi="Times New Roman" w:cs="Times New Roman"/>
          <w:sz w:val="24"/>
          <w:szCs w:val="24"/>
        </w:rPr>
        <w:t xml:space="preserve"> là:</w:t>
      </w:r>
    </w:p>
    <w:p w14:paraId="1AC4D2BC"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560" w:dyaOrig="279" w14:anchorId="0DCBD019">
          <v:shape id="_x0000_i3359" type="#_x0000_t75" style="width:28.2pt;height:13.8pt" o:ole="">
            <v:imagedata r:id="rId3032" o:title=""/>
          </v:shape>
          <o:OLEObject Type="Embed" ProgID="Equation.DSMT4" ShapeID="_x0000_i3359" DrawAspect="Content" ObjectID="_1699836643" r:id="rId303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740" w:dyaOrig="620" w14:anchorId="5EFAFCDD">
          <v:shape id="_x0000_i3360" type="#_x0000_t75" style="width:37.2pt;height:31.2pt" o:ole="">
            <v:imagedata r:id="rId3034" o:title=""/>
          </v:shape>
          <o:OLEObject Type="Embed" ProgID="Equation.DSMT4" ShapeID="_x0000_i3360" DrawAspect="Content" ObjectID="_1699836644" r:id="rId303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680" w:dyaOrig="279" w14:anchorId="5DC38373">
          <v:shape id="_x0000_i3361" type="#_x0000_t75" style="width:34.2pt;height:13.8pt" o:ole="">
            <v:imagedata r:id="rId3036" o:title=""/>
          </v:shape>
          <o:OLEObject Type="Embed" ProgID="Equation.DSMT4" ShapeID="_x0000_i3361" DrawAspect="Content" ObjectID="_1699836645" r:id="rId303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560" w:dyaOrig="279" w14:anchorId="3096B276">
          <v:shape id="_x0000_i3362" type="#_x0000_t75" style="width:28.2pt;height:13.8pt" o:ole="">
            <v:imagedata r:id="rId3038" o:title=""/>
          </v:shape>
          <o:OLEObject Type="Embed" ProgID="Equation.DSMT4" ShapeID="_x0000_i3362" DrawAspect="Content" ObjectID="_1699836646" r:id="rId3039"/>
        </w:object>
      </w:r>
      <w:r w:rsidRPr="00B13C4C">
        <w:rPr>
          <w:rFonts w:ascii="Times New Roman" w:hAnsi="Times New Roman" w:cs="Times New Roman"/>
          <w:sz w:val="24"/>
          <w:szCs w:val="24"/>
        </w:rPr>
        <w:t>.</w:t>
      </w:r>
    </w:p>
    <w:p w14:paraId="0BD52A00" w14:textId="77777777" w:rsidR="00B13C4C" w:rsidRPr="00B13C4C" w:rsidRDefault="00B13C4C" w:rsidP="00B34D5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Số nghiệm của phương trình </w:t>
      </w:r>
      <w:r w:rsidRPr="00B13C4C">
        <w:rPr>
          <w:rFonts w:ascii="Times New Roman" w:hAnsi="Times New Roman" w:cs="Times New Roman"/>
          <w:position w:val="-10"/>
          <w:sz w:val="24"/>
          <w:szCs w:val="24"/>
        </w:rPr>
        <w:object w:dxaOrig="1359" w:dyaOrig="320" w14:anchorId="204930FC">
          <v:shape id="_x0000_i3363" type="#_x0000_t75" style="width:67.8pt;height:16.2pt" o:ole="">
            <v:imagedata r:id="rId3040" o:title=""/>
          </v:shape>
          <o:OLEObject Type="Embed" ProgID="Equation.DSMT4" ShapeID="_x0000_i3363" DrawAspect="Content" ObjectID="_1699836647" r:id="rId3041"/>
        </w:object>
      </w:r>
      <w:r w:rsidRPr="00B13C4C">
        <w:rPr>
          <w:rFonts w:ascii="Times New Roman" w:hAnsi="Times New Roman" w:cs="Times New Roman"/>
          <w:sz w:val="24"/>
          <w:szCs w:val="24"/>
        </w:rPr>
        <w:t xml:space="preserve"> là:</w:t>
      </w:r>
    </w:p>
    <w:p w14:paraId="0BB90238"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Vô số nghiệm.</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0.</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4"/>
          <w:sz w:val="24"/>
          <w:szCs w:val="24"/>
        </w:rPr>
        <w:object w:dxaOrig="200" w:dyaOrig="260" w14:anchorId="32E8FE67">
          <v:shape id="_x0000_i3364" type="#_x0000_t75" style="width:10.2pt;height:13.2pt" o:ole="">
            <v:imagedata r:id="rId3042" o:title=""/>
          </v:shape>
          <o:OLEObject Type="Embed" ProgID="Equation.DSMT4" ShapeID="_x0000_i3364" DrawAspect="Content" ObjectID="_1699836648" r:id="rId304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1.</w:t>
      </w:r>
    </w:p>
    <w:p w14:paraId="5396C502" w14:textId="77777777" w:rsidR="00B13C4C" w:rsidRPr="00B13C4C" w:rsidRDefault="00B13C4C" w:rsidP="00B34D5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hình bình hành </w:t>
      </w:r>
      <w:r w:rsidRPr="00B13C4C">
        <w:rPr>
          <w:rFonts w:ascii="Times New Roman" w:hAnsi="Times New Roman" w:cs="Times New Roman"/>
          <w:position w:val="-6"/>
          <w:sz w:val="24"/>
          <w:szCs w:val="24"/>
        </w:rPr>
        <w:object w:dxaOrig="720" w:dyaOrig="279" w14:anchorId="2F747A81">
          <v:shape id="_x0000_i3365" type="#_x0000_t75" style="width:36pt;height:13.8pt" o:ole="">
            <v:imagedata r:id="rId3044" o:title=""/>
          </v:shape>
          <o:OLEObject Type="Embed" ProgID="Equation.DSMT4" ShapeID="_x0000_i3365" DrawAspect="Content" ObjectID="_1699836649" r:id="rId3045"/>
        </w:object>
      </w:r>
      <w:r w:rsidRPr="00B13C4C">
        <w:rPr>
          <w:rFonts w:ascii="Times New Roman" w:hAnsi="Times New Roman" w:cs="Times New Roman"/>
          <w:sz w:val="24"/>
          <w:szCs w:val="24"/>
        </w:rPr>
        <w:t xml:space="preserve"> tâm </w:t>
      </w:r>
      <w:r w:rsidRPr="00B13C4C">
        <w:rPr>
          <w:rFonts w:ascii="Times New Roman" w:hAnsi="Times New Roman" w:cs="Times New Roman"/>
          <w:position w:val="-6"/>
          <w:sz w:val="24"/>
          <w:szCs w:val="24"/>
        </w:rPr>
        <w:object w:dxaOrig="240" w:dyaOrig="279" w14:anchorId="228C6C79">
          <v:shape id="_x0000_i3366" type="#_x0000_t75" style="width:12pt;height:13.8pt" o:ole="">
            <v:imagedata r:id="rId3046" o:title=""/>
          </v:shape>
          <o:OLEObject Type="Embed" ProgID="Equation.DSMT4" ShapeID="_x0000_i3366" DrawAspect="Content" ObjectID="_1699836650" r:id="rId3047"/>
        </w:object>
      </w:r>
      <w:r w:rsidRPr="00B13C4C">
        <w:rPr>
          <w:rFonts w:ascii="Times New Roman" w:hAnsi="Times New Roman" w:cs="Times New Roman"/>
          <w:sz w:val="24"/>
          <w:szCs w:val="24"/>
        </w:rPr>
        <w:t>. Đẳng thức nào sau đây sai?</w:t>
      </w:r>
    </w:p>
    <w:p w14:paraId="5A10AD13"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2040" w:dyaOrig="340" w14:anchorId="002A2DFC">
          <v:shape id="_x0000_i3367" type="#_x0000_t75" style="width:102pt;height:16.8pt" o:ole="">
            <v:imagedata r:id="rId3048" o:title=""/>
          </v:shape>
          <o:OLEObject Type="Embed" ProgID="Equation.DSMT4" ShapeID="_x0000_i3367" DrawAspect="Content" ObjectID="_1699836651" r:id="rId304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2040" w:dyaOrig="340" w14:anchorId="6D32CFB8">
          <v:shape id="_x0000_i3368" type="#_x0000_t75" style="width:102pt;height:16.8pt" o:ole="">
            <v:imagedata r:id="rId3050" o:title=""/>
          </v:shape>
          <o:OLEObject Type="Embed" ProgID="Equation.DSMT4" ShapeID="_x0000_i3368" DrawAspect="Content" ObjectID="_1699836652" r:id="rId3051"/>
        </w:object>
      </w:r>
      <w:r w:rsidRPr="00B13C4C">
        <w:rPr>
          <w:rFonts w:ascii="Times New Roman" w:hAnsi="Times New Roman" w:cs="Times New Roman"/>
          <w:sz w:val="24"/>
          <w:szCs w:val="24"/>
        </w:rPr>
        <w:t>.</w:t>
      </w:r>
    </w:p>
    <w:p w14:paraId="4CCC9974"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1480" w:dyaOrig="340" w14:anchorId="5157C85F">
          <v:shape id="_x0000_i3369" type="#_x0000_t75" style="width:73.8pt;height:16.8pt" o:ole="">
            <v:imagedata r:id="rId3052" o:title=""/>
          </v:shape>
          <o:OLEObject Type="Embed" ProgID="Equation.DSMT4" ShapeID="_x0000_i3369" DrawAspect="Content" ObjectID="_1699836653" r:id="rId305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4"/>
          <w:sz w:val="24"/>
          <w:szCs w:val="24"/>
        </w:rPr>
        <w:object w:dxaOrig="1520" w:dyaOrig="320" w14:anchorId="2FAEB669">
          <v:shape id="_x0000_i3370" type="#_x0000_t75" style="width:76.2pt;height:16.2pt" o:ole="">
            <v:imagedata r:id="rId3054" o:title=""/>
          </v:shape>
          <o:OLEObject Type="Embed" ProgID="Equation.DSMT4" ShapeID="_x0000_i3370" DrawAspect="Content" ObjectID="_1699836654" r:id="rId3055"/>
        </w:object>
      </w:r>
      <w:r w:rsidRPr="00B13C4C">
        <w:rPr>
          <w:rFonts w:ascii="Times New Roman" w:hAnsi="Times New Roman" w:cs="Times New Roman"/>
          <w:sz w:val="24"/>
          <w:szCs w:val="24"/>
        </w:rPr>
        <w:t>.</w:t>
      </w:r>
    </w:p>
    <w:p w14:paraId="6027D207" w14:textId="77777777" w:rsidR="00B13C4C" w:rsidRPr="00B13C4C" w:rsidRDefault="00B13C4C" w:rsidP="00B34D5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Bất phương trình </w:t>
      </w:r>
      <w:r w:rsidRPr="00B13C4C">
        <w:rPr>
          <w:rFonts w:ascii="Times New Roman" w:hAnsi="Times New Roman" w:cs="Times New Roman"/>
          <w:position w:val="-10"/>
          <w:sz w:val="24"/>
          <w:szCs w:val="24"/>
        </w:rPr>
        <w:object w:dxaOrig="1219" w:dyaOrig="320" w14:anchorId="5C98A213">
          <v:shape id="_x0000_i3371" type="#_x0000_t75" style="width:61.2pt;height:16.2pt" o:ole="">
            <v:imagedata r:id="rId3056" o:title=""/>
          </v:shape>
          <o:OLEObject Type="Embed" ProgID="Equation.DSMT4" ShapeID="_x0000_i3371" DrawAspect="Content" ObjectID="_1699836655" r:id="rId3057"/>
        </w:object>
      </w:r>
      <w:r w:rsidRPr="00B13C4C">
        <w:rPr>
          <w:rFonts w:ascii="Times New Roman" w:hAnsi="Times New Roman" w:cs="Times New Roman"/>
          <w:sz w:val="24"/>
          <w:szCs w:val="24"/>
        </w:rPr>
        <w:t xml:space="preserve"> vô nghiệm khi</w:t>
      </w:r>
    </w:p>
    <w:p w14:paraId="72B13D0B"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620" w:dyaOrig="279" w14:anchorId="668E9B20">
          <v:shape id="_x0000_i3372" type="#_x0000_t75" style="width:31.2pt;height:13.8pt" o:ole="">
            <v:imagedata r:id="rId3058" o:title=""/>
          </v:shape>
          <o:OLEObject Type="Embed" ProgID="Equation.DSMT4" ShapeID="_x0000_i3372" DrawAspect="Content" ObjectID="_1699836656" r:id="rId305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600" w:dyaOrig="279" w14:anchorId="07E20DDE">
          <v:shape id="_x0000_i3373" type="#_x0000_t75" style="width:30pt;height:13.8pt" o:ole="">
            <v:imagedata r:id="rId3060" o:title=""/>
          </v:shape>
          <o:OLEObject Type="Embed" ProgID="Equation.DSMT4" ShapeID="_x0000_i3373" DrawAspect="Content" ObjectID="_1699836657" r:id="rId306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620" w:dyaOrig="279" w14:anchorId="063ABF11">
          <v:shape id="_x0000_i3374" type="#_x0000_t75" style="width:31.2pt;height:13.8pt" o:ole="">
            <v:imagedata r:id="rId3062" o:title=""/>
          </v:shape>
          <o:OLEObject Type="Embed" ProgID="Equation.DSMT4" ShapeID="_x0000_i3374" DrawAspect="Content" ObjectID="_1699836658" r:id="rId306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620" w:dyaOrig="279" w14:anchorId="16C0923F">
          <v:shape id="_x0000_i3375" type="#_x0000_t75" style="width:31.2pt;height:13.8pt" o:ole="">
            <v:imagedata r:id="rId3064" o:title=""/>
          </v:shape>
          <o:OLEObject Type="Embed" ProgID="Equation.DSMT4" ShapeID="_x0000_i3375" DrawAspect="Content" ObjectID="_1699836659" r:id="rId3065"/>
        </w:object>
      </w:r>
      <w:r w:rsidRPr="00B13C4C">
        <w:rPr>
          <w:rFonts w:ascii="Times New Roman" w:hAnsi="Times New Roman" w:cs="Times New Roman"/>
          <w:sz w:val="24"/>
          <w:szCs w:val="24"/>
        </w:rPr>
        <w:t>.</w:t>
      </w:r>
    </w:p>
    <w:p w14:paraId="147FBB6C" w14:textId="77777777" w:rsidR="00B13C4C" w:rsidRPr="00B13C4C" w:rsidRDefault="00B13C4C" w:rsidP="00B34D5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tọa độ </w:t>
      </w:r>
      <w:r w:rsidRPr="00B13C4C">
        <w:rPr>
          <w:rFonts w:ascii="Times New Roman" w:hAnsi="Times New Roman" w:cs="Times New Roman"/>
          <w:position w:val="-10"/>
          <w:sz w:val="24"/>
          <w:szCs w:val="24"/>
        </w:rPr>
        <w:object w:dxaOrig="460" w:dyaOrig="320" w14:anchorId="74B72EA9">
          <v:shape id="_x0000_i3376" type="#_x0000_t75" style="width:22.8pt;height:16.2pt" o:ole="">
            <v:imagedata r:id="rId3066" o:title=""/>
          </v:shape>
          <o:OLEObject Type="Embed" ProgID="Equation.DSMT4" ShapeID="_x0000_i3376" DrawAspect="Content" ObjectID="_1699836660" r:id="rId3067"/>
        </w:object>
      </w:r>
      <w:r w:rsidRPr="00B13C4C">
        <w:rPr>
          <w:rFonts w:ascii="Times New Roman" w:hAnsi="Times New Roman" w:cs="Times New Roman"/>
          <w:sz w:val="24"/>
          <w:szCs w:val="24"/>
        </w:rPr>
        <w:t xml:space="preserve">, cho các véctơ </w:t>
      </w:r>
      <w:r w:rsidRPr="00B13C4C">
        <w:rPr>
          <w:rFonts w:ascii="Times New Roman" w:hAnsi="Times New Roman" w:cs="Times New Roman"/>
          <w:position w:val="-10"/>
          <w:sz w:val="24"/>
          <w:szCs w:val="24"/>
        </w:rPr>
        <w:object w:dxaOrig="3300" w:dyaOrig="380" w14:anchorId="3285F6F1">
          <v:shape id="_x0000_i3377" type="#_x0000_t75" style="width:165pt;height:19.2pt" o:ole="">
            <v:imagedata r:id="rId3068" o:title=""/>
          </v:shape>
          <o:OLEObject Type="Embed" ProgID="Equation.DSMT4" ShapeID="_x0000_i3377" DrawAspect="Content" ObjectID="_1699836661" r:id="rId3069"/>
        </w:object>
      </w:r>
      <w:r w:rsidRPr="00B13C4C">
        <w:rPr>
          <w:rFonts w:ascii="Times New Roman" w:hAnsi="Times New Roman" w:cs="Times New Roman"/>
          <w:sz w:val="24"/>
          <w:szCs w:val="24"/>
        </w:rPr>
        <w:t xml:space="preserve">. Biết </w:t>
      </w:r>
      <w:r w:rsidRPr="00B13C4C">
        <w:rPr>
          <w:rFonts w:ascii="Times New Roman" w:hAnsi="Times New Roman" w:cs="Times New Roman"/>
          <w:position w:val="-6"/>
          <w:sz w:val="24"/>
          <w:szCs w:val="24"/>
        </w:rPr>
        <w:object w:dxaOrig="1460" w:dyaOrig="340" w14:anchorId="585F449B">
          <v:shape id="_x0000_i3378" type="#_x0000_t75" style="width:73.2pt;height:16.8pt" o:ole="">
            <v:imagedata r:id="rId3070" o:title=""/>
          </v:shape>
          <o:OLEObject Type="Embed" ProgID="Equation.DSMT4" ShapeID="_x0000_i3378" DrawAspect="Content" ObjectID="_1699836662" r:id="rId3071"/>
        </w:object>
      </w:r>
      <w:r w:rsidRPr="00B13C4C">
        <w:rPr>
          <w:rFonts w:ascii="Times New Roman" w:hAnsi="Times New Roman" w:cs="Times New Roman"/>
          <w:sz w:val="24"/>
          <w:szCs w:val="24"/>
        </w:rPr>
        <w:t xml:space="preserve">, tìm </w:t>
      </w:r>
      <w:r w:rsidRPr="00B13C4C">
        <w:rPr>
          <w:rFonts w:ascii="Times New Roman" w:hAnsi="Times New Roman" w:cs="Times New Roman"/>
          <w:position w:val="-6"/>
          <w:sz w:val="24"/>
          <w:szCs w:val="24"/>
        </w:rPr>
        <w:object w:dxaOrig="580" w:dyaOrig="220" w14:anchorId="59D7CBF8">
          <v:shape id="_x0000_i3379" type="#_x0000_t75" style="width:28.8pt;height:10.8pt" o:ole="">
            <v:imagedata r:id="rId3072" o:title=""/>
          </v:shape>
          <o:OLEObject Type="Embed" ProgID="Equation.DSMT4" ShapeID="_x0000_i3379" DrawAspect="Content" ObjectID="_1699836663" r:id="rId3073"/>
        </w:object>
      </w:r>
      <w:r w:rsidRPr="00B13C4C">
        <w:rPr>
          <w:rFonts w:ascii="Times New Roman" w:hAnsi="Times New Roman" w:cs="Times New Roman"/>
          <w:sz w:val="24"/>
          <w:szCs w:val="24"/>
        </w:rPr>
        <w:t>.</w:t>
      </w:r>
    </w:p>
    <w:p w14:paraId="0345CB6C"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5.</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320" w:dyaOrig="279" w14:anchorId="46B8C4E1">
          <v:shape id="_x0000_i3380" type="#_x0000_t75" style="width:16.2pt;height:13.8pt" o:ole="">
            <v:imagedata r:id="rId3074" o:title=""/>
          </v:shape>
          <o:OLEObject Type="Embed" ProgID="Equation.DSMT4" ShapeID="_x0000_i3380" DrawAspect="Content" ObjectID="_1699836664" r:id="rId307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4"/>
          <w:sz w:val="24"/>
          <w:szCs w:val="24"/>
        </w:rPr>
        <w:object w:dxaOrig="320" w:dyaOrig="260" w14:anchorId="3965D922">
          <v:shape id="_x0000_i3381" type="#_x0000_t75" style="width:16.2pt;height:13.2pt" o:ole="">
            <v:imagedata r:id="rId3076" o:title=""/>
          </v:shape>
          <o:OLEObject Type="Embed" ProgID="Equation.DSMT4" ShapeID="_x0000_i3381" DrawAspect="Content" ObjectID="_1699836665" r:id="rId307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2.</w:t>
      </w:r>
    </w:p>
    <w:p w14:paraId="27998FA7" w14:textId="77777777" w:rsidR="00B13C4C" w:rsidRPr="00B13C4C" w:rsidRDefault="00B13C4C" w:rsidP="00B34D5C">
      <w:pPr>
        <w:tabs>
          <w:tab w:val="left" w:pos="992"/>
        </w:tabs>
        <w:spacing w:before="120" w:after="0"/>
        <w:ind w:left="992" w:hanging="992"/>
        <w:rPr>
          <w:rFonts w:ascii="Times New Roman" w:hAnsi="Times New Roman" w:cs="Times New Roman"/>
          <w:sz w:val="24"/>
          <w:szCs w:val="24"/>
        </w:rPr>
      </w:pPr>
      <w:r w:rsidRPr="00B13C4C">
        <w:rPr>
          <w:rFonts w:ascii="Times New Roman" w:hAnsi="Times New Roman" w:cs="Times New Roman"/>
          <w:b/>
          <w:color w:val="0000FF"/>
          <w:sz w:val="24"/>
          <w:szCs w:val="24"/>
        </w:rPr>
        <w:t>Câu 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Gọi </w:t>
      </w:r>
      <w:r w:rsidRPr="00B13C4C">
        <w:rPr>
          <w:rFonts w:ascii="Times New Roman" w:hAnsi="Times New Roman" w:cs="Times New Roman"/>
          <w:position w:val="-10"/>
          <w:sz w:val="24"/>
          <w:szCs w:val="24"/>
        </w:rPr>
        <w:object w:dxaOrig="580" w:dyaOrig="320" w14:anchorId="1347CEB0">
          <v:shape id="_x0000_i3382" type="#_x0000_t75" style="width:28.8pt;height:16.2pt" o:ole="">
            <v:imagedata r:id="rId3078" o:title=""/>
          </v:shape>
          <o:OLEObject Type="Embed" ProgID="Equation.DSMT4" ShapeID="_x0000_i3382" DrawAspect="Content" ObjectID="_1699836666" r:id="rId3079"/>
        </w:object>
      </w:r>
      <w:r w:rsidRPr="00B13C4C">
        <w:rPr>
          <w:rFonts w:ascii="Times New Roman" w:hAnsi="Times New Roman" w:cs="Times New Roman"/>
          <w:sz w:val="24"/>
          <w:szCs w:val="24"/>
        </w:rPr>
        <w:t xml:space="preserve"> lần lượt là giá trị lớn nhất và giá trị nhỏ nhất của hàm số </w:t>
      </w:r>
      <w:r w:rsidRPr="00B13C4C">
        <w:rPr>
          <w:rFonts w:ascii="Times New Roman" w:hAnsi="Times New Roman" w:cs="Times New Roman"/>
          <w:position w:val="-36"/>
          <w:sz w:val="24"/>
          <w:szCs w:val="24"/>
        </w:rPr>
        <w:object w:dxaOrig="3000" w:dyaOrig="840" w14:anchorId="44D0E78A">
          <v:shape id="_x0000_i3383" type="#_x0000_t75" style="width:150pt;height:42pt" o:ole="">
            <v:imagedata r:id="rId3080" o:title=""/>
          </v:shape>
          <o:OLEObject Type="Embed" ProgID="Equation.DSMT4" ShapeID="_x0000_i3383" DrawAspect="Content" ObjectID="_1699836667" r:id="rId3081"/>
        </w:object>
      </w:r>
      <w:r w:rsidRPr="00B13C4C">
        <w:rPr>
          <w:rFonts w:ascii="Times New Roman" w:hAnsi="Times New Roman" w:cs="Times New Roman"/>
          <w:sz w:val="24"/>
          <w:szCs w:val="24"/>
        </w:rPr>
        <w:t xml:space="preserve"> trên tập xác định của nó. Tìm số phần tử của tập hợp </w:t>
      </w:r>
      <w:r w:rsidRPr="00B13C4C">
        <w:rPr>
          <w:rFonts w:ascii="Times New Roman" w:hAnsi="Times New Roman" w:cs="Times New Roman"/>
          <w:position w:val="-10"/>
          <w:sz w:val="24"/>
          <w:szCs w:val="24"/>
        </w:rPr>
        <w:object w:dxaOrig="1240" w:dyaOrig="360" w14:anchorId="1D4F7C6A">
          <v:shape id="_x0000_i3384" type="#_x0000_t75" style="width:61.8pt;height:18pt" o:ole="">
            <v:imagedata r:id="rId3082" o:title=""/>
          </v:shape>
          <o:OLEObject Type="Embed" ProgID="Equation.DSMT4" ShapeID="_x0000_i3384" DrawAspect="Content" ObjectID="_1699836668" r:id="rId3083"/>
        </w:object>
      </w:r>
      <w:r w:rsidRPr="00B13C4C">
        <w:rPr>
          <w:rFonts w:ascii="Times New Roman" w:hAnsi="Times New Roman" w:cs="Times New Roman"/>
          <w:sz w:val="24"/>
          <w:szCs w:val="24"/>
        </w:rPr>
        <w:t>.</w:t>
      </w:r>
    </w:p>
    <w:p w14:paraId="4928D3F5"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44.</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88.</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89.</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2018.</w:t>
      </w:r>
    </w:p>
    <w:p w14:paraId="3E584A20" w14:textId="77777777" w:rsidR="00B13C4C" w:rsidRPr="00B13C4C" w:rsidRDefault="00B13C4C" w:rsidP="00B34D5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w:t>
      </w:r>
      <w:r w:rsidRPr="00B13C4C">
        <w:rPr>
          <w:rFonts w:ascii="Times New Roman" w:hAnsi="Times New Roman" w:cs="Times New Roman"/>
          <w:position w:val="-6"/>
          <w:sz w:val="24"/>
          <w:szCs w:val="24"/>
        </w:rPr>
        <w:object w:dxaOrig="999" w:dyaOrig="279" w14:anchorId="0D64BBD6">
          <v:shape id="_x0000_i3385" type="#_x0000_t75" style="width:49.8pt;height:13.8pt" o:ole="">
            <v:imagedata r:id="rId3084" o:title=""/>
          </v:shape>
          <o:OLEObject Type="Embed" ProgID="Equation.DSMT4" ShapeID="_x0000_i3385" DrawAspect="Content" ObjectID="_1699836669" r:id="rId3085"/>
        </w:object>
      </w:r>
      <w:r w:rsidRPr="00B13C4C">
        <w:rPr>
          <w:rFonts w:ascii="Times New Roman" w:hAnsi="Times New Roman" w:cs="Times New Roman"/>
          <w:sz w:val="24"/>
          <w:szCs w:val="24"/>
        </w:rPr>
        <w:t xml:space="preserve">. Tính giá trị của biểu thức </w:t>
      </w:r>
      <w:r w:rsidRPr="00B13C4C">
        <w:rPr>
          <w:rFonts w:ascii="Times New Roman" w:hAnsi="Times New Roman" w:cs="Times New Roman"/>
          <w:position w:val="-24"/>
          <w:sz w:val="24"/>
          <w:szCs w:val="24"/>
        </w:rPr>
        <w:object w:dxaOrig="1800" w:dyaOrig="620" w14:anchorId="6C86C599">
          <v:shape id="_x0000_i3386" type="#_x0000_t75" style="width:90pt;height:31.2pt" o:ole="">
            <v:imagedata r:id="rId3086" o:title=""/>
          </v:shape>
          <o:OLEObject Type="Embed" ProgID="Equation.DSMT4" ShapeID="_x0000_i3386" DrawAspect="Content" ObjectID="_1699836670" r:id="rId3087"/>
        </w:object>
      </w:r>
      <w:r w:rsidRPr="00B13C4C">
        <w:rPr>
          <w:rFonts w:ascii="Times New Roman" w:hAnsi="Times New Roman" w:cs="Times New Roman"/>
          <w:sz w:val="24"/>
          <w:szCs w:val="24"/>
        </w:rPr>
        <w:t>.</w:t>
      </w:r>
    </w:p>
    <w:p w14:paraId="5C208B95"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4"/>
          <w:sz w:val="24"/>
          <w:szCs w:val="24"/>
        </w:rPr>
        <w:object w:dxaOrig="320" w:dyaOrig="260" w14:anchorId="09577C04">
          <v:shape id="_x0000_i3387" type="#_x0000_t75" style="width:16.2pt;height:13.2pt" o:ole="">
            <v:imagedata r:id="rId3088" o:title=""/>
          </v:shape>
          <o:OLEObject Type="Embed" ProgID="Equation.DSMT4" ShapeID="_x0000_i3387" DrawAspect="Content" ObjectID="_1699836671" r:id="rId308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4"/>
          <w:sz w:val="24"/>
          <w:szCs w:val="24"/>
        </w:rPr>
        <w:object w:dxaOrig="300" w:dyaOrig="260" w14:anchorId="7C3D5B9F">
          <v:shape id="_x0000_i3388" type="#_x0000_t75" style="width:15pt;height:13.2pt" o:ole="">
            <v:imagedata r:id="rId3090" o:title=""/>
          </v:shape>
          <o:OLEObject Type="Embed" ProgID="Equation.DSMT4" ShapeID="_x0000_i3388" DrawAspect="Content" ObjectID="_1699836672" r:id="rId309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1.</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2.</w:t>
      </w:r>
    </w:p>
    <w:p w14:paraId="6797CACA" w14:textId="77777777" w:rsidR="00B13C4C" w:rsidRPr="00B13C4C" w:rsidRDefault="00B13C4C" w:rsidP="00B34D5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đồ thị hàm số </w:t>
      </w:r>
      <w:r w:rsidRPr="00B13C4C">
        <w:rPr>
          <w:rFonts w:ascii="Times New Roman" w:hAnsi="Times New Roman" w:cs="Times New Roman"/>
          <w:position w:val="-10"/>
          <w:sz w:val="24"/>
          <w:szCs w:val="24"/>
        </w:rPr>
        <w:object w:dxaOrig="2980" w:dyaOrig="360" w14:anchorId="58F0EF7A">
          <v:shape id="_x0000_i3389" type="#_x0000_t75" style="width:148.8pt;height:18pt" o:ole="">
            <v:imagedata r:id="rId3092" o:title=""/>
          </v:shape>
          <o:OLEObject Type="Embed" ProgID="Equation.DSMT4" ShapeID="_x0000_i3389" DrawAspect="Content" ObjectID="_1699836673" r:id="rId3093"/>
        </w:object>
      </w:r>
      <w:r w:rsidRPr="00B13C4C">
        <w:rPr>
          <w:rFonts w:ascii="Times New Roman" w:hAnsi="Times New Roman" w:cs="Times New Roman"/>
          <w:sz w:val="24"/>
          <w:szCs w:val="24"/>
        </w:rPr>
        <w:t xml:space="preserve"> có đồ thị như hình vẽ. Gọi </w:t>
      </w:r>
      <w:r w:rsidRPr="00B13C4C">
        <w:rPr>
          <w:rFonts w:ascii="Times New Roman" w:hAnsi="Times New Roman" w:cs="Times New Roman"/>
          <w:position w:val="-6"/>
          <w:sz w:val="24"/>
          <w:szCs w:val="24"/>
        </w:rPr>
        <w:object w:dxaOrig="220" w:dyaOrig="279" w14:anchorId="2E1FF9F5">
          <v:shape id="_x0000_i3390" type="#_x0000_t75" style="width:10.8pt;height:13.8pt" o:ole="">
            <v:imagedata r:id="rId3094" o:title=""/>
          </v:shape>
          <o:OLEObject Type="Embed" ProgID="Equation.DSMT4" ShapeID="_x0000_i3390" DrawAspect="Content" ObjectID="_1699836674" r:id="rId3095"/>
        </w:object>
      </w:r>
      <w:r w:rsidRPr="00B13C4C">
        <w:rPr>
          <w:rFonts w:ascii="Times New Roman" w:hAnsi="Times New Roman" w:cs="Times New Roman"/>
          <w:sz w:val="24"/>
          <w:szCs w:val="24"/>
        </w:rPr>
        <w:t xml:space="preserve"> là tập hợp tất cả các giá trị nguyên của </w:t>
      </w:r>
      <w:r w:rsidRPr="00B13C4C">
        <w:rPr>
          <w:rFonts w:ascii="Times New Roman" w:hAnsi="Times New Roman" w:cs="Times New Roman"/>
          <w:position w:val="-6"/>
          <w:sz w:val="24"/>
          <w:szCs w:val="24"/>
        </w:rPr>
        <w:object w:dxaOrig="260" w:dyaOrig="220" w14:anchorId="1BC4EF4B">
          <v:shape id="_x0000_i3391" type="#_x0000_t75" style="width:13.2pt;height:10.8pt" o:ole="">
            <v:imagedata r:id="rId3096" o:title=""/>
          </v:shape>
          <o:OLEObject Type="Embed" ProgID="Equation.DSMT4" ShapeID="_x0000_i3391" DrawAspect="Content" ObjectID="_1699836675" r:id="rId3097"/>
        </w:object>
      </w:r>
      <w:r w:rsidRPr="00B13C4C">
        <w:rPr>
          <w:rFonts w:ascii="Times New Roman" w:hAnsi="Times New Roman" w:cs="Times New Roman"/>
          <w:sz w:val="24"/>
          <w:szCs w:val="24"/>
        </w:rPr>
        <w:t xml:space="preserve"> để phương trình </w:t>
      </w:r>
      <w:r w:rsidRPr="00B13C4C">
        <w:rPr>
          <w:rFonts w:ascii="Times New Roman" w:hAnsi="Times New Roman" w:cs="Times New Roman"/>
          <w:position w:val="-10"/>
          <w:sz w:val="24"/>
          <w:szCs w:val="24"/>
        </w:rPr>
        <w:object w:dxaOrig="1800" w:dyaOrig="360" w14:anchorId="6D1CC811">
          <v:shape id="_x0000_i3392" type="#_x0000_t75" style="width:90pt;height:18pt" o:ole="">
            <v:imagedata r:id="rId3098" o:title=""/>
          </v:shape>
          <o:OLEObject Type="Embed" ProgID="Equation.DSMT4" ShapeID="_x0000_i3392" DrawAspect="Content" ObjectID="_1699836676" r:id="rId3099"/>
        </w:object>
      </w:r>
      <w:r w:rsidRPr="00B13C4C">
        <w:rPr>
          <w:rFonts w:ascii="Times New Roman" w:hAnsi="Times New Roman" w:cs="Times New Roman"/>
          <w:sz w:val="24"/>
          <w:szCs w:val="24"/>
        </w:rPr>
        <w:t xml:space="preserve"> có đúng hai nghiệm </w:t>
      </w:r>
      <w:r w:rsidRPr="00B13C4C">
        <w:rPr>
          <w:rFonts w:ascii="Times New Roman" w:hAnsi="Times New Roman" w:cs="Times New Roman"/>
          <w:position w:val="-12"/>
          <w:sz w:val="24"/>
          <w:szCs w:val="24"/>
        </w:rPr>
        <w:object w:dxaOrig="540" w:dyaOrig="360" w14:anchorId="04341A62">
          <v:shape id="_x0000_i3393" type="#_x0000_t75" style="width:27pt;height:18pt" o:ole="">
            <v:imagedata r:id="rId3100" o:title=""/>
          </v:shape>
          <o:OLEObject Type="Embed" ProgID="Equation.DSMT4" ShapeID="_x0000_i3393" DrawAspect="Content" ObjectID="_1699836677" r:id="rId3101"/>
        </w:object>
      </w:r>
      <w:r w:rsidRPr="00B13C4C">
        <w:rPr>
          <w:rFonts w:ascii="Times New Roman" w:hAnsi="Times New Roman" w:cs="Times New Roman"/>
          <w:sz w:val="24"/>
          <w:szCs w:val="24"/>
        </w:rPr>
        <w:t xml:space="preserve"> sao cho </w:t>
      </w:r>
      <w:r w:rsidRPr="00B13C4C">
        <w:rPr>
          <w:rFonts w:ascii="Times New Roman" w:hAnsi="Times New Roman" w:cs="Times New Roman"/>
          <w:position w:val="-12"/>
          <w:sz w:val="24"/>
          <w:szCs w:val="24"/>
        </w:rPr>
        <w:object w:dxaOrig="1540" w:dyaOrig="360" w14:anchorId="5DE4CBC9">
          <v:shape id="_x0000_i3394" type="#_x0000_t75" style="width:76.8pt;height:18pt" o:ole="">
            <v:imagedata r:id="rId3102" o:title=""/>
          </v:shape>
          <o:OLEObject Type="Embed" ProgID="Equation.DSMT4" ShapeID="_x0000_i3394" DrawAspect="Content" ObjectID="_1699836678" r:id="rId3103"/>
        </w:object>
      </w:r>
      <w:r w:rsidRPr="00B13C4C">
        <w:rPr>
          <w:rFonts w:ascii="Times New Roman" w:hAnsi="Times New Roman" w:cs="Times New Roman"/>
          <w:sz w:val="24"/>
          <w:szCs w:val="24"/>
        </w:rPr>
        <w:t xml:space="preserve">. Tính tổng các phần tử của </w:t>
      </w:r>
      <w:r w:rsidRPr="00B13C4C">
        <w:rPr>
          <w:rFonts w:ascii="Times New Roman" w:hAnsi="Times New Roman" w:cs="Times New Roman"/>
          <w:position w:val="-6"/>
          <w:sz w:val="24"/>
          <w:szCs w:val="24"/>
        </w:rPr>
        <w:object w:dxaOrig="220" w:dyaOrig="279" w14:anchorId="2D6AC1FA">
          <v:shape id="_x0000_i3395" type="#_x0000_t75" style="width:10.8pt;height:13.8pt" o:ole="">
            <v:imagedata r:id="rId3104" o:title=""/>
          </v:shape>
          <o:OLEObject Type="Embed" ProgID="Equation.DSMT4" ShapeID="_x0000_i3395" DrawAspect="Content" ObjectID="_1699836679" r:id="rId3105"/>
        </w:object>
      </w:r>
      <w:r w:rsidRPr="00B13C4C">
        <w:rPr>
          <w:rFonts w:ascii="Times New Roman" w:hAnsi="Times New Roman" w:cs="Times New Roman"/>
          <w:sz w:val="24"/>
          <w:szCs w:val="24"/>
        </w:rPr>
        <w:t>.</w:t>
      </w:r>
    </w:p>
    <w:p w14:paraId="454B844B" w14:textId="77777777" w:rsidR="00B13C4C" w:rsidRPr="00B13C4C" w:rsidRDefault="00B13C4C" w:rsidP="00B34D5C">
      <w:pPr>
        <w:ind w:left="992" w:hanging="992"/>
        <w:jc w:val="center"/>
        <w:rPr>
          <w:rFonts w:ascii="Times New Roman" w:hAnsi="Times New Roman" w:cs="Times New Roman"/>
          <w:sz w:val="24"/>
          <w:szCs w:val="24"/>
        </w:rPr>
      </w:pPr>
      <w:r w:rsidRPr="00B13C4C">
        <w:rPr>
          <w:rFonts w:ascii="Times New Roman" w:hAnsi="Times New Roman" w:cs="Times New Roman"/>
          <w:noProof/>
          <w:sz w:val="24"/>
          <w:szCs w:val="24"/>
        </w:rPr>
        <w:lastRenderedPageBreak/>
        <w:drawing>
          <wp:inline distT="0" distB="0" distL="0" distR="0" wp14:anchorId="76214513" wp14:editId="7563E1DC">
            <wp:extent cx="1196340" cy="1389485"/>
            <wp:effectExtent l="0" t="0" r="381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06"/>
                    <a:stretch>
                      <a:fillRect/>
                    </a:stretch>
                  </pic:blipFill>
                  <pic:spPr>
                    <a:xfrm>
                      <a:off x="0" y="0"/>
                      <a:ext cx="1203216" cy="1397471"/>
                    </a:xfrm>
                    <a:prstGeom prst="rect">
                      <a:avLst/>
                    </a:prstGeom>
                  </pic:spPr>
                </pic:pic>
              </a:graphicData>
            </a:graphic>
          </wp:inline>
        </w:drawing>
      </w:r>
    </w:p>
    <w:p w14:paraId="7D1F1413"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3.</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320" w:dyaOrig="279" w14:anchorId="73A05322">
          <v:shape id="_x0000_i3396" type="#_x0000_t75" style="width:16.2pt;height:13.8pt" o:ole="">
            <v:imagedata r:id="rId3107" o:title=""/>
          </v:shape>
          <o:OLEObject Type="Embed" ProgID="Equation.DSMT4" ShapeID="_x0000_i3396" DrawAspect="Content" ObjectID="_1699836680" r:id="rId310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320" w:dyaOrig="279" w14:anchorId="68A22BD8">
          <v:shape id="_x0000_i3397" type="#_x0000_t75" style="width:16.2pt;height:13.8pt" o:ole="">
            <v:imagedata r:id="rId3109" o:title=""/>
          </v:shape>
          <o:OLEObject Type="Embed" ProgID="Equation.DSMT4" ShapeID="_x0000_i3397" DrawAspect="Content" ObjectID="_1699836681" r:id="rId3110"/>
        </w:object>
      </w:r>
      <w:r w:rsidRPr="00B13C4C">
        <w:rPr>
          <w:rFonts w:ascii="Times New Roman" w:hAnsi="Times New Roman" w:cs="Times New Roman"/>
          <w:sz w:val="24"/>
          <w:szCs w:val="24"/>
        </w:rPr>
        <w:t>.</w:t>
      </w:r>
    </w:p>
    <w:p w14:paraId="2C520D25" w14:textId="77777777" w:rsidR="00B13C4C" w:rsidRPr="00B13C4C" w:rsidRDefault="00B13C4C" w:rsidP="00B34D5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hệ phương trình: </w:t>
      </w:r>
      <w:r w:rsidRPr="00B13C4C">
        <w:rPr>
          <w:rFonts w:ascii="Times New Roman" w:hAnsi="Times New Roman" w:cs="Times New Roman"/>
          <w:position w:val="-42"/>
          <w:sz w:val="24"/>
          <w:szCs w:val="24"/>
        </w:rPr>
        <w:object w:dxaOrig="4060" w:dyaOrig="960" w14:anchorId="3078FE46">
          <v:shape id="_x0000_i3398" type="#_x0000_t75" style="width:202.8pt;height:48pt" o:ole="">
            <v:imagedata r:id="rId3111" o:title=""/>
          </v:shape>
          <o:OLEObject Type="Embed" ProgID="Equation.DSMT4" ShapeID="_x0000_i3398" DrawAspect="Content" ObjectID="_1699836682" r:id="rId3112"/>
        </w:object>
      </w:r>
      <w:r w:rsidRPr="00B13C4C">
        <w:rPr>
          <w:rFonts w:ascii="Times New Roman" w:hAnsi="Times New Roman" w:cs="Times New Roman"/>
          <w:sz w:val="24"/>
          <w:szCs w:val="24"/>
        </w:rPr>
        <w:t xml:space="preserve">. Tìm số giá trị nguyên của </w:t>
      </w:r>
      <w:r w:rsidRPr="00B13C4C">
        <w:rPr>
          <w:rFonts w:ascii="Times New Roman" w:hAnsi="Times New Roman" w:cs="Times New Roman"/>
          <w:position w:val="-10"/>
          <w:sz w:val="24"/>
          <w:szCs w:val="24"/>
        </w:rPr>
        <w:object w:dxaOrig="1320" w:dyaOrig="320" w14:anchorId="2CBF8020">
          <v:shape id="_x0000_i3399" type="#_x0000_t75" style="width:66pt;height:16.2pt" o:ole="">
            <v:imagedata r:id="rId3113" o:title=""/>
          </v:shape>
          <o:OLEObject Type="Embed" ProgID="Equation.DSMT4" ShapeID="_x0000_i3399" DrawAspect="Content" ObjectID="_1699836683" r:id="rId3114"/>
        </w:object>
      </w:r>
      <w:r w:rsidRPr="00B13C4C">
        <w:rPr>
          <w:rFonts w:ascii="Times New Roman" w:hAnsi="Times New Roman" w:cs="Times New Roman"/>
          <w:sz w:val="24"/>
          <w:szCs w:val="24"/>
        </w:rPr>
        <w:t xml:space="preserve"> để hệ đã cho có nghiệm.</w:t>
      </w:r>
    </w:p>
    <w:p w14:paraId="62CF222D"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21.</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22.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300" w:dyaOrig="279" w14:anchorId="49A3040C">
          <v:shape id="_x0000_i3400" type="#_x0000_t75" style="width:15pt;height:13.8pt" o:ole="">
            <v:imagedata r:id="rId3115" o:title=""/>
          </v:shape>
          <o:OLEObject Type="Embed" ProgID="Equation.DSMT4" ShapeID="_x0000_i3400" DrawAspect="Content" ObjectID="_1699836684" r:id="rId311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20.</w:t>
      </w:r>
    </w:p>
    <w:p w14:paraId="3F5EFB1A" w14:textId="77777777" w:rsidR="00B13C4C" w:rsidRPr="00B13C4C" w:rsidRDefault="00B13C4C" w:rsidP="00B34D5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phương trình </w:t>
      </w:r>
      <w:r w:rsidRPr="00B13C4C">
        <w:rPr>
          <w:rFonts w:ascii="Times New Roman" w:hAnsi="Times New Roman" w:cs="Times New Roman"/>
          <w:position w:val="-10"/>
          <w:sz w:val="24"/>
          <w:szCs w:val="24"/>
        </w:rPr>
        <w:object w:dxaOrig="1100" w:dyaOrig="320" w14:anchorId="0DDF1196">
          <v:shape id="_x0000_i3401" type="#_x0000_t75" style="width:55.2pt;height:16.2pt" o:ole="">
            <v:imagedata r:id="rId3117" o:title=""/>
          </v:shape>
          <o:OLEObject Type="Embed" ProgID="Equation.DSMT4" ShapeID="_x0000_i3401" DrawAspect="Content" ObjectID="_1699836685" r:id="rId3118"/>
        </w:object>
      </w:r>
      <w:r w:rsidRPr="00B13C4C">
        <w:rPr>
          <w:rFonts w:ascii="Times New Roman" w:hAnsi="Times New Roman" w:cs="Times New Roman"/>
          <w:sz w:val="24"/>
          <w:szCs w:val="24"/>
        </w:rPr>
        <w:t>. Tính tổng tất cả các nghiệm của phương trình.</w:t>
      </w:r>
    </w:p>
    <w:p w14:paraId="39D3FDB8"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320" w:dyaOrig="279" w14:anchorId="41B25712">
          <v:shape id="_x0000_i3402" type="#_x0000_t75" style="width:16.2pt;height:13.8pt" o:ole="">
            <v:imagedata r:id="rId3119" o:title=""/>
          </v:shape>
          <o:OLEObject Type="Embed" ProgID="Equation.DSMT4" ShapeID="_x0000_i3402" DrawAspect="Content" ObjectID="_1699836686" r:id="rId312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6.</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400" w:dyaOrig="620" w14:anchorId="71C3347D">
          <v:shape id="_x0000_i3403" type="#_x0000_t75" style="width:19.8pt;height:31.2pt" o:ole="">
            <v:imagedata r:id="rId3121" o:title=""/>
          </v:shape>
          <o:OLEObject Type="Embed" ProgID="Equation.DSMT4" ShapeID="_x0000_i3403" DrawAspect="Content" ObjectID="_1699836687" r:id="rId312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400" w:dyaOrig="620" w14:anchorId="68C18F47">
          <v:shape id="_x0000_i3404" type="#_x0000_t75" style="width:19.8pt;height:31.2pt" o:ole="">
            <v:imagedata r:id="rId3123" o:title=""/>
          </v:shape>
          <o:OLEObject Type="Embed" ProgID="Equation.DSMT4" ShapeID="_x0000_i3404" DrawAspect="Content" ObjectID="_1699836688" r:id="rId3124"/>
        </w:object>
      </w:r>
      <w:r w:rsidRPr="00B13C4C">
        <w:rPr>
          <w:rFonts w:ascii="Times New Roman" w:hAnsi="Times New Roman" w:cs="Times New Roman"/>
          <w:sz w:val="24"/>
          <w:szCs w:val="24"/>
        </w:rPr>
        <w:t>.</w:t>
      </w:r>
    </w:p>
    <w:p w14:paraId="14B95D8E" w14:textId="77777777" w:rsidR="00B13C4C" w:rsidRPr="00B13C4C" w:rsidRDefault="00B13C4C" w:rsidP="00B34D5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toạ độ </w:t>
      </w:r>
      <w:r w:rsidRPr="00B13C4C">
        <w:rPr>
          <w:rFonts w:ascii="Times New Roman" w:hAnsi="Times New Roman" w:cs="Times New Roman"/>
          <w:position w:val="-10"/>
          <w:sz w:val="24"/>
          <w:szCs w:val="24"/>
        </w:rPr>
        <w:object w:dxaOrig="460" w:dyaOrig="320" w14:anchorId="64A277F9">
          <v:shape id="_x0000_i3405" type="#_x0000_t75" style="width:22.8pt;height:16.2pt" o:ole="">
            <v:imagedata r:id="rId3125" o:title=""/>
          </v:shape>
          <o:OLEObject Type="Embed" ProgID="Equation.DSMT4" ShapeID="_x0000_i3405" DrawAspect="Content" ObjectID="_1699836689" r:id="rId3126"/>
        </w:object>
      </w:r>
      <w:r w:rsidRPr="00B13C4C">
        <w:rPr>
          <w:rFonts w:ascii="Times New Roman" w:hAnsi="Times New Roman" w:cs="Times New Roman"/>
          <w:sz w:val="24"/>
          <w:szCs w:val="24"/>
        </w:rPr>
        <w:t xml:space="preserve">, cho hai điểm </w:t>
      </w:r>
      <w:r w:rsidRPr="00B13C4C">
        <w:rPr>
          <w:rFonts w:ascii="Times New Roman" w:hAnsi="Times New Roman" w:cs="Times New Roman"/>
          <w:position w:val="-10"/>
          <w:sz w:val="24"/>
          <w:szCs w:val="24"/>
        </w:rPr>
        <w:object w:dxaOrig="1500" w:dyaOrig="320" w14:anchorId="47E17BD9">
          <v:shape id="_x0000_i3406" type="#_x0000_t75" style="width:75pt;height:16.2pt" o:ole="">
            <v:imagedata r:id="rId3127" o:title=""/>
          </v:shape>
          <o:OLEObject Type="Embed" ProgID="Equation.DSMT4" ShapeID="_x0000_i3406" DrawAspect="Content" ObjectID="_1699836690" r:id="rId3128"/>
        </w:object>
      </w:r>
      <w:r w:rsidRPr="00B13C4C">
        <w:rPr>
          <w:rFonts w:ascii="Times New Roman" w:hAnsi="Times New Roman" w:cs="Times New Roman"/>
          <w:sz w:val="24"/>
          <w:szCs w:val="24"/>
        </w:rPr>
        <w:t xml:space="preserve">. Toạ độ trung điểm </w:t>
      </w:r>
      <w:r w:rsidRPr="00B13C4C">
        <w:rPr>
          <w:rFonts w:ascii="Times New Roman" w:hAnsi="Times New Roman" w:cs="Times New Roman"/>
          <w:position w:val="-4"/>
          <w:sz w:val="24"/>
          <w:szCs w:val="24"/>
        </w:rPr>
        <w:object w:dxaOrig="200" w:dyaOrig="260" w14:anchorId="30591F5B">
          <v:shape id="_x0000_i3407" type="#_x0000_t75" style="width:10.2pt;height:13.2pt" o:ole="">
            <v:imagedata r:id="rId3129" o:title=""/>
          </v:shape>
          <o:OLEObject Type="Embed" ProgID="Equation.DSMT4" ShapeID="_x0000_i3407" DrawAspect="Content" ObjectID="_1699836691" r:id="rId3130"/>
        </w:object>
      </w:r>
      <w:r w:rsidRPr="00B13C4C">
        <w:rPr>
          <w:rFonts w:ascii="Times New Roman" w:hAnsi="Times New Roman" w:cs="Times New Roman"/>
          <w:sz w:val="24"/>
          <w:szCs w:val="24"/>
        </w:rPr>
        <w:t xml:space="preserve"> của đoạn thẳng </w:t>
      </w:r>
      <w:r w:rsidRPr="00B13C4C">
        <w:rPr>
          <w:rFonts w:ascii="Times New Roman" w:hAnsi="Times New Roman" w:cs="Times New Roman"/>
          <w:position w:val="-4"/>
          <w:sz w:val="24"/>
          <w:szCs w:val="24"/>
        </w:rPr>
        <w:object w:dxaOrig="400" w:dyaOrig="260" w14:anchorId="6614B2A2">
          <v:shape id="_x0000_i3408" type="#_x0000_t75" style="width:19.8pt;height:13.2pt" o:ole="">
            <v:imagedata r:id="rId3131" o:title=""/>
          </v:shape>
          <o:OLEObject Type="Embed" ProgID="Equation.DSMT4" ShapeID="_x0000_i3408" DrawAspect="Content" ObjectID="_1699836692" r:id="rId3132"/>
        </w:object>
      </w:r>
      <w:r w:rsidRPr="00B13C4C">
        <w:rPr>
          <w:rFonts w:ascii="Times New Roman" w:hAnsi="Times New Roman" w:cs="Times New Roman"/>
          <w:sz w:val="24"/>
          <w:szCs w:val="24"/>
        </w:rPr>
        <w:t xml:space="preserve"> là:</w:t>
      </w:r>
    </w:p>
    <w:p w14:paraId="2646BEAB"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780" w:dyaOrig="320" w14:anchorId="4315E31E">
          <v:shape id="_x0000_i3409" type="#_x0000_t75" style="width:39pt;height:16.2pt" o:ole="">
            <v:imagedata r:id="rId3133" o:title=""/>
          </v:shape>
          <o:OLEObject Type="Embed" ProgID="Equation.DSMT4" ShapeID="_x0000_i3409" DrawAspect="Content" ObjectID="_1699836693" r:id="rId313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639" w:dyaOrig="320" w14:anchorId="39B6CFD0">
          <v:shape id="_x0000_i3410" type="#_x0000_t75" style="width:31.8pt;height:16.2pt" o:ole="">
            <v:imagedata r:id="rId3135" o:title=""/>
          </v:shape>
          <o:OLEObject Type="Embed" ProgID="Equation.DSMT4" ShapeID="_x0000_i3410" DrawAspect="Content" ObjectID="_1699836694" r:id="rId313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920" w:dyaOrig="320" w14:anchorId="354F3734">
          <v:shape id="_x0000_i3411" type="#_x0000_t75" style="width:46.2pt;height:16.2pt" o:ole="">
            <v:imagedata r:id="rId3137" o:title=""/>
          </v:shape>
          <o:OLEObject Type="Embed" ProgID="Equation.DSMT4" ShapeID="_x0000_i3411" DrawAspect="Content" ObjectID="_1699836695" r:id="rId313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800" w:dyaOrig="320" w14:anchorId="3B059B29">
          <v:shape id="_x0000_i3412" type="#_x0000_t75" style="width:40.2pt;height:16.2pt" o:ole="">
            <v:imagedata r:id="rId3139" o:title=""/>
          </v:shape>
          <o:OLEObject Type="Embed" ProgID="Equation.DSMT4" ShapeID="_x0000_i3412" DrawAspect="Content" ObjectID="_1699836696" r:id="rId3140"/>
        </w:object>
      </w:r>
      <w:r w:rsidRPr="00B13C4C">
        <w:rPr>
          <w:rFonts w:ascii="Times New Roman" w:hAnsi="Times New Roman" w:cs="Times New Roman"/>
          <w:sz w:val="24"/>
          <w:szCs w:val="24"/>
        </w:rPr>
        <w:t>.</w:t>
      </w:r>
    </w:p>
    <w:p w14:paraId="030D74CD" w14:textId="77777777" w:rsidR="00B13C4C" w:rsidRPr="00B13C4C" w:rsidRDefault="00B13C4C" w:rsidP="00B34D5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Phương trình </w:t>
      </w:r>
      <w:r w:rsidRPr="00B13C4C">
        <w:rPr>
          <w:rFonts w:ascii="Times New Roman" w:hAnsi="Times New Roman" w:cs="Times New Roman"/>
          <w:position w:val="-6"/>
          <w:sz w:val="24"/>
          <w:szCs w:val="24"/>
        </w:rPr>
        <w:object w:dxaOrig="1480" w:dyaOrig="320" w14:anchorId="611E427E">
          <v:shape id="_x0000_i3413" type="#_x0000_t75" style="width:73.8pt;height:16.2pt" o:ole="">
            <v:imagedata r:id="rId3141" o:title=""/>
          </v:shape>
          <o:OLEObject Type="Embed" ProgID="Equation.DSMT4" ShapeID="_x0000_i3413" DrawAspect="Content" ObjectID="_1699836697" r:id="rId3142"/>
        </w:object>
      </w:r>
      <w:r w:rsidRPr="00B13C4C">
        <w:rPr>
          <w:rFonts w:ascii="Times New Roman" w:hAnsi="Times New Roman" w:cs="Times New Roman"/>
          <w:sz w:val="24"/>
          <w:szCs w:val="24"/>
        </w:rPr>
        <w:t xml:space="preserve"> có số nghiệm là</w:t>
      </w:r>
    </w:p>
    <w:p w14:paraId="3646854F"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3.</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4"/>
          <w:sz w:val="24"/>
          <w:szCs w:val="24"/>
        </w:rPr>
        <w:object w:dxaOrig="139" w:dyaOrig="260" w14:anchorId="60E9CA5E">
          <v:shape id="_x0000_i3414" type="#_x0000_t75" style="width:7.2pt;height:13.2pt" o:ole="">
            <v:imagedata r:id="rId3143" o:title=""/>
          </v:shape>
          <o:OLEObject Type="Embed" ProgID="Equation.DSMT4" ShapeID="_x0000_i3414" DrawAspect="Content" ObjectID="_1699836698" r:id="rId314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0.</w:t>
      </w:r>
    </w:p>
    <w:p w14:paraId="4A750151" w14:textId="77777777" w:rsidR="00B13C4C" w:rsidRPr="00B13C4C" w:rsidRDefault="00B13C4C" w:rsidP="00B34D5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Trên đường thẳng cho điểm </w:t>
      </w:r>
      <w:r w:rsidRPr="00B13C4C">
        <w:rPr>
          <w:rFonts w:ascii="Times New Roman" w:hAnsi="Times New Roman" w:cs="Times New Roman"/>
          <w:position w:val="-4"/>
          <w:sz w:val="24"/>
          <w:szCs w:val="24"/>
        </w:rPr>
        <w:object w:dxaOrig="240" w:dyaOrig="260" w14:anchorId="040555E3">
          <v:shape id="_x0000_i3415" type="#_x0000_t75" style="width:12pt;height:13.2pt" o:ole="">
            <v:imagedata r:id="rId3145" o:title=""/>
          </v:shape>
          <o:OLEObject Type="Embed" ProgID="Equation.DSMT4" ShapeID="_x0000_i3415" DrawAspect="Content" ObjectID="_1699836699" r:id="rId3146"/>
        </w:object>
      </w:r>
      <w:r w:rsidRPr="00B13C4C">
        <w:rPr>
          <w:rFonts w:ascii="Times New Roman" w:hAnsi="Times New Roman" w:cs="Times New Roman"/>
          <w:sz w:val="24"/>
          <w:szCs w:val="24"/>
        </w:rPr>
        <w:t xml:space="preserve"> nằm giữa hai điểm </w:t>
      </w:r>
      <w:r w:rsidRPr="00B13C4C">
        <w:rPr>
          <w:rFonts w:ascii="Times New Roman" w:hAnsi="Times New Roman" w:cs="Times New Roman"/>
          <w:position w:val="-4"/>
          <w:sz w:val="24"/>
          <w:szCs w:val="24"/>
        </w:rPr>
        <w:object w:dxaOrig="240" w:dyaOrig="260" w14:anchorId="5BBCA1DB">
          <v:shape id="_x0000_i3416" type="#_x0000_t75" style="width:12pt;height:13.2pt" o:ole="">
            <v:imagedata r:id="rId3147" o:title=""/>
          </v:shape>
          <o:OLEObject Type="Embed" ProgID="Equation.DSMT4" ShapeID="_x0000_i3416" DrawAspect="Content" ObjectID="_1699836700" r:id="rId3148"/>
        </w:object>
      </w:r>
      <w:r w:rsidRPr="00B13C4C">
        <w:rPr>
          <w:rFonts w:ascii="Times New Roman" w:hAnsi="Times New Roman" w:cs="Times New Roman"/>
          <w:sz w:val="24"/>
          <w:szCs w:val="24"/>
        </w:rPr>
        <w:t xml:space="preserve"> và </w:t>
      </w:r>
      <w:r w:rsidRPr="00B13C4C">
        <w:rPr>
          <w:rFonts w:ascii="Times New Roman" w:hAnsi="Times New Roman" w:cs="Times New Roman"/>
          <w:position w:val="-6"/>
          <w:sz w:val="24"/>
          <w:szCs w:val="24"/>
        </w:rPr>
        <w:object w:dxaOrig="240" w:dyaOrig="279" w14:anchorId="6E9A37D5">
          <v:shape id="_x0000_i3417" type="#_x0000_t75" style="width:12pt;height:13.8pt" o:ole="">
            <v:imagedata r:id="rId3149" o:title=""/>
          </v:shape>
          <o:OLEObject Type="Embed" ProgID="Equation.DSMT4" ShapeID="_x0000_i3417" DrawAspect="Content" ObjectID="_1699836701" r:id="rId3150"/>
        </w:object>
      </w:r>
      <w:r w:rsidRPr="00B13C4C">
        <w:rPr>
          <w:rFonts w:ascii="Times New Roman" w:hAnsi="Times New Roman" w:cs="Times New Roman"/>
          <w:sz w:val="24"/>
          <w:szCs w:val="24"/>
        </w:rPr>
        <w:t xml:space="preserve">, với </w:t>
      </w:r>
      <w:r w:rsidRPr="00B13C4C">
        <w:rPr>
          <w:rFonts w:ascii="Times New Roman" w:hAnsi="Times New Roman" w:cs="Times New Roman"/>
          <w:position w:val="-10"/>
          <w:sz w:val="24"/>
          <w:szCs w:val="24"/>
        </w:rPr>
        <w:object w:dxaOrig="1800" w:dyaOrig="320" w14:anchorId="2D5CC816">
          <v:shape id="_x0000_i3418" type="#_x0000_t75" style="width:90pt;height:16.2pt" o:ole="">
            <v:imagedata r:id="rId3151" o:title=""/>
          </v:shape>
          <o:OLEObject Type="Embed" ProgID="Equation.DSMT4" ShapeID="_x0000_i3418" DrawAspect="Content" ObjectID="_1699836702" r:id="rId3152"/>
        </w:object>
      </w:r>
      <w:r w:rsidRPr="00B13C4C">
        <w:rPr>
          <w:rFonts w:ascii="Times New Roman" w:hAnsi="Times New Roman" w:cs="Times New Roman"/>
          <w:sz w:val="24"/>
          <w:szCs w:val="24"/>
        </w:rPr>
        <w:t>. Đẳng thức nào sau đây đúng?</w:t>
      </w:r>
    </w:p>
    <w:p w14:paraId="05C05433"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960" w:dyaOrig="340" w14:anchorId="5B74C86F">
          <v:shape id="_x0000_i3419" type="#_x0000_t75" style="width:48pt;height:16.8pt" o:ole="">
            <v:imagedata r:id="rId3153" o:title=""/>
          </v:shape>
          <o:OLEObject Type="Embed" ProgID="Equation.DSMT4" ShapeID="_x0000_i3419" DrawAspect="Content" ObjectID="_1699836703" r:id="rId315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1200" w:dyaOrig="340" w14:anchorId="2A3A3F5D">
          <v:shape id="_x0000_i3420" type="#_x0000_t75" style="width:60pt;height:16.8pt" o:ole="">
            <v:imagedata r:id="rId3155" o:title=""/>
          </v:shape>
          <o:OLEObject Type="Embed" ProgID="Equation.DSMT4" ShapeID="_x0000_i3420" DrawAspect="Content" ObjectID="_1699836704" r:id="rId315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1219" w:dyaOrig="340" w14:anchorId="179DA1FD">
          <v:shape id="_x0000_i3421" type="#_x0000_t75" style="width:61.2pt;height:16.8pt" o:ole="">
            <v:imagedata r:id="rId3157" o:title=""/>
          </v:shape>
          <o:OLEObject Type="Embed" ProgID="Equation.DSMT4" ShapeID="_x0000_i3421" DrawAspect="Content" ObjectID="_1699836705" r:id="rId315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1080" w:dyaOrig="340" w14:anchorId="155C1A2A">
          <v:shape id="_x0000_i3422" type="#_x0000_t75" style="width:54pt;height:16.8pt" o:ole="">
            <v:imagedata r:id="rId3159" o:title=""/>
          </v:shape>
          <o:OLEObject Type="Embed" ProgID="Equation.DSMT4" ShapeID="_x0000_i3422" DrawAspect="Content" ObjectID="_1699836706" r:id="rId3160"/>
        </w:object>
      </w:r>
      <w:r w:rsidRPr="00B13C4C">
        <w:rPr>
          <w:rFonts w:ascii="Times New Roman" w:hAnsi="Times New Roman" w:cs="Times New Roman"/>
          <w:sz w:val="24"/>
          <w:szCs w:val="24"/>
        </w:rPr>
        <w:t>.</w:t>
      </w:r>
    </w:p>
    <w:p w14:paraId="3E6ADEDA" w14:textId="77777777" w:rsidR="00B13C4C" w:rsidRPr="00B13C4C" w:rsidRDefault="00B13C4C" w:rsidP="00B34D5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Tìm mệnh đề đúng trong các mệnh đề sau</w:t>
      </w:r>
    </w:p>
    <w:p w14:paraId="24F41F1F"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2040" w:dyaOrig="279" w14:anchorId="09647A07">
          <v:shape id="_x0000_i3423" type="#_x0000_t75" style="width:102pt;height:13.8pt" o:ole="">
            <v:imagedata r:id="rId3161" o:title=""/>
          </v:shape>
          <o:OLEObject Type="Embed" ProgID="Equation.DSMT4" ShapeID="_x0000_i3423" DrawAspect="Content" ObjectID="_1699836707" r:id="rId316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30"/>
          <w:sz w:val="24"/>
          <w:szCs w:val="24"/>
        </w:rPr>
        <w:object w:dxaOrig="1760" w:dyaOrig="720" w14:anchorId="6EAA1DEE">
          <v:shape id="_x0000_i3424" type="#_x0000_t75" style="width:88.2pt;height:36pt" o:ole="">
            <v:imagedata r:id="rId3163" o:title=""/>
          </v:shape>
          <o:OLEObject Type="Embed" ProgID="Equation.DSMT4" ShapeID="_x0000_i3424" DrawAspect="Content" ObjectID="_1699836708" r:id="rId3164"/>
        </w:object>
      </w:r>
      <w:r w:rsidRPr="00B13C4C">
        <w:rPr>
          <w:rFonts w:ascii="Times New Roman" w:hAnsi="Times New Roman" w:cs="Times New Roman"/>
          <w:sz w:val="24"/>
          <w:szCs w:val="24"/>
        </w:rPr>
        <w:t>.</w:t>
      </w:r>
    </w:p>
    <w:p w14:paraId="445ABE81"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1460" w:dyaOrig="620" w14:anchorId="0F4B26EE">
          <v:shape id="_x0000_i3425" type="#_x0000_t75" style="width:73.2pt;height:31.2pt" o:ole="">
            <v:imagedata r:id="rId3165" o:title=""/>
          </v:shape>
          <o:OLEObject Type="Embed" ProgID="Equation.DSMT4" ShapeID="_x0000_i3425" DrawAspect="Content" ObjectID="_1699836709" r:id="rId316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1579" w:dyaOrig="279" w14:anchorId="5121287D">
          <v:shape id="_x0000_i3426" type="#_x0000_t75" style="width:79.2pt;height:13.8pt" o:ole="">
            <v:imagedata r:id="rId3167" o:title=""/>
          </v:shape>
          <o:OLEObject Type="Embed" ProgID="Equation.DSMT4" ShapeID="_x0000_i3426" DrawAspect="Content" ObjectID="_1699836710" r:id="rId3168"/>
        </w:object>
      </w:r>
      <w:r w:rsidRPr="00B13C4C">
        <w:rPr>
          <w:rFonts w:ascii="Times New Roman" w:hAnsi="Times New Roman" w:cs="Times New Roman"/>
          <w:sz w:val="24"/>
          <w:szCs w:val="24"/>
        </w:rPr>
        <w:t>.</w:t>
      </w:r>
    </w:p>
    <w:p w14:paraId="684B3753" w14:textId="77777777" w:rsidR="00B13C4C" w:rsidRPr="00B13C4C" w:rsidRDefault="00B13C4C" w:rsidP="00B34D5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phương trình </w:t>
      </w:r>
      <w:r w:rsidRPr="00B13C4C">
        <w:rPr>
          <w:rFonts w:ascii="Times New Roman" w:hAnsi="Times New Roman" w:cs="Times New Roman"/>
          <w:position w:val="-6"/>
          <w:sz w:val="24"/>
          <w:szCs w:val="24"/>
        </w:rPr>
        <w:object w:dxaOrig="999" w:dyaOrig="279" w14:anchorId="001B2DD0">
          <v:shape id="_x0000_i3427" type="#_x0000_t75" style="width:49.8pt;height:13.8pt" o:ole="">
            <v:imagedata r:id="rId3169" o:title=""/>
          </v:shape>
          <o:OLEObject Type="Embed" ProgID="Equation.DSMT4" ShapeID="_x0000_i3427" DrawAspect="Content" ObjectID="_1699836711" r:id="rId3170"/>
        </w:object>
      </w:r>
      <w:r w:rsidRPr="00B13C4C">
        <w:rPr>
          <w:rFonts w:ascii="Times New Roman" w:hAnsi="Times New Roman" w:cs="Times New Roman"/>
          <w:sz w:val="24"/>
          <w:szCs w:val="24"/>
        </w:rPr>
        <w:t>. Chọn mệnh đề sai:</w:t>
      </w:r>
    </w:p>
    <w:p w14:paraId="28964A8A"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 xml:space="preserve">Phương trình luôn có nghiệm khi và chỉ khi </w:t>
      </w:r>
      <w:r w:rsidRPr="00B13C4C">
        <w:rPr>
          <w:rFonts w:ascii="Times New Roman" w:hAnsi="Times New Roman" w:cs="Times New Roman"/>
          <w:position w:val="-30"/>
          <w:sz w:val="24"/>
          <w:szCs w:val="24"/>
        </w:rPr>
        <w:object w:dxaOrig="680" w:dyaOrig="720" w14:anchorId="2DB93558">
          <v:shape id="_x0000_i3428" type="#_x0000_t75" style="width:34.2pt;height:36pt" o:ole="">
            <v:imagedata r:id="rId3171" o:title=""/>
          </v:shape>
          <o:OLEObject Type="Embed" ProgID="Equation.DSMT4" ShapeID="_x0000_i3428" DrawAspect="Content" ObjectID="_1699836712" r:id="rId3172"/>
        </w:object>
      </w:r>
      <w:r w:rsidRPr="00B13C4C">
        <w:rPr>
          <w:rFonts w:ascii="Times New Roman" w:hAnsi="Times New Roman" w:cs="Times New Roman"/>
          <w:sz w:val="24"/>
          <w:szCs w:val="24"/>
        </w:rPr>
        <w:t>.</w:t>
      </w:r>
    </w:p>
    <w:p w14:paraId="28B64C60"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 xml:space="preserve">Phương trình có vô số nghiệm khi và chỉ khi </w:t>
      </w:r>
      <w:r w:rsidRPr="00B13C4C">
        <w:rPr>
          <w:rFonts w:ascii="Times New Roman" w:hAnsi="Times New Roman" w:cs="Times New Roman"/>
          <w:position w:val="-6"/>
          <w:sz w:val="24"/>
          <w:szCs w:val="24"/>
        </w:rPr>
        <w:object w:dxaOrig="920" w:dyaOrig="279" w14:anchorId="35402DF6">
          <v:shape id="_x0000_i3429" type="#_x0000_t75" style="width:46.2pt;height:13.8pt" o:ole="">
            <v:imagedata r:id="rId3173" o:title=""/>
          </v:shape>
          <o:OLEObject Type="Embed" ProgID="Equation.DSMT4" ShapeID="_x0000_i3429" DrawAspect="Content" ObjectID="_1699836713" r:id="rId3174"/>
        </w:object>
      </w:r>
      <w:r w:rsidRPr="00B13C4C">
        <w:rPr>
          <w:rFonts w:ascii="Times New Roman" w:hAnsi="Times New Roman" w:cs="Times New Roman"/>
          <w:sz w:val="24"/>
          <w:szCs w:val="24"/>
        </w:rPr>
        <w:t>.</w:t>
      </w:r>
    </w:p>
    <w:p w14:paraId="749CDA36"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 xml:space="preserve">Phương trình vô nghiệm khi và chỉ khi </w:t>
      </w:r>
      <w:r w:rsidRPr="00B13C4C">
        <w:rPr>
          <w:rFonts w:ascii="Times New Roman" w:hAnsi="Times New Roman" w:cs="Times New Roman"/>
          <w:position w:val="-30"/>
          <w:sz w:val="24"/>
          <w:szCs w:val="24"/>
        </w:rPr>
        <w:object w:dxaOrig="680" w:dyaOrig="720" w14:anchorId="7A30190B">
          <v:shape id="_x0000_i3430" type="#_x0000_t75" style="width:34.2pt;height:36pt" o:ole="">
            <v:imagedata r:id="rId3175" o:title=""/>
          </v:shape>
          <o:OLEObject Type="Embed" ProgID="Equation.DSMT4" ShapeID="_x0000_i3430" DrawAspect="Content" ObjectID="_1699836714" r:id="rId3176"/>
        </w:object>
      </w:r>
      <w:r w:rsidRPr="00B13C4C">
        <w:rPr>
          <w:rFonts w:ascii="Times New Roman" w:hAnsi="Times New Roman" w:cs="Times New Roman"/>
          <w:sz w:val="24"/>
          <w:szCs w:val="24"/>
        </w:rPr>
        <w:t>.</w:t>
      </w:r>
    </w:p>
    <w:p w14:paraId="406C3391"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 xml:space="preserve">Phương trình có nghiệm duy nhất khi và chỉ khi </w:t>
      </w:r>
      <w:r w:rsidRPr="00B13C4C">
        <w:rPr>
          <w:rFonts w:ascii="Times New Roman" w:hAnsi="Times New Roman" w:cs="Times New Roman"/>
          <w:position w:val="-6"/>
          <w:sz w:val="24"/>
          <w:szCs w:val="24"/>
        </w:rPr>
        <w:object w:dxaOrig="560" w:dyaOrig="279" w14:anchorId="223DC3AB">
          <v:shape id="_x0000_i3431" type="#_x0000_t75" style="width:28.2pt;height:13.8pt" o:ole="">
            <v:imagedata r:id="rId3177" o:title=""/>
          </v:shape>
          <o:OLEObject Type="Embed" ProgID="Equation.DSMT4" ShapeID="_x0000_i3431" DrawAspect="Content" ObjectID="_1699836715" r:id="rId3178"/>
        </w:object>
      </w:r>
      <w:r w:rsidRPr="00B13C4C">
        <w:rPr>
          <w:rFonts w:ascii="Times New Roman" w:hAnsi="Times New Roman" w:cs="Times New Roman"/>
          <w:sz w:val="24"/>
          <w:szCs w:val="24"/>
        </w:rPr>
        <w:t>.</w:t>
      </w:r>
    </w:p>
    <w:p w14:paraId="12031586" w14:textId="77777777" w:rsidR="00B13C4C" w:rsidRPr="00B13C4C" w:rsidRDefault="00B13C4C" w:rsidP="00B34D5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hệ tọa độ </w:t>
      </w:r>
      <w:r w:rsidRPr="00B13C4C">
        <w:rPr>
          <w:rFonts w:ascii="Times New Roman" w:hAnsi="Times New Roman" w:cs="Times New Roman"/>
          <w:position w:val="-10"/>
          <w:sz w:val="24"/>
          <w:szCs w:val="24"/>
        </w:rPr>
        <w:object w:dxaOrig="460" w:dyaOrig="320" w14:anchorId="36883696">
          <v:shape id="_x0000_i3432" type="#_x0000_t75" style="width:22.8pt;height:16.2pt" o:ole="">
            <v:imagedata r:id="rId3179" o:title=""/>
          </v:shape>
          <o:OLEObject Type="Embed" ProgID="Equation.DSMT4" ShapeID="_x0000_i3432" DrawAspect="Content" ObjectID="_1699836716" r:id="rId3180"/>
        </w:object>
      </w:r>
      <w:r w:rsidRPr="00B13C4C">
        <w:rPr>
          <w:rFonts w:ascii="Times New Roman" w:hAnsi="Times New Roman" w:cs="Times New Roman"/>
          <w:sz w:val="24"/>
          <w:szCs w:val="24"/>
        </w:rPr>
        <w:t xml:space="preserve"> cho ba điểm </w:t>
      </w:r>
      <w:r w:rsidRPr="00B13C4C">
        <w:rPr>
          <w:rFonts w:ascii="Times New Roman" w:hAnsi="Times New Roman" w:cs="Times New Roman"/>
          <w:position w:val="-10"/>
          <w:sz w:val="24"/>
          <w:szCs w:val="24"/>
        </w:rPr>
        <w:object w:dxaOrig="1540" w:dyaOrig="320" w14:anchorId="22A2EC90">
          <v:shape id="_x0000_i3433" type="#_x0000_t75" style="width:76.8pt;height:16.2pt" o:ole="">
            <v:imagedata r:id="rId3181" o:title=""/>
          </v:shape>
          <o:OLEObject Type="Embed" ProgID="Equation.DSMT4" ShapeID="_x0000_i3433" DrawAspect="Content" ObjectID="_1699836717" r:id="rId3182"/>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859" w:dyaOrig="320" w14:anchorId="5F5A2282">
          <v:shape id="_x0000_i3434" type="#_x0000_t75" style="width:43.2pt;height:16.2pt" o:ole="">
            <v:imagedata r:id="rId3183" o:title=""/>
          </v:shape>
          <o:OLEObject Type="Embed" ProgID="Equation.DSMT4" ShapeID="_x0000_i3434" DrawAspect="Content" ObjectID="_1699836718" r:id="rId3184"/>
        </w:object>
      </w:r>
      <w:r w:rsidRPr="00B13C4C">
        <w:rPr>
          <w:rFonts w:ascii="Times New Roman" w:hAnsi="Times New Roman" w:cs="Times New Roman"/>
          <w:sz w:val="24"/>
          <w:szCs w:val="24"/>
        </w:rPr>
        <w:t xml:space="preserve">. Điểm </w:t>
      </w:r>
      <w:r w:rsidRPr="00B13C4C">
        <w:rPr>
          <w:rFonts w:ascii="Times New Roman" w:hAnsi="Times New Roman" w:cs="Times New Roman"/>
          <w:position w:val="-4"/>
          <w:sz w:val="24"/>
          <w:szCs w:val="24"/>
        </w:rPr>
        <w:object w:dxaOrig="320" w:dyaOrig="260" w14:anchorId="1FEAB909">
          <v:shape id="_x0000_i3435" type="#_x0000_t75" style="width:16.2pt;height:13.2pt" o:ole="">
            <v:imagedata r:id="rId3185" o:title=""/>
          </v:shape>
          <o:OLEObject Type="Embed" ProgID="Equation.DSMT4" ShapeID="_x0000_i3435" DrawAspect="Content" ObjectID="_1699836719" r:id="rId3186"/>
        </w:object>
      </w:r>
      <w:r w:rsidRPr="00B13C4C">
        <w:rPr>
          <w:rFonts w:ascii="Times New Roman" w:hAnsi="Times New Roman" w:cs="Times New Roman"/>
          <w:sz w:val="24"/>
          <w:szCs w:val="24"/>
        </w:rPr>
        <w:t xml:space="preserve"> di chuyển trên trục </w:t>
      </w:r>
      <w:r w:rsidRPr="00B13C4C">
        <w:rPr>
          <w:rFonts w:ascii="Times New Roman" w:hAnsi="Times New Roman" w:cs="Times New Roman"/>
          <w:position w:val="-6"/>
          <w:sz w:val="24"/>
          <w:szCs w:val="24"/>
        </w:rPr>
        <w:object w:dxaOrig="360" w:dyaOrig="279" w14:anchorId="0AC93FA7">
          <v:shape id="_x0000_i3436" type="#_x0000_t75" style="width:18pt;height:13.8pt" o:ole="">
            <v:imagedata r:id="rId3187" o:title=""/>
          </v:shape>
          <o:OLEObject Type="Embed" ProgID="Equation.DSMT4" ShapeID="_x0000_i3436" DrawAspect="Content" ObjectID="_1699836720" r:id="rId3188"/>
        </w:object>
      </w:r>
      <w:r w:rsidRPr="00B13C4C">
        <w:rPr>
          <w:rFonts w:ascii="Times New Roman" w:hAnsi="Times New Roman" w:cs="Times New Roman"/>
          <w:sz w:val="24"/>
          <w:szCs w:val="24"/>
        </w:rPr>
        <w:t xml:space="preserve">. Đặt </w:t>
      </w:r>
      <w:r w:rsidRPr="00B13C4C">
        <w:rPr>
          <w:rFonts w:ascii="Times New Roman" w:hAnsi="Times New Roman" w:cs="Times New Roman"/>
          <w:position w:val="-10"/>
          <w:sz w:val="24"/>
          <w:szCs w:val="24"/>
        </w:rPr>
        <w:object w:dxaOrig="3320" w:dyaOrig="380" w14:anchorId="659B91AD">
          <v:shape id="_x0000_i3437" type="#_x0000_t75" style="width:166.2pt;height:19.2pt" o:ole="">
            <v:imagedata r:id="rId3189" o:title=""/>
          </v:shape>
          <o:OLEObject Type="Embed" ProgID="Equation.DSMT4" ShapeID="_x0000_i3437" DrawAspect="Content" ObjectID="_1699836721" r:id="rId3190"/>
        </w:object>
      </w:r>
      <w:r w:rsidRPr="00B13C4C">
        <w:rPr>
          <w:rFonts w:ascii="Times New Roman" w:hAnsi="Times New Roman" w:cs="Times New Roman"/>
          <w:sz w:val="24"/>
          <w:szCs w:val="24"/>
        </w:rPr>
        <w:t xml:space="preserve">. Biết giá trị nhỏ nhất của </w:t>
      </w:r>
      <w:r w:rsidRPr="00B13C4C">
        <w:rPr>
          <w:rFonts w:ascii="Times New Roman" w:hAnsi="Times New Roman" w:cs="Times New Roman"/>
          <w:position w:val="-10"/>
          <w:sz w:val="24"/>
          <w:szCs w:val="24"/>
        </w:rPr>
        <w:object w:dxaOrig="240" w:dyaOrig="320" w14:anchorId="1C3099E7">
          <v:shape id="_x0000_i3438" type="#_x0000_t75" style="width:12pt;height:16.2pt" o:ole="">
            <v:imagedata r:id="rId3191" o:title=""/>
          </v:shape>
          <o:OLEObject Type="Embed" ProgID="Equation.DSMT4" ShapeID="_x0000_i3438" DrawAspect="Content" ObjectID="_1699836722" r:id="rId3192"/>
        </w:object>
      </w:r>
      <w:r w:rsidRPr="00B13C4C">
        <w:rPr>
          <w:rFonts w:ascii="Times New Roman" w:hAnsi="Times New Roman" w:cs="Times New Roman"/>
          <w:sz w:val="24"/>
          <w:szCs w:val="24"/>
        </w:rPr>
        <w:t xml:space="preserve"> có dạng </w:t>
      </w:r>
      <w:r w:rsidRPr="00B13C4C">
        <w:rPr>
          <w:rFonts w:ascii="Times New Roman" w:hAnsi="Times New Roman" w:cs="Times New Roman"/>
          <w:position w:val="-8"/>
          <w:sz w:val="24"/>
          <w:szCs w:val="24"/>
        </w:rPr>
        <w:object w:dxaOrig="499" w:dyaOrig="360" w14:anchorId="0F8CF6A8">
          <v:shape id="_x0000_i3439" type="#_x0000_t75" style="width:25.2pt;height:18pt" o:ole="">
            <v:imagedata r:id="rId3193" o:title=""/>
          </v:shape>
          <o:OLEObject Type="Embed" ProgID="Equation.DSMT4" ShapeID="_x0000_i3439" DrawAspect="Content" ObjectID="_1699836723" r:id="rId3194"/>
        </w:object>
      </w:r>
      <w:r w:rsidRPr="00B13C4C">
        <w:rPr>
          <w:rFonts w:ascii="Times New Roman" w:hAnsi="Times New Roman" w:cs="Times New Roman"/>
          <w:sz w:val="24"/>
          <w:szCs w:val="24"/>
        </w:rPr>
        <w:t xml:space="preserve"> trong đó </w:t>
      </w:r>
      <w:r w:rsidRPr="00B13C4C">
        <w:rPr>
          <w:rFonts w:ascii="Times New Roman" w:hAnsi="Times New Roman" w:cs="Times New Roman"/>
          <w:position w:val="-10"/>
          <w:sz w:val="24"/>
          <w:szCs w:val="24"/>
        </w:rPr>
        <w:object w:dxaOrig="400" w:dyaOrig="320" w14:anchorId="2DDF464D">
          <v:shape id="_x0000_i3440" type="#_x0000_t75" style="width:19.8pt;height:16.2pt" o:ole="">
            <v:imagedata r:id="rId3195" o:title=""/>
          </v:shape>
          <o:OLEObject Type="Embed" ProgID="Equation.DSMT4" ShapeID="_x0000_i3440" DrawAspect="Content" ObjectID="_1699836724" r:id="rId3196"/>
        </w:object>
      </w:r>
      <w:r w:rsidRPr="00B13C4C">
        <w:rPr>
          <w:rFonts w:ascii="Times New Roman" w:hAnsi="Times New Roman" w:cs="Times New Roman"/>
          <w:sz w:val="24"/>
          <w:szCs w:val="24"/>
        </w:rPr>
        <w:t xml:space="preserve"> là các số nguyên dương và </w:t>
      </w:r>
      <w:r w:rsidRPr="00B13C4C">
        <w:rPr>
          <w:rFonts w:ascii="Times New Roman" w:hAnsi="Times New Roman" w:cs="Times New Roman"/>
          <w:position w:val="-10"/>
          <w:sz w:val="24"/>
          <w:szCs w:val="24"/>
        </w:rPr>
        <w:object w:dxaOrig="880" w:dyaOrig="320" w14:anchorId="6998C572">
          <v:shape id="_x0000_i3441" type="#_x0000_t75" style="width:43.8pt;height:16.2pt" o:ole="">
            <v:imagedata r:id="rId3197" o:title=""/>
          </v:shape>
          <o:OLEObject Type="Embed" ProgID="Equation.DSMT4" ShapeID="_x0000_i3441" DrawAspect="Content" ObjectID="_1699836725" r:id="rId3198"/>
        </w:object>
      </w:r>
      <w:r w:rsidRPr="00B13C4C">
        <w:rPr>
          <w:rFonts w:ascii="Times New Roman" w:hAnsi="Times New Roman" w:cs="Times New Roman"/>
          <w:sz w:val="24"/>
          <w:szCs w:val="24"/>
        </w:rPr>
        <w:t xml:space="preserve">. Tính </w:t>
      </w:r>
      <w:r w:rsidRPr="00B13C4C">
        <w:rPr>
          <w:rFonts w:ascii="Times New Roman" w:hAnsi="Times New Roman" w:cs="Times New Roman"/>
          <w:position w:val="-6"/>
          <w:sz w:val="24"/>
          <w:szCs w:val="24"/>
        </w:rPr>
        <w:object w:dxaOrig="520" w:dyaOrig="279" w14:anchorId="24DB9F93">
          <v:shape id="_x0000_i3442" type="#_x0000_t75" style="width:25.8pt;height:13.8pt" o:ole="">
            <v:imagedata r:id="rId3199" o:title=""/>
          </v:shape>
          <o:OLEObject Type="Embed" ProgID="Equation.DSMT4" ShapeID="_x0000_i3442" DrawAspect="Content" ObjectID="_1699836726" r:id="rId3200"/>
        </w:object>
      </w:r>
      <w:r w:rsidRPr="00B13C4C">
        <w:rPr>
          <w:rFonts w:ascii="Times New Roman" w:hAnsi="Times New Roman" w:cs="Times New Roman"/>
          <w:sz w:val="24"/>
          <w:szCs w:val="24"/>
        </w:rPr>
        <w:t>.</w:t>
      </w:r>
    </w:p>
    <w:p w14:paraId="1B5D72F9"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440" w:dyaOrig="279" w14:anchorId="1885993B">
          <v:shape id="_x0000_i3443" type="#_x0000_t75" style="width:22.2pt;height:13.8pt" o:ole="">
            <v:imagedata r:id="rId3201" o:title=""/>
          </v:shape>
          <o:OLEObject Type="Embed" ProgID="Equation.DSMT4" ShapeID="_x0000_i3443" DrawAspect="Content" ObjectID="_1699836727" r:id="rId320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440" w:dyaOrig="279" w14:anchorId="58542334">
          <v:shape id="_x0000_i3444" type="#_x0000_t75" style="width:22.2pt;height:13.8pt" o:ole="">
            <v:imagedata r:id="rId3203" o:title=""/>
          </v:shape>
          <o:OLEObject Type="Embed" ProgID="Equation.DSMT4" ShapeID="_x0000_i3444" DrawAspect="Content" ObjectID="_1699836728" r:id="rId320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4"/>
          <w:sz w:val="24"/>
          <w:szCs w:val="24"/>
        </w:rPr>
        <w:object w:dxaOrig="440" w:dyaOrig="260" w14:anchorId="2ED779A1">
          <v:shape id="_x0000_i3445" type="#_x0000_t75" style="width:22.2pt;height:13.2pt" o:ole="">
            <v:imagedata r:id="rId3205" o:title=""/>
          </v:shape>
          <o:OLEObject Type="Embed" ProgID="Equation.DSMT4" ShapeID="_x0000_i3445" DrawAspect="Content" ObjectID="_1699836729" r:id="rId320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4"/>
          <w:sz w:val="24"/>
          <w:szCs w:val="24"/>
        </w:rPr>
        <w:object w:dxaOrig="420" w:dyaOrig="260" w14:anchorId="1B61D302">
          <v:shape id="_x0000_i3446" type="#_x0000_t75" style="width:21pt;height:13.2pt" o:ole="">
            <v:imagedata r:id="rId3207" o:title=""/>
          </v:shape>
          <o:OLEObject Type="Embed" ProgID="Equation.DSMT4" ShapeID="_x0000_i3446" DrawAspect="Content" ObjectID="_1699836730" r:id="rId3208"/>
        </w:object>
      </w:r>
      <w:r w:rsidRPr="00B13C4C">
        <w:rPr>
          <w:rFonts w:ascii="Times New Roman" w:hAnsi="Times New Roman" w:cs="Times New Roman"/>
          <w:sz w:val="24"/>
          <w:szCs w:val="24"/>
        </w:rPr>
        <w:t>.</w:t>
      </w:r>
    </w:p>
    <w:p w14:paraId="6B108442" w14:textId="77777777" w:rsidR="00B13C4C" w:rsidRPr="00B13C4C" w:rsidRDefault="00B13C4C" w:rsidP="00B34D5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w:t>
      </w:r>
      <w:r w:rsidRPr="00B13C4C">
        <w:rPr>
          <w:rFonts w:ascii="Times New Roman" w:hAnsi="Times New Roman" w:cs="Times New Roman"/>
          <w:position w:val="-6"/>
          <w:sz w:val="24"/>
          <w:szCs w:val="24"/>
        </w:rPr>
        <w:object w:dxaOrig="240" w:dyaOrig="220" w14:anchorId="12E8AC13">
          <v:shape id="_x0000_i3447" type="#_x0000_t75" style="width:12pt;height:10.8pt" o:ole="">
            <v:imagedata r:id="rId3209" o:title=""/>
          </v:shape>
          <o:OLEObject Type="Embed" ProgID="Equation.DSMT4" ShapeID="_x0000_i3447" DrawAspect="Content" ObjectID="_1699836731" r:id="rId3210"/>
        </w:object>
      </w:r>
      <w:r w:rsidRPr="00B13C4C">
        <w:rPr>
          <w:rFonts w:ascii="Times New Roman" w:hAnsi="Times New Roman" w:cs="Times New Roman"/>
          <w:sz w:val="24"/>
          <w:szCs w:val="24"/>
        </w:rPr>
        <w:t xml:space="preserve"> là góc tù. Điều khẳng định nào sau đây là đúng?</w:t>
      </w:r>
    </w:p>
    <w:p w14:paraId="73AED4F4"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900" w:dyaOrig="279" w14:anchorId="031E1F29">
          <v:shape id="_x0000_i3448" type="#_x0000_t75" style="width:45pt;height:13.8pt" o:ole="">
            <v:imagedata r:id="rId3211" o:title=""/>
          </v:shape>
          <o:OLEObject Type="Embed" ProgID="Equation.DSMT4" ShapeID="_x0000_i3448" DrawAspect="Content" ObjectID="_1699836732" r:id="rId321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940" w:dyaOrig="279" w14:anchorId="359E1B99">
          <v:shape id="_x0000_i3449" type="#_x0000_t75" style="width:46.8pt;height:13.8pt" o:ole="">
            <v:imagedata r:id="rId3213" o:title=""/>
          </v:shape>
          <o:OLEObject Type="Embed" ProgID="Equation.DSMT4" ShapeID="_x0000_i3449" DrawAspect="Content" ObjectID="_1699836733" r:id="rId321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920" w:dyaOrig="279" w14:anchorId="0D957CCD">
          <v:shape id="_x0000_i3450" type="#_x0000_t75" style="width:46.2pt;height:13.8pt" o:ole="">
            <v:imagedata r:id="rId3215" o:title=""/>
          </v:shape>
          <o:OLEObject Type="Embed" ProgID="Equation.DSMT4" ShapeID="_x0000_i3450" DrawAspect="Content" ObjectID="_1699836734" r:id="rId321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920" w:dyaOrig="279" w14:anchorId="3AE18224">
          <v:shape id="_x0000_i3451" type="#_x0000_t75" style="width:46.2pt;height:13.8pt" o:ole="">
            <v:imagedata r:id="rId3217" o:title=""/>
          </v:shape>
          <o:OLEObject Type="Embed" ProgID="Equation.DSMT4" ShapeID="_x0000_i3451" DrawAspect="Content" ObjectID="_1699836735" r:id="rId3218"/>
        </w:object>
      </w:r>
      <w:r w:rsidRPr="00B13C4C">
        <w:rPr>
          <w:rFonts w:ascii="Times New Roman" w:hAnsi="Times New Roman" w:cs="Times New Roman"/>
          <w:sz w:val="24"/>
          <w:szCs w:val="24"/>
        </w:rPr>
        <w:t>.</w:t>
      </w:r>
    </w:p>
    <w:p w14:paraId="152C93F2" w14:textId="77777777" w:rsidR="00B13C4C" w:rsidRPr="00B13C4C" w:rsidRDefault="00B13C4C" w:rsidP="00B34D5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lastRenderedPageBreak/>
        <w:t>Câu 21: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Tìm điều kiện của tham số </w:t>
      </w:r>
      <w:r w:rsidRPr="00B13C4C">
        <w:rPr>
          <w:rFonts w:ascii="Times New Roman" w:hAnsi="Times New Roman" w:cs="Times New Roman"/>
          <w:position w:val="-6"/>
          <w:sz w:val="24"/>
          <w:szCs w:val="24"/>
        </w:rPr>
        <w:object w:dxaOrig="260" w:dyaOrig="220" w14:anchorId="784A655C">
          <v:shape id="_x0000_i3452" type="#_x0000_t75" style="width:13.2pt;height:10.8pt" o:ole="">
            <v:imagedata r:id="rId3219" o:title=""/>
          </v:shape>
          <o:OLEObject Type="Embed" ProgID="Equation.DSMT4" ShapeID="_x0000_i3452" DrawAspect="Content" ObjectID="_1699836736" r:id="rId3220"/>
        </w:object>
      </w:r>
      <w:r w:rsidRPr="00B13C4C">
        <w:rPr>
          <w:rFonts w:ascii="Times New Roman" w:hAnsi="Times New Roman" w:cs="Times New Roman"/>
          <w:sz w:val="24"/>
          <w:szCs w:val="24"/>
        </w:rPr>
        <w:t xml:space="preserve"> để hệ phương trình </w:t>
      </w:r>
      <w:r w:rsidRPr="00B13C4C">
        <w:rPr>
          <w:rFonts w:ascii="Times New Roman" w:hAnsi="Times New Roman" w:cs="Times New Roman"/>
          <w:position w:val="-30"/>
          <w:sz w:val="24"/>
          <w:szCs w:val="24"/>
        </w:rPr>
        <w:object w:dxaOrig="1440" w:dyaOrig="720" w14:anchorId="591F62CC">
          <v:shape id="_x0000_i3453" type="#_x0000_t75" style="width:1in;height:36pt" o:ole="">
            <v:imagedata r:id="rId3221" o:title=""/>
          </v:shape>
          <o:OLEObject Type="Embed" ProgID="Equation.DSMT4" ShapeID="_x0000_i3453" DrawAspect="Content" ObjectID="_1699836737" r:id="rId3222"/>
        </w:object>
      </w:r>
      <w:r w:rsidRPr="00B13C4C">
        <w:rPr>
          <w:rFonts w:ascii="Times New Roman" w:hAnsi="Times New Roman" w:cs="Times New Roman"/>
          <w:sz w:val="24"/>
          <w:szCs w:val="24"/>
        </w:rPr>
        <w:t xml:space="preserve"> có nghiệm duy</w:t>
      </w:r>
    </w:p>
    <w:p w14:paraId="6A3475C4"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720" w:dyaOrig="279" w14:anchorId="241E0700">
          <v:shape id="_x0000_i3454" type="#_x0000_t75" style="width:36pt;height:13.8pt" o:ole="">
            <v:imagedata r:id="rId3223" o:title=""/>
          </v:shape>
          <o:OLEObject Type="Embed" ProgID="Equation.DSMT4" ShapeID="_x0000_i3454" DrawAspect="Content" ObjectID="_1699836738" r:id="rId322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720" w:dyaOrig="279" w14:anchorId="2EFF4B24">
          <v:shape id="_x0000_i3455" type="#_x0000_t75" style="width:36pt;height:13.8pt" o:ole="">
            <v:imagedata r:id="rId3225" o:title=""/>
          </v:shape>
          <o:OLEObject Type="Embed" ProgID="Equation.DSMT4" ShapeID="_x0000_i3455" DrawAspect="Content" ObjectID="_1699836739" r:id="rId322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720" w:dyaOrig="279" w14:anchorId="12F26A24">
          <v:shape id="_x0000_i3456" type="#_x0000_t75" style="width:36pt;height:13.8pt" o:ole="">
            <v:imagedata r:id="rId3227" o:title=""/>
          </v:shape>
          <o:OLEObject Type="Embed" ProgID="Equation.DSMT4" ShapeID="_x0000_i3456" DrawAspect="Content" ObjectID="_1699836740" r:id="rId322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560" w:dyaOrig="279" w14:anchorId="78DE942F">
          <v:shape id="_x0000_i3457" type="#_x0000_t75" style="width:28.2pt;height:13.8pt" o:ole="">
            <v:imagedata r:id="rId3229" o:title=""/>
          </v:shape>
          <o:OLEObject Type="Embed" ProgID="Equation.DSMT4" ShapeID="_x0000_i3457" DrawAspect="Content" ObjectID="_1699836741" r:id="rId3230"/>
        </w:object>
      </w:r>
      <w:r w:rsidRPr="00B13C4C">
        <w:rPr>
          <w:rFonts w:ascii="Times New Roman" w:hAnsi="Times New Roman" w:cs="Times New Roman"/>
          <w:sz w:val="24"/>
          <w:szCs w:val="24"/>
        </w:rPr>
        <w:t>.</w:t>
      </w:r>
    </w:p>
    <w:p w14:paraId="7996CBA6" w14:textId="77777777" w:rsidR="00B13C4C" w:rsidRPr="00B13C4C" w:rsidRDefault="00B13C4C" w:rsidP="00B34D5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hàm số </w:t>
      </w:r>
      <w:r w:rsidRPr="00B13C4C">
        <w:rPr>
          <w:rFonts w:ascii="Times New Roman" w:hAnsi="Times New Roman" w:cs="Times New Roman"/>
          <w:position w:val="-10"/>
          <w:sz w:val="24"/>
          <w:szCs w:val="24"/>
        </w:rPr>
        <w:object w:dxaOrig="1460" w:dyaOrig="360" w14:anchorId="0DE7B641">
          <v:shape id="_x0000_i3458" type="#_x0000_t75" style="width:73.2pt;height:18pt" o:ole="">
            <v:imagedata r:id="rId3231" o:title=""/>
          </v:shape>
          <o:OLEObject Type="Embed" ProgID="Equation.DSMT4" ShapeID="_x0000_i3458" DrawAspect="Content" ObjectID="_1699836742" r:id="rId3232"/>
        </w:object>
      </w:r>
      <w:r w:rsidRPr="00B13C4C">
        <w:rPr>
          <w:rFonts w:ascii="Times New Roman" w:hAnsi="Times New Roman" w:cs="Times New Roman"/>
          <w:sz w:val="24"/>
          <w:szCs w:val="24"/>
        </w:rPr>
        <w:t>. Khẳng định nào sau đây là đúng?</w:t>
      </w:r>
    </w:p>
    <w:p w14:paraId="290F8B47"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 xml:space="preserve">Hàm số đồng biến trên </w:t>
      </w:r>
      <w:r w:rsidRPr="00B13C4C">
        <w:rPr>
          <w:rFonts w:ascii="Times New Roman" w:hAnsi="Times New Roman" w:cs="Times New Roman"/>
          <w:position w:val="-4"/>
          <w:sz w:val="24"/>
          <w:szCs w:val="24"/>
        </w:rPr>
        <w:object w:dxaOrig="260" w:dyaOrig="260" w14:anchorId="0D4793BD">
          <v:shape id="_x0000_i3459" type="#_x0000_t75" style="width:13.2pt;height:13.2pt" o:ole="">
            <v:imagedata r:id="rId3233" o:title=""/>
          </v:shape>
          <o:OLEObject Type="Embed" ProgID="Equation.DSMT4" ShapeID="_x0000_i3459" DrawAspect="Content" ObjectID="_1699836743" r:id="rId323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 xml:space="preserve">Hàm số nghịch biến trên </w:t>
      </w:r>
      <w:r w:rsidRPr="00B13C4C">
        <w:rPr>
          <w:rFonts w:ascii="Times New Roman" w:hAnsi="Times New Roman" w:cs="Times New Roman"/>
          <w:position w:val="-4"/>
          <w:sz w:val="24"/>
          <w:szCs w:val="24"/>
        </w:rPr>
        <w:object w:dxaOrig="260" w:dyaOrig="260" w14:anchorId="0DFB6F03">
          <v:shape id="_x0000_i3460" type="#_x0000_t75" style="width:13.2pt;height:13.2pt" o:ole="">
            <v:imagedata r:id="rId3235" o:title=""/>
          </v:shape>
          <o:OLEObject Type="Embed" ProgID="Equation.DSMT4" ShapeID="_x0000_i3460" DrawAspect="Content" ObjectID="_1699836744" r:id="rId3236"/>
        </w:object>
      </w:r>
      <w:r w:rsidRPr="00B13C4C">
        <w:rPr>
          <w:rFonts w:ascii="Times New Roman" w:hAnsi="Times New Roman" w:cs="Times New Roman"/>
          <w:sz w:val="24"/>
          <w:szCs w:val="24"/>
        </w:rPr>
        <w:t>.</w:t>
      </w:r>
    </w:p>
    <w:p w14:paraId="545EF2E4"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Đồ thị hàm số là một đường thẳng.</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Đồ thị hàm số là một parabol.</w:t>
      </w:r>
    </w:p>
    <w:p w14:paraId="5998F556" w14:textId="77777777" w:rsidR="00B13C4C" w:rsidRPr="00B13C4C" w:rsidRDefault="00B13C4C" w:rsidP="00B34D5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Nghiệm ( </w:t>
      </w:r>
      <w:r w:rsidRPr="00B13C4C">
        <w:rPr>
          <w:rFonts w:ascii="Times New Roman" w:hAnsi="Times New Roman" w:cs="Times New Roman"/>
          <w:position w:val="-10"/>
          <w:sz w:val="24"/>
          <w:szCs w:val="24"/>
        </w:rPr>
        <w:object w:dxaOrig="420" w:dyaOrig="260" w14:anchorId="01DE8628">
          <v:shape id="_x0000_i3461" type="#_x0000_t75" style="width:21pt;height:13.2pt" o:ole="">
            <v:imagedata r:id="rId3237" o:title=""/>
          </v:shape>
          <o:OLEObject Type="Embed" ProgID="Equation.DSMT4" ShapeID="_x0000_i3461" DrawAspect="Content" ObjectID="_1699836745" r:id="rId3238"/>
        </w:object>
      </w:r>
      <w:r w:rsidRPr="00B13C4C">
        <w:rPr>
          <w:rFonts w:ascii="Times New Roman" w:hAnsi="Times New Roman" w:cs="Times New Roman"/>
          <w:sz w:val="24"/>
          <w:szCs w:val="24"/>
        </w:rPr>
        <w:t xml:space="preserve"> ) của hệ phương trình </w:t>
      </w:r>
      <w:r w:rsidRPr="00B13C4C">
        <w:rPr>
          <w:rFonts w:ascii="Times New Roman" w:hAnsi="Times New Roman" w:cs="Times New Roman"/>
          <w:position w:val="-30"/>
          <w:sz w:val="24"/>
          <w:szCs w:val="24"/>
        </w:rPr>
        <w:object w:dxaOrig="1140" w:dyaOrig="720" w14:anchorId="50CD6B9F">
          <v:shape id="_x0000_i3462" type="#_x0000_t75" style="width:57pt;height:36pt" o:ole="">
            <v:imagedata r:id="rId3239" o:title=""/>
          </v:shape>
          <o:OLEObject Type="Embed" ProgID="Equation.DSMT4" ShapeID="_x0000_i3462" DrawAspect="Content" ObjectID="_1699836746" r:id="rId3240"/>
        </w:object>
      </w:r>
      <w:r w:rsidRPr="00B13C4C">
        <w:rPr>
          <w:rFonts w:ascii="Times New Roman" w:hAnsi="Times New Roman" w:cs="Times New Roman"/>
          <w:sz w:val="24"/>
          <w:szCs w:val="24"/>
        </w:rPr>
        <w:t xml:space="preserve"> là</w:t>
      </w:r>
    </w:p>
    <w:p w14:paraId="5C08BC48"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480" w:dyaOrig="320" w14:anchorId="73A68A5A">
          <v:shape id="_x0000_i3463" type="#_x0000_t75" style="width:24pt;height:16.2pt" o:ole="">
            <v:imagedata r:id="rId3241" o:title=""/>
          </v:shape>
          <o:OLEObject Type="Embed" ProgID="Equation.DSMT4" ShapeID="_x0000_i3463" DrawAspect="Content" ObjectID="_1699836747" r:id="rId324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639" w:dyaOrig="320" w14:anchorId="57169C80">
          <v:shape id="_x0000_i3464" type="#_x0000_t75" style="width:31.8pt;height:16.2pt" o:ole="">
            <v:imagedata r:id="rId3243" o:title=""/>
          </v:shape>
          <o:OLEObject Type="Embed" ProgID="Equation.DSMT4" ShapeID="_x0000_i3464" DrawAspect="Content" ObjectID="_1699836748" r:id="rId324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800" w:dyaOrig="320" w14:anchorId="197EB371">
          <v:shape id="_x0000_i3465" type="#_x0000_t75" style="width:40.2pt;height:16.2pt" o:ole="">
            <v:imagedata r:id="rId3245" o:title=""/>
          </v:shape>
          <o:OLEObject Type="Embed" ProgID="Equation.DSMT4" ShapeID="_x0000_i3465" DrawAspect="Content" ObjectID="_1699836749" r:id="rId324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639" w:dyaOrig="320" w14:anchorId="2CB6C0D5">
          <v:shape id="_x0000_i3466" type="#_x0000_t75" style="width:31.8pt;height:16.2pt" o:ole="">
            <v:imagedata r:id="rId3247" o:title=""/>
          </v:shape>
          <o:OLEObject Type="Embed" ProgID="Equation.DSMT4" ShapeID="_x0000_i3466" DrawAspect="Content" ObjectID="_1699836750" r:id="rId3248"/>
        </w:object>
      </w:r>
      <w:r w:rsidRPr="00B13C4C">
        <w:rPr>
          <w:rFonts w:ascii="Times New Roman" w:hAnsi="Times New Roman" w:cs="Times New Roman"/>
          <w:sz w:val="24"/>
          <w:szCs w:val="24"/>
        </w:rPr>
        <w:t>.</w:t>
      </w:r>
    </w:p>
    <w:p w14:paraId="562C0067" w14:textId="77777777" w:rsidR="00B13C4C" w:rsidRPr="00B13C4C" w:rsidRDefault="00B13C4C" w:rsidP="00B34D5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tọa độ </w:t>
      </w:r>
      <w:r w:rsidRPr="00B13C4C">
        <w:rPr>
          <w:rFonts w:ascii="Times New Roman" w:hAnsi="Times New Roman" w:cs="Times New Roman"/>
          <w:position w:val="-10"/>
          <w:sz w:val="24"/>
          <w:szCs w:val="24"/>
        </w:rPr>
        <w:object w:dxaOrig="460" w:dyaOrig="320" w14:anchorId="7A10697E">
          <v:shape id="_x0000_i3467" type="#_x0000_t75" style="width:22.8pt;height:16.2pt" o:ole="">
            <v:imagedata r:id="rId3249" o:title=""/>
          </v:shape>
          <o:OLEObject Type="Embed" ProgID="Equation.DSMT4" ShapeID="_x0000_i3467" DrawAspect="Content" ObjectID="_1699836751" r:id="rId3250"/>
        </w:object>
      </w:r>
      <w:r w:rsidRPr="00B13C4C">
        <w:rPr>
          <w:rFonts w:ascii="Times New Roman" w:hAnsi="Times New Roman" w:cs="Times New Roman"/>
          <w:sz w:val="24"/>
          <w:szCs w:val="24"/>
        </w:rPr>
        <w:t xml:space="preserve">, cho hai điểm </w:t>
      </w:r>
      <w:r w:rsidRPr="00B13C4C">
        <w:rPr>
          <w:rFonts w:ascii="Times New Roman" w:hAnsi="Times New Roman" w:cs="Times New Roman"/>
          <w:position w:val="-10"/>
          <w:sz w:val="24"/>
          <w:szCs w:val="24"/>
        </w:rPr>
        <w:object w:dxaOrig="720" w:dyaOrig="320" w14:anchorId="62ABF6DD">
          <v:shape id="_x0000_i3468" type="#_x0000_t75" style="width:36pt;height:16.2pt" o:ole="">
            <v:imagedata r:id="rId3251" o:title=""/>
          </v:shape>
          <o:OLEObject Type="Embed" ProgID="Equation.DSMT4" ShapeID="_x0000_i3468" DrawAspect="Content" ObjectID="_1699836752" r:id="rId3252"/>
        </w:object>
      </w:r>
      <w:r w:rsidRPr="00B13C4C">
        <w:rPr>
          <w:rFonts w:ascii="Times New Roman" w:hAnsi="Times New Roman" w:cs="Times New Roman"/>
          <w:sz w:val="24"/>
          <w:szCs w:val="24"/>
        </w:rPr>
        <w:t xml:space="preserve"> và điểm </w:t>
      </w:r>
      <w:r w:rsidRPr="00B13C4C">
        <w:rPr>
          <w:rFonts w:ascii="Times New Roman" w:hAnsi="Times New Roman" w:cs="Times New Roman"/>
          <w:position w:val="-10"/>
          <w:sz w:val="24"/>
          <w:szCs w:val="24"/>
        </w:rPr>
        <w:object w:dxaOrig="680" w:dyaOrig="320" w14:anchorId="7A2A724B">
          <v:shape id="_x0000_i3469" type="#_x0000_t75" style="width:34.2pt;height:16.2pt" o:ole="">
            <v:imagedata r:id="rId3253" o:title=""/>
          </v:shape>
          <o:OLEObject Type="Embed" ProgID="Equation.DSMT4" ShapeID="_x0000_i3469" DrawAspect="Content" ObjectID="_1699836753" r:id="rId3254"/>
        </w:object>
      </w:r>
      <w:r w:rsidRPr="00B13C4C">
        <w:rPr>
          <w:rFonts w:ascii="Times New Roman" w:hAnsi="Times New Roman" w:cs="Times New Roman"/>
          <w:sz w:val="24"/>
          <w:szCs w:val="24"/>
        </w:rPr>
        <w:t xml:space="preserve">. Tính độ dài đoạn thẳng </w:t>
      </w:r>
      <w:r w:rsidRPr="00B13C4C">
        <w:rPr>
          <w:rFonts w:ascii="Times New Roman" w:hAnsi="Times New Roman" w:cs="Times New Roman"/>
          <w:position w:val="-4"/>
          <w:sz w:val="24"/>
          <w:szCs w:val="24"/>
        </w:rPr>
        <w:object w:dxaOrig="400" w:dyaOrig="260" w14:anchorId="496FAAAC">
          <v:shape id="_x0000_i3470" type="#_x0000_t75" style="width:19.8pt;height:13.2pt" o:ole="">
            <v:imagedata r:id="rId3255" o:title=""/>
          </v:shape>
          <o:OLEObject Type="Embed" ProgID="Equation.DSMT4" ShapeID="_x0000_i3470" DrawAspect="Content" ObjectID="_1699836754" r:id="rId3256"/>
        </w:object>
      </w:r>
    </w:p>
    <w:p w14:paraId="71185EFC"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4"/>
          <w:sz w:val="24"/>
          <w:szCs w:val="24"/>
        </w:rPr>
        <w:object w:dxaOrig="760" w:dyaOrig="260" w14:anchorId="5BF35309">
          <v:shape id="_x0000_i3471" type="#_x0000_t75" style="width:37.8pt;height:13.2pt" o:ole="">
            <v:imagedata r:id="rId3257" o:title=""/>
          </v:shape>
          <o:OLEObject Type="Embed" ProgID="Equation.DSMT4" ShapeID="_x0000_i3471" DrawAspect="Content" ObjectID="_1699836755" r:id="rId325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840" w:dyaOrig="279" w14:anchorId="20C57635">
          <v:shape id="_x0000_i3472" type="#_x0000_t75" style="width:42pt;height:13.8pt" o:ole="">
            <v:imagedata r:id="rId3259" o:title=""/>
          </v:shape>
          <o:OLEObject Type="Embed" ProgID="Equation.DSMT4" ShapeID="_x0000_i3472" DrawAspect="Content" ObjectID="_1699836756" r:id="rId326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8"/>
          <w:sz w:val="24"/>
          <w:szCs w:val="24"/>
        </w:rPr>
        <w:object w:dxaOrig="1020" w:dyaOrig="360" w14:anchorId="5254A559">
          <v:shape id="_x0000_i3473" type="#_x0000_t75" style="width:51pt;height:18pt" o:ole="">
            <v:imagedata r:id="rId3261" o:title=""/>
          </v:shape>
          <o:OLEObject Type="Embed" ProgID="Equation.DSMT4" ShapeID="_x0000_i3473" DrawAspect="Content" ObjectID="_1699836757" r:id="rId326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8"/>
          <w:sz w:val="24"/>
          <w:szCs w:val="24"/>
        </w:rPr>
        <w:object w:dxaOrig="1160" w:dyaOrig="360" w14:anchorId="145815DC">
          <v:shape id="_x0000_i3474" type="#_x0000_t75" style="width:58.2pt;height:18pt" o:ole="">
            <v:imagedata r:id="rId3263" o:title=""/>
          </v:shape>
          <o:OLEObject Type="Embed" ProgID="Equation.DSMT4" ShapeID="_x0000_i3474" DrawAspect="Content" ObjectID="_1699836758" r:id="rId3264"/>
        </w:object>
      </w:r>
      <w:r w:rsidRPr="00B13C4C">
        <w:rPr>
          <w:rFonts w:ascii="Times New Roman" w:hAnsi="Times New Roman" w:cs="Times New Roman"/>
          <w:sz w:val="24"/>
          <w:szCs w:val="24"/>
        </w:rPr>
        <w:t>.</w:t>
      </w:r>
    </w:p>
    <w:p w14:paraId="4F00D525" w14:textId="77777777" w:rsidR="00B13C4C" w:rsidRPr="00B13C4C" w:rsidRDefault="00B13C4C" w:rsidP="00B34D5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Tập xác định của phương trình </w:t>
      </w:r>
      <w:r w:rsidRPr="00B13C4C">
        <w:rPr>
          <w:rFonts w:ascii="Times New Roman" w:hAnsi="Times New Roman" w:cs="Times New Roman"/>
          <w:position w:val="-24"/>
          <w:sz w:val="24"/>
          <w:szCs w:val="24"/>
        </w:rPr>
        <w:object w:dxaOrig="1960" w:dyaOrig="620" w14:anchorId="124B5A30">
          <v:shape id="_x0000_i3475" type="#_x0000_t75" style="width:97.8pt;height:31.2pt" o:ole="">
            <v:imagedata r:id="rId3265" o:title=""/>
          </v:shape>
          <o:OLEObject Type="Embed" ProgID="Equation.DSMT4" ShapeID="_x0000_i3475" DrawAspect="Content" ObjectID="_1699836759" r:id="rId3266"/>
        </w:object>
      </w:r>
      <w:r w:rsidRPr="00B13C4C">
        <w:rPr>
          <w:rFonts w:ascii="Times New Roman" w:hAnsi="Times New Roman" w:cs="Times New Roman"/>
          <w:sz w:val="24"/>
          <w:szCs w:val="24"/>
        </w:rPr>
        <w:t xml:space="preserve"> là</w:t>
      </w:r>
    </w:p>
    <w:p w14:paraId="6DFDBFFC"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120" w:dyaOrig="320" w14:anchorId="6FCF9EEE">
          <v:shape id="_x0000_i3476" type="#_x0000_t75" style="width:55.8pt;height:16.2pt" o:ole="">
            <v:imagedata r:id="rId3267" o:title=""/>
          </v:shape>
          <o:OLEObject Type="Embed" ProgID="Equation.DSMT4" ShapeID="_x0000_i3476" DrawAspect="Content" ObjectID="_1699836760" r:id="rId326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700" w:dyaOrig="320" w14:anchorId="0B10F2D8">
          <v:shape id="_x0000_i3477" type="#_x0000_t75" style="width:34.8pt;height:16.2pt" o:ole="">
            <v:imagedata r:id="rId3269" o:title=""/>
          </v:shape>
          <o:OLEObject Type="Embed" ProgID="Equation.DSMT4" ShapeID="_x0000_i3477" DrawAspect="Content" ObjectID="_1699836761" r:id="rId327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680" w:dyaOrig="320" w14:anchorId="24410EFA">
          <v:shape id="_x0000_i3478" type="#_x0000_t75" style="width:34.2pt;height:16.2pt" o:ole="">
            <v:imagedata r:id="rId3271" o:title=""/>
          </v:shape>
          <o:OLEObject Type="Embed" ProgID="Equation.DSMT4" ShapeID="_x0000_i3478" DrawAspect="Content" ObjectID="_1699836762" r:id="rId327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120" w:dyaOrig="320" w14:anchorId="6EE863BC">
          <v:shape id="_x0000_i3479" type="#_x0000_t75" style="width:55.8pt;height:16.2pt" o:ole="">
            <v:imagedata r:id="rId3273" o:title=""/>
          </v:shape>
          <o:OLEObject Type="Embed" ProgID="Equation.DSMT4" ShapeID="_x0000_i3479" DrawAspect="Content" ObjectID="_1699836763" r:id="rId3274"/>
        </w:object>
      </w:r>
      <w:r w:rsidRPr="00B13C4C">
        <w:rPr>
          <w:rFonts w:ascii="Times New Roman" w:hAnsi="Times New Roman" w:cs="Times New Roman"/>
          <w:sz w:val="24"/>
          <w:szCs w:val="24"/>
        </w:rPr>
        <w:t>.</w:t>
      </w:r>
    </w:p>
    <w:p w14:paraId="3ABB14B1" w14:textId="77777777" w:rsidR="00B13C4C" w:rsidRPr="00B13C4C" w:rsidRDefault="00B13C4C" w:rsidP="00B34D5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Tính tổng các nghiệm của phương trình </w:t>
      </w:r>
      <w:r w:rsidRPr="00B13C4C">
        <w:rPr>
          <w:rFonts w:ascii="Times New Roman" w:hAnsi="Times New Roman" w:cs="Times New Roman"/>
          <w:position w:val="-8"/>
          <w:sz w:val="24"/>
          <w:szCs w:val="24"/>
        </w:rPr>
        <w:object w:dxaOrig="1520" w:dyaOrig="360" w14:anchorId="6447181C">
          <v:shape id="_x0000_i3480" type="#_x0000_t75" style="width:76.2pt;height:18pt" o:ole="">
            <v:imagedata r:id="rId3275" o:title=""/>
          </v:shape>
          <o:OLEObject Type="Embed" ProgID="Equation.DSMT4" ShapeID="_x0000_i3480" DrawAspect="Content" ObjectID="_1699836764" r:id="rId3276"/>
        </w:object>
      </w:r>
      <w:r w:rsidRPr="00B13C4C">
        <w:rPr>
          <w:rFonts w:ascii="Times New Roman" w:hAnsi="Times New Roman" w:cs="Times New Roman"/>
          <w:sz w:val="24"/>
          <w:szCs w:val="24"/>
        </w:rPr>
        <w:t>.</w:t>
      </w:r>
    </w:p>
    <w:p w14:paraId="3615A4BD"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b/>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4"/>
          <w:sz w:val="24"/>
          <w:szCs w:val="24"/>
        </w:rPr>
        <w:object w:dxaOrig="320" w:dyaOrig="260" w14:anchorId="1674CAE8">
          <v:shape id="_x0000_i3481" type="#_x0000_t75" style="width:16.2pt;height:13.2pt" o:ole="">
            <v:imagedata r:id="rId3277" o:title=""/>
          </v:shape>
          <o:OLEObject Type="Embed" ProgID="Equation.DSMT4" ShapeID="_x0000_i3481" DrawAspect="Content" ObjectID="_1699836765" r:id="rId327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4"/>
          <w:sz w:val="24"/>
          <w:szCs w:val="24"/>
        </w:rPr>
        <w:object w:dxaOrig="300" w:dyaOrig="260" w14:anchorId="1998ECDE">
          <v:shape id="_x0000_i3482" type="#_x0000_t75" style="width:15pt;height:13.2pt" o:ole="">
            <v:imagedata r:id="rId3279" o:title=""/>
          </v:shape>
          <o:OLEObject Type="Embed" ProgID="Equation.DSMT4" ShapeID="_x0000_i3482" DrawAspect="Content" ObjectID="_1699836766" r:id="rId328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1.</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2</w:t>
      </w:r>
      <w:r w:rsidRPr="00B13C4C">
        <w:rPr>
          <w:rFonts w:ascii="Times New Roman" w:hAnsi="Times New Roman" w:cs="Times New Roman"/>
          <w:b/>
          <w:sz w:val="24"/>
          <w:szCs w:val="24"/>
        </w:rPr>
        <w:t>.</w:t>
      </w:r>
    </w:p>
    <w:p w14:paraId="775DC9B6" w14:textId="77777777" w:rsidR="00B13C4C" w:rsidRPr="00B13C4C" w:rsidRDefault="00B13C4C" w:rsidP="00B34D5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tọa độ </w:t>
      </w:r>
      <w:r w:rsidRPr="00B13C4C">
        <w:rPr>
          <w:rFonts w:ascii="Times New Roman" w:hAnsi="Times New Roman" w:cs="Times New Roman"/>
          <w:position w:val="-10"/>
          <w:sz w:val="24"/>
          <w:szCs w:val="24"/>
        </w:rPr>
        <w:object w:dxaOrig="460" w:dyaOrig="320" w14:anchorId="1AC3B82C">
          <v:shape id="_x0000_i3483" type="#_x0000_t75" style="width:22.8pt;height:16.2pt" o:ole="">
            <v:imagedata r:id="rId3281" o:title=""/>
          </v:shape>
          <o:OLEObject Type="Embed" ProgID="Equation.DSMT4" ShapeID="_x0000_i3483" DrawAspect="Content" ObjectID="_1699836767" r:id="rId3282"/>
        </w:object>
      </w:r>
      <w:r w:rsidRPr="00B13C4C">
        <w:rPr>
          <w:rFonts w:ascii="Times New Roman" w:hAnsi="Times New Roman" w:cs="Times New Roman"/>
          <w:sz w:val="24"/>
          <w:szCs w:val="24"/>
        </w:rPr>
        <w:t xml:space="preserve">, cho tam giác </w:t>
      </w:r>
      <w:r w:rsidRPr="00B13C4C">
        <w:rPr>
          <w:rFonts w:ascii="Times New Roman" w:hAnsi="Times New Roman" w:cs="Times New Roman"/>
          <w:position w:val="-6"/>
          <w:sz w:val="24"/>
          <w:szCs w:val="24"/>
        </w:rPr>
        <w:object w:dxaOrig="560" w:dyaOrig="279" w14:anchorId="617D3A50">
          <v:shape id="_x0000_i3484" type="#_x0000_t75" style="width:28.2pt;height:13.8pt" o:ole="">
            <v:imagedata r:id="rId3283" o:title=""/>
          </v:shape>
          <o:OLEObject Type="Embed" ProgID="Equation.DSMT4" ShapeID="_x0000_i3484" DrawAspect="Content" ObjectID="_1699836768" r:id="rId3284"/>
        </w:object>
      </w:r>
      <w:r w:rsidRPr="00B13C4C">
        <w:rPr>
          <w:rFonts w:ascii="Times New Roman" w:hAnsi="Times New Roman" w:cs="Times New Roman"/>
          <w:sz w:val="24"/>
          <w:szCs w:val="24"/>
        </w:rPr>
        <w:t xml:space="preserve">. Biết </w:t>
      </w:r>
      <w:r w:rsidRPr="00B13C4C">
        <w:rPr>
          <w:rFonts w:ascii="Times New Roman" w:hAnsi="Times New Roman" w:cs="Times New Roman"/>
          <w:position w:val="-10"/>
          <w:sz w:val="24"/>
          <w:szCs w:val="24"/>
        </w:rPr>
        <w:object w:dxaOrig="1680" w:dyaOrig="320" w14:anchorId="1C32F019">
          <v:shape id="_x0000_i3485" type="#_x0000_t75" style="width:84pt;height:16.2pt" o:ole="">
            <v:imagedata r:id="rId3285" o:title=""/>
          </v:shape>
          <o:OLEObject Type="Embed" ProgID="Equation.DSMT4" ShapeID="_x0000_i3485" DrawAspect="Content" ObjectID="_1699836769" r:id="rId3286"/>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760" w:dyaOrig="320" w14:anchorId="6931AB2C">
          <v:shape id="_x0000_i3486" type="#_x0000_t75" style="width:37.8pt;height:16.2pt" o:ole="">
            <v:imagedata r:id="rId3287" o:title=""/>
          </v:shape>
          <o:OLEObject Type="Embed" ProgID="Equation.DSMT4" ShapeID="_x0000_i3486" DrawAspect="Content" ObjectID="_1699836770" r:id="rId3288"/>
        </w:object>
      </w:r>
      <w:r w:rsidRPr="00B13C4C">
        <w:rPr>
          <w:rFonts w:ascii="Times New Roman" w:hAnsi="Times New Roman" w:cs="Times New Roman"/>
          <w:sz w:val="24"/>
          <w:szCs w:val="24"/>
        </w:rPr>
        <w:t xml:space="preserve"> là trọng tâm tam giác </w:t>
      </w:r>
      <w:r w:rsidRPr="00B13C4C">
        <w:rPr>
          <w:rFonts w:ascii="Times New Roman" w:hAnsi="Times New Roman" w:cs="Times New Roman"/>
          <w:position w:val="-6"/>
          <w:sz w:val="24"/>
          <w:szCs w:val="24"/>
        </w:rPr>
        <w:object w:dxaOrig="560" w:dyaOrig="279" w14:anchorId="3180AAC0">
          <v:shape id="_x0000_i3487" type="#_x0000_t75" style="width:28.2pt;height:13.8pt" o:ole="">
            <v:imagedata r:id="rId3289" o:title=""/>
          </v:shape>
          <o:OLEObject Type="Embed" ProgID="Equation.DSMT4" ShapeID="_x0000_i3487" DrawAspect="Content" ObjectID="_1699836771" r:id="rId3290"/>
        </w:object>
      </w:r>
      <w:r w:rsidRPr="00B13C4C">
        <w:rPr>
          <w:rFonts w:ascii="Times New Roman" w:hAnsi="Times New Roman" w:cs="Times New Roman"/>
          <w:sz w:val="24"/>
          <w:szCs w:val="24"/>
        </w:rPr>
        <w:t xml:space="preserve">. Trực tâm </w:t>
      </w:r>
      <w:r w:rsidRPr="00B13C4C">
        <w:rPr>
          <w:rFonts w:ascii="Times New Roman" w:hAnsi="Times New Roman" w:cs="Times New Roman"/>
          <w:position w:val="-4"/>
          <w:sz w:val="24"/>
          <w:szCs w:val="24"/>
        </w:rPr>
        <w:object w:dxaOrig="279" w:dyaOrig="260" w14:anchorId="30235394">
          <v:shape id="_x0000_i3488" type="#_x0000_t75" style="width:13.8pt;height:13.2pt" o:ole="">
            <v:imagedata r:id="rId3291" o:title=""/>
          </v:shape>
          <o:OLEObject Type="Embed" ProgID="Equation.DSMT4" ShapeID="_x0000_i3488" DrawAspect="Content" ObjectID="_1699836772" r:id="rId3292"/>
        </w:object>
      </w:r>
      <w:r w:rsidRPr="00B13C4C">
        <w:rPr>
          <w:rFonts w:ascii="Times New Roman" w:hAnsi="Times New Roman" w:cs="Times New Roman"/>
          <w:sz w:val="24"/>
          <w:szCs w:val="24"/>
        </w:rPr>
        <w:t xml:space="preserve"> của tam giác </w:t>
      </w:r>
      <w:r w:rsidRPr="00B13C4C">
        <w:rPr>
          <w:rFonts w:ascii="Times New Roman" w:hAnsi="Times New Roman" w:cs="Times New Roman"/>
          <w:position w:val="-6"/>
          <w:sz w:val="24"/>
          <w:szCs w:val="24"/>
        </w:rPr>
        <w:object w:dxaOrig="560" w:dyaOrig="279" w14:anchorId="564A27B6">
          <v:shape id="_x0000_i3489" type="#_x0000_t75" style="width:28.2pt;height:13.8pt" o:ole="">
            <v:imagedata r:id="rId3293" o:title=""/>
          </v:shape>
          <o:OLEObject Type="Embed" ProgID="Equation.DSMT4" ShapeID="_x0000_i3489" DrawAspect="Content" ObjectID="_1699836773" r:id="rId3294"/>
        </w:object>
      </w:r>
      <w:r w:rsidRPr="00B13C4C">
        <w:rPr>
          <w:rFonts w:ascii="Times New Roman" w:hAnsi="Times New Roman" w:cs="Times New Roman"/>
          <w:sz w:val="24"/>
          <w:szCs w:val="24"/>
        </w:rPr>
        <w:t xml:space="preserve"> có tọa độ </w:t>
      </w:r>
      <w:r w:rsidRPr="00B13C4C">
        <w:rPr>
          <w:rFonts w:ascii="Times New Roman" w:hAnsi="Times New Roman" w:cs="Times New Roman"/>
          <w:position w:val="-10"/>
          <w:sz w:val="24"/>
          <w:szCs w:val="24"/>
        </w:rPr>
        <w:object w:dxaOrig="560" w:dyaOrig="320" w14:anchorId="75E24DE0">
          <v:shape id="_x0000_i3490" type="#_x0000_t75" style="width:28.2pt;height:16.2pt" o:ole="">
            <v:imagedata r:id="rId3295" o:title=""/>
          </v:shape>
          <o:OLEObject Type="Embed" ProgID="Equation.DSMT4" ShapeID="_x0000_i3490" DrawAspect="Content" ObjectID="_1699836774" r:id="rId3296"/>
        </w:object>
      </w:r>
      <w:r w:rsidRPr="00B13C4C">
        <w:rPr>
          <w:rFonts w:ascii="Times New Roman" w:hAnsi="Times New Roman" w:cs="Times New Roman"/>
          <w:sz w:val="24"/>
          <w:szCs w:val="24"/>
        </w:rPr>
        <w:t xml:space="preserve">. Tính </w:t>
      </w:r>
      <w:r w:rsidRPr="00B13C4C">
        <w:rPr>
          <w:rFonts w:ascii="Times New Roman" w:hAnsi="Times New Roman" w:cs="Times New Roman"/>
          <w:position w:val="-6"/>
          <w:sz w:val="24"/>
          <w:szCs w:val="24"/>
        </w:rPr>
        <w:object w:dxaOrig="639" w:dyaOrig="279" w14:anchorId="05D285A3">
          <v:shape id="_x0000_i3491" type="#_x0000_t75" style="width:31.8pt;height:13.8pt" o:ole="">
            <v:imagedata r:id="rId3297" o:title=""/>
          </v:shape>
          <o:OLEObject Type="Embed" ProgID="Equation.DSMT4" ShapeID="_x0000_i3491" DrawAspect="Content" ObjectID="_1699836775" r:id="rId3298"/>
        </w:object>
      </w:r>
      <w:r w:rsidRPr="00B13C4C">
        <w:rPr>
          <w:rFonts w:ascii="Times New Roman" w:hAnsi="Times New Roman" w:cs="Times New Roman"/>
          <w:sz w:val="24"/>
          <w:szCs w:val="24"/>
        </w:rPr>
        <w:t>.</w:t>
      </w:r>
    </w:p>
    <w:p w14:paraId="64105043"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1040" w:dyaOrig="620" w14:anchorId="785D6A0B">
          <v:shape id="_x0000_i3492" type="#_x0000_t75" style="width:52.2pt;height:31.2pt" o:ole="">
            <v:imagedata r:id="rId3299" o:title=""/>
          </v:shape>
          <o:OLEObject Type="Embed" ProgID="Equation.DSMT4" ShapeID="_x0000_i3492" DrawAspect="Content" ObjectID="_1699836776" r:id="rId330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1200" w:dyaOrig="620" w14:anchorId="32BA322A">
          <v:shape id="_x0000_i3493" type="#_x0000_t75" style="width:60pt;height:31.2pt" o:ole="">
            <v:imagedata r:id="rId3301" o:title=""/>
          </v:shape>
          <o:OLEObject Type="Embed" ProgID="Equation.DSMT4" ShapeID="_x0000_i3493" DrawAspect="Content" ObjectID="_1699836777" r:id="rId330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960" w:dyaOrig="279" w14:anchorId="2C234D00">
          <v:shape id="_x0000_i3494" type="#_x0000_t75" style="width:48pt;height:13.8pt" o:ole="">
            <v:imagedata r:id="rId3303" o:title=""/>
          </v:shape>
          <o:OLEObject Type="Embed" ProgID="Equation.DSMT4" ShapeID="_x0000_i3494" DrawAspect="Content" ObjectID="_1699836778" r:id="rId330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1140" w:dyaOrig="279" w14:anchorId="614DC760">
          <v:shape id="_x0000_i3495" type="#_x0000_t75" style="width:57pt;height:13.8pt" o:ole="">
            <v:imagedata r:id="rId3305" o:title=""/>
          </v:shape>
          <o:OLEObject Type="Embed" ProgID="Equation.DSMT4" ShapeID="_x0000_i3495" DrawAspect="Content" ObjectID="_1699836779" r:id="rId3306"/>
        </w:object>
      </w:r>
      <w:r w:rsidRPr="00B13C4C">
        <w:rPr>
          <w:rFonts w:ascii="Times New Roman" w:hAnsi="Times New Roman" w:cs="Times New Roman"/>
          <w:sz w:val="24"/>
          <w:szCs w:val="24"/>
        </w:rPr>
        <w:t>.</w:t>
      </w:r>
    </w:p>
    <w:p w14:paraId="60E41200" w14:textId="77777777" w:rsidR="00B13C4C" w:rsidRPr="00B13C4C" w:rsidRDefault="00B13C4C" w:rsidP="00B34D5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Tích các nghiệm của phương trình </w:t>
      </w:r>
      <w:r w:rsidRPr="00B13C4C">
        <w:rPr>
          <w:rFonts w:ascii="Times New Roman" w:hAnsi="Times New Roman" w:cs="Times New Roman"/>
          <w:position w:val="-26"/>
          <w:sz w:val="24"/>
          <w:szCs w:val="24"/>
        </w:rPr>
        <w:object w:dxaOrig="2200" w:dyaOrig="700" w14:anchorId="7FE68790">
          <v:shape id="_x0000_i3496" type="#_x0000_t75" style="width:109.8pt;height:34.8pt" o:ole="">
            <v:imagedata r:id="rId3307" o:title=""/>
          </v:shape>
          <o:OLEObject Type="Embed" ProgID="Equation.DSMT4" ShapeID="_x0000_i3496" DrawAspect="Content" ObjectID="_1699836780" r:id="rId3308"/>
        </w:object>
      </w:r>
      <w:r w:rsidRPr="00B13C4C">
        <w:rPr>
          <w:rFonts w:ascii="Times New Roman" w:hAnsi="Times New Roman" w:cs="Times New Roman"/>
          <w:sz w:val="24"/>
          <w:szCs w:val="24"/>
        </w:rPr>
        <w:t xml:space="preserve"> là:</w:t>
      </w:r>
    </w:p>
    <w:p w14:paraId="289366EA"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0.</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4"/>
          <w:sz w:val="24"/>
          <w:szCs w:val="24"/>
        </w:rPr>
        <w:object w:dxaOrig="300" w:dyaOrig="260" w14:anchorId="49EB8969">
          <v:shape id="_x0000_i3497" type="#_x0000_t75" style="width:15pt;height:13.2pt" o:ole="">
            <v:imagedata r:id="rId3309" o:title=""/>
          </v:shape>
          <o:OLEObject Type="Embed" ProgID="Equation.DSMT4" ShapeID="_x0000_i3497" DrawAspect="Content" ObjectID="_1699836781" r:id="rId331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3.</w:t>
      </w:r>
    </w:p>
    <w:p w14:paraId="39DFDB7A" w14:textId="77777777" w:rsidR="00B13C4C" w:rsidRPr="00B13C4C" w:rsidRDefault="00B13C4C" w:rsidP="00B34D5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Gọi </w:t>
      </w:r>
      <w:r w:rsidRPr="00B13C4C">
        <w:rPr>
          <w:rFonts w:ascii="Times New Roman" w:hAnsi="Times New Roman" w:cs="Times New Roman"/>
          <w:position w:val="-6"/>
          <w:sz w:val="24"/>
          <w:szCs w:val="24"/>
        </w:rPr>
        <w:object w:dxaOrig="220" w:dyaOrig="279" w14:anchorId="6C0362C6">
          <v:shape id="_x0000_i3498" type="#_x0000_t75" style="width:10.8pt;height:13.8pt" o:ole="">
            <v:imagedata r:id="rId3311" o:title=""/>
          </v:shape>
          <o:OLEObject Type="Embed" ProgID="Equation.DSMT4" ShapeID="_x0000_i3498" DrawAspect="Content" ObjectID="_1699836782" r:id="rId3312"/>
        </w:object>
      </w:r>
      <w:r w:rsidRPr="00B13C4C">
        <w:rPr>
          <w:rFonts w:ascii="Times New Roman" w:hAnsi="Times New Roman" w:cs="Times New Roman"/>
          <w:sz w:val="24"/>
          <w:szCs w:val="24"/>
        </w:rPr>
        <w:t xml:space="preserve"> là tập hợp các nghiệm nguyên của phương trình </w:t>
      </w:r>
      <w:r w:rsidRPr="00B13C4C">
        <w:rPr>
          <w:rFonts w:ascii="Times New Roman" w:hAnsi="Times New Roman" w:cs="Times New Roman"/>
          <w:position w:val="-10"/>
          <w:sz w:val="24"/>
          <w:szCs w:val="24"/>
        </w:rPr>
        <w:object w:dxaOrig="3580" w:dyaOrig="440" w14:anchorId="58F139C5">
          <v:shape id="_x0000_i3499" type="#_x0000_t75" style="width:178.8pt;height:22.2pt" o:ole="">
            <v:imagedata r:id="rId3313" o:title=""/>
          </v:shape>
          <o:OLEObject Type="Embed" ProgID="Equation.DSMT4" ShapeID="_x0000_i3499" DrawAspect="Content" ObjectID="_1699836783" r:id="rId3314"/>
        </w:object>
      </w:r>
      <w:r w:rsidRPr="00B13C4C">
        <w:rPr>
          <w:rFonts w:ascii="Times New Roman" w:hAnsi="Times New Roman" w:cs="Times New Roman"/>
          <w:sz w:val="24"/>
          <w:szCs w:val="24"/>
        </w:rPr>
        <w:t xml:space="preserve">. Số phần tử của </w:t>
      </w:r>
      <w:r w:rsidRPr="00B13C4C">
        <w:rPr>
          <w:rFonts w:ascii="Times New Roman" w:hAnsi="Times New Roman" w:cs="Times New Roman"/>
          <w:position w:val="-6"/>
          <w:sz w:val="24"/>
          <w:szCs w:val="24"/>
        </w:rPr>
        <w:object w:dxaOrig="220" w:dyaOrig="279" w14:anchorId="39420D83">
          <v:shape id="_x0000_i3500" type="#_x0000_t75" style="width:10.8pt;height:13.8pt" o:ole="">
            <v:imagedata r:id="rId3315" o:title=""/>
          </v:shape>
          <o:OLEObject Type="Embed" ProgID="Equation.DSMT4" ShapeID="_x0000_i3500" DrawAspect="Content" ObjectID="_1699836784" r:id="rId3316"/>
        </w:object>
      </w:r>
      <w:r w:rsidRPr="00B13C4C">
        <w:rPr>
          <w:rFonts w:ascii="Times New Roman" w:hAnsi="Times New Roman" w:cs="Times New Roman"/>
          <w:sz w:val="24"/>
          <w:szCs w:val="24"/>
        </w:rPr>
        <w:t xml:space="preserve"> là</w:t>
      </w:r>
    </w:p>
    <w:p w14:paraId="5BF3A133"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6.</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5.</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7.</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8.</w:t>
      </w:r>
    </w:p>
    <w:p w14:paraId="2C7BFF1D" w14:textId="77777777" w:rsidR="00B13C4C" w:rsidRPr="00B13C4C" w:rsidRDefault="00B13C4C" w:rsidP="00B34D5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tọa độ </w:t>
      </w:r>
      <w:r w:rsidRPr="00B13C4C">
        <w:rPr>
          <w:rFonts w:ascii="Times New Roman" w:hAnsi="Times New Roman" w:cs="Times New Roman"/>
          <w:position w:val="-10"/>
          <w:sz w:val="24"/>
          <w:szCs w:val="24"/>
        </w:rPr>
        <w:object w:dxaOrig="460" w:dyaOrig="320" w14:anchorId="360D375A">
          <v:shape id="_x0000_i3501" type="#_x0000_t75" style="width:22.8pt;height:16.2pt" o:ole="">
            <v:imagedata r:id="rId3317" o:title=""/>
          </v:shape>
          <o:OLEObject Type="Embed" ProgID="Equation.DSMT4" ShapeID="_x0000_i3501" DrawAspect="Content" ObjectID="_1699836785" r:id="rId3318"/>
        </w:object>
      </w:r>
      <w:r w:rsidRPr="00B13C4C">
        <w:rPr>
          <w:rFonts w:ascii="Times New Roman" w:hAnsi="Times New Roman" w:cs="Times New Roman"/>
          <w:sz w:val="24"/>
          <w:szCs w:val="24"/>
        </w:rPr>
        <w:t xml:space="preserve">, cho </w:t>
      </w:r>
      <w:r w:rsidRPr="00B13C4C">
        <w:rPr>
          <w:rFonts w:ascii="Times New Roman" w:hAnsi="Times New Roman" w:cs="Times New Roman"/>
          <w:position w:val="-10"/>
          <w:sz w:val="24"/>
          <w:szCs w:val="24"/>
        </w:rPr>
        <w:object w:dxaOrig="2180" w:dyaOrig="380" w14:anchorId="34114C97">
          <v:shape id="_x0000_i3502" type="#_x0000_t75" style="width:109.2pt;height:19.2pt" o:ole="">
            <v:imagedata r:id="rId3319" o:title=""/>
          </v:shape>
          <o:OLEObject Type="Embed" ProgID="Equation.DSMT4" ShapeID="_x0000_i3502" DrawAspect="Content" ObjectID="_1699836786" r:id="rId3320"/>
        </w:object>
      </w:r>
      <w:r w:rsidRPr="00B13C4C">
        <w:rPr>
          <w:rFonts w:ascii="Times New Roman" w:hAnsi="Times New Roman" w:cs="Times New Roman"/>
          <w:sz w:val="24"/>
          <w:szCs w:val="24"/>
        </w:rPr>
        <w:t xml:space="preserve"> Tọa độ của </w:t>
      </w:r>
      <w:r w:rsidRPr="00B13C4C">
        <w:rPr>
          <w:rFonts w:ascii="Times New Roman" w:hAnsi="Times New Roman" w:cs="Times New Roman"/>
          <w:position w:val="-6"/>
          <w:sz w:val="24"/>
          <w:szCs w:val="24"/>
        </w:rPr>
        <w:object w:dxaOrig="1040" w:dyaOrig="340" w14:anchorId="16B40EFB">
          <v:shape id="_x0000_i3503" type="#_x0000_t75" style="width:52.2pt;height:16.8pt" o:ole="">
            <v:imagedata r:id="rId3321" o:title=""/>
          </v:shape>
          <o:OLEObject Type="Embed" ProgID="Equation.DSMT4" ShapeID="_x0000_i3503" DrawAspect="Content" ObjectID="_1699836787" r:id="rId3322"/>
        </w:object>
      </w:r>
      <w:r w:rsidRPr="00B13C4C">
        <w:rPr>
          <w:rFonts w:ascii="Times New Roman" w:hAnsi="Times New Roman" w:cs="Times New Roman"/>
          <w:sz w:val="24"/>
          <w:szCs w:val="24"/>
        </w:rPr>
        <w:t xml:space="preserve"> là</w:t>
      </w:r>
    </w:p>
    <w:p w14:paraId="2BF6D05B"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800" w:dyaOrig="320" w14:anchorId="14AF69A9">
          <v:shape id="_x0000_i3504" type="#_x0000_t75" style="width:40.2pt;height:16.2pt" o:ole="">
            <v:imagedata r:id="rId3323" o:title=""/>
          </v:shape>
          <o:OLEObject Type="Embed" ProgID="Equation.DSMT4" ShapeID="_x0000_i3504" DrawAspect="Content" ObjectID="_1699836788" r:id="rId332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639" w:dyaOrig="320" w14:anchorId="28752DE5">
          <v:shape id="_x0000_i3505" type="#_x0000_t75" style="width:31.8pt;height:16.2pt" o:ole="">
            <v:imagedata r:id="rId3325" o:title=""/>
          </v:shape>
          <o:OLEObject Type="Embed" ProgID="Equation.DSMT4" ShapeID="_x0000_i3505" DrawAspect="Content" ObjectID="_1699836789" r:id="rId332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780" w:dyaOrig="320" w14:anchorId="326E7831">
          <v:shape id="_x0000_i3506" type="#_x0000_t75" style="width:39pt;height:16.2pt" o:ole="">
            <v:imagedata r:id="rId3327" o:title=""/>
          </v:shape>
          <o:OLEObject Type="Embed" ProgID="Equation.DSMT4" ShapeID="_x0000_i3506" DrawAspect="Content" ObjectID="_1699836790" r:id="rId332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700" w:dyaOrig="320" w14:anchorId="5305CD03">
          <v:shape id="_x0000_i3507" type="#_x0000_t75" style="width:34.8pt;height:16.2pt" o:ole="">
            <v:imagedata r:id="rId3329" o:title=""/>
          </v:shape>
          <o:OLEObject Type="Embed" ProgID="Equation.DSMT4" ShapeID="_x0000_i3507" DrawAspect="Content" ObjectID="_1699836791" r:id="rId3330"/>
        </w:object>
      </w:r>
      <w:r w:rsidRPr="00B13C4C">
        <w:rPr>
          <w:rFonts w:ascii="Times New Roman" w:hAnsi="Times New Roman" w:cs="Times New Roman"/>
          <w:sz w:val="24"/>
          <w:szCs w:val="24"/>
        </w:rPr>
        <w:t>.</w:t>
      </w:r>
    </w:p>
    <w:p w14:paraId="36A3FE36" w14:textId="77777777" w:rsidR="00B13C4C" w:rsidRPr="00B13C4C" w:rsidRDefault="00B13C4C" w:rsidP="00B34D5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Tập nghiệm </w:t>
      </w:r>
      <w:r w:rsidRPr="00B13C4C">
        <w:rPr>
          <w:rFonts w:ascii="Times New Roman" w:hAnsi="Times New Roman" w:cs="Times New Roman"/>
          <w:position w:val="-6"/>
          <w:sz w:val="24"/>
          <w:szCs w:val="24"/>
        </w:rPr>
        <w:object w:dxaOrig="220" w:dyaOrig="279" w14:anchorId="2096C46F">
          <v:shape id="_x0000_i3508" type="#_x0000_t75" style="width:10.8pt;height:13.8pt" o:ole="">
            <v:imagedata r:id="rId3331" o:title=""/>
          </v:shape>
          <o:OLEObject Type="Embed" ProgID="Equation.DSMT4" ShapeID="_x0000_i3508" DrawAspect="Content" ObjectID="_1699836792" r:id="rId3332"/>
        </w:object>
      </w:r>
      <w:r w:rsidRPr="00B13C4C">
        <w:rPr>
          <w:rFonts w:ascii="Times New Roman" w:hAnsi="Times New Roman" w:cs="Times New Roman"/>
          <w:sz w:val="24"/>
          <w:szCs w:val="24"/>
        </w:rPr>
        <w:t xml:space="preserve"> của bất phương trình </w:t>
      </w:r>
      <w:r w:rsidRPr="00B13C4C">
        <w:rPr>
          <w:rFonts w:ascii="Times New Roman" w:hAnsi="Times New Roman" w:cs="Times New Roman"/>
          <w:position w:val="-10"/>
          <w:sz w:val="24"/>
          <w:szCs w:val="24"/>
        </w:rPr>
        <w:object w:dxaOrig="1520" w:dyaOrig="320" w14:anchorId="52FA8FB8">
          <v:shape id="_x0000_i3509" type="#_x0000_t75" style="width:76.2pt;height:16.2pt" o:ole="">
            <v:imagedata r:id="rId3333" o:title=""/>
          </v:shape>
          <o:OLEObject Type="Embed" ProgID="Equation.DSMT4" ShapeID="_x0000_i3509" DrawAspect="Content" ObjectID="_1699836793" r:id="rId3334"/>
        </w:object>
      </w:r>
      <w:r w:rsidRPr="00B13C4C">
        <w:rPr>
          <w:rFonts w:ascii="Times New Roman" w:hAnsi="Times New Roman" w:cs="Times New Roman"/>
          <w:sz w:val="24"/>
          <w:szCs w:val="24"/>
        </w:rPr>
        <w:t xml:space="preserve"> là</w:t>
      </w:r>
    </w:p>
    <w:p w14:paraId="4C5C3E93"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120" w:dyaOrig="320" w14:anchorId="716864ED">
          <v:shape id="_x0000_i3510" type="#_x0000_t75" style="width:55.8pt;height:16.2pt" o:ole="">
            <v:imagedata r:id="rId3335" o:title=""/>
          </v:shape>
          <o:OLEObject Type="Embed" ProgID="Equation.DSMT4" ShapeID="_x0000_i3510" DrawAspect="Content" ObjectID="_1699836794" r:id="rId333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260" w:dyaOrig="320" w14:anchorId="4CF4C531">
          <v:shape id="_x0000_i3511" type="#_x0000_t75" style="width:63pt;height:16.2pt" o:ole="">
            <v:imagedata r:id="rId3337" o:title=""/>
          </v:shape>
          <o:OLEObject Type="Embed" ProgID="Equation.DSMT4" ShapeID="_x0000_i3511" DrawAspect="Content" ObjectID="_1699836795" r:id="rId333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120" w:dyaOrig="320" w14:anchorId="653DD49F">
          <v:shape id="_x0000_i3512" type="#_x0000_t75" style="width:55.8pt;height:16.2pt" o:ole="">
            <v:imagedata r:id="rId3339" o:title=""/>
          </v:shape>
          <o:OLEObject Type="Embed" ProgID="Equation.DSMT4" ShapeID="_x0000_i3512" DrawAspect="Content" ObjectID="_1699836796" r:id="rId334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260" w:dyaOrig="320" w14:anchorId="1012C037">
          <v:shape id="_x0000_i3513" type="#_x0000_t75" style="width:63pt;height:16.2pt" o:ole="">
            <v:imagedata r:id="rId3341" o:title=""/>
          </v:shape>
          <o:OLEObject Type="Embed" ProgID="Equation.DSMT4" ShapeID="_x0000_i3513" DrawAspect="Content" ObjectID="_1699836797" r:id="rId3342"/>
        </w:object>
      </w:r>
      <w:r w:rsidRPr="00B13C4C">
        <w:rPr>
          <w:rFonts w:ascii="Times New Roman" w:hAnsi="Times New Roman" w:cs="Times New Roman"/>
          <w:sz w:val="24"/>
          <w:szCs w:val="24"/>
        </w:rPr>
        <w:t>.</w:t>
      </w:r>
    </w:p>
    <w:p w14:paraId="09D968E5" w14:textId="77777777" w:rsidR="00B13C4C" w:rsidRPr="00B13C4C" w:rsidRDefault="00B13C4C" w:rsidP="00B34D5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Bảng biến thiên ở hình bên là bảng biến thiên của hàm số nào trong các hàm số được cho ở</w:t>
      </w:r>
    </w:p>
    <w:p w14:paraId="7499C459" w14:textId="77777777" w:rsidR="00B13C4C" w:rsidRPr="00B13C4C" w:rsidRDefault="00B13C4C" w:rsidP="00B34D5C">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bốn phương án </w:t>
      </w:r>
      <w:r w:rsidRPr="00B13C4C">
        <w:rPr>
          <w:rFonts w:ascii="Times New Roman" w:hAnsi="Times New Roman" w:cs="Times New Roman"/>
          <w:position w:val="-10"/>
          <w:sz w:val="24"/>
          <w:szCs w:val="24"/>
        </w:rPr>
        <w:object w:dxaOrig="999" w:dyaOrig="320" w14:anchorId="3A64B966">
          <v:shape id="_x0000_i3514" type="#_x0000_t75" style="width:49.8pt;height:16.2pt" o:ole="">
            <v:imagedata r:id="rId3343" o:title=""/>
          </v:shape>
          <o:OLEObject Type="Embed" ProgID="Equation.DSMT4" ShapeID="_x0000_i3514" DrawAspect="Content" ObjectID="_1699836798" r:id="rId3344"/>
        </w:object>
      </w:r>
      <w:r w:rsidRPr="00B13C4C">
        <w:rPr>
          <w:rFonts w:ascii="Times New Roman" w:hAnsi="Times New Roman" w:cs="Times New Roman"/>
          <w:sz w:val="24"/>
          <w:szCs w:val="24"/>
        </w:rPr>
        <w:t xml:space="preserve"> sau đây?</w:t>
      </w:r>
    </w:p>
    <w:p w14:paraId="4A0E7C26" w14:textId="77777777" w:rsidR="00B13C4C" w:rsidRPr="00B13C4C" w:rsidRDefault="00B13C4C" w:rsidP="00B34D5C">
      <w:pPr>
        <w:ind w:left="992"/>
        <w:jc w:val="center"/>
        <w:rPr>
          <w:rFonts w:ascii="Times New Roman" w:hAnsi="Times New Roman" w:cs="Times New Roman"/>
          <w:sz w:val="24"/>
          <w:szCs w:val="24"/>
        </w:rPr>
      </w:pPr>
      <w:r w:rsidRPr="00B13C4C">
        <w:rPr>
          <w:rFonts w:ascii="Times New Roman" w:hAnsi="Times New Roman" w:cs="Times New Roman"/>
          <w:noProof/>
          <w:sz w:val="24"/>
          <w:szCs w:val="24"/>
        </w:rPr>
        <w:drawing>
          <wp:inline distT="0" distB="0" distL="0" distR="0" wp14:anchorId="13DCADC9" wp14:editId="1403AB0C">
            <wp:extent cx="2607812" cy="944880"/>
            <wp:effectExtent l="0" t="0" r="2540"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45"/>
                    <a:stretch>
                      <a:fillRect/>
                    </a:stretch>
                  </pic:blipFill>
                  <pic:spPr>
                    <a:xfrm>
                      <a:off x="0" y="0"/>
                      <a:ext cx="2631570" cy="953488"/>
                    </a:xfrm>
                    <a:prstGeom prst="rect">
                      <a:avLst/>
                    </a:prstGeom>
                  </pic:spPr>
                </pic:pic>
              </a:graphicData>
            </a:graphic>
          </wp:inline>
        </w:drawing>
      </w:r>
    </w:p>
    <w:p w14:paraId="28BD9459"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600" w:dyaOrig="360" w14:anchorId="45295978">
          <v:shape id="_x0000_i3515" type="#_x0000_t75" style="width:79.8pt;height:18pt" o:ole="">
            <v:imagedata r:id="rId3346" o:title=""/>
          </v:shape>
          <o:OLEObject Type="Embed" ProgID="Equation.DSMT4" ShapeID="_x0000_i3515" DrawAspect="Content" ObjectID="_1699836799" r:id="rId334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420" w:dyaOrig="360" w14:anchorId="5E5A1B25">
          <v:shape id="_x0000_i3516" type="#_x0000_t75" style="width:70.8pt;height:18pt" o:ole="">
            <v:imagedata r:id="rId3348" o:title=""/>
          </v:shape>
          <o:OLEObject Type="Embed" ProgID="Equation.DSMT4" ShapeID="_x0000_i3516" DrawAspect="Content" ObjectID="_1699836800" r:id="rId334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280" w:dyaOrig="360" w14:anchorId="41D05061">
          <v:shape id="_x0000_i3517" type="#_x0000_t75" style="width:64.2pt;height:18pt" o:ole="">
            <v:imagedata r:id="rId3350" o:title=""/>
          </v:shape>
          <o:OLEObject Type="Embed" ProgID="Equation.DSMT4" ShapeID="_x0000_i3517" DrawAspect="Content" ObjectID="_1699836801" r:id="rId335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460" w:dyaOrig="360" w14:anchorId="6FA86F54">
          <v:shape id="_x0000_i3518" type="#_x0000_t75" style="width:73.2pt;height:18pt" o:ole="">
            <v:imagedata r:id="rId3352" o:title=""/>
          </v:shape>
          <o:OLEObject Type="Embed" ProgID="Equation.DSMT4" ShapeID="_x0000_i3518" DrawAspect="Content" ObjectID="_1699836802" r:id="rId3353"/>
        </w:object>
      </w:r>
      <w:r w:rsidRPr="00B13C4C">
        <w:rPr>
          <w:rFonts w:ascii="Times New Roman" w:hAnsi="Times New Roman" w:cs="Times New Roman"/>
          <w:sz w:val="24"/>
          <w:szCs w:val="24"/>
        </w:rPr>
        <w:t>.</w:t>
      </w:r>
    </w:p>
    <w:p w14:paraId="0BF0EC4F" w14:textId="77777777" w:rsidR="00B13C4C" w:rsidRPr="00B13C4C" w:rsidRDefault="00B13C4C" w:rsidP="00B34D5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tọa độ </w:t>
      </w:r>
      <w:r w:rsidRPr="00B13C4C">
        <w:rPr>
          <w:rFonts w:ascii="Times New Roman" w:hAnsi="Times New Roman" w:cs="Times New Roman"/>
          <w:position w:val="-10"/>
          <w:sz w:val="24"/>
          <w:szCs w:val="24"/>
        </w:rPr>
        <w:object w:dxaOrig="460" w:dyaOrig="320" w14:anchorId="2BC3DE68">
          <v:shape id="_x0000_i3519" type="#_x0000_t75" style="width:22.8pt;height:16.2pt" o:ole="">
            <v:imagedata r:id="rId3354" o:title=""/>
          </v:shape>
          <o:OLEObject Type="Embed" ProgID="Equation.DSMT4" ShapeID="_x0000_i3519" DrawAspect="Content" ObjectID="_1699836803" r:id="rId3355"/>
        </w:object>
      </w:r>
      <w:r w:rsidRPr="00B13C4C">
        <w:rPr>
          <w:rFonts w:ascii="Times New Roman" w:hAnsi="Times New Roman" w:cs="Times New Roman"/>
          <w:sz w:val="24"/>
          <w:szCs w:val="24"/>
        </w:rPr>
        <w:t xml:space="preserve">, cho hai vécto </w:t>
      </w:r>
      <w:r w:rsidRPr="00B13C4C">
        <w:rPr>
          <w:rFonts w:ascii="Times New Roman" w:hAnsi="Times New Roman" w:cs="Times New Roman"/>
          <w:position w:val="-10"/>
          <w:sz w:val="24"/>
          <w:szCs w:val="24"/>
        </w:rPr>
        <w:object w:dxaOrig="1500" w:dyaOrig="380" w14:anchorId="1437FD0C">
          <v:shape id="_x0000_i3520" type="#_x0000_t75" style="width:75pt;height:19.2pt" o:ole="">
            <v:imagedata r:id="rId3356" o:title=""/>
          </v:shape>
          <o:OLEObject Type="Embed" ProgID="Equation.DSMT4" ShapeID="_x0000_i3520" DrawAspect="Content" ObjectID="_1699836804" r:id="rId3357"/>
        </w:object>
      </w:r>
      <w:r w:rsidRPr="00B13C4C">
        <w:rPr>
          <w:rFonts w:ascii="Times New Roman" w:hAnsi="Times New Roman" w:cs="Times New Roman"/>
          <w:sz w:val="24"/>
          <w:szCs w:val="24"/>
        </w:rPr>
        <w:t xml:space="preserve"> Tính giá trị của </w:t>
      </w:r>
      <w:r w:rsidRPr="00B13C4C">
        <w:rPr>
          <w:rFonts w:ascii="Times New Roman" w:hAnsi="Times New Roman" w:cs="Times New Roman"/>
          <w:position w:val="-10"/>
          <w:sz w:val="24"/>
          <w:szCs w:val="24"/>
        </w:rPr>
        <w:object w:dxaOrig="920" w:dyaOrig="380" w14:anchorId="42F370DA">
          <v:shape id="_x0000_i3521" type="#_x0000_t75" style="width:46.2pt;height:19.2pt" o:ole="">
            <v:imagedata r:id="rId3358" o:title=""/>
          </v:shape>
          <o:OLEObject Type="Embed" ProgID="Equation.DSMT4" ShapeID="_x0000_i3521" DrawAspect="Content" ObjectID="_1699836805" r:id="rId3359"/>
        </w:object>
      </w:r>
    </w:p>
    <w:p w14:paraId="34A63B3D"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lastRenderedPageBreak/>
        <w:t xml:space="preserve">A. </w:t>
      </w:r>
      <w:r w:rsidRPr="00B13C4C">
        <w:rPr>
          <w:rFonts w:ascii="Times New Roman" w:hAnsi="Times New Roman" w:cs="Times New Roman"/>
          <w:position w:val="-10"/>
          <w:sz w:val="24"/>
          <w:szCs w:val="24"/>
        </w:rPr>
        <w:object w:dxaOrig="1380" w:dyaOrig="380" w14:anchorId="103D3D94">
          <v:shape id="_x0000_i3522" type="#_x0000_t75" style="width:69pt;height:19.2pt" o:ole="">
            <v:imagedata r:id="rId3360" o:title=""/>
          </v:shape>
          <o:OLEObject Type="Embed" ProgID="Equation.DSMT4" ShapeID="_x0000_i3522" DrawAspect="Content" ObjectID="_1699836806" r:id="rId336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1480" w:dyaOrig="620" w14:anchorId="18701D33">
          <v:shape id="_x0000_i3523" type="#_x0000_t75" style="width:73.8pt;height:31.2pt" o:ole="">
            <v:imagedata r:id="rId3362" o:title=""/>
          </v:shape>
          <o:OLEObject Type="Embed" ProgID="Equation.DSMT4" ShapeID="_x0000_i3523" DrawAspect="Content" ObjectID="_1699836807" r:id="rId336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1300" w:dyaOrig="620" w14:anchorId="201CFD7A">
          <v:shape id="_x0000_i3524" type="#_x0000_t75" style="width:64.8pt;height:31.2pt" o:ole="">
            <v:imagedata r:id="rId3364" o:title=""/>
          </v:shape>
          <o:OLEObject Type="Embed" ProgID="Equation.DSMT4" ShapeID="_x0000_i3524" DrawAspect="Content" ObjectID="_1699836808" r:id="rId336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280" w:dyaOrig="380" w14:anchorId="133503E5">
          <v:shape id="_x0000_i3525" type="#_x0000_t75" style="width:64.2pt;height:19.2pt" o:ole="">
            <v:imagedata r:id="rId3366" o:title=""/>
          </v:shape>
          <o:OLEObject Type="Embed" ProgID="Equation.DSMT4" ShapeID="_x0000_i3525" DrawAspect="Content" ObjectID="_1699836809" r:id="rId3367"/>
        </w:object>
      </w:r>
      <w:r w:rsidRPr="00B13C4C">
        <w:rPr>
          <w:rFonts w:ascii="Times New Roman" w:hAnsi="Times New Roman" w:cs="Times New Roman"/>
          <w:sz w:val="24"/>
          <w:szCs w:val="24"/>
        </w:rPr>
        <w:t>.</w:t>
      </w:r>
    </w:p>
    <w:p w14:paraId="683B50E6" w14:textId="77777777" w:rsidR="00B13C4C" w:rsidRPr="00B13C4C" w:rsidRDefault="00B13C4C" w:rsidP="00B34D5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hàm số </w:t>
      </w:r>
      <w:r w:rsidRPr="00B13C4C">
        <w:rPr>
          <w:rFonts w:ascii="Times New Roman" w:hAnsi="Times New Roman" w:cs="Times New Roman"/>
          <w:position w:val="-10"/>
          <w:sz w:val="24"/>
          <w:szCs w:val="24"/>
        </w:rPr>
        <w:object w:dxaOrig="1540" w:dyaOrig="360" w14:anchorId="73E3221C">
          <v:shape id="_x0000_i3526" type="#_x0000_t75" style="width:76.8pt;height:18pt" o:ole="">
            <v:imagedata r:id="rId3368" o:title=""/>
          </v:shape>
          <o:OLEObject Type="Embed" ProgID="Equation.DSMT4" ShapeID="_x0000_i3526" DrawAspect="Content" ObjectID="_1699836810" r:id="rId3369"/>
        </w:object>
      </w:r>
      <w:r w:rsidRPr="00B13C4C">
        <w:rPr>
          <w:rFonts w:ascii="Times New Roman" w:hAnsi="Times New Roman" w:cs="Times New Roman"/>
          <w:sz w:val="24"/>
          <w:szCs w:val="24"/>
        </w:rPr>
        <w:t>. Mệnh đề nào sau đây đúng?</w:t>
      </w:r>
    </w:p>
    <w:p w14:paraId="469B7B2B"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 xml:space="preserve">Hàm số đồng biến trên </w:t>
      </w:r>
      <w:r w:rsidRPr="00B13C4C">
        <w:rPr>
          <w:rFonts w:ascii="Times New Roman" w:hAnsi="Times New Roman" w:cs="Times New Roman"/>
          <w:position w:val="-10"/>
          <w:sz w:val="24"/>
          <w:szCs w:val="24"/>
        </w:rPr>
        <w:object w:dxaOrig="700" w:dyaOrig="320" w14:anchorId="6BA075AB">
          <v:shape id="_x0000_i3527" type="#_x0000_t75" style="width:34.8pt;height:16.2pt" o:ole="">
            <v:imagedata r:id="rId3370" o:title=""/>
          </v:shape>
          <o:OLEObject Type="Embed" ProgID="Equation.DSMT4" ShapeID="_x0000_i3527" DrawAspect="Content" ObjectID="_1699836811" r:id="rId3371"/>
        </w:object>
      </w:r>
      <w:r w:rsidRPr="00B13C4C">
        <w:rPr>
          <w:rFonts w:ascii="Times New Roman" w:hAnsi="Times New Roman" w:cs="Times New Roman"/>
          <w:sz w:val="24"/>
          <w:szCs w:val="24"/>
        </w:rPr>
        <w:t xml:space="preserve"> và nghịch biến trên </w:t>
      </w:r>
      <w:r w:rsidRPr="00B13C4C">
        <w:rPr>
          <w:rFonts w:ascii="Times New Roman" w:hAnsi="Times New Roman" w:cs="Times New Roman"/>
          <w:position w:val="-10"/>
          <w:sz w:val="24"/>
          <w:szCs w:val="24"/>
        </w:rPr>
        <w:object w:dxaOrig="700" w:dyaOrig="320" w14:anchorId="05CF17BD">
          <v:shape id="_x0000_i3528" type="#_x0000_t75" style="width:34.8pt;height:16.2pt" o:ole="">
            <v:imagedata r:id="rId3372" o:title=""/>
          </v:shape>
          <o:OLEObject Type="Embed" ProgID="Equation.DSMT4" ShapeID="_x0000_i3528" DrawAspect="Content" ObjectID="_1699836812" r:id="rId3373"/>
        </w:object>
      </w:r>
      <w:r w:rsidRPr="00B13C4C">
        <w:rPr>
          <w:rFonts w:ascii="Times New Roman" w:hAnsi="Times New Roman" w:cs="Times New Roman"/>
          <w:sz w:val="24"/>
          <w:szCs w:val="24"/>
        </w:rPr>
        <w:t>.</w:t>
      </w:r>
    </w:p>
    <w:p w14:paraId="55D104E0"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 xml:space="preserve">Hàm số đồng biến trên </w:t>
      </w:r>
      <w:r w:rsidRPr="00B13C4C">
        <w:rPr>
          <w:rFonts w:ascii="Times New Roman" w:hAnsi="Times New Roman" w:cs="Times New Roman"/>
          <w:position w:val="-10"/>
          <w:sz w:val="24"/>
          <w:szCs w:val="24"/>
        </w:rPr>
        <w:object w:dxaOrig="859" w:dyaOrig="320" w14:anchorId="74CE4F73">
          <v:shape id="_x0000_i3529" type="#_x0000_t75" style="width:43.2pt;height:16.2pt" o:ole="">
            <v:imagedata r:id="rId3374" o:title=""/>
          </v:shape>
          <o:OLEObject Type="Embed" ProgID="Equation.DSMT4" ShapeID="_x0000_i3529" DrawAspect="Content" ObjectID="_1699836813" r:id="rId3375"/>
        </w:object>
      </w:r>
      <w:r w:rsidRPr="00B13C4C">
        <w:rPr>
          <w:rFonts w:ascii="Times New Roman" w:hAnsi="Times New Roman" w:cs="Times New Roman"/>
          <w:sz w:val="24"/>
          <w:szCs w:val="24"/>
        </w:rPr>
        <w:t xml:space="preserve"> và nghịch biến trên </w:t>
      </w:r>
      <w:r w:rsidRPr="00B13C4C">
        <w:rPr>
          <w:rFonts w:ascii="Times New Roman" w:hAnsi="Times New Roman" w:cs="Times New Roman"/>
          <w:position w:val="-10"/>
          <w:sz w:val="24"/>
          <w:szCs w:val="24"/>
        </w:rPr>
        <w:object w:dxaOrig="859" w:dyaOrig="320" w14:anchorId="29CAEBE9">
          <v:shape id="_x0000_i3530" type="#_x0000_t75" style="width:43.2pt;height:16.2pt" o:ole="">
            <v:imagedata r:id="rId3376" o:title=""/>
          </v:shape>
          <o:OLEObject Type="Embed" ProgID="Equation.DSMT4" ShapeID="_x0000_i3530" DrawAspect="Content" ObjectID="_1699836814" r:id="rId3377"/>
        </w:object>
      </w:r>
      <w:r w:rsidRPr="00B13C4C">
        <w:rPr>
          <w:rFonts w:ascii="Times New Roman" w:hAnsi="Times New Roman" w:cs="Times New Roman"/>
          <w:sz w:val="24"/>
          <w:szCs w:val="24"/>
        </w:rPr>
        <w:t>.</w:t>
      </w:r>
    </w:p>
    <w:p w14:paraId="4EB4E090"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 xml:space="preserve">Hàm số nghịch biến trên </w:t>
      </w:r>
      <w:r w:rsidRPr="00B13C4C">
        <w:rPr>
          <w:rFonts w:ascii="Times New Roman" w:hAnsi="Times New Roman" w:cs="Times New Roman"/>
          <w:position w:val="-10"/>
          <w:sz w:val="24"/>
          <w:szCs w:val="24"/>
        </w:rPr>
        <w:object w:dxaOrig="859" w:dyaOrig="320" w14:anchorId="68C90A4E">
          <v:shape id="_x0000_i3531" type="#_x0000_t75" style="width:43.2pt;height:16.2pt" o:ole="">
            <v:imagedata r:id="rId3378" o:title=""/>
          </v:shape>
          <o:OLEObject Type="Embed" ProgID="Equation.DSMT4" ShapeID="_x0000_i3531" DrawAspect="Content" ObjectID="_1699836815" r:id="rId3379"/>
        </w:object>
      </w:r>
      <w:r w:rsidRPr="00B13C4C">
        <w:rPr>
          <w:rFonts w:ascii="Times New Roman" w:hAnsi="Times New Roman" w:cs="Times New Roman"/>
          <w:sz w:val="24"/>
          <w:szCs w:val="24"/>
        </w:rPr>
        <w:t xml:space="preserve"> và đồng biến trên </w:t>
      </w:r>
      <w:r w:rsidRPr="00B13C4C">
        <w:rPr>
          <w:rFonts w:ascii="Times New Roman" w:hAnsi="Times New Roman" w:cs="Times New Roman"/>
          <w:position w:val="-10"/>
          <w:sz w:val="24"/>
          <w:szCs w:val="24"/>
        </w:rPr>
        <w:object w:dxaOrig="859" w:dyaOrig="320" w14:anchorId="039D492D">
          <v:shape id="_x0000_i3532" type="#_x0000_t75" style="width:43.2pt;height:16.2pt" o:ole="">
            <v:imagedata r:id="rId3380" o:title=""/>
          </v:shape>
          <o:OLEObject Type="Embed" ProgID="Equation.DSMT4" ShapeID="_x0000_i3532" DrawAspect="Content" ObjectID="_1699836816" r:id="rId3381"/>
        </w:object>
      </w:r>
      <w:r w:rsidRPr="00B13C4C">
        <w:rPr>
          <w:rFonts w:ascii="Times New Roman" w:hAnsi="Times New Roman" w:cs="Times New Roman"/>
          <w:sz w:val="24"/>
          <w:szCs w:val="24"/>
        </w:rPr>
        <w:t>.</w:t>
      </w:r>
    </w:p>
    <w:p w14:paraId="0C17D054"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 xml:space="preserve">Hàm số nghịch biến trên </w:t>
      </w:r>
      <w:r w:rsidRPr="00B13C4C">
        <w:rPr>
          <w:rFonts w:ascii="Times New Roman" w:hAnsi="Times New Roman" w:cs="Times New Roman"/>
          <w:position w:val="-10"/>
          <w:sz w:val="24"/>
          <w:szCs w:val="24"/>
        </w:rPr>
        <w:object w:dxaOrig="700" w:dyaOrig="320" w14:anchorId="440CF9F8">
          <v:shape id="_x0000_i3533" type="#_x0000_t75" style="width:34.8pt;height:16.2pt" o:ole="">
            <v:imagedata r:id="rId3382" o:title=""/>
          </v:shape>
          <o:OLEObject Type="Embed" ProgID="Equation.DSMT4" ShapeID="_x0000_i3533" DrawAspect="Content" ObjectID="_1699836817" r:id="rId3383"/>
        </w:object>
      </w:r>
      <w:r w:rsidRPr="00B13C4C">
        <w:rPr>
          <w:rFonts w:ascii="Times New Roman" w:hAnsi="Times New Roman" w:cs="Times New Roman"/>
          <w:sz w:val="24"/>
          <w:szCs w:val="24"/>
        </w:rPr>
        <w:t xml:space="preserve"> và đồng biến trên </w:t>
      </w:r>
      <w:r w:rsidRPr="00B13C4C">
        <w:rPr>
          <w:rFonts w:ascii="Times New Roman" w:hAnsi="Times New Roman" w:cs="Times New Roman"/>
          <w:position w:val="-10"/>
          <w:sz w:val="24"/>
          <w:szCs w:val="24"/>
        </w:rPr>
        <w:object w:dxaOrig="700" w:dyaOrig="320" w14:anchorId="40DE88E5">
          <v:shape id="_x0000_i3534" type="#_x0000_t75" style="width:34.8pt;height:16.2pt" o:ole="">
            <v:imagedata r:id="rId3384" o:title=""/>
          </v:shape>
          <o:OLEObject Type="Embed" ProgID="Equation.DSMT4" ShapeID="_x0000_i3534" DrawAspect="Content" ObjectID="_1699836818" r:id="rId3385"/>
        </w:object>
      </w:r>
      <w:r w:rsidRPr="00B13C4C">
        <w:rPr>
          <w:rFonts w:ascii="Times New Roman" w:hAnsi="Times New Roman" w:cs="Times New Roman"/>
          <w:sz w:val="24"/>
          <w:szCs w:val="24"/>
        </w:rPr>
        <w:t>.</w:t>
      </w:r>
    </w:p>
    <w:p w14:paraId="089FDC18" w14:textId="77777777" w:rsidR="00B13C4C" w:rsidRPr="00B13C4C" w:rsidRDefault="00B13C4C" w:rsidP="00B34D5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w:t>
      </w:r>
      <w:r w:rsidRPr="00B13C4C">
        <w:rPr>
          <w:rFonts w:ascii="Times New Roman" w:hAnsi="Times New Roman" w:cs="Times New Roman"/>
          <w:position w:val="-10"/>
          <w:sz w:val="24"/>
          <w:szCs w:val="24"/>
        </w:rPr>
        <w:object w:dxaOrig="460" w:dyaOrig="320" w14:anchorId="34367EF3">
          <v:shape id="_x0000_i3535" type="#_x0000_t75" style="width:22.8pt;height:16.2pt" o:ole="">
            <v:imagedata r:id="rId3386" o:title=""/>
          </v:shape>
          <o:OLEObject Type="Embed" ProgID="Equation.DSMT4" ShapeID="_x0000_i3535" DrawAspect="Content" ObjectID="_1699836819" r:id="rId3387"/>
        </w:object>
      </w:r>
      <w:r w:rsidRPr="00B13C4C">
        <w:rPr>
          <w:rFonts w:ascii="Times New Roman" w:hAnsi="Times New Roman" w:cs="Times New Roman"/>
          <w:sz w:val="24"/>
          <w:szCs w:val="24"/>
        </w:rPr>
        <w:t xml:space="preserve">, cho </w:t>
      </w:r>
      <w:r w:rsidRPr="00B13C4C">
        <w:rPr>
          <w:rFonts w:ascii="Times New Roman" w:hAnsi="Times New Roman" w:cs="Times New Roman"/>
          <w:position w:val="-10"/>
          <w:sz w:val="24"/>
          <w:szCs w:val="24"/>
        </w:rPr>
        <w:object w:dxaOrig="1680" w:dyaOrig="320" w14:anchorId="29B10E3D">
          <v:shape id="_x0000_i3536" type="#_x0000_t75" style="width:84pt;height:16.2pt" o:ole="">
            <v:imagedata r:id="rId3388" o:title=""/>
          </v:shape>
          <o:OLEObject Type="Embed" ProgID="Equation.DSMT4" ShapeID="_x0000_i3536" DrawAspect="Content" ObjectID="_1699836820" r:id="rId3389"/>
        </w:object>
      </w:r>
      <w:r w:rsidRPr="00B13C4C">
        <w:rPr>
          <w:rFonts w:ascii="Times New Roman" w:hAnsi="Times New Roman" w:cs="Times New Roman"/>
          <w:sz w:val="24"/>
          <w:szCs w:val="24"/>
        </w:rPr>
        <w:t xml:space="preserve">. Tọa độ của điểm </w:t>
      </w:r>
      <w:r w:rsidRPr="00B13C4C">
        <w:rPr>
          <w:rFonts w:ascii="Times New Roman" w:hAnsi="Times New Roman" w:cs="Times New Roman"/>
          <w:position w:val="-4"/>
          <w:sz w:val="24"/>
          <w:szCs w:val="24"/>
        </w:rPr>
        <w:object w:dxaOrig="320" w:dyaOrig="260" w14:anchorId="087C0B76">
          <v:shape id="_x0000_i3537" type="#_x0000_t75" style="width:16.2pt;height:13.2pt" o:ole="">
            <v:imagedata r:id="rId3390" o:title=""/>
          </v:shape>
          <o:OLEObject Type="Embed" ProgID="Equation.DSMT4" ShapeID="_x0000_i3537" DrawAspect="Content" ObjectID="_1699836821" r:id="rId3391"/>
        </w:object>
      </w:r>
      <w:r w:rsidRPr="00B13C4C">
        <w:rPr>
          <w:rFonts w:ascii="Times New Roman" w:hAnsi="Times New Roman" w:cs="Times New Roman"/>
          <w:sz w:val="24"/>
          <w:szCs w:val="24"/>
        </w:rPr>
        <w:t xml:space="preserve"> trên trục tung sao cho </w:t>
      </w:r>
      <w:r w:rsidRPr="00B13C4C">
        <w:rPr>
          <w:rFonts w:ascii="Times New Roman" w:hAnsi="Times New Roman" w:cs="Times New Roman"/>
          <w:position w:val="-10"/>
          <w:sz w:val="24"/>
          <w:szCs w:val="24"/>
        </w:rPr>
        <w:object w:dxaOrig="1140" w:dyaOrig="380" w14:anchorId="19D0646B">
          <v:shape id="_x0000_i3538" type="#_x0000_t75" style="width:57pt;height:19.2pt" o:ole="">
            <v:imagedata r:id="rId3392" o:title=""/>
          </v:shape>
          <o:OLEObject Type="Embed" ProgID="Equation.DSMT4" ShapeID="_x0000_i3538" DrawAspect="Content" ObjectID="_1699836822" r:id="rId3393"/>
        </w:object>
      </w:r>
      <w:r w:rsidRPr="00B13C4C">
        <w:rPr>
          <w:rFonts w:ascii="Times New Roman" w:hAnsi="Times New Roman" w:cs="Times New Roman"/>
          <w:sz w:val="24"/>
          <w:szCs w:val="24"/>
        </w:rPr>
        <w:t xml:space="preserve"> ngắn nhất là</w:t>
      </w:r>
    </w:p>
    <w:p w14:paraId="77CB3352" w14:textId="77777777" w:rsidR="00B13C4C" w:rsidRPr="00B13C4C" w:rsidRDefault="00B13C4C" w:rsidP="00B34D5C">
      <w:pPr>
        <w:tabs>
          <w:tab w:val="left" w:pos="3402"/>
          <w:tab w:val="left" w:pos="5669"/>
          <w:tab w:val="left" w:pos="7937"/>
        </w:tabs>
        <w:spacing w:after="0"/>
        <w:ind w:left="992"/>
        <w:jc w:val="both"/>
        <w:rPr>
          <w:rFonts w:ascii="Times New Roman" w:hAnsi="Times New Roman" w:cs="Times New Roman"/>
          <w:b/>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800" w:dyaOrig="320" w14:anchorId="6AA91956">
          <v:shape id="_x0000_i3539" type="#_x0000_t75" style="width:40.2pt;height:16.2pt" o:ole="">
            <v:imagedata r:id="rId3394" o:title=""/>
          </v:shape>
          <o:OLEObject Type="Embed" ProgID="Equation.DSMT4" ShapeID="_x0000_i3539" DrawAspect="Content" ObjectID="_1699836823" r:id="rId339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940" w:dyaOrig="320" w14:anchorId="743DE87B">
          <v:shape id="_x0000_i3540" type="#_x0000_t75" style="width:46.8pt;height:16.2pt" o:ole="">
            <v:imagedata r:id="rId3396" o:title=""/>
          </v:shape>
          <o:OLEObject Type="Embed" ProgID="Equation.DSMT4" ShapeID="_x0000_i3540" DrawAspect="Content" ObjectID="_1699836824" r:id="rId339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800" w:dyaOrig="320" w14:anchorId="060CBAA3">
          <v:shape id="_x0000_i3541" type="#_x0000_t75" style="width:40.2pt;height:16.2pt" o:ole="">
            <v:imagedata r:id="rId3398" o:title=""/>
          </v:shape>
          <o:OLEObject Type="Embed" ProgID="Equation.DSMT4" ShapeID="_x0000_i3541" DrawAspect="Content" ObjectID="_1699836825" r:id="rId339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940" w:dyaOrig="320" w14:anchorId="3160ADBF">
          <v:shape id="_x0000_i3542" type="#_x0000_t75" style="width:46.8pt;height:16.2pt" o:ole="">
            <v:imagedata r:id="rId3400" o:title=""/>
          </v:shape>
          <o:OLEObject Type="Embed" ProgID="Equation.DSMT4" ShapeID="_x0000_i3542" DrawAspect="Content" ObjectID="_1699836826" r:id="rId3401"/>
        </w:object>
      </w:r>
      <w:r w:rsidRPr="00B13C4C">
        <w:rPr>
          <w:rFonts w:ascii="Times New Roman" w:hAnsi="Times New Roman" w:cs="Times New Roman"/>
          <w:b/>
          <w:sz w:val="24"/>
          <w:szCs w:val="24"/>
        </w:rPr>
        <w:t>.</w:t>
      </w:r>
    </w:p>
    <w:p w14:paraId="497CD03E" w14:textId="77777777" w:rsidR="00B13C4C" w:rsidRPr="00B13C4C" w:rsidRDefault="00B13C4C" w:rsidP="00B34D5C">
      <w:pPr>
        <w:ind w:left="992"/>
        <w:rPr>
          <w:rFonts w:ascii="Times New Roman" w:hAnsi="Times New Roman" w:cs="Times New Roman"/>
          <w:sz w:val="24"/>
          <w:szCs w:val="24"/>
        </w:rPr>
      </w:pPr>
      <w:r w:rsidRPr="00B13C4C">
        <w:rPr>
          <w:rFonts w:ascii="Times New Roman" w:hAnsi="Times New Roman" w:cs="Times New Roman"/>
          <w:b/>
          <w:sz w:val="24"/>
          <w:szCs w:val="24"/>
        </w:rPr>
        <w:t>Phần II: Tự luận</w:t>
      </w:r>
    </w:p>
    <w:p w14:paraId="544DB350" w14:textId="77777777" w:rsidR="00B13C4C" w:rsidRPr="00B13C4C" w:rsidRDefault="00B13C4C" w:rsidP="00B34D5C">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1: </w:t>
      </w:r>
      <w:r w:rsidRPr="00B13C4C">
        <w:rPr>
          <w:rFonts w:ascii="Times New Roman" w:hAnsi="Times New Roman" w:cs="Times New Roman"/>
          <w:sz w:val="24"/>
          <w:szCs w:val="24"/>
        </w:rPr>
        <w:t xml:space="preserve">Cho phương trình </w:t>
      </w:r>
      <w:r w:rsidRPr="00B13C4C">
        <w:rPr>
          <w:rFonts w:ascii="Times New Roman" w:hAnsi="Times New Roman" w:cs="Times New Roman"/>
          <w:position w:val="-10"/>
          <w:sz w:val="24"/>
          <w:szCs w:val="24"/>
        </w:rPr>
        <w:object w:dxaOrig="3460" w:dyaOrig="360" w14:anchorId="64F64A82">
          <v:shape id="_x0000_i3543" type="#_x0000_t75" style="width:172.8pt;height:18pt" o:ole="">
            <v:imagedata r:id="rId3402" o:title=""/>
          </v:shape>
          <o:OLEObject Type="Embed" ProgID="Equation.DSMT4" ShapeID="_x0000_i3543" DrawAspect="Content" ObjectID="_1699836827" r:id="rId3403"/>
        </w:object>
      </w:r>
      <w:r w:rsidRPr="00B13C4C">
        <w:rPr>
          <w:rFonts w:ascii="Times New Roman" w:hAnsi="Times New Roman" w:cs="Times New Roman"/>
          <w:sz w:val="24"/>
          <w:szCs w:val="24"/>
        </w:rPr>
        <w:t xml:space="preserve"> là tham số </w:t>
      </w:r>
      <w:r w:rsidRPr="00B13C4C">
        <w:rPr>
          <w:rFonts w:ascii="Times New Roman" w:hAnsi="Times New Roman" w:cs="Times New Roman"/>
          <w:position w:val="-10"/>
          <w:sz w:val="24"/>
          <w:szCs w:val="24"/>
        </w:rPr>
        <w:object w:dxaOrig="160" w:dyaOrig="320" w14:anchorId="57953A10">
          <v:shape id="_x0000_i3544" type="#_x0000_t75" style="width:7.8pt;height:16.2pt" o:ole="">
            <v:imagedata r:id="rId3404" o:title=""/>
          </v:shape>
          <o:OLEObject Type="Embed" ProgID="Equation.DSMT4" ShapeID="_x0000_i3544" DrawAspect="Content" ObjectID="_1699836828" r:id="rId3405"/>
        </w:object>
      </w:r>
      <w:r w:rsidRPr="00B13C4C">
        <w:rPr>
          <w:rFonts w:ascii="Times New Roman" w:hAnsi="Times New Roman" w:cs="Times New Roman"/>
          <w:sz w:val="24"/>
          <w:szCs w:val="24"/>
        </w:rPr>
        <w:t>.</w:t>
      </w:r>
    </w:p>
    <w:p w14:paraId="43E4E745" w14:textId="77777777" w:rsidR="00B13C4C" w:rsidRPr="00B13C4C" w:rsidRDefault="00B13C4C" w:rsidP="00B34D5C">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a. Tìm </w:t>
      </w:r>
      <w:r w:rsidRPr="00B13C4C">
        <w:rPr>
          <w:rFonts w:ascii="Times New Roman" w:hAnsi="Times New Roman" w:cs="Times New Roman"/>
          <w:position w:val="-6"/>
          <w:sz w:val="24"/>
          <w:szCs w:val="24"/>
        </w:rPr>
        <w:object w:dxaOrig="260" w:dyaOrig="220" w14:anchorId="12E153AD">
          <v:shape id="_x0000_i3545" type="#_x0000_t75" style="width:13.2pt;height:10.8pt" o:ole="">
            <v:imagedata r:id="rId3406" o:title=""/>
          </v:shape>
          <o:OLEObject Type="Embed" ProgID="Equation.DSMT4" ShapeID="_x0000_i3545" DrawAspect="Content" ObjectID="_1699836829" r:id="rId3407"/>
        </w:object>
      </w:r>
      <w:r w:rsidRPr="00B13C4C">
        <w:rPr>
          <w:rFonts w:ascii="Times New Roman" w:hAnsi="Times New Roman" w:cs="Times New Roman"/>
          <w:sz w:val="24"/>
          <w:szCs w:val="24"/>
        </w:rPr>
        <w:t xml:space="preserve"> sao cho phương trình có nghiệm.</w:t>
      </w:r>
    </w:p>
    <w:p w14:paraId="3F89086D" w14:textId="77777777" w:rsidR="00B13C4C" w:rsidRPr="00B13C4C" w:rsidRDefault="00B13C4C" w:rsidP="00B34D5C">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b. Tìm </w:t>
      </w:r>
      <w:r w:rsidRPr="00B13C4C">
        <w:rPr>
          <w:rFonts w:ascii="Times New Roman" w:hAnsi="Times New Roman" w:cs="Times New Roman"/>
          <w:position w:val="-6"/>
          <w:sz w:val="24"/>
          <w:szCs w:val="24"/>
        </w:rPr>
        <w:object w:dxaOrig="260" w:dyaOrig="220" w14:anchorId="6953E1D9">
          <v:shape id="_x0000_i3546" type="#_x0000_t75" style="width:13.2pt;height:10.8pt" o:ole="">
            <v:imagedata r:id="rId3408" o:title=""/>
          </v:shape>
          <o:OLEObject Type="Embed" ProgID="Equation.DSMT4" ShapeID="_x0000_i3546" DrawAspect="Content" ObjectID="_1699836830" r:id="rId3409"/>
        </w:object>
      </w:r>
      <w:r w:rsidRPr="00B13C4C">
        <w:rPr>
          <w:rFonts w:ascii="Times New Roman" w:hAnsi="Times New Roman" w:cs="Times New Roman"/>
          <w:sz w:val="24"/>
          <w:szCs w:val="24"/>
        </w:rPr>
        <w:t xml:space="preserve"> sao cho phương trinh có hai nghiệm </w:t>
      </w:r>
      <w:r w:rsidRPr="00B13C4C">
        <w:rPr>
          <w:rFonts w:ascii="Times New Roman" w:hAnsi="Times New Roman" w:cs="Times New Roman"/>
          <w:position w:val="-12"/>
          <w:sz w:val="24"/>
          <w:szCs w:val="24"/>
        </w:rPr>
        <w:object w:dxaOrig="540" w:dyaOrig="360" w14:anchorId="520C1F0B">
          <v:shape id="_x0000_i3547" type="#_x0000_t75" style="width:27pt;height:18pt" o:ole="">
            <v:imagedata r:id="rId3410" o:title=""/>
          </v:shape>
          <o:OLEObject Type="Embed" ProgID="Equation.DSMT4" ShapeID="_x0000_i3547" DrawAspect="Content" ObjectID="_1699836831" r:id="rId3411"/>
        </w:object>
      </w:r>
      <w:r w:rsidRPr="00B13C4C">
        <w:rPr>
          <w:rFonts w:ascii="Times New Roman" w:hAnsi="Times New Roman" w:cs="Times New Roman"/>
          <w:sz w:val="24"/>
          <w:szCs w:val="24"/>
        </w:rPr>
        <w:t xml:space="preserve"> thỏa mãn: </w:t>
      </w:r>
      <w:r w:rsidRPr="00B13C4C">
        <w:rPr>
          <w:rFonts w:ascii="Times New Roman" w:hAnsi="Times New Roman" w:cs="Times New Roman"/>
          <w:position w:val="-14"/>
          <w:sz w:val="24"/>
          <w:szCs w:val="24"/>
        </w:rPr>
        <w:object w:dxaOrig="1980" w:dyaOrig="400" w14:anchorId="360FC156">
          <v:shape id="_x0000_i3548" type="#_x0000_t75" style="width:99pt;height:19.8pt" o:ole="">
            <v:imagedata r:id="rId3412" o:title=""/>
          </v:shape>
          <o:OLEObject Type="Embed" ProgID="Equation.DSMT4" ShapeID="_x0000_i3548" DrawAspect="Content" ObjectID="_1699836832" r:id="rId3413"/>
        </w:object>
      </w:r>
    </w:p>
    <w:p w14:paraId="07150695" w14:textId="77777777" w:rsidR="00B13C4C" w:rsidRPr="00B13C4C" w:rsidRDefault="00B13C4C" w:rsidP="00B34D5C">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2: </w:t>
      </w:r>
      <w:r w:rsidRPr="00B13C4C">
        <w:rPr>
          <w:rFonts w:ascii="Times New Roman" w:hAnsi="Times New Roman" w:cs="Times New Roman"/>
          <w:sz w:val="24"/>
          <w:szCs w:val="24"/>
        </w:rPr>
        <w:t>Giải các phương trinh và hệ phưong trinh sau</w:t>
      </w:r>
    </w:p>
    <w:p w14:paraId="4CAA3275" w14:textId="77777777" w:rsidR="00B13C4C" w:rsidRPr="00B13C4C" w:rsidRDefault="00B13C4C" w:rsidP="00B34D5C">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a. </w:t>
      </w:r>
      <w:r w:rsidRPr="00B13C4C">
        <w:rPr>
          <w:rFonts w:ascii="Times New Roman" w:hAnsi="Times New Roman" w:cs="Times New Roman"/>
          <w:position w:val="-8"/>
          <w:sz w:val="24"/>
          <w:szCs w:val="24"/>
        </w:rPr>
        <w:object w:dxaOrig="3159" w:dyaOrig="400" w14:anchorId="1578E001">
          <v:shape id="_x0000_i3549" type="#_x0000_t75" style="width:157.8pt;height:19.8pt" o:ole="">
            <v:imagedata r:id="rId3414" o:title=""/>
          </v:shape>
          <o:OLEObject Type="Embed" ProgID="Equation.DSMT4" ShapeID="_x0000_i3549" DrawAspect="Content" ObjectID="_1699836833" r:id="rId3415"/>
        </w:object>
      </w:r>
      <w:r w:rsidRPr="00B13C4C">
        <w:rPr>
          <w:rFonts w:ascii="Times New Roman" w:hAnsi="Times New Roman" w:cs="Times New Roman"/>
          <w:sz w:val="24"/>
          <w:szCs w:val="24"/>
        </w:rPr>
        <w:t>.</w:t>
      </w:r>
      <w:r w:rsidRPr="00B13C4C">
        <w:rPr>
          <w:rFonts w:ascii="Times New Roman" w:hAnsi="Times New Roman" w:cs="Times New Roman"/>
          <w:sz w:val="24"/>
          <w:szCs w:val="24"/>
        </w:rPr>
        <w:tab/>
        <w:t xml:space="preserve">b. </w:t>
      </w:r>
      <w:r w:rsidRPr="00B13C4C">
        <w:rPr>
          <w:rFonts w:ascii="Times New Roman" w:hAnsi="Times New Roman" w:cs="Times New Roman"/>
          <w:position w:val="-16"/>
          <w:sz w:val="24"/>
          <w:szCs w:val="24"/>
        </w:rPr>
        <w:object w:dxaOrig="2079" w:dyaOrig="440" w14:anchorId="59363F15">
          <v:shape id="_x0000_i3550" type="#_x0000_t75" style="width:103.8pt;height:22.2pt" o:ole="">
            <v:imagedata r:id="rId3416" o:title=""/>
          </v:shape>
          <o:OLEObject Type="Embed" ProgID="Equation.DSMT4" ShapeID="_x0000_i3550" DrawAspect="Content" ObjectID="_1699836834" r:id="rId3417"/>
        </w:object>
      </w:r>
      <w:r w:rsidRPr="00B13C4C">
        <w:rPr>
          <w:rFonts w:ascii="Times New Roman" w:hAnsi="Times New Roman" w:cs="Times New Roman"/>
          <w:sz w:val="24"/>
          <w:szCs w:val="24"/>
        </w:rPr>
        <w:t>.</w:t>
      </w:r>
      <w:r w:rsidRPr="00B13C4C">
        <w:rPr>
          <w:rFonts w:ascii="Times New Roman" w:hAnsi="Times New Roman" w:cs="Times New Roman"/>
          <w:sz w:val="24"/>
          <w:szCs w:val="24"/>
        </w:rPr>
        <w:tab/>
        <w:t xml:space="preserve">c. </w:t>
      </w:r>
      <w:r w:rsidRPr="00B13C4C">
        <w:rPr>
          <w:rFonts w:ascii="Times New Roman" w:hAnsi="Times New Roman" w:cs="Times New Roman"/>
          <w:position w:val="-30"/>
          <w:sz w:val="24"/>
          <w:szCs w:val="24"/>
        </w:rPr>
        <w:object w:dxaOrig="1560" w:dyaOrig="720" w14:anchorId="111EF5BA">
          <v:shape id="_x0000_i3551" type="#_x0000_t75" style="width:78pt;height:36pt" o:ole="">
            <v:imagedata r:id="rId3418" o:title=""/>
          </v:shape>
          <o:OLEObject Type="Embed" ProgID="Equation.DSMT4" ShapeID="_x0000_i3551" DrawAspect="Content" ObjectID="_1699836835" r:id="rId3419"/>
        </w:object>
      </w:r>
    </w:p>
    <w:p w14:paraId="385E926A" w14:textId="77777777" w:rsidR="00B13C4C" w:rsidRPr="00B13C4C" w:rsidRDefault="00B13C4C" w:rsidP="00B34D5C">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3: </w:t>
      </w:r>
      <w:r w:rsidRPr="00B13C4C">
        <w:rPr>
          <w:rFonts w:ascii="Times New Roman" w:hAnsi="Times New Roman" w:cs="Times New Roman"/>
          <w:sz w:val="24"/>
          <w:szCs w:val="24"/>
        </w:rPr>
        <w:t xml:space="preserve">Trong mặt phẳng tọa độ </w:t>
      </w:r>
      <w:r w:rsidRPr="00B13C4C">
        <w:rPr>
          <w:rFonts w:ascii="Times New Roman" w:hAnsi="Times New Roman" w:cs="Times New Roman"/>
          <w:position w:val="-10"/>
          <w:sz w:val="24"/>
          <w:szCs w:val="24"/>
        </w:rPr>
        <w:object w:dxaOrig="460" w:dyaOrig="320" w14:anchorId="6BC5A607">
          <v:shape id="_x0000_i3552" type="#_x0000_t75" style="width:22.8pt;height:16.2pt" o:ole="">
            <v:imagedata r:id="rId3420" o:title=""/>
          </v:shape>
          <o:OLEObject Type="Embed" ProgID="Equation.DSMT4" ShapeID="_x0000_i3552" DrawAspect="Content" ObjectID="_1699836836" r:id="rId3421"/>
        </w:object>
      </w:r>
      <w:r w:rsidRPr="00B13C4C">
        <w:rPr>
          <w:rFonts w:ascii="Times New Roman" w:hAnsi="Times New Roman" w:cs="Times New Roman"/>
          <w:sz w:val="24"/>
          <w:szCs w:val="24"/>
        </w:rPr>
        <w:t xml:space="preserve">, cho tam giác </w:t>
      </w:r>
      <w:r w:rsidRPr="00B13C4C">
        <w:rPr>
          <w:rFonts w:ascii="Times New Roman" w:hAnsi="Times New Roman" w:cs="Times New Roman"/>
          <w:position w:val="-6"/>
          <w:sz w:val="24"/>
          <w:szCs w:val="24"/>
        </w:rPr>
        <w:object w:dxaOrig="560" w:dyaOrig="279" w14:anchorId="187F42FF">
          <v:shape id="_x0000_i3553" type="#_x0000_t75" style="width:28.2pt;height:13.8pt" o:ole="">
            <v:imagedata r:id="rId3422" o:title=""/>
          </v:shape>
          <o:OLEObject Type="Embed" ProgID="Equation.DSMT4" ShapeID="_x0000_i3553" DrawAspect="Content" ObjectID="_1699836837" r:id="rId3423"/>
        </w:object>
      </w:r>
      <w:r w:rsidRPr="00B13C4C">
        <w:rPr>
          <w:rFonts w:ascii="Times New Roman" w:hAnsi="Times New Roman" w:cs="Times New Roman"/>
          <w:sz w:val="24"/>
          <w:szCs w:val="24"/>
        </w:rPr>
        <w:t xml:space="preserve"> có tọa độ các đỉnh </w:t>
      </w:r>
      <w:r w:rsidRPr="00B13C4C">
        <w:rPr>
          <w:rFonts w:ascii="Times New Roman" w:hAnsi="Times New Roman" w:cs="Times New Roman"/>
          <w:position w:val="-10"/>
          <w:sz w:val="24"/>
          <w:szCs w:val="24"/>
        </w:rPr>
        <w:object w:dxaOrig="1680" w:dyaOrig="320" w14:anchorId="6539EC34">
          <v:shape id="_x0000_i3554" type="#_x0000_t75" style="width:84pt;height:16.2pt" o:ole="">
            <v:imagedata r:id="rId3424" o:title=""/>
          </v:shape>
          <o:OLEObject Type="Embed" ProgID="Equation.DSMT4" ShapeID="_x0000_i3554" DrawAspect="Content" ObjectID="_1699836838" r:id="rId3425"/>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780" w:dyaOrig="320" w14:anchorId="7A27703D">
          <v:shape id="_x0000_i3555" type="#_x0000_t75" style="width:39pt;height:16.2pt" o:ole="">
            <v:imagedata r:id="rId3426" o:title=""/>
          </v:shape>
          <o:OLEObject Type="Embed" ProgID="Equation.DSMT4" ShapeID="_x0000_i3555" DrawAspect="Content" ObjectID="_1699836839" r:id="rId3427"/>
        </w:object>
      </w:r>
      <w:r w:rsidRPr="00B13C4C">
        <w:rPr>
          <w:rFonts w:ascii="Times New Roman" w:hAnsi="Times New Roman" w:cs="Times New Roman"/>
          <w:sz w:val="24"/>
          <w:szCs w:val="24"/>
        </w:rPr>
        <w:t>.</w:t>
      </w:r>
    </w:p>
    <w:p w14:paraId="1F23B32B" w14:textId="77777777" w:rsidR="00B13C4C" w:rsidRPr="00B13C4C" w:rsidRDefault="00B13C4C" w:rsidP="00B34D5C">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a. Tìm tọa độ trực tâm </w:t>
      </w:r>
      <w:r w:rsidRPr="00B13C4C">
        <w:rPr>
          <w:rFonts w:ascii="Times New Roman" w:hAnsi="Times New Roman" w:cs="Times New Roman"/>
          <w:position w:val="-4"/>
          <w:sz w:val="24"/>
          <w:szCs w:val="24"/>
        </w:rPr>
        <w:object w:dxaOrig="279" w:dyaOrig="260" w14:anchorId="5609BCD5">
          <v:shape id="_x0000_i3556" type="#_x0000_t75" style="width:13.8pt;height:13.2pt" o:ole="">
            <v:imagedata r:id="rId3428" o:title=""/>
          </v:shape>
          <o:OLEObject Type="Embed" ProgID="Equation.DSMT4" ShapeID="_x0000_i3556" DrawAspect="Content" ObjectID="_1699836840" r:id="rId3429"/>
        </w:object>
      </w:r>
      <w:r w:rsidRPr="00B13C4C">
        <w:rPr>
          <w:rFonts w:ascii="Times New Roman" w:hAnsi="Times New Roman" w:cs="Times New Roman"/>
          <w:sz w:val="24"/>
          <w:szCs w:val="24"/>
        </w:rPr>
        <w:t xml:space="preserve"> của tam giác </w:t>
      </w:r>
      <w:r w:rsidRPr="00B13C4C">
        <w:rPr>
          <w:rFonts w:ascii="Times New Roman" w:hAnsi="Times New Roman" w:cs="Times New Roman"/>
          <w:position w:val="-6"/>
          <w:sz w:val="24"/>
          <w:szCs w:val="24"/>
        </w:rPr>
        <w:object w:dxaOrig="560" w:dyaOrig="279" w14:anchorId="4E9E2E24">
          <v:shape id="_x0000_i3557" type="#_x0000_t75" style="width:28.2pt;height:13.8pt" o:ole="">
            <v:imagedata r:id="rId3430" o:title=""/>
          </v:shape>
          <o:OLEObject Type="Embed" ProgID="Equation.DSMT4" ShapeID="_x0000_i3557" DrawAspect="Content" ObjectID="_1699836841" r:id="rId3431"/>
        </w:object>
      </w:r>
      <w:r w:rsidRPr="00B13C4C">
        <w:rPr>
          <w:rFonts w:ascii="Times New Roman" w:hAnsi="Times New Roman" w:cs="Times New Roman"/>
          <w:sz w:val="24"/>
          <w:szCs w:val="24"/>
        </w:rPr>
        <w:t>.</w:t>
      </w:r>
    </w:p>
    <w:p w14:paraId="379D371D" w14:textId="77777777" w:rsidR="00B13C4C" w:rsidRPr="00B13C4C" w:rsidRDefault="00B13C4C" w:rsidP="00B34D5C">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b. Tìm tọa độ </w:t>
      </w:r>
      <w:r w:rsidRPr="00B13C4C">
        <w:rPr>
          <w:rFonts w:ascii="Times New Roman" w:hAnsi="Times New Roman" w:cs="Times New Roman"/>
          <w:position w:val="-4"/>
          <w:sz w:val="24"/>
          <w:szCs w:val="24"/>
        </w:rPr>
        <w:object w:dxaOrig="260" w:dyaOrig="260" w14:anchorId="255CF119">
          <v:shape id="_x0000_i3558" type="#_x0000_t75" style="width:13.2pt;height:13.2pt" o:ole="">
            <v:imagedata r:id="rId3432" o:title=""/>
          </v:shape>
          <o:OLEObject Type="Embed" ProgID="Equation.DSMT4" ShapeID="_x0000_i3558" DrawAspect="Content" ObjectID="_1699836842" r:id="rId3433"/>
        </w:object>
      </w:r>
      <w:r w:rsidRPr="00B13C4C">
        <w:rPr>
          <w:rFonts w:ascii="Times New Roman" w:hAnsi="Times New Roman" w:cs="Times New Roman"/>
          <w:sz w:val="24"/>
          <w:szCs w:val="24"/>
        </w:rPr>
        <w:t xml:space="preserve"> sao cho </w:t>
      </w:r>
      <w:r w:rsidRPr="00B13C4C">
        <w:rPr>
          <w:rFonts w:ascii="Times New Roman" w:hAnsi="Times New Roman" w:cs="Times New Roman"/>
          <w:position w:val="-6"/>
          <w:sz w:val="24"/>
          <w:szCs w:val="24"/>
        </w:rPr>
        <w:object w:dxaOrig="1900" w:dyaOrig="340" w14:anchorId="799A13A3">
          <v:shape id="_x0000_i3559" type="#_x0000_t75" style="width:94.8pt;height:16.8pt" o:ole="">
            <v:imagedata r:id="rId3434" o:title=""/>
          </v:shape>
          <o:OLEObject Type="Embed" ProgID="Equation.DSMT4" ShapeID="_x0000_i3559" DrawAspect="Content" ObjectID="_1699836843" r:id="rId3435"/>
        </w:object>
      </w:r>
      <w:r w:rsidRPr="00B13C4C">
        <w:rPr>
          <w:rFonts w:ascii="Times New Roman" w:hAnsi="Times New Roman" w:cs="Times New Roman"/>
          <w:sz w:val="24"/>
          <w:szCs w:val="24"/>
        </w:rPr>
        <w:t>.</w:t>
      </w:r>
    </w:p>
    <w:p w14:paraId="255819BF" w14:textId="77777777" w:rsidR="00B13C4C" w:rsidRPr="00B13C4C" w:rsidRDefault="00B13C4C" w:rsidP="00B34D5C">
      <w:pPr>
        <w:ind w:left="992"/>
        <w:jc w:val="center"/>
        <w:rPr>
          <w:rFonts w:ascii="Times New Roman" w:hAnsi="Times New Roman" w:cs="Times New Roman"/>
          <w:b/>
          <w:sz w:val="24"/>
          <w:szCs w:val="24"/>
        </w:rPr>
      </w:pPr>
      <w:r w:rsidRPr="00B13C4C">
        <w:rPr>
          <w:rFonts w:ascii="Times New Roman" w:hAnsi="Times New Roman" w:cs="Times New Roman"/>
          <w:b/>
          <w:sz w:val="24"/>
          <w:szCs w:val="24"/>
        </w:rPr>
        <w:t>BẢNG ĐÁP ÁN</w:t>
      </w:r>
    </w:p>
    <w:tbl>
      <w:tblPr>
        <w:tblStyle w:val="TableGrid"/>
        <w:tblW w:w="0" w:type="auto"/>
        <w:tblInd w:w="992" w:type="dxa"/>
        <w:tblLook w:val="04A0" w:firstRow="1" w:lastRow="0" w:firstColumn="1" w:lastColumn="0" w:noHBand="0" w:noVBand="1"/>
      </w:tblPr>
      <w:tblGrid>
        <w:gridCol w:w="510"/>
        <w:gridCol w:w="510"/>
        <w:gridCol w:w="511"/>
        <w:gridCol w:w="511"/>
        <w:gridCol w:w="511"/>
        <w:gridCol w:w="511"/>
        <w:gridCol w:w="511"/>
        <w:gridCol w:w="511"/>
        <w:gridCol w:w="511"/>
        <w:gridCol w:w="511"/>
        <w:gridCol w:w="512"/>
        <w:gridCol w:w="512"/>
        <w:gridCol w:w="512"/>
        <w:gridCol w:w="512"/>
        <w:gridCol w:w="512"/>
        <w:gridCol w:w="512"/>
        <w:gridCol w:w="512"/>
        <w:gridCol w:w="512"/>
      </w:tblGrid>
      <w:tr w:rsidR="00B13C4C" w:rsidRPr="00B13C4C" w14:paraId="07C4699D" w14:textId="77777777" w:rsidTr="00B13C4C">
        <w:tc>
          <w:tcPr>
            <w:tcW w:w="566" w:type="dxa"/>
            <w:shd w:val="clear" w:color="auto" w:fill="FFFF32"/>
          </w:tcPr>
          <w:p w14:paraId="2AD2EFE7" w14:textId="4CD194AA"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w:t>
            </w:r>
          </w:p>
        </w:tc>
        <w:tc>
          <w:tcPr>
            <w:tcW w:w="566" w:type="dxa"/>
            <w:shd w:val="clear" w:color="auto" w:fill="FFFF32"/>
          </w:tcPr>
          <w:p w14:paraId="794A492E" w14:textId="1F4113ED"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w:t>
            </w:r>
          </w:p>
        </w:tc>
        <w:tc>
          <w:tcPr>
            <w:tcW w:w="566" w:type="dxa"/>
            <w:shd w:val="clear" w:color="auto" w:fill="FFFF32"/>
          </w:tcPr>
          <w:p w14:paraId="31E668DE" w14:textId="1EA64098"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w:t>
            </w:r>
          </w:p>
        </w:tc>
        <w:tc>
          <w:tcPr>
            <w:tcW w:w="566" w:type="dxa"/>
            <w:shd w:val="clear" w:color="auto" w:fill="FFFF32"/>
          </w:tcPr>
          <w:p w14:paraId="6F51C990" w14:textId="6B08C45C"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4</w:t>
            </w:r>
          </w:p>
        </w:tc>
        <w:tc>
          <w:tcPr>
            <w:tcW w:w="566" w:type="dxa"/>
            <w:shd w:val="clear" w:color="auto" w:fill="FFFF32"/>
          </w:tcPr>
          <w:p w14:paraId="2FAE8D01" w14:textId="4A61DFA7"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5</w:t>
            </w:r>
          </w:p>
        </w:tc>
        <w:tc>
          <w:tcPr>
            <w:tcW w:w="566" w:type="dxa"/>
            <w:shd w:val="clear" w:color="auto" w:fill="FFFF32"/>
          </w:tcPr>
          <w:p w14:paraId="56642439" w14:textId="27CDE89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6</w:t>
            </w:r>
          </w:p>
        </w:tc>
        <w:tc>
          <w:tcPr>
            <w:tcW w:w="566" w:type="dxa"/>
            <w:shd w:val="clear" w:color="auto" w:fill="FFFF32"/>
          </w:tcPr>
          <w:p w14:paraId="5ACE75C6" w14:textId="21613B1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7</w:t>
            </w:r>
          </w:p>
        </w:tc>
        <w:tc>
          <w:tcPr>
            <w:tcW w:w="566" w:type="dxa"/>
            <w:shd w:val="clear" w:color="auto" w:fill="FFFF32"/>
          </w:tcPr>
          <w:p w14:paraId="3D890951" w14:textId="2A254883"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8</w:t>
            </w:r>
          </w:p>
        </w:tc>
        <w:tc>
          <w:tcPr>
            <w:tcW w:w="566" w:type="dxa"/>
            <w:shd w:val="clear" w:color="auto" w:fill="FFFF32"/>
          </w:tcPr>
          <w:p w14:paraId="4D3740D7" w14:textId="735B8AED"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9</w:t>
            </w:r>
          </w:p>
        </w:tc>
        <w:tc>
          <w:tcPr>
            <w:tcW w:w="566" w:type="dxa"/>
            <w:shd w:val="clear" w:color="auto" w:fill="FFFF32"/>
          </w:tcPr>
          <w:p w14:paraId="5BBF5ED5" w14:textId="19ED8EED"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10</w:t>
            </w:r>
          </w:p>
        </w:tc>
        <w:tc>
          <w:tcPr>
            <w:tcW w:w="567" w:type="dxa"/>
            <w:shd w:val="clear" w:color="auto" w:fill="FFFF32"/>
          </w:tcPr>
          <w:p w14:paraId="57A5EC57" w14:textId="4990D212"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11</w:t>
            </w:r>
          </w:p>
        </w:tc>
        <w:tc>
          <w:tcPr>
            <w:tcW w:w="567" w:type="dxa"/>
            <w:shd w:val="clear" w:color="auto" w:fill="FFFF32"/>
          </w:tcPr>
          <w:p w14:paraId="1368B314" w14:textId="53D7CA50"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12</w:t>
            </w:r>
          </w:p>
        </w:tc>
        <w:tc>
          <w:tcPr>
            <w:tcW w:w="567" w:type="dxa"/>
            <w:shd w:val="clear" w:color="auto" w:fill="FFFF32"/>
          </w:tcPr>
          <w:p w14:paraId="32AAC834" w14:textId="18794DBC"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13</w:t>
            </w:r>
          </w:p>
        </w:tc>
        <w:tc>
          <w:tcPr>
            <w:tcW w:w="567" w:type="dxa"/>
            <w:shd w:val="clear" w:color="auto" w:fill="FFFF32"/>
          </w:tcPr>
          <w:p w14:paraId="5CCF46BC" w14:textId="00A7E3A4"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14</w:t>
            </w:r>
          </w:p>
        </w:tc>
        <w:tc>
          <w:tcPr>
            <w:tcW w:w="567" w:type="dxa"/>
            <w:shd w:val="clear" w:color="auto" w:fill="FFFF32"/>
          </w:tcPr>
          <w:p w14:paraId="16D97DF4" w14:textId="43D4C2D9"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15</w:t>
            </w:r>
          </w:p>
        </w:tc>
        <w:tc>
          <w:tcPr>
            <w:tcW w:w="567" w:type="dxa"/>
            <w:shd w:val="clear" w:color="auto" w:fill="FFFF32"/>
          </w:tcPr>
          <w:p w14:paraId="30C1C372" w14:textId="5443E87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16</w:t>
            </w:r>
          </w:p>
        </w:tc>
        <w:tc>
          <w:tcPr>
            <w:tcW w:w="567" w:type="dxa"/>
            <w:shd w:val="clear" w:color="auto" w:fill="FFFF32"/>
          </w:tcPr>
          <w:p w14:paraId="1473C309" w14:textId="4C3AA055"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17</w:t>
            </w:r>
          </w:p>
        </w:tc>
        <w:tc>
          <w:tcPr>
            <w:tcW w:w="567" w:type="dxa"/>
            <w:shd w:val="clear" w:color="auto" w:fill="FFFF32"/>
          </w:tcPr>
          <w:p w14:paraId="380DE2D9" w14:textId="0025BB11"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18</w:t>
            </w:r>
          </w:p>
        </w:tc>
      </w:tr>
      <w:tr w:rsidR="00B13C4C" w:rsidRPr="00B13C4C" w14:paraId="59E050FE" w14:textId="77777777" w:rsidTr="00B13C4C">
        <w:tc>
          <w:tcPr>
            <w:tcW w:w="566" w:type="dxa"/>
            <w:tcBorders>
              <w:bottom w:val="single" w:sz="4" w:space="0" w:color="auto"/>
            </w:tcBorders>
          </w:tcPr>
          <w:p w14:paraId="15146A27" w14:textId="361DD9FB"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Borders>
              <w:bottom w:val="single" w:sz="4" w:space="0" w:color="auto"/>
            </w:tcBorders>
          </w:tcPr>
          <w:p w14:paraId="4B3923E6" w14:textId="32404355"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Borders>
              <w:bottom w:val="single" w:sz="4" w:space="0" w:color="auto"/>
            </w:tcBorders>
          </w:tcPr>
          <w:p w14:paraId="6A22FE34" w14:textId="6663E2DA"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Borders>
              <w:bottom w:val="single" w:sz="4" w:space="0" w:color="auto"/>
            </w:tcBorders>
          </w:tcPr>
          <w:p w14:paraId="5B7EEDF3" w14:textId="2102B045"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Borders>
              <w:bottom w:val="single" w:sz="4" w:space="0" w:color="auto"/>
            </w:tcBorders>
          </w:tcPr>
          <w:p w14:paraId="2F7B740C" w14:textId="7F311031"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Borders>
              <w:bottom w:val="single" w:sz="4" w:space="0" w:color="auto"/>
            </w:tcBorders>
          </w:tcPr>
          <w:p w14:paraId="2E1FB1FF" w14:textId="184732CC"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Borders>
              <w:bottom w:val="single" w:sz="4" w:space="0" w:color="auto"/>
            </w:tcBorders>
          </w:tcPr>
          <w:p w14:paraId="10FC61FA" w14:textId="7E746D7C"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Borders>
              <w:bottom w:val="single" w:sz="4" w:space="0" w:color="auto"/>
            </w:tcBorders>
          </w:tcPr>
          <w:p w14:paraId="3D475B3C" w14:textId="539922C9"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Borders>
              <w:bottom w:val="single" w:sz="4" w:space="0" w:color="auto"/>
            </w:tcBorders>
          </w:tcPr>
          <w:p w14:paraId="7583D51A" w14:textId="34D852DC"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Borders>
              <w:bottom w:val="single" w:sz="4" w:space="0" w:color="auto"/>
            </w:tcBorders>
          </w:tcPr>
          <w:p w14:paraId="5D932B26" w14:textId="69EF939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Borders>
              <w:bottom w:val="single" w:sz="4" w:space="0" w:color="auto"/>
            </w:tcBorders>
          </w:tcPr>
          <w:p w14:paraId="71EB2F70" w14:textId="26FE079C"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7" w:type="dxa"/>
            <w:tcBorders>
              <w:bottom w:val="single" w:sz="4" w:space="0" w:color="auto"/>
            </w:tcBorders>
          </w:tcPr>
          <w:p w14:paraId="6687C556" w14:textId="7A76B9E5"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Borders>
              <w:bottom w:val="single" w:sz="4" w:space="0" w:color="auto"/>
            </w:tcBorders>
          </w:tcPr>
          <w:p w14:paraId="01AA5295" w14:textId="37C6784F"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Borders>
              <w:bottom w:val="single" w:sz="4" w:space="0" w:color="auto"/>
            </w:tcBorders>
          </w:tcPr>
          <w:p w14:paraId="7E2EC58A" w14:textId="54023AC0"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7" w:type="dxa"/>
            <w:tcBorders>
              <w:bottom w:val="single" w:sz="4" w:space="0" w:color="auto"/>
            </w:tcBorders>
          </w:tcPr>
          <w:p w14:paraId="635D2DCD" w14:textId="7494BF99"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Borders>
              <w:bottom w:val="single" w:sz="4" w:space="0" w:color="auto"/>
            </w:tcBorders>
          </w:tcPr>
          <w:p w14:paraId="08B301CB" w14:textId="09874759"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Borders>
              <w:bottom w:val="single" w:sz="4" w:space="0" w:color="auto"/>
            </w:tcBorders>
          </w:tcPr>
          <w:p w14:paraId="565886EF" w14:textId="25C8D110"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Borders>
              <w:bottom w:val="single" w:sz="4" w:space="0" w:color="auto"/>
            </w:tcBorders>
          </w:tcPr>
          <w:p w14:paraId="1D3D75E3" w14:textId="2409215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r>
      <w:tr w:rsidR="00B13C4C" w:rsidRPr="00B13C4C" w14:paraId="7C1A5CE7" w14:textId="77777777" w:rsidTr="00B13C4C">
        <w:tc>
          <w:tcPr>
            <w:tcW w:w="566" w:type="dxa"/>
            <w:shd w:val="clear" w:color="auto" w:fill="FFFF32"/>
          </w:tcPr>
          <w:p w14:paraId="0D8FFDB6" w14:textId="42863B04"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19</w:t>
            </w:r>
          </w:p>
        </w:tc>
        <w:tc>
          <w:tcPr>
            <w:tcW w:w="566" w:type="dxa"/>
            <w:shd w:val="clear" w:color="auto" w:fill="FFFF32"/>
          </w:tcPr>
          <w:p w14:paraId="6804F5FF" w14:textId="3292D901"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20</w:t>
            </w:r>
          </w:p>
        </w:tc>
        <w:tc>
          <w:tcPr>
            <w:tcW w:w="566" w:type="dxa"/>
            <w:shd w:val="clear" w:color="auto" w:fill="FFFF32"/>
          </w:tcPr>
          <w:p w14:paraId="215E3166" w14:textId="469BC757"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21</w:t>
            </w:r>
          </w:p>
        </w:tc>
        <w:tc>
          <w:tcPr>
            <w:tcW w:w="566" w:type="dxa"/>
            <w:shd w:val="clear" w:color="auto" w:fill="FFFF32"/>
          </w:tcPr>
          <w:p w14:paraId="3599CFE6" w14:textId="613B357C"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22</w:t>
            </w:r>
          </w:p>
        </w:tc>
        <w:tc>
          <w:tcPr>
            <w:tcW w:w="566" w:type="dxa"/>
            <w:shd w:val="clear" w:color="auto" w:fill="FFFF32"/>
          </w:tcPr>
          <w:p w14:paraId="68C98D15" w14:textId="377FD0EE"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23</w:t>
            </w:r>
          </w:p>
        </w:tc>
        <w:tc>
          <w:tcPr>
            <w:tcW w:w="566" w:type="dxa"/>
            <w:shd w:val="clear" w:color="auto" w:fill="FFFF32"/>
          </w:tcPr>
          <w:p w14:paraId="1736595D" w14:textId="3D7F101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24</w:t>
            </w:r>
          </w:p>
        </w:tc>
        <w:tc>
          <w:tcPr>
            <w:tcW w:w="566" w:type="dxa"/>
            <w:shd w:val="clear" w:color="auto" w:fill="FFFF32"/>
          </w:tcPr>
          <w:p w14:paraId="1B0F0C7E" w14:textId="4E99A6E3"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25</w:t>
            </w:r>
          </w:p>
        </w:tc>
        <w:tc>
          <w:tcPr>
            <w:tcW w:w="566" w:type="dxa"/>
            <w:shd w:val="clear" w:color="auto" w:fill="FFFF32"/>
          </w:tcPr>
          <w:p w14:paraId="2B5F1118" w14:textId="77A42C73"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26</w:t>
            </w:r>
          </w:p>
        </w:tc>
        <w:tc>
          <w:tcPr>
            <w:tcW w:w="566" w:type="dxa"/>
            <w:shd w:val="clear" w:color="auto" w:fill="FFFF32"/>
          </w:tcPr>
          <w:p w14:paraId="791F9EF5" w14:textId="704A3DBF"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27</w:t>
            </w:r>
          </w:p>
        </w:tc>
        <w:tc>
          <w:tcPr>
            <w:tcW w:w="566" w:type="dxa"/>
            <w:shd w:val="clear" w:color="auto" w:fill="FFFF32"/>
          </w:tcPr>
          <w:p w14:paraId="4D2203A8" w14:textId="6B2FBFE5"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28</w:t>
            </w:r>
          </w:p>
        </w:tc>
        <w:tc>
          <w:tcPr>
            <w:tcW w:w="567" w:type="dxa"/>
            <w:shd w:val="clear" w:color="auto" w:fill="FFFF32"/>
          </w:tcPr>
          <w:p w14:paraId="2CF3182D" w14:textId="21E1A99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29</w:t>
            </w:r>
          </w:p>
        </w:tc>
        <w:tc>
          <w:tcPr>
            <w:tcW w:w="567" w:type="dxa"/>
            <w:shd w:val="clear" w:color="auto" w:fill="FFFF32"/>
          </w:tcPr>
          <w:p w14:paraId="04F34F84" w14:textId="69346B0F"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30</w:t>
            </w:r>
          </w:p>
        </w:tc>
        <w:tc>
          <w:tcPr>
            <w:tcW w:w="567" w:type="dxa"/>
            <w:shd w:val="clear" w:color="auto" w:fill="FFFF32"/>
          </w:tcPr>
          <w:p w14:paraId="053E3447" w14:textId="1AFC10C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31</w:t>
            </w:r>
          </w:p>
        </w:tc>
        <w:tc>
          <w:tcPr>
            <w:tcW w:w="567" w:type="dxa"/>
            <w:shd w:val="clear" w:color="auto" w:fill="FFFF32"/>
          </w:tcPr>
          <w:p w14:paraId="3E68398C" w14:textId="531CF644"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32</w:t>
            </w:r>
          </w:p>
        </w:tc>
        <w:tc>
          <w:tcPr>
            <w:tcW w:w="567" w:type="dxa"/>
            <w:shd w:val="clear" w:color="auto" w:fill="FFFF32"/>
          </w:tcPr>
          <w:p w14:paraId="3F747AB7" w14:textId="1920633A"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33</w:t>
            </w:r>
          </w:p>
        </w:tc>
        <w:tc>
          <w:tcPr>
            <w:tcW w:w="567" w:type="dxa"/>
            <w:shd w:val="clear" w:color="auto" w:fill="FFFF32"/>
          </w:tcPr>
          <w:p w14:paraId="72948390" w14:textId="0A8B575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34</w:t>
            </w:r>
          </w:p>
        </w:tc>
        <w:tc>
          <w:tcPr>
            <w:tcW w:w="567" w:type="dxa"/>
            <w:shd w:val="clear" w:color="auto" w:fill="FFFF32"/>
          </w:tcPr>
          <w:p w14:paraId="46881749" w14:textId="1EA2E2C7"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35</w:t>
            </w:r>
          </w:p>
        </w:tc>
        <w:tc>
          <w:tcPr>
            <w:tcW w:w="567" w:type="dxa"/>
            <w:shd w:val="clear" w:color="auto" w:fill="FFFF32"/>
          </w:tcPr>
          <w:p w14:paraId="6DF21B9E" w14:textId="69E29FE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36</w:t>
            </w:r>
          </w:p>
        </w:tc>
      </w:tr>
      <w:tr w:rsidR="00B13C4C" w:rsidRPr="00B13C4C" w14:paraId="50D66AF2" w14:textId="77777777" w:rsidTr="00B13C4C">
        <w:tc>
          <w:tcPr>
            <w:tcW w:w="566" w:type="dxa"/>
          </w:tcPr>
          <w:p w14:paraId="1A6B0853" w14:textId="0D50C7DF"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Pr>
          <w:p w14:paraId="172B1C1D" w14:textId="6F107181"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Pr>
          <w:p w14:paraId="6BE254B5" w14:textId="64DF443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Pr>
          <w:p w14:paraId="64D88B3A" w14:textId="6449EB64"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Pr>
          <w:p w14:paraId="62622A6D" w14:textId="02D8589D"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Pr>
          <w:p w14:paraId="6B028930" w14:textId="40CC271F"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Pr>
          <w:p w14:paraId="5B55DE5D" w14:textId="7305B0EB"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Pr>
          <w:p w14:paraId="08406D3B" w14:textId="3C61245A"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Pr>
          <w:p w14:paraId="2AAB22F0" w14:textId="75BC69A2"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Pr>
          <w:p w14:paraId="02681500" w14:textId="582D5CF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Pr>
          <w:p w14:paraId="6DFA633C" w14:textId="5F5560E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Pr>
          <w:p w14:paraId="39BDE485" w14:textId="69735595"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Pr>
          <w:p w14:paraId="44F48620" w14:textId="08A722E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Pr>
          <w:p w14:paraId="73CA6239" w14:textId="0EF2AF5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Pr>
          <w:p w14:paraId="3627146D" w14:textId="0F3E6C83"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7" w:type="dxa"/>
          </w:tcPr>
          <w:p w14:paraId="14476CD9" w14:textId="68D59C61"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Pr>
          <w:p w14:paraId="13276CBE" w14:textId="65DD1751"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Pr>
          <w:p w14:paraId="6A83796E" w14:textId="77777777" w:rsidR="00B13C4C" w:rsidRPr="00B13C4C" w:rsidRDefault="00B13C4C" w:rsidP="00B13C4C">
            <w:pPr>
              <w:ind w:left="-57" w:right="-57"/>
              <w:jc w:val="center"/>
              <w:rPr>
                <w:rFonts w:ascii="Times New Roman" w:hAnsi="Times New Roman" w:cs="Times New Roman"/>
                <w:b/>
                <w:color w:val="0000FF"/>
                <w:sz w:val="24"/>
                <w:szCs w:val="24"/>
              </w:rPr>
            </w:pPr>
          </w:p>
        </w:tc>
      </w:tr>
    </w:tbl>
    <w:p w14:paraId="7AD14E43" w14:textId="77777777" w:rsidR="00B13C4C" w:rsidRPr="00B13C4C" w:rsidRDefault="00B13C4C" w:rsidP="007470AF">
      <w:pPr>
        <w:ind w:left="992"/>
        <w:jc w:val="center"/>
        <w:rPr>
          <w:rFonts w:ascii="Times New Roman" w:hAnsi="Times New Roman" w:cs="Times New Roman"/>
          <w:b/>
          <w:sz w:val="24"/>
          <w:szCs w:val="24"/>
        </w:rPr>
      </w:pPr>
      <w:r w:rsidRPr="00B13C4C">
        <w:rPr>
          <w:rFonts w:ascii="Times New Roman" w:hAnsi="Times New Roman" w:cs="Times New Roman"/>
          <w:b/>
          <w:sz w:val="24"/>
          <w:szCs w:val="24"/>
        </w:rPr>
        <w:t>ĐỀ 9-25</w:t>
      </w:r>
    </w:p>
    <w:p w14:paraId="4AB4621E" w14:textId="77777777" w:rsidR="00B13C4C" w:rsidRPr="00B13C4C" w:rsidRDefault="00B13C4C" w:rsidP="007470AF">
      <w:pPr>
        <w:ind w:left="992"/>
        <w:rPr>
          <w:rFonts w:ascii="Times New Roman" w:hAnsi="Times New Roman" w:cs="Times New Roman"/>
          <w:sz w:val="24"/>
          <w:szCs w:val="24"/>
        </w:rPr>
      </w:pPr>
      <w:r w:rsidRPr="00B13C4C">
        <w:rPr>
          <w:rFonts w:ascii="Times New Roman" w:hAnsi="Times New Roman" w:cs="Times New Roman"/>
          <w:b/>
          <w:sz w:val="24"/>
          <w:szCs w:val="24"/>
        </w:rPr>
        <w:t>Phần I: Trắc nghiệm</w:t>
      </w:r>
    </w:p>
    <w:p w14:paraId="0524E375" w14:textId="77777777" w:rsidR="00B13C4C" w:rsidRPr="00B13C4C" w:rsidRDefault="00B13C4C" w:rsidP="007470AF">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hàm số </w:t>
      </w:r>
      <w:r w:rsidRPr="00B13C4C">
        <w:rPr>
          <w:rFonts w:ascii="Times New Roman" w:hAnsi="Times New Roman" w:cs="Times New Roman"/>
          <w:position w:val="-24"/>
          <w:sz w:val="24"/>
          <w:szCs w:val="24"/>
        </w:rPr>
        <w:object w:dxaOrig="1240" w:dyaOrig="620" w14:anchorId="18486687">
          <v:shape id="_x0000_i3560" type="#_x0000_t75" style="width:61.8pt;height:31.2pt" o:ole="">
            <v:imagedata r:id="rId3436" o:title=""/>
          </v:shape>
          <o:OLEObject Type="Embed" ProgID="Equation.DSMT4" ShapeID="_x0000_i3560" DrawAspect="Content" ObjectID="_1699836844" r:id="rId3437"/>
        </w:object>
      </w:r>
      <w:r w:rsidRPr="00B13C4C">
        <w:rPr>
          <w:rFonts w:ascii="Times New Roman" w:hAnsi="Times New Roman" w:cs="Times New Roman"/>
          <w:sz w:val="24"/>
          <w:szCs w:val="24"/>
        </w:rPr>
        <w:t xml:space="preserve"> xác định trên </w:t>
      </w:r>
      <w:r w:rsidRPr="00B13C4C">
        <w:rPr>
          <w:rFonts w:ascii="Times New Roman" w:hAnsi="Times New Roman" w:cs="Times New Roman"/>
          <w:position w:val="-10"/>
          <w:sz w:val="24"/>
          <w:szCs w:val="24"/>
        </w:rPr>
        <w:object w:dxaOrig="700" w:dyaOrig="320" w14:anchorId="2C920F54">
          <v:shape id="_x0000_i3561" type="#_x0000_t75" style="width:34.8pt;height:16.2pt" o:ole="">
            <v:imagedata r:id="rId3438" o:title=""/>
          </v:shape>
          <o:OLEObject Type="Embed" ProgID="Equation.DSMT4" ShapeID="_x0000_i3561" DrawAspect="Content" ObjectID="_1699836845" r:id="rId3439"/>
        </w:object>
      </w:r>
      <w:r w:rsidRPr="00B13C4C">
        <w:rPr>
          <w:rFonts w:ascii="Times New Roman" w:hAnsi="Times New Roman" w:cs="Times New Roman"/>
          <w:sz w:val="24"/>
          <w:szCs w:val="24"/>
        </w:rPr>
        <w:t xml:space="preserve">. Gọi </w:t>
      </w:r>
      <w:r w:rsidRPr="00B13C4C">
        <w:rPr>
          <w:rFonts w:ascii="Times New Roman" w:hAnsi="Times New Roman" w:cs="Times New Roman"/>
          <w:position w:val="-6"/>
          <w:sz w:val="24"/>
          <w:szCs w:val="24"/>
        </w:rPr>
        <w:object w:dxaOrig="260" w:dyaOrig="220" w14:anchorId="7A62CB86">
          <v:shape id="_x0000_i3562" type="#_x0000_t75" style="width:13.2pt;height:10.8pt" o:ole="">
            <v:imagedata r:id="rId3440" o:title=""/>
          </v:shape>
          <o:OLEObject Type="Embed" ProgID="Equation.DSMT4" ShapeID="_x0000_i3562" DrawAspect="Content" ObjectID="_1699836846" r:id="rId3441"/>
        </w:object>
      </w:r>
      <w:r w:rsidRPr="00B13C4C">
        <w:rPr>
          <w:rFonts w:ascii="Times New Roman" w:hAnsi="Times New Roman" w:cs="Times New Roman"/>
          <w:sz w:val="24"/>
          <w:szCs w:val="24"/>
        </w:rPr>
        <w:t xml:space="preserve"> là giá trị nhỏ nhất của hàm số, giá trị </w:t>
      </w:r>
      <w:r w:rsidRPr="00B13C4C">
        <w:rPr>
          <w:rFonts w:ascii="Times New Roman" w:hAnsi="Times New Roman" w:cs="Times New Roman"/>
          <w:position w:val="-6"/>
          <w:sz w:val="24"/>
          <w:szCs w:val="24"/>
        </w:rPr>
        <w:object w:dxaOrig="260" w:dyaOrig="220" w14:anchorId="3B26D4DB">
          <v:shape id="_x0000_i3563" type="#_x0000_t75" style="width:13.2pt;height:10.8pt" o:ole="">
            <v:imagedata r:id="rId3442" o:title=""/>
          </v:shape>
          <o:OLEObject Type="Embed" ProgID="Equation.DSMT4" ShapeID="_x0000_i3563" DrawAspect="Content" ObjectID="_1699836847" r:id="rId3443"/>
        </w:object>
      </w:r>
      <w:r w:rsidRPr="00B13C4C">
        <w:rPr>
          <w:rFonts w:ascii="Times New Roman" w:hAnsi="Times New Roman" w:cs="Times New Roman"/>
          <w:sz w:val="24"/>
          <w:szCs w:val="24"/>
        </w:rPr>
        <w:t xml:space="preserve"> nằm trong khoảng nào sau đây</w:t>
      </w:r>
    </w:p>
    <w:p w14:paraId="7336A8B6" w14:textId="77777777" w:rsidR="00B13C4C" w:rsidRPr="00B13C4C" w:rsidRDefault="00B13C4C" w:rsidP="007470AF">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560" w:dyaOrig="320" w14:anchorId="5BC0B517">
          <v:shape id="_x0000_i3564" type="#_x0000_t75" style="width:28.2pt;height:16.2pt" o:ole="">
            <v:imagedata r:id="rId3444" o:title=""/>
          </v:shape>
          <o:OLEObject Type="Embed" ProgID="Equation.DSMT4" ShapeID="_x0000_i3564" DrawAspect="Content" ObjectID="_1699836848" r:id="rId344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560" w:dyaOrig="320" w14:anchorId="0AF023E7">
          <v:shape id="_x0000_i3565" type="#_x0000_t75" style="width:28.2pt;height:16.2pt" o:ole="">
            <v:imagedata r:id="rId3446" o:title=""/>
          </v:shape>
          <o:OLEObject Type="Embed" ProgID="Equation.DSMT4" ShapeID="_x0000_i3565" DrawAspect="Content" ObjectID="_1699836849" r:id="rId344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680" w:dyaOrig="320" w14:anchorId="399E01A7">
          <v:shape id="_x0000_i3566" type="#_x0000_t75" style="width:34.2pt;height:16.2pt" o:ole="">
            <v:imagedata r:id="rId3448" o:title=""/>
          </v:shape>
          <o:OLEObject Type="Embed" ProgID="Equation.DSMT4" ShapeID="_x0000_i3566" DrawAspect="Content" ObjectID="_1699836850" r:id="rId344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740" w:dyaOrig="320" w14:anchorId="7DB22800">
          <v:shape id="_x0000_i3567" type="#_x0000_t75" style="width:37.2pt;height:16.2pt" o:ole="">
            <v:imagedata r:id="rId3450" o:title=""/>
          </v:shape>
          <o:OLEObject Type="Embed" ProgID="Equation.DSMT4" ShapeID="_x0000_i3567" DrawAspect="Content" ObjectID="_1699836851" r:id="rId3451"/>
        </w:object>
      </w:r>
      <w:r w:rsidRPr="00B13C4C">
        <w:rPr>
          <w:rFonts w:ascii="Times New Roman" w:hAnsi="Times New Roman" w:cs="Times New Roman"/>
          <w:sz w:val="24"/>
          <w:szCs w:val="24"/>
        </w:rPr>
        <w:t>.</w:t>
      </w:r>
    </w:p>
    <w:p w14:paraId="12F34A93" w14:textId="77777777" w:rsidR="00B13C4C" w:rsidRPr="00B13C4C" w:rsidRDefault="00B13C4C" w:rsidP="007470AF">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Tập nghiệm của phương trình </w:t>
      </w:r>
      <w:r w:rsidRPr="00B13C4C">
        <w:rPr>
          <w:rFonts w:ascii="Times New Roman" w:hAnsi="Times New Roman" w:cs="Times New Roman"/>
          <w:position w:val="-28"/>
          <w:sz w:val="24"/>
          <w:szCs w:val="24"/>
        </w:rPr>
        <w:object w:dxaOrig="1760" w:dyaOrig="660" w14:anchorId="36B57B04">
          <v:shape id="_x0000_i3568" type="#_x0000_t75" style="width:88.2pt;height:33pt" o:ole="">
            <v:imagedata r:id="rId3452" o:title=""/>
          </v:shape>
          <o:OLEObject Type="Embed" ProgID="Equation.DSMT4" ShapeID="_x0000_i3568" DrawAspect="Content" ObjectID="_1699836852" r:id="rId3453"/>
        </w:object>
      </w:r>
      <w:r w:rsidRPr="00B13C4C">
        <w:rPr>
          <w:rFonts w:ascii="Times New Roman" w:hAnsi="Times New Roman" w:cs="Times New Roman"/>
          <w:sz w:val="24"/>
          <w:szCs w:val="24"/>
        </w:rPr>
        <w:t xml:space="preserve"> là:</w:t>
      </w:r>
    </w:p>
    <w:p w14:paraId="1A80B801" w14:textId="77777777" w:rsidR="00B13C4C" w:rsidRPr="00B13C4C" w:rsidRDefault="00B13C4C" w:rsidP="007470AF">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760" w:dyaOrig="320" w14:anchorId="6B3D1B65">
          <v:shape id="_x0000_i3569" type="#_x0000_t75" style="width:37.8pt;height:16.2pt" o:ole="">
            <v:imagedata r:id="rId3454" o:title=""/>
          </v:shape>
          <o:OLEObject Type="Embed" ProgID="Equation.DSMT4" ShapeID="_x0000_i3569" DrawAspect="Content" ObjectID="_1699836853" r:id="rId345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120" w:dyaOrig="320" w14:anchorId="2250F4D1">
          <v:shape id="_x0000_i3570" type="#_x0000_t75" style="width:55.8pt;height:16.2pt" o:ole="">
            <v:imagedata r:id="rId3456" o:title=""/>
          </v:shape>
          <o:OLEObject Type="Embed" ProgID="Equation.DSMT4" ShapeID="_x0000_i3570" DrawAspect="Content" ObjectID="_1699836854" r:id="rId345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660" w:dyaOrig="279" w14:anchorId="16CCCAF9">
          <v:shape id="_x0000_i3571" type="#_x0000_t75" style="width:33pt;height:13.8pt" o:ole="">
            <v:imagedata r:id="rId3458" o:title=""/>
          </v:shape>
          <o:OLEObject Type="Embed" ProgID="Equation.DSMT4" ShapeID="_x0000_i3571" DrawAspect="Content" ObjectID="_1699836855" r:id="rId345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760" w:dyaOrig="320" w14:anchorId="49936C27">
          <v:shape id="_x0000_i3572" type="#_x0000_t75" style="width:37.8pt;height:16.2pt" o:ole="">
            <v:imagedata r:id="rId3460" o:title=""/>
          </v:shape>
          <o:OLEObject Type="Embed" ProgID="Equation.DSMT4" ShapeID="_x0000_i3572" DrawAspect="Content" ObjectID="_1699836856" r:id="rId3461"/>
        </w:object>
      </w:r>
      <w:r w:rsidRPr="00B13C4C">
        <w:rPr>
          <w:rFonts w:ascii="Times New Roman" w:hAnsi="Times New Roman" w:cs="Times New Roman"/>
          <w:sz w:val="24"/>
          <w:szCs w:val="24"/>
        </w:rPr>
        <w:t>.</w:t>
      </w:r>
    </w:p>
    <w:p w14:paraId="571FC698" w14:textId="77777777" w:rsidR="00B13C4C" w:rsidRPr="00B13C4C" w:rsidRDefault="00B13C4C" w:rsidP="007470AF">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hai điểm </w:t>
      </w:r>
      <w:r w:rsidRPr="00B13C4C">
        <w:rPr>
          <w:rFonts w:ascii="Times New Roman" w:hAnsi="Times New Roman" w:cs="Times New Roman"/>
          <w:position w:val="-4"/>
          <w:sz w:val="24"/>
          <w:szCs w:val="24"/>
        </w:rPr>
        <w:object w:dxaOrig="240" w:dyaOrig="260" w14:anchorId="37A8E8C3">
          <v:shape id="_x0000_i3573" type="#_x0000_t75" style="width:12pt;height:13.2pt" o:ole="">
            <v:imagedata r:id="rId3462" o:title=""/>
          </v:shape>
          <o:OLEObject Type="Embed" ProgID="Equation.DSMT4" ShapeID="_x0000_i3573" DrawAspect="Content" ObjectID="_1699836857" r:id="rId3463"/>
        </w:object>
      </w:r>
      <w:r w:rsidRPr="00B13C4C">
        <w:rPr>
          <w:rFonts w:ascii="Times New Roman" w:hAnsi="Times New Roman" w:cs="Times New Roman"/>
          <w:sz w:val="24"/>
          <w:szCs w:val="24"/>
        </w:rPr>
        <w:t xml:space="preserve"> và </w:t>
      </w:r>
      <w:r w:rsidRPr="00B13C4C">
        <w:rPr>
          <w:rFonts w:ascii="Times New Roman" w:hAnsi="Times New Roman" w:cs="Times New Roman"/>
          <w:position w:val="-4"/>
          <w:sz w:val="24"/>
          <w:szCs w:val="24"/>
        </w:rPr>
        <w:object w:dxaOrig="240" w:dyaOrig="260" w14:anchorId="65F65D73">
          <v:shape id="_x0000_i3574" type="#_x0000_t75" style="width:12pt;height:13.2pt" o:ole="">
            <v:imagedata r:id="rId3464" o:title=""/>
          </v:shape>
          <o:OLEObject Type="Embed" ProgID="Equation.DSMT4" ShapeID="_x0000_i3574" DrawAspect="Content" ObjectID="_1699836858" r:id="rId3465"/>
        </w:object>
      </w:r>
      <w:r w:rsidRPr="00B13C4C">
        <w:rPr>
          <w:rFonts w:ascii="Times New Roman" w:hAnsi="Times New Roman" w:cs="Times New Roman"/>
          <w:sz w:val="24"/>
          <w:szCs w:val="24"/>
        </w:rPr>
        <w:t xml:space="preserve"> phân biệt. Điều kiện cần và đủ để điểm </w:t>
      </w:r>
      <w:r w:rsidRPr="00B13C4C">
        <w:rPr>
          <w:rFonts w:ascii="Times New Roman" w:hAnsi="Times New Roman" w:cs="Times New Roman"/>
          <w:position w:val="-4"/>
          <w:sz w:val="24"/>
          <w:szCs w:val="24"/>
        </w:rPr>
        <w:object w:dxaOrig="200" w:dyaOrig="260" w14:anchorId="376BF219">
          <v:shape id="_x0000_i3575" type="#_x0000_t75" style="width:10.2pt;height:13.2pt" o:ole="">
            <v:imagedata r:id="rId3466" o:title=""/>
          </v:shape>
          <o:OLEObject Type="Embed" ProgID="Equation.DSMT4" ShapeID="_x0000_i3575" DrawAspect="Content" ObjectID="_1699836859" r:id="rId3467"/>
        </w:object>
      </w:r>
      <w:r w:rsidRPr="00B13C4C">
        <w:rPr>
          <w:rFonts w:ascii="Times New Roman" w:hAnsi="Times New Roman" w:cs="Times New Roman"/>
          <w:sz w:val="24"/>
          <w:szCs w:val="24"/>
        </w:rPr>
        <w:t xml:space="preserve"> là trung điểm của đoạn </w:t>
      </w:r>
      <w:r w:rsidRPr="00B13C4C">
        <w:rPr>
          <w:rFonts w:ascii="Times New Roman" w:hAnsi="Times New Roman" w:cs="Times New Roman"/>
          <w:position w:val="-4"/>
          <w:sz w:val="24"/>
          <w:szCs w:val="24"/>
        </w:rPr>
        <w:object w:dxaOrig="400" w:dyaOrig="260" w14:anchorId="43338372">
          <v:shape id="_x0000_i3576" type="#_x0000_t75" style="width:19.8pt;height:13.2pt" o:ole="">
            <v:imagedata r:id="rId3468" o:title=""/>
          </v:shape>
          <o:OLEObject Type="Embed" ProgID="Equation.DSMT4" ShapeID="_x0000_i3576" DrawAspect="Content" ObjectID="_1699836860" r:id="rId3469"/>
        </w:object>
      </w:r>
      <w:r w:rsidRPr="00B13C4C">
        <w:rPr>
          <w:rFonts w:ascii="Times New Roman" w:hAnsi="Times New Roman" w:cs="Times New Roman"/>
          <w:sz w:val="24"/>
          <w:szCs w:val="24"/>
        </w:rPr>
        <w:t xml:space="preserve"> là</w:t>
      </w:r>
    </w:p>
    <w:p w14:paraId="791292F3" w14:textId="77777777" w:rsidR="00B13C4C" w:rsidRPr="00B13C4C" w:rsidRDefault="00B13C4C" w:rsidP="007470AF">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4"/>
          <w:sz w:val="24"/>
          <w:szCs w:val="24"/>
        </w:rPr>
        <w:object w:dxaOrig="780" w:dyaOrig="320" w14:anchorId="2A468881">
          <v:shape id="_x0000_i3577" type="#_x0000_t75" style="width:39pt;height:16.2pt" o:ole="">
            <v:imagedata r:id="rId3470" o:title=""/>
          </v:shape>
          <o:OLEObject Type="Embed" ProgID="Equation.DSMT4" ShapeID="_x0000_i3577" DrawAspect="Content" ObjectID="_1699836861" r:id="rId347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4"/>
          <w:sz w:val="24"/>
          <w:szCs w:val="24"/>
        </w:rPr>
        <w:object w:dxaOrig="780" w:dyaOrig="260" w14:anchorId="6EEF7967">
          <v:shape id="_x0000_i3578" type="#_x0000_t75" style="width:39pt;height:13.2pt" o:ole="">
            <v:imagedata r:id="rId3472" o:title=""/>
          </v:shape>
          <o:OLEObject Type="Embed" ProgID="Equation.DSMT4" ShapeID="_x0000_i3578" DrawAspect="Content" ObjectID="_1699836862" r:id="rId347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1120" w:dyaOrig="340" w14:anchorId="74115BA0">
          <v:shape id="_x0000_i3579" type="#_x0000_t75" style="width:55.8pt;height:16.8pt" o:ole="">
            <v:imagedata r:id="rId3474" o:title=""/>
          </v:shape>
          <o:OLEObject Type="Embed" ProgID="Equation.DSMT4" ShapeID="_x0000_i3579" DrawAspect="Content" ObjectID="_1699836863" r:id="rId347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4"/>
          <w:sz w:val="24"/>
          <w:szCs w:val="24"/>
        </w:rPr>
        <w:object w:dxaOrig="859" w:dyaOrig="320" w14:anchorId="58F50907">
          <v:shape id="_x0000_i3580" type="#_x0000_t75" style="width:43.2pt;height:16.2pt" o:ole="">
            <v:imagedata r:id="rId3476" o:title=""/>
          </v:shape>
          <o:OLEObject Type="Embed" ProgID="Equation.DSMT4" ShapeID="_x0000_i3580" DrawAspect="Content" ObjectID="_1699836864" r:id="rId3477"/>
        </w:object>
      </w:r>
      <w:r w:rsidRPr="00B13C4C">
        <w:rPr>
          <w:rFonts w:ascii="Times New Roman" w:hAnsi="Times New Roman" w:cs="Times New Roman"/>
          <w:sz w:val="24"/>
          <w:szCs w:val="24"/>
        </w:rPr>
        <w:t>.</w:t>
      </w:r>
    </w:p>
    <w:p w14:paraId="589C7D65" w14:textId="77777777" w:rsidR="00B13C4C" w:rsidRPr="00B13C4C" w:rsidRDefault="00B13C4C" w:rsidP="007470AF">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tam giác </w:t>
      </w:r>
      <w:r w:rsidRPr="00B13C4C">
        <w:rPr>
          <w:rFonts w:ascii="Times New Roman" w:hAnsi="Times New Roman" w:cs="Times New Roman"/>
          <w:position w:val="-6"/>
          <w:sz w:val="24"/>
          <w:szCs w:val="24"/>
        </w:rPr>
        <w:object w:dxaOrig="680" w:dyaOrig="279" w14:anchorId="4B682DC8">
          <v:shape id="_x0000_i3581" type="#_x0000_t75" style="width:34.2pt;height:13.8pt" o:ole="">
            <v:imagedata r:id="rId3478" o:title=""/>
          </v:shape>
          <o:OLEObject Type="Embed" ProgID="Equation.DSMT4" ShapeID="_x0000_i3581" DrawAspect="Content" ObjectID="_1699836865" r:id="rId3479"/>
        </w:object>
      </w:r>
      <w:r w:rsidRPr="00B13C4C">
        <w:rPr>
          <w:rFonts w:ascii="Times New Roman" w:hAnsi="Times New Roman" w:cs="Times New Roman"/>
          <w:sz w:val="24"/>
          <w:szCs w:val="24"/>
        </w:rPr>
        <w:t xml:space="preserve"> đều cạnh </w:t>
      </w:r>
      <w:r w:rsidRPr="00B13C4C">
        <w:rPr>
          <w:rFonts w:ascii="Times New Roman" w:hAnsi="Times New Roman" w:cs="Times New Roman"/>
          <w:position w:val="-6"/>
          <w:sz w:val="24"/>
          <w:szCs w:val="24"/>
        </w:rPr>
        <w:object w:dxaOrig="200" w:dyaOrig="220" w14:anchorId="76B11C22">
          <v:shape id="_x0000_i3582" type="#_x0000_t75" style="width:10.2pt;height:10.8pt" o:ole="">
            <v:imagedata r:id="rId3480" o:title=""/>
          </v:shape>
          <o:OLEObject Type="Embed" ProgID="Equation.DSMT4" ShapeID="_x0000_i3582" DrawAspect="Content" ObjectID="_1699836866" r:id="rId3481"/>
        </w:object>
      </w:r>
      <w:r w:rsidRPr="00B13C4C">
        <w:rPr>
          <w:rFonts w:ascii="Times New Roman" w:hAnsi="Times New Roman" w:cs="Times New Roman"/>
          <w:sz w:val="24"/>
          <w:szCs w:val="24"/>
        </w:rPr>
        <w:t xml:space="preserve">. Tích vô hướng </w:t>
      </w:r>
      <w:r w:rsidRPr="00B13C4C">
        <w:rPr>
          <w:rFonts w:ascii="Times New Roman" w:hAnsi="Times New Roman" w:cs="Times New Roman"/>
          <w:position w:val="-6"/>
          <w:sz w:val="24"/>
          <w:szCs w:val="24"/>
        </w:rPr>
        <w:object w:dxaOrig="840" w:dyaOrig="340" w14:anchorId="03913353">
          <v:shape id="_x0000_i3583" type="#_x0000_t75" style="width:42pt;height:16.8pt" o:ole="">
            <v:imagedata r:id="rId3482" o:title=""/>
          </v:shape>
          <o:OLEObject Type="Embed" ProgID="Equation.DSMT4" ShapeID="_x0000_i3583" DrawAspect="Content" ObjectID="_1699836867" r:id="rId3483"/>
        </w:object>
      </w:r>
      <w:r w:rsidRPr="00B13C4C">
        <w:rPr>
          <w:rFonts w:ascii="Times New Roman" w:hAnsi="Times New Roman" w:cs="Times New Roman"/>
          <w:sz w:val="24"/>
          <w:szCs w:val="24"/>
        </w:rPr>
        <w:t xml:space="preserve"> bằng:</w:t>
      </w:r>
    </w:p>
    <w:p w14:paraId="0683751F" w14:textId="77777777" w:rsidR="00B13C4C" w:rsidRPr="00B13C4C" w:rsidRDefault="00B13C4C" w:rsidP="007470AF">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lastRenderedPageBreak/>
        <w:t xml:space="preserve">A. </w:t>
      </w:r>
      <w:r w:rsidRPr="00B13C4C">
        <w:rPr>
          <w:rFonts w:ascii="Times New Roman" w:hAnsi="Times New Roman" w:cs="Times New Roman"/>
          <w:position w:val="-24"/>
          <w:sz w:val="24"/>
          <w:szCs w:val="24"/>
        </w:rPr>
        <w:object w:dxaOrig="340" w:dyaOrig="660" w14:anchorId="746AAB13">
          <v:shape id="_x0000_i3584" type="#_x0000_t75" style="width:16.8pt;height:33pt" o:ole="">
            <v:imagedata r:id="rId3484" o:title=""/>
          </v:shape>
          <o:OLEObject Type="Embed" ProgID="Equation.DSMT4" ShapeID="_x0000_i3584" DrawAspect="Content" ObjectID="_1699836868" r:id="rId348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279" w:dyaOrig="320" w14:anchorId="3B31F363">
          <v:shape id="_x0000_i3585" type="#_x0000_t75" style="width:13.8pt;height:16.2pt" o:ole="">
            <v:imagedata r:id="rId3486" o:title=""/>
          </v:shape>
          <o:OLEObject Type="Embed" ProgID="Equation.DSMT4" ShapeID="_x0000_i3585" DrawAspect="Content" ObjectID="_1699836869" r:id="rId348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639" w:dyaOrig="680" w14:anchorId="0652DDA2">
          <v:shape id="_x0000_i3586" type="#_x0000_t75" style="width:31.8pt;height:34.2pt" o:ole="">
            <v:imagedata r:id="rId3488" o:title=""/>
          </v:shape>
          <o:OLEObject Type="Embed" ProgID="Equation.DSMT4" ShapeID="_x0000_i3586" DrawAspect="Content" ObjectID="_1699836870" r:id="rId348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499" w:dyaOrig="660" w14:anchorId="340D39F6">
          <v:shape id="_x0000_i3587" type="#_x0000_t75" style="width:25.2pt;height:33pt" o:ole="">
            <v:imagedata r:id="rId3490" o:title=""/>
          </v:shape>
          <o:OLEObject Type="Embed" ProgID="Equation.DSMT4" ShapeID="_x0000_i3587" DrawAspect="Content" ObjectID="_1699836871" r:id="rId3491"/>
        </w:object>
      </w:r>
      <w:r w:rsidRPr="00B13C4C">
        <w:rPr>
          <w:rFonts w:ascii="Times New Roman" w:hAnsi="Times New Roman" w:cs="Times New Roman"/>
          <w:sz w:val="24"/>
          <w:szCs w:val="24"/>
        </w:rPr>
        <w:t>.</w:t>
      </w:r>
    </w:p>
    <w:p w14:paraId="7C30C92D" w14:textId="77777777" w:rsidR="00B13C4C" w:rsidRPr="00B13C4C" w:rsidRDefault="00B13C4C" w:rsidP="007470AF">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Phương trình </w:t>
      </w:r>
      <w:r w:rsidRPr="00B13C4C">
        <w:rPr>
          <w:rFonts w:ascii="Times New Roman" w:hAnsi="Times New Roman" w:cs="Times New Roman"/>
          <w:position w:val="-8"/>
          <w:sz w:val="24"/>
          <w:szCs w:val="24"/>
        </w:rPr>
        <w:object w:dxaOrig="1140" w:dyaOrig="360" w14:anchorId="7A756F5A">
          <v:shape id="_x0000_i3588" type="#_x0000_t75" style="width:57pt;height:18pt" o:ole="">
            <v:imagedata r:id="rId3492" o:title=""/>
          </v:shape>
          <o:OLEObject Type="Embed" ProgID="Equation.DSMT4" ShapeID="_x0000_i3588" DrawAspect="Content" ObjectID="_1699836872" r:id="rId3493"/>
        </w:object>
      </w:r>
      <w:r w:rsidRPr="00B13C4C">
        <w:rPr>
          <w:rFonts w:ascii="Times New Roman" w:hAnsi="Times New Roman" w:cs="Times New Roman"/>
          <w:sz w:val="24"/>
          <w:szCs w:val="24"/>
        </w:rPr>
        <w:t xml:space="preserve"> tương đương với phương trình nào dưới đây?</w:t>
      </w:r>
    </w:p>
    <w:p w14:paraId="76A2B5E9" w14:textId="77777777" w:rsidR="00B13C4C" w:rsidRPr="00B13C4C" w:rsidRDefault="00B13C4C" w:rsidP="007470AF">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8"/>
          <w:sz w:val="24"/>
          <w:szCs w:val="24"/>
        </w:rPr>
        <w:object w:dxaOrig="2799" w:dyaOrig="360" w14:anchorId="063DB97F">
          <v:shape id="_x0000_i3589" type="#_x0000_t75" style="width:139.8pt;height:18pt" o:ole="">
            <v:imagedata r:id="rId3494" o:title=""/>
          </v:shape>
          <o:OLEObject Type="Embed" ProgID="Equation.DSMT4" ShapeID="_x0000_i3589" DrawAspect="Content" ObjectID="_1699836873" r:id="rId349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8"/>
          <w:sz w:val="24"/>
          <w:szCs w:val="24"/>
        </w:rPr>
        <w:object w:dxaOrig="1320" w:dyaOrig="360" w14:anchorId="090202E6">
          <v:shape id="_x0000_i3590" type="#_x0000_t75" style="width:66pt;height:18pt" o:ole="">
            <v:imagedata r:id="rId3496" o:title=""/>
          </v:shape>
          <o:OLEObject Type="Embed" ProgID="Equation.DSMT4" ShapeID="_x0000_i3590" DrawAspect="Content" ObjectID="_1699836874" r:id="rId3497"/>
        </w:object>
      </w:r>
      <w:r w:rsidRPr="00B13C4C">
        <w:rPr>
          <w:rFonts w:ascii="Times New Roman" w:hAnsi="Times New Roman" w:cs="Times New Roman"/>
          <w:sz w:val="24"/>
          <w:szCs w:val="24"/>
        </w:rPr>
        <w:t>.</w:t>
      </w:r>
    </w:p>
    <w:p w14:paraId="5B29A181" w14:textId="77777777" w:rsidR="00B13C4C" w:rsidRPr="00B13C4C" w:rsidRDefault="00B13C4C" w:rsidP="007470AF">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2100" w:dyaOrig="380" w14:anchorId="2D35E927">
          <v:shape id="_x0000_i3591" type="#_x0000_t75" style="width:105pt;height:19.2pt" o:ole="">
            <v:imagedata r:id="rId3498" o:title=""/>
          </v:shape>
          <o:OLEObject Type="Embed" ProgID="Equation.DSMT4" ShapeID="_x0000_i3591" DrawAspect="Content" ObjectID="_1699836875" r:id="rId349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2140" w:dyaOrig="380" w14:anchorId="083E4E78">
          <v:shape id="_x0000_i3592" type="#_x0000_t75" style="width:106.8pt;height:19.2pt" o:ole="">
            <v:imagedata r:id="rId3500" o:title=""/>
          </v:shape>
          <o:OLEObject Type="Embed" ProgID="Equation.DSMT4" ShapeID="_x0000_i3592" DrawAspect="Content" ObjectID="_1699836876" r:id="rId3501"/>
        </w:object>
      </w:r>
      <w:r w:rsidRPr="00B13C4C">
        <w:rPr>
          <w:rFonts w:ascii="Times New Roman" w:hAnsi="Times New Roman" w:cs="Times New Roman"/>
          <w:sz w:val="24"/>
          <w:szCs w:val="24"/>
        </w:rPr>
        <w:t>.</w:t>
      </w:r>
    </w:p>
    <w:p w14:paraId="6725C76C" w14:textId="77777777" w:rsidR="00B13C4C" w:rsidRPr="00B13C4C" w:rsidRDefault="00B13C4C" w:rsidP="007470AF">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Có bao nhiêu giá trị nguyên của </w:t>
      </w:r>
      <w:r w:rsidRPr="00B13C4C">
        <w:rPr>
          <w:rFonts w:ascii="Times New Roman" w:hAnsi="Times New Roman" w:cs="Times New Roman"/>
          <w:position w:val="-6"/>
          <w:sz w:val="24"/>
          <w:szCs w:val="24"/>
        </w:rPr>
        <w:object w:dxaOrig="260" w:dyaOrig="220" w14:anchorId="59550824">
          <v:shape id="_x0000_i3593" type="#_x0000_t75" style="width:13.2pt;height:10.8pt" o:ole="">
            <v:imagedata r:id="rId3502" o:title=""/>
          </v:shape>
          <o:OLEObject Type="Embed" ProgID="Equation.DSMT4" ShapeID="_x0000_i3593" DrawAspect="Content" ObjectID="_1699836877" r:id="rId3503"/>
        </w:object>
      </w:r>
      <w:r w:rsidRPr="00B13C4C">
        <w:rPr>
          <w:rFonts w:ascii="Times New Roman" w:hAnsi="Times New Roman" w:cs="Times New Roman"/>
          <w:sz w:val="24"/>
          <w:szCs w:val="24"/>
        </w:rPr>
        <w:t xml:space="preserve"> để phương trình </w:t>
      </w:r>
      <w:r w:rsidRPr="00B13C4C">
        <w:rPr>
          <w:rFonts w:ascii="Times New Roman" w:hAnsi="Times New Roman" w:cs="Times New Roman"/>
          <w:position w:val="-6"/>
          <w:sz w:val="24"/>
          <w:szCs w:val="24"/>
        </w:rPr>
        <w:object w:dxaOrig="1500" w:dyaOrig="320" w14:anchorId="2E262FE9">
          <v:shape id="_x0000_i3594" type="#_x0000_t75" style="width:75pt;height:16.2pt" o:ole="">
            <v:imagedata r:id="rId3504" o:title=""/>
          </v:shape>
          <o:OLEObject Type="Embed" ProgID="Equation.DSMT4" ShapeID="_x0000_i3594" DrawAspect="Content" ObjectID="_1699836878" r:id="rId3505"/>
        </w:object>
      </w:r>
      <w:r w:rsidRPr="00B13C4C">
        <w:rPr>
          <w:rFonts w:ascii="Times New Roman" w:hAnsi="Times New Roman" w:cs="Times New Roman"/>
          <w:sz w:val="24"/>
          <w:szCs w:val="24"/>
        </w:rPr>
        <w:t xml:space="preserve"> có đúng hai nghiệm phân biệt thuộc </w:t>
      </w:r>
      <w:r w:rsidRPr="00B13C4C">
        <w:rPr>
          <w:rFonts w:ascii="Times New Roman" w:hAnsi="Times New Roman" w:cs="Times New Roman"/>
          <w:position w:val="-10"/>
          <w:sz w:val="24"/>
          <w:szCs w:val="24"/>
        </w:rPr>
        <w:object w:dxaOrig="520" w:dyaOrig="320" w14:anchorId="0A08C787">
          <v:shape id="_x0000_i3595" type="#_x0000_t75" style="width:25.8pt;height:16.2pt" o:ole="">
            <v:imagedata r:id="rId3506" o:title=""/>
          </v:shape>
          <o:OLEObject Type="Embed" ProgID="Equation.DSMT4" ShapeID="_x0000_i3595" DrawAspect="Content" ObjectID="_1699836879" r:id="rId3507"/>
        </w:object>
      </w:r>
      <w:r w:rsidRPr="00B13C4C">
        <w:rPr>
          <w:rFonts w:ascii="Times New Roman" w:hAnsi="Times New Roman" w:cs="Times New Roman"/>
          <w:sz w:val="24"/>
          <w:szCs w:val="24"/>
        </w:rPr>
        <w:t>?</w:t>
      </w:r>
    </w:p>
    <w:p w14:paraId="2F607A37" w14:textId="77777777" w:rsidR="00B13C4C" w:rsidRPr="00B13C4C" w:rsidRDefault="00B13C4C" w:rsidP="007470AF">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5.</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4.</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3.</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2.</w:t>
      </w:r>
    </w:p>
    <w:p w14:paraId="233D4CC0" w14:textId="77777777" w:rsidR="00B13C4C" w:rsidRPr="00B13C4C" w:rsidRDefault="00B13C4C" w:rsidP="007470AF">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Bất phương trình </w:t>
      </w:r>
      <w:r w:rsidRPr="00B13C4C">
        <w:rPr>
          <w:rFonts w:ascii="Times New Roman" w:hAnsi="Times New Roman" w:cs="Times New Roman"/>
          <w:position w:val="-8"/>
          <w:sz w:val="24"/>
          <w:szCs w:val="24"/>
        </w:rPr>
        <w:object w:dxaOrig="1640" w:dyaOrig="360" w14:anchorId="0DDB3D45">
          <v:shape id="_x0000_i3596" type="#_x0000_t75" style="width:82.2pt;height:18pt" o:ole="">
            <v:imagedata r:id="rId3508" o:title=""/>
          </v:shape>
          <o:OLEObject Type="Embed" ProgID="Equation.DSMT4" ShapeID="_x0000_i3596" DrawAspect="Content" ObjectID="_1699836880" r:id="rId3509"/>
        </w:object>
      </w:r>
      <w:r w:rsidRPr="00B13C4C">
        <w:rPr>
          <w:rFonts w:ascii="Times New Roman" w:hAnsi="Times New Roman" w:cs="Times New Roman"/>
          <w:sz w:val="24"/>
          <w:szCs w:val="24"/>
        </w:rPr>
        <w:t xml:space="preserve"> có tập nghiệm là </w:t>
      </w:r>
      <w:r w:rsidRPr="00B13C4C">
        <w:rPr>
          <w:rFonts w:ascii="Times New Roman" w:hAnsi="Times New Roman" w:cs="Times New Roman"/>
          <w:position w:val="-10"/>
          <w:sz w:val="24"/>
          <w:szCs w:val="24"/>
        </w:rPr>
        <w:object w:dxaOrig="540" w:dyaOrig="320" w14:anchorId="2ECA2E86">
          <v:shape id="_x0000_i3597" type="#_x0000_t75" style="width:27pt;height:16.2pt" o:ole="">
            <v:imagedata r:id="rId3510" o:title=""/>
          </v:shape>
          <o:OLEObject Type="Embed" ProgID="Equation.DSMT4" ShapeID="_x0000_i3597" DrawAspect="Content" ObjectID="_1699836881" r:id="rId3511"/>
        </w:object>
      </w:r>
      <w:r w:rsidRPr="00B13C4C">
        <w:rPr>
          <w:rFonts w:ascii="Times New Roman" w:hAnsi="Times New Roman" w:cs="Times New Roman"/>
          <w:sz w:val="24"/>
          <w:szCs w:val="24"/>
        </w:rPr>
        <w:t xml:space="preserve">. Giá trị </w:t>
      </w:r>
      <w:r w:rsidRPr="00B13C4C">
        <w:rPr>
          <w:rFonts w:ascii="Times New Roman" w:hAnsi="Times New Roman" w:cs="Times New Roman"/>
          <w:position w:val="-6"/>
          <w:sz w:val="24"/>
          <w:szCs w:val="24"/>
        </w:rPr>
        <w:object w:dxaOrig="760" w:dyaOrig="279" w14:anchorId="1D6795D6">
          <v:shape id="_x0000_i3598" type="#_x0000_t75" style="width:37.8pt;height:13.8pt" o:ole="">
            <v:imagedata r:id="rId3512" o:title=""/>
          </v:shape>
          <o:OLEObject Type="Embed" ProgID="Equation.DSMT4" ShapeID="_x0000_i3598" DrawAspect="Content" ObjectID="_1699836882" r:id="rId3513"/>
        </w:object>
      </w:r>
      <w:r w:rsidRPr="00B13C4C">
        <w:rPr>
          <w:rFonts w:ascii="Times New Roman" w:hAnsi="Times New Roman" w:cs="Times New Roman"/>
          <w:sz w:val="24"/>
          <w:szCs w:val="24"/>
        </w:rPr>
        <w:t xml:space="preserve"> bằng</w:t>
      </w:r>
    </w:p>
    <w:p w14:paraId="01B62125" w14:textId="77777777" w:rsidR="00B13C4C" w:rsidRPr="00B13C4C" w:rsidRDefault="00B13C4C" w:rsidP="007470AF">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220" w:dyaOrig="279" w14:anchorId="29EBED56">
          <v:shape id="_x0000_i3599" type="#_x0000_t75" style="width:10.8pt;height:13.8pt" o:ole="">
            <v:imagedata r:id="rId3514" o:title=""/>
          </v:shape>
          <o:OLEObject Type="Embed" ProgID="Equation.DSMT4" ShapeID="_x0000_i3599" DrawAspect="Content" ObjectID="_1699836883" r:id="rId351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6.</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340" w:dyaOrig="279" w14:anchorId="5AFCD7BA">
          <v:shape id="_x0000_i3600" type="#_x0000_t75" style="width:16.8pt;height:13.8pt" o:ole="">
            <v:imagedata r:id="rId3516" o:title=""/>
          </v:shape>
          <o:OLEObject Type="Embed" ProgID="Equation.DSMT4" ShapeID="_x0000_i3600" DrawAspect="Content" ObjectID="_1699836884" r:id="rId351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8.</w:t>
      </w:r>
    </w:p>
    <w:p w14:paraId="43222F2E" w14:textId="77777777" w:rsidR="00B13C4C" w:rsidRPr="00B13C4C" w:rsidRDefault="00B13C4C" w:rsidP="007470AF">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mệnh đề </w:t>
      </w:r>
      <w:r w:rsidRPr="00B13C4C">
        <w:rPr>
          <w:rFonts w:ascii="Times New Roman" w:hAnsi="Times New Roman" w:cs="Times New Roman"/>
          <w:position w:val="-6"/>
          <w:sz w:val="24"/>
          <w:szCs w:val="24"/>
        </w:rPr>
        <w:object w:dxaOrig="320" w:dyaOrig="279" w14:anchorId="30ECF275">
          <v:shape id="_x0000_i3601" type="#_x0000_t75" style="width:16.2pt;height:13.8pt" o:ole="">
            <v:imagedata r:id="rId3518" o:title=""/>
          </v:shape>
          <o:OLEObject Type="Embed" ProgID="Equation.DSMT4" ShapeID="_x0000_i3601" DrawAspect="Content" ObjectID="_1699836885" r:id="rId3519"/>
        </w:object>
      </w:r>
      <w:r w:rsidRPr="00B13C4C">
        <w:rPr>
          <w:rFonts w:ascii="Times New Roman" w:hAnsi="Times New Roman" w:cs="Times New Roman"/>
          <w:sz w:val="24"/>
          <w:szCs w:val="24"/>
        </w:rPr>
        <w:t xml:space="preserve"> " </w:t>
      </w:r>
      <w:r w:rsidRPr="00B13C4C">
        <w:rPr>
          <w:rFonts w:ascii="Times New Roman" w:hAnsi="Times New Roman" w:cs="Times New Roman"/>
          <w:position w:val="-10"/>
          <w:sz w:val="24"/>
          <w:szCs w:val="24"/>
        </w:rPr>
        <w:object w:dxaOrig="2040" w:dyaOrig="360" w14:anchorId="0D1E3DF6">
          <v:shape id="_x0000_i3602" type="#_x0000_t75" style="width:102pt;height:18pt" o:ole="">
            <v:imagedata r:id="rId3520" o:title=""/>
          </v:shape>
          <o:OLEObject Type="Embed" ProgID="Equation.DSMT4" ShapeID="_x0000_i3602" DrawAspect="Content" ObjectID="_1699836886" r:id="rId3521"/>
        </w:object>
      </w:r>
      <w:r w:rsidRPr="00B13C4C">
        <w:rPr>
          <w:rFonts w:ascii="Times New Roman" w:hAnsi="Times New Roman" w:cs="Times New Roman"/>
          <w:sz w:val="24"/>
          <w:szCs w:val="24"/>
        </w:rPr>
        <w:t xml:space="preserve"> ". Mệnh đề phủ định của mệnh đề </w:t>
      </w:r>
      <w:r w:rsidRPr="00B13C4C">
        <w:rPr>
          <w:rFonts w:ascii="Times New Roman" w:hAnsi="Times New Roman" w:cs="Times New Roman"/>
          <w:position w:val="-4"/>
          <w:sz w:val="24"/>
          <w:szCs w:val="24"/>
        </w:rPr>
        <w:object w:dxaOrig="240" w:dyaOrig="260" w14:anchorId="5C3BB678">
          <v:shape id="_x0000_i3603" type="#_x0000_t75" style="width:12pt;height:13.2pt" o:ole="">
            <v:imagedata r:id="rId3522" o:title=""/>
          </v:shape>
          <o:OLEObject Type="Embed" ProgID="Equation.DSMT4" ShapeID="_x0000_i3603" DrawAspect="Content" ObjectID="_1699836887" r:id="rId3523"/>
        </w:object>
      </w:r>
      <w:r w:rsidRPr="00B13C4C">
        <w:rPr>
          <w:rFonts w:ascii="Times New Roman" w:hAnsi="Times New Roman" w:cs="Times New Roman"/>
          <w:sz w:val="24"/>
          <w:szCs w:val="24"/>
        </w:rPr>
        <w:t xml:space="preserve"> là</w:t>
      </w:r>
    </w:p>
    <w:p w14:paraId="1178CE09" w14:textId="77777777" w:rsidR="00B13C4C" w:rsidRPr="00B13C4C" w:rsidRDefault="00B13C4C" w:rsidP="007470AF">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2760" w:dyaOrig="360" w14:anchorId="79D40AF5">
          <v:shape id="_x0000_i3604" type="#_x0000_t75" style="width:138pt;height:18pt" o:ole="">
            <v:imagedata r:id="rId3524" o:title=""/>
          </v:shape>
          <o:OLEObject Type="Embed" ProgID="Equation.DSMT4" ShapeID="_x0000_i3604" DrawAspect="Content" ObjectID="_1699836888" r:id="rId352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2520" w:dyaOrig="360" w14:anchorId="56B55263">
          <v:shape id="_x0000_i3605" type="#_x0000_t75" style="width:126pt;height:18pt" o:ole="">
            <v:imagedata r:id="rId3526" o:title=""/>
          </v:shape>
          <o:OLEObject Type="Embed" ProgID="Equation.DSMT4" ShapeID="_x0000_i3605" DrawAspect="Content" ObjectID="_1699836889" r:id="rId3527"/>
        </w:object>
      </w:r>
      <w:r w:rsidRPr="00B13C4C">
        <w:rPr>
          <w:rFonts w:ascii="Times New Roman" w:hAnsi="Times New Roman" w:cs="Times New Roman"/>
          <w:sz w:val="24"/>
          <w:szCs w:val="24"/>
        </w:rPr>
        <w:t xml:space="preserve"> ".</w:t>
      </w:r>
    </w:p>
    <w:p w14:paraId="6284DCF9" w14:textId="77777777" w:rsidR="00B13C4C" w:rsidRPr="00B13C4C" w:rsidRDefault="00B13C4C" w:rsidP="007470AF">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2620" w:dyaOrig="360" w14:anchorId="052683B3">
          <v:shape id="_x0000_i3606" type="#_x0000_t75" style="width:130.8pt;height:18pt" o:ole="">
            <v:imagedata r:id="rId3528" o:title=""/>
          </v:shape>
          <o:OLEObject Type="Embed" ProgID="Equation.DSMT4" ShapeID="_x0000_i3606" DrawAspect="Content" ObjectID="_1699836890" r:id="rId352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2580" w:dyaOrig="360" w14:anchorId="31971470">
          <v:shape id="_x0000_i3607" type="#_x0000_t75" style="width:129pt;height:18pt" o:ole="">
            <v:imagedata r:id="rId3530" o:title=""/>
          </v:shape>
          <o:OLEObject Type="Embed" ProgID="Equation.DSMT4" ShapeID="_x0000_i3607" DrawAspect="Content" ObjectID="_1699836891" r:id="rId3531"/>
        </w:object>
      </w:r>
      <w:r w:rsidRPr="00B13C4C">
        <w:rPr>
          <w:rFonts w:ascii="Times New Roman" w:hAnsi="Times New Roman" w:cs="Times New Roman"/>
          <w:sz w:val="24"/>
          <w:szCs w:val="24"/>
        </w:rPr>
        <w:t>.</w:t>
      </w:r>
    </w:p>
    <w:p w14:paraId="1E1E3505" w14:textId="77777777" w:rsidR="00B13C4C" w:rsidRPr="00B13C4C" w:rsidRDefault="00B13C4C" w:rsidP="007470AF">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Bất phương trình </w:t>
      </w:r>
      <w:r w:rsidRPr="00B13C4C">
        <w:rPr>
          <w:rFonts w:ascii="Times New Roman" w:hAnsi="Times New Roman" w:cs="Times New Roman"/>
          <w:position w:val="-24"/>
          <w:sz w:val="24"/>
          <w:szCs w:val="24"/>
        </w:rPr>
        <w:object w:dxaOrig="1359" w:dyaOrig="620" w14:anchorId="0BF7DF30">
          <v:shape id="_x0000_i3608" type="#_x0000_t75" style="width:67.8pt;height:31.2pt" o:ole="">
            <v:imagedata r:id="rId3532" o:title=""/>
          </v:shape>
          <o:OLEObject Type="Embed" ProgID="Equation.DSMT4" ShapeID="_x0000_i3608" DrawAspect="Content" ObjectID="_1699836892" r:id="rId3533"/>
        </w:object>
      </w:r>
      <w:r w:rsidRPr="00B13C4C">
        <w:rPr>
          <w:rFonts w:ascii="Times New Roman" w:hAnsi="Times New Roman" w:cs="Times New Roman"/>
          <w:sz w:val="24"/>
          <w:szCs w:val="24"/>
        </w:rPr>
        <w:t xml:space="preserve"> có tập nghiệm là:</w:t>
      </w:r>
    </w:p>
    <w:p w14:paraId="07E4BE43" w14:textId="77777777" w:rsidR="00B13C4C" w:rsidRPr="00B13C4C" w:rsidRDefault="00B13C4C" w:rsidP="007470AF">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880" w:dyaOrig="320" w14:anchorId="3F39E764">
          <v:shape id="_x0000_i3609" type="#_x0000_t75" style="width:43.8pt;height:16.2pt" o:ole="">
            <v:imagedata r:id="rId3534" o:title=""/>
          </v:shape>
          <o:OLEObject Type="Embed" ProgID="Equation.DSMT4" ShapeID="_x0000_i3609" DrawAspect="Content" ObjectID="_1699836893" r:id="rId353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8"/>
          <w:sz w:val="24"/>
          <w:szCs w:val="24"/>
        </w:rPr>
        <w:object w:dxaOrig="1860" w:dyaOrig="680" w14:anchorId="2B6EAE96">
          <v:shape id="_x0000_i3610" type="#_x0000_t75" style="width:93pt;height:34.2pt" o:ole="">
            <v:imagedata r:id="rId3536" o:title=""/>
          </v:shape>
          <o:OLEObject Type="Embed" ProgID="Equation.DSMT4" ShapeID="_x0000_i3610" DrawAspect="Content" ObjectID="_1699836894" r:id="rId3537"/>
        </w:object>
      </w:r>
      <w:r w:rsidRPr="00B13C4C">
        <w:rPr>
          <w:rFonts w:ascii="Times New Roman" w:hAnsi="Times New Roman" w:cs="Times New Roman"/>
          <w:sz w:val="24"/>
          <w:szCs w:val="24"/>
        </w:rPr>
        <w:t>.</w:t>
      </w:r>
    </w:p>
    <w:p w14:paraId="6D63C1B7" w14:textId="77777777" w:rsidR="00B13C4C" w:rsidRPr="00B13C4C" w:rsidRDefault="00B13C4C" w:rsidP="007470AF">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8"/>
          <w:sz w:val="24"/>
          <w:szCs w:val="24"/>
        </w:rPr>
        <w:object w:dxaOrig="960" w:dyaOrig="680" w14:anchorId="502C805D">
          <v:shape id="_x0000_i3611" type="#_x0000_t75" style="width:48pt;height:34.2pt" o:ole="">
            <v:imagedata r:id="rId3538" o:title=""/>
          </v:shape>
          <o:OLEObject Type="Embed" ProgID="Equation.DSMT4" ShapeID="_x0000_i3611" DrawAspect="Content" ObjectID="_1699836895" r:id="rId353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8"/>
          <w:sz w:val="24"/>
          <w:szCs w:val="24"/>
        </w:rPr>
        <w:object w:dxaOrig="1880" w:dyaOrig="680" w14:anchorId="564561C0">
          <v:shape id="_x0000_i3612" type="#_x0000_t75" style="width:94.2pt;height:34.2pt" o:ole="">
            <v:imagedata r:id="rId3540" o:title=""/>
          </v:shape>
          <o:OLEObject Type="Embed" ProgID="Equation.DSMT4" ShapeID="_x0000_i3612" DrawAspect="Content" ObjectID="_1699836896" r:id="rId3541"/>
        </w:object>
      </w:r>
      <w:r w:rsidRPr="00B13C4C">
        <w:rPr>
          <w:rFonts w:ascii="Times New Roman" w:hAnsi="Times New Roman" w:cs="Times New Roman"/>
          <w:sz w:val="24"/>
          <w:szCs w:val="24"/>
        </w:rPr>
        <w:t>.</w:t>
      </w:r>
    </w:p>
    <w:p w14:paraId="270B7E38" w14:textId="77777777" w:rsidR="00B13C4C" w:rsidRPr="00B13C4C" w:rsidRDefault="00B13C4C" w:rsidP="007470AF">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Khoảng đồng biến của hàm số </w:t>
      </w:r>
      <w:r w:rsidRPr="00B13C4C">
        <w:rPr>
          <w:rFonts w:ascii="Times New Roman" w:hAnsi="Times New Roman" w:cs="Times New Roman"/>
          <w:position w:val="-10"/>
          <w:sz w:val="24"/>
          <w:szCs w:val="24"/>
        </w:rPr>
        <w:object w:dxaOrig="1700" w:dyaOrig="360" w14:anchorId="3EC3E728">
          <v:shape id="_x0000_i3613" type="#_x0000_t75" style="width:85.2pt;height:18pt" o:ole="">
            <v:imagedata r:id="rId3542" o:title=""/>
          </v:shape>
          <o:OLEObject Type="Embed" ProgID="Equation.DSMT4" ShapeID="_x0000_i3613" DrawAspect="Content" ObjectID="_1699836897" r:id="rId3543"/>
        </w:object>
      </w:r>
      <w:r w:rsidRPr="00B13C4C">
        <w:rPr>
          <w:rFonts w:ascii="Times New Roman" w:hAnsi="Times New Roman" w:cs="Times New Roman"/>
          <w:sz w:val="24"/>
          <w:szCs w:val="24"/>
        </w:rPr>
        <w:t xml:space="preserve"> là</w:t>
      </w:r>
    </w:p>
    <w:p w14:paraId="7EF6042E" w14:textId="77777777" w:rsidR="00B13C4C" w:rsidRPr="00B13C4C" w:rsidRDefault="00B13C4C" w:rsidP="007470AF">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760" w:dyaOrig="320" w14:anchorId="7C87AC4A">
          <v:shape id="_x0000_i3614" type="#_x0000_t75" style="width:37.8pt;height:16.2pt" o:ole="">
            <v:imagedata r:id="rId3544" o:title=""/>
          </v:shape>
          <o:OLEObject Type="Embed" ProgID="Equation.DSMT4" ShapeID="_x0000_i3614" DrawAspect="Content" ObjectID="_1699836898" r:id="rId354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760" w:dyaOrig="320" w14:anchorId="7BE98D03">
          <v:shape id="_x0000_i3615" type="#_x0000_t75" style="width:37.8pt;height:16.2pt" o:ole="">
            <v:imagedata r:id="rId3546" o:title=""/>
          </v:shape>
          <o:OLEObject Type="Embed" ProgID="Equation.DSMT4" ShapeID="_x0000_i3615" DrawAspect="Content" ObjectID="_1699836899" r:id="rId354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700" w:dyaOrig="320" w14:anchorId="49D3AF4A">
          <v:shape id="_x0000_i3616" type="#_x0000_t75" style="width:34.8pt;height:16.2pt" o:ole="">
            <v:imagedata r:id="rId3548" o:title=""/>
          </v:shape>
          <o:OLEObject Type="Embed" ProgID="Equation.DSMT4" ShapeID="_x0000_i3616" DrawAspect="Content" ObjectID="_1699836900" r:id="rId354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700" w:dyaOrig="320" w14:anchorId="58F885D2">
          <v:shape id="_x0000_i3617" type="#_x0000_t75" style="width:34.8pt;height:16.2pt" o:ole="">
            <v:imagedata r:id="rId3550" o:title=""/>
          </v:shape>
          <o:OLEObject Type="Embed" ProgID="Equation.DSMT4" ShapeID="_x0000_i3617" DrawAspect="Content" ObjectID="_1699836901" r:id="rId3551"/>
        </w:object>
      </w:r>
      <w:r w:rsidRPr="00B13C4C">
        <w:rPr>
          <w:rFonts w:ascii="Times New Roman" w:hAnsi="Times New Roman" w:cs="Times New Roman"/>
          <w:sz w:val="24"/>
          <w:szCs w:val="24"/>
        </w:rPr>
        <w:t>.</w:t>
      </w:r>
    </w:p>
    <w:p w14:paraId="3F0B50BF" w14:textId="77777777" w:rsidR="00B13C4C" w:rsidRPr="00B13C4C" w:rsidRDefault="00B13C4C" w:rsidP="007470AF">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Giá trị nhỏ nhất của hàm số </w:t>
      </w:r>
      <w:r w:rsidRPr="00B13C4C">
        <w:rPr>
          <w:rFonts w:ascii="Times New Roman" w:hAnsi="Times New Roman" w:cs="Times New Roman"/>
          <w:position w:val="-10"/>
          <w:sz w:val="24"/>
          <w:szCs w:val="24"/>
        </w:rPr>
        <w:object w:dxaOrig="1600" w:dyaOrig="360" w14:anchorId="51329E42">
          <v:shape id="_x0000_i3618" type="#_x0000_t75" style="width:79.8pt;height:18pt" o:ole="">
            <v:imagedata r:id="rId3552" o:title=""/>
          </v:shape>
          <o:OLEObject Type="Embed" ProgID="Equation.DSMT4" ShapeID="_x0000_i3618" DrawAspect="Content" ObjectID="_1699836902" r:id="rId3553"/>
        </w:object>
      </w:r>
      <w:r w:rsidRPr="00B13C4C">
        <w:rPr>
          <w:rFonts w:ascii="Times New Roman" w:hAnsi="Times New Roman" w:cs="Times New Roman"/>
          <w:sz w:val="24"/>
          <w:szCs w:val="24"/>
        </w:rPr>
        <w:t xml:space="preserve"> trên đoạn </w:t>
      </w:r>
      <w:r w:rsidRPr="00B13C4C">
        <w:rPr>
          <w:rFonts w:ascii="Times New Roman" w:hAnsi="Times New Roman" w:cs="Times New Roman"/>
          <w:position w:val="-10"/>
          <w:sz w:val="24"/>
          <w:szCs w:val="24"/>
        </w:rPr>
        <w:object w:dxaOrig="520" w:dyaOrig="320" w14:anchorId="1DEE2312">
          <v:shape id="_x0000_i3619" type="#_x0000_t75" style="width:25.8pt;height:16.2pt" o:ole="">
            <v:imagedata r:id="rId3554" o:title=""/>
          </v:shape>
          <o:OLEObject Type="Embed" ProgID="Equation.DSMT4" ShapeID="_x0000_i3619" DrawAspect="Content" ObjectID="_1699836903" r:id="rId3555"/>
        </w:object>
      </w:r>
      <w:r w:rsidRPr="00B13C4C">
        <w:rPr>
          <w:rFonts w:ascii="Times New Roman" w:hAnsi="Times New Roman" w:cs="Times New Roman"/>
          <w:sz w:val="24"/>
          <w:szCs w:val="24"/>
        </w:rPr>
        <w:t xml:space="preserve"> bằng</w:t>
      </w:r>
    </w:p>
    <w:p w14:paraId="302588ED" w14:textId="77777777" w:rsidR="00B13C4C" w:rsidRPr="00B13C4C" w:rsidRDefault="00B13C4C" w:rsidP="007470AF">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9.</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0.</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5.</w:t>
      </w:r>
    </w:p>
    <w:p w14:paraId="2B02C843" w14:textId="77777777" w:rsidR="00B13C4C" w:rsidRPr="00B13C4C" w:rsidRDefault="00B13C4C" w:rsidP="007470AF">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tọa độ </w:t>
      </w:r>
      <w:r w:rsidRPr="00B13C4C">
        <w:rPr>
          <w:rFonts w:ascii="Times New Roman" w:hAnsi="Times New Roman" w:cs="Times New Roman"/>
          <w:position w:val="-10"/>
          <w:sz w:val="24"/>
          <w:szCs w:val="24"/>
        </w:rPr>
        <w:object w:dxaOrig="460" w:dyaOrig="320" w14:anchorId="53C41BE4">
          <v:shape id="_x0000_i3620" type="#_x0000_t75" style="width:22.8pt;height:16.2pt" o:ole="">
            <v:imagedata r:id="rId3556" o:title=""/>
          </v:shape>
          <o:OLEObject Type="Embed" ProgID="Equation.DSMT4" ShapeID="_x0000_i3620" DrawAspect="Content" ObjectID="_1699836904" r:id="rId3557"/>
        </w:object>
      </w:r>
      <w:r w:rsidRPr="00B13C4C">
        <w:rPr>
          <w:rFonts w:ascii="Times New Roman" w:hAnsi="Times New Roman" w:cs="Times New Roman"/>
          <w:sz w:val="24"/>
          <w:szCs w:val="24"/>
        </w:rPr>
        <w:t xml:space="preserve"> cho </w:t>
      </w:r>
      <w:r w:rsidRPr="00B13C4C">
        <w:rPr>
          <w:rFonts w:ascii="Times New Roman" w:hAnsi="Times New Roman" w:cs="Times New Roman"/>
          <w:position w:val="-10"/>
          <w:sz w:val="24"/>
          <w:szCs w:val="24"/>
        </w:rPr>
        <w:object w:dxaOrig="1740" w:dyaOrig="320" w14:anchorId="256ED611">
          <v:shape id="_x0000_i3621" type="#_x0000_t75" style="width:87pt;height:16.2pt" o:ole="">
            <v:imagedata r:id="rId3558" o:title=""/>
          </v:shape>
          <o:OLEObject Type="Embed" ProgID="Equation.DSMT4" ShapeID="_x0000_i3621" DrawAspect="Content" ObjectID="_1699836905" r:id="rId3559"/>
        </w:object>
      </w:r>
      <w:r w:rsidRPr="00B13C4C">
        <w:rPr>
          <w:rFonts w:ascii="Times New Roman" w:hAnsi="Times New Roman" w:cs="Times New Roman"/>
          <w:sz w:val="24"/>
          <w:szCs w:val="24"/>
        </w:rPr>
        <w:t xml:space="preserve">. Tìm tọa độ điểm </w:t>
      </w:r>
      <w:r w:rsidRPr="00B13C4C">
        <w:rPr>
          <w:rFonts w:ascii="Times New Roman" w:hAnsi="Times New Roman" w:cs="Times New Roman"/>
          <w:position w:val="-4"/>
          <w:sz w:val="24"/>
          <w:szCs w:val="24"/>
        </w:rPr>
        <w:object w:dxaOrig="320" w:dyaOrig="260" w14:anchorId="281714A8">
          <v:shape id="_x0000_i3622" type="#_x0000_t75" style="width:16.2pt;height:13.2pt" o:ole="">
            <v:imagedata r:id="rId3560" o:title=""/>
          </v:shape>
          <o:OLEObject Type="Embed" ProgID="Equation.DSMT4" ShapeID="_x0000_i3622" DrawAspect="Content" ObjectID="_1699836906" r:id="rId3561"/>
        </w:object>
      </w:r>
      <w:r w:rsidRPr="00B13C4C">
        <w:rPr>
          <w:rFonts w:ascii="Times New Roman" w:hAnsi="Times New Roman" w:cs="Times New Roman"/>
          <w:sz w:val="24"/>
          <w:szCs w:val="24"/>
        </w:rPr>
        <w:t xml:space="preserve"> thuộc trục hoành sao cho </w:t>
      </w:r>
      <w:r w:rsidRPr="00B13C4C">
        <w:rPr>
          <w:rFonts w:ascii="Times New Roman" w:hAnsi="Times New Roman" w:cs="Times New Roman"/>
          <w:position w:val="-10"/>
          <w:sz w:val="24"/>
          <w:szCs w:val="24"/>
        </w:rPr>
        <w:object w:dxaOrig="820" w:dyaOrig="320" w14:anchorId="188039A4">
          <v:shape id="_x0000_i3623" type="#_x0000_t75" style="width:40.8pt;height:16.2pt" o:ole="">
            <v:imagedata r:id="rId3562" o:title=""/>
          </v:shape>
          <o:OLEObject Type="Embed" ProgID="Equation.DSMT4" ShapeID="_x0000_i3623" DrawAspect="Content" ObjectID="_1699836907" r:id="rId3563"/>
        </w:object>
      </w:r>
      <w:r w:rsidRPr="00B13C4C">
        <w:rPr>
          <w:rFonts w:ascii="Times New Roman" w:hAnsi="Times New Roman" w:cs="Times New Roman"/>
          <w:sz w:val="24"/>
          <w:szCs w:val="24"/>
        </w:rPr>
        <w:t xml:space="preserve"> thẳng hàng.</w:t>
      </w:r>
    </w:p>
    <w:p w14:paraId="24C975DA" w14:textId="77777777" w:rsidR="00B13C4C" w:rsidRPr="00B13C4C" w:rsidRDefault="00B13C4C" w:rsidP="007470AF">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820" w:dyaOrig="320" w14:anchorId="0A2FFC6F">
          <v:shape id="_x0000_i3624" type="#_x0000_t75" style="width:40.8pt;height:16.2pt" o:ole="">
            <v:imagedata r:id="rId3564" o:title=""/>
          </v:shape>
          <o:OLEObject Type="Embed" ProgID="Equation.DSMT4" ShapeID="_x0000_i3624" DrawAspect="Content" ObjectID="_1699836908" r:id="rId356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8"/>
          <w:sz w:val="24"/>
          <w:szCs w:val="24"/>
        </w:rPr>
        <w:object w:dxaOrig="859" w:dyaOrig="680" w14:anchorId="6DF3D61C">
          <v:shape id="_x0000_i3625" type="#_x0000_t75" style="width:43.2pt;height:34.2pt" o:ole="">
            <v:imagedata r:id="rId3566" o:title=""/>
          </v:shape>
          <o:OLEObject Type="Embed" ProgID="Equation.DSMT4" ShapeID="_x0000_i3625" DrawAspect="Content" ObjectID="_1699836909" r:id="rId356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660" w:dyaOrig="320" w14:anchorId="3E69DB52">
          <v:shape id="_x0000_i3626" type="#_x0000_t75" style="width:33pt;height:16.2pt" o:ole="">
            <v:imagedata r:id="rId3568" o:title=""/>
          </v:shape>
          <o:OLEObject Type="Embed" ProgID="Equation.DSMT4" ShapeID="_x0000_i3626" DrawAspect="Content" ObjectID="_1699836910" r:id="rId356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8"/>
          <w:sz w:val="24"/>
          <w:szCs w:val="24"/>
        </w:rPr>
        <w:object w:dxaOrig="820" w:dyaOrig="680" w14:anchorId="7E0FA909">
          <v:shape id="_x0000_i3627" type="#_x0000_t75" style="width:40.8pt;height:34.2pt" o:ole="">
            <v:imagedata r:id="rId3570" o:title=""/>
          </v:shape>
          <o:OLEObject Type="Embed" ProgID="Equation.DSMT4" ShapeID="_x0000_i3627" DrawAspect="Content" ObjectID="_1699836911" r:id="rId3571"/>
        </w:object>
      </w:r>
      <w:r w:rsidRPr="00B13C4C">
        <w:rPr>
          <w:rFonts w:ascii="Times New Roman" w:hAnsi="Times New Roman" w:cs="Times New Roman"/>
          <w:sz w:val="24"/>
          <w:szCs w:val="24"/>
        </w:rPr>
        <w:t>.</w:t>
      </w:r>
    </w:p>
    <w:p w14:paraId="5FBAF8EC" w14:textId="77777777" w:rsidR="00B13C4C" w:rsidRPr="00B13C4C" w:rsidRDefault="00B13C4C" w:rsidP="007470AF">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tập hợp </w:t>
      </w:r>
      <w:r w:rsidRPr="00B13C4C">
        <w:rPr>
          <w:rFonts w:ascii="Times New Roman" w:hAnsi="Times New Roman" w:cs="Times New Roman"/>
          <w:position w:val="-10"/>
          <w:sz w:val="24"/>
          <w:szCs w:val="24"/>
        </w:rPr>
        <w:object w:dxaOrig="1160" w:dyaOrig="320" w14:anchorId="39D4ACB7">
          <v:shape id="_x0000_i3628" type="#_x0000_t75" style="width:58.2pt;height:16.2pt" o:ole="">
            <v:imagedata r:id="rId3572" o:title=""/>
          </v:shape>
          <o:OLEObject Type="Embed" ProgID="Equation.DSMT4" ShapeID="_x0000_i3628" DrawAspect="Content" ObjectID="_1699836912" r:id="rId3573"/>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1380" w:dyaOrig="320" w14:anchorId="2EF2B86E">
          <v:shape id="_x0000_i3629" type="#_x0000_t75" style="width:69pt;height:16.2pt" o:ole="">
            <v:imagedata r:id="rId3574" o:title=""/>
          </v:shape>
          <o:OLEObject Type="Embed" ProgID="Equation.DSMT4" ShapeID="_x0000_i3629" DrawAspect="Content" ObjectID="_1699836913" r:id="rId3575"/>
        </w:object>
      </w:r>
      <w:r w:rsidRPr="00B13C4C">
        <w:rPr>
          <w:rFonts w:ascii="Times New Roman" w:hAnsi="Times New Roman" w:cs="Times New Roman"/>
          <w:sz w:val="24"/>
          <w:szCs w:val="24"/>
        </w:rPr>
        <w:t xml:space="preserve">. Khi đó </w:t>
      </w:r>
      <w:r w:rsidRPr="00B13C4C">
        <w:rPr>
          <w:rFonts w:ascii="Times New Roman" w:hAnsi="Times New Roman" w:cs="Times New Roman"/>
          <w:position w:val="-4"/>
          <w:sz w:val="24"/>
          <w:szCs w:val="24"/>
        </w:rPr>
        <w:object w:dxaOrig="660" w:dyaOrig="260" w14:anchorId="309A2688">
          <v:shape id="_x0000_i3630" type="#_x0000_t75" style="width:33pt;height:13.2pt" o:ole="">
            <v:imagedata r:id="rId3576" o:title=""/>
          </v:shape>
          <o:OLEObject Type="Embed" ProgID="Equation.DSMT4" ShapeID="_x0000_i3630" DrawAspect="Content" ObjectID="_1699836914" r:id="rId3577"/>
        </w:object>
      </w:r>
      <w:r w:rsidRPr="00B13C4C">
        <w:rPr>
          <w:rFonts w:ascii="Times New Roman" w:hAnsi="Times New Roman" w:cs="Times New Roman"/>
          <w:sz w:val="24"/>
          <w:szCs w:val="24"/>
        </w:rPr>
        <w:t xml:space="preserve"> là:</w:t>
      </w:r>
    </w:p>
    <w:p w14:paraId="22EC4F93" w14:textId="77777777" w:rsidR="00B13C4C" w:rsidRPr="00B13C4C" w:rsidRDefault="00B13C4C" w:rsidP="007470AF">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580" w:dyaOrig="320" w14:anchorId="24C50FB1">
          <v:shape id="_x0000_i3631" type="#_x0000_t75" style="width:28.8pt;height:16.2pt" o:ole="">
            <v:imagedata r:id="rId3578" o:title=""/>
          </v:shape>
          <o:OLEObject Type="Embed" ProgID="Equation.DSMT4" ShapeID="_x0000_i3631" DrawAspect="Content" ObjectID="_1699836915" r:id="rId357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980" w:dyaOrig="320" w14:anchorId="36F7BC70">
          <v:shape id="_x0000_i3632" type="#_x0000_t75" style="width:49.2pt;height:16.2pt" o:ole="">
            <v:imagedata r:id="rId3580" o:title=""/>
          </v:shape>
          <o:OLEObject Type="Embed" ProgID="Equation.DSMT4" ShapeID="_x0000_i3632" DrawAspect="Content" ObjectID="_1699836916" r:id="rId358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780" w:dyaOrig="320" w14:anchorId="5904E4EF">
          <v:shape id="_x0000_i3633" type="#_x0000_t75" style="width:39pt;height:16.2pt" o:ole="">
            <v:imagedata r:id="rId3582" o:title=""/>
          </v:shape>
          <o:OLEObject Type="Embed" ProgID="Equation.DSMT4" ShapeID="_x0000_i3633" DrawAspect="Content" ObjectID="_1699836917" r:id="rId358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180" w:dyaOrig="320" w14:anchorId="2BCF9345">
          <v:shape id="_x0000_i3634" type="#_x0000_t75" style="width:58.8pt;height:16.2pt" o:ole="">
            <v:imagedata r:id="rId3584" o:title=""/>
          </v:shape>
          <o:OLEObject Type="Embed" ProgID="Equation.DSMT4" ShapeID="_x0000_i3634" DrawAspect="Content" ObjectID="_1699836918" r:id="rId3585"/>
        </w:object>
      </w:r>
      <w:r w:rsidRPr="00B13C4C">
        <w:rPr>
          <w:rFonts w:ascii="Times New Roman" w:hAnsi="Times New Roman" w:cs="Times New Roman"/>
          <w:sz w:val="24"/>
          <w:szCs w:val="24"/>
        </w:rPr>
        <w:t>.</w:t>
      </w:r>
    </w:p>
    <w:p w14:paraId="5EB58C13" w14:textId="77777777" w:rsidR="00B13C4C" w:rsidRPr="00B13C4C" w:rsidRDefault="00B13C4C" w:rsidP="007470AF">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Tập xác định của hàm số </w:t>
      </w:r>
      <w:r w:rsidRPr="00B13C4C">
        <w:rPr>
          <w:rFonts w:ascii="Times New Roman" w:hAnsi="Times New Roman" w:cs="Times New Roman"/>
          <w:position w:val="-28"/>
          <w:sz w:val="24"/>
          <w:szCs w:val="24"/>
        </w:rPr>
        <w:object w:dxaOrig="1900" w:dyaOrig="660" w14:anchorId="55518DDD">
          <v:shape id="_x0000_i3635" type="#_x0000_t75" style="width:94.8pt;height:33pt" o:ole="">
            <v:imagedata r:id="rId3586" o:title=""/>
          </v:shape>
          <o:OLEObject Type="Embed" ProgID="Equation.DSMT4" ShapeID="_x0000_i3635" DrawAspect="Content" ObjectID="_1699836919" r:id="rId3587"/>
        </w:object>
      </w:r>
      <w:r w:rsidRPr="00B13C4C">
        <w:rPr>
          <w:rFonts w:ascii="Times New Roman" w:hAnsi="Times New Roman" w:cs="Times New Roman"/>
          <w:sz w:val="24"/>
          <w:szCs w:val="24"/>
        </w:rPr>
        <w:t xml:space="preserve"> là:</w:t>
      </w:r>
    </w:p>
    <w:p w14:paraId="75CB8E4A" w14:textId="77777777" w:rsidR="00B13C4C" w:rsidRPr="00B13C4C" w:rsidRDefault="00B13C4C" w:rsidP="007470AF">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719" w:dyaOrig="320" w14:anchorId="34BC4249">
          <v:shape id="_x0000_i3636" type="#_x0000_t75" style="width:85.8pt;height:16.2pt" o:ole="">
            <v:imagedata r:id="rId3588" o:title=""/>
          </v:shape>
          <o:OLEObject Type="Embed" ProgID="Equation.DSMT4" ShapeID="_x0000_i3636" DrawAspect="Content" ObjectID="_1699836920" r:id="rId358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579" w:dyaOrig="320" w14:anchorId="3547ACAF">
          <v:shape id="_x0000_i3637" type="#_x0000_t75" style="width:79.2pt;height:16.2pt" o:ole="">
            <v:imagedata r:id="rId3590" o:title=""/>
          </v:shape>
          <o:OLEObject Type="Embed" ProgID="Equation.DSMT4" ShapeID="_x0000_i3637" DrawAspect="Content" ObjectID="_1699836921" r:id="rId3591"/>
        </w:object>
      </w:r>
      <w:r w:rsidRPr="00B13C4C">
        <w:rPr>
          <w:rFonts w:ascii="Times New Roman" w:hAnsi="Times New Roman" w:cs="Times New Roman"/>
          <w:sz w:val="24"/>
          <w:szCs w:val="24"/>
        </w:rPr>
        <w:t>.</w:t>
      </w:r>
    </w:p>
    <w:p w14:paraId="1D1EA179" w14:textId="77777777" w:rsidR="00B13C4C" w:rsidRPr="00B13C4C" w:rsidRDefault="00B13C4C" w:rsidP="007470AF">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2120" w:dyaOrig="320" w14:anchorId="19B877F7">
          <v:shape id="_x0000_i3638" type="#_x0000_t75" style="width:106.2pt;height:16.2pt" o:ole="">
            <v:imagedata r:id="rId3592" o:title=""/>
          </v:shape>
          <o:OLEObject Type="Embed" ProgID="Equation.DSMT4" ShapeID="_x0000_i3638" DrawAspect="Content" ObjectID="_1699836922" r:id="rId359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579" w:dyaOrig="320" w14:anchorId="54DEEFA8">
          <v:shape id="_x0000_i3639" type="#_x0000_t75" style="width:79.2pt;height:16.2pt" o:ole="">
            <v:imagedata r:id="rId3594" o:title=""/>
          </v:shape>
          <o:OLEObject Type="Embed" ProgID="Equation.DSMT4" ShapeID="_x0000_i3639" DrawAspect="Content" ObjectID="_1699836923" r:id="rId3595"/>
        </w:object>
      </w:r>
      <w:r w:rsidRPr="00B13C4C">
        <w:rPr>
          <w:rFonts w:ascii="Times New Roman" w:hAnsi="Times New Roman" w:cs="Times New Roman"/>
          <w:sz w:val="24"/>
          <w:szCs w:val="24"/>
        </w:rPr>
        <w:t>.</w:t>
      </w:r>
    </w:p>
    <w:p w14:paraId="3B256AB6" w14:textId="77777777" w:rsidR="00B13C4C" w:rsidRPr="00B13C4C" w:rsidRDefault="00B13C4C" w:rsidP="007470AF">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tam giác </w:t>
      </w:r>
      <w:r w:rsidRPr="00B13C4C">
        <w:rPr>
          <w:rFonts w:ascii="Times New Roman" w:hAnsi="Times New Roman" w:cs="Times New Roman"/>
          <w:position w:val="-6"/>
          <w:sz w:val="24"/>
          <w:szCs w:val="24"/>
        </w:rPr>
        <w:object w:dxaOrig="560" w:dyaOrig="279" w14:anchorId="079CF154">
          <v:shape id="_x0000_i3640" type="#_x0000_t75" style="width:28.2pt;height:13.8pt" o:ole="">
            <v:imagedata r:id="rId3596" o:title=""/>
          </v:shape>
          <o:OLEObject Type="Embed" ProgID="Equation.DSMT4" ShapeID="_x0000_i3640" DrawAspect="Content" ObjectID="_1699836924" r:id="rId3597"/>
        </w:object>
      </w:r>
      <w:r w:rsidRPr="00B13C4C">
        <w:rPr>
          <w:rFonts w:ascii="Times New Roman" w:hAnsi="Times New Roman" w:cs="Times New Roman"/>
          <w:sz w:val="24"/>
          <w:szCs w:val="24"/>
        </w:rPr>
        <w:t xml:space="preserve"> có </w:t>
      </w:r>
      <w:r w:rsidRPr="00B13C4C">
        <w:rPr>
          <w:rFonts w:ascii="Times New Roman" w:hAnsi="Times New Roman" w:cs="Times New Roman"/>
          <w:position w:val="-10"/>
          <w:sz w:val="24"/>
          <w:szCs w:val="24"/>
        </w:rPr>
        <w:object w:dxaOrig="2620" w:dyaOrig="400" w14:anchorId="2AE2C935">
          <v:shape id="_x0000_i3641" type="#_x0000_t75" style="width:130.8pt;height:19.8pt" o:ole="">
            <v:imagedata r:id="rId3598" o:title=""/>
          </v:shape>
          <o:OLEObject Type="Embed" ProgID="Equation.DSMT4" ShapeID="_x0000_i3641" DrawAspect="Content" ObjectID="_1699836925" r:id="rId3599"/>
        </w:object>
      </w:r>
      <w:r w:rsidRPr="00B13C4C">
        <w:rPr>
          <w:rFonts w:ascii="Times New Roman" w:hAnsi="Times New Roman" w:cs="Times New Roman"/>
          <w:sz w:val="24"/>
          <w:szCs w:val="24"/>
        </w:rPr>
        <w:t xml:space="preserve">. Khi đó bán kính đường tròn ngoại tiếp tam giác </w:t>
      </w:r>
      <w:r w:rsidRPr="00B13C4C">
        <w:rPr>
          <w:rFonts w:ascii="Times New Roman" w:hAnsi="Times New Roman" w:cs="Times New Roman"/>
          <w:position w:val="-6"/>
          <w:sz w:val="24"/>
          <w:szCs w:val="24"/>
        </w:rPr>
        <w:object w:dxaOrig="560" w:dyaOrig="279" w14:anchorId="594DB7BD">
          <v:shape id="_x0000_i3642" type="#_x0000_t75" style="width:28.2pt;height:13.8pt" o:ole="">
            <v:imagedata r:id="rId3600" o:title=""/>
          </v:shape>
          <o:OLEObject Type="Embed" ProgID="Equation.DSMT4" ShapeID="_x0000_i3642" DrawAspect="Content" ObjectID="_1699836926" r:id="rId3601"/>
        </w:object>
      </w:r>
      <w:r w:rsidRPr="00B13C4C">
        <w:rPr>
          <w:rFonts w:ascii="Times New Roman" w:hAnsi="Times New Roman" w:cs="Times New Roman"/>
          <w:sz w:val="24"/>
          <w:szCs w:val="24"/>
        </w:rPr>
        <w:t xml:space="preserve"> bẳng</w:t>
      </w:r>
    </w:p>
    <w:p w14:paraId="257B9419" w14:textId="77777777" w:rsidR="00B13C4C" w:rsidRPr="00B13C4C" w:rsidRDefault="00B13C4C" w:rsidP="007470AF">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639" w:dyaOrig="680" w14:anchorId="158EC46D">
          <v:shape id="_x0000_i3643" type="#_x0000_t75" style="width:31.8pt;height:34.2pt" o:ole="">
            <v:imagedata r:id="rId3602" o:title=""/>
          </v:shape>
          <o:OLEObject Type="Embed" ProgID="Equation.DSMT4" ShapeID="_x0000_i3643" DrawAspect="Content" ObjectID="_1699836927" r:id="rId360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8"/>
          <w:sz w:val="24"/>
          <w:szCs w:val="24"/>
        </w:rPr>
        <w:object w:dxaOrig="380" w:dyaOrig="360" w14:anchorId="21123941">
          <v:shape id="_x0000_i3644" type="#_x0000_t75" style="width:19.2pt;height:18pt" o:ole="">
            <v:imagedata r:id="rId3604" o:title=""/>
          </v:shape>
          <o:OLEObject Type="Embed" ProgID="Equation.DSMT4" ShapeID="_x0000_i3644" DrawAspect="Content" ObjectID="_1699836928" r:id="rId360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520" w:dyaOrig="680" w14:anchorId="532B3A2B">
          <v:shape id="_x0000_i3645" type="#_x0000_t75" style="width:25.8pt;height:34.2pt" o:ole="">
            <v:imagedata r:id="rId3606" o:title=""/>
          </v:shape>
          <o:OLEObject Type="Embed" ProgID="Equation.DSMT4" ShapeID="_x0000_i3645" DrawAspect="Content" ObjectID="_1699836929" r:id="rId360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620" w:dyaOrig="680" w14:anchorId="3C636F5E">
          <v:shape id="_x0000_i3646" type="#_x0000_t75" style="width:31.2pt;height:34.2pt" o:ole="">
            <v:imagedata r:id="rId3608" o:title=""/>
          </v:shape>
          <o:OLEObject Type="Embed" ProgID="Equation.DSMT4" ShapeID="_x0000_i3646" DrawAspect="Content" ObjectID="_1699836930" r:id="rId3609"/>
        </w:object>
      </w:r>
      <w:r w:rsidRPr="00B13C4C">
        <w:rPr>
          <w:rFonts w:ascii="Times New Roman" w:hAnsi="Times New Roman" w:cs="Times New Roman"/>
          <w:sz w:val="24"/>
          <w:szCs w:val="24"/>
        </w:rPr>
        <w:t>.</w:t>
      </w:r>
    </w:p>
    <w:p w14:paraId="10ED3D9B" w14:textId="77777777" w:rsidR="00B13C4C" w:rsidRPr="00B13C4C" w:rsidRDefault="00B13C4C" w:rsidP="007470AF">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lastRenderedPageBreak/>
        <w:t>Câu 16: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Đồ thị hàm số </w:t>
      </w:r>
      <w:r w:rsidRPr="00B13C4C">
        <w:rPr>
          <w:rFonts w:ascii="Times New Roman" w:hAnsi="Times New Roman" w:cs="Times New Roman"/>
          <w:position w:val="-32"/>
          <w:sz w:val="24"/>
          <w:szCs w:val="24"/>
        </w:rPr>
        <w:object w:dxaOrig="2560" w:dyaOrig="760" w14:anchorId="4DB44AA1">
          <v:shape id="_x0000_i3647" type="#_x0000_t75" style="width:127.8pt;height:37.8pt" o:ole="">
            <v:imagedata r:id="rId3610" o:title=""/>
          </v:shape>
          <o:OLEObject Type="Embed" ProgID="Equation.DSMT4" ShapeID="_x0000_i3647" DrawAspect="Content" ObjectID="_1699836931" r:id="rId3611"/>
        </w:object>
      </w:r>
      <w:r w:rsidRPr="00B13C4C">
        <w:rPr>
          <w:rFonts w:ascii="Times New Roman" w:hAnsi="Times New Roman" w:cs="Times New Roman"/>
          <w:sz w:val="24"/>
          <w:szCs w:val="24"/>
        </w:rPr>
        <w:t xml:space="preserve"> đi qua điểm có tọa độ nào sau đây?</w:t>
      </w:r>
    </w:p>
    <w:p w14:paraId="78611176" w14:textId="77777777" w:rsidR="00B13C4C" w:rsidRPr="00B13C4C" w:rsidRDefault="00B13C4C" w:rsidP="007470AF">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680" w:dyaOrig="320" w14:anchorId="189FE865">
          <v:shape id="_x0000_i3648" type="#_x0000_t75" style="width:34.2pt;height:16.2pt" o:ole="">
            <v:imagedata r:id="rId3612" o:title=""/>
          </v:shape>
          <o:OLEObject Type="Embed" ProgID="Equation.DSMT4" ShapeID="_x0000_i3648" DrawAspect="Content" ObjectID="_1699836932" r:id="rId361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540" w:dyaOrig="320" w14:anchorId="49A31F5E">
          <v:shape id="_x0000_i3649" type="#_x0000_t75" style="width:27pt;height:16.2pt" o:ole="">
            <v:imagedata r:id="rId3614" o:title=""/>
          </v:shape>
          <o:OLEObject Type="Embed" ProgID="Equation.DSMT4" ShapeID="_x0000_i3649" DrawAspect="Content" ObjectID="_1699836933" r:id="rId361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560" w:dyaOrig="320" w14:anchorId="11F7273A">
          <v:shape id="_x0000_i3650" type="#_x0000_t75" style="width:28.2pt;height:16.2pt" o:ole="">
            <v:imagedata r:id="rId3616" o:title=""/>
          </v:shape>
          <o:OLEObject Type="Embed" ProgID="Equation.DSMT4" ShapeID="_x0000_i3650" DrawAspect="Content" ObjectID="_1699836934" r:id="rId361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680" w:dyaOrig="320" w14:anchorId="51A899E3">
          <v:shape id="_x0000_i3651" type="#_x0000_t75" style="width:34.2pt;height:16.2pt" o:ole="">
            <v:imagedata r:id="rId3618" o:title=""/>
          </v:shape>
          <o:OLEObject Type="Embed" ProgID="Equation.DSMT4" ShapeID="_x0000_i3651" DrawAspect="Content" ObjectID="_1699836935" r:id="rId3619"/>
        </w:object>
      </w:r>
      <w:r w:rsidRPr="00B13C4C">
        <w:rPr>
          <w:rFonts w:ascii="Times New Roman" w:hAnsi="Times New Roman" w:cs="Times New Roman"/>
          <w:sz w:val="24"/>
          <w:szCs w:val="24"/>
        </w:rPr>
        <w:t>.</w:t>
      </w:r>
    </w:p>
    <w:p w14:paraId="3EE7D7E0" w14:textId="77777777" w:rsidR="00B13C4C" w:rsidRPr="00B13C4C" w:rsidRDefault="00B13C4C" w:rsidP="007470AF">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hàm số </w:t>
      </w:r>
      <w:r w:rsidRPr="00B13C4C">
        <w:rPr>
          <w:rFonts w:ascii="Times New Roman" w:hAnsi="Times New Roman" w:cs="Times New Roman"/>
          <w:position w:val="-10"/>
          <w:sz w:val="24"/>
          <w:szCs w:val="24"/>
        </w:rPr>
        <w:object w:dxaOrig="1540" w:dyaOrig="360" w14:anchorId="4C246DAF">
          <v:shape id="_x0000_i3652" type="#_x0000_t75" style="width:76.8pt;height:18pt" o:ole="">
            <v:imagedata r:id="rId3620" o:title=""/>
          </v:shape>
          <o:OLEObject Type="Embed" ProgID="Equation.DSMT4" ShapeID="_x0000_i3652" DrawAspect="Content" ObjectID="_1699836936" r:id="rId3621"/>
        </w:object>
      </w:r>
      <w:r w:rsidRPr="00B13C4C">
        <w:rPr>
          <w:rFonts w:ascii="Times New Roman" w:hAnsi="Times New Roman" w:cs="Times New Roman"/>
          <w:sz w:val="24"/>
          <w:szCs w:val="24"/>
        </w:rPr>
        <w:t xml:space="preserve"> có đồ thị như hình bên dưới. Mệnh đề nào sau đây đúng?</w:t>
      </w:r>
    </w:p>
    <w:p w14:paraId="5F517787" w14:textId="77777777" w:rsidR="00B13C4C" w:rsidRPr="00B13C4C" w:rsidRDefault="00B13C4C" w:rsidP="007470AF">
      <w:pPr>
        <w:ind w:left="992" w:hanging="992"/>
        <w:jc w:val="center"/>
        <w:rPr>
          <w:rFonts w:ascii="Times New Roman" w:hAnsi="Times New Roman" w:cs="Times New Roman"/>
          <w:sz w:val="24"/>
          <w:szCs w:val="24"/>
        </w:rPr>
      </w:pPr>
      <w:r w:rsidRPr="00B13C4C">
        <w:rPr>
          <w:rFonts w:ascii="Times New Roman" w:hAnsi="Times New Roman" w:cs="Times New Roman"/>
          <w:noProof/>
          <w:sz w:val="24"/>
          <w:szCs w:val="24"/>
        </w:rPr>
        <w:drawing>
          <wp:inline distT="0" distB="0" distL="0" distR="0" wp14:anchorId="29EFA8D8" wp14:editId="6A2D35E4">
            <wp:extent cx="1263027" cy="1234440"/>
            <wp:effectExtent l="0" t="0" r="0"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22"/>
                    <a:stretch>
                      <a:fillRect/>
                    </a:stretch>
                  </pic:blipFill>
                  <pic:spPr>
                    <a:xfrm>
                      <a:off x="0" y="0"/>
                      <a:ext cx="1272071" cy="1243279"/>
                    </a:xfrm>
                    <a:prstGeom prst="rect">
                      <a:avLst/>
                    </a:prstGeom>
                  </pic:spPr>
                </pic:pic>
              </a:graphicData>
            </a:graphic>
          </wp:inline>
        </w:drawing>
      </w:r>
    </w:p>
    <w:p w14:paraId="53635700" w14:textId="77777777" w:rsidR="00B13C4C" w:rsidRPr="00B13C4C" w:rsidRDefault="00B13C4C" w:rsidP="007470AF">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660" w:dyaOrig="320" w14:anchorId="2C90B2B5">
          <v:shape id="_x0000_i3653" type="#_x0000_t75" style="width:82.8pt;height:16.2pt" o:ole="">
            <v:imagedata r:id="rId3623" o:title=""/>
          </v:shape>
          <o:OLEObject Type="Embed" ProgID="Equation.DSMT4" ShapeID="_x0000_i3653" DrawAspect="Content" ObjectID="_1699836937" r:id="rId362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660" w:dyaOrig="320" w14:anchorId="4624A551">
          <v:shape id="_x0000_i3654" type="#_x0000_t75" style="width:82.8pt;height:16.2pt" o:ole="">
            <v:imagedata r:id="rId3625" o:title=""/>
          </v:shape>
          <o:OLEObject Type="Embed" ProgID="Equation.DSMT4" ShapeID="_x0000_i3654" DrawAspect="Content" ObjectID="_1699836938" r:id="rId3626"/>
        </w:object>
      </w:r>
      <w:r w:rsidRPr="00B13C4C">
        <w:rPr>
          <w:rFonts w:ascii="Times New Roman" w:hAnsi="Times New Roman" w:cs="Times New Roman"/>
          <w:sz w:val="24"/>
          <w:szCs w:val="24"/>
        </w:rPr>
        <w:t>.</w:t>
      </w:r>
    </w:p>
    <w:p w14:paraId="250D767D" w14:textId="77777777" w:rsidR="00B13C4C" w:rsidRPr="00B13C4C" w:rsidRDefault="00B13C4C" w:rsidP="007470AF">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660" w:dyaOrig="320" w14:anchorId="06E6ECEB">
          <v:shape id="_x0000_i3655" type="#_x0000_t75" style="width:82.8pt;height:16.2pt" o:ole="">
            <v:imagedata r:id="rId3627" o:title=""/>
          </v:shape>
          <o:OLEObject Type="Embed" ProgID="Equation.DSMT4" ShapeID="_x0000_i3655" DrawAspect="Content" ObjectID="_1699836939" r:id="rId362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660" w:dyaOrig="320" w14:anchorId="641BBAB3">
          <v:shape id="_x0000_i3656" type="#_x0000_t75" style="width:82.8pt;height:16.2pt" o:ole="">
            <v:imagedata r:id="rId3629" o:title=""/>
          </v:shape>
          <o:OLEObject Type="Embed" ProgID="Equation.DSMT4" ShapeID="_x0000_i3656" DrawAspect="Content" ObjectID="_1699836940" r:id="rId3630"/>
        </w:object>
      </w:r>
      <w:r w:rsidRPr="00B13C4C">
        <w:rPr>
          <w:rFonts w:ascii="Times New Roman" w:hAnsi="Times New Roman" w:cs="Times New Roman"/>
          <w:sz w:val="24"/>
          <w:szCs w:val="24"/>
        </w:rPr>
        <w:t>.</w:t>
      </w:r>
    </w:p>
    <w:p w14:paraId="10876AEF" w14:textId="77777777" w:rsidR="00B13C4C" w:rsidRPr="00B13C4C" w:rsidRDefault="00B13C4C" w:rsidP="007470AF">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Một lớp có 40 học sinh, trong đó có 24 học sinh giỏi Toán, 20 học sinh giỏi Vãn và 12 học sinh giỏi không giỏi môn nào trong hai môn Toán và Văn. Hỏi lớp đó có bao nhiêu học sinh giỏi cả hai môn Toán và Văn?</w:t>
      </w:r>
    </w:p>
    <w:p w14:paraId="361E1E47" w14:textId="77777777" w:rsidR="00B13C4C" w:rsidRPr="00B13C4C" w:rsidRDefault="00B13C4C" w:rsidP="007470AF">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279" w:dyaOrig="279" w14:anchorId="16D6623C">
          <v:shape id="_x0000_i3657" type="#_x0000_t75" style="width:13.8pt;height:13.8pt" o:ole="">
            <v:imagedata r:id="rId3631" o:title=""/>
          </v:shape>
          <o:OLEObject Type="Embed" ProgID="Equation.DSMT4" ShapeID="_x0000_i3657" DrawAspect="Content" ObjectID="_1699836941" r:id="rId363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8.</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4.</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18.</w:t>
      </w:r>
    </w:p>
    <w:p w14:paraId="3C7C6043" w14:textId="77777777" w:rsidR="00B13C4C" w:rsidRPr="00B13C4C" w:rsidRDefault="00B13C4C" w:rsidP="007470AF">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hình chữ nhật </w:t>
      </w:r>
      <w:r w:rsidRPr="00B13C4C">
        <w:rPr>
          <w:rFonts w:ascii="Times New Roman" w:hAnsi="Times New Roman" w:cs="Times New Roman"/>
          <w:position w:val="-6"/>
          <w:sz w:val="24"/>
          <w:szCs w:val="24"/>
        </w:rPr>
        <w:object w:dxaOrig="720" w:dyaOrig="279" w14:anchorId="39835F47">
          <v:shape id="_x0000_i3658" type="#_x0000_t75" style="width:36pt;height:13.8pt" o:ole="">
            <v:imagedata r:id="rId3633" o:title=""/>
          </v:shape>
          <o:OLEObject Type="Embed" ProgID="Equation.DSMT4" ShapeID="_x0000_i3658" DrawAspect="Content" ObjectID="_1699836942" r:id="rId3634"/>
        </w:object>
      </w:r>
      <w:r w:rsidRPr="00B13C4C">
        <w:rPr>
          <w:rFonts w:ascii="Times New Roman" w:hAnsi="Times New Roman" w:cs="Times New Roman"/>
          <w:sz w:val="24"/>
          <w:szCs w:val="24"/>
        </w:rPr>
        <w:t xml:space="preserve"> tâm </w:t>
      </w:r>
      <w:r w:rsidRPr="00B13C4C">
        <w:rPr>
          <w:rFonts w:ascii="Times New Roman" w:hAnsi="Times New Roman" w:cs="Times New Roman"/>
          <w:position w:val="-10"/>
          <w:sz w:val="24"/>
          <w:szCs w:val="24"/>
        </w:rPr>
        <w:object w:dxaOrig="1560" w:dyaOrig="320" w14:anchorId="7FEB0B91">
          <v:shape id="_x0000_i3659" type="#_x0000_t75" style="width:78pt;height:16.2pt" o:ole="">
            <v:imagedata r:id="rId3635" o:title=""/>
          </v:shape>
          <o:OLEObject Type="Embed" ProgID="Equation.DSMT4" ShapeID="_x0000_i3659" DrawAspect="Content" ObjectID="_1699836943" r:id="rId3636"/>
        </w:object>
      </w:r>
      <w:r w:rsidRPr="00B13C4C">
        <w:rPr>
          <w:rFonts w:ascii="Times New Roman" w:hAnsi="Times New Roman" w:cs="Times New Roman"/>
          <w:sz w:val="24"/>
          <w:szCs w:val="24"/>
        </w:rPr>
        <w:t xml:space="preserve"> là trung điểm cạnh </w:t>
      </w:r>
      <w:r w:rsidRPr="00B13C4C">
        <w:rPr>
          <w:rFonts w:ascii="Times New Roman" w:hAnsi="Times New Roman" w:cs="Times New Roman"/>
          <w:position w:val="-4"/>
          <w:sz w:val="24"/>
          <w:szCs w:val="24"/>
        </w:rPr>
        <w:object w:dxaOrig="400" w:dyaOrig="260" w14:anchorId="7727C5A4">
          <v:shape id="_x0000_i3660" type="#_x0000_t75" style="width:19.8pt;height:13.2pt" o:ole="">
            <v:imagedata r:id="rId3637" o:title=""/>
          </v:shape>
          <o:OLEObject Type="Embed" ProgID="Equation.DSMT4" ShapeID="_x0000_i3660" DrawAspect="Content" ObjectID="_1699836944" r:id="rId3638"/>
        </w:object>
      </w:r>
      <w:r w:rsidRPr="00B13C4C">
        <w:rPr>
          <w:rFonts w:ascii="Times New Roman" w:hAnsi="Times New Roman" w:cs="Times New Roman"/>
          <w:sz w:val="24"/>
          <w:szCs w:val="24"/>
        </w:rPr>
        <w:t xml:space="preserve">. </w:t>
      </w:r>
      <w:r w:rsidRPr="00B13C4C">
        <w:rPr>
          <w:rFonts w:ascii="Times New Roman" w:hAnsi="Times New Roman" w:cs="Times New Roman"/>
          <w:position w:val="-6"/>
          <w:sz w:val="24"/>
          <w:szCs w:val="24"/>
        </w:rPr>
        <w:object w:dxaOrig="240" w:dyaOrig="279" w14:anchorId="4BD60A1B">
          <v:shape id="_x0000_i3661" type="#_x0000_t75" style="width:12pt;height:13.8pt" o:ole="">
            <v:imagedata r:id="rId3639" o:title=""/>
          </v:shape>
          <o:OLEObject Type="Embed" ProgID="Equation.DSMT4" ShapeID="_x0000_i3661" DrawAspect="Content" ObjectID="_1699836945" r:id="rId3640"/>
        </w:object>
      </w:r>
      <w:r w:rsidRPr="00B13C4C">
        <w:rPr>
          <w:rFonts w:ascii="Times New Roman" w:hAnsi="Times New Roman" w:cs="Times New Roman"/>
          <w:sz w:val="24"/>
          <w:szCs w:val="24"/>
        </w:rPr>
        <w:t xml:space="preserve"> thuộc trục tung </w:t>
      </w:r>
      <w:r w:rsidRPr="00B13C4C">
        <w:rPr>
          <w:rFonts w:ascii="Times New Roman" w:hAnsi="Times New Roman" w:cs="Times New Roman"/>
          <w:position w:val="-10"/>
          <w:sz w:val="24"/>
          <w:szCs w:val="24"/>
        </w:rPr>
        <w:object w:dxaOrig="360" w:dyaOrig="320" w14:anchorId="6D4E8C71">
          <v:shape id="_x0000_i3662" type="#_x0000_t75" style="width:18pt;height:16.2pt" o:ole="">
            <v:imagedata r:id="rId3641" o:title=""/>
          </v:shape>
          <o:OLEObject Type="Embed" ProgID="Equation.DSMT4" ShapeID="_x0000_i3662" DrawAspect="Content" ObjectID="_1699836946" r:id="rId3642"/>
        </w:object>
      </w:r>
      <w:r w:rsidRPr="00B13C4C">
        <w:rPr>
          <w:rFonts w:ascii="Times New Roman" w:hAnsi="Times New Roman" w:cs="Times New Roman"/>
          <w:sz w:val="24"/>
          <w:szCs w:val="24"/>
        </w:rPr>
        <w:t xml:space="preserve">. Tọa độ đỉnh </w:t>
      </w:r>
      <w:r w:rsidRPr="00B13C4C">
        <w:rPr>
          <w:rFonts w:ascii="Times New Roman" w:hAnsi="Times New Roman" w:cs="Times New Roman"/>
          <w:position w:val="-6"/>
          <w:sz w:val="24"/>
          <w:szCs w:val="24"/>
        </w:rPr>
        <w:object w:dxaOrig="240" w:dyaOrig="279" w14:anchorId="796EB4B2">
          <v:shape id="_x0000_i3663" type="#_x0000_t75" style="width:12pt;height:13.8pt" o:ole="">
            <v:imagedata r:id="rId3643" o:title=""/>
          </v:shape>
          <o:OLEObject Type="Embed" ProgID="Equation.DSMT4" ShapeID="_x0000_i3663" DrawAspect="Content" ObjectID="_1699836947" r:id="rId3644"/>
        </w:object>
      </w:r>
      <w:r w:rsidRPr="00B13C4C">
        <w:rPr>
          <w:rFonts w:ascii="Times New Roman" w:hAnsi="Times New Roman" w:cs="Times New Roman"/>
          <w:sz w:val="24"/>
          <w:szCs w:val="24"/>
        </w:rPr>
        <w:t xml:space="preserve"> là:</w:t>
      </w:r>
    </w:p>
    <w:p w14:paraId="0A85B559" w14:textId="77777777" w:rsidR="00B13C4C" w:rsidRPr="00B13C4C" w:rsidRDefault="00B13C4C" w:rsidP="007470AF">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540" w:dyaOrig="320" w14:anchorId="2717155D">
          <v:shape id="_x0000_i3664" type="#_x0000_t75" style="width:27pt;height:16.2pt" o:ole="">
            <v:imagedata r:id="rId3645" o:title=""/>
          </v:shape>
          <o:OLEObject Type="Embed" ProgID="Equation.DSMT4" ShapeID="_x0000_i3664" DrawAspect="Content" ObjectID="_1699836948" r:id="rId364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560" w:dyaOrig="320" w14:anchorId="3B9B5EA3">
          <v:shape id="_x0000_i3665" type="#_x0000_t75" style="width:28.2pt;height:16.2pt" o:ole="">
            <v:imagedata r:id="rId3647" o:title=""/>
          </v:shape>
          <o:OLEObject Type="Embed" ProgID="Equation.DSMT4" ShapeID="_x0000_i3665" DrawAspect="Content" ObjectID="_1699836949" r:id="rId364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560" w:dyaOrig="320" w14:anchorId="528A627D">
          <v:shape id="_x0000_i3666" type="#_x0000_t75" style="width:28.2pt;height:16.2pt" o:ole="">
            <v:imagedata r:id="rId3649" o:title=""/>
          </v:shape>
          <o:OLEObject Type="Embed" ProgID="Equation.DSMT4" ShapeID="_x0000_i3666" DrawAspect="Content" ObjectID="_1699836950" r:id="rId365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560" w:dyaOrig="320" w14:anchorId="21F135FF">
          <v:shape id="_x0000_i3667" type="#_x0000_t75" style="width:28.2pt;height:16.2pt" o:ole="">
            <v:imagedata r:id="rId3651" o:title=""/>
          </v:shape>
          <o:OLEObject Type="Embed" ProgID="Equation.DSMT4" ShapeID="_x0000_i3667" DrawAspect="Content" ObjectID="_1699836951" r:id="rId3652"/>
        </w:object>
      </w:r>
      <w:r w:rsidRPr="00B13C4C">
        <w:rPr>
          <w:rFonts w:ascii="Times New Roman" w:hAnsi="Times New Roman" w:cs="Times New Roman"/>
          <w:sz w:val="24"/>
          <w:szCs w:val="24"/>
        </w:rPr>
        <w:t>.</w:t>
      </w:r>
    </w:p>
    <w:p w14:paraId="468AC3FD" w14:textId="77777777" w:rsidR="00B13C4C" w:rsidRPr="00B13C4C" w:rsidRDefault="00B13C4C" w:rsidP="007470AF">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tam giác </w:t>
      </w:r>
      <w:r w:rsidRPr="00B13C4C">
        <w:rPr>
          <w:rFonts w:ascii="Times New Roman" w:hAnsi="Times New Roman" w:cs="Times New Roman"/>
          <w:position w:val="-6"/>
          <w:sz w:val="24"/>
          <w:szCs w:val="24"/>
        </w:rPr>
        <w:object w:dxaOrig="560" w:dyaOrig="279" w14:anchorId="3DB13048">
          <v:shape id="_x0000_i3668" type="#_x0000_t75" style="width:28.2pt;height:13.8pt" o:ole="">
            <v:imagedata r:id="rId3653" o:title=""/>
          </v:shape>
          <o:OLEObject Type="Embed" ProgID="Equation.DSMT4" ShapeID="_x0000_i3668" DrawAspect="Content" ObjectID="_1699836952" r:id="rId3654"/>
        </w:object>
      </w:r>
      <w:r w:rsidRPr="00B13C4C">
        <w:rPr>
          <w:rFonts w:ascii="Times New Roman" w:hAnsi="Times New Roman" w:cs="Times New Roman"/>
          <w:sz w:val="24"/>
          <w:szCs w:val="24"/>
        </w:rPr>
        <w:t xml:space="preserve"> có trọng tâm </w:t>
      </w:r>
      <w:r w:rsidRPr="00B13C4C">
        <w:rPr>
          <w:rFonts w:ascii="Times New Roman" w:hAnsi="Times New Roman" w:cs="Times New Roman"/>
          <w:position w:val="-6"/>
          <w:sz w:val="24"/>
          <w:szCs w:val="24"/>
        </w:rPr>
        <w:object w:dxaOrig="540" w:dyaOrig="279" w14:anchorId="51962048">
          <v:shape id="_x0000_i3669" type="#_x0000_t75" style="width:27pt;height:13.8pt" o:ole="">
            <v:imagedata r:id="rId3655" o:title=""/>
          </v:shape>
          <o:OLEObject Type="Embed" ProgID="Equation.DSMT4" ShapeID="_x0000_i3669" DrawAspect="Content" ObjectID="_1699836953" r:id="rId3656"/>
        </w:object>
      </w:r>
      <w:r w:rsidRPr="00B13C4C">
        <w:rPr>
          <w:rFonts w:ascii="Times New Roman" w:hAnsi="Times New Roman" w:cs="Times New Roman"/>
          <w:sz w:val="24"/>
          <w:szCs w:val="24"/>
        </w:rPr>
        <w:t xml:space="preserve"> là trung điểm cạnh </w:t>
      </w:r>
      <w:r w:rsidRPr="00B13C4C">
        <w:rPr>
          <w:rFonts w:ascii="Times New Roman" w:hAnsi="Times New Roman" w:cs="Times New Roman"/>
          <w:position w:val="-6"/>
          <w:sz w:val="24"/>
          <w:szCs w:val="24"/>
        </w:rPr>
        <w:object w:dxaOrig="400" w:dyaOrig="279" w14:anchorId="07615A1A">
          <v:shape id="_x0000_i3670" type="#_x0000_t75" style="width:19.8pt;height:13.8pt" o:ole="">
            <v:imagedata r:id="rId3657" o:title=""/>
          </v:shape>
          <o:OLEObject Type="Embed" ProgID="Equation.DSMT4" ShapeID="_x0000_i3670" DrawAspect="Content" ObjectID="_1699836954" r:id="rId3658"/>
        </w:object>
      </w:r>
      <w:r w:rsidRPr="00B13C4C">
        <w:rPr>
          <w:rFonts w:ascii="Times New Roman" w:hAnsi="Times New Roman" w:cs="Times New Roman"/>
          <w:sz w:val="24"/>
          <w:szCs w:val="24"/>
        </w:rPr>
        <w:t>. Mệnh đề nào sau đây đúng?</w:t>
      </w:r>
    </w:p>
    <w:p w14:paraId="548DA4A4" w14:textId="77777777" w:rsidR="00B13C4C" w:rsidRPr="00B13C4C" w:rsidRDefault="00B13C4C" w:rsidP="007470AF">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1219" w:dyaOrig="620" w14:anchorId="3CCA5928">
          <v:shape id="_x0000_i3671" type="#_x0000_t75" style="width:61.2pt;height:31.2pt" o:ole="">
            <v:imagedata r:id="rId3659" o:title=""/>
          </v:shape>
          <o:OLEObject Type="Embed" ProgID="Equation.DSMT4" ShapeID="_x0000_i3671" DrawAspect="Content" ObjectID="_1699836955" r:id="rId366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1200" w:dyaOrig="620" w14:anchorId="39CB38D6">
          <v:shape id="_x0000_i3672" type="#_x0000_t75" style="width:60pt;height:31.2pt" o:ole="">
            <v:imagedata r:id="rId3661" o:title=""/>
          </v:shape>
          <o:OLEObject Type="Embed" ProgID="Equation.DSMT4" ShapeID="_x0000_i3672" DrawAspect="Content" ObjectID="_1699836956" r:id="rId366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1380" w:dyaOrig="620" w14:anchorId="44503366">
          <v:shape id="_x0000_i3673" type="#_x0000_t75" style="width:69pt;height:31.2pt" o:ole="">
            <v:imagedata r:id="rId3663" o:title=""/>
          </v:shape>
          <o:OLEObject Type="Embed" ProgID="Equation.DSMT4" ShapeID="_x0000_i3673" DrawAspect="Content" ObjectID="_1699836957" r:id="rId366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1359" w:dyaOrig="620" w14:anchorId="53D098BC">
          <v:shape id="_x0000_i3674" type="#_x0000_t75" style="width:67.8pt;height:31.2pt" o:ole="">
            <v:imagedata r:id="rId3665" o:title=""/>
          </v:shape>
          <o:OLEObject Type="Embed" ProgID="Equation.DSMT4" ShapeID="_x0000_i3674" DrawAspect="Content" ObjectID="_1699836958" r:id="rId3666"/>
        </w:object>
      </w:r>
      <w:r w:rsidRPr="00B13C4C">
        <w:rPr>
          <w:rFonts w:ascii="Times New Roman" w:hAnsi="Times New Roman" w:cs="Times New Roman"/>
          <w:sz w:val="24"/>
          <w:szCs w:val="24"/>
        </w:rPr>
        <w:t>.</w:t>
      </w:r>
    </w:p>
    <w:p w14:paraId="58F1F85A" w14:textId="77777777" w:rsidR="00B13C4C" w:rsidRPr="00B13C4C" w:rsidRDefault="00B13C4C" w:rsidP="007470AF">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tọa độ </w:t>
      </w:r>
      <w:r w:rsidRPr="00B13C4C">
        <w:rPr>
          <w:rFonts w:ascii="Times New Roman" w:hAnsi="Times New Roman" w:cs="Times New Roman"/>
          <w:position w:val="-10"/>
          <w:sz w:val="24"/>
          <w:szCs w:val="24"/>
        </w:rPr>
        <w:object w:dxaOrig="1640" w:dyaOrig="320" w14:anchorId="0480457C">
          <v:shape id="_x0000_i3675" type="#_x0000_t75" style="width:82.2pt;height:16.2pt" o:ole="">
            <v:imagedata r:id="rId3667" o:title=""/>
          </v:shape>
          <o:OLEObject Type="Embed" ProgID="Equation.DSMT4" ShapeID="_x0000_i3675" DrawAspect="Content" ObjectID="_1699836959" r:id="rId3668"/>
        </w:object>
      </w:r>
      <w:r w:rsidRPr="00B13C4C">
        <w:rPr>
          <w:rFonts w:ascii="Times New Roman" w:hAnsi="Times New Roman" w:cs="Times New Roman"/>
          <w:sz w:val="24"/>
          <w:szCs w:val="24"/>
        </w:rPr>
        <w:t xml:space="preserve"> cùng hướng với véctơ có tọa độ nào sau đây?</w:t>
      </w:r>
    </w:p>
    <w:p w14:paraId="55D16731" w14:textId="77777777" w:rsidR="00B13C4C" w:rsidRPr="00B13C4C" w:rsidRDefault="00B13C4C" w:rsidP="007470AF">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680" w:dyaOrig="320" w14:anchorId="47F649B6">
          <v:shape id="_x0000_i3676" type="#_x0000_t75" style="width:34.2pt;height:16.2pt" o:ole="">
            <v:imagedata r:id="rId3669" o:title=""/>
          </v:shape>
          <o:OLEObject Type="Embed" ProgID="Equation.DSMT4" ShapeID="_x0000_i3676" DrawAspect="Content" ObjectID="_1699836960" r:id="rId367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8"/>
          <w:sz w:val="24"/>
          <w:szCs w:val="24"/>
        </w:rPr>
        <w:object w:dxaOrig="840" w:dyaOrig="680" w14:anchorId="4E76B6A4">
          <v:shape id="_x0000_i3677" type="#_x0000_t75" style="width:42pt;height:34.2pt" o:ole="">
            <v:imagedata r:id="rId3671" o:title=""/>
          </v:shape>
          <o:OLEObject Type="Embed" ProgID="Equation.DSMT4" ShapeID="_x0000_i3677" DrawAspect="Content" ObjectID="_1699836961" r:id="rId367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820" w:dyaOrig="320" w14:anchorId="3B497E28">
          <v:shape id="_x0000_i3678" type="#_x0000_t75" style="width:40.8pt;height:16.2pt" o:ole="">
            <v:imagedata r:id="rId3673" o:title=""/>
          </v:shape>
          <o:OLEObject Type="Embed" ProgID="Equation.DSMT4" ShapeID="_x0000_i3678" DrawAspect="Content" ObjectID="_1699836962" r:id="rId367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680" w:dyaOrig="320" w14:anchorId="0D799070">
          <v:shape id="_x0000_i3679" type="#_x0000_t75" style="width:34.2pt;height:16.2pt" o:ole="">
            <v:imagedata r:id="rId3675" o:title=""/>
          </v:shape>
          <o:OLEObject Type="Embed" ProgID="Equation.DSMT4" ShapeID="_x0000_i3679" DrawAspect="Content" ObjectID="_1699836963" r:id="rId3676"/>
        </w:object>
      </w:r>
      <w:r w:rsidRPr="00B13C4C">
        <w:rPr>
          <w:rFonts w:ascii="Times New Roman" w:hAnsi="Times New Roman" w:cs="Times New Roman"/>
          <w:sz w:val="24"/>
          <w:szCs w:val="24"/>
        </w:rPr>
        <w:t>.</w:t>
      </w:r>
    </w:p>
    <w:p w14:paraId="5D709C1D" w14:textId="77777777" w:rsidR="00B13C4C" w:rsidRPr="00B13C4C" w:rsidRDefault="00B13C4C" w:rsidP="007470AF">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tam giác </w:t>
      </w:r>
      <w:r w:rsidRPr="00B13C4C">
        <w:rPr>
          <w:rFonts w:ascii="Times New Roman" w:hAnsi="Times New Roman" w:cs="Times New Roman"/>
          <w:position w:val="-6"/>
          <w:sz w:val="24"/>
          <w:szCs w:val="24"/>
        </w:rPr>
        <w:object w:dxaOrig="560" w:dyaOrig="279" w14:anchorId="0BA6CC3E">
          <v:shape id="_x0000_i3680" type="#_x0000_t75" style="width:28.2pt;height:13.8pt" o:ole="">
            <v:imagedata r:id="rId3677" o:title=""/>
          </v:shape>
          <o:OLEObject Type="Embed" ProgID="Equation.DSMT4" ShapeID="_x0000_i3680" DrawAspect="Content" ObjectID="_1699836964" r:id="rId3678"/>
        </w:object>
      </w:r>
      <w:r w:rsidRPr="00B13C4C">
        <w:rPr>
          <w:rFonts w:ascii="Times New Roman" w:hAnsi="Times New Roman" w:cs="Times New Roman"/>
          <w:sz w:val="24"/>
          <w:szCs w:val="24"/>
        </w:rPr>
        <w:t xml:space="preserve"> có </w:t>
      </w:r>
      <w:r w:rsidRPr="00B13C4C">
        <w:rPr>
          <w:rFonts w:ascii="Times New Roman" w:hAnsi="Times New Roman" w:cs="Times New Roman"/>
          <w:position w:val="-10"/>
          <w:sz w:val="24"/>
          <w:szCs w:val="24"/>
        </w:rPr>
        <w:object w:dxaOrig="2299" w:dyaOrig="320" w14:anchorId="18F618CE">
          <v:shape id="_x0000_i3681" type="#_x0000_t75" style="width:115.2pt;height:16.2pt" o:ole="">
            <v:imagedata r:id="rId3679" o:title=""/>
          </v:shape>
          <o:OLEObject Type="Embed" ProgID="Equation.DSMT4" ShapeID="_x0000_i3681" DrawAspect="Content" ObjectID="_1699836965" r:id="rId3680"/>
        </w:object>
      </w:r>
      <w:r w:rsidRPr="00B13C4C">
        <w:rPr>
          <w:rFonts w:ascii="Times New Roman" w:hAnsi="Times New Roman" w:cs="Times New Roman"/>
          <w:sz w:val="24"/>
          <w:szCs w:val="24"/>
        </w:rPr>
        <w:t xml:space="preserve">. Khi đó độ dài đường trung tuyến của tam giác </w:t>
      </w:r>
      <w:r w:rsidRPr="00B13C4C">
        <w:rPr>
          <w:rFonts w:ascii="Times New Roman" w:hAnsi="Times New Roman" w:cs="Times New Roman"/>
          <w:position w:val="-6"/>
          <w:sz w:val="24"/>
          <w:szCs w:val="24"/>
        </w:rPr>
        <w:object w:dxaOrig="560" w:dyaOrig="279" w14:anchorId="342245BE">
          <v:shape id="_x0000_i3682" type="#_x0000_t75" style="width:28.2pt;height:13.8pt" o:ole="">
            <v:imagedata r:id="rId3681" o:title=""/>
          </v:shape>
          <o:OLEObject Type="Embed" ProgID="Equation.DSMT4" ShapeID="_x0000_i3682" DrawAspect="Content" ObjectID="_1699836966" r:id="rId3682"/>
        </w:object>
      </w:r>
      <w:r w:rsidRPr="00B13C4C">
        <w:rPr>
          <w:rFonts w:ascii="Times New Roman" w:hAnsi="Times New Roman" w:cs="Times New Roman"/>
          <w:sz w:val="24"/>
          <w:szCs w:val="24"/>
        </w:rPr>
        <w:t xml:space="preserve"> kẻ từ </w:t>
      </w:r>
      <w:r w:rsidRPr="00B13C4C">
        <w:rPr>
          <w:rFonts w:ascii="Times New Roman" w:hAnsi="Times New Roman" w:cs="Times New Roman"/>
          <w:position w:val="-4"/>
          <w:sz w:val="24"/>
          <w:szCs w:val="24"/>
        </w:rPr>
        <w:object w:dxaOrig="240" w:dyaOrig="260" w14:anchorId="21DA58A0">
          <v:shape id="_x0000_i3683" type="#_x0000_t75" style="width:12pt;height:13.2pt" o:ole="">
            <v:imagedata r:id="rId3683" o:title=""/>
          </v:shape>
          <o:OLEObject Type="Embed" ProgID="Equation.DSMT4" ShapeID="_x0000_i3683" DrawAspect="Content" ObjectID="_1699836967" r:id="rId3684"/>
        </w:object>
      </w:r>
      <w:r w:rsidRPr="00B13C4C">
        <w:rPr>
          <w:rFonts w:ascii="Times New Roman" w:hAnsi="Times New Roman" w:cs="Times New Roman"/>
          <w:sz w:val="24"/>
          <w:szCs w:val="24"/>
        </w:rPr>
        <w:t xml:space="preserve"> bằng</w:t>
      </w:r>
    </w:p>
    <w:p w14:paraId="4421F228" w14:textId="77777777" w:rsidR="00B13C4C" w:rsidRPr="00B13C4C" w:rsidRDefault="00B13C4C" w:rsidP="007470AF">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240" w:dyaOrig="620" w14:anchorId="5086BA5B">
          <v:shape id="_x0000_i3684" type="#_x0000_t75" style="width:12pt;height:31.2pt" o:ole="">
            <v:imagedata r:id="rId3685" o:title=""/>
          </v:shape>
          <o:OLEObject Type="Embed" ProgID="Equation.DSMT4" ShapeID="_x0000_i3684" DrawAspect="Content" ObjectID="_1699836968" r:id="rId368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240" w:dyaOrig="620" w14:anchorId="5BA812CB">
          <v:shape id="_x0000_i3685" type="#_x0000_t75" style="width:12pt;height:31.2pt" o:ole="">
            <v:imagedata r:id="rId3687" o:title=""/>
          </v:shape>
          <o:OLEObject Type="Embed" ProgID="Equation.DSMT4" ShapeID="_x0000_i3685" DrawAspect="Content" ObjectID="_1699836969" r:id="rId368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520" w:dyaOrig="680" w14:anchorId="59E5D880">
          <v:shape id="_x0000_i3686" type="#_x0000_t75" style="width:25.8pt;height:34.2pt" o:ole="">
            <v:imagedata r:id="rId3689" o:title=""/>
          </v:shape>
          <o:OLEObject Type="Embed" ProgID="Equation.DSMT4" ShapeID="_x0000_i3686" DrawAspect="Content" ObjectID="_1699836970" r:id="rId369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499" w:dyaOrig="680" w14:anchorId="61AF8FC6">
          <v:shape id="_x0000_i3687" type="#_x0000_t75" style="width:25.2pt;height:34.2pt" o:ole="">
            <v:imagedata r:id="rId3691" o:title=""/>
          </v:shape>
          <o:OLEObject Type="Embed" ProgID="Equation.DSMT4" ShapeID="_x0000_i3687" DrawAspect="Content" ObjectID="_1699836971" r:id="rId3692"/>
        </w:object>
      </w:r>
      <w:r w:rsidRPr="00B13C4C">
        <w:rPr>
          <w:rFonts w:ascii="Times New Roman" w:hAnsi="Times New Roman" w:cs="Times New Roman"/>
          <w:sz w:val="24"/>
          <w:szCs w:val="24"/>
        </w:rPr>
        <w:t>.</w:t>
      </w:r>
    </w:p>
    <w:p w14:paraId="6553B867" w14:textId="77777777" w:rsidR="00B13C4C" w:rsidRPr="00B13C4C" w:rsidRDefault="00B13C4C" w:rsidP="007470AF">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tọa độ </w:t>
      </w:r>
      <w:r w:rsidRPr="00B13C4C">
        <w:rPr>
          <w:rFonts w:ascii="Times New Roman" w:hAnsi="Times New Roman" w:cs="Times New Roman"/>
          <w:position w:val="-10"/>
          <w:sz w:val="24"/>
          <w:szCs w:val="24"/>
        </w:rPr>
        <w:object w:dxaOrig="460" w:dyaOrig="320" w14:anchorId="272B80A3">
          <v:shape id="_x0000_i3688" type="#_x0000_t75" style="width:22.8pt;height:16.2pt" o:ole="">
            <v:imagedata r:id="rId3693" o:title=""/>
          </v:shape>
          <o:OLEObject Type="Embed" ProgID="Equation.DSMT4" ShapeID="_x0000_i3688" DrawAspect="Content" ObjectID="_1699836972" r:id="rId3694"/>
        </w:object>
      </w:r>
      <w:r w:rsidRPr="00B13C4C">
        <w:rPr>
          <w:rFonts w:ascii="Times New Roman" w:hAnsi="Times New Roman" w:cs="Times New Roman"/>
          <w:sz w:val="24"/>
          <w:szCs w:val="24"/>
        </w:rPr>
        <w:t xml:space="preserve">, cho </w:t>
      </w:r>
      <w:r w:rsidRPr="00B13C4C">
        <w:rPr>
          <w:rFonts w:ascii="Times New Roman" w:hAnsi="Times New Roman" w:cs="Times New Roman"/>
          <w:position w:val="-10"/>
          <w:sz w:val="24"/>
          <w:szCs w:val="24"/>
        </w:rPr>
        <w:object w:dxaOrig="2280" w:dyaOrig="320" w14:anchorId="4AF2C1A9">
          <v:shape id="_x0000_i3689" type="#_x0000_t75" style="width:114pt;height:16.2pt" o:ole="">
            <v:imagedata r:id="rId3695" o:title=""/>
          </v:shape>
          <o:OLEObject Type="Embed" ProgID="Equation.DSMT4" ShapeID="_x0000_i3689" DrawAspect="Content" ObjectID="_1699836973" r:id="rId3696"/>
        </w:object>
      </w:r>
      <w:r w:rsidRPr="00B13C4C">
        <w:rPr>
          <w:rFonts w:ascii="Times New Roman" w:hAnsi="Times New Roman" w:cs="Times New Roman"/>
          <w:sz w:val="24"/>
          <w:szCs w:val="24"/>
        </w:rPr>
        <w:t xml:space="preserve">. Biết quỹ tích những điểm </w:t>
      </w:r>
      <w:r w:rsidRPr="00B13C4C">
        <w:rPr>
          <w:rFonts w:ascii="Times New Roman" w:hAnsi="Times New Roman" w:cs="Times New Roman"/>
          <w:position w:val="-4"/>
          <w:sz w:val="24"/>
          <w:szCs w:val="24"/>
        </w:rPr>
        <w:object w:dxaOrig="320" w:dyaOrig="260" w14:anchorId="5DFC3F11">
          <v:shape id="_x0000_i3690" type="#_x0000_t75" style="width:16.2pt;height:13.2pt" o:ole="">
            <v:imagedata r:id="rId3697" o:title=""/>
          </v:shape>
          <o:OLEObject Type="Embed" ProgID="Equation.DSMT4" ShapeID="_x0000_i3690" DrawAspect="Content" ObjectID="_1699836974" r:id="rId3698"/>
        </w:object>
      </w:r>
      <w:r w:rsidRPr="00B13C4C">
        <w:rPr>
          <w:rFonts w:ascii="Times New Roman" w:hAnsi="Times New Roman" w:cs="Times New Roman"/>
          <w:sz w:val="24"/>
          <w:szCs w:val="24"/>
        </w:rPr>
        <w:t xml:space="preserve"> thỏa </w:t>
      </w:r>
      <w:r w:rsidRPr="00B13C4C">
        <w:rPr>
          <w:rFonts w:ascii="Times New Roman" w:hAnsi="Times New Roman" w:cs="Times New Roman"/>
          <w:position w:val="-10"/>
          <w:sz w:val="24"/>
          <w:szCs w:val="24"/>
        </w:rPr>
        <w:object w:dxaOrig="3519" w:dyaOrig="380" w14:anchorId="310C64BD">
          <v:shape id="_x0000_i3691" type="#_x0000_t75" style="width:175.8pt;height:19.2pt" o:ole="">
            <v:imagedata r:id="rId3699" o:title=""/>
          </v:shape>
          <o:OLEObject Type="Embed" ProgID="Equation.DSMT4" ShapeID="_x0000_i3691" DrawAspect="Content" ObjectID="_1699836975" r:id="rId3700"/>
        </w:object>
      </w:r>
      <w:r w:rsidRPr="00B13C4C">
        <w:rPr>
          <w:rFonts w:ascii="Times New Roman" w:hAnsi="Times New Roman" w:cs="Times New Roman"/>
          <w:sz w:val="24"/>
          <w:szCs w:val="24"/>
        </w:rPr>
        <w:t xml:space="preserve"> là đường tròn tâm </w:t>
      </w:r>
      <w:r w:rsidRPr="00B13C4C">
        <w:rPr>
          <w:rFonts w:ascii="Times New Roman" w:hAnsi="Times New Roman" w:cs="Times New Roman"/>
          <w:position w:val="-10"/>
          <w:sz w:val="24"/>
          <w:szCs w:val="24"/>
        </w:rPr>
        <w:object w:dxaOrig="680" w:dyaOrig="320" w14:anchorId="43818046">
          <v:shape id="_x0000_i3692" type="#_x0000_t75" style="width:34.2pt;height:16.2pt" o:ole="">
            <v:imagedata r:id="rId3701" o:title=""/>
          </v:shape>
          <o:OLEObject Type="Embed" ProgID="Equation.DSMT4" ShapeID="_x0000_i3692" DrawAspect="Content" ObjectID="_1699836976" r:id="rId3702"/>
        </w:object>
      </w:r>
      <w:r w:rsidRPr="00B13C4C">
        <w:rPr>
          <w:rFonts w:ascii="Times New Roman" w:hAnsi="Times New Roman" w:cs="Times New Roman"/>
          <w:sz w:val="24"/>
          <w:szCs w:val="24"/>
        </w:rPr>
        <w:t xml:space="preserve">. Tổng </w:t>
      </w:r>
      <w:r w:rsidRPr="00B13C4C">
        <w:rPr>
          <w:rFonts w:ascii="Times New Roman" w:hAnsi="Times New Roman" w:cs="Times New Roman"/>
          <w:position w:val="-6"/>
          <w:sz w:val="24"/>
          <w:szCs w:val="24"/>
        </w:rPr>
        <w:object w:dxaOrig="540" w:dyaOrig="279" w14:anchorId="5A22E08F">
          <v:shape id="_x0000_i3693" type="#_x0000_t75" style="width:27pt;height:13.8pt" o:ole="">
            <v:imagedata r:id="rId3703" o:title=""/>
          </v:shape>
          <o:OLEObject Type="Embed" ProgID="Equation.DSMT4" ShapeID="_x0000_i3693" DrawAspect="Content" ObjectID="_1699836977" r:id="rId3704"/>
        </w:object>
      </w:r>
      <w:r w:rsidRPr="00B13C4C">
        <w:rPr>
          <w:rFonts w:ascii="Times New Roman" w:hAnsi="Times New Roman" w:cs="Times New Roman"/>
          <w:sz w:val="24"/>
          <w:szCs w:val="24"/>
        </w:rPr>
        <w:t xml:space="preserve"> bằng</w:t>
      </w:r>
    </w:p>
    <w:p w14:paraId="57D63962" w14:textId="77777777" w:rsidR="00B13C4C" w:rsidRPr="00B13C4C" w:rsidRDefault="00B13C4C" w:rsidP="007470AF">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240" w:dyaOrig="620" w14:anchorId="070DB3B5">
          <v:shape id="_x0000_i3694" type="#_x0000_t75" style="width:12pt;height:31.2pt" o:ole="">
            <v:imagedata r:id="rId3705" o:title=""/>
          </v:shape>
          <o:OLEObject Type="Embed" ProgID="Equation.DSMT4" ShapeID="_x0000_i3694" DrawAspect="Content" ObjectID="_1699836978" r:id="rId370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340" w:dyaOrig="620" w14:anchorId="33B3CD7E">
          <v:shape id="_x0000_i3695" type="#_x0000_t75" style="width:16.8pt;height:31.2pt" o:ole="">
            <v:imagedata r:id="rId3707" o:title=""/>
          </v:shape>
          <o:OLEObject Type="Embed" ProgID="Equation.DSMT4" ShapeID="_x0000_i3695" DrawAspect="Content" ObjectID="_1699836979" r:id="rId370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360" w:dyaOrig="620" w14:anchorId="13DF3118">
          <v:shape id="_x0000_i3696" type="#_x0000_t75" style="width:18pt;height:31.2pt" o:ole="">
            <v:imagedata r:id="rId3709" o:title=""/>
          </v:shape>
          <o:OLEObject Type="Embed" ProgID="Equation.DSMT4" ShapeID="_x0000_i3696" DrawAspect="Content" ObjectID="_1699836980" r:id="rId371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360" w:dyaOrig="620" w14:anchorId="746B22C8">
          <v:shape id="_x0000_i3697" type="#_x0000_t75" style="width:18pt;height:31.2pt" o:ole="">
            <v:imagedata r:id="rId3711" o:title=""/>
          </v:shape>
          <o:OLEObject Type="Embed" ProgID="Equation.DSMT4" ShapeID="_x0000_i3697" DrawAspect="Content" ObjectID="_1699836981" r:id="rId3712"/>
        </w:object>
      </w:r>
      <w:r w:rsidRPr="00B13C4C">
        <w:rPr>
          <w:rFonts w:ascii="Times New Roman" w:hAnsi="Times New Roman" w:cs="Times New Roman"/>
          <w:sz w:val="24"/>
          <w:szCs w:val="24"/>
        </w:rPr>
        <w:t>.</w:t>
      </w:r>
    </w:p>
    <w:p w14:paraId="50644901" w14:textId="77777777" w:rsidR="00B13C4C" w:rsidRPr="00B13C4C" w:rsidRDefault="00B13C4C" w:rsidP="007470AF">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hàm số </w:t>
      </w:r>
      <w:r w:rsidRPr="00B13C4C">
        <w:rPr>
          <w:rFonts w:ascii="Times New Roman" w:hAnsi="Times New Roman" w:cs="Times New Roman"/>
          <w:position w:val="-10"/>
          <w:sz w:val="24"/>
          <w:szCs w:val="24"/>
        </w:rPr>
        <w:object w:dxaOrig="920" w:dyaOrig="320" w14:anchorId="4D225448">
          <v:shape id="_x0000_i3698" type="#_x0000_t75" style="width:46.2pt;height:16.2pt" o:ole="">
            <v:imagedata r:id="rId3713" o:title=""/>
          </v:shape>
          <o:OLEObject Type="Embed" ProgID="Equation.DSMT4" ShapeID="_x0000_i3698" DrawAspect="Content" ObjectID="_1699836982" r:id="rId3714"/>
        </w:object>
      </w:r>
      <w:r w:rsidRPr="00B13C4C">
        <w:rPr>
          <w:rFonts w:ascii="Times New Roman" w:hAnsi="Times New Roman" w:cs="Times New Roman"/>
          <w:sz w:val="24"/>
          <w:szCs w:val="24"/>
        </w:rPr>
        <w:t xml:space="preserve"> có đồ thị như hình bên. Có bao nhiêu số nguyên </w:t>
      </w:r>
      <w:r w:rsidRPr="00B13C4C">
        <w:rPr>
          <w:rFonts w:ascii="Times New Roman" w:hAnsi="Times New Roman" w:cs="Times New Roman"/>
          <w:position w:val="-6"/>
          <w:sz w:val="24"/>
          <w:szCs w:val="24"/>
        </w:rPr>
        <w:object w:dxaOrig="260" w:dyaOrig="220" w14:anchorId="3908314A">
          <v:shape id="_x0000_i3699" type="#_x0000_t75" style="width:13.2pt;height:10.8pt" o:ole="">
            <v:imagedata r:id="rId3715" o:title=""/>
          </v:shape>
          <o:OLEObject Type="Embed" ProgID="Equation.DSMT4" ShapeID="_x0000_i3699" DrawAspect="Content" ObjectID="_1699836983" r:id="rId3716"/>
        </w:object>
      </w:r>
      <w:r w:rsidRPr="00B13C4C">
        <w:rPr>
          <w:rFonts w:ascii="Times New Roman" w:hAnsi="Times New Roman" w:cs="Times New Roman"/>
          <w:sz w:val="24"/>
          <w:szCs w:val="24"/>
        </w:rPr>
        <w:t xml:space="preserve"> để phương trình </w:t>
      </w:r>
      <w:r w:rsidRPr="00B13C4C">
        <w:rPr>
          <w:rFonts w:ascii="Times New Roman" w:hAnsi="Times New Roman" w:cs="Times New Roman"/>
          <w:position w:val="-10"/>
          <w:sz w:val="24"/>
          <w:szCs w:val="24"/>
        </w:rPr>
        <w:object w:dxaOrig="1060" w:dyaOrig="320" w14:anchorId="0A57A347">
          <v:shape id="_x0000_i3700" type="#_x0000_t75" style="width:52.8pt;height:16.2pt" o:ole="">
            <v:imagedata r:id="rId3717" o:title=""/>
          </v:shape>
          <o:OLEObject Type="Embed" ProgID="Equation.DSMT4" ShapeID="_x0000_i3700" DrawAspect="Content" ObjectID="_1699836984" r:id="rId3718"/>
        </w:object>
      </w:r>
      <w:r w:rsidRPr="00B13C4C">
        <w:rPr>
          <w:rFonts w:ascii="Times New Roman" w:hAnsi="Times New Roman" w:cs="Times New Roman"/>
          <w:sz w:val="24"/>
          <w:szCs w:val="24"/>
        </w:rPr>
        <w:t xml:space="preserve"> có 8 nghiệm phân biệt?</w:t>
      </w:r>
    </w:p>
    <w:p w14:paraId="3251947D" w14:textId="77777777" w:rsidR="00B13C4C" w:rsidRPr="00B13C4C" w:rsidRDefault="00B13C4C" w:rsidP="007470AF">
      <w:pPr>
        <w:ind w:left="992" w:hanging="992"/>
        <w:jc w:val="center"/>
        <w:rPr>
          <w:rFonts w:ascii="Times New Roman" w:hAnsi="Times New Roman" w:cs="Times New Roman"/>
          <w:sz w:val="24"/>
          <w:szCs w:val="24"/>
        </w:rPr>
      </w:pPr>
      <w:r w:rsidRPr="00B13C4C">
        <w:rPr>
          <w:rFonts w:ascii="Times New Roman" w:hAnsi="Times New Roman" w:cs="Times New Roman"/>
          <w:noProof/>
          <w:sz w:val="24"/>
          <w:szCs w:val="24"/>
        </w:rPr>
        <w:lastRenderedPageBreak/>
        <w:drawing>
          <wp:inline distT="0" distB="0" distL="0" distR="0" wp14:anchorId="63795A58" wp14:editId="418BDF19">
            <wp:extent cx="1321300" cy="1463040"/>
            <wp:effectExtent l="0" t="0" r="0" b="381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19"/>
                    <a:stretch>
                      <a:fillRect/>
                    </a:stretch>
                  </pic:blipFill>
                  <pic:spPr>
                    <a:xfrm>
                      <a:off x="0" y="0"/>
                      <a:ext cx="1328149" cy="1470623"/>
                    </a:xfrm>
                    <a:prstGeom prst="rect">
                      <a:avLst/>
                    </a:prstGeom>
                  </pic:spPr>
                </pic:pic>
              </a:graphicData>
            </a:graphic>
          </wp:inline>
        </w:drawing>
      </w:r>
    </w:p>
    <w:p w14:paraId="7EBA532D" w14:textId="77777777" w:rsidR="00B13C4C" w:rsidRPr="00B13C4C" w:rsidRDefault="00B13C4C" w:rsidP="007470AF">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1.</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3.</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0.</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2.</w:t>
      </w:r>
    </w:p>
    <w:p w14:paraId="4D15E866" w14:textId="77777777" w:rsidR="00B13C4C" w:rsidRPr="00B13C4C" w:rsidRDefault="00B13C4C" w:rsidP="007470AF">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tam giác đều </w:t>
      </w:r>
      <w:r w:rsidRPr="00B13C4C">
        <w:rPr>
          <w:rFonts w:ascii="Times New Roman" w:hAnsi="Times New Roman" w:cs="Times New Roman"/>
          <w:position w:val="-6"/>
          <w:sz w:val="24"/>
          <w:szCs w:val="24"/>
        </w:rPr>
        <w:object w:dxaOrig="560" w:dyaOrig="279" w14:anchorId="5F1F8188">
          <v:shape id="_x0000_i3701" type="#_x0000_t75" style="width:28.2pt;height:13.8pt" o:ole="">
            <v:imagedata r:id="rId3720" o:title=""/>
          </v:shape>
          <o:OLEObject Type="Embed" ProgID="Equation.DSMT4" ShapeID="_x0000_i3701" DrawAspect="Content" ObjectID="_1699836985" r:id="rId3721"/>
        </w:object>
      </w:r>
      <w:r w:rsidRPr="00B13C4C">
        <w:rPr>
          <w:rFonts w:ascii="Times New Roman" w:hAnsi="Times New Roman" w:cs="Times New Roman"/>
          <w:sz w:val="24"/>
          <w:szCs w:val="24"/>
        </w:rPr>
        <w:t xml:space="preserve"> có cạnh bằng </w:t>
      </w:r>
      <w:r w:rsidRPr="00B13C4C">
        <w:rPr>
          <w:rFonts w:ascii="Times New Roman" w:hAnsi="Times New Roman" w:cs="Times New Roman"/>
          <w:position w:val="-6"/>
          <w:sz w:val="24"/>
          <w:szCs w:val="24"/>
        </w:rPr>
        <w:object w:dxaOrig="620" w:dyaOrig="279" w14:anchorId="56B914B9">
          <v:shape id="_x0000_i3702" type="#_x0000_t75" style="width:31.2pt;height:13.8pt" o:ole="">
            <v:imagedata r:id="rId3722" o:title=""/>
          </v:shape>
          <o:OLEObject Type="Embed" ProgID="Equation.DSMT4" ShapeID="_x0000_i3702" DrawAspect="Content" ObjectID="_1699836986" r:id="rId3723"/>
        </w:object>
      </w:r>
      <w:r w:rsidRPr="00B13C4C">
        <w:rPr>
          <w:rFonts w:ascii="Times New Roman" w:hAnsi="Times New Roman" w:cs="Times New Roman"/>
          <w:sz w:val="24"/>
          <w:szCs w:val="24"/>
        </w:rPr>
        <w:t xml:space="preserve"> là điểm thỏa </w:t>
      </w:r>
      <w:r w:rsidRPr="00B13C4C">
        <w:rPr>
          <w:rFonts w:ascii="Times New Roman" w:hAnsi="Times New Roman" w:cs="Times New Roman"/>
          <w:position w:val="-6"/>
          <w:sz w:val="24"/>
          <w:szCs w:val="24"/>
        </w:rPr>
        <w:object w:dxaOrig="1939" w:dyaOrig="340" w14:anchorId="155CE0A4">
          <v:shape id="_x0000_i3703" type="#_x0000_t75" style="width:97.2pt;height:16.8pt" o:ole="">
            <v:imagedata r:id="rId3724" o:title=""/>
          </v:shape>
          <o:OLEObject Type="Embed" ProgID="Equation.DSMT4" ShapeID="_x0000_i3703" DrawAspect="Content" ObjectID="_1699836987" r:id="rId3725"/>
        </w:object>
      </w:r>
      <w:r w:rsidRPr="00B13C4C">
        <w:rPr>
          <w:rFonts w:ascii="Times New Roman" w:hAnsi="Times New Roman" w:cs="Times New Roman"/>
          <w:sz w:val="24"/>
          <w:szCs w:val="24"/>
        </w:rPr>
        <w:t>. Mệnh đề nào sau đây đúng?</w:t>
      </w:r>
    </w:p>
    <w:p w14:paraId="5C815F0E" w14:textId="77777777" w:rsidR="00B13C4C" w:rsidRPr="00B13C4C" w:rsidRDefault="00B13C4C" w:rsidP="007470AF">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900" w:dyaOrig="279" w14:anchorId="2722A87B">
          <v:shape id="_x0000_i3704" type="#_x0000_t75" style="width:45pt;height:13.8pt" o:ole="">
            <v:imagedata r:id="rId3726" o:title=""/>
          </v:shape>
          <o:OLEObject Type="Embed" ProgID="Equation.DSMT4" ShapeID="_x0000_i3704" DrawAspect="Content" ObjectID="_1699836988" r:id="rId372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8"/>
          <w:sz w:val="24"/>
          <w:szCs w:val="24"/>
        </w:rPr>
        <w:object w:dxaOrig="1219" w:dyaOrig="360" w14:anchorId="77A6334C">
          <v:shape id="_x0000_i3705" type="#_x0000_t75" style="width:61.2pt;height:18pt" o:ole="">
            <v:imagedata r:id="rId3728" o:title=""/>
          </v:shape>
          <o:OLEObject Type="Embed" ProgID="Equation.DSMT4" ShapeID="_x0000_i3705" DrawAspect="Content" ObjectID="_1699836989" r:id="rId372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8"/>
          <w:sz w:val="24"/>
          <w:szCs w:val="24"/>
        </w:rPr>
        <w:object w:dxaOrig="1080" w:dyaOrig="360" w14:anchorId="3E0AE8CA">
          <v:shape id="_x0000_i3706" type="#_x0000_t75" style="width:54pt;height:18pt" o:ole="">
            <v:imagedata r:id="rId3730" o:title=""/>
          </v:shape>
          <o:OLEObject Type="Embed" ProgID="Equation.DSMT4" ShapeID="_x0000_i3706" DrawAspect="Content" ObjectID="_1699836990" r:id="rId373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8"/>
          <w:sz w:val="24"/>
          <w:szCs w:val="24"/>
        </w:rPr>
        <w:object w:dxaOrig="1219" w:dyaOrig="360" w14:anchorId="439162BA">
          <v:shape id="_x0000_i3707" type="#_x0000_t75" style="width:61.2pt;height:18pt" o:ole="">
            <v:imagedata r:id="rId3732" o:title=""/>
          </v:shape>
          <o:OLEObject Type="Embed" ProgID="Equation.DSMT4" ShapeID="_x0000_i3707" DrawAspect="Content" ObjectID="_1699836991" r:id="rId3733"/>
        </w:object>
      </w:r>
      <w:r w:rsidRPr="00B13C4C">
        <w:rPr>
          <w:rFonts w:ascii="Times New Roman" w:hAnsi="Times New Roman" w:cs="Times New Roman"/>
          <w:sz w:val="24"/>
          <w:szCs w:val="24"/>
        </w:rPr>
        <w:t>.</w:t>
      </w:r>
    </w:p>
    <w:p w14:paraId="6A28794B" w14:textId="77777777" w:rsidR="00B13C4C" w:rsidRPr="00B13C4C" w:rsidRDefault="00B13C4C" w:rsidP="007470AF">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Đồ thị trong hình vẽ là đồ thị của hàm số nào trong bốn hàm số dưới đây</w:t>
      </w:r>
    </w:p>
    <w:p w14:paraId="2DC230F4" w14:textId="77777777" w:rsidR="00B13C4C" w:rsidRPr="00B13C4C" w:rsidRDefault="00B13C4C" w:rsidP="007470AF">
      <w:pPr>
        <w:ind w:left="992" w:hanging="992"/>
        <w:jc w:val="center"/>
        <w:rPr>
          <w:rFonts w:ascii="Times New Roman" w:hAnsi="Times New Roman" w:cs="Times New Roman"/>
          <w:sz w:val="24"/>
          <w:szCs w:val="24"/>
        </w:rPr>
      </w:pPr>
      <w:r w:rsidRPr="00B13C4C">
        <w:rPr>
          <w:rFonts w:ascii="Times New Roman" w:hAnsi="Times New Roman" w:cs="Times New Roman"/>
          <w:noProof/>
          <w:sz w:val="24"/>
          <w:szCs w:val="24"/>
        </w:rPr>
        <w:drawing>
          <wp:inline distT="0" distB="0" distL="0" distR="0" wp14:anchorId="2DFAA8F6" wp14:editId="0430A7E8">
            <wp:extent cx="1217207" cy="1470660"/>
            <wp:effectExtent l="0" t="0" r="254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34"/>
                    <a:stretch>
                      <a:fillRect/>
                    </a:stretch>
                  </pic:blipFill>
                  <pic:spPr>
                    <a:xfrm>
                      <a:off x="0" y="0"/>
                      <a:ext cx="1221285" cy="1475587"/>
                    </a:xfrm>
                    <a:prstGeom prst="rect">
                      <a:avLst/>
                    </a:prstGeom>
                  </pic:spPr>
                </pic:pic>
              </a:graphicData>
            </a:graphic>
          </wp:inline>
        </w:drawing>
      </w:r>
    </w:p>
    <w:p w14:paraId="0DDCBA0A" w14:textId="77777777" w:rsidR="00B13C4C" w:rsidRPr="00B13C4C" w:rsidRDefault="00B13C4C" w:rsidP="007470AF">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719" w:dyaOrig="360" w14:anchorId="3B854F24">
          <v:shape id="_x0000_i3708" type="#_x0000_t75" style="width:85.8pt;height:18pt" o:ole="">
            <v:imagedata r:id="rId3735" o:title=""/>
          </v:shape>
          <o:OLEObject Type="Embed" ProgID="Equation.DSMT4" ShapeID="_x0000_i3708" DrawAspect="Content" ObjectID="_1699836992" r:id="rId373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140" w:dyaOrig="360" w14:anchorId="0439DC31">
          <v:shape id="_x0000_i3709" type="#_x0000_t75" style="width:57pt;height:18pt" o:ole="">
            <v:imagedata r:id="rId3737" o:title=""/>
          </v:shape>
          <o:OLEObject Type="Embed" ProgID="Equation.DSMT4" ShapeID="_x0000_i3709" DrawAspect="Content" ObjectID="_1699836993" r:id="rId373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020" w:dyaOrig="360" w14:anchorId="3AC0FB8C">
          <v:shape id="_x0000_i3710" type="#_x0000_t75" style="width:51pt;height:18pt" o:ole="">
            <v:imagedata r:id="rId3739" o:title=""/>
          </v:shape>
          <o:OLEObject Type="Embed" ProgID="Equation.DSMT4" ShapeID="_x0000_i3710" DrawAspect="Content" ObjectID="_1699836994" r:id="rId374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579" w:dyaOrig="360" w14:anchorId="187F0919">
          <v:shape id="_x0000_i3711" type="#_x0000_t75" style="width:79.2pt;height:18pt" o:ole="">
            <v:imagedata r:id="rId3741" o:title=""/>
          </v:shape>
          <o:OLEObject Type="Embed" ProgID="Equation.DSMT4" ShapeID="_x0000_i3711" DrawAspect="Content" ObjectID="_1699836995" r:id="rId3742"/>
        </w:object>
      </w:r>
      <w:r w:rsidRPr="00B13C4C">
        <w:rPr>
          <w:rFonts w:ascii="Times New Roman" w:hAnsi="Times New Roman" w:cs="Times New Roman"/>
          <w:sz w:val="24"/>
          <w:szCs w:val="24"/>
        </w:rPr>
        <w:t>.</w:t>
      </w:r>
    </w:p>
    <w:p w14:paraId="67D9CA5A" w14:textId="77777777" w:rsidR="00B13C4C" w:rsidRPr="00B13C4C" w:rsidRDefault="00B13C4C" w:rsidP="007470AF">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Hàm số nào sau đây có bảng biến thiên như hình bên</w:t>
      </w:r>
    </w:p>
    <w:p w14:paraId="2934CBCB" w14:textId="77777777" w:rsidR="00B13C4C" w:rsidRPr="00B13C4C" w:rsidRDefault="00B13C4C" w:rsidP="007470AF">
      <w:pPr>
        <w:ind w:left="992" w:hanging="992"/>
        <w:jc w:val="center"/>
        <w:rPr>
          <w:rFonts w:ascii="Times New Roman" w:hAnsi="Times New Roman" w:cs="Times New Roman"/>
          <w:sz w:val="24"/>
          <w:szCs w:val="24"/>
        </w:rPr>
      </w:pPr>
      <w:r w:rsidRPr="00B13C4C">
        <w:rPr>
          <w:rFonts w:ascii="Times New Roman" w:hAnsi="Times New Roman" w:cs="Times New Roman"/>
          <w:noProof/>
          <w:sz w:val="24"/>
          <w:szCs w:val="24"/>
        </w:rPr>
        <w:drawing>
          <wp:inline distT="0" distB="0" distL="0" distR="0" wp14:anchorId="59A62E25" wp14:editId="57452A7D">
            <wp:extent cx="2581936" cy="922020"/>
            <wp:effectExtent l="0" t="0" r="889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43"/>
                    <a:stretch>
                      <a:fillRect/>
                    </a:stretch>
                  </pic:blipFill>
                  <pic:spPr>
                    <a:xfrm>
                      <a:off x="0" y="0"/>
                      <a:ext cx="2597099" cy="927435"/>
                    </a:xfrm>
                    <a:prstGeom prst="rect">
                      <a:avLst/>
                    </a:prstGeom>
                  </pic:spPr>
                </pic:pic>
              </a:graphicData>
            </a:graphic>
          </wp:inline>
        </w:drawing>
      </w:r>
    </w:p>
    <w:p w14:paraId="697AF034" w14:textId="77777777" w:rsidR="00B13C4C" w:rsidRPr="00B13C4C" w:rsidRDefault="00B13C4C" w:rsidP="007470AF">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480" w:dyaOrig="360" w14:anchorId="5C8CB263">
          <v:shape id="_x0000_i3712" type="#_x0000_t75" style="width:73.8pt;height:18pt" o:ole="">
            <v:imagedata r:id="rId3744" o:title=""/>
          </v:shape>
          <o:OLEObject Type="Embed" ProgID="Equation.DSMT4" ShapeID="_x0000_i3712" DrawAspect="Content" ObjectID="_1699836996" r:id="rId374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600" w:dyaOrig="360" w14:anchorId="1CA4638C">
          <v:shape id="_x0000_i3713" type="#_x0000_t75" style="width:79.8pt;height:18pt" o:ole="">
            <v:imagedata r:id="rId3746" o:title=""/>
          </v:shape>
          <o:OLEObject Type="Embed" ProgID="Equation.DSMT4" ShapeID="_x0000_i3713" DrawAspect="Content" ObjectID="_1699836997" r:id="rId374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600" w:dyaOrig="360" w14:anchorId="698BB4B1">
          <v:shape id="_x0000_i3714" type="#_x0000_t75" style="width:79.8pt;height:18pt" o:ole="">
            <v:imagedata r:id="rId3748" o:title=""/>
          </v:shape>
          <o:OLEObject Type="Embed" ProgID="Equation.DSMT4" ShapeID="_x0000_i3714" DrawAspect="Content" ObjectID="_1699836998" r:id="rId374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480" w:dyaOrig="360" w14:anchorId="2F9FEB67">
          <v:shape id="_x0000_i3715" type="#_x0000_t75" style="width:73.8pt;height:18pt" o:ole="">
            <v:imagedata r:id="rId3750" o:title=""/>
          </v:shape>
          <o:OLEObject Type="Embed" ProgID="Equation.DSMT4" ShapeID="_x0000_i3715" DrawAspect="Content" ObjectID="_1699836999" r:id="rId3751"/>
        </w:object>
      </w:r>
      <w:r w:rsidRPr="00B13C4C">
        <w:rPr>
          <w:rFonts w:ascii="Times New Roman" w:hAnsi="Times New Roman" w:cs="Times New Roman"/>
          <w:sz w:val="24"/>
          <w:szCs w:val="24"/>
        </w:rPr>
        <w:t>.</w:t>
      </w:r>
    </w:p>
    <w:p w14:paraId="2C5DE358" w14:textId="77777777" w:rsidR="00B13C4C" w:rsidRPr="00B13C4C" w:rsidRDefault="00B13C4C" w:rsidP="007470AF">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tọa độ </w:t>
      </w:r>
      <w:r w:rsidRPr="00B13C4C">
        <w:rPr>
          <w:rFonts w:ascii="Times New Roman" w:hAnsi="Times New Roman" w:cs="Times New Roman"/>
          <w:position w:val="-10"/>
          <w:sz w:val="24"/>
          <w:szCs w:val="24"/>
        </w:rPr>
        <w:object w:dxaOrig="460" w:dyaOrig="320" w14:anchorId="2516A6FC">
          <v:shape id="_x0000_i3716" type="#_x0000_t75" style="width:22.8pt;height:16.2pt" o:ole="">
            <v:imagedata r:id="rId3752" o:title=""/>
          </v:shape>
          <o:OLEObject Type="Embed" ProgID="Equation.DSMT4" ShapeID="_x0000_i3716" DrawAspect="Content" ObjectID="_1699837000" r:id="rId3753"/>
        </w:object>
      </w:r>
      <w:r w:rsidRPr="00B13C4C">
        <w:rPr>
          <w:rFonts w:ascii="Times New Roman" w:hAnsi="Times New Roman" w:cs="Times New Roman"/>
          <w:sz w:val="24"/>
          <w:szCs w:val="24"/>
        </w:rPr>
        <w:t xml:space="preserve">, cho </w:t>
      </w:r>
      <w:r w:rsidRPr="00B13C4C">
        <w:rPr>
          <w:rFonts w:ascii="Times New Roman" w:hAnsi="Times New Roman" w:cs="Times New Roman"/>
          <w:position w:val="-10"/>
          <w:sz w:val="24"/>
          <w:szCs w:val="24"/>
        </w:rPr>
        <w:object w:dxaOrig="2260" w:dyaOrig="320" w14:anchorId="7110DFD8">
          <v:shape id="_x0000_i3717" type="#_x0000_t75" style="width:112.8pt;height:16.2pt" o:ole="">
            <v:imagedata r:id="rId3754" o:title=""/>
          </v:shape>
          <o:OLEObject Type="Embed" ProgID="Equation.DSMT4" ShapeID="_x0000_i3717" DrawAspect="Content" ObjectID="_1699837001" r:id="rId3755"/>
        </w:object>
      </w:r>
      <w:r w:rsidRPr="00B13C4C">
        <w:rPr>
          <w:rFonts w:ascii="Times New Roman" w:hAnsi="Times New Roman" w:cs="Times New Roman"/>
          <w:sz w:val="24"/>
          <w:szCs w:val="24"/>
        </w:rPr>
        <w:t xml:space="preserve">. Số đo góc </w:t>
      </w:r>
      <w:r w:rsidRPr="00B13C4C">
        <w:rPr>
          <w:rFonts w:ascii="Times New Roman" w:hAnsi="Times New Roman" w:cs="Times New Roman"/>
          <w:position w:val="-10"/>
          <w:sz w:val="24"/>
          <w:szCs w:val="24"/>
        </w:rPr>
        <w:object w:dxaOrig="980" w:dyaOrig="380" w14:anchorId="2F685A8E">
          <v:shape id="_x0000_i3718" type="#_x0000_t75" style="width:49.2pt;height:19.2pt" o:ole="">
            <v:imagedata r:id="rId3756" o:title=""/>
          </v:shape>
          <o:OLEObject Type="Embed" ProgID="Equation.DSMT4" ShapeID="_x0000_i3718" DrawAspect="Content" ObjectID="_1699837002" r:id="rId3757"/>
        </w:object>
      </w:r>
      <w:r w:rsidRPr="00B13C4C">
        <w:rPr>
          <w:rFonts w:ascii="Times New Roman" w:hAnsi="Times New Roman" w:cs="Times New Roman"/>
          <w:sz w:val="24"/>
          <w:szCs w:val="24"/>
        </w:rPr>
        <w:t xml:space="preserve"> bẳng</w:t>
      </w:r>
    </w:p>
    <w:p w14:paraId="28E76263" w14:textId="77777777" w:rsidR="00B13C4C" w:rsidRPr="00B13C4C" w:rsidRDefault="00B13C4C" w:rsidP="007470AF">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380" w:dyaOrig="320" w14:anchorId="5166C171">
          <v:shape id="_x0000_i3719" type="#_x0000_t75" style="width:19.2pt;height:16.2pt" o:ole="">
            <v:imagedata r:id="rId3758" o:title=""/>
          </v:shape>
          <o:OLEObject Type="Embed" ProgID="Equation.DSMT4" ShapeID="_x0000_i3719" DrawAspect="Content" ObjectID="_1699837003" r:id="rId375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360" w:dyaOrig="320" w14:anchorId="6E17ED4E">
          <v:shape id="_x0000_i3720" type="#_x0000_t75" style="width:18pt;height:16.2pt" o:ole="">
            <v:imagedata r:id="rId3760" o:title=""/>
          </v:shape>
          <o:OLEObject Type="Embed" ProgID="Equation.DSMT4" ShapeID="_x0000_i3720" DrawAspect="Content" ObjectID="_1699837004" r:id="rId376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460" w:dyaOrig="320" w14:anchorId="26F7C0B3">
          <v:shape id="_x0000_i3721" type="#_x0000_t75" style="width:22.8pt;height:16.2pt" o:ole="">
            <v:imagedata r:id="rId3762" o:title=""/>
          </v:shape>
          <o:OLEObject Type="Embed" ProgID="Equation.DSMT4" ShapeID="_x0000_i3721" DrawAspect="Content" ObjectID="_1699837005" r:id="rId376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Tất cả đều sai.</w:t>
      </w:r>
    </w:p>
    <w:p w14:paraId="4FB64B60" w14:textId="77777777" w:rsidR="00B13C4C" w:rsidRPr="00B13C4C" w:rsidRDefault="00B13C4C" w:rsidP="007470AF">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tam giác </w:t>
      </w:r>
      <w:r w:rsidRPr="00B13C4C">
        <w:rPr>
          <w:rFonts w:ascii="Times New Roman" w:hAnsi="Times New Roman" w:cs="Times New Roman"/>
          <w:position w:val="-6"/>
          <w:sz w:val="24"/>
          <w:szCs w:val="24"/>
        </w:rPr>
        <w:object w:dxaOrig="560" w:dyaOrig="279" w14:anchorId="09A85425">
          <v:shape id="_x0000_i3722" type="#_x0000_t75" style="width:28.2pt;height:13.8pt" o:ole="">
            <v:imagedata r:id="rId3764" o:title=""/>
          </v:shape>
          <o:OLEObject Type="Embed" ProgID="Equation.DSMT4" ShapeID="_x0000_i3722" DrawAspect="Content" ObjectID="_1699837006" r:id="rId3765"/>
        </w:object>
      </w:r>
      <w:r w:rsidRPr="00B13C4C">
        <w:rPr>
          <w:rFonts w:ascii="Times New Roman" w:hAnsi="Times New Roman" w:cs="Times New Roman"/>
          <w:sz w:val="24"/>
          <w:szCs w:val="24"/>
        </w:rPr>
        <w:t xml:space="preserve"> có </w:t>
      </w:r>
      <w:r w:rsidRPr="00B13C4C">
        <w:rPr>
          <w:rFonts w:ascii="Times New Roman" w:hAnsi="Times New Roman" w:cs="Times New Roman"/>
          <w:position w:val="-10"/>
          <w:sz w:val="24"/>
          <w:szCs w:val="24"/>
        </w:rPr>
        <w:object w:dxaOrig="2620" w:dyaOrig="400" w14:anchorId="19B0BD00">
          <v:shape id="_x0000_i3723" type="#_x0000_t75" style="width:130.8pt;height:19.8pt" o:ole="">
            <v:imagedata r:id="rId3766" o:title=""/>
          </v:shape>
          <o:OLEObject Type="Embed" ProgID="Equation.DSMT4" ShapeID="_x0000_i3723" DrawAspect="Content" ObjectID="_1699837007" r:id="rId3767"/>
        </w:object>
      </w:r>
      <w:r w:rsidRPr="00B13C4C">
        <w:rPr>
          <w:rFonts w:ascii="Times New Roman" w:hAnsi="Times New Roman" w:cs="Times New Roman"/>
          <w:sz w:val="24"/>
          <w:szCs w:val="24"/>
        </w:rPr>
        <w:t xml:space="preserve">. Khi đó diện tích tam giác </w:t>
      </w:r>
      <w:r w:rsidRPr="00B13C4C">
        <w:rPr>
          <w:rFonts w:ascii="Times New Roman" w:hAnsi="Times New Roman" w:cs="Times New Roman"/>
          <w:position w:val="-6"/>
          <w:sz w:val="24"/>
          <w:szCs w:val="24"/>
        </w:rPr>
        <w:object w:dxaOrig="560" w:dyaOrig="279" w14:anchorId="2C4F6D43">
          <v:shape id="_x0000_i3724" type="#_x0000_t75" style="width:28.2pt;height:13.8pt" o:ole="">
            <v:imagedata r:id="rId3768" o:title=""/>
          </v:shape>
          <o:OLEObject Type="Embed" ProgID="Equation.DSMT4" ShapeID="_x0000_i3724" DrawAspect="Content" ObjectID="_1699837008" r:id="rId3769"/>
        </w:object>
      </w:r>
      <w:r w:rsidRPr="00B13C4C">
        <w:rPr>
          <w:rFonts w:ascii="Times New Roman" w:hAnsi="Times New Roman" w:cs="Times New Roman"/>
          <w:sz w:val="24"/>
          <w:szCs w:val="24"/>
        </w:rPr>
        <w:t xml:space="preserve"> bẳng</w:t>
      </w:r>
    </w:p>
    <w:p w14:paraId="1F7692CB" w14:textId="77777777" w:rsidR="00B13C4C" w:rsidRPr="00B13C4C" w:rsidRDefault="00B13C4C" w:rsidP="007470AF">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3.</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8"/>
          <w:sz w:val="24"/>
          <w:szCs w:val="24"/>
        </w:rPr>
        <w:object w:dxaOrig="480" w:dyaOrig="360" w14:anchorId="7E1F6905">
          <v:shape id="_x0000_i3725" type="#_x0000_t75" style="width:24pt;height:18pt" o:ole="">
            <v:imagedata r:id="rId3770" o:title=""/>
          </v:shape>
          <o:OLEObject Type="Embed" ProgID="Equation.DSMT4" ShapeID="_x0000_i3725" DrawAspect="Content" ObjectID="_1699837009" r:id="rId377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8"/>
          <w:sz w:val="24"/>
          <w:szCs w:val="24"/>
        </w:rPr>
        <w:object w:dxaOrig="480" w:dyaOrig="360" w14:anchorId="160CE22D">
          <v:shape id="_x0000_i3726" type="#_x0000_t75" style="width:24pt;height:18pt" o:ole="">
            <v:imagedata r:id="rId3772" o:title=""/>
          </v:shape>
          <o:OLEObject Type="Embed" ProgID="Equation.DSMT4" ShapeID="_x0000_i3726" DrawAspect="Content" ObjectID="_1699837010" r:id="rId377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6.</w:t>
      </w:r>
    </w:p>
    <w:p w14:paraId="22EA4552" w14:textId="77777777" w:rsidR="00B13C4C" w:rsidRPr="00B13C4C" w:rsidRDefault="00B13C4C" w:rsidP="007470AF">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tam giác </w:t>
      </w:r>
      <w:r w:rsidRPr="00B13C4C">
        <w:rPr>
          <w:rFonts w:ascii="Times New Roman" w:hAnsi="Times New Roman" w:cs="Times New Roman"/>
          <w:position w:val="-6"/>
          <w:sz w:val="24"/>
          <w:szCs w:val="24"/>
        </w:rPr>
        <w:object w:dxaOrig="560" w:dyaOrig="279" w14:anchorId="074D877B">
          <v:shape id="_x0000_i3727" type="#_x0000_t75" style="width:28.2pt;height:13.8pt" o:ole="">
            <v:imagedata r:id="rId3774" o:title=""/>
          </v:shape>
          <o:OLEObject Type="Embed" ProgID="Equation.DSMT4" ShapeID="_x0000_i3727" DrawAspect="Content" ObjectID="_1699837011" r:id="rId3775"/>
        </w:object>
      </w:r>
      <w:r w:rsidRPr="00B13C4C">
        <w:rPr>
          <w:rFonts w:ascii="Times New Roman" w:hAnsi="Times New Roman" w:cs="Times New Roman"/>
          <w:sz w:val="24"/>
          <w:szCs w:val="24"/>
        </w:rPr>
        <w:t xml:space="preserve"> có </w:t>
      </w:r>
      <w:r w:rsidRPr="00B13C4C">
        <w:rPr>
          <w:rFonts w:ascii="Times New Roman" w:hAnsi="Times New Roman" w:cs="Times New Roman"/>
          <w:position w:val="-10"/>
          <w:sz w:val="24"/>
          <w:szCs w:val="24"/>
        </w:rPr>
        <w:object w:dxaOrig="2299" w:dyaOrig="320" w14:anchorId="445336D3">
          <v:shape id="_x0000_i3728" type="#_x0000_t75" style="width:115.2pt;height:16.2pt" o:ole="">
            <v:imagedata r:id="rId3776" o:title=""/>
          </v:shape>
          <o:OLEObject Type="Embed" ProgID="Equation.DSMT4" ShapeID="_x0000_i3728" DrawAspect="Content" ObjectID="_1699837012" r:id="rId3777"/>
        </w:object>
      </w:r>
      <w:r w:rsidRPr="00B13C4C">
        <w:rPr>
          <w:rFonts w:ascii="Times New Roman" w:hAnsi="Times New Roman" w:cs="Times New Roman"/>
          <w:sz w:val="24"/>
          <w:szCs w:val="24"/>
        </w:rPr>
        <w:t xml:space="preserve">. Khi đó độ dài đường cao của tam giác </w:t>
      </w:r>
      <w:r w:rsidRPr="00B13C4C">
        <w:rPr>
          <w:rFonts w:ascii="Times New Roman" w:hAnsi="Times New Roman" w:cs="Times New Roman"/>
          <w:position w:val="-6"/>
          <w:sz w:val="24"/>
          <w:szCs w:val="24"/>
        </w:rPr>
        <w:object w:dxaOrig="560" w:dyaOrig="279" w14:anchorId="476B1EE2">
          <v:shape id="_x0000_i3729" type="#_x0000_t75" style="width:28.2pt;height:13.8pt" o:ole="">
            <v:imagedata r:id="rId3778" o:title=""/>
          </v:shape>
          <o:OLEObject Type="Embed" ProgID="Equation.DSMT4" ShapeID="_x0000_i3729" DrawAspect="Content" ObjectID="_1699837013" r:id="rId3779"/>
        </w:object>
      </w:r>
      <w:r w:rsidRPr="00B13C4C">
        <w:rPr>
          <w:rFonts w:ascii="Times New Roman" w:hAnsi="Times New Roman" w:cs="Times New Roman"/>
          <w:sz w:val="24"/>
          <w:szCs w:val="24"/>
        </w:rPr>
        <w:t xml:space="preserve"> kẻ từ </w:t>
      </w:r>
      <w:r w:rsidRPr="00B13C4C">
        <w:rPr>
          <w:rFonts w:ascii="Times New Roman" w:hAnsi="Times New Roman" w:cs="Times New Roman"/>
          <w:position w:val="-4"/>
          <w:sz w:val="24"/>
          <w:szCs w:val="24"/>
        </w:rPr>
        <w:object w:dxaOrig="240" w:dyaOrig="260" w14:anchorId="738CA2F5">
          <v:shape id="_x0000_i3730" type="#_x0000_t75" style="width:12pt;height:13.2pt" o:ole="">
            <v:imagedata r:id="rId3780" o:title=""/>
          </v:shape>
          <o:OLEObject Type="Embed" ProgID="Equation.DSMT4" ShapeID="_x0000_i3730" DrawAspect="Content" ObjectID="_1699837014" r:id="rId3781"/>
        </w:object>
      </w:r>
      <w:r w:rsidRPr="00B13C4C">
        <w:rPr>
          <w:rFonts w:ascii="Times New Roman" w:hAnsi="Times New Roman" w:cs="Times New Roman"/>
          <w:sz w:val="24"/>
          <w:szCs w:val="24"/>
        </w:rPr>
        <w:t xml:space="preserve"> bẳng</w:t>
      </w:r>
    </w:p>
    <w:p w14:paraId="107230E3" w14:textId="77777777" w:rsidR="00B13C4C" w:rsidRPr="00B13C4C" w:rsidRDefault="00B13C4C" w:rsidP="007470AF">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620" w:dyaOrig="680" w14:anchorId="75548F8E">
          <v:shape id="_x0000_i3731" type="#_x0000_t75" style="width:31.2pt;height:34.2pt" o:ole="">
            <v:imagedata r:id="rId3782" o:title=""/>
          </v:shape>
          <o:OLEObject Type="Embed" ProgID="Equation.DSMT4" ShapeID="_x0000_i3731" DrawAspect="Content" ObjectID="_1699837015" r:id="rId378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620" w:dyaOrig="680" w14:anchorId="481432D8">
          <v:shape id="_x0000_i3732" type="#_x0000_t75" style="width:31.2pt;height:34.2pt" o:ole="">
            <v:imagedata r:id="rId3784" o:title=""/>
          </v:shape>
          <o:OLEObject Type="Embed" ProgID="Equation.DSMT4" ShapeID="_x0000_i3732" DrawAspect="Content" ObjectID="_1699837016" r:id="rId378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620" w:dyaOrig="680" w14:anchorId="49EF76D6">
          <v:shape id="_x0000_i3733" type="#_x0000_t75" style="width:31.2pt;height:34.2pt" o:ole="">
            <v:imagedata r:id="rId3786" o:title=""/>
          </v:shape>
          <o:OLEObject Type="Embed" ProgID="Equation.DSMT4" ShapeID="_x0000_i3733" DrawAspect="Content" ObjectID="_1699837017" r:id="rId378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8"/>
          <w:sz w:val="24"/>
          <w:szCs w:val="24"/>
        </w:rPr>
        <w:object w:dxaOrig="580" w:dyaOrig="360" w14:anchorId="02AEDEF1">
          <v:shape id="_x0000_i3734" type="#_x0000_t75" style="width:28.8pt;height:18pt" o:ole="">
            <v:imagedata r:id="rId3788" o:title=""/>
          </v:shape>
          <o:OLEObject Type="Embed" ProgID="Equation.DSMT4" ShapeID="_x0000_i3734" DrawAspect="Content" ObjectID="_1699837018" r:id="rId3789"/>
        </w:object>
      </w:r>
      <w:r w:rsidRPr="00B13C4C">
        <w:rPr>
          <w:rFonts w:ascii="Times New Roman" w:hAnsi="Times New Roman" w:cs="Times New Roman"/>
          <w:sz w:val="24"/>
          <w:szCs w:val="24"/>
        </w:rPr>
        <w:t>.</w:t>
      </w:r>
    </w:p>
    <w:p w14:paraId="07CA1CA1" w14:textId="77777777" w:rsidR="00B13C4C" w:rsidRPr="00B13C4C" w:rsidRDefault="00B13C4C" w:rsidP="007470AF">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hình vuông </w:t>
      </w:r>
      <w:r w:rsidRPr="00B13C4C">
        <w:rPr>
          <w:rFonts w:ascii="Times New Roman" w:hAnsi="Times New Roman" w:cs="Times New Roman"/>
          <w:position w:val="-6"/>
          <w:sz w:val="24"/>
          <w:szCs w:val="24"/>
        </w:rPr>
        <w:object w:dxaOrig="720" w:dyaOrig="279" w14:anchorId="09AB65F2">
          <v:shape id="_x0000_i3735" type="#_x0000_t75" style="width:36pt;height:13.8pt" o:ole="">
            <v:imagedata r:id="rId3790" o:title=""/>
          </v:shape>
          <o:OLEObject Type="Embed" ProgID="Equation.DSMT4" ShapeID="_x0000_i3735" DrawAspect="Content" ObjectID="_1699837019" r:id="rId3791"/>
        </w:object>
      </w:r>
      <w:r w:rsidRPr="00B13C4C">
        <w:rPr>
          <w:rFonts w:ascii="Times New Roman" w:hAnsi="Times New Roman" w:cs="Times New Roman"/>
          <w:sz w:val="24"/>
          <w:szCs w:val="24"/>
        </w:rPr>
        <w:t xml:space="preserve"> có cạnh bằng </w:t>
      </w:r>
      <w:r w:rsidRPr="00B13C4C">
        <w:rPr>
          <w:rFonts w:ascii="Times New Roman" w:hAnsi="Times New Roman" w:cs="Times New Roman"/>
          <w:position w:val="-6"/>
          <w:sz w:val="24"/>
          <w:szCs w:val="24"/>
        </w:rPr>
        <w:object w:dxaOrig="320" w:dyaOrig="279" w14:anchorId="0F72B6B5">
          <v:shape id="_x0000_i3736" type="#_x0000_t75" style="width:16.2pt;height:13.8pt" o:ole="">
            <v:imagedata r:id="rId3792" o:title=""/>
          </v:shape>
          <o:OLEObject Type="Embed" ProgID="Equation.DSMT4" ShapeID="_x0000_i3736" DrawAspect="Content" ObjectID="_1699837020" r:id="rId3793"/>
        </w:object>
      </w:r>
      <w:r w:rsidRPr="00B13C4C">
        <w:rPr>
          <w:rFonts w:ascii="Times New Roman" w:hAnsi="Times New Roman" w:cs="Times New Roman"/>
          <w:sz w:val="24"/>
          <w:szCs w:val="24"/>
        </w:rPr>
        <w:t xml:space="preserve">, tâm </w:t>
      </w:r>
      <w:r w:rsidRPr="00B13C4C">
        <w:rPr>
          <w:rFonts w:ascii="Times New Roman" w:hAnsi="Times New Roman" w:cs="Times New Roman"/>
          <w:position w:val="-6"/>
          <w:sz w:val="24"/>
          <w:szCs w:val="24"/>
        </w:rPr>
        <w:object w:dxaOrig="279" w:dyaOrig="279" w14:anchorId="3ED7F44B">
          <v:shape id="_x0000_i3737" type="#_x0000_t75" style="width:13.8pt;height:13.8pt" o:ole="">
            <v:imagedata r:id="rId3794" o:title=""/>
          </v:shape>
          <o:OLEObject Type="Embed" ProgID="Equation.DSMT4" ShapeID="_x0000_i3737" DrawAspect="Content" ObjectID="_1699837021" r:id="rId3795"/>
        </w:object>
      </w:r>
      <w:r w:rsidRPr="00B13C4C">
        <w:rPr>
          <w:rFonts w:ascii="Times New Roman" w:hAnsi="Times New Roman" w:cs="Times New Roman"/>
          <w:sz w:val="24"/>
          <w:szCs w:val="24"/>
        </w:rPr>
        <w:t xml:space="preserve"> Độ dài véctơ </w:t>
      </w:r>
      <w:r w:rsidRPr="00B13C4C">
        <w:rPr>
          <w:rFonts w:ascii="Times New Roman" w:hAnsi="Times New Roman" w:cs="Times New Roman"/>
          <w:position w:val="-6"/>
          <w:sz w:val="24"/>
          <w:szCs w:val="24"/>
        </w:rPr>
        <w:object w:dxaOrig="920" w:dyaOrig="340" w14:anchorId="7DC3B4D3">
          <v:shape id="_x0000_i3738" type="#_x0000_t75" style="width:46.2pt;height:16.8pt" o:ole="">
            <v:imagedata r:id="rId3796" o:title=""/>
          </v:shape>
          <o:OLEObject Type="Embed" ProgID="Equation.DSMT4" ShapeID="_x0000_i3738" DrawAspect="Content" ObjectID="_1699837022" r:id="rId3797"/>
        </w:object>
      </w:r>
      <w:r w:rsidRPr="00B13C4C">
        <w:rPr>
          <w:rFonts w:ascii="Times New Roman" w:hAnsi="Times New Roman" w:cs="Times New Roman"/>
          <w:sz w:val="24"/>
          <w:szCs w:val="24"/>
        </w:rPr>
        <w:t xml:space="preserve"> bẳng</w:t>
      </w:r>
    </w:p>
    <w:p w14:paraId="6FB90DC0" w14:textId="77777777" w:rsidR="00B13C4C" w:rsidRPr="00B13C4C" w:rsidRDefault="00B13C4C" w:rsidP="007470AF">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499" w:dyaOrig="340" w14:anchorId="57FD076D">
          <v:shape id="_x0000_i3739" type="#_x0000_t75" style="width:25.2pt;height:16.8pt" o:ole="">
            <v:imagedata r:id="rId3798" o:title=""/>
          </v:shape>
          <o:OLEObject Type="Embed" ProgID="Equation.DSMT4" ShapeID="_x0000_i3739" DrawAspect="Content" ObjectID="_1699837023" r:id="rId379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1020" w:dyaOrig="680" w14:anchorId="2112B558">
          <v:shape id="_x0000_i3740" type="#_x0000_t75" style="width:51pt;height:34.2pt" o:ole="">
            <v:imagedata r:id="rId3800" o:title=""/>
          </v:shape>
          <o:OLEObject Type="Embed" ProgID="Equation.DSMT4" ShapeID="_x0000_i3740" DrawAspect="Content" ObjectID="_1699837024" r:id="rId380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980" w:dyaOrig="340" w14:anchorId="65C3B527">
          <v:shape id="_x0000_i3741" type="#_x0000_t75" style="width:49.2pt;height:16.8pt" o:ole="">
            <v:imagedata r:id="rId3802" o:title=""/>
          </v:shape>
          <o:OLEObject Type="Embed" ProgID="Equation.DSMT4" ShapeID="_x0000_i3741" DrawAspect="Content" ObjectID="_1699837025" r:id="rId380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540" w:dyaOrig="680" w14:anchorId="20097E40">
          <v:shape id="_x0000_i3742" type="#_x0000_t75" style="width:27pt;height:34.2pt" o:ole="">
            <v:imagedata r:id="rId3804" o:title=""/>
          </v:shape>
          <o:OLEObject Type="Embed" ProgID="Equation.DSMT4" ShapeID="_x0000_i3742" DrawAspect="Content" ObjectID="_1699837026" r:id="rId3805"/>
        </w:object>
      </w:r>
      <w:r w:rsidRPr="00B13C4C">
        <w:rPr>
          <w:rFonts w:ascii="Times New Roman" w:hAnsi="Times New Roman" w:cs="Times New Roman"/>
          <w:sz w:val="24"/>
          <w:szCs w:val="24"/>
        </w:rPr>
        <w:t>.</w:t>
      </w:r>
    </w:p>
    <w:p w14:paraId="2951609C" w14:textId="77777777" w:rsidR="00B13C4C" w:rsidRPr="00B13C4C" w:rsidRDefault="00B13C4C" w:rsidP="007470AF">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Tọa độ đỉnh của parabol </w:t>
      </w:r>
      <w:r w:rsidRPr="00B13C4C">
        <w:rPr>
          <w:rFonts w:ascii="Times New Roman" w:hAnsi="Times New Roman" w:cs="Times New Roman"/>
          <w:position w:val="-10"/>
          <w:sz w:val="24"/>
          <w:szCs w:val="24"/>
        </w:rPr>
        <w:object w:dxaOrig="1660" w:dyaOrig="360" w14:anchorId="273D1200">
          <v:shape id="_x0000_i3743" type="#_x0000_t75" style="width:82.8pt;height:18pt" o:ole="">
            <v:imagedata r:id="rId3806" o:title=""/>
          </v:shape>
          <o:OLEObject Type="Embed" ProgID="Equation.DSMT4" ShapeID="_x0000_i3743" DrawAspect="Content" ObjectID="_1699837027" r:id="rId3807"/>
        </w:object>
      </w:r>
      <w:r w:rsidRPr="00B13C4C">
        <w:rPr>
          <w:rFonts w:ascii="Times New Roman" w:hAnsi="Times New Roman" w:cs="Times New Roman"/>
          <w:sz w:val="24"/>
          <w:szCs w:val="24"/>
        </w:rPr>
        <w:t xml:space="preserve"> là</w:t>
      </w:r>
    </w:p>
    <w:p w14:paraId="31F3FCD7" w14:textId="77777777" w:rsidR="00B13C4C" w:rsidRPr="00B13C4C" w:rsidRDefault="00B13C4C" w:rsidP="007470AF">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800" w:dyaOrig="320" w14:anchorId="6CE85F0B">
          <v:shape id="_x0000_i3744" type="#_x0000_t75" style="width:40.2pt;height:16.2pt" o:ole="">
            <v:imagedata r:id="rId3808" o:title=""/>
          </v:shape>
          <o:OLEObject Type="Embed" ProgID="Equation.DSMT4" ShapeID="_x0000_i3744" DrawAspect="Content" ObjectID="_1699837028" r:id="rId380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920" w:dyaOrig="320" w14:anchorId="2993090E">
          <v:shape id="_x0000_i3745" type="#_x0000_t75" style="width:46.2pt;height:16.2pt" o:ole="">
            <v:imagedata r:id="rId3810" o:title=""/>
          </v:shape>
          <o:OLEObject Type="Embed" ProgID="Equation.DSMT4" ShapeID="_x0000_i3745" DrawAspect="Content" ObjectID="_1699837029" r:id="rId381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680" w:dyaOrig="320" w14:anchorId="08CF32D5">
          <v:shape id="_x0000_i3746" type="#_x0000_t75" style="width:34.2pt;height:16.2pt" o:ole="">
            <v:imagedata r:id="rId3812" o:title=""/>
          </v:shape>
          <o:OLEObject Type="Embed" ProgID="Equation.DSMT4" ShapeID="_x0000_i3746" DrawAspect="Content" ObjectID="_1699837030" r:id="rId381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520" w:dyaOrig="320" w14:anchorId="0FDDD991">
          <v:shape id="_x0000_i3747" type="#_x0000_t75" style="width:25.8pt;height:16.2pt" o:ole="">
            <v:imagedata r:id="rId3814" o:title=""/>
          </v:shape>
          <o:OLEObject Type="Embed" ProgID="Equation.DSMT4" ShapeID="_x0000_i3747" DrawAspect="Content" ObjectID="_1699837031" r:id="rId3815"/>
        </w:object>
      </w:r>
      <w:r w:rsidRPr="00B13C4C">
        <w:rPr>
          <w:rFonts w:ascii="Times New Roman" w:hAnsi="Times New Roman" w:cs="Times New Roman"/>
          <w:sz w:val="24"/>
          <w:szCs w:val="24"/>
        </w:rPr>
        <w:t>.</w:t>
      </w:r>
    </w:p>
    <w:p w14:paraId="78379879" w14:textId="77777777" w:rsidR="00B13C4C" w:rsidRPr="00B13C4C" w:rsidRDefault="00B13C4C" w:rsidP="007470AF">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lastRenderedPageBreak/>
        <w:t>Câu 33: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tọa độ </w:t>
      </w:r>
      <w:r w:rsidRPr="00B13C4C">
        <w:rPr>
          <w:rFonts w:ascii="Times New Roman" w:hAnsi="Times New Roman" w:cs="Times New Roman"/>
          <w:position w:val="-10"/>
          <w:sz w:val="24"/>
          <w:szCs w:val="24"/>
        </w:rPr>
        <w:object w:dxaOrig="460" w:dyaOrig="320" w14:anchorId="4CF04E64">
          <v:shape id="_x0000_i3748" type="#_x0000_t75" style="width:22.8pt;height:16.2pt" o:ole="">
            <v:imagedata r:id="rId3816" o:title=""/>
          </v:shape>
          <o:OLEObject Type="Embed" ProgID="Equation.DSMT4" ShapeID="_x0000_i3748" DrawAspect="Content" ObjectID="_1699837032" r:id="rId3817"/>
        </w:object>
      </w:r>
      <w:r w:rsidRPr="00B13C4C">
        <w:rPr>
          <w:rFonts w:ascii="Times New Roman" w:hAnsi="Times New Roman" w:cs="Times New Roman"/>
          <w:sz w:val="24"/>
          <w:szCs w:val="24"/>
        </w:rPr>
        <w:t xml:space="preserve">, cho </w:t>
      </w:r>
      <w:r w:rsidRPr="00B13C4C">
        <w:rPr>
          <w:rFonts w:ascii="Times New Roman" w:hAnsi="Times New Roman" w:cs="Times New Roman"/>
          <w:position w:val="-10"/>
          <w:sz w:val="24"/>
          <w:szCs w:val="24"/>
        </w:rPr>
        <w:object w:dxaOrig="2079" w:dyaOrig="320" w14:anchorId="39FC2D71">
          <v:shape id="_x0000_i3749" type="#_x0000_t75" style="width:103.8pt;height:16.2pt" o:ole="">
            <v:imagedata r:id="rId3818" o:title=""/>
          </v:shape>
          <o:OLEObject Type="Embed" ProgID="Equation.DSMT4" ShapeID="_x0000_i3749" DrawAspect="Content" ObjectID="_1699837033" r:id="rId3819"/>
        </w:object>
      </w:r>
      <w:r w:rsidRPr="00B13C4C">
        <w:rPr>
          <w:rFonts w:ascii="Times New Roman" w:hAnsi="Times New Roman" w:cs="Times New Roman"/>
          <w:sz w:val="24"/>
          <w:szCs w:val="24"/>
        </w:rPr>
        <w:t xml:space="preserve"> Giá trị </w:t>
      </w:r>
      <w:r w:rsidRPr="00B13C4C">
        <w:rPr>
          <w:rFonts w:ascii="Times New Roman" w:hAnsi="Times New Roman" w:cs="Times New Roman"/>
          <w:position w:val="-6"/>
          <w:sz w:val="24"/>
          <w:szCs w:val="24"/>
        </w:rPr>
        <w:object w:dxaOrig="380" w:dyaOrig="279" w14:anchorId="1A681D19">
          <v:shape id="_x0000_i3750" type="#_x0000_t75" style="width:19.2pt;height:13.8pt" o:ole="">
            <v:imagedata r:id="rId3820" o:title=""/>
          </v:shape>
          <o:OLEObject Type="Embed" ProgID="Equation.DSMT4" ShapeID="_x0000_i3750" DrawAspect="Content" ObjectID="_1699837034" r:id="rId3821"/>
        </w:object>
      </w:r>
      <w:r w:rsidRPr="00B13C4C">
        <w:rPr>
          <w:rFonts w:ascii="Times New Roman" w:hAnsi="Times New Roman" w:cs="Times New Roman"/>
          <w:sz w:val="24"/>
          <w:szCs w:val="24"/>
        </w:rPr>
        <w:t xml:space="preserve"> bằng</w:t>
      </w:r>
    </w:p>
    <w:p w14:paraId="07E14808" w14:textId="77777777" w:rsidR="00B13C4C" w:rsidRPr="00B13C4C" w:rsidRDefault="00B13C4C" w:rsidP="007470AF">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5.</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1.</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1.</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320" w:dyaOrig="279" w14:anchorId="273101C7">
          <v:shape id="_x0000_i3751" type="#_x0000_t75" style="width:16.2pt;height:13.8pt" o:ole="">
            <v:imagedata r:id="rId3822" o:title=""/>
          </v:shape>
          <o:OLEObject Type="Embed" ProgID="Equation.DSMT4" ShapeID="_x0000_i3751" DrawAspect="Content" ObjectID="_1699837035" r:id="rId3823"/>
        </w:object>
      </w:r>
      <w:r w:rsidRPr="00B13C4C">
        <w:rPr>
          <w:rFonts w:ascii="Times New Roman" w:hAnsi="Times New Roman" w:cs="Times New Roman"/>
          <w:sz w:val="24"/>
          <w:szCs w:val="24"/>
        </w:rPr>
        <w:t>.</w:t>
      </w:r>
    </w:p>
    <w:p w14:paraId="689507F0" w14:textId="77777777" w:rsidR="00B13C4C" w:rsidRPr="00B13C4C" w:rsidRDefault="00B13C4C" w:rsidP="007470AF">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tọa độ </w:t>
      </w:r>
      <w:r w:rsidRPr="00B13C4C">
        <w:rPr>
          <w:rFonts w:ascii="Times New Roman" w:hAnsi="Times New Roman" w:cs="Times New Roman"/>
          <w:position w:val="-10"/>
          <w:sz w:val="24"/>
          <w:szCs w:val="24"/>
        </w:rPr>
        <w:object w:dxaOrig="460" w:dyaOrig="320" w14:anchorId="1E1E03E4">
          <v:shape id="_x0000_i3752" type="#_x0000_t75" style="width:22.8pt;height:16.2pt" o:ole="">
            <v:imagedata r:id="rId3824" o:title=""/>
          </v:shape>
          <o:OLEObject Type="Embed" ProgID="Equation.DSMT4" ShapeID="_x0000_i3752" DrawAspect="Content" ObjectID="_1699837036" r:id="rId3825"/>
        </w:object>
      </w:r>
      <w:r w:rsidRPr="00B13C4C">
        <w:rPr>
          <w:rFonts w:ascii="Times New Roman" w:hAnsi="Times New Roman" w:cs="Times New Roman"/>
          <w:sz w:val="24"/>
          <w:szCs w:val="24"/>
        </w:rPr>
        <w:t xml:space="preserve">, gọi véctơ </w:t>
      </w:r>
      <w:r w:rsidRPr="00B13C4C">
        <w:rPr>
          <w:rFonts w:ascii="Times New Roman" w:hAnsi="Times New Roman" w:cs="Times New Roman"/>
          <w:position w:val="-14"/>
          <w:sz w:val="24"/>
          <w:szCs w:val="24"/>
        </w:rPr>
        <w:object w:dxaOrig="940" w:dyaOrig="400" w14:anchorId="0087F815">
          <v:shape id="_x0000_i3753" type="#_x0000_t75" style="width:46.8pt;height:19.8pt" o:ole="">
            <v:imagedata r:id="rId3826" o:title=""/>
          </v:shape>
          <o:OLEObject Type="Embed" ProgID="Equation.DSMT4" ShapeID="_x0000_i3753" DrawAspect="Content" ObjectID="_1699837037" r:id="rId3827"/>
        </w:object>
      </w:r>
      <w:r w:rsidRPr="00B13C4C">
        <w:rPr>
          <w:rFonts w:ascii="Times New Roman" w:hAnsi="Times New Roman" w:cs="Times New Roman"/>
          <w:sz w:val="24"/>
          <w:szCs w:val="24"/>
        </w:rPr>
        <w:t xml:space="preserve"> cùng hướng với </w:t>
      </w:r>
      <w:r w:rsidRPr="00B13C4C">
        <w:rPr>
          <w:rFonts w:ascii="Times New Roman" w:hAnsi="Times New Roman" w:cs="Times New Roman"/>
          <w:position w:val="-10"/>
          <w:sz w:val="24"/>
          <w:szCs w:val="24"/>
        </w:rPr>
        <w:object w:dxaOrig="800" w:dyaOrig="320" w14:anchorId="7B44DE38">
          <v:shape id="_x0000_i3754" type="#_x0000_t75" style="width:40.2pt;height:16.2pt" o:ole="">
            <v:imagedata r:id="rId3828" o:title=""/>
          </v:shape>
          <o:OLEObject Type="Embed" ProgID="Equation.DSMT4" ShapeID="_x0000_i3754" DrawAspect="Content" ObjectID="_1699837038" r:id="rId3829"/>
        </w:object>
      </w:r>
      <w:r w:rsidRPr="00B13C4C">
        <w:rPr>
          <w:rFonts w:ascii="Times New Roman" w:hAnsi="Times New Roman" w:cs="Times New Roman"/>
          <w:sz w:val="24"/>
          <w:szCs w:val="24"/>
        </w:rPr>
        <w:t xml:space="preserve"> sao cho </w:t>
      </w:r>
      <w:r w:rsidRPr="00B13C4C">
        <w:rPr>
          <w:rFonts w:ascii="Times New Roman" w:hAnsi="Times New Roman" w:cs="Times New Roman"/>
          <w:position w:val="-10"/>
          <w:sz w:val="24"/>
          <w:szCs w:val="24"/>
        </w:rPr>
        <w:object w:dxaOrig="660" w:dyaOrig="320" w14:anchorId="1C0E0B13">
          <v:shape id="_x0000_i3755" type="#_x0000_t75" style="width:33pt;height:16.2pt" o:ole="">
            <v:imagedata r:id="rId3830" o:title=""/>
          </v:shape>
          <o:OLEObject Type="Embed" ProgID="Equation.DSMT4" ShapeID="_x0000_i3755" DrawAspect="Content" ObjectID="_1699837039" r:id="rId3831"/>
        </w:object>
      </w:r>
      <w:r w:rsidRPr="00B13C4C">
        <w:rPr>
          <w:rFonts w:ascii="Times New Roman" w:hAnsi="Times New Roman" w:cs="Times New Roman"/>
          <w:sz w:val="24"/>
          <w:szCs w:val="24"/>
        </w:rPr>
        <w:t xml:space="preserve">. Tổng </w:t>
      </w:r>
      <w:r w:rsidRPr="00B13C4C">
        <w:rPr>
          <w:rFonts w:ascii="Times New Roman" w:hAnsi="Times New Roman" w:cs="Times New Roman"/>
          <w:position w:val="-12"/>
          <w:sz w:val="24"/>
          <w:szCs w:val="24"/>
        </w:rPr>
        <w:object w:dxaOrig="700" w:dyaOrig="360" w14:anchorId="61CB992A">
          <v:shape id="_x0000_i3756" type="#_x0000_t75" style="width:34.8pt;height:18pt" o:ole="">
            <v:imagedata r:id="rId3832" o:title=""/>
          </v:shape>
          <o:OLEObject Type="Embed" ProgID="Equation.DSMT4" ShapeID="_x0000_i3756" DrawAspect="Content" ObjectID="_1699837040" r:id="rId3833"/>
        </w:object>
      </w:r>
      <w:r w:rsidRPr="00B13C4C">
        <w:rPr>
          <w:rFonts w:ascii="Times New Roman" w:hAnsi="Times New Roman" w:cs="Times New Roman"/>
          <w:sz w:val="24"/>
          <w:szCs w:val="24"/>
        </w:rPr>
        <w:t xml:space="preserve"> bằng</w:t>
      </w:r>
    </w:p>
    <w:p w14:paraId="385E6265" w14:textId="77777777" w:rsidR="00B13C4C" w:rsidRPr="00B13C4C" w:rsidRDefault="00B13C4C" w:rsidP="007470AF">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8"/>
          <w:sz w:val="24"/>
          <w:szCs w:val="24"/>
        </w:rPr>
        <w:object w:dxaOrig="680" w:dyaOrig="660" w14:anchorId="5ABFC21D">
          <v:shape id="_x0000_i3757" type="#_x0000_t75" style="width:34.2pt;height:33pt" o:ole="">
            <v:imagedata r:id="rId3834" o:title=""/>
          </v:shape>
          <o:OLEObject Type="Embed" ProgID="Equation.DSMT4" ShapeID="_x0000_i3757" DrawAspect="Content" ObjectID="_1699837041" r:id="rId383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8"/>
          <w:sz w:val="24"/>
          <w:szCs w:val="24"/>
        </w:rPr>
        <w:object w:dxaOrig="680" w:dyaOrig="660" w14:anchorId="0986B4EB">
          <v:shape id="_x0000_i3758" type="#_x0000_t75" style="width:34.2pt;height:33pt" o:ole="">
            <v:imagedata r:id="rId3836" o:title=""/>
          </v:shape>
          <o:OLEObject Type="Embed" ProgID="Equation.DSMT4" ShapeID="_x0000_i3758" DrawAspect="Content" ObjectID="_1699837042" r:id="rId383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8"/>
          <w:sz w:val="24"/>
          <w:szCs w:val="24"/>
        </w:rPr>
        <w:object w:dxaOrig="520" w:dyaOrig="660" w14:anchorId="0FD761CF">
          <v:shape id="_x0000_i3759" type="#_x0000_t75" style="width:25.8pt;height:33pt" o:ole="">
            <v:imagedata r:id="rId3838" o:title=""/>
          </v:shape>
          <o:OLEObject Type="Embed" ProgID="Equation.DSMT4" ShapeID="_x0000_i3759" DrawAspect="Content" ObjectID="_1699837043" r:id="rId383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8"/>
          <w:sz w:val="24"/>
          <w:szCs w:val="24"/>
        </w:rPr>
        <w:object w:dxaOrig="520" w:dyaOrig="660" w14:anchorId="54CFEBC9">
          <v:shape id="_x0000_i3760" type="#_x0000_t75" style="width:25.8pt;height:33pt" o:ole="">
            <v:imagedata r:id="rId3840" o:title=""/>
          </v:shape>
          <o:OLEObject Type="Embed" ProgID="Equation.DSMT4" ShapeID="_x0000_i3760" DrawAspect="Content" ObjectID="_1699837044" r:id="rId3841"/>
        </w:object>
      </w:r>
      <w:r w:rsidRPr="00B13C4C">
        <w:rPr>
          <w:rFonts w:ascii="Times New Roman" w:hAnsi="Times New Roman" w:cs="Times New Roman"/>
          <w:sz w:val="24"/>
          <w:szCs w:val="24"/>
        </w:rPr>
        <w:t>.</w:t>
      </w:r>
    </w:p>
    <w:p w14:paraId="17F19F3A" w14:textId="77777777" w:rsidR="00B13C4C" w:rsidRPr="00B13C4C" w:rsidRDefault="00B13C4C" w:rsidP="007470AF">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tọa độ </w:t>
      </w:r>
      <w:r w:rsidRPr="00B13C4C">
        <w:rPr>
          <w:rFonts w:ascii="Times New Roman" w:hAnsi="Times New Roman" w:cs="Times New Roman"/>
          <w:position w:val="-10"/>
          <w:sz w:val="24"/>
          <w:szCs w:val="24"/>
        </w:rPr>
        <w:object w:dxaOrig="460" w:dyaOrig="320" w14:anchorId="47955097">
          <v:shape id="_x0000_i3761" type="#_x0000_t75" style="width:22.8pt;height:16.2pt" o:ole="">
            <v:imagedata r:id="rId3842" o:title=""/>
          </v:shape>
          <o:OLEObject Type="Embed" ProgID="Equation.DSMT4" ShapeID="_x0000_i3761" DrawAspect="Content" ObjectID="_1699837045" r:id="rId3843"/>
        </w:object>
      </w:r>
      <w:r w:rsidRPr="00B13C4C">
        <w:rPr>
          <w:rFonts w:ascii="Times New Roman" w:hAnsi="Times New Roman" w:cs="Times New Roman"/>
          <w:sz w:val="24"/>
          <w:szCs w:val="24"/>
        </w:rPr>
        <w:t xml:space="preserve"> cho </w:t>
      </w:r>
      <w:r w:rsidRPr="00B13C4C">
        <w:rPr>
          <w:rFonts w:ascii="Times New Roman" w:hAnsi="Times New Roman" w:cs="Times New Roman"/>
          <w:position w:val="-10"/>
          <w:sz w:val="24"/>
          <w:szCs w:val="24"/>
        </w:rPr>
        <w:object w:dxaOrig="2580" w:dyaOrig="320" w14:anchorId="46419123">
          <v:shape id="_x0000_i3762" type="#_x0000_t75" style="width:129pt;height:16.2pt" o:ole="">
            <v:imagedata r:id="rId3844" o:title=""/>
          </v:shape>
          <o:OLEObject Type="Embed" ProgID="Equation.DSMT4" ShapeID="_x0000_i3762" DrawAspect="Content" ObjectID="_1699837046" r:id="rId3845"/>
        </w:object>
      </w:r>
      <w:r w:rsidRPr="00B13C4C">
        <w:rPr>
          <w:rFonts w:ascii="Times New Roman" w:hAnsi="Times New Roman" w:cs="Times New Roman"/>
          <w:sz w:val="24"/>
          <w:szCs w:val="24"/>
        </w:rPr>
        <w:t xml:space="preserve">. Trọng tâm tam giác </w:t>
      </w:r>
      <w:r w:rsidRPr="00B13C4C">
        <w:rPr>
          <w:rFonts w:ascii="Times New Roman" w:hAnsi="Times New Roman" w:cs="Times New Roman"/>
          <w:position w:val="-6"/>
          <w:sz w:val="24"/>
          <w:szCs w:val="24"/>
        </w:rPr>
        <w:object w:dxaOrig="560" w:dyaOrig="279" w14:anchorId="5C69D536">
          <v:shape id="_x0000_i3763" type="#_x0000_t75" style="width:28.2pt;height:13.8pt" o:ole="">
            <v:imagedata r:id="rId3846" o:title=""/>
          </v:shape>
          <o:OLEObject Type="Embed" ProgID="Equation.DSMT4" ShapeID="_x0000_i3763" DrawAspect="Content" ObjectID="_1699837047" r:id="rId3847"/>
        </w:object>
      </w:r>
      <w:r w:rsidRPr="00B13C4C">
        <w:rPr>
          <w:rFonts w:ascii="Times New Roman" w:hAnsi="Times New Roman" w:cs="Times New Roman"/>
          <w:sz w:val="24"/>
          <w:szCs w:val="24"/>
        </w:rPr>
        <w:t xml:space="preserve"> có tọa độ là</w:t>
      </w:r>
    </w:p>
    <w:p w14:paraId="2B762214" w14:textId="77777777" w:rsidR="00B13C4C" w:rsidRPr="00B13C4C" w:rsidRDefault="00B13C4C" w:rsidP="007470AF">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8"/>
          <w:sz w:val="24"/>
          <w:szCs w:val="24"/>
        </w:rPr>
        <w:object w:dxaOrig="940" w:dyaOrig="680" w14:anchorId="63256F3A">
          <v:shape id="_x0000_i3764" type="#_x0000_t75" style="width:46.8pt;height:34.2pt" o:ole="">
            <v:imagedata r:id="rId3848" o:title=""/>
          </v:shape>
          <o:OLEObject Type="Embed" ProgID="Equation.DSMT4" ShapeID="_x0000_i3764" DrawAspect="Content" ObjectID="_1699837048" r:id="rId384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8"/>
          <w:sz w:val="24"/>
          <w:szCs w:val="24"/>
        </w:rPr>
        <w:object w:dxaOrig="780" w:dyaOrig="680" w14:anchorId="2E28F284">
          <v:shape id="_x0000_i3765" type="#_x0000_t75" style="width:39pt;height:34.2pt" o:ole="">
            <v:imagedata r:id="rId3850" o:title=""/>
          </v:shape>
          <o:OLEObject Type="Embed" ProgID="Equation.DSMT4" ShapeID="_x0000_i3765" DrawAspect="Content" ObjectID="_1699837049" r:id="rId385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660" w:dyaOrig="320" w14:anchorId="73EC81C0">
          <v:shape id="_x0000_i3766" type="#_x0000_t75" style="width:33pt;height:16.2pt" o:ole="">
            <v:imagedata r:id="rId3852" o:title=""/>
          </v:shape>
          <o:OLEObject Type="Embed" ProgID="Equation.DSMT4" ShapeID="_x0000_i3766" DrawAspect="Content" ObjectID="_1699837050" r:id="rId385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8"/>
          <w:sz w:val="24"/>
          <w:szCs w:val="24"/>
        </w:rPr>
        <w:object w:dxaOrig="900" w:dyaOrig="680" w14:anchorId="533A8DBF">
          <v:shape id="_x0000_i3767" type="#_x0000_t75" style="width:45pt;height:34.2pt" o:ole="">
            <v:imagedata r:id="rId3854" o:title=""/>
          </v:shape>
          <o:OLEObject Type="Embed" ProgID="Equation.DSMT4" ShapeID="_x0000_i3767" DrawAspect="Content" ObjectID="_1699837051" r:id="rId3855"/>
        </w:object>
      </w:r>
      <w:r w:rsidRPr="00B13C4C">
        <w:rPr>
          <w:rFonts w:ascii="Times New Roman" w:hAnsi="Times New Roman" w:cs="Times New Roman"/>
          <w:sz w:val="24"/>
          <w:szCs w:val="24"/>
        </w:rPr>
        <w:t>.</w:t>
      </w:r>
    </w:p>
    <w:p w14:paraId="6E0620F8" w14:textId="77777777" w:rsidR="00B13C4C" w:rsidRPr="00B13C4C" w:rsidRDefault="00B13C4C" w:rsidP="007470AF">
      <w:pPr>
        <w:ind w:left="992"/>
        <w:rPr>
          <w:rFonts w:ascii="Times New Roman" w:hAnsi="Times New Roman" w:cs="Times New Roman"/>
          <w:sz w:val="24"/>
          <w:szCs w:val="24"/>
        </w:rPr>
      </w:pPr>
      <w:r w:rsidRPr="00B13C4C">
        <w:rPr>
          <w:rFonts w:ascii="Times New Roman" w:hAnsi="Times New Roman" w:cs="Times New Roman"/>
          <w:b/>
          <w:sz w:val="24"/>
          <w:szCs w:val="24"/>
        </w:rPr>
        <w:t>Phần II: Tự luận</w:t>
      </w:r>
    </w:p>
    <w:p w14:paraId="7C2BC3C6" w14:textId="77777777" w:rsidR="00B13C4C" w:rsidRPr="00B13C4C" w:rsidRDefault="00B13C4C" w:rsidP="007470AF">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1: </w:t>
      </w:r>
      <w:r w:rsidRPr="00B13C4C">
        <w:rPr>
          <w:rFonts w:ascii="Times New Roman" w:hAnsi="Times New Roman" w:cs="Times New Roman"/>
          <w:sz w:val="24"/>
          <w:szCs w:val="24"/>
        </w:rPr>
        <w:t xml:space="preserve">Cho hàm số </w:t>
      </w:r>
      <w:r w:rsidRPr="00B13C4C">
        <w:rPr>
          <w:rFonts w:ascii="Times New Roman" w:hAnsi="Times New Roman" w:cs="Times New Roman"/>
          <w:position w:val="-10"/>
          <w:sz w:val="24"/>
          <w:szCs w:val="24"/>
        </w:rPr>
        <w:object w:dxaOrig="1560" w:dyaOrig="360" w14:anchorId="085CC0EA">
          <v:shape id="_x0000_i3768" type="#_x0000_t75" style="width:78pt;height:18pt" o:ole="">
            <v:imagedata r:id="rId3856" o:title=""/>
          </v:shape>
          <o:OLEObject Type="Embed" ProgID="Equation.DSMT4" ShapeID="_x0000_i3768" DrawAspect="Content" ObjectID="_1699837052" r:id="rId3857"/>
        </w:object>
      </w:r>
      <w:r w:rsidRPr="00B13C4C">
        <w:rPr>
          <w:rFonts w:ascii="Times New Roman" w:hAnsi="Times New Roman" w:cs="Times New Roman"/>
          <w:sz w:val="24"/>
          <w:szCs w:val="24"/>
        </w:rPr>
        <w:t>.</w:t>
      </w:r>
    </w:p>
    <w:p w14:paraId="36028289" w14:textId="77777777" w:rsidR="00B13C4C" w:rsidRPr="00B13C4C" w:rsidRDefault="00B13C4C" w:rsidP="007470AF">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a. Khảo sát sự biến thiên và vẽ đồ thị </w:t>
      </w:r>
      <w:r w:rsidRPr="00B13C4C">
        <w:rPr>
          <w:rFonts w:ascii="Times New Roman" w:hAnsi="Times New Roman" w:cs="Times New Roman"/>
          <w:position w:val="-10"/>
          <w:sz w:val="24"/>
          <w:szCs w:val="24"/>
        </w:rPr>
        <w:object w:dxaOrig="400" w:dyaOrig="320" w14:anchorId="69619364">
          <v:shape id="_x0000_i3769" type="#_x0000_t75" style="width:19.8pt;height:16.2pt" o:ole="">
            <v:imagedata r:id="rId3858" o:title=""/>
          </v:shape>
          <o:OLEObject Type="Embed" ProgID="Equation.DSMT4" ShapeID="_x0000_i3769" DrawAspect="Content" ObjectID="_1699837053" r:id="rId3859"/>
        </w:object>
      </w:r>
      <w:r w:rsidRPr="00B13C4C">
        <w:rPr>
          <w:rFonts w:ascii="Times New Roman" w:hAnsi="Times New Roman" w:cs="Times New Roman"/>
          <w:sz w:val="24"/>
          <w:szCs w:val="24"/>
        </w:rPr>
        <w:t xml:space="preserve"> của hàm số trên.</w:t>
      </w:r>
    </w:p>
    <w:p w14:paraId="19568223" w14:textId="77777777" w:rsidR="00B13C4C" w:rsidRPr="00B13C4C" w:rsidRDefault="00B13C4C" w:rsidP="007470AF">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b. Tìm của </w:t>
      </w:r>
      <w:r w:rsidRPr="00B13C4C">
        <w:rPr>
          <w:rFonts w:ascii="Times New Roman" w:hAnsi="Times New Roman" w:cs="Times New Roman"/>
          <w:position w:val="-6"/>
          <w:sz w:val="24"/>
          <w:szCs w:val="24"/>
        </w:rPr>
        <w:object w:dxaOrig="260" w:dyaOrig="220" w14:anchorId="5F6060FB">
          <v:shape id="_x0000_i3770" type="#_x0000_t75" style="width:13.2pt;height:10.8pt" o:ole="">
            <v:imagedata r:id="rId3860" o:title=""/>
          </v:shape>
          <o:OLEObject Type="Embed" ProgID="Equation.DSMT4" ShapeID="_x0000_i3770" DrawAspect="Content" ObjectID="_1699837054" r:id="rId3861"/>
        </w:object>
      </w:r>
      <w:r w:rsidRPr="00B13C4C">
        <w:rPr>
          <w:rFonts w:ascii="Times New Roman" w:hAnsi="Times New Roman" w:cs="Times New Roman"/>
          <w:sz w:val="24"/>
          <w:szCs w:val="24"/>
        </w:rPr>
        <w:t xml:space="preserve"> đề đường thẳng </w:t>
      </w:r>
      <w:r w:rsidRPr="00B13C4C">
        <w:rPr>
          <w:rFonts w:ascii="Times New Roman" w:hAnsi="Times New Roman" w:cs="Times New Roman"/>
          <w:position w:val="-10"/>
          <w:sz w:val="24"/>
          <w:szCs w:val="24"/>
        </w:rPr>
        <w:object w:dxaOrig="960" w:dyaOrig="279" w14:anchorId="0F756E7A">
          <v:shape id="_x0000_i3771" type="#_x0000_t75" style="width:48pt;height:13.8pt" o:ole="">
            <v:imagedata r:id="rId3862" o:title=""/>
          </v:shape>
          <o:OLEObject Type="Embed" ProgID="Equation.DSMT4" ShapeID="_x0000_i3771" DrawAspect="Content" ObjectID="_1699837055" r:id="rId3863"/>
        </w:object>
      </w:r>
      <w:r w:rsidRPr="00B13C4C">
        <w:rPr>
          <w:rFonts w:ascii="Times New Roman" w:hAnsi="Times New Roman" w:cs="Times New Roman"/>
          <w:sz w:val="24"/>
          <w:szCs w:val="24"/>
        </w:rPr>
        <w:t xml:space="preserve"> cắt đồ thị </w:t>
      </w:r>
      <w:r w:rsidRPr="00B13C4C">
        <w:rPr>
          <w:rFonts w:ascii="Times New Roman" w:hAnsi="Times New Roman" w:cs="Times New Roman"/>
          <w:position w:val="-10"/>
          <w:sz w:val="24"/>
          <w:szCs w:val="24"/>
        </w:rPr>
        <w:object w:dxaOrig="400" w:dyaOrig="320" w14:anchorId="271C0A60">
          <v:shape id="_x0000_i3772" type="#_x0000_t75" style="width:19.8pt;height:16.2pt" o:ole="">
            <v:imagedata r:id="rId3864" o:title=""/>
          </v:shape>
          <o:OLEObject Type="Embed" ProgID="Equation.DSMT4" ShapeID="_x0000_i3772" DrawAspect="Content" ObjectID="_1699837056" r:id="rId3865"/>
        </w:object>
      </w:r>
      <w:r w:rsidRPr="00B13C4C">
        <w:rPr>
          <w:rFonts w:ascii="Times New Roman" w:hAnsi="Times New Roman" w:cs="Times New Roman"/>
          <w:sz w:val="24"/>
          <w:szCs w:val="24"/>
        </w:rPr>
        <w:t xml:space="preserve"> tại hai điềm phân biệt trong đó một điểm có hoành độ là 1.</w:t>
      </w:r>
    </w:p>
    <w:p w14:paraId="26CB2D51" w14:textId="77777777" w:rsidR="00B13C4C" w:rsidRPr="00B13C4C" w:rsidRDefault="00B13C4C" w:rsidP="007470AF">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2: </w:t>
      </w:r>
      <w:r w:rsidRPr="00B13C4C">
        <w:rPr>
          <w:rFonts w:ascii="Times New Roman" w:hAnsi="Times New Roman" w:cs="Times New Roman"/>
          <w:sz w:val="24"/>
          <w:szCs w:val="24"/>
        </w:rPr>
        <w:t>Giải các phương trình sau:</w:t>
      </w:r>
    </w:p>
    <w:p w14:paraId="5B964388" w14:textId="77777777" w:rsidR="00B13C4C" w:rsidRPr="00B13C4C" w:rsidRDefault="00B13C4C" w:rsidP="007470AF">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a. </w:t>
      </w:r>
      <w:r w:rsidRPr="00B13C4C">
        <w:rPr>
          <w:rFonts w:ascii="Times New Roman" w:hAnsi="Times New Roman" w:cs="Times New Roman"/>
          <w:position w:val="-10"/>
          <w:sz w:val="24"/>
          <w:szCs w:val="24"/>
        </w:rPr>
        <w:object w:dxaOrig="2659" w:dyaOrig="380" w14:anchorId="79C6C65C">
          <v:shape id="_x0000_i3773" type="#_x0000_t75" style="width:133.2pt;height:19.2pt" o:ole="">
            <v:imagedata r:id="rId3866" o:title=""/>
          </v:shape>
          <o:OLEObject Type="Embed" ProgID="Equation.DSMT4" ShapeID="_x0000_i3773" DrawAspect="Content" ObjectID="_1699837057" r:id="rId3867"/>
        </w:object>
      </w:r>
      <w:r w:rsidRPr="00B13C4C">
        <w:rPr>
          <w:rFonts w:ascii="Times New Roman" w:hAnsi="Times New Roman" w:cs="Times New Roman"/>
          <w:sz w:val="24"/>
          <w:szCs w:val="24"/>
        </w:rPr>
        <w:t>.</w:t>
      </w:r>
    </w:p>
    <w:p w14:paraId="2EA9A0B5" w14:textId="77777777" w:rsidR="00B13C4C" w:rsidRPr="00B13C4C" w:rsidRDefault="00B13C4C" w:rsidP="007470AF">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b. </w:t>
      </w:r>
      <w:r w:rsidRPr="00B13C4C">
        <w:rPr>
          <w:rFonts w:ascii="Times New Roman" w:hAnsi="Times New Roman" w:cs="Times New Roman"/>
          <w:position w:val="-10"/>
          <w:sz w:val="24"/>
          <w:szCs w:val="24"/>
        </w:rPr>
        <w:object w:dxaOrig="2600" w:dyaOrig="360" w14:anchorId="59B4AE2F">
          <v:shape id="_x0000_i3774" type="#_x0000_t75" style="width:130.2pt;height:18pt" o:ole="">
            <v:imagedata r:id="rId3868" o:title=""/>
          </v:shape>
          <o:OLEObject Type="Embed" ProgID="Equation.DSMT4" ShapeID="_x0000_i3774" DrawAspect="Content" ObjectID="_1699837058" r:id="rId3869"/>
        </w:object>
      </w:r>
      <w:r w:rsidRPr="00B13C4C">
        <w:rPr>
          <w:rFonts w:ascii="Times New Roman" w:hAnsi="Times New Roman" w:cs="Times New Roman"/>
          <w:sz w:val="24"/>
          <w:szCs w:val="24"/>
        </w:rPr>
        <w:t>.</w:t>
      </w:r>
    </w:p>
    <w:p w14:paraId="3C871399" w14:textId="77777777" w:rsidR="00B13C4C" w:rsidRPr="00B13C4C" w:rsidRDefault="00B13C4C" w:rsidP="007470AF">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3: </w:t>
      </w:r>
      <w:r w:rsidRPr="00B13C4C">
        <w:rPr>
          <w:rFonts w:ascii="Times New Roman" w:hAnsi="Times New Roman" w:cs="Times New Roman"/>
          <w:sz w:val="24"/>
          <w:szCs w:val="24"/>
        </w:rPr>
        <w:t xml:space="preserve">Trong mặt phẳng tọa độ </w:t>
      </w:r>
      <w:r w:rsidRPr="00B13C4C">
        <w:rPr>
          <w:rFonts w:ascii="Times New Roman" w:hAnsi="Times New Roman" w:cs="Times New Roman"/>
          <w:position w:val="-10"/>
          <w:sz w:val="24"/>
          <w:szCs w:val="24"/>
        </w:rPr>
        <w:object w:dxaOrig="460" w:dyaOrig="320" w14:anchorId="038B172C">
          <v:shape id="_x0000_i3775" type="#_x0000_t75" style="width:22.8pt;height:16.2pt" o:ole="">
            <v:imagedata r:id="rId3870" o:title=""/>
          </v:shape>
          <o:OLEObject Type="Embed" ProgID="Equation.DSMT4" ShapeID="_x0000_i3775" DrawAspect="Content" ObjectID="_1699837059" r:id="rId3871"/>
        </w:object>
      </w:r>
      <w:r w:rsidRPr="00B13C4C">
        <w:rPr>
          <w:rFonts w:ascii="Times New Roman" w:hAnsi="Times New Roman" w:cs="Times New Roman"/>
          <w:sz w:val="24"/>
          <w:szCs w:val="24"/>
        </w:rPr>
        <w:t xml:space="preserve">, cho tam giác </w:t>
      </w:r>
      <w:r w:rsidRPr="00B13C4C">
        <w:rPr>
          <w:rFonts w:ascii="Times New Roman" w:hAnsi="Times New Roman" w:cs="Times New Roman"/>
          <w:position w:val="-6"/>
          <w:sz w:val="24"/>
          <w:szCs w:val="24"/>
        </w:rPr>
        <w:object w:dxaOrig="560" w:dyaOrig="279" w14:anchorId="0A049B26">
          <v:shape id="_x0000_i3776" type="#_x0000_t75" style="width:28.2pt;height:13.8pt" o:ole="">
            <v:imagedata r:id="rId3872" o:title=""/>
          </v:shape>
          <o:OLEObject Type="Embed" ProgID="Equation.DSMT4" ShapeID="_x0000_i3776" DrawAspect="Content" ObjectID="_1699837060" r:id="rId3873"/>
        </w:object>
      </w:r>
      <w:r w:rsidRPr="00B13C4C">
        <w:rPr>
          <w:rFonts w:ascii="Times New Roman" w:hAnsi="Times New Roman" w:cs="Times New Roman"/>
          <w:sz w:val="24"/>
          <w:szCs w:val="24"/>
        </w:rPr>
        <w:t xml:space="preserve"> có các đỉnh </w:t>
      </w:r>
      <w:r w:rsidRPr="00B13C4C">
        <w:rPr>
          <w:rFonts w:ascii="Times New Roman" w:hAnsi="Times New Roman" w:cs="Times New Roman"/>
          <w:position w:val="-10"/>
          <w:sz w:val="24"/>
          <w:szCs w:val="24"/>
        </w:rPr>
        <w:object w:dxaOrig="2580" w:dyaOrig="320" w14:anchorId="6DC0C211">
          <v:shape id="_x0000_i3777" type="#_x0000_t75" style="width:129pt;height:16.2pt" o:ole="">
            <v:imagedata r:id="rId3874" o:title=""/>
          </v:shape>
          <o:OLEObject Type="Embed" ProgID="Equation.DSMT4" ShapeID="_x0000_i3777" DrawAspect="Content" ObjectID="_1699837061" r:id="rId3875"/>
        </w:object>
      </w:r>
      <w:r w:rsidRPr="00B13C4C">
        <w:rPr>
          <w:rFonts w:ascii="Times New Roman" w:hAnsi="Times New Roman" w:cs="Times New Roman"/>
          <w:sz w:val="24"/>
          <w:szCs w:val="24"/>
        </w:rPr>
        <w:t>.</w:t>
      </w:r>
    </w:p>
    <w:p w14:paraId="2507B83D" w14:textId="77777777" w:rsidR="00B13C4C" w:rsidRPr="00B13C4C" w:rsidRDefault="00B13C4C" w:rsidP="007470AF">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a. Chúng minh tam giác </w:t>
      </w:r>
      <w:r w:rsidRPr="00B13C4C">
        <w:rPr>
          <w:rFonts w:ascii="Times New Roman" w:hAnsi="Times New Roman" w:cs="Times New Roman"/>
          <w:position w:val="-6"/>
          <w:sz w:val="24"/>
          <w:szCs w:val="24"/>
        </w:rPr>
        <w:object w:dxaOrig="560" w:dyaOrig="279" w14:anchorId="16E1E809">
          <v:shape id="_x0000_i3778" type="#_x0000_t75" style="width:28.2pt;height:13.8pt" o:ole="">
            <v:imagedata r:id="rId3876" o:title=""/>
          </v:shape>
          <o:OLEObject Type="Embed" ProgID="Equation.DSMT4" ShapeID="_x0000_i3778" DrawAspect="Content" ObjectID="_1699837062" r:id="rId3877"/>
        </w:object>
      </w:r>
      <w:r w:rsidRPr="00B13C4C">
        <w:rPr>
          <w:rFonts w:ascii="Times New Roman" w:hAnsi="Times New Roman" w:cs="Times New Roman"/>
          <w:sz w:val="24"/>
          <w:szCs w:val="24"/>
        </w:rPr>
        <w:t xml:space="preserve"> cân. Tính diện tích của tam giác đó.</w:t>
      </w:r>
    </w:p>
    <w:p w14:paraId="3433C5F7" w14:textId="77777777" w:rsidR="00B13C4C" w:rsidRPr="00B13C4C" w:rsidRDefault="00B13C4C" w:rsidP="007470AF">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b. Tìm tọa độ trực tâm </w:t>
      </w:r>
      <w:r w:rsidRPr="00B13C4C">
        <w:rPr>
          <w:rFonts w:ascii="Times New Roman" w:hAnsi="Times New Roman" w:cs="Times New Roman"/>
          <w:position w:val="-4"/>
          <w:sz w:val="24"/>
          <w:szCs w:val="24"/>
        </w:rPr>
        <w:object w:dxaOrig="279" w:dyaOrig="260" w14:anchorId="738F5D6F">
          <v:shape id="_x0000_i3779" type="#_x0000_t75" style="width:13.8pt;height:13.2pt" o:ole="">
            <v:imagedata r:id="rId3878" o:title=""/>
          </v:shape>
          <o:OLEObject Type="Embed" ProgID="Equation.DSMT4" ShapeID="_x0000_i3779" DrawAspect="Content" ObjectID="_1699837063" r:id="rId3879"/>
        </w:object>
      </w:r>
      <w:r w:rsidRPr="00B13C4C">
        <w:rPr>
          <w:rFonts w:ascii="Times New Roman" w:hAnsi="Times New Roman" w:cs="Times New Roman"/>
          <w:sz w:val="24"/>
          <w:szCs w:val="24"/>
        </w:rPr>
        <w:t xml:space="preserve"> của tam giác </w:t>
      </w:r>
      <w:r w:rsidRPr="00B13C4C">
        <w:rPr>
          <w:rFonts w:ascii="Times New Roman" w:hAnsi="Times New Roman" w:cs="Times New Roman"/>
          <w:position w:val="-6"/>
          <w:sz w:val="24"/>
          <w:szCs w:val="24"/>
        </w:rPr>
        <w:object w:dxaOrig="560" w:dyaOrig="279" w14:anchorId="5E00660E">
          <v:shape id="_x0000_i3780" type="#_x0000_t75" style="width:28.2pt;height:13.8pt" o:ole="">
            <v:imagedata r:id="rId3880" o:title=""/>
          </v:shape>
          <o:OLEObject Type="Embed" ProgID="Equation.DSMT4" ShapeID="_x0000_i3780" DrawAspect="Content" ObjectID="_1699837064" r:id="rId3881"/>
        </w:object>
      </w:r>
      <w:r w:rsidRPr="00B13C4C">
        <w:rPr>
          <w:rFonts w:ascii="Times New Roman" w:hAnsi="Times New Roman" w:cs="Times New Roman"/>
          <w:sz w:val="24"/>
          <w:szCs w:val="24"/>
        </w:rPr>
        <w:t>.</w:t>
      </w:r>
    </w:p>
    <w:p w14:paraId="413E6B59" w14:textId="77777777" w:rsidR="00B13C4C" w:rsidRPr="00B13C4C" w:rsidRDefault="00B13C4C" w:rsidP="007470AF">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4: </w:t>
      </w:r>
      <w:r w:rsidRPr="00B13C4C">
        <w:rPr>
          <w:rFonts w:ascii="Times New Roman" w:hAnsi="Times New Roman" w:cs="Times New Roman"/>
          <w:sz w:val="24"/>
          <w:szCs w:val="24"/>
        </w:rPr>
        <w:t xml:space="preserve">Cho hình chữ nhật </w:t>
      </w:r>
      <w:r w:rsidRPr="00B13C4C">
        <w:rPr>
          <w:rFonts w:ascii="Times New Roman" w:hAnsi="Times New Roman" w:cs="Times New Roman"/>
          <w:position w:val="-6"/>
          <w:sz w:val="24"/>
          <w:szCs w:val="24"/>
        </w:rPr>
        <w:object w:dxaOrig="720" w:dyaOrig="279" w14:anchorId="5058154E">
          <v:shape id="_x0000_i3781" type="#_x0000_t75" style="width:36pt;height:13.8pt" o:ole="">
            <v:imagedata r:id="rId3882" o:title=""/>
          </v:shape>
          <o:OLEObject Type="Embed" ProgID="Equation.DSMT4" ShapeID="_x0000_i3781" DrawAspect="Content" ObjectID="_1699837065" r:id="rId3883"/>
        </w:object>
      </w:r>
      <w:r w:rsidRPr="00B13C4C">
        <w:rPr>
          <w:rFonts w:ascii="Times New Roman" w:hAnsi="Times New Roman" w:cs="Times New Roman"/>
          <w:sz w:val="24"/>
          <w:szCs w:val="24"/>
        </w:rPr>
        <w:t xml:space="preserve"> có </w:t>
      </w:r>
      <w:r w:rsidRPr="00B13C4C">
        <w:rPr>
          <w:rFonts w:ascii="Times New Roman" w:hAnsi="Times New Roman" w:cs="Times New Roman"/>
          <w:position w:val="-10"/>
          <w:sz w:val="24"/>
          <w:szCs w:val="24"/>
        </w:rPr>
        <w:object w:dxaOrig="1680" w:dyaOrig="320" w14:anchorId="5E363297">
          <v:shape id="_x0000_i3782" type="#_x0000_t75" style="width:84pt;height:16.2pt" o:ole="">
            <v:imagedata r:id="rId3884" o:title=""/>
          </v:shape>
          <o:OLEObject Type="Embed" ProgID="Equation.DSMT4" ShapeID="_x0000_i3782" DrawAspect="Content" ObjectID="_1699837066" r:id="rId3885"/>
        </w:object>
      </w:r>
      <w:r w:rsidRPr="00B13C4C">
        <w:rPr>
          <w:rFonts w:ascii="Times New Roman" w:hAnsi="Times New Roman" w:cs="Times New Roman"/>
          <w:sz w:val="24"/>
          <w:szCs w:val="24"/>
        </w:rPr>
        <w:t xml:space="preserve">. Điểm </w:t>
      </w:r>
      <w:r w:rsidRPr="00B13C4C">
        <w:rPr>
          <w:rFonts w:ascii="Times New Roman" w:hAnsi="Times New Roman" w:cs="Times New Roman"/>
          <w:position w:val="-4"/>
          <w:sz w:val="24"/>
          <w:szCs w:val="24"/>
        </w:rPr>
        <w:object w:dxaOrig="320" w:dyaOrig="260" w14:anchorId="603FC237">
          <v:shape id="_x0000_i3783" type="#_x0000_t75" style="width:16.2pt;height:13.2pt" o:ole="">
            <v:imagedata r:id="rId3886" o:title=""/>
          </v:shape>
          <o:OLEObject Type="Embed" ProgID="Equation.DSMT4" ShapeID="_x0000_i3783" DrawAspect="Content" ObjectID="_1699837067" r:id="rId3887"/>
        </w:object>
      </w:r>
      <w:r w:rsidRPr="00B13C4C">
        <w:rPr>
          <w:rFonts w:ascii="Times New Roman" w:hAnsi="Times New Roman" w:cs="Times New Roman"/>
          <w:sz w:val="24"/>
          <w:szCs w:val="24"/>
        </w:rPr>
        <w:t xml:space="preserve"> thỏa mãn </w:t>
      </w:r>
      <w:r w:rsidRPr="00B13C4C">
        <w:rPr>
          <w:rFonts w:ascii="Times New Roman" w:hAnsi="Times New Roman" w:cs="Times New Roman"/>
          <w:position w:val="-6"/>
          <w:sz w:val="24"/>
          <w:szCs w:val="24"/>
        </w:rPr>
        <w:object w:dxaOrig="1520" w:dyaOrig="340" w14:anchorId="090A9F63">
          <v:shape id="_x0000_i3784" type="#_x0000_t75" style="width:76.2pt;height:16.8pt" o:ole="">
            <v:imagedata r:id="rId3888" o:title=""/>
          </v:shape>
          <o:OLEObject Type="Embed" ProgID="Equation.DSMT4" ShapeID="_x0000_i3784" DrawAspect="Content" ObjectID="_1699837068" r:id="rId3889"/>
        </w:object>
      </w:r>
      <w:r w:rsidRPr="00B13C4C">
        <w:rPr>
          <w:rFonts w:ascii="Times New Roman" w:hAnsi="Times New Roman" w:cs="Times New Roman"/>
          <w:sz w:val="24"/>
          <w:szCs w:val="24"/>
        </w:rPr>
        <w:t xml:space="preserve">.a. Tính </w:t>
      </w:r>
      <w:r w:rsidRPr="00B13C4C">
        <w:rPr>
          <w:rFonts w:ascii="Times New Roman" w:hAnsi="Times New Roman" w:cs="Times New Roman"/>
          <w:position w:val="-6"/>
          <w:sz w:val="24"/>
          <w:szCs w:val="24"/>
        </w:rPr>
        <w:object w:dxaOrig="859" w:dyaOrig="340" w14:anchorId="77913F8D">
          <v:shape id="_x0000_i3785" type="#_x0000_t75" style="width:43.2pt;height:16.8pt" o:ole="">
            <v:imagedata r:id="rId3890" o:title=""/>
          </v:shape>
          <o:OLEObject Type="Embed" ProgID="Equation.DSMT4" ShapeID="_x0000_i3785" DrawAspect="Content" ObjectID="_1699837069" r:id="rId3891"/>
        </w:object>
      </w:r>
      <w:r w:rsidRPr="00B13C4C">
        <w:rPr>
          <w:rFonts w:ascii="Times New Roman" w:hAnsi="Times New Roman" w:cs="Times New Roman"/>
          <w:sz w:val="24"/>
          <w:szCs w:val="24"/>
        </w:rPr>
        <w:t xml:space="preserve"> và biểu diễn véc tơ </w:t>
      </w:r>
      <w:r w:rsidRPr="00B13C4C">
        <w:rPr>
          <w:rFonts w:ascii="Times New Roman" w:hAnsi="Times New Roman" w:cs="Times New Roman"/>
          <w:position w:val="-4"/>
          <w:sz w:val="24"/>
          <w:szCs w:val="24"/>
        </w:rPr>
        <w:object w:dxaOrig="480" w:dyaOrig="320" w14:anchorId="1A3FF2F8">
          <v:shape id="_x0000_i3786" type="#_x0000_t75" style="width:24pt;height:16.2pt" o:ole="">
            <v:imagedata r:id="rId3892" o:title=""/>
          </v:shape>
          <o:OLEObject Type="Embed" ProgID="Equation.DSMT4" ShapeID="_x0000_i3786" DrawAspect="Content" ObjectID="_1699837070" r:id="rId3893"/>
        </w:object>
      </w:r>
      <w:r w:rsidRPr="00B13C4C">
        <w:rPr>
          <w:rFonts w:ascii="Times New Roman" w:hAnsi="Times New Roman" w:cs="Times New Roman"/>
          <w:sz w:val="24"/>
          <w:szCs w:val="24"/>
        </w:rPr>
        <w:t xml:space="preserve"> theo hai véc tơ </w:t>
      </w:r>
      <w:r w:rsidRPr="00B13C4C">
        <w:rPr>
          <w:rFonts w:ascii="Times New Roman" w:hAnsi="Times New Roman" w:cs="Times New Roman"/>
          <w:position w:val="-10"/>
          <w:sz w:val="24"/>
          <w:szCs w:val="24"/>
        </w:rPr>
        <w:object w:dxaOrig="820" w:dyaOrig="380" w14:anchorId="2258D98E">
          <v:shape id="_x0000_i3787" type="#_x0000_t75" style="width:40.8pt;height:19.2pt" o:ole="">
            <v:imagedata r:id="rId3894" o:title=""/>
          </v:shape>
          <o:OLEObject Type="Embed" ProgID="Equation.DSMT4" ShapeID="_x0000_i3787" DrawAspect="Content" ObjectID="_1699837071" r:id="rId3895"/>
        </w:object>
      </w:r>
      <w:r w:rsidRPr="00B13C4C">
        <w:rPr>
          <w:rFonts w:ascii="Times New Roman" w:hAnsi="Times New Roman" w:cs="Times New Roman"/>
          <w:sz w:val="24"/>
          <w:szCs w:val="24"/>
        </w:rPr>
        <w:t xml:space="preserve">.b. Chứng minh </w:t>
      </w:r>
      <w:r w:rsidRPr="00B13C4C">
        <w:rPr>
          <w:rFonts w:ascii="Times New Roman" w:hAnsi="Times New Roman" w:cs="Times New Roman"/>
          <w:position w:val="-4"/>
          <w:sz w:val="24"/>
          <w:szCs w:val="24"/>
        </w:rPr>
        <w:object w:dxaOrig="1080" w:dyaOrig="260" w14:anchorId="459EDEAC">
          <v:shape id="_x0000_i3788" type="#_x0000_t75" style="width:54pt;height:13.2pt" o:ole="">
            <v:imagedata r:id="rId3896" o:title=""/>
          </v:shape>
          <o:OLEObject Type="Embed" ProgID="Equation.DSMT4" ShapeID="_x0000_i3788" DrawAspect="Content" ObjectID="_1699837072" r:id="rId3897"/>
        </w:object>
      </w:r>
      <w:r w:rsidRPr="00B13C4C">
        <w:rPr>
          <w:rFonts w:ascii="Times New Roman" w:hAnsi="Times New Roman" w:cs="Times New Roman"/>
          <w:sz w:val="24"/>
          <w:szCs w:val="24"/>
        </w:rPr>
        <w:t>.</w:t>
      </w:r>
    </w:p>
    <w:p w14:paraId="12A90E46" w14:textId="77777777" w:rsidR="00B13C4C" w:rsidRPr="00B13C4C" w:rsidRDefault="00B13C4C" w:rsidP="007470AF">
      <w:pPr>
        <w:ind w:left="992" w:hanging="992"/>
        <w:jc w:val="center"/>
        <w:rPr>
          <w:rFonts w:ascii="Times New Roman" w:hAnsi="Times New Roman" w:cs="Times New Roman"/>
          <w:b/>
          <w:sz w:val="24"/>
          <w:szCs w:val="24"/>
        </w:rPr>
      </w:pPr>
      <w:r w:rsidRPr="00B13C4C">
        <w:rPr>
          <w:rFonts w:ascii="Times New Roman" w:hAnsi="Times New Roman" w:cs="Times New Roman"/>
          <w:b/>
          <w:sz w:val="24"/>
          <w:szCs w:val="24"/>
        </w:rPr>
        <w:t>BẢNG ĐÁP ÁN</w:t>
      </w:r>
    </w:p>
    <w:tbl>
      <w:tblPr>
        <w:tblStyle w:val="TableGrid"/>
        <w:tblW w:w="0" w:type="auto"/>
        <w:tblInd w:w="992" w:type="dxa"/>
        <w:tblLook w:val="04A0" w:firstRow="1" w:lastRow="0" w:firstColumn="1" w:lastColumn="0" w:noHBand="0" w:noVBand="1"/>
      </w:tblPr>
      <w:tblGrid>
        <w:gridCol w:w="510"/>
        <w:gridCol w:w="510"/>
        <w:gridCol w:w="511"/>
        <w:gridCol w:w="511"/>
        <w:gridCol w:w="511"/>
        <w:gridCol w:w="511"/>
        <w:gridCol w:w="511"/>
        <w:gridCol w:w="511"/>
        <w:gridCol w:w="511"/>
        <w:gridCol w:w="511"/>
        <w:gridCol w:w="512"/>
        <w:gridCol w:w="512"/>
        <w:gridCol w:w="512"/>
        <w:gridCol w:w="512"/>
        <w:gridCol w:w="512"/>
        <w:gridCol w:w="512"/>
        <w:gridCol w:w="512"/>
        <w:gridCol w:w="512"/>
      </w:tblGrid>
      <w:tr w:rsidR="00B13C4C" w:rsidRPr="00B13C4C" w14:paraId="32931C74" w14:textId="77777777" w:rsidTr="00B13C4C">
        <w:tc>
          <w:tcPr>
            <w:tcW w:w="566" w:type="dxa"/>
            <w:shd w:val="clear" w:color="auto" w:fill="FFFF32"/>
          </w:tcPr>
          <w:p w14:paraId="46A091FE" w14:textId="40D1B394"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w:t>
            </w:r>
          </w:p>
        </w:tc>
        <w:tc>
          <w:tcPr>
            <w:tcW w:w="566" w:type="dxa"/>
            <w:shd w:val="clear" w:color="auto" w:fill="FFFF32"/>
          </w:tcPr>
          <w:p w14:paraId="190DAAD2" w14:textId="47E30DC8"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w:t>
            </w:r>
          </w:p>
        </w:tc>
        <w:tc>
          <w:tcPr>
            <w:tcW w:w="566" w:type="dxa"/>
            <w:shd w:val="clear" w:color="auto" w:fill="FFFF32"/>
          </w:tcPr>
          <w:p w14:paraId="3C5F0332" w14:textId="6C948367"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w:t>
            </w:r>
          </w:p>
        </w:tc>
        <w:tc>
          <w:tcPr>
            <w:tcW w:w="566" w:type="dxa"/>
            <w:shd w:val="clear" w:color="auto" w:fill="FFFF32"/>
          </w:tcPr>
          <w:p w14:paraId="240A64E4" w14:textId="1881E6C7"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4</w:t>
            </w:r>
          </w:p>
        </w:tc>
        <w:tc>
          <w:tcPr>
            <w:tcW w:w="566" w:type="dxa"/>
            <w:shd w:val="clear" w:color="auto" w:fill="FFFF32"/>
          </w:tcPr>
          <w:p w14:paraId="3DCD3C7F" w14:textId="4A7F2A8C"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5</w:t>
            </w:r>
          </w:p>
        </w:tc>
        <w:tc>
          <w:tcPr>
            <w:tcW w:w="566" w:type="dxa"/>
            <w:shd w:val="clear" w:color="auto" w:fill="FFFF32"/>
          </w:tcPr>
          <w:p w14:paraId="05969A6C" w14:textId="0B9016ED"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6</w:t>
            </w:r>
          </w:p>
        </w:tc>
        <w:tc>
          <w:tcPr>
            <w:tcW w:w="566" w:type="dxa"/>
            <w:shd w:val="clear" w:color="auto" w:fill="FFFF32"/>
          </w:tcPr>
          <w:p w14:paraId="7DAEE33E" w14:textId="31CC4250"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7</w:t>
            </w:r>
          </w:p>
        </w:tc>
        <w:tc>
          <w:tcPr>
            <w:tcW w:w="566" w:type="dxa"/>
            <w:shd w:val="clear" w:color="auto" w:fill="FFFF32"/>
          </w:tcPr>
          <w:p w14:paraId="3950C2B3" w14:textId="0418C418"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8</w:t>
            </w:r>
          </w:p>
        </w:tc>
        <w:tc>
          <w:tcPr>
            <w:tcW w:w="566" w:type="dxa"/>
            <w:shd w:val="clear" w:color="auto" w:fill="FFFF32"/>
          </w:tcPr>
          <w:p w14:paraId="6A4A2C8F" w14:textId="452775B4"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9</w:t>
            </w:r>
          </w:p>
        </w:tc>
        <w:tc>
          <w:tcPr>
            <w:tcW w:w="566" w:type="dxa"/>
            <w:shd w:val="clear" w:color="auto" w:fill="FFFF32"/>
          </w:tcPr>
          <w:p w14:paraId="3A9C5A7E" w14:textId="15DB61F2"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10</w:t>
            </w:r>
          </w:p>
        </w:tc>
        <w:tc>
          <w:tcPr>
            <w:tcW w:w="567" w:type="dxa"/>
            <w:shd w:val="clear" w:color="auto" w:fill="FFFF32"/>
          </w:tcPr>
          <w:p w14:paraId="1B4866DF" w14:textId="1C493571"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11</w:t>
            </w:r>
          </w:p>
        </w:tc>
        <w:tc>
          <w:tcPr>
            <w:tcW w:w="567" w:type="dxa"/>
            <w:shd w:val="clear" w:color="auto" w:fill="FFFF32"/>
          </w:tcPr>
          <w:p w14:paraId="439F3D59" w14:textId="3F93F031"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12</w:t>
            </w:r>
          </w:p>
        </w:tc>
        <w:tc>
          <w:tcPr>
            <w:tcW w:w="567" w:type="dxa"/>
            <w:shd w:val="clear" w:color="auto" w:fill="FFFF32"/>
          </w:tcPr>
          <w:p w14:paraId="4F014BFC" w14:textId="29724DDC"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13</w:t>
            </w:r>
          </w:p>
        </w:tc>
        <w:tc>
          <w:tcPr>
            <w:tcW w:w="567" w:type="dxa"/>
            <w:shd w:val="clear" w:color="auto" w:fill="FFFF32"/>
          </w:tcPr>
          <w:p w14:paraId="7FCCD56A" w14:textId="2121C465"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14</w:t>
            </w:r>
          </w:p>
        </w:tc>
        <w:tc>
          <w:tcPr>
            <w:tcW w:w="567" w:type="dxa"/>
            <w:shd w:val="clear" w:color="auto" w:fill="FFFF32"/>
          </w:tcPr>
          <w:p w14:paraId="70243FA9" w14:textId="27781782"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15</w:t>
            </w:r>
          </w:p>
        </w:tc>
        <w:tc>
          <w:tcPr>
            <w:tcW w:w="567" w:type="dxa"/>
            <w:shd w:val="clear" w:color="auto" w:fill="FFFF32"/>
          </w:tcPr>
          <w:p w14:paraId="39AB35D9" w14:textId="452A8E46"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16</w:t>
            </w:r>
          </w:p>
        </w:tc>
        <w:tc>
          <w:tcPr>
            <w:tcW w:w="567" w:type="dxa"/>
            <w:shd w:val="clear" w:color="auto" w:fill="FFFF32"/>
          </w:tcPr>
          <w:p w14:paraId="783D9E9E" w14:textId="0CA0E82D"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17</w:t>
            </w:r>
          </w:p>
        </w:tc>
        <w:tc>
          <w:tcPr>
            <w:tcW w:w="567" w:type="dxa"/>
            <w:shd w:val="clear" w:color="auto" w:fill="FFFF32"/>
          </w:tcPr>
          <w:p w14:paraId="6EFB1CF7" w14:textId="13F7CA89"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18</w:t>
            </w:r>
          </w:p>
        </w:tc>
      </w:tr>
      <w:tr w:rsidR="00B13C4C" w:rsidRPr="00B13C4C" w14:paraId="4E28269E" w14:textId="77777777" w:rsidTr="00B13C4C">
        <w:tc>
          <w:tcPr>
            <w:tcW w:w="566" w:type="dxa"/>
            <w:tcBorders>
              <w:bottom w:val="single" w:sz="4" w:space="0" w:color="auto"/>
            </w:tcBorders>
          </w:tcPr>
          <w:p w14:paraId="50B75732" w14:textId="04B4CC22"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Borders>
              <w:bottom w:val="single" w:sz="4" w:space="0" w:color="auto"/>
            </w:tcBorders>
          </w:tcPr>
          <w:p w14:paraId="2498F6D4" w14:textId="2707E7D4"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Borders>
              <w:bottom w:val="single" w:sz="4" w:space="0" w:color="auto"/>
            </w:tcBorders>
          </w:tcPr>
          <w:p w14:paraId="1B41D871" w14:textId="755581AF"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Borders>
              <w:bottom w:val="single" w:sz="4" w:space="0" w:color="auto"/>
            </w:tcBorders>
          </w:tcPr>
          <w:p w14:paraId="48192E15" w14:textId="6C5D1653"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Borders>
              <w:bottom w:val="single" w:sz="4" w:space="0" w:color="auto"/>
            </w:tcBorders>
          </w:tcPr>
          <w:p w14:paraId="0909BCF7" w14:textId="4A2E62D1"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Borders>
              <w:bottom w:val="single" w:sz="4" w:space="0" w:color="auto"/>
            </w:tcBorders>
          </w:tcPr>
          <w:p w14:paraId="55A30155" w14:textId="7091BEB8"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Borders>
              <w:bottom w:val="single" w:sz="4" w:space="0" w:color="auto"/>
            </w:tcBorders>
          </w:tcPr>
          <w:p w14:paraId="6976FD28" w14:textId="224E8E09"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Borders>
              <w:bottom w:val="single" w:sz="4" w:space="0" w:color="auto"/>
            </w:tcBorders>
          </w:tcPr>
          <w:p w14:paraId="14DADB39" w14:textId="3AABA60B"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Borders>
              <w:bottom w:val="single" w:sz="4" w:space="0" w:color="auto"/>
            </w:tcBorders>
          </w:tcPr>
          <w:p w14:paraId="2B18DE91" w14:textId="660DC55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Borders>
              <w:bottom w:val="single" w:sz="4" w:space="0" w:color="auto"/>
            </w:tcBorders>
          </w:tcPr>
          <w:p w14:paraId="741F37BD" w14:textId="39598B0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Borders>
              <w:bottom w:val="single" w:sz="4" w:space="0" w:color="auto"/>
            </w:tcBorders>
          </w:tcPr>
          <w:p w14:paraId="6CAA5068" w14:textId="3B376A41"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Borders>
              <w:bottom w:val="single" w:sz="4" w:space="0" w:color="auto"/>
            </w:tcBorders>
          </w:tcPr>
          <w:p w14:paraId="5CDBA4A2" w14:textId="57F409D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Borders>
              <w:bottom w:val="single" w:sz="4" w:space="0" w:color="auto"/>
            </w:tcBorders>
          </w:tcPr>
          <w:p w14:paraId="7147C89E" w14:textId="482B63B6"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Borders>
              <w:bottom w:val="single" w:sz="4" w:space="0" w:color="auto"/>
            </w:tcBorders>
          </w:tcPr>
          <w:p w14:paraId="69E85992" w14:textId="439D23B2"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Borders>
              <w:bottom w:val="single" w:sz="4" w:space="0" w:color="auto"/>
            </w:tcBorders>
          </w:tcPr>
          <w:p w14:paraId="11C11FC4" w14:textId="7E6F30B0"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Borders>
              <w:bottom w:val="single" w:sz="4" w:space="0" w:color="auto"/>
            </w:tcBorders>
          </w:tcPr>
          <w:p w14:paraId="38EC60FE" w14:textId="0AABC5A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Borders>
              <w:bottom w:val="single" w:sz="4" w:space="0" w:color="auto"/>
            </w:tcBorders>
          </w:tcPr>
          <w:p w14:paraId="5F51D25A" w14:textId="7ACA58ED"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Borders>
              <w:bottom w:val="single" w:sz="4" w:space="0" w:color="auto"/>
            </w:tcBorders>
          </w:tcPr>
          <w:p w14:paraId="60FFBDFB" w14:textId="3FC28451"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r>
      <w:tr w:rsidR="00B13C4C" w:rsidRPr="00B13C4C" w14:paraId="3A3C3A41" w14:textId="77777777" w:rsidTr="00B13C4C">
        <w:tc>
          <w:tcPr>
            <w:tcW w:w="566" w:type="dxa"/>
            <w:shd w:val="clear" w:color="auto" w:fill="FFFF32"/>
          </w:tcPr>
          <w:p w14:paraId="755E4C78" w14:textId="2421A87D"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19</w:t>
            </w:r>
          </w:p>
        </w:tc>
        <w:tc>
          <w:tcPr>
            <w:tcW w:w="566" w:type="dxa"/>
            <w:shd w:val="clear" w:color="auto" w:fill="FFFF32"/>
          </w:tcPr>
          <w:p w14:paraId="3DA885F7" w14:textId="3A497829"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20</w:t>
            </w:r>
          </w:p>
        </w:tc>
        <w:tc>
          <w:tcPr>
            <w:tcW w:w="566" w:type="dxa"/>
            <w:shd w:val="clear" w:color="auto" w:fill="FFFF32"/>
          </w:tcPr>
          <w:p w14:paraId="05281DA4" w14:textId="2F9391F1"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21</w:t>
            </w:r>
          </w:p>
        </w:tc>
        <w:tc>
          <w:tcPr>
            <w:tcW w:w="566" w:type="dxa"/>
            <w:shd w:val="clear" w:color="auto" w:fill="FFFF32"/>
          </w:tcPr>
          <w:p w14:paraId="6F05C5F0" w14:textId="4B52843F"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22</w:t>
            </w:r>
          </w:p>
        </w:tc>
        <w:tc>
          <w:tcPr>
            <w:tcW w:w="566" w:type="dxa"/>
            <w:shd w:val="clear" w:color="auto" w:fill="FFFF32"/>
          </w:tcPr>
          <w:p w14:paraId="4B876C37" w14:textId="37A8397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23</w:t>
            </w:r>
          </w:p>
        </w:tc>
        <w:tc>
          <w:tcPr>
            <w:tcW w:w="566" w:type="dxa"/>
            <w:shd w:val="clear" w:color="auto" w:fill="FFFF32"/>
          </w:tcPr>
          <w:p w14:paraId="254F66B4" w14:textId="4BB2004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24</w:t>
            </w:r>
          </w:p>
        </w:tc>
        <w:tc>
          <w:tcPr>
            <w:tcW w:w="566" w:type="dxa"/>
            <w:shd w:val="clear" w:color="auto" w:fill="FFFF32"/>
          </w:tcPr>
          <w:p w14:paraId="7223D05E" w14:textId="06C22A92"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25</w:t>
            </w:r>
          </w:p>
        </w:tc>
        <w:tc>
          <w:tcPr>
            <w:tcW w:w="566" w:type="dxa"/>
            <w:shd w:val="clear" w:color="auto" w:fill="FFFF32"/>
          </w:tcPr>
          <w:p w14:paraId="62FDA334" w14:textId="61E7D70A"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26</w:t>
            </w:r>
          </w:p>
        </w:tc>
        <w:tc>
          <w:tcPr>
            <w:tcW w:w="566" w:type="dxa"/>
            <w:shd w:val="clear" w:color="auto" w:fill="FFFF32"/>
          </w:tcPr>
          <w:p w14:paraId="376AE1E0" w14:textId="163176B9"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27</w:t>
            </w:r>
          </w:p>
        </w:tc>
        <w:tc>
          <w:tcPr>
            <w:tcW w:w="566" w:type="dxa"/>
            <w:shd w:val="clear" w:color="auto" w:fill="FFFF32"/>
          </w:tcPr>
          <w:p w14:paraId="1A681C01" w14:textId="02A453C1"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28</w:t>
            </w:r>
          </w:p>
        </w:tc>
        <w:tc>
          <w:tcPr>
            <w:tcW w:w="567" w:type="dxa"/>
            <w:shd w:val="clear" w:color="auto" w:fill="FFFF32"/>
          </w:tcPr>
          <w:p w14:paraId="27070CBC" w14:textId="752DBD98"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29</w:t>
            </w:r>
          </w:p>
        </w:tc>
        <w:tc>
          <w:tcPr>
            <w:tcW w:w="567" w:type="dxa"/>
            <w:shd w:val="clear" w:color="auto" w:fill="FFFF32"/>
          </w:tcPr>
          <w:p w14:paraId="54804EE1" w14:textId="76CF700C"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30</w:t>
            </w:r>
          </w:p>
        </w:tc>
        <w:tc>
          <w:tcPr>
            <w:tcW w:w="567" w:type="dxa"/>
            <w:shd w:val="clear" w:color="auto" w:fill="FFFF32"/>
          </w:tcPr>
          <w:p w14:paraId="595EEB9F" w14:textId="0F0A68A2"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31</w:t>
            </w:r>
          </w:p>
        </w:tc>
        <w:tc>
          <w:tcPr>
            <w:tcW w:w="567" w:type="dxa"/>
            <w:shd w:val="clear" w:color="auto" w:fill="FFFF32"/>
          </w:tcPr>
          <w:p w14:paraId="29822375" w14:textId="1D5CD476"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32</w:t>
            </w:r>
          </w:p>
        </w:tc>
        <w:tc>
          <w:tcPr>
            <w:tcW w:w="567" w:type="dxa"/>
            <w:shd w:val="clear" w:color="auto" w:fill="FFFF32"/>
          </w:tcPr>
          <w:p w14:paraId="0096FA2D" w14:textId="0D4F82E5"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33</w:t>
            </w:r>
          </w:p>
        </w:tc>
        <w:tc>
          <w:tcPr>
            <w:tcW w:w="567" w:type="dxa"/>
            <w:shd w:val="clear" w:color="auto" w:fill="FFFF32"/>
          </w:tcPr>
          <w:p w14:paraId="3B084C71" w14:textId="3E5D3E5E"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34</w:t>
            </w:r>
          </w:p>
        </w:tc>
        <w:tc>
          <w:tcPr>
            <w:tcW w:w="567" w:type="dxa"/>
            <w:shd w:val="clear" w:color="auto" w:fill="FFFF32"/>
          </w:tcPr>
          <w:p w14:paraId="48695874" w14:textId="1A2E7850"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35</w:t>
            </w:r>
          </w:p>
        </w:tc>
        <w:tc>
          <w:tcPr>
            <w:tcW w:w="567" w:type="dxa"/>
            <w:shd w:val="clear" w:color="auto" w:fill="FFFF32"/>
          </w:tcPr>
          <w:p w14:paraId="0C733170" w14:textId="03CA5894"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36</w:t>
            </w:r>
          </w:p>
        </w:tc>
      </w:tr>
      <w:tr w:rsidR="00B13C4C" w:rsidRPr="00B13C4C" w14:paraId="3187C65D" w14:textId="77777777" w:rsidTr="00B13C4C">
        <w:tc>
          <w:tcPr>
            <w:tcW w:w="566" w:type="dxa"/>
          </w:tcPr>
          <w:p w14:paraId="33939BAB" w14:textId="245AF9F5"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Pr>
          <w:p w14:paraId="40C7B09C" w14:textId="5134005F"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Pr>
          <w:p w14:paraId="47CF2112" w14:textId="52FF2A95"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Pr>
          <w:p w14:paraId="7034858E" w14:textId="22116974"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Pr>
          <w:p w14:paraId="29F48682" w14:textId="11073A05"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Pr>
          <w:p w14:paraId="24D8EEB0" w14:textId="5D49921A"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Pr>
          <w:p w14:paraId="31499807" w14:textId="6A76E9CD"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Pr>
          <w:p w14:paraId="6F59FFF5" w14:textId="6EF44F10"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Pr>
          <w:p w14:paraId="6ABD5BC7" w14:textId="2D8A00BD"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Pr>
          <w:p w14:paraId="7D76D235" w14:textId="224B2A1B"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7" w:type="dxa"/>
          </w:tcPr>
          <w:p w14:paraId="526B3131" w14:textId="389B0050"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Pr>
          <w:p w14:paraId="754AFB0A" w14:textId="2D67C0E0"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Pr>
          <w:p w14:paraId="588DB175" w14:textId="005F139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Pr>
          <w:p w14:paraId="4EDDB509" w14:textId="5A803763"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7" w:type="dxa"/>
          </w:tcPr>
          <w:p w14:paraId="2A770AD0" w14:textId="03D9CA81"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7" w:type="dxa"/>
          </w:tcPr>
          <w:p w14:paraId="33E6A0A9" w14:textId="553A6A30"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7" w:type="dxa"/>
          </w:tcPr>
          <w:p w14:paraId="31AE37BB" w14:textId="3D089D89"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Pr>
          <w:p w14:paraId="039CCD97" w14:textId="77777777" w:rsidR="00B13C4C" w:rsidRPr="00B13C4C" w:rsidRDefault="00B13C4C" w:rsidP="00B13C4C">
            <w:pPr>
              <w:ind w:left="-57" w:right="-57"/>
              <w:jc w:val="center"/>
              <w:rPr>
                <w:rFonts w:ascii="Times New Roman" w:hAnsi="Times New Roman" w:cs="Times New Roman"/>
                <w:b/>
                <w:color w:val="0000FF"/>
                <w:sz w:val="24"/>
                <w:szCs w:val="24"/>
              </w:rPr>
            </w:pPr>
          </w:p>
        </w:tc>
      </w:tr>
    </w:tbl>
    <w:p w14:paraId="096A2FF5" w14:textId="77777777" w:rsidR="00B13C4C" w:rsidRPr="00B13C4C" w:rsidRDefault="00B13C4C" w:rsidP="003C0C39">
      <w:pPr>
        <w:ind w:left="992"/>
        <w:jc w:val="center"/>
        <w:rPr>
          <w:rFonts w:ascii="Times New Roman" w:hAnsi="Times New Roman" w:cs="Times New Roman"/>
          <w:b/>
          <w:sz w:val="24"/>
          <w:szCs w:val="24"/>
        </w:rPr>
      </w:pPr>
      <w:r w:rsidRPr="00B13C4C">
        <w:rPr>
          <w:rFonts w:ascii="Times New Roman" w:hAnsi="Times New Roman" w:cs="Times New Roman"/>
          <w:b/>
          <w:sz w:val="24"/>
          <w:szCs w:val="24"/>
        </w:rPr>
        <w:t>ĐỀ 10-15</w:t>
      </w:r>
    </w:p>
    <w:p w14:paraId="49BE7C48" w14:textId="77777777" w:rsidR="00B13C4C" w:rsidRPr="00B13C4C" w:rsidRDefault="00B13C4C" w:rsidP="003C0C39">
      <w:pPr>
        <w:ind w:left="992"/>
        <w:rPr>
          <w:rFonts w:ascii="Times New Roman" w:hAnsi="Times New Roman" w:cs="Times New Roman"/>
          <w:sz w:val="24"/>
          <w:szCs w:val="24"/>
        </w:rPr>
      </w:pPr>
      <w:r w:rsidRPr="00B13C4C">
        <w:rPr>
          <w:rFonts w:ascii="Times New Roman" w:hAnsi="Times New Roman" w:cs="Times New Roman"/>
          <w:b/>
          <w:sz w:val="24"/>
          <w:szCs w:val="24"/>
        </w:rPr>
        <w:t>Phần I: Trắc nghiệm</w:t>
      </w:r>
    </w:p>
    <w:p w14:paraId="2BB2AB6D" w14:textId="77777777" w:rsidR="00B13C4C" w:rsidRPr="00B13C4C" w:rsidRDefault="00B13C4C" w:rsidP="003C0C39">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biết </w:t>
      </w:r>
      <w:r w:rsidRPr="00B13C4C">
        <w:rPr>
          <w:rFonts w:ascii="Times New Roman" w:hAnsi="Times New Roman" w:cs="Times New Roman"/>
          <w:position w:val="-24"/>
          <w:sz w:val="24"/>
          <w:szCs w:val="24"/>
        </w:rPr>
        <w:object w:dxaOrig="1719" w:dyaOrig="620" w14:anchorId="78301CC0">
          <v:shape id="_x0000_i3789" type="#_x0000_t75" style="width:85.8pt;height:31.2pt" o:ole="">
            <v:imagedata r:id="rId3898" o:title=""/>
          </v:shape>
          <o:OLEObject Type="Embed" ProgID="Equation.DSMT4" ShapeID="_x0000_i3789" DrawAspect="Content" ObjectID="_1699837073" r:id="rId3899"/>
        </w:object>
      </w:r>
      <w:r w:rsidRPr="00B13C4C">
        <w:rPr>
          <w:rFonts w:ascii="Times New Roman" w:hAnsi="Times New Roman" w:cs="Times New Roman"/>
          <w:sz w:val="24"/>
          <w:szCs w:val="24"/>
        </w:rPr>
        <w:t xml:space="preserve"> Giá trị của </w:t>
      </w:r>
      <w:r w:rsidRPr="00B13C4C">
        <w:rPr>
          <w:rFonts w:ascii="Times New Roman" w:hAnsi="Times New Roman" w:cs="Times New Roman"/>
          <w:position w:val="-8"/>
          <w:sz w:val="24"/>
          <w:szCs w:val="24"/>
        </w:rPr>
        <w:object w:dxaOrig="2060" w:dyaOrig="400" w14:anchorId="68CBDD6B">
          <v:shape id="_x0000_i3790" type="#_x0000_t75" style="width:103.2pt;height:19.8pt" o:ole="">
            <v:imagedata r:id="rId3900" o:title=""/>
          </v:shape>
          <o:OLEObject Type="Embed" ProgID="Equation.DSMT4" ShapeID="_x0000_i3790" DrawAspect="Content" ObjectID="_1699837074" r:id="rId3901"/>
        </w:object>
      </w:r>
      <w:r w:rsidRPr="00B13C4C">
        <w:rPr>
          <w:rFonts w:ascii="Times New Roman" w:hAnsi="Times New Roman" w:cs="Times New Roman"/>
          <w:sz w:val="24"/>
          <w:szCs w:val="24"/>
        </w:rPr>
        <w:t xml:space="preserve"> bằng bao nhiêu?</w:t>
      </w:r>
    </w:p>
    <w:p w14:paraId="00674334"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720" w:dyaOrig="620" w14:anchorId="6FFA52D2">
          <v:shape id="_x0000_i3791" type="#_x0000_t75" style="width:36pt;height:31.2pt" o:ole="">
            <v:imagedata r:id="rId3902" o:title=""/>
          </v:shape>
          <o:OLEObject Type="Embed" ProgID="Equation.DSMT4" ShapeID="_x0000_i3791" DrawAspect="Content" ObjectID="_1699837075" r:id="rId390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639" w:dyaOrig="620" w14:anchorId="71483347">
          <v:shape id="_x0000_i3792" type="#_x0000_t75" style="width:31.8pt;height:31.2pt" o:ole="">
            <v:imagedata r:id="rId3904" o:title=""/>
          </v:shape>
          <o:OLEObject Type="Embed" ProgID="Equation.DSMT4" ShapeID="_x0000_i3792" DrawAspect="Content" ObjectID="_1699837076" r:id="rId390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639" w:dyaOrig="620" w14:anchorId="79E427B2">
          <v:shape id="_x0000_i3793" type="#_x0000_t75" style="width:31.8pt;height:31.2pt" o:ole="">
            <v:imagedata r:id="rId3906" o:title=""/>
          </v:shape>
          <o:OLEObject Type="Embed" ProgID="Equation.DSMT4" ShapeID="_x0000_i3793" DrawAspect="Content" ObjectID="_1699837077" r:id="rId390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639" w:dyaOrig="620" w14:anchorId="40D3D013">
          <v:shape id="_x0000_i3794" type="#_x0000_t75" style="width:31.8pt;height:31.2pt" o:ole="">
            <v:imagedata r:id="rId3908" o:title=""/>
          </v:shape>
          <o:OLEObject Type="Embed" ProgID="Equation.DSMT4" ShapeID="_x0000_i3794" DrawAspect="Content" ObjectID="_1699837078" r:id="rId3909"/>
        </w:object>
      </w:r>
      <w:r w:rsidRPr="00B13C4C">
        <w:rPr>
          <w:rFonts w:ascii="Times New Roman" w:hAnsi="Times New Roman" w:cs="Times New Roman"/>
          <w:sz w:val="24"/>
          <w:szCs w:val="24"/>
        </w:rPr>
        <w:t>.</w:t>
      </w:r>
    </w:p>
    <w:p w14:paraId="1489C3C3" w14:textId="77777777" w:rsidR="00B13C4C" w:rsidRPr="00B13C4C" w:rsidRDefault="00B13C4C" w:rsidP="003C0C39">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Khẳng định nào sau đây là khẳng định đúng?</w:t>
      </w:r>
    </w:p>
    <w:p w14:paraId="0427C738"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6"/>
          <w:sz w:val="24"/>
          <w:szCs w:val="24"/>
        </w:rPr>
        <w:object w:dxaOrig="2299" w:dyaOrig="440" w14:anchorId="18E23ED9">
          <v:shape id="_x0000_i3795" type="#_x0000_t75" style="width:115.2pt;height:22.2pt" o:ole="">
            <v:imagedata r:id="rId3910" o:title=""/>
          </v:shape>
          <o:OLEObject Type="Embed" ProgID="Equation.DSMT4" ShapeID="_x0000_i3795" DrawAspect="Content" ObjectID="_1699837079" r:id="rId391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6"/>
          <w:sz w:val="24"/>
          <w:szCs w:val="24"/>
        </w:rPr>
        <w:object w:dxaOrig="2100" w:dyaOrig="440" w14:anchorId="3A91CB6C">
          <v:shape id="_x0000_i3796" type="#_x0000_t75" style="width:105pt;height:22.2pt" o:ole="">
            <v:imagedata r:id="rId3912" o:title=""/>
          </v:shape>
          <o:OLEObject Type="Embed" ProgID="Equation.DSMT4" ShapeID="_x0000_i3796" DrawAspect="Content" ObjectID="_1699837080" r:id="rId3913"/>
        </w:object>
      </w:r>
      <w:r w:rsidRPr="00B13C4C">
        <w:rPr>
          <w:rFonts w:ascii="Times New Roman" w:hAnsi="Times New Roman" w:cs="Times New Roman"/>
          <w:sz w:val="24"/>
          <w:szCs w:val="24"/>
        </w:rPr>
        <w:t>.</w:t>
      </w:r>
    </w:p>
    <w:p w14:paraId="051253BE"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lastRenderedPageBreak/>
        <w:t xml:space="preserve">C. </w:t>
      </w:r>
      <w:r w:rsidRPr="00B13C4C">
        <w:rPr>
          <w:rFonts w:ascii="Times New Roman" w:hAnsi="Times New Roman" w:cs="Times New Roman"/>
          <w:position w:val="-16"/>
          <w:sz w:val="24"/>
          <w:szCs w:val="24"/>
        </w:rPr>
        <w:object w:dxaOrig="2120" w:dyaOrig="440" w14:anchorId="0635B7BE">
          <v:shape id="_x0000_i3797" type="#_x0000_t75" style="width:106.2pt;height:22.2pt" o:ole="">
            <v:imagedata r:id="rId3914" o:title=""/>
          </v:shape>
          <o:OLEObject Type="Embed" ProgID="Equation.DSMT4" ShapeID="_x0000_i3797" DrawAspect="Content" ObjectID="_1699837081" r:id="rId391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6"/>
          <w:sz w:val="24"/>
          <w:szCs w:val="24"/>
        </w:rPr>
        <w:object w:dxaOrig="2240" w:dyaOrig="440" w14:anchorId="55D6AEC4">
          <v:shape id="_x0000_i3798" type="#_x0000_t75" style="width:112.2pt;height:22.2pt" o:ole="">
            <v:imagedata r:id="rId3916" o:title=""/>
          </v:shape>
          <o:OLEObject Type="Embed" ProgID="Equation.DSMT4" ShapeID="_x0000_i3798" DrawAspect="Content" ObjectID="_1699837082" r:id="rId3917"/>
        </w:object>
      </w:r>
      <w:r w:rsidRPr="00B13C4C">
        <w:rPr>
          <w:rFonts w:ascii="Times New Roman" w:hAnsi="Times New Roman" w:cs="Times New Roman"/>
          <w:sz w:val="24"/>
          <w:szCs w:val="24"/>
        </w:rPr>
        <w:t>.</w:t>
      </w:r>
    </w:p>
    <w:p w14:paraId="2B2365FD" w14:textId="77777777" w:rsidR="00B13C4C" w:rsidRPr="00B13C4C" w:rsidRDefault="00B13C4C" w:rsidP="003C0C39">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Giá trị của </w:t>
      </w:r>
      <w:r w:rsidRPr="00B13C4C">
        <w:rPr>
          <w:rFonts w:ascii="Times New Roman" w:hAnsi="Times New Roman" w:cs="Times New Roman"/>
          <w:position w:val="-6"/>
          <w:sz w:val="24"/>
          <w:szCs w:val="24"/>
        </w:rPr>
        <w:object w:dxaOrig="260" w:dyaOrig="220" w14:anchorId="27FB7EA1">
          <v:shape id="_x0000_i3799" type="#_x0000_t75" style="width:13.2pt;height:10.8pt" o:ole="">
            <v:imagedata r:id="rId3918" o:title=""/>
          </v:shape>
          <o:OLEObject Type="Embed" ProgID="Equation.DSMT4" ShapeID="_x0000_i3799" DrawAspect="Content" ObjectID="_1699837083" r:id="rId3919"/>
        </w:object>
      </w:r>
      <w:r w:rsidRPr="00B13C4C">
        <w:rPr>
          <w:rFonts w:ascii="Times New Roman" w:hAnsi="Times New Roman" w:cs="Times New Roman"/>
          <w:sz w:val="24"/>
          <w:szCs w:val="24"/>
        </w:rPr>
        <w:t xml:space="preserve"> làm cho phương trình </w:t>
      </w:r>
      <w:r w:rsidRPr="00B13C4C">
        <w:rPr>
          <w:rFonts w:ascii="Times New Roman" w:hAnsi="Times New Roman" w:cs="Times New Roman"/>
          <w:position w:val="-6"/>
          <w:sz w:val="24"/>
          <w:szCs w:val="24"/>
        </w:rPr>
        <w:object w:dxaOrig="1380" w:dyaOrig="279" w14:anchorId="7635AFC4">
          <v:shape id="_x0000_i3800" type="#_x0000_t75" style="width:69pt;height:13.8pt" o:ole="">
            <v:imagedata r:id="rId3920" o:title=""/>
          </v:shape>
          <o:OLEObject Type="Embed" ProgID="Equation.DSMT4" ShapeID="_x0000_i3800" DrawAspect="Content" ObjectID="_1699837084" r:id="rId3921"/>
        </w:object>
      </w:r>
      <w:r w:rsidRPr="00B13C4C">
        <w:rPr>
          <w:rFonts w:ascii="Times New Roman" w:hAnsi="Times New Roman" w:cs="Times New Roman"/>
          <w:sz w:val="24"/>
          <w:szCs w:val="24"/>
        </w:rPr>
        <w:t xml:space="preserve"> vô nghiệm là:</w:t>
      </w:r>
    </w:p>
    <w:p w14:paraId="080C6F44"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 xml:space="preserve">không có </w:t>
      </w:r>
      <w:r w:rsidRPr="00B13C4C">
        <w:rPr>
          <w:rFonts w:ascii="Times New Roman" w:hAnsi="Times New Roman" w:cs="Times New Roman"/>
          <w:position w:val="-6"/>
          <w:sz w:val="24"/>
          <w:szCs w:val="24"/>
        </w:rPr>
        <w:object w:dxaOrig="260" w:dyaOrig="220" w14:anchorId="04A4E4C6">
          <v:shape id="_x0000_i3801" type="#_x0000_t75" style="width:13.2pt;height:10.8pt" o:ole="">
            <v:imagedata r:id="rId3922" o:title=""/>
          </v:shape>
          <o:OLEObject Type="Embed" ProgID="Equation.DSMT4" ShapeID="_x0000_i3801" DrawAspect="Content" ObjectID="_1699837085" r:id="rId392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560" w:dyaOrig="279" w14:anchorId="44E92911">
          <v:shape id="_x0000_i3802" type="#_x0000_t75" style="width:28.2pt;height:13.8pt" o:ole="">
            <v:imagedata r:id="rId3924" o:title=""/>
          </v:shape>
          <o:OLEObject Type="Embed" ProgID="Equation.DSMT4" ShapeID="_x0000_i3802" DrawAspect="Content" ObjectID="_1699837086" r:id="rId392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600" w:dyaOrig="279" w14:anchorId="3FD9404D">
          <v:shape id="_x0000_i3803" type="#_x0000_t75" style="width:30pt;height:13.8pt" o:ole="">
            <v:imagedata r:id="rId3926" o:title=""/>
          </v:shape>
          <o:OLEObject Type="Embed" ProgID="Equation.DSMT4" ShapeID="_x0000_i3803" DrawAspect="Content" ObjectID="_1699837087" r:id="rId392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720" w:dyaOrig="279" w14:anchorId="0C849C9F">
          <v:shape id="_x0000_i3804" type="#_x0000_t75" style="width:36pt;height:13.8pt" o:ole="">
            <v:imagedata r:id="rId3928" o:title=""/>
          </v:shape>
          <o:OLEObject Type="Embed" ProgID="Equation.DSMT4" ShapeID="_x0000_i3804" DrawAspect="Content" ObjectID="_1699837088" r:id="rId3929"/>
        </w:object>
      </w:r>
      <w:r w:rsidRPr="00B13C4C">
        <w:rPr>
          <w:rFonts w:ascii="Times New Roman" w:hAnsi="Times New Roman" w:cs="Times New Roman"/>
          <w:sz w:val="24"/>
          <w:szCs w:val="24"/>
        </w:rPr>
        <w:t>.</w:t>
      </w:r>
    </w:p>
    <w:p w14:paraId="60152CE9" w14:textId="77777777" w:rsidR="00B13C4C" w:rsidRPr="00B13C4C" w:rsidRDefault="00B13C4C" w:rsidP="003C0C39">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đồ thị hàm số </w:t>
      </w:r>
      <w:r w:rsidRPr="00B13C4C">
        <w:rPr>
          <w:rFonts w:ascii="Times New Roman" w:hAnsi="Times New Roman" w:cs="Times New Roman"/>
          <w:position w:val="-10"/>
          <w:sz w:val="24"/>
          <w:szCs w:val="24"/>
        </w:rPr>
        <w:object w:dxaOrig="2120" w:dyaOrig="360" w14:anchorId="567940A6">
          <v:shape id="_x0000_i3805" type="#_x0000_t75" style="width:106.2pt;height:18pt" o:ole="">
            <v:imagedata r:id="rId3930" o:title=""/>
          </v:shape>
          <o:OLEObject Type="Embed" ProgID="Equation.DSMT4" ShapeID="_x0000_i3805" DrawAspect="Content" ObjectID="_1699837089" r:id="rId3931"/>
        </w:object>
      </w:r>
      <w:r w:rsidRPr="00B13C4C">
        <w:rPr>
          <w:rFonts w:ascii="Times New Roman" w:hAnsi="Times New Roman" w:cs="Times New Roman"/>
          <w:sz w:val="24"/>
          <w:szCs w:val="24"/>
        </w:rPr>
        <w:t xml:space="preserve"> như hình vẽ bên. Xét phương trình </w:t>
      </w:r>
      <w:r w:rsidRPr="00B13C4C">
        <w:rPr>
          <w:rFonts w:ascii="Times New Roman" w:hAnsi="Times New Roman" w:cs="Times New Roman"/>
          <w:position w:val="-10"/>
          <w:sz w:val="24"/>
          <w:szCs w:val="24"/>
        </w:rPr>
        <w:object w:dxaOrig="2000" w:dyaOrig="360" w14:anchorId="04B205B0">
          <v:shape id="_x0000_i3806" type="#_x0000_t75" style="width:100.2pt;height:18pt" o:ole="">
            <v:imagedata r:id="rId3932" o:title=""/>
          </v:shape>
          <o:OLEObject Type="Embed" ProgID="Equation.DSMT4" ShapeID="_x0000_i3806" DrawAspect="Content" ObjectID="_1699837090" r:id="rId3933"/>
        </w:object>
      </w:r>
      <w:r w:rsidRPr="00B13C4C">
        <w:rPr>
          <w:rFonts w:ascii="Times New Roman" w:hAnsi="Times New Roman" w:cs="Times New Roman"/>
          <w:sz w:val="24"/>
          <w:szCs w:val="24"/>
        </w:rPr>
        <w:t>. Chọn khẳng định đúng.</w:t>
      </w:r>
    </w:p>
    <w:p w14:paraId="2768E31A" w14:textId="77777777" w:rsidR="00B13C4C" w:rsidRPr="00B13C4C" w:rsidRDefault="00B13C4C" w:rsidP="003C0C39">
      <w:pPr>
        <w:ind w:left="992" w:hanging="992"/>
        <w:jc w:val="center"/>
        <w:rPr>
          <w:rFonts w:ascii="Times New Roman" w:hAnsi="Times New Roman" w:cs="Times New Roman"/>
          <w:sz w:val="24"/>
          <w:szCs w:val="24"/>
        </w:rPr>
      </w:pPr>
      <w:r w:rsidRPr="00B13C4C">
        <w:rPr>
          <w:rFonts w:ascii="Times New Roman" w:hAnsi="Times New Roman" w:cs="Times New Roman"/>
          <w:noProof/>
          <w:sz w:val="24"/>
          <w:szCs w:val="24"/>
        </w:rPr>
        <w:drawing>
          <wp:inline distT="0" distB="0" distL="0" distR="0" wp14:anchorId="3C07897C" wp14:editId="08323038">
            <wp:extent cx="1341120" cy="1164657"/>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34"/>
                    <a:stretch>
                      <a:fillRect/>
                    </a:stretch>
                  </pic:blipFill>
                  <pic:spPr>
                    <a:xfrm>
                      <a:off x="0" y="0"/>
                      <a:ext cx="1348069" cy="1170691"/>
                    </a:xfrm>
                    <a:prstGeom prst="rect">
                      <a:avLst/>
                    </a:prstGeom>
                  </pic:spPr>
                </pic:pic>
              </a:graphicData>
            </a:graphic>
          </wp:inline>
        </w:drawing>
      </w:r>
    </w:p>
    <w:p w14:paraId="7DDD2AF7"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Phương trình đã cho vô nghiệm.</w:t>
      </w:r>
    </w:p>
    <w:p w14:paraId="28C653B9"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Phương trình đã cho có đúng 2 nghiệm thực.</w:t>
      </w:r>
    </w:p>
    <w:p w14:paraId="5B869BC6"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Phương trình đã cho có đúng 3 nghiệm thực.</w:t>
      </w:r>
    </w:p>
    <w:p w14:paraId="5612E447"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Phương trình đã cho có duy nhất một nghiệm.</w:t>
      </w:r>
    </w:p>
    <w:p w14:paraId="2DCC6078" w14:textId="77777777" w:rsidR="00B13C4C" w:rsidRPr="00B13C4C" w:rsidRDefault="00B13C4C" w:rsidP="003C0C39">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tập hợp </w:t>
      </w:r>
      <w:r w:rsidRPr="00B13C4C">
        <w:rPr>
          <w:rFonts w:ascii="Times New Roman" w:hAnsi="Times New Roman" w:cs="Times New Roman"/>
          <w:position w:val="-10"/>
          <w:sz w:val="24"/>
          <w:szCs w:val="24"/>
        </w:rPr>
        <w:object w:dxaOrig="1080" w:dyaOrig="320" w14:anchorId="3C90DB33">
          <v:shape id="_x0000_i3807" type="#_x0000_t75" style="width:54pt;height:16.2pt" o:ole="">
            <v:imagedata r:id="rId3935" o:title=""/>
          </v:shape>
          <o:OLEObject Type="Embed" ProgID="Equation.DSMT4" ShapeID="_x0000_i3807" DrawAspect="Content" ObjectID="_1699837091" r:id="rId3936"/>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900" w:dyaOrig="320" w14:anchorId="1C35F817">
          <v:shape id="_x0000_i3808" type="#_x0000_t75" style="width:45pt;height:16.2pt" o:ole="">
            <v:imagedata r:id="rId3937" o:title=""/>
          </v:shape>
          <o:OLEObject Type="Embed" ProgID="Equation.DSMT4" ShapeID="_x0000_i3808" DrawAspect="Content" ObjectID="_1699837092" r:id="rId3938"/>
        </w:object>
      </w:r>
      <w:r w:rsidRPr="00B13C4C">
        <w:rPr>
          <w:rFonts w:ascii="Times New Roman" w:hAnsi="Times New Roman" w:cs="Times New Roman"/>
          <w:sz w:val="24"/>
          <w:szCs w:val="24"/>
        </w:rPr>
        <w:t xml:space="preserve">. Khi đó, tập </w:t>
      </w:r>
      <w:r w:rsidRPr="00B13C4C">
        <w:rPr>
          <w:rFonts w:ascii="Times New Roman" w:hAnsi="Times New Roman" w:cs="Times New Roman"/>
          <w:position w:val="-6"/>
          <w:sz w:val="24"/>
          <w:szCs w:val="24"/>
        </w:rPr>
        <w:object w:dxaOrig="560" w:dyaOrig="279" w14:anchorId="5D7B458C">
          <v:shape id="_x0000_i3809" type="#_x0000_t75" style="width:28.2pt;height:13.8pt" o:ole="">
            <v:imagedata r:id="rId3939" o:title=""/>
          </v:shape>
          <o:OLEObject Type="Embed" ProgID="Equation.DSMT4" ShapeID="_x0000_i3809" DrawAspect="Content" ObjectID="_1699837093" r:id="rId3940"/>
        </w:object>
      </w:r>
      <w:r w:rsidRPr="00B13C4C">
        <w:rPr>
          <w:rFonts w:ascii="Times New Roman" w:hAnsi="Times New Roman" w:cs="Times New Roman"/>
          <w:sz w:val="24"/>
          <w:szCs w:val="24"/>
        </w:rPr>
        <w:t xml:space="preserve"> là</w:t>
      </w:r>
    </w:p>
    <w:p w14:paraId="149DABEB"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639" w:dyaOrig="320" w14:anchorId="5D27F8BB">
          <v:shape id="_x0000_i3810" type="#_x0000_t75" style="width:31.8pt;height:16.2pt" o:ole="">
            <v:imagedata r:id="rId3941" o:title=""/>
          </v:shape>
          <o:OLEObject Type="Embed" ProgID="Equation.DSMT4" ShapeID="_x0000_i3810" DrawAspect="Content" ObjectID="_1699837094" r:id="rId394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639" w:dyaOrig="320" w14:anchorId="617DF4D9">
          <v:shape id="_x0000_i3811" type="#_x0000_t75" style="width:31.8pt;height:16.2pt" o:ole="">
            <v:imagedata r:id="rId3943" o:title=""/>
          </v:shape>
          <o:OLEObject Type="Embed" ProgID="Equation.DSMT4" ShapeID="_x0000_i3811" DrawAspect="Content" ObjectID="_1699837095" r:id="rId394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780" w:dyaOrig="320" w14:anchorId="38271DA5">
          <v:shape id="_x0000_i3812" type="#_x0000_t75" style="width:39pt;height:16.2pt" o:ole="">
            <v:imagedata r:id="rId3945" o:title=""/>
          </v:shape>
          <o:OLEObject Type="Embed" ProgID="Equation.DSMT4" ShapeID="_x0000_i3812" DrawAspect="Content" ObjectID="_1699837096" r:id="rId394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800" w:dyaOrig="320" w14:anchorId="4FA92399">
          <v:shape id="_x0000_i3813" type="#_x0000_t75" style="width:40.2pt;height:16.2pt" o:ole="">
            <v:imagedata r:id="rId3947" o:title=""/>
          </v:shape>
          <o:OLEObject Type="Embed" ProgID="Equation.DSMT4" ShapeID="_x0000_i3813" DrawAspect="Content" ObjectID="_1699837097" r:id="rId3948"/>
        </w:object>
      </w:r>
      <w:r w:rsidRPr="00B13C4C">
        <w:rPr>
          <w:rFonts w:ascii="Times New Roman" w:hAnsi="Times New Roman" w:cs="Times New Roman"/>
          <w:sz w:val="24"/>
          <w:szCs w:val="24"/>
        </w:rPr>
        <w:t>.</w:t>
      </w:r>
    </w:p>
    <w:p w14:paraId="7FD9256B" w14:textId="77777777" w:rsidR="00B13C4C" w:rsidRPr="00B13C4C" w:rsidRDefault="00B13C4C" w:rsidP="003C0C39">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tam giác đều </w:t>
      </w:r>
      <w:r w:rsidRPr="00B13C4C">
        <w:rPr>
          <w:rFonts w:ascii="Times New Roman" w:hAnsi="Times New Roman" w:cs="Times New Roman"/>
          <w:position w:val="-6"/>
          <w:sz w:val="24"/>
          <w:szCs w:val="24"/>
        </w:rPr>
        <w:object w:dxaOrig="560" w:dyaOrig="279" w14:anchorId="26C78A90">
          <v:shape id="_x0000_i3814" type="#_x0000_t75" style="width:28.2pt;height:13.8pt" o:ole="">
            <v:imagedata r:id="rId3949" o:title=""/>
          </v:shape>
          <o:OLEObject Type="Embed" ProgID="Equation.DSMT4" ShapeID="_x0000_i3814" DrawAspect="Content" ObjectID="_1699837098" r:id="rId3950"/>
        </w:object>
      </w:r>
      <w:r w:rsidRPr="00B13C4C">
        <w:rPr>
          <w:rFonts w:ascii="Times New Roman" w:hAnsi="Times New Roman" w:cs="Times New Roman"/>
          <w:sz w:val="24"/>
          <w:szCs w:val="24"/>
        </w:rPr>
        <w:t xml:space="preserve"> cạnh </w:t>
      </w:r>
      <w:r w:rsidRPr="00B13C4C">
        <w:rPr>
          <w:rFonts w:ascii="Times New Roman" w:hAnsi="Times New Roman" w:cs="Times New Roman"/>
          <w:position w:val="-6"/>
          <w:sz w:val="24"/>
          <w:szCs w:val="24"/>
        </w:rPr>
        <w:object w:dxaOrig="320" w:dyaOrig="279" w14:anchorId="501B71F4">
          <v:shape id="_x0000_i3815" type="#_x0000_t75" style="width:16.2pt;height:13.8pt" o:ole="">
            <v:imagedata r:id="rId3951" o:title=""/>
          </v:shape>
          <o:OLEObject Type="Embed" ProgID="Equation.DSMT4" ShapeID="_x0000_i3815" DrawAspect="Content" ObjectID="_1699837099" r:id="rId3952"/>
        </w:object>
      </w:r>
      <w:r w:rsidRPr="00B13C4C">
        <w:rPr>
          <w:rFonts w:ascii="Times New Roman" w:hAnsi="Times New Roman" w:cs="Times New Roman"/>
          <w:sz w:val="24"/>
          <w:szCs w:val="24"/>
        </w:rPr>
        <w:t xml:space="preserve">. Giá trị </w:t>
      </w:r>
      <w:r w:rsidRPr="00B13C4C">
        <w:rPr>
          <w:rFonts w:ascii="Times New Roman" w:hAnsi="Times New Roman" w:cs="Times New Roman"/>
          <w:position w:val="-6"/>
          <w:sz w:val="24"/>
          <w:szCs w:val="24"/>
        </w:rPr>
        <w:object w:dxaOrig="859" w:dyaOrig="340" w14:anchorId="47EF8DF5">
          <v:shape id="_x0000_i3816" type="#_x0000_t75" style="width:43.2pt;height:16.8pt" o:ole="">
            <v:imagedata r:id="rId3953" o:title=""/>
          </v:shape>
          <o:OLEObject Type="Embed" ProgID="Equation.DSMT4" ShapeID="_x0000_i3816" DrawAspect="Content" ObjectID="_1699837100" r:id="rId3954"/>
        </w:object>
      </w:r>
      <w:r w:rsidRPr="00B13C4C">
        <w:rPr>
          <w:rFonts w:ascii="Times New Roman" w:hAnsi="Times New Roman" w:cs="Times New Roman"/>
          <w:sz w:val="24"/>
          <w:szCs w:val="24"/>
        </w:rPr>
        <w:t xml:space="preserve"> bằng</w:t>
      </w:r>
    </w:p>
    <w:p w14:paraId="487D6BE9"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400" w:dyaOrig="320" w14:anchorId="4C25D48F">
          <v:shape id="_x0000_i3817" type="#_x0000_t75" style="width:19.8pt;height:16.2pt" o:ole="">
            <v:imagedata r:id="rId3955" o:title=""/>
          </v:shape>
          <o:OLEObject Type="Embed" ProgID="Equation.DSMT4" ShapeID="_x0000_i3817" DrawAspect="Content" ObjectID="_1699837101" r:id="rId395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4.</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400" w:dyaOrig="320" w14:anchorId="625842A5">
          <v:shape id="_x0000_i3818" type="#_x0000_t75" style="width:19.8pt;height:16.2pt" o:ole="">
            <v:imagedata r:id="rId3957" o:title=""/>
          </v:shape>
          <o:OLEObject Type="Embed" ProgID="Equation.DSMT4" ShapeID="_x0000_i3818" DrawAspect="Content" ObjectID="_1699837102" r:id="rId3958"/>
        </w:object>
      </w:r>
      <w:r w:rsidRPr="00B13C4C">
        <w:rPr>
          <w:rFonts w:ascii="Times New Roman" w:hAnsi="Times New Roman" w:cs="Times New Roman"/>
          <w:sz w:val="24"/>
          <w:szCs w:val="24"/>
        </w:rPr>
        <w:t>.</w:t>
      </w:r>
    </w:p>
    <w:p w14:paraId="0EA1B52C" w14:textId="77777777" w:rsidR="00B13C4C" w:rsidRPr="00B13C4C" w:rsidRDefault="00B13C4C" w:rsidP="003C0C39">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Biết đồ thị hàm số </w:t>
      </w:r>
      <w:r w:rsidRPr="00B13C4C">
        <w:rPr>
          <w:rFonts w:ascii="Times New Roman" w:hAnsi="Times New Roman" w:cs="Times New Roman"/>
          <w:position w:val="-10"/>
          <w:sz w:val="24"/>
          <w:szCs w:val="24"/>
        </w:rPr>
        <w:object w:dxaOrig="3300" w:dyaOrig="360" w14:anchorId="6F01A5D4">
          <v:shape id="_x0000_i3819" type="#_x0000_t75" style="width:165pt;height:18pt" o:ole="">
            <v:imagedata r:id="rId3959" o:title=""/>
          </v:shape>
          <o:OLEObject Type="Embed" ProgID="Equation.DSMT4" ShapeID="_x0000_i3819" DrawAspect="Content" ObjectID="_1699837103" r:id="rId3960"/>
        </w:object>
      </w:r>
      <w:r w:rsidRPr="00B13C4C">
        <w:rPr>
          <w:rFonts w:ascii="Times New Roman" w:hAnsi="Times New Roman" w:cs="Times New Roman"/>
          <w:sz w:val="24"/>
          <w:szCs w:val="24"/>
        </w:rPr>
        <w:t xml:space="preserve"> đi qua điểm </w:t>
      </w:r>
      <w:r w:rsidRPr="00B13C4C">
        <w:rPr>
          <w:rFonts w:ascii="Times New Roman" w:hAnsi="Times New Roman" w:cs="Times New Roman"/>
          <w:position w:val="-10"/>
          <w:sz w:val="24"/>
          <w:szCs w:val="24"/>
        </w:rPr>
        <w:object w:dxaOrig="859" w:dyaOrig="320" w14:anchorId="2D43B9D1">
          <v:shape id="_x0000_i3820" type="#_x0000_t75" style="width:43.2pt;height:16.2pt" o:ole="">
            <v:imagedata r:id="rId3961" o:title=""/>
          </v:shape>
          <o:OLEObject Type="Embed" ProgID="Equation.DSMT4" ShapeID="_x0000_i3820" DrawAspect="Content" ObjectID="_1699837104" r:id="rId3962"/>
        </w:object>
      </w:r>
      <w:r w:rsidRPr="00B13C4C">
        <w:rPr>
          <w:rFonts w:ascii="Times New Roman" w:hAnsi="Times New Roman" w:cs="Times New Roman"/>
          <w:sz w:val="24"/>
          <w:szCs w:val="24"/>
        </w:rPr>
        <w:t xml:space="preserve"> và có đỉnh </w:t>
      </w:r>
      <w:r w:rsidRPr="00B13C4C">
        <w:rPr>
          <w:rFonts w:ascii="Times New Roman" w:hAnsi="Times New Roman" w:cs="Times New Roman"/>
          <w:position w:val="-10"/>
          <w:sz w:val="24"/>
          <w:szCs w:val="24"/>
        </w:rPr>
        <w:object w:dxaOrig="780" w:dyaOrig="320" w14:anchorId="1A3C4DE3">
          <v:shape id="_x0000_i3821" type="#_x0000_t75" style="width:39pt;height:16.2pt" o:ole="">
            <v:imagedata r:id="rId3963" o:title=""/>
          </v:shape>
          <o:OLEObject Type="Embed" ProgID="Equation.DSMT4" ShapeID="_x0000_i3821" DrawAspect="Content" ObjectID="_1699837105" r:id="rId3964"/>
        </w:object>
      </w:r>
      <w:r w:rsidRPr="00B13C4C">
        <w:rPr>
          <w:rFonts w:ascii="Times New Roman" w:hAnsi="Times New Roman" w:cs="Times New Roman"/>
          <w:sz w:val="24"/>
          <w:szCs w:val="24"/>
        </w:rPr>
        <w:t xml:space="preserve">. Giá trị biểu thức </w:t>
      </w:r>
      <w:r w:rsidRPr="00B13C4C">
        <w:rPr>
          <w:rFonts w:ascii="Times New Roman" w:hAnsi="Times New Roman" w:cs="Times New Roman"/>
          <w:position w:val="-6"/>
          <w:sz w:val="24"/>
          <w:szCs w:val="24"/>
        </w:rPr>
        <w:object w:dxaOrig="840" w:dyaOrig="279" w14:anchorId="1684B178">
          <v:shape id="_x0000_i3822" type="#_x0000_t75" style="width:42pt;height:13.8pt" o:ole="">
            <v:imagedata r:id="rId3965" o:title=""/>
          </v:shape>
          <o:OLEObject Type="Embed" ProgID="Equation.DSMT4" ShapeID="_x0000_i3822" DrawAspect="Content" ObjectID="_1699837106" r:id="rId3966"/>
        </w:object>
      </w:r>
      <w:r w:rsidRPr="00B13C4C">
        <w:rPr>
          <w:rFonts w:ascii="Times New Roman" w:hAnsi="Times New Roman" w:cs="Times New Roman"/>
          <w:sz w:val="24"/>
          <w:szCs w:val="24"/>
        </w:rPr>
        <w:t xml:space="preserve"> bằng</w:t>
      </w:r>
    </w:p>
    <w:p w14:paraId="6CAFFF32"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11.</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1.</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6.</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9.</w:t>
      </w:r>
    </w:p>
    <w:p w14:paraId="36DE136E" w14:textId="77777777" w:rsidR="00B13C4C" w:rsidRPr="00B13C4C" w:rsidRDefault="00B13C4C" w:rsidP="003C0C39">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hình vuông </w:t>
      </w:r>
      <w:r w:rsidRPr="00B13C4C">
        <w:rPr>
          <w:rFonts w:ascii="Times New Roman" w:hAnsi="Times New Roman" w:cs="Times New Roman"/>
          <w:position w:val="-6"/>
          <w:sz w:val="24"/>
          <w:szCs w:val="24"/>
        </w:rPr>
        <w:object w:dxaOrig="720" w:dyaOrig="279" w14:anchorId="7B98FE50">
          <v:shape id="_x0000_i3823" type="#_x0000_t75" style="width:36pt;height:13.8pt" o:ole="">
            <v:imagedata r:id="rId3967" o:title=""/>
          </v:shape>
          <o:OLEObject Type="Embed" ProgID="Equation.DSMT4" ShapeID="_x0000_i3823" DrawAspect="Content" ObjectID="_1699837107" r:id="rId3968"/>
        </w:object>
      </w:r>
      <w:r w:rsidRPr="00B13C4C">
        <w:rPr>
          <w:rFonts w:ascii="Times New Roman" w:hAnsi="Times New Roman" w:cs="Times New Roman"/>
          <w:sz w:val="24"/>
          <w:szCs w:val="24"/>
        </w:rPr>
        <w:t xml:space="preserve"> cạnh </w:t>
      </w:r>
      <w:r w:rsidRPr="00B13C4C">
        <w:rPr>
          <w:rFonts w:ascii="Times New Roman" w:hAnsi="Times New Roman" w:cs="Times New Roman"/>
          <w:position w:val="-6"/>
          <w:sz w:val="24"/>
          <w:szCs w:val="24"/>
        </w:rPr>
        <w:object w:dxaOrig="200" w:dyaOrig="220" w14:anchorId="37614C55">
          <v:shape id="_x0000_i3824" type="#_x0000_t75" style="width:10.2pt;height:10.8pt" o:ole="">
            <v:imagedata r:id="rId3969" o:title=""/>
          </v:shape>
          <o:OLEObject Type="Embed" ProgID="Equation.DSMT4" ShapeID="_x0000_i3824" DrawAspect="Content" ObjectID="_1699837108" r:id="rId3970"/>
        </w:object>
      </w:r>
      <w:r w:rsidRPr="00B13C4C">
        <w:rPr>
          <w:rFonts w:ascii="Times New Roman" w:hAnsi="Times New Roman" w:cs="Times New Roman"/>
          <w:sz w:val="24"/>
          <w:szCs w:val="24"/>
        </w:rPr>
        <w:t xml:space="preserve">. </w:t>
      </w:r>
      <w:r w:rsidRPr="00B13C4C">
        <w:rPr>
          <w:rFonts w:ascii="Times New Roman" w:hAnsi="Times New Roman" w:cs="Times New Roman"/>
          <w:position w:val="-4"/>
          <w:sz w:val="24"/>
          <w:szCs w:val="24"/>
        </w:rPr>
        <w:object w:dxaOrig="320" w:dyaOrig="260" w14:anchorId="2ABA29BA">
          <v:shape id="_x0000_i3825" type="#_x0000_t75" style="width:16.2pt;height:13.2pt" o:ole="">
            <v:imagedata r:id="rId3971" o:title=""/>
          </v:shape>
          <o:OLEObject Type="Embed" ProgID="Equation.DSMT4" ShapeID="_x0000_i3825" DrawAspect="Content" ObjectID="_1699837109" r:id="rId3972"/>
        </w:object>
      </w:r>
      <w:r w:rsidRPr="00B13C4C">
        <w:rPr>
          <w:rFonts w:ascii="Times New Roman" w:hAnsi="Times New Roman" w:cs="Times New Roman"/>
          <w:sz w:val="24"/>
          <w:szCs w:val="24"/>
        </w:rPr>
        <w:t xml:space="preserve"> là một điểm thuộc cạnh </w:t>
      </w:r>
      <w:r w:rsidRPr="00B13C4C">
        <w:rPr>
          <w:rFonts w:ascii="Times New Roman" w:hAnsi="Times New Roman" w:cs="Times New Roman"/>
          <w:position w:val="-6"/>
          <w:sz w:val="24"/>
          <w:szCs w:val="24"/>
        </w:rPr>
        <w:object w:dxaOrig="400" w:dyaOrig="279" w14:anchorId="42DF9E09">
          <v:shape id="_x0000_i3826" type="#_x0000_t75" style="width:19.8pt;height:13.8pt" o:ole="">
            <v:imagedata r:id="rId3973" o:title=""/>
          </v:shape>
          <o:OLEObject Type="Embed" ProgID="Equation.DSMT4" ShapeID="_x0000_i3826" DrawAspect="Content" ObjectID="_1699837110" r:id="rId3974"/>
        </w:object>
      </w:r>
      <w:r w:rsidRPr="00B13C4C">
        <w:rPr>
          <w:rFonts w:ascii="Times New Roman" w:hAnsi="Times New Roman" w:cs="Times New Roman"/>
          <w:sz w:val="24"/>
          <w:szCs w:val="24"/>
        </w:rPr>
        <w:t xml:space="preserve">. Giá trị </w:t>
      </w:r>
      <w:r w:rsidRPr="00B13C4C">
        <w:rPr>
          <w:rFonts w:ascii="Times New Roman" w:hAnsi="Times New Roman" w:cs="Times New Roman"/>
          <w:position w:val="-6"/>
          <w:sz w:val="24"/>
          <w:szCs w:val="24"/>
        </w:rPr>
        <w:object w:dxaOrig="920" w:dyaOrig="340" w14:anchorId="17BE9477">
          <v:shape id="_x0000_i3827" type="#_x0000_t75" style="width:46.2pt;height:16.8pt" o:ole="">
            <v:imagedata r:id="rId3975" o:title=""/>
          </v:shape>
          <o:OLEObject Type="Embed" ProgID="Equation.DSMT4" ShapeID="_x0000_i3827" DrawAspect="Content" ObjectID="_1699837111" r:id="rId3976"/>
        </w:object>
      </w:r>
      <w:r w:rsidRPr="00B13C4C">
        <w:rPr>
          <w:rFonts w:ascii="Times New Roman" w:hAnsi="Times New Roman" w:cs="Times New Roman"/>
          <w:sz w:val="24"/>
          <w:szCs w:val="24"/>
        </w:rPr>
        <w:t xml:space="preserve"> bằng</w:t>
      </w:r>
    </w:p>
    <w:p w14:paraId="009C3CF4"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279" w:dyaOrig="320" w14:anchorId="055260DE">
          <v:shape id="_x0000_i3828" type="#_x0000_t75" style="width:13.8pt;height:16.2pt" o:ole="">
            <v:imagedata r:id="rId3977" o:title=""/>
          </v:shape>
          <o:OLEObject Type="Embed" ProgID="Equation.DSMT4" ShapeID="_x0000_i3828" DrawAspect="Content" ObjectID="_1699837112" r:id="rId397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0.</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Không xác định.</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420" w:dyaOrig="320" w14:anchorId="445ACAA3">
          <v:shape id="_x0000_i3829" type="#_x0000_t75" style="width:21pt;height:16.2pt" o:ole="">
            <v:imagedata r:id="rId3979" o:title=""/>
          </v:shape>
          <o:OLEObject Type="Embed" ProgID="Equation.DSMT4" ShapeID="_x0000_i3829" DrawAspect="Content" ObjectID="_1699837113" r:id="rId3980"/>
        </w:object>
      </w:r>
      <w:r w:rsidRPr="00B13C4C">
        <w:rPr>
          <w:rFonts w:ascii="Times New Roman" w:hAnsi="Times New Roman" w:cs="Times New Roman"/>
          <w:sz w:val="24"/>
          <w:szCs w:val="24"/>
        </w:rPr>
        <w:t>.</w:t>
      </w:r>
    </w:p>
    <w:p w14:paraId="04DB15E4" w14:textId="77777777" w:rsidR="00B13C4C" w:rsidRPr="00B13C4C" w:rsidRDefault="00B13C4C" w:rsidP="003C0C39">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ba lực </w:t>
      </w:r>
      <w:r w:rsidRPr="00B13C4C">
        <w:rPr>
          <w:rFonts w:ascii="Times New Roman" w:hAnsi="Times New Roman" w:cs="Times New Roman"/>
          <w:position w:val="-12"/>
          <w:sz w:val="24"/>
          <w:szCs w:val="24"/>
        </w:rPr>
        <w:object w:dxaOrig="880" w:dyaOrig="400" w14:anchorId="6A1CAC93">
          <v:shape id="_x0000_i3830" type="#_x0000_t75" style="width:43.8pt;height:19.8pt" o:ole="">
            <v:imagedata r:id="rId3981" o:title=""/>
          </v:shape>
          <o:OLEObject Type="Embed" ProgID="Equation.DSMT4" ShapeID="_x0000_i3830" DrawAspect="Content" ObjectID="_1699837114" r:id="rId3982"/>
        </w:object>
      </w:r>
      <w:r w:rsidRPr="00B13C4C">
        <w:rPr>
          <w:rFonts w:ascii="Times New Roman" w:hAnsi="Times New Roman" w:cs="Times New Roman"/>
          <w:sz w:val="24"/>
          <w:szCs w:val="24"/>
        </w:rPr>
        <w:t xml:space="preserve"> có cùng điểm đặt tại </w:t>
      </w:r>
      <w:r w:rsidRPr="00B13C4C">
        <w:rPr>
          <w:rFonts w:ascii="Times New Roman" w:hAnsi="Times New Roman" w:cs="Times New Roman"/>
          <w:position w:val="-6"/>
          <w:sz w:val="24"/>
          <w:szCs w:val="24"/>
        </w:rPr>
        <w:object w:dxaOrig="240" w:dyaOrig="279" w14:anchorId="691569AD">
          <v:shape id="_x0000_i3831" type="#_x0000_t75" style="width:12pt;height:13.8pt" o:ole="">
            <v:imagedata r:id="rId3983" o:title=""/>
          </v:shape>
          <o:OLEObject Type="Embed" ProgID="Equation.DSMT4" ShapeID="_x0000_i3831" DrawAspect="Content" ObjectID="_1699837115" r:id="rId3984"/>
        </w:object>
      </w:r>
      <w:r w:rsidRPr="00B13C4C">
        <w:rPr>
          <w:rFonts w:ascii="Times New Roman" w:hAnsi="Times New Roman" w:cs="Times New Roman"/>
          <w:sz w:val="24"/>
          <w:szCs w:val="24"/>
        </w:rPr>
        <w:t xml:space="preserve"> trong đó hai lực </w:t>
      </w:r>
      <w:r w:rsidRPr="00B13C4C">
        <w:rPr>
          <w:rFonts w:ascii="Times New Roman" w:hAnsi="Times New Roman" w:cs="Times New Roman"/>
          <w:position w:val="-12"/>
          <w:sz w:val="24"/>
          <w:szCs w:val="24"/>
        </w:rPr>
        <w:object w:dxaOrig="580" w:dyaOrig="400" w14:anchorId="75840FB9">
          <v:shape id="_x0000_i3832" type="#_x0000_t75" style="width:28.8pt;height:19.8pt" o:ole="">
            <v:imagedata r:id="rId3985" o:title=""/>
          </v:shape>
          <o:OLEObject Type="Embed" ProgID="Equation.DSMT4" ShapeID="_x0000_i3832" DrawAspect="Content" ObjectID="_1699837116" r:id="rId3986"/>
        </w:object>
      </w:r>
      <w:r w:rsidRPr="00B13C4C">
        <w:rPr>
          <w:rFonts w:ascii="Times New Roman" w:hAnsi="Times New Roman" w:cs="Times New Roman"/>
          <w:sz w:val="24"/>
          <w:szCs w:val="24"/>
        </w:rPr>
        <w:t xml:space="preserve"> có phương hợp với nhau một góc </w:t>
      </w:r>
      <w:r w:rsidRPr="00B13C4C">
        <w:rPr>
          <w:rFonts w:ascii="Times New Roman" w:hAnsi="Times New Roman" w:cs="Times New Roman"/>
          <w:position w:val="-6"/>
          <w:sz w:val="24"/>
          <w:szCs w:val="24"/>
        </w:rPr>
        <w:object w:dxaOrig="360" w:dyaOrig="320" w14:anchorId="665C3267">
          <v:shape id="_x0000_i3833" type="#_x0000_t75" style="width:18pt;height:16.2pt" o:ole="">
            <v:imagedata r:id="rId3987" o:title=""/>
          </v:shape>
          <o:OLEObject Type="Embed" ProgID="Equation.DSMT4" ShapeID="_x0000_i3833" DrawAspect="Content" ObjectID="_1699837117" r:id="rId3988"/>
        </w:object>
      </w:r>
      <w:r w:rsidRPr="00B13C4C">
        <w:rPr>
          <w:rFonts w:ascii="Times New Roman" w:hAnsi="Times New Roman" w:cs="Times New Roman"/>
          <w:sz w:val="24"/>
          <w:szCs w:val="24"/>
        </w:rPr>
        <w:t xml:space="preserve">, lực </w:t>
      </w:r>
      <w:r w:rsidRPr="00B13C4C">
        <w:rPr>
          <w:rFonts w:ascii="Times New Roman" w:hAnsi="Times New Roman" w:cs="Times New Roman"/>
          <w:position w:val="-12"/>
          <w:sz w:val="24"/>
          <w:szCs w:val="24"/>
        </w:rPr>
        <w:object w:dxaOrig="279" w:dyaOrig="400" w14:anchorId="7A067F8B">
          <v:shape id="_x0000_i3834" type="#_x0000_t75" style="width:13.8pt;height:19.8pt" o:ole="">
            <v:imagedata r:id="rId3989" o:title=""/>
          </v:shape>
          <o:OLEObject Type="Embed" ProgID="Equation.DSMT4" ShapeID="_x0000_i3834" DrawAspect="Content" ObjectID="_1699837118" r:id="rId3990"/>
        </w:object>
      </w:r>
      <w:r w:rsidRPr="00B13C4C">
        <w:rPr>
          <w:rFonts w:ascii="Times New Roman" w:hAnsi="Times New Roman" w:cs="Times New Roman"/>
          <w:sz w:val="24"/>
          <w:szCs w:val="24"/>
        </w:rPr>
        <w:t xml:space="preserve"> ngược hướng với lực </w:t>
      </w:r>
      <w:r w:rsidRPr="00B13C4C">
        <w:rPr>
          <w:rFonts w:ascii="Times New Roman" w:hAnsi="Times New Roman" w:cs="Times New Roman"/>
          <w:position w:val="-12"/>
          <w:sz w:val="24"/>
          <w:szCs w:val="24"/>
        </w:rPr>
        <w:object w:dxaOrig="320" w:dyaOrig="400" w14:anchorId="6657E770">
          <v:shape id="_x0000_i3835" type="#_x0000_t75" style="width:16.2pt;height:19.8pt" o:ole="">
            <v:imagedata r:id="rId3991" o:title=""/>
          </v:shape>
          <o:OLEObject Type="Embed" ProgID="Equation.DSMT4" ShapeID="_x0000_i3835" DrawAspect="Content" ObjectID="_1699837119" r:id="rId3992"/>
        </w:object>
      </w:r>
      <w:r w:rsidRPr="00B13C4C">
        <w:rPr>
          <w:rFonts w:ascii="Times New Roman" w:hAnsi="Times New Roman" w:cs="Times New Roman"/>
          <w:sz w:val="24"/>
          <w:szCs w:val="24"/>
        </w:rPr>
        <w:t xml:space="preserve"> Ba lực </w:t>
      </w:r>
      <w:r w:rsidRPr="00B13C4C">
        <w:rPr>
          <w:rFonts w:ascii="Times New Roman" w:hAnsi="Times New Roman" w:cs="Times New Roman"/>
          <w:position w:val="-12"/>
          <w:sz w:val="24"/>
          <w:szCs w:val="24"/>
        </w:rPr>
        <w:object w:dxaOrig="880" w:dyaOrig="400" w14:anchorId="55569BE9">
          <v:shape id="_x0000_i3836" type="#_x0000_t75" style="width:43.8pt;height:19.8pt" o:ole="">
            <v:imagedata r:id="rId3993" o:title=""/>
          </v:shape>
          <o:OLEObject Type="Embed" ProgID="Equation.DSMT4" ShapeID="_x0000_i3836" DrawAspect="Content" ObjectID="_1699837120" r:id="rId3994"/>
        </w:object>
      </w:r>
      <w:r w:rsidRPr="00B13C4C">
        <w:rPr>
          <w:rFonts w:ascii="Times New Roman" w:hAnsi="Times New Roman" w:cs="Times New Roman"/>
          <w:sz w:val="24"/>
          <w:szCs w:val="24"/>
        </w:rPr>
        <w:t xml:space="preserve"> có cường độ lần lượt là </w:t>
      </w:r>
      <w:r w:rsidRPr="00B13C4C">
        <w:rPr>
          <w:rFonts w:ascii="Times New Roman" w:hAnsi="Times New Roman" w:cs="Times New Roman"/>
          <w:position w:val="-10"/>
          <w:sz w:val="24"/>
          <w:szCs w:val="24"/>
        </w:rPr>
        <w:object w:dxaOrig="1880" w:dyaOrig="320" w14:anchorId="76A82CE2">
          <v:shape id="_x0000_i3837" type="#_x0000_t75" style="width:94.2pt;height:16.2pt" o:ole="">
            <v:imagedata r:id="rId3995" o:title=""/>
          </v:shape>
          <o:OLEObject Type="Embed" ProgID="Equation.DSMT4" ShapeID="_x0000_i3837" DrawAspect="Content" ObjectID="_1699837121" r:id="rId3996"/>
        </w:object>
      </w:r>
      <w:r w:rsidRPr="00B13C4C">
        <w:rPr>
          <w:rFonts w:ascii="Times New Roman" w:hAnsi="Times New Roman" w:cs="Times New Roman"/>
          <w:sz w:val="24"/>
          <w:szCs w:val="24"/>
        </w:rPr>
        <w:t xml:space="preserve">. Cường độ lực tổng hợp của ba lực </w:t>
      </w:r>
      <w:r w:rsidRPr="00B13C4C">
        <w:rPr>
          <w:rFonts w:ascii="Times New Roman" w:hAnsi="Times New Roman" w:cs="Times New Roman"/>
          <w:position w:val="-12"/>
          <w:sz w:val="24"/>
          <w:szCs w:val="24"/>
        </w:rPr>
        <w:object w:dxaOrig="580" w:dyaOrig="400" w14:anchorId="2CCEC1E1">
          <v:shape id="_x0000_i3838" type="#_x0000_t75" style="width:28.8pt;height:19.8pt" o:ole="">
            <v:imagedata r:id="rId3997" o:title=""/>
          </v:shape>
          <o:OLEObject Type="Embed" ProgID="Equation.DSMT4" ShapeID="_x0000_i3838" DrawAspect="Content" ObjectID="_1699837122" r:id="rId3998"/>
        </w:object>
      </w:r>
      <w:r w:rsidRPr="00B13C4C">
        <w:rPr>
          <w:rFonts w:ascii="Times New Roman" w:hAnsi="Times New Roman" w:cs="Times New Roman"/>
          <w:sz w:val="24"/>
          <w:szCs w:val="24"/>
        </w:rPr>
        <w:t xml:space="preserve"> và </w:t>
      </w:r>
      <w:r w:rsidRPr="00B13C4C">
        <w:rPr>
          <w:rFonts w:ascii="Times New Roman" w:hAnsi="Times New Roman" w:cs="Times New Roman"/>
          <w:position w:val="-12"/>
          <w:sz w:val="24"/>
          <w:szCs w:val="24"/>
        </w:rPr>
        <w:object w:dxaOrig="279" w:dyaOrig="400" w14:anchorId="12F09E3F">
          <v:shape id="_x0000_i3839" type="#_x0000_t75" style="width:13.8pt;height:19.8pt" o:ole="">
            <v:imagedata r:id="rId3999" o:title=""/>
          </v:shape>
          <o:OLEObject Type="Embed" ProgID="Equation.DSMT4" ShapeID="_x0000_i3839" DrawAspect="Content" ObjectID="_1699837123" r:id="rId4000"/>
        </w:object>
      </w:r>
      <w:r w:rsidRPr="00B13C4C">
        <w:rPr>
          <w:rFonts w:ascii="Times New Roman" w:hAnsi="Times New Roman" w:cs="Times New Roman"/>
          <w:sz w:val="24"/>
          <w:szCs w:val="24"/>
        </w:rPr>
        <w:t xml:space="preserve"> là</w:t>
      </w:r>
    </w:p>
    <w:p w14:paraId="63E3769D"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620" w:dyaOrig="320" w14:anchorId="33F391A2">
          <v:shape id="_x0000_i3840" type="#_x0000_t75" style="width:31.2pt;height:16.2pt" o:ole="">
            <v:imagedata r:id="rId4001" o:title=""/>
          </v:shape>
          <o:OLEObject Type="Embed" ProgID="Equation.DSMT4" ShapeID="_x0000_i3840" DrawAspect="Content" ObjectID="_1699837124" r:id="rId400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900" w:dyaOrig="380" w14:anchorId="2226B6EA">
          <v:shape id="_x0000_i3841" type="#_x0000_t75" style="width:45pt;height:19.2pt" o:ole="">
            <v:imagedata r:id="rId4003" o:title=""/>
          </v:shape>
          <o:OLEObject Type="Embed" ProgID="Equation.DSMT4" ShapeID="_x0000_i3841" DrawAspect="Content" ObjectID="_1699837125" r:id="rId400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620" w:dyaOrig="320" w14:anchorId="4243F84A">
          <v:shape id="_x0000_i3842" type="#_x0000_t75" style="width:31.2pt;height:16.2pt" o:ole="">
            <v:imagedata r:id="rId4005" o:title=""/>
          </v:shape>
          <o:OLEObject Type="Embed" ProgID="Equation.DSMT4" ShapeID="_x0000_i3842" DrawAspect="Content" ObjectID="_1699837126" r:id="rId400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940" w:dyaOrig="380" w14:anchorId="4498FB16">
          <v:shape id="_x0000_i3843" type="#_x0000_t75" style="width:46.8pt;height:19.2pt" o:ole="">
            <v:imagedata r:id="rId4007" o:title=""/>
          </v:shape>
          <o:OLEObject Type="Embed" ProgID="Equation.DSMT4" ShapeID="_x0000_i3843" DrawAspect="Content" ObjectID="_1699837127" r:id="rId4008"/>
        </w:object>
      </w:r>
      <w:r w:rsidRPr="00B13C4C">
        <w:rPr>
          <w:rFonts w:ascii="Times New Roman" w:hAnsi="Times New Roman" w:cs="Times New Roman"/>
          <w:sz w:val="24"/>
          <w:szCs w:val="24"/>
        </w:rPr>
        <w:t>.</w:t>
      </w:r>
    </w:p>
    <w:p w14:paraId="284A3F82" w14:textId="77777777" w:rsidR="00B13C4C" w:rsidRPr="00B13C4C" w:rsidRDefault="00B13C4C" w:rsidP="003C0C39">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tọa độ </w:t>
      </w:r>
      <w:r w:rsidRPr="00B13C4C">
        <w:rPr>
          <w:rFonts w:ascii="Times New Roman" w:hAnsi="Times New Roman" w:cs="Times New Roman"/>
          <w:position w:val="-10"/>
          <w:sz w:val="24"/>
          <w:szCs w:val="24"/>
        </w:rPr>
        <w:object w:dxaOrig="460" w:dyaOrig="320" w14:anchorId="3BE54A6B">
          <v:shape id="_x0000_i3844" type="#_x0000_t75" style="width:22.8pt;height:16.2pt" o:ole="">
            <v:imagedata r:id="rId4009" o:title=""/>
          </v:shape>
          <o:OLEObject Type="Embed" ProgID="Equation.DSMT4" ShapeID="_x0000_i3844" DrawAspect="Content" ObjectID="_1699837128" r:id="rId4010"/>
        </w:object>
      </w:r>
      <w:r w:rsidRPr="00B13C4C">
        <w:rPr>
          <w:rFonts w:ascii="Times New Roman" w:hAnsi="Times New Roman" w:cs="Times New Roman"/>
          <w:sz w:val="24"/>
          <w:szCs w:val="24"/>
        </w:rPr>
        <w:t xml:space="preserve"> cho </w:t>
      </w:r>
      <w:r w:rsidRPr="00B13C4C">
        <w:rPr>
          <w:rFonts w:ascii="Times New Roman" w:hAnsi="Times New Roman" w:cs="Times New Roman"/>
          <w:position w:val="-10"/>
          <w:sz w:val="24"/>
          <w:szCs w:val="24"/>
        </w:rPr>
        <w:object w:dxaOrig="2580" w:dyaOrig="320" w14:anchorId="6664B306">
          <v:shape id="_x0000_i3845" type="#_x0000_t75" style="width:129pt;height:16.2pt" o:ole="">
            <v:imagedata r:id="rId4011" o:title=""/>
          </v:shape>
          <o:OLEObject Type="Embed" ProgID="Equation.DSMT4" ShapeID="_x0000_i3845" DrawAspect="Content" ObjectID="_1699837129" r:id="rId4012"/>
        </w:object>
      </w:r>
      <w:r w:rsidRPr="00B13C4C">
        <w:rPr>
          <w:rFonts w:ascii="Times New Roman" w:hAnsi="Times New Roman" w:cs="Times New Roman"/>
          <w:sz w:val="24"/>
          <w:szCs w:val="24"/>
        </w:rPr>
        <w:t xml:space="preserve">. Trọng tâm tam giác </w:t>
      </w:r>
      <w:r w:rsidRPr="00B13C4C">
        <w:rPr>
          <w:rFonts w:ascii="Times New Roman" w:hAnsi="Times New Roman" w:cs="Times New Roman"/>
          <w:position w:val="-6"/>
          <w:sz w:val="24"/>
          <w:szCs w:val="24"/>
        </w:rPr>
        <w:object w:dxaOrig="560" w:dyaOrig="279" w14:anchorId="4034EA4F">
          <v:shape id="_x0000_i3846" type="#_x0000_t75" style="width:28.2pt;height:13.8pt" o:ole="">
            <v:imagedata r:id="rId4013" o:title=""/>
          </v:shape>
          <o:OLEObject Type="Embed" ProgID="Equation.DSMT4" ShapeID="_x0000_i3846" DrawAspect="Content" ObjectID="_1699837130" r:id="rId4014"/>
        </w:object>
      </w:r>
      <w:r w:rsidRPr="00B13C4C">
        <w:rPr>
          <w:rFonts w:ascii="Times New Roman" w:hAnsi="Times New Roman" w:cs="Times New Roman"/>
          <w:sz w:val="24"/>
          <w:szCs w:val="24"/>
        </w:rPr>
        <w:t xml:space="preserve"> có tọa đô là</w:t>
      </w:r>
    </w:p>
    <w:p w14:paraId="437329FB"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8"/>
          <w:sz w:val="24"/>
          <w:szCs w:val="24"/>
        </w:rPr>
        <w:object w:dxaOrig="940" w:dyaOrig="680" w14:anchorId="490DBF93">
          <v:shape id="_x0000_i3847" type="#_x0000_t75" style="width:46.8pt;height:34.2pt" o:ole="">
            <v:imagedata r:id="rId4015" o:title=""/>
          </v:shape>
          <o:OLEObject Type="Embed" ProgID="Equation.DSMT4" ShapeID="_x0000_i3847" DrawAspect="Content" ObjectID="_1699837131" r:id="rId401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8"/>
          <w:sz w:val="24"/>
          <w:szCs w:val="24"/>
        </w:rPr>
        <w:object w:dxaOrig="780" w:dyaOrig="680" w14:anchorId="2F7B534E">
          <v:shape id="_x0000_i3848" type="#_x0000_t75" style="width:39pt;height:34.2pt" o:ole="">
            <v:imagedata r:id="rId4017" o:title=""/>
          </v:shape>
          <o:OLEObject Type="Embed" ProgID="Equation.DSMT4" ShapeID="_x0000_i3848" DrawAspect="Content" ObjectID="_1699837132" r:id="rId401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660" w:dyaOrig="320" w14:anchorId="29379634">
          <v:shape id="_x0000_i3849" type="#_x0000_t75" style="width:33pt;height:16.2pt" o:ole="">
            <v:imagedata r:id="rId4019" o:title=""/>
          </v:shape>
          <o:OLEObject Type="Embed" ProgID="Equation.DSMT4" ShapeID="_x0000_i3849" DrawAspect="Content" ObjectID="_1699837133" r:id="rId402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8"/>
          <w:sz w:val="24"/>
          <w:szCs w:val="24"/>
        </w:rPr>
        <w:object w:dxaOrig="900" w:dyaOrig="680" w14:anchorId="548A0B93">
          <v:shape id="_x0000_i3850" type="#_x0000_t75" style="width:45pt;height:34.2pt" o:ole="">
            <v:imagedata r:id="rId4021" o:title=""/>
          </v:shape>
          <o:OLEObject Type="Embed" ProgID="Equation.DSMT4" ShapeID="_x0000_i3850" DrawAspect="Content" ObjectID="_1699837134" r:id="rId4022"/>
        </w:object>
      </w:r>
      <w:r w:rsidRPr="00B13C4C">
        <w:rPr>
          <w:rFonts w:ascii="Times New Roman" w:hAnsi="Times New Roman" w:cs="Times New Roman"/>
          <w:sz w:val="24"/>
          <w:szCs w:val="24"/>
        </w:rPr>
        <w:t>.</w:t>
      </w:r>
    </w:p>
    <w:p w14:paraId="341E4E29" w14:textId="77777777" w:rsidR="00B13C4C" w:rsidRPr="00B13C4C" w:rsidRDefault="00B13C4C" w:rsidP="003C0C39">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tọa độ </w:t>
      </w:r>
      <w:r w:rsidRPr="00B13C4C">
        <w:rPr>
          <w:rFonts w:ascii="Times New Roman" w:hAnsi="Times New Roman" w:cs="Times New Roman"/>
          <w:position w:val="-10"/>
          <w:sz w:val="24"/>
          <w:szCs w:val="24"/>
        </w:rPr>
        <w:object w:dxaOrig="460" w:dyaOrig="320" w14:anchorId="4EEAF991">
          <v:shape id="_x0000_i3851" type="#_x0000_t75" style="width:22.8pt;height:16.2pt" o:ole="">
            <v:imagedata r:id="rId4023" o:title=""/>
          </v:shape>
          <o:OLEObject Type="Embed" ProgID="Equation.DSMT4" ShapeID="_x0000_i3851" DrawAspect="Content" ObjectID="_1699837135" r:id="rId4024"/>
        </w:object>
      </w:r>
      <w:r w:rsidRPr="00B13C4C">
        <w:rPr>
          <w:rFonts w:ascii="Times New Roman" w:hAnsi="Times New Roman" w:cs="Times New Roman"/>
          <w:sz w:val="24"/>
          <w:szCs w:val="24"/>
        </w:rPr>
        <w:t xml:space="preserve"> cho </w:t>
      </w:r>
      <w:r w:rsidRPr="00B13C4C">
        <w:rPr>
          <w:rFonts w:ascii="Times New Roman" w:hAnsi="Times New Roman" w:cs="Times New Roman"/>
          <w:position w:val="-10"/>
          <w:sz w:val="24"/>
          <w:szCs w:val="24"/>
        </w:rPr>
        <w:object w:dxaOrig="1860" w:dyaOrig="320" w14:anchorId="2775107C">
          <v:shape id="_x0000_i3852" type="#_x0000_t75" style="width:93pt;height:16.2pt" o:ole="">
            <v:imagedata r:id="rId4025" o:title=""/>
          </v:shape>
          <o:OLEObject Type="Embed" ProgID="Equation.DSMT4" ShapeID="_x0000_i3852" DrawAspect="Content" ObjectID="_1699837136" r:id="rId4026"/>
        </w:object>
      </w:r>
      <w:r w:rsidRPr="00B13C4C">
        <w:rPr>
          <w:rFonts w:ascii="Times New Roman" w:hAnsi="Times New Roman" w:cs="Times New Roman"/>
          <w:sz w:val="24"/>
          <w:szCs w:val="24"/>
        </w:rPr>
        <w:t xml:space="preserve">. Trung điểm đoạn thẳng </w:t>
      </w:r>
      <w:r w:rsidRPr="00B13C4C">
        <w:rPr>
          <w:rFonts w:ascii="Times New Roman" w:hAnsi="Times New Roman" w:cs="Times New Roman"/>
          <w:position w:val="-4"/>
          <w:sz w:val="24"/>
          <w:szCs w:val="24"/>
        </w:rPr>
        <w:object w:dxaOrig="400" w:dyaOrig="260" w14:anchorId="51063299">
          <v:shape id="_x0000_i3853" type="#_x0000_t75" style="width:19.8pt;height:13.2pt" o:ole="">
            <v:imagedata r:id="rId4027" o:title=""/>
          </v:shape>
          <o:OLEObject Type="Embed" ProgID="Equation.DSMT4" ShapeID="_x0000_i3853" DrawAspect="Content" ObjectID="_1699837137" r:id="rId4028"/>
        </w:object>
      </w:r>
      <w:r w:rsidRPr="00B13C4C">
        <w:rPr>
          <w:rFonts w:ascii="Times New Roman" w:hAnsi="Times New Roman" w:cs="Times New Roman"/>
          <w:sz w:val="24"/>
          <w:szCs w:val="24"/>
        </w:rPr>
        <w:t xml:space="preserve"> có tọa độ là</w:t>
      </w:r>
    </w:p>
    <w:p w14:paraId="09A95BC8"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800" w:dyaOrig="320" w14:anchorId="75CFF158">
          <v:shape id="_x0000_i3854" type="#_x0000_t75" style="width:40.2pt;height:16.2pt" o:ole="">
            <v:imagedata r:id="rId4029" o:title=""/>
          </v:shape>
          <o:OLEObject Type="Embed" ProgID="Equation.DSMT4" ShapeID="_x0000_i3854" DrawAspect="Content" ObjectID="_1699837138" r:id="rId403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499" w:dyaOrig="320" w14:anchorId="456AAE09">
          <v:shape id="_x0000_i3855" type="#_x0000_t75" style="width:25.2pt;height:16.2pt" o:ole="">
            <v:imagedata r:id="rId4031" o:title=""/>
          </v:shape>
          <o:OLEObject Type="Embed" ProgID="Equation.DSMT4" ShapeID="_x0000_i3855" DrawAspect="Content" ObjectID="_1699837139" r:id="rId403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660" w:dyaOrig="320" w14:anchorId="28A36CDB">
          <v:shape id="_x0000_i3856" type="#_x0000_t75" style="width:33pt;height:16.2pt" o:ole="">
            <v:imagedata r:id="rId4033" o:title=""/>
          </v:shape>
          <o:OLEObject Type="Embed" ProgID="Equation.DSMT4" ShapeID="_x0000_i3856" DrawAspect="Content" ObjectID="_1699837140" r:id="rId403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680" w:dyaOrig="320" w14:anchorId="2093E261">
          <v:shape id="_x0000_i3857" type="#_x0000_t75" style="width:34.2pt;height:16.2pt" o:ole="">
            <v:imagedata r:id="rId4035" o:title=""/>
          </v:shape>
          <o:OLEObject Type="Embed" ProgID="Equation.DSMT4" ShapeID="_x0000_i3857" DrawAspect="Content" ObjectID="_1699837141" r:id="rId4036"/>
        </w:object>
      </w:r>
      <w:r w:rsidRPr="00B13C4C">
        <w:rPr>
          <w:rFonts w:ascii="Times New Roman" w:hAnsi="Times New Roman" w:cs="Times New Roman"/>
          <w:sz w:val="24"/>
          <w:szCs w:val="24"/>
        </w:rPr>
        <w:t>.</w:t>
      </w:r>
    </w:p>
    <w:p w14:paraId="4132B5D0" w14:textId="77777777" w:rsidR="00B13C4C" w:rsidRPr="00B13C4C" w:rsidRDefault="00B13C4C" w:rsidP="003C0C39">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Số nghiệm của phương trình </w:t>
      </w:r>
      <w:r w:rsidRPr="00B13C4C">
        <w:rPr>
          <w:rFonts w:ascii="Times New Roman" w:hAnsi="Times New Roman" w:cs="Times New Roman"/>
          <w:position w:val="-8"/>
          <w:sz w:val="24"/>
          <w:szCs w:val="24"/>
        </w:rPr>
        <w:object w:dxaOrig="1700" w:dyaOrig="400" w14:anchorId="64606E64">
          <v:shape id="_x0000_i3858" type="#_x0000_t75" style="width:85.2pt;height:19.8pt" o:ole="">
            <v:imagedata r:id="rId4037" o:title=""/>
          </v:shape>
          <o:OLEObject Type="Embed" ProgID="Equation.DSMT4" ShapeID="_x0000_i3858" DrawAspect="Content" ObjectID="_1699837142" r:id="rId4038"/>
        </w:object>
      </w:r>
      <w:r w:rsidRPr="00B13C4C">
        <w:rPr>
          <w:rFonts w:ascii="Times New Roman" w:hAnsi="Times New Roman" w:cs="Times New Roman"/>
          <w:sz w:val="24"/>
          <w:szCs w:val="24"/>
        </w:rPr>
        <w:t xml:space="preserve"> là</w:t>
      </w:r>
    </w:p>
    <w:p w14:paraId="5175C234"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3.</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1.</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0.</w:t>
      </w:r>
    </w:p>
    <w:p w14:paraId="2DA83655" w14:textId="77777777" w:rsidR="00B13C4C" w:rsidRPr="00B13C4C" w:rsidRDefault="00B13C4C" w:rsidP="003C0C39">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Số nghiệm của phương trình </w:t>
      </w:r>
      <w:r w:rsidRPr="00B13C4C">
        <w:rPr>
          <w:rFonts w:ascii="Times New Roman" w:hAnsi="Times New Roman" w:cs="Times New Roman"/>
          <w:position w:val="-24"/>
          <w:sz w:val="24"/>
          <w:szCs w:val="24"/>
        </w:rPr>
        <w:object w:dxaOrig="2180" w:dyaOrig="620" w14:anchorId="6277D349">
          <v:shape id="_x0000_i3859" type="#_x0000_t75" style="width:109.2pt;height:31.2pt" o:ole="">
            <v:imagedata r:id="rId4039" o:title=""/>
          </v:shape>
          <o:OLEObject Type="Embed" ProgID="Equation.DSMT4" ShapeID="_x0000_i3859" DrawAspect="Content" ObjectID="_1699837143" r:id="rId4040"/>
        </w:object>
      </w:r>
      <w:r w:rsidRPr="00B13C4C">
        <w:rPr>
          <w:rFonts w:ascii="Times New Roman" w:hAnsi="Times New Roman" w:cs="Times New Roman"/>
          <w:sz w:val="24"/>
          <w:szCs w:val="24"/>
        </w:rPr>
        <w:t xml:space="preserve"> là</w:t>
      </w:r>
    </w:p>
    <w:p w14:paraId="293934DF"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3.</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1.</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0.</w:t>
      </w:r>
    </w:p>
    <w:p w14:paraId="12AE0843" w14:textId="77777777" w:rsidR="00B13C4C" w:rsidRPr="00B13C4C" w:rsidRDefault="00B13C4C" w:rsidP="003C0C39">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lastRenderedPageBreak/>
        <w:t>Câu 14: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hệ trục tọa độ </w:t>
      </w:r>
      <w:r w:rsidRPr="00B13C4C">
        <w:rPr>
          <w:rFonts w:ascii="Times New Roman" w:hAnsi="Times New Roman" w:cs="Times New Roman"/>
          <w:position w:val="-10"/>
          <w:sz w:val="24"/>
          <w:szCs w:val="24"/>
        </w:rPr>
        <w:object w:dxaOrig="460" w:dyaOrig="320" w14:anchorId="29F17302">
          <v:shape id="_x0000_i3860" type="#_x0000_t75" style="width:22.8pt;height:16.2pt" o:ole="">
            <v:imagedata r:id="rId4041" o:title=""/>
          </v:shape>
          <o:OLEObject Type="Embed" ProgID="Equation.DSMT4" ShapeID="_x0000_i3860" DrawAspect="Content" ObjectID="_1699837144" r:id="rId4042"/>
        </w:object>
      </w:r>
      <w:r w:rsidRPr="00B13C4C">
        <w:rPr>
          <w:rFonts w:ascii="Times New Roman" w:hAnsi="Times New Roman" w:cs="Times New Roman"/>
          <w:sz w:val="24"/>
          <w:szCs w:val="24"/>
        </w:rPr>
        <w:t xml:space="preserve">, cho </w:t>
      </w:r>
      <w:r w:rsidRPr="00B13C4C">
        <w:rPr>
          <w:rFonts w:ascii="Times New Roman" w:hAnsi="Times New Roman" w:cs="Times New Roman"/>
          <w:position w:val="-10"/>
          <w:sz w:val="24"/>
          <w:szCs w:val="24"/>
        </w:rPr>
        <w:object w:dxaOrig="2780" w:dyaOrig="380" w14:anchorId="2ED5E540">
          <v:shape id="_x0000_i3861" type="#_x0000_t75" style="width:139.2pt;height:19.2pt" o:ole="">
            <v:imagedata r:id="rId4043" o:title=""/>
          </v:shape>
          <o:OLEObject Type="Embed" ProgID="Equation.DSMT4" ShapeID="_x0000_i3861" DrawAspect="Content" ObjectID="_1699837145" r:id="rId4044"/>
        </w:object>
      </w:r>
      <w:r w:rsidRPr="00B13C4C">
        <w:rPr>
          <w:rFonts w:ascii="Times New Roman" w:hAnsi="Times New Roman" w:cs="Times New Roman"/>
          <w:sz w:val="24"/>
          <w:szCs w:val="24"/>
        </w:rPr>
        <w:t xml:space="preserve"> và </w:t>
      </w:r>
      <w:r w:rsidRPr="00B13C4C">
        <w:rPr>
          <w:rFonts w:ascii="Times New Roman" w:hAnsi="Times New Roman" w:cs="Times New Roman"/>
          <w:position w:val="-6"/>
          <w:sz w:val="24"/>
          <w:szCs w:val="24"/>
        </w:rPr>
        <w:object w:dxaOrig="1380" w:dyaOrig="340" w14:anchorId="5EC893B4">
          <v:shape id="_x0000_i3862" type="#_x0000_t75" style="width:69pt;height:16.8pt" o:ole="">
            <v:imagedata r:id="rId4045" o:title=""/>
          </v:shape>
          <o:OLEObject Type="Embed" ProgID="Equation.DSMT4" ShapeID="_x0000_i3862" DrawAspect="Content" ObjectID="_1699837146" r:id="rId4046"/>
        </w:object>
      </w:r>
      <w:r w:rsidRPr="00B13C4C">
        <w:rPr>
          <w:rFonts w:ascii="Times New Roman" w:hAnsi="Times New Roman" w:cs="Times New Roman"/>
          <w:sz w:val="24"/>
          <w:szCs w:val="24"/>
        </w:rPr>
        <w:t xml:space="preserve"> Giá trị </w:t>
      </w:r>
      <w:r w:rsidRPr="00B13C4C">
        <w:rPr>
          <w:rFonts w:ascii="Times New Roman" w:hAnsi="Times New Roman" w:cs="Times New Roman"/>
          <w:position w:val="-6"/>
          <w:sz w:val="24"/>
          <w:szCs w:val="24"/>
        </w:rPr>
        <w:object w:dxaOrig="920" w:dyaOrig="279" w14:anchorId="4FD736DB">
          <v:shape id="_x0000_i3863" type="#_x0000_t75" style="width:46.2pt;height:13.8pt" o:ole="">
            <v:imagedata r:id="rId4047" o:title=""/>
          </v:shape>
          <o:OLEObject Type="Embed" ProgID="Equation.DSMT4" ShapeID="_x0000_i3863" DrawAspect="Content" ObjectID="_1699837147" r:id="rId4048"/>
        </w:object>
      </w:r>
      <w:r w:rsidRPr="00B13C4C">
        <w:rPr>
          <w:rFonts w:ascii="Times New Roman" w:hAnsi="Times New Roman" w:cs="Times New Roman"/>
          <w:sz w:val="24"/>
          <w:szCs w:val="24"/>
        </w:rPr>
        <w:t xml:space="preserve"> bằng</w:t>
      </w:r>
    </w:p>
    <w:p w14:paraId="397F9D20"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16.</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41.</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47.</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28.</w:t>
      </w:r>
    </w:p>
    <w:p w14:paraId="6FBBA399" w14:textId="77777777" w:rsidR="00B13C4C" w:rsidRPr="00B13C4C" w:rsidRDefault="00B13C4C" w:rsidP="003C0C39">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Hệ phương trình </w:t>
      </w:r>
      <w:r w:rsidRPr="00B13C4C">
        <w:rPr>
          <w:rFonts w:ascii="Times New Roman" w:hAnsi="Times New Roman" w:cs="Times New Roman"/>
          <w:position w:val="-64"/>
          <w:sz w:val="24"/>
          <w:szCs w:val="24"/>
        </w:rPr>
        <w:object w:dxaOrig="1240" w:dyaOrig="1400" w14:anchorId="0E6060EE">
          <v:shape id="_x0000_i3864" type="#_x0000_t75" style="width:61.8pt;height:70.2pt" o:ole="">
            <v:imagedata r:id="rId4049" o:title=""/>
          </v:shape>
          <o:OLEObject Type="Embed" ProgID="Equation.DSMT4" ShapeID="_x0000_i3864" DrawAspect="Content" ObjectID="_1699837148" r:id="rId4050"/>
        </w:object>
      </w:r>
      <w:r w:rsidRPr="00B13C4C">
        <w:rPr>
          <w:rFonts w:ascii="Times New Roman" w:hAnsi="Times New Roman" w:cs="Times New Roman"/>
          <w:sz w:val="24"/>
          <w:szCs w:val="24"/>
        </w:rPr>
        <w:t xml:space="preserve"> có nghiệm là</w:t>
      </w:r>
    </w:p>
    <w:p w14:paraId="0C800FA8"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560" w:dyaOrig="320" w14:anchorId="2273371F">
          <v:shape id="_x0000_i3865" type="#_x0000_t75" style="width:28.2pt;height:16.2pt" o:ole="">
            <v:imagedata r:id="rId4051" o:title=""/>
          </v:shape>
          <o:OLEObject Type="Embed" ProgID="Equation.DSMT4" ShapeID="_x0000_i3865" DrawAspect="Content" ObjectID="_1699837149" r:id="rId405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680" w:dyaOrig="320" w14:anchorId="39165DA1">
          <v:shape id="_x0000_i3866" type="#_x0000_t75" style="width:34.2pt;height:16.2pt" o:ole="">
            <v:imagedata r:id="rId4053" o:title=""/>
          </v:shape>
          <o:OLEObject Type="Embed" ProgID="Equation.DSMT4" ShapeID="_x0000_i3866" DrawAspect="Content" ObjectID="_1699837150" r:id="rId405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680" w:dyaOrig="320" w14:anchorId="2A12BA43">
          <v:shape id="_x0000_i3867" type="#_x0000_t75" style="width:34.2pt;height:16.2pt" o:ole="">
            <v:imagedata r:id="rId4055" o:title=""/>
          </v:shape>
          <o:OLEObject Type="Embed" ProgID="Equation.DSMT4" ShapeID="_x0000_i3867" DrawAspect="Content" ObjectID="_1699837151" r:id="rId405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680" w:dyaOrig="320" w14:anchorId="2B806ED6">
          <v:shape id="_x0000_i3868" type="#_x0000_t75" style="width:34.2pt;height:16.2pt" o:ole="">
            <v:imagedata r:id="rId4057" o:title=""/>
          </v:shape>
          <o:OLEObject Type="Embed" ProgID="Equation.DSMT4" ShapeID="_x0000_i3868" DrawAspect="Content" ObjectID="_1699837152" r:id="rId4058"/>
        </w:object>
      </w:r>
      <w:r w:rsidRPr="00B13C4C">
        <w:rPr>
          <w:rFonts w:ascii="Times New Roman" w:hAnsi="Times New Roman" w:cs="Times New Roman"/>
          <w:sz w:val="24"/>
          <w:szCs w:val="24"/>
        </w:rPr>
        <w:t>.</w:t>
      </w:r>
    </w:p>
    <w:p w14:paraId="27E5693D" w14:textId="77777777" w:rsidR="00B13C4C" w:rsidRPr="00B13C4C" w:rsidRDefault="00B13C4C" w:rsidP="003C0C39">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Điều kiện của tham số </w:t>
      </w:r>
      <w:r w:rsidRPr="00B13C4C">
        <w:rPr>
          <w:rFonts w:ascii="Times New Roman" w:hAnsi="Times New Roman" w:cs="Times New Roman"/>
          <w:position w:val="-6"/>
          <w:sz w:val="24"/>
          <w:szCs w:val="24"/>
        </w:rPr>
        <w:object w:dxaOrig="260" w:dyaOrig="220" w14:anchorId="7928E10E">
          <v:shape id="_x0000_i3869" type="#_x0000_t75" style="width:13.2pt;height:10.8pt" o:ole="">
            <v:imagedata r:id="rId4059" o:title=""/>
          </v:shape>
          <o:OLEObject Type="Embed" ProgID="Equation.DSMT4" ShapeID="_x0000_i3869" DrawAspect="Content" ObjectID="_1699837153" r:id="rId4060"/>
        </w:object>
      </w:r>
      <w:r w:rsidRPr="00B13C4C">
        <w:rPr>
          <w:rFonts w:ascii="Times New Roman" w:hAnsi="Times New Roman" w:cs="Times New Roman"/>
          <w:sz w:val="24"/>
          <w:szCs w:val="24"/>
        </w:rPr>
        <w:t xml:space="preserve"> để phương trình </w:t>
      </w:r>
      <w:r w:rsidRPr="00B13C4C">
        <w:rPr>
          <w:rFonts w:ascii="Times New Roman" w:hAnsi="Times New Roman" w:cs="Times New Roman"/>
          <w:position w:val="-6"/>
          <w:sz w:val="24"/>
          <w:szCs w:val="24"/>
        </w:rPr>
        <w:object w:dxaOrig="1920" w:dyaOrig="320" w14:anchorId="304EC3B5">
          <v:shape id="_x0000_i3870" type="#_x0000_t75" style="width:96pt;height:16.2pt" o:ole="">
            <v:imagedata r:id="rId4061" o:title=""/>
          </v:shape>
          <o:OLEObject Type="Embed" ProgID="Equation.DSMT4" ShapeID="_x0000_i3870" DrawAspect="Content" ObjectID="_1699837154" r:id="rId4062"/>
        </w:object>
      </w:r>
      <w:r w:rsidRPr="00B13C4C">
        <w:rPr>
          <w:rFonts w:ascii="Times New Roman" w:hAnsi="Times New Roman" w:cs="Times New Roman"/>
          <w:sz w:val="24"/>
          <w:szCs w:val="24"/>
        </w:rPr>
        <w:t xml:space="preserve"> có hai nghiệm phân biệt là</w:t>
      </w:r>
    </w:p>
    <w:p w14:paraId="27030E65"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600" w:dyaOrig="279" w14:anchorId="58B6C6B4">
          <v:shape id="_x0000_i3871" type="#_x0000_t75" style="width:30pt;height:13.8pt" o:ole="">
            <v:imagedata r:id="rId4063" o:title=""/>
          </v:shape>
          <o:OLEObject Type="Embed" ProgID="Equation.DSMT4" ShapeID="_x0000_i3871" DrawAspect="Content" ObjectID="_1699837155" r:id="rId406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600" w:dyaOrig="279" w14:anchorId="76F1B9F5">
          <v:shape id="_x0000_i3872" type="#_x0000_t75" style="width:30pt;height:13.8pt" o:ole="">
            <v:imagedata r:id="rId4065" o:title=""/>
          </v:shape>
          <o:OLEObject Type="Embed" ProgID="Equation.DSMT4" ShapeID="_x0000_i3872" DrawAspect="Content" ObjectID="_1699837156" r:id="rId406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600" w:dyaOrig="279" w14:anchorId="3277F2A7">
          <v:shape id="_x0000_i3873" type="#_x0000_t75" style="width:30pt;height:13.8pt" o:ole="">
            <v:imagedata r:id="rId4067" o:title=""/>
          </v:shape>
          <o:OLEObject Type="Embed" ProgID="Equation.DSMT4" ShapeID="_x0000_i3873" DrawAspect="Content" ObjectID="_1699837157" r:id="rId406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820" w:dyaOrig="620" w14:anchorId="3EA4B3E1">
          <v:shape id="_x0000_i3874" type="#_x0000_t75" style="width:40.8pt;height:31.2pt" o:ole="">
            <v:imagedata r:id="rId4069" o:title=""/>
          </v:shape>
          <o:OLEObject Type="Embed" ProgID="Equation.DSMT4" ShapeID="_x0000_i3874" DrawAspect="Content" ObjectID="_1699837158" r:id="rId4070"/>
        </w:object>
      </w:r>
      <w:r w:rsidRPr="00B13C4C">
        <w:rPr>
          <w:rFonts w:ascii="Times New Roman" w:hAnsi="Times New Roman" w:cs="Times New Roman"/>
          <w:sz w:val="24"/>
          <w:szCs w:val="24"/>
        </w:rPr>
        <w:t>.</w:t>
      </w:r>
    </w:p>
    <w:p w14:paraId="3B4C0C3D" w14:textId="77777777" w:rsidR="00B13C4C" w:rsidRPr="00B13C4C" w:rsidRDefault="00B13C4C" w:rsidP="003C0C39">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hệ trục tọa độ </w:t>
      </w:r>
      <w:r w:rsidRPr="00B13C4C">
        <w:rPr>
          <w:rFonts w:ascii="Times New Roman" w:hAnsi="Times New Roman" w:cs="Times New Roman"/>
          <w:position w:val="-10"/>
          <w:sz w:val="24"/>
          <w:szCs w:val="24"/>
        </w:rPr>
        <w:object w:dxaOrig="460" w:dyaOrig="320" w14:anchorId="4F9595F4">
          <v:shape id="_x0000_i3875" type="#_x0000_t75" style="width:22.8pt;height:16.2pt" o:ole="">
            <v:imagedata r:id="rId4071" o:title=""/>
          </v:shape>
          <o:OLEObject Type="Embed" ProgID="Equation.DSMT4" ShapeID="_x0000_i3875" DrawAspect="Content" ObjectID="_1699837159" r:id="rId4072"/>
        </w:object>
      </w:r>
      <w:r w:rsidRPr="00B13C4C">
        <w:rPr>
          <w:rFonts w:ascii="Times New Roman" w:hAnsi="Times New Roman" w:cs="Times New Roman"/>
          <w:sz w:val="24"/>
          <w:szCs w:val="24"/>
        </w:rPr>
        <w:t xml:space="preserve">, cho </w:t>
      </w:r>
      <w:r w:rsidRPr="00B13C4C">
        <w:rPr>
          <w:rFonts w:ascii="Times New Roman" w:hAnsi="Times New Roman" w:cs="Times New Roman"/>
          <w:position w:val="-10"/>
          <w:sz w:val="24"/>
          <w:szCs w:val="24"/>
        </w:rPr>
        <w:object w:dxaOrig="2640" w:dyaOrig="320" w14:anchorId="38A69BF7">
          <v:shape id="_x0000_i3876" type="#_x0000_t75" style="width:132pt;height:16.2pt" o:ole="">
            <v:imagedata r:id="rId4073" o:title=""/>
          </v:shape>
          <o:OLEObject Type="Embed" ProgID="Equation.DSMT4" ShapeID="_x0000_i3876" DrawAspect="Content" ObjectID="_1699837160" r:id="rId4074"/>
        </w:object>
      </w:r>
      <w:r w:rsidRPr="00B13C4C">
        <w:rPr>
          <w:rFonts w:ascii="Times New Roman" w:hAnsi="Times New Roman" w:cs="Times New Roman"/>
          <w:sz w:val="24"/>
          <w:szCs w:val="24"/>
        </w:rPr>
        <w:t xml:space="preserve">. Giá trị </w:t>
      </w:r>
      <w:r w:rsidRPr="00B13C4C">
        <w:rPr>
          <w:rFonts w:ascii="Times New Roman" w:hAnsi="Times New Roman" w:cs="Times New Roman"/>
          <w:position w:val="-6"/>
          <w:sz w:val="24"/>
          <w:szCs w:val="24"/>
        </w:rPr>
        <w:object w:dxaOrig="380" w:dyaOrig="279" w14:anchorId="6ABA22E7">
          <v:shape id="_x0000_i3877" type="#_x0000_t75" style="width:19.2pt;height:13.8pt" o:ole="">
            <v:imagedata r:id="rId4075" o:title=""/>
          </v:shape>
          <o:OLEObject Type="Embed" ProgID="Equation.DSMT4" ShapeID="_x0000_i3877" DrawAspect="Content" ObjectID="_1699837161" r:id="rId4076"/>
        </w:object>
      </w:r>
      <w:r w:rsidRPr="00B13C4C">
        <w:rPr>
          <w:rFonts w:ascii="Times New Roman" w:hAnsi="Times New Roman" w:cs="Times New Roman"/>
          <w:sz w:val="24"/>
          <w:szCs w:val="24"/>
        </w:rPr>
        <w:t xml:space="preserve"> bằng</w:t>
      </w:r>
    </w:p>
    <w:p w14:paraId="6F7E47F0"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4041.</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1.</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380" w:dyaOrig="320" w14:anchorId="01D9DF66">
          <v:shape id="_x0000_i3878" type="#_x0000_t75" style="width:69pt;height:16.2pt" o:ole="">
            <v:imagedata r:id="rId4077" o:title=""/>
          </v:shape>
          <o:OLEObject Type="Embed" ProgID="Equation.DSMT4" ShapeID="_x0000_i3878" DrawAspect="Content" ObjectID="_1699837162" r:id="rId407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4"/>
          <w:sz w:val="24"/>
          <w:szCs w:val="24"/>
        </w:rPr>
        <w:object w:dxaOrig="300" w:dyaOrig="260" w14:anchorId="1E5BF99D">
          <v:shape id="_x0000_i3879" type="#_x0000_t75" style="width:15pt;height:13.2pt" o:ole="">
            <v:imagedata r:id="rId4079" o:title=""/>
          </v:shape>
          <o:OLEObject Type="Embed" ProgID="Equation.DSMT4" ShapeID="_x0000_i3879" DrawAspect="Content" ObjectID="_1699837163" r:id="rId4080"/>
        </w:object>
      </w:r>
      <w:r w:rsidRPr="00B13C4C">
        <w:rPr>
          <w:rFonts w:ascii="Times New Roman" w:hAnsi="Times New Roman" w:cs="Times New Roman"/>
          <w:sz w:val="24"/>
          <w:szCs w:val="24"/>
        </w:rPr>
        <w:t>.</w:t>
      </w:r>
    </w:p>
    <w:p w14:paraId="5A9AC2D7" w14:textId="77777777" w:rsidR="00B13C4C" w:rsidRPr="00B13C4C" w:rsidRDefault="00B13C4C" w:rsidP="003C0C39">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hệ trục tọa độ </w:t>
      </w:r>
      <w:r w:rsidRPr="00B13C4C">
        <w:rPr>
          <w:rFonts w:ascii="Times New Roman" w:hAnsi="Times New Roman" w:cs="Times New Roman"/>
          <w:position w:val="-10"/>
          <w:sz w:val="24"/>
          <w:szCs w:val="24"/>
        </w:rPr>
        <w:object w:dxaOrig="460" w:dyaOrig="320" w14:anchorId="4983C04C">
          <v:shape id="_x0000_i3880" type="#_x0000_t75" style="width:22.8pt;height:16.2pt" o:ole="">
            <v:imagedata r:id="rId4081" o:title=""/>
          </v:shape>
          <o:OLEObject Type="Embed" ProgID="Equation.DSMT4" ShapeID="_x0000_i3880" DrawAspect="Content" ObjectID="_1699837164" r:id="rId4082"/>
        </w:object>
      </w:r>
      <w:r w:rsidRPr="00B13C4C">
        <w:rPr>
          <w:rFonts w:ascii="Times New Roman" w:hAnsi="Times New Roman" w:cs="Times New Roman"/>
          <w:sz w:val="24"/>
          <w:szCs w:val="24"/>
        </w:rPr>
        <w:t xml:space="preserve">, cho </w:t>
      </w:r>
      <w:r w:rsidRPr="00B13C4C">
        <w:rPr>
          <w:rFonts w:ascii="Times New Roman" w:hAnsi="Times New Roman" w:cs="Times New Roman"/>
          <w:position w:val="-10"/>
          <w:sz w:val="24"/>
          <w:szCs w:val="24"/>
        </w:rPr>
        <w:object w:dxaOrig="2240" w:dyaOrig="320" w14:anchorId="5E75004B">
          <v:shape id="_x0000_i3881" type="#_x0000_t75" style="width:112.2pt;height:16.2pt" o:ole="">
            <v:imagedata r:id="rId4083" o:title=""/>
          </v:shape>
          <o:OLEObject Type="Embed" ProgID="Equation.DSMT4" ShapeID="_x0000_i3881" DrawAspect="Content" ObjectID="_1699837165" r:id="rId4084"/>
        </w:object>
      </w:r>
      <w:r w:rsidRPr="00B13C4C">
        <w:rPr>
          <w:rFonts w:ascii="Times New Roman" w:hAnsi="Times New Roman" w:cs="Times New Roman"/>
          <w:sz w:val="24"/>
          <w:szCs w:val="24"/>
        </w:rPr>
        <w:t xml:space="preserve">. Tọa độ điểm </w:t>
      </w:r>
      <w:r w:rsidRPr="00B13C4C">
        <w:rPr>
          <w:rFonts w:ascii="Times New Roman" w:hAnsi="Times New Roman" w:cs="Times New Roman"/>
          <w:position w:val="-4"/>
          <w:sz w:val="24"/>
          <w:szCs w:val="24"/>
        </w:rPr>
        <w:object w:dxaOrig="260" w:dyaOrig="260" w14:anchorId="49993189">
          <v:shape id="_x0000_i3882" type="#_x0000_t75" style="width:13.2pt;height:13.2pt" o:ole="">
            <v:imagedata r:id="rId4085" o:title=""/>
          </v:shape>
          <o:OLEObject Type="Embed" ProgID="Equation.DSMT4" ShapeID="_x0000_i3882" DrawAspect="Content" ObjectID="_1699837166" r:id="rId4086"/>
        </w:object>
      </w:r>
      <w:r w:rsidRPr="00B13C4C">
        <w:rPr>
          <w:rFonts w:ascii="Times New Roman" w:hAnsi="Times New Roman" w:cs="Times New Roman"/>
          <w:sz w:val="24"/>
          <w:szCs w:val="24"/>
        </w:rPr>
        <w:t xml:space="preserve"> để tứ giác </w:t>
      </w:r>
      <w:r w:rsidRPr="00B13C4C">
        <w:rPr>
          <w:rFonts w:ascii="Times New Roman" w:hAnsi="Times New Roman" w:cs="Times New Roman"/>
          <w:position w:val="-6"/>
          <w:sz w:val="24"/>
          <w:szCs w:val="24"/>
        </w:rPr>
        <w:object w:dxaOrig="720" w:dyaOrig="279" w14:anchorId="150E2B04">
          <v:shape id="_x0000_i3883" type="#_x0000_t75" style="width:36pt;height:13.8pt" o:ole="">
            <v:imagedata r:id="rId4087" o:title=""/>
          </v:shape>
          <o:OLEObject Type="Embed" ProgID="Equation.DSMT4" ShapeID="_x0000_i3883" DrawAspect="Content" ObjectID="_1699837167" r:id="rId4088"/>
        </w:object>
      </w:r>
      <w:r w:rsidRPr="00B13C4C">
        <w:rPr>
          <w:rFonts w:ascii="Times New Roman" w:hAnsi="Times New Roman" w:cs="Times New Roman"/>
          <w:sz w:val="24"/>
          <w:szCs w:val="24"/>
        </w:rPr>
        <w:t xml:space="preserve"> là hình bình hành là</w:t>
      </w:r>
    </w:p>
    <w:p w14:paraId="7E31874C"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760" w:dyaOrig="320" w14:anchorId="5B94EE8D">
          <v:shape id="_x0000_i3884" type="#_x0000_t75" style="width:37.8pt;height:16.2pt" o:ole="">
            <v:imagedata r:id="rId4089" o:title=""/>
          </v:shape>
          <o:OLEObject Type="Embed" ProgID="Equation.DSMT4" ShapeID="_x0000_i3884" DrawAspect="Content" ObjectID="_1699837168" r:id="rId409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840" w:dyaOrig="320" w14:anchorId="7B90769A">
          <v:shape id="_x0000_i3885" type="#_x0000_t75" style="width:42pt;height:16.2pt" o:ole="">
            <v:imagedata r:id="rId4091" o:title=""/>
          </v:shape>
          <o:OLEObject Type="Embed" ProgID="Equation.DSMT4" ShapeID="_x0000_i3885" DrawAspect="Content" ObjectID="_1699837169" r:id="rId409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840" w:dyaOrig="320" w14:anchorId="7022FAE9">
          <v:shape id="_x0000_i3886" type="#_x0000_t75" style="width:42pt;height:16.2pt" o:ole="">
            <v:imagedata r:id="rId4093" o:title=""/>
          </v:shape>
          <o:OLEObject Type="Embed" ProgID="Equation.DSMT4" ShapeID="_x0000_i3886" DrawAspect="Content" ObjectID="_1699837170" r:id="rId409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880" w:dyaOrig="320" w14:anchorId="0900BE59">
          <v:shape id="_x0000_i3887" type="#_x0000_t75" style="width:43.8pt;height:16.2pt" o:ole="">
            <v:imagedata r:id="rId4095" o:title=""/>
          </v:shape>
          <o:OLEObject Type="Embed" ProgID="Equation.DSMT4" ShapeID="_x0000_i3887" DrawAspect="Content" ObjectID="_1699837171" r:id="rId4096"/>
        </w:object>
      </w:r>
      <w:r w:rsidRPr="00B13C4C">
        <w:rPr>
          <w:rFonts w:ascii="Times New Roman" w:hAnsi="Times New Roman" w:cs="Times New Roman"/>
          <w:sz w:val="24"/>
          <w:szCs w:val="24"/>
        </w:rPr>
        <w:t>.</w:t>
      </w:r>
    </w:p>
    <w:p w14:paraId="4D205C9B" w14:textId="77777777" w:rsidR="00B13C4C" w:rsidRPr="00B13C4C" w:rsidRDefault="00B13C4C" w:rsidP="003C0C39">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các điểm phân biệt </w:t>
      </w:r>
      <w:r w:rsidRPr="00B13C4C">
        <w:rPr>
          <w:rFonts w:ascii="Times New Roman" w:hAnsi="Times New Roman" w:cs="Times New Roman"/>
          <w:position w:val="-10"/>
          <w:sz w:val="24"/>
          <w:szCs w:val="24"/>
        </w:rPr>
        <w:object w:dxaOrig="740" w:dyaOrig="320" w14:anchorId="7C931FFD">
          <v:shape id="_x0000_i3888" type="#_x0000_t75" style="width:37.2pt;height:16.2pt" o:ole="">
            <v:imagedata r:id="rId4097" o:title=""/>
          </v:shape>
          <o:OLEObject Type="Embed" ProgID="Equation.DSMT4" ShapeID="_x0000_i3888" DrawAspect="Content" ObjectID="_1699837172" r:id="rId4098"/>
        </w:object>
      </w:r>
      <w:r w:rsidRPr="00B13C4C">
        <w:rPr>
          <w:rFonts w:ascii="Times New Roman" w:hAnsi="Times New Roman" w:cs="Times New Roman"/>
          <w:sz w:val="24"/>
          <w:szCs w:val="24"/>
        </w:rPr>
        <w:t>. Mệnh đề nào dưới đây sai?</w:t>
      </w:r>
    </w:p>
    <w:p w14:paraId="6D8D72A8"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1500" w:dyaOrig="340" w14:anchorId="333F2DF0">
          <v:shape id="_x0000_i3889" type="#_x0000_t75" style="width:75pt;height:16.8pt" o:ole="">
            <v:imagedata r:id="rId4099" o:title=""/>
          </v:shape>
          <o:OLEObject Type="Embed" ProgID="Equation.DSMT4" ShapeID="_x0000_i3889" DrawAspect="Content" ObjectID="_1699837173" r:id="rId410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1440" w:dyaOrig="340" w14:anchorId="19D221F0">
          <v:shape id="_x0000_i3890" type="#_x0000_t75" style="width:1in;height:16.8pt" o:ole="">
            <v:imagedata r:id="rId4101" o:title=""/>
          </v:shape>
          <o:OLEObject Type="Embed" ProgID="Equation.DSMT4" ShapeID="_x0000_i3890" DrawAspect="Content" ObjectID="_1699837174" r:id="rId410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1460" w:dyaOrig="340" w14:anchorId="2D6CAE2F">
          <v:shape id="_x0000_i3891" type="#_x0000_t75" style="width:73.2pt;height:16.8pt" o:ole="">
            <v:imagedata r:id="rId4103" o:title=""/>
          </v:shape>
          <o:OLEObject Type="Embed" ProgID="Equation.DSMT4" ShapeID="_x0000_i3891" DrawAspect="Content" ObjectID="_1699837175" r:id="rId410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1460" w:dyaOrig="340" w14:anchorId="3D630B2E">
          <v:shape id="_x0000_i3892" type="#_x0000_t75" style="width:73.2pt;height:16.8pt" o:ole="">
            <v:imagedata r:id="rId4105" o:title=""/>
          </v:shape>
          <o:OLEObject Type="Embed" ProgID="Equation.DSMT4" ShapeID="_x0000_i3892" DrawAspect="Content" ObjectID="_1699837176" r:id="rId4106"/>
        </w:object>
      </w:r>
      <w:r w:rsidRPr="00B13C4C">
        <w:rPr>
          <w:rFonts w:ascii="Times New Roman" w:hAnsi="Times New Roman" w:cs="Times New Roman"/>
          <w:sz w:val="24"/>
          <w:szCs w:val="24"/>
        </w:rPr>
        <w:t>.</w:t>
      </w:r>
    </w:p>
    <w:p w14:paraId="66749AC1" w14:textId="77777777" w:rsidR="00B13C4C" w:rsidRPr="00B13C4C" w:rsidRDefault="00B13C4C" w:rsidP="003C0C39">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w:t>
      </w:r>
      <w:r w:rsidRPr="00B13C4C">
        <w:rPr>
          <w:rFonts w:ascii="Times New Roman" w:hAnsi="Times New Roman" w:cs="Times New Roman"/>
          <w:position w:val="-10"/>
          <w:sz w:val="24"/>
          <w:szCs w:val="24"/>
        </w:rPr>
        <w:object w:dxaOrig="3100" w:dyaOrig="320" w14:anchorId="1BB0AFD7">
          <v:shape id="_x0000_i3893" type="#_x0000_t75" style="width:154.8pt;height:16.2pt" o:ole="">
            <v:imagedata r:id="rId4107" o:title=""/>
          </v:shape>
          <o:OLEObject Type="Embed" ProgID="Equation.DSMT4" ShapeID="_x0000_i3893" DrawAspect="Content" ObjectID="_1699837177" r:id="rId4108"/>
        </w:object>
      </w:r>
      <w:r w:rsidRPr="00B13C4C">
        <w:rPr>
          <w:rFonts w:ascii="Times New Roman" w:hAnsi="Times New Roman" w:cs="Times New Roman"/>
          <w:sz w:val="24"/>
          <w:szCs w:val="24"/>
        </w:rPr>
        <w:t xml:space="preserve">. Tập </w:t>
      </w:r>
      <w:r w:rsidRPr="00B13C4C">
        <w:rPr>
          <w:rFonts w:ascii="Times New Roman" w:hAnsi="Times New Roman" w:cs="Times New Roman"/>
          <w:position w:val="-4"/>
          <w:sz w:val="24"/>
          <w:szCs w:val="24"/>
        </w:rPr>
        <w:object w:dxaOrig="660" w:dyaOrig="260" w14:anchorId="6456938F">
          <v:shape id="_x0000_i3894" type="#_x0000_t75" style="width:33pt;height:13.2pt" o:ole="">
            <v:imagedata r:id="rId4109" o:title=""/>
          </v:shape>
          <o:OLEObject Type="Embed" ProgID="Equation.DSMT4" ShapeID="_x0000_i3894" DrawAspect="Content" ObjectID="_1699837178" r:id="rId4110"/>
        </w:object>
      </w:r>
      <w:r w:rsidRPr="00B13C4C">
        <w:rPr>
          <w:rFonts w:ascii="Times New Roman" w:hAnsi="Times New Roman" w:cs="Times New Roman"/>
          <w:sz w:val="24"/>
          <w:szCs w:val="24"/>
        </w:rPr>
        <w:t xml:space="preserve"> bằng</w:t>
      </w:r>
    </w:p>
    <w:p w14:paraId="2261C48B"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860" w:dyaOrig="320" w14:anchorId="6867C796">
          <v:shape id="_x0000_i3895" type="#_x0000_t75" style="width:93pt;height:16.2pt" o:ole="">
            <v:imagedata r:id="rId4111" o:title=""/>
          </v:shape>
          <o:OLEObject Type="Embed" ProgID="Equation.DSMT4" ShapeID="_x0000_i3895" DrawAspect="Content" ObjectID="_1699837179" r:id="rId411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359" w:dyaOrig="320" w14:anchorId="7060C23F">
          <v:shape id="_x0000_i3896" type="#_x0000_t75" style="width:67.8pt;height:16.2pt" o:ole="">
            <v:imagedata r:id="rId4113" o:title=""/>
          </v:shape>
          <o:OLEObject Type="Embed" ProgID="Equation.DSMT4" ShapeID="_x0000_i3896" DrawAspect="Content" ObjectID="_1699837180" r:id="rId4114"/>
        </w:object>
      </w:r>
      <w:r w:rsidRPr="00B13C4C">
        <w:rPr>
          <w:rFonts w:ascii="Times New Roman" w:hAnsi="Times New Roman" w:cs="Times New Roman"/>
          <w:sz w:val="24"/>
          <w:szCs w:val="24"/>
        </w:rPr>
        <w:t>.</w:t>
      </w:r>
    </w:p>
    <w:p w14:paraId="1BBDC797"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560" w:dyaOrig="320" w14:anchorId="4B08D549">
          <v:shape id="_x0000_i3897" type="#_x0000_t75" style="width:28.2pt;height:16.2pt" o:ole="">
            <v:imagedata r:id="rId4115" o:title=""/>
          </v:shape>
          <o:OLEObject Type="Embed" ProgID="Equation.DSMT4" ShapeID="_x0000_i3897" DrawAspect="Content" ObjectID="_1699837181" r:id="rId411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700" w:dyaOrig="320" w14:anchorId="2CEB28AA">
          <v:shape id="_x0000_i3898" type="#_x0000_t75" style="width:85.2pt;height:16.2pt" o:ole="">
            <v:imagedata r:id="rId4117" o:title=""/>
          </v:shape>
          <o:OLEObject Type="Embed" ProgID="Equation.DSMT4" ShapeID="_x0000_i3898" DrawAspect="Content" ObjectID="_1699837182" r:id="rId4118"/>
        </w:object>
      </w:r>
      <w:r w:rsidRPr="00B13C4C">
        <w:rPr>
          <w:rFonts w:ascii="Times New Roman" w:hAnsi="Times New Roman" w:cs="Times New Roman"/>
          <w:sz w:val="24"/>
          <w:szCs w:val="24"/>
        </w:rPr>
        <w:t>.</w:t>
      </w:r>
    </w:p>
    <w:p w14:paraId="5A9E9D15" w14:textId="77777777" w:rsidR="00B13C4C" w:rsidRPr="00B13C4C" w:rsidRDefault="00B13C4C" w:rsidP="003C0C39">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hệ trục tọa độ </w:t>
      </w:r>
      <w:r w:rsidRPr="00B13C4C">
        <w:rPr>
          <w:rFonts w:ascii="Times New Roman" w:hAnsi="Times New Roman" w:cs="Times New Roman"/>
          <w:position w:val="-10"/>
          <w:sz w:val="24"/>
          <w:szCs w:val="24"/>
        </w:rPr>
        <w:object w:dxaOrig="460" w:dyaOrig="320" w14:anchorId="5483BEC0">
          <v:shape id="_x0000_i3899" type="#_x0000_t75" style="width:22.8pt;height:16.2pt" o:ole="">
            <v:imagedata r:id="rId4119" o:title=""/>
          </v:shape>
          <o:OLEObject Type="Embed" ProgID="Equation.DSMT4" ShapeID="_x0000_i3899" DrawAspect="Content" ObjectID="_1699837183" r:id="rId4120"/>
        </w:object>
      </w:r>
      <w:r w:rsidRPr="00B13C4C">
        <w:rPr>
          <w:rFonts w:ascii="Times New Roman" w:hAnsi="Times New Roman" w:cs="Times New Roman"/>
          <w:sz w:val="24"/>
          <w:szCs w:val="24"/>
        </w:rPr>
        <w:t xml:space="preserve">, cho </w:t>
      </w:r>
      <w:r w:rsidRPr="00B13C4C">
        <w:rPr>
          <w:rFonts w:ascii="Times New Roman" w:hAnsi="Times New Roman" w:cs="Times New Roman"/>
          <w:position w:val="-10"/>
          <w:sz w:val="24"/>
          <w:szCs w:val="24"/>
        </w:rPr>
        <w:object w:dxaOrig="2420" w:dyaOrig="320" w14:anchorId="5D39A00B">
          <v:shape id="_x0000_i3900" type="#_x0000_t75" style="width:121.2pt;height:16.2pt" o:ole="">
            <v:imagedata r:id="rId4121" o:title=""/>
          </v:shape>
          <o:OLEObject Type="Embed" ProgID="Equation.DSMT4" ShapeID="_x0000_i3900" DrawAspect="Content" ObjectID="_1699837184" r:id="rId4122"/>
        </w:object>
      </w:r>
      <w:r w:rsidRPr="00B13C4C">
        <w:rPr>
          <w:rFonts w:ascii="Times New Roman" w:hAnsi="Times New Roman" w:cs="Times New Roman"/>
          <w:sz w:val="24"/>
          <w:szCs w:val="24"/>
        </w:rPr>
        <w:t xml:space="preserve"> lần lượt là trung điểm các cạnh </w:t>
      </w:r>
      <w:r w:rsidRPr="00B13C4C">
        <w:rPr>
          <w:rFonts w:ascii="Times New Roman" w:hAnsi="Times New Roman" w:cs="Times New Roman"/>
          <w:position w:val="-10"/>
          <w:sz w:val="24"/>
          <w:szCs w:val="24"/>
        </w:rPr>
        <w:object w:dxaOrig="1200" w:dyaOrig="320" w14:anchorId="06BDAD1A">
          <v:shape id="_x0000_i3901" type="#_x0000_t75" style="width:60pt;height:16.2pt" o:ole="">
            <v:imagedata r:id="rId4123" o:title=""/>
          </v:shape>
          <o:OLEObject Type="Embed" ProgID="Equation.DSMT4" ShapeID="_x0000_i3901" DrawAspect="Content" ObjectID="_1699837185" r:id="rId4124"/>
        </w:object>
      </w:r>
      <w:r w:rsidRPr="00B13C4C">
        <w:rPr>
          <w:rFonts w:ascii="Times New Roman" w:hAnsi="Times New Roman" w:cs="Times New Roman"/>
          <w:sz w:val="24"/>
          <w:szCs w:val="24"/>
        </w:rPr>
        <w:t xml:space="preserve"> của </w:t>
      </w:r>
      <w:r w:rsidRPr="00B13C4C">
        <w:rPr>
          <w:rFonts w:ascii="Times New Roman" w:hAnsi="Times New Roman" w:cs="Times New Roman"/>
          <w:position w:val="-6"/>
          <w:sz w:val="24"/>
          <w:szCs w:val="24"/>
        </w:rPr>
        <w:object w:dxaOrig="680" w:dyaOrig="279" w14:anchorId="35A66F86">
          <v:shape id="_x0000_i3902" type="#_x0000_t75" style="width:34.2pt;height:13.8pt" o:ole="">
            <v:imagedata r:id="rId4125" o:title=""/>
          </v:shape>
          <o:OLEObject Type="Embed" ProgID="Equation.DSMT4" ShapeID="_x0000_i3902" DrawAspect="Content" ObjectID="_1699837186" r:id="rId4126"/>
        </w:object>
      </w:r>
      <w:r w:rsidRPr="00B13C4C">
        <w:rPr>
          <w:rFonts w:ascii="Times New Roman" w:hAnsi="Times New Roman" w:cs="Times New Roman"/>
          <w:sz w:val="24"/>
          <w:szCs w:val="24"/>
        </w:rPr>
        <w:t xml:space="preserve">. Tọa độ </w:t>
      </w:r>
      <w:r w:rsidRPr="00B13C4C">
        <w:rPr>
          <w:rFonts w:ascii="Times New Roman" w:hAnsi="Times New Roman" w:cs="Times New Roman"/>
          <w:position w:val="-4"/>
          <w:sz w:val="24"/>
          <w:szCs w:val="24"/>
        </w:rPr>
        <w:object w:dxaOrig="240" w:dyaOrig="260" w14:anchorId="4D11408B">
          <v:shape id="_x0000_i3903" type="#_x0000_t75" style="width:12pt;height:13.2pt" o:ole="">
            <v:imagedata r:id="rId4127" o:title=""/>
          </v:shape>
          <o:OLEObject Type="Embed" ProgID="Equation.DSMT4" ShapeID="_x0000_i3903" DrawAspect="Content" ObjectID="_1699837187" r:id="rId4128"/>
        </w:object>
      </w:r>
      <w:r w:rsidRPr="00B13C4C">
        <w:rPr>
          <w:rFonts w:ascii="Times New Roman" w:hAnsi="Times New Roman" w:cs="Times New Roman"/>
          <w:sz w:val="24"/>
          <w:szCs w:val="24"/>
        </w:rPr>
        <w:t xml:space="preserve"> là</w:t>
      </w:r>
    </w:p>
    <w:p w14:paraId="11FD156F"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800" w:dyaOrig="320" w14:anchorId="29E5FEAC">
          <v:shape id="_x0000_i3904" type="#_x0000_t75" style="width:40.2pt;height:16.2pt" o:ole="">
            <v:imagedata r:id="rId4129" o:title=""/>
          </v:shape>
          <o:OLEObject Type="Embed" ProgID="Equation.DSMT4" ShapeID="_x0000_i3904" DrawAspect="Content" ObjectID="_1699837188" r:id="rId413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639" w:dyaOrig="320" w14:anchorId="7767CEB8">
          <v:shape id="_x0000_i3905" type="#_x0000_t75" style="width:31.8pt;height:16.2pt" o:ole="">
            <v:imagedata r:id="rId4131" o:title=""/>
          </v:shape>
          <o:OLEObject Type="Embed" ProgID="Equation.DSMT4" ShapeID="_x0000_i3905" DrawAspect="Content" ObjectID="_1699837189" r:id="rId413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480" w:dyaOrig="320" w14:anchorId="6472588F">
          <v:shape id="_x0000_i3906" type="#_x0000_t75" style="width:24pt;height:16.2pt" o:ole="">
            <v:imagedata r:id="rId4133" o:title=""/>
          </v:shape>
          <o:OLEObject Type="Embed" ProgID="Equation.DSMT4" ShapeID="_x0000_i3906" DrawAspect="Content" ObjectID="_1699837190" r:id="rId413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639" w:dyaOrig="320" w14:anchorId="11BC5F90">
          <v:shape id="_x0000_i3907" type="#_x0000_t75" style="width:31.8pt;height:16.2pt" o:ole="">
            <v:imagedata r:id="rId4135" o:title=""/>
          </v:shape>
          <o:OLEObject Type="Embed" ProgID="Equation.DSMT4" ShapeID="_x0000_i3907" DrawAspect="Content" ObjectID="_1699837191" r:id="rId4136"/>
        </w:object>
      </w:r>
      <w:r w:rsidRPr="00B13C4C">
        <w:rPr>
          <w:rFonts w:ascii="Times New Roman" w:hAnsi="Times New Roman" w:cs="Times New Roman"/>
          <w:sz w:val="24"/>
          <w:szCs w:val="24"/>
        </w:rPr>
        <w:t>.</w:t>
      </w:r>
    </w:p>
    <w:p w14:paraId="352BFEE5" w14:textId="77777777" w:rsidR="00B13C4C" w:rsidRPr="00B13C4C" w:rsidRDefault="00B13C4C" w:rsidP="003C0C39">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Hàm số </w:t>
      </w:r>
      <w:r w:rsidRPr="00B13C4C">
        <w:rPr>
          <w:rFonts w:ascii="Times New Roman" w:hAnsi="Times New Roman" w:cs="Times New Roman"/>
          <w:position w:val="-10"/>
          <w:sz w:val="24"/>
          <w:szCs w:val="24"/>
        </w:rPr>
        <w:object w:dxaOrig="1460" w:dyaOrig="360" w14:anchorId="02AAC339">
          <v:shape id="_x0000_i3908" type="#_x0000_t75" style="width:73.2pt;height:18pt" o:ole="">
            <v:imagedata r:id="rId4137" o:title=""/>
          </v:shape>
          <o:OLEObject Type="Embed" ProgID="Equation.DSMT4" ShapeID="_x0000_i3908" DrawAspect="Content" ObjectID="_1699837192" r:id="rId4138"/>
        </w:object>
      </w:r>
      <w:r w:rsidRPr="00B13C4C">
        <w:rPr>
          <w:rFonts w:ascii="Times New Roman" w:hAnsi="Times New Roman" w:cs="Times New Roman"/>
          <w:sz w:val="24"/>
          <w:szCs w:val="24"/>
        </w:rPr>
        <w:t xml:space="preserve"> đồng biến trên khoảng nào dưới đây?</w:t>
      </w:r>
    </w:p>
    <w:p w14:paraId="73DE5A2D"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499" w:dyaOrig="320" w14:anchorId="6C10261D">
          <v:shape id="_x0000_i3909" type="#_x0000_t75" style="width:25.2pt;height:16.2pt" o:ole="">
            <v:imagedata r:id="rId4139" o:title=""/>
          </v:shape>
          <o:OLEObject Type="Embed" ProgID="Equation.DSMT4" ShapeID="_x0000_i3909" DrawAspect="Content" ObjectID="_1699837193" r:id="rId414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940" w:dyaOrig="320" w14:anchorId="42932085">
          <v:shape id="_x0000_i3910" type="#_x0000_t75" style="width:46.8pt;height:16.2pt" o:ole="">
            <v:imagedata r:id="rId4141" o:title=""/>
          </v:shape>
          <o:OLEObject Type="Embed" ProgID="Equation.DSMT4" ShapeID="_x0000_i3910" DrawAspect="Content" ObjectID="_1699837194" r:id="rId414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760" w:dyaOrig="320" w14:anchorId="21537425">
          <v:shape id="_x0000_i3911" type="#_x0000_t75" style="width:37.8pt;height:16.2pt" o:ole="">
            <v:imagedata r:id="rId4143" o:title=""/>
          </v:shape>
          <o:OLEObject Type="Embed" ProgID="Equation.DSMT4" ShapeID="_x0000_i3911" DrawAspect="Content" ObjectID="_1699837195" r:id="rId414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760" w:dyaOrig="320" w14:anchorId="199B8383">
          <v:shape id="_x0000_i3912" type="#_x0000_t75" style="width:37.8pt;height:16.2pt" o:ole="">
            <v:imagedata r:id="rId4145" o:title=""/>
          </v:shape>
          <o:OLEObject Type="Embed" ProgID="Equation.DSMT4" ShapeID="_x0000_i3912" DrawAspect="Content" ObjectID="_1699837196" r:id="rId4146"/>
        </w:object>
      </w:r>
      <w:r w:rsidRPr="00B13C4C">
        <w:rPr>
          <w:rFonts w:ascii="Times New Roman" w:hAnsi="Times New Roman" w:cs="Times New Roman"/>
          <w:sz w:val="24"/>
          <w:szCs w:val="24"/>
        </w:rPr>
        <w:t>.</w:t>
      </w:r>
    </w:p>
    <w:p w14:paraId="34365906" w14:textId="77777777" w:rsidR="00B13C4C" w:rsidRPr="00B13C4C" w:rsidRDefault="00B13C4C" w:rsidP="003C0C39">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hệ trục tọa độ </w:t>
      </w:r>
      <w:r w:rsidRPr="00B13C4C">
        <w:rPr>
          <w:rFonts w:ascii="Times New Roman" w:hAnsi="Times New Roman" w:cs="Times New Roman"/>
          <w:position w:val="-10"/>
          <w:sz w:val="24"/>
          <w:szCs w:val="24"/>
        </w:rPr>
        <w:object w:dxaOrig="460" w:dyaOrig="320" w14:anchorId="7E110AC8">
          <v:shape id="_x0000_i3913" type="#_x0000_t75" style="width:22.8pt;height:16.2pt" o:ole="">
            <v:imagedata r:id="rId4147" o:title=""/>
          </v:shape>
          <o:OLEObject Type="Embed" ProgID="Equation.DSMT4" ShapeID="_x0000_i3913" DrawAspect="Content" ObjectID="_1699837197" r:id="rId4148"/>
        </w:object>
      </w:r>
      <w:r w:rsidRPr="00B13C4C">
        <w:rPr>
          <w:rFonts w:ascii="Times New Roman" w:hAnsi="Times New Roman" w:cs="Times New Roman"/>
          <w:sz w:val="24"/>
          <w:szCs w:val="24"/>
        </w:rPr>
        <w:t>, các cặp véctơ nào sau đây cùng phương?</w:t>
      </w:r>
    </w:p>
    <w:p w14:paraId="24020B94"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920" w:dyaOrig="320" w14:anchorId="6ED7A4D2">
          <v:shape id="_x0000_i3914" type="#_x0000_t75" style="width:46.2pt;height:16.2pt" o:ole="">
            <v:imagedata r:id="rId4149" o:title=""/>
          </v:shape>
          <o:OLEObject Type="Embed" ProgID="Equation.DSMT4" ShapeID="_x0000_i3914" DrawAspect="Content" ObjectID="_1699837198" r:id="rId4150"/>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1180" w:dyaOrig="320" w14:anchorId="61DB0A64">
          <v:shape id="_x0000_i3915" type="#_x0000_t75" style="width:58.8pt;height:16.2pt" o:ole="">
            <v:imagedata r:id="rId4151" o:title=""/>
          </v:shape>
          <o:OLEObject Type="Embed" ProgID="Equation.DSMT4" ShapeID="_x0000_i3915" DrawAspect="Content" ObjectID="_1699837199" r:id="rId415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900" w:dyaOrig="320" w14:anchorId="2B2A9325">
          <v:shape id="_x0000_i3916" type="#_x0000_t75" style="width:45pt;height:16.2pt" o:ole="">
            <v:imagedata r:id="rId4153" o:title=""/>
          </v:shape>
          <o:OLEObject Type="Embed" ProgID="Equation.DSMT4" ShapeID="_x0000_i3916" DrawAspect="Content" ObjectID="_1699837200" r:id="rId4154"/>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880" w:dyaOrig="320" w14:anchorId="1B5BACBD">
          <v:shape id="_x0000_i3917" type="#_x0000_t75" style="width:43.8pt;height:16.2pt" o:ole="">
            <v:imagedata r:id="rId4155" o:title=""/>
          </v:shape>
          <o:OLEObject Type="Embed" ProgID="Equation.DSMT4" ShapeID="_x0000_i3917" DrawAspect="Content" ObjectID="_1699837201" r:id="rId4156"/>
        </w:object>
      </w:r>
      <w:r w:rsidRPr="00B13C4C">
        <w:rPr>
          <w:rFonts w:ascii="Times New Roman" w:hAnsi="Times New Roman" w:cs="Times New Roman"/>
          <w:sz w:val="24"/>
          <w:szCs w:val="24"/>
        </w:rPr>
        <w:t>.</w:t>
      </w:r>
    </w:p>
    <w:p w14:paraId="7D8302C8"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940" w:dyaOrig="320" w14:anchorId="26FE8E47">
          <v:shape id="_x0000_i3918" type="#_x0000_t75" style="width:46.8pt;height:16.2pt" o:ole="">
            <v:imagedata r:id="rId4157" o:title=""/>
          </v:shape>
          <o:OLEObject Type="Embed" ProgID="Equation.DSMT4" ShapeID="_x0000_i3918" DrawAspect="Content" ObjectID="_1699837202" r:id="rId4158"/>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920" w:dyaOrig="320" w14:anchorId="0EA4F570">
          <v:shape id="_x0000_i3919" type="#_x0000_t75" style="width:46.2pt;height:16.2pt" o:ole="">
            <v:imagedata r:id="rId4159" o:title=""/>
          </v:shape>
          <o:OLEObject Type="Embed" ProgID="Equation.DSMT4" ShapeID="_x0000_i3919" DrawAspect="Content" ObjectID="_1699837203" r:id="rId416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060" w:dyaOrig="320" w14:anchorId="696893A4">
          <v:shape id="_x0000_i3920" type="#_x0000_t75" style="width:52.8pt;height:16.2pt" o:ole="">
            <v:imagedata r:id="rId4161" o:title=""/>
          </v:shape>
          <o:OLEObject Type="Embed" ProgID="Equation.DSMT4" ShapeID="_x0000_i3920" DrawAspect="Content" ObjectID="_1699837204" r:id="rId4162"/>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920" w:dyaOrig="320" w14:anchorId="6BF4DF21">
          <v:shape id="_x0000_i3921" type="#_x0000_t75" style="width:46.2pt;height:16.2pt" o:ole="">
            <v:imagedata r:id="rId4163" o:title=""/>
          </v:shape>
          <o:OLEObject Type="Embed" ProgID="Equation.DSMT4" ShapeID="_x0000_i3921" DrawAspect="Content" ObjectID="_1699837205" r:id="rId4164"/>
        </w:object>
      </w:r>
      <w:r w:rsidRPr="00B13C4C">
        <w:rPr>
          <w:rFonts w:ascii="Times New Roman" w:hAnsi="Times New Roman" w:cs="Times New Roman"/>
          <w:sz w:val="24"/>
          <w:szCs w:val="24"/>
        </w:rPr>
        <w:t>.</w:t>
      </w:r>
    </w:p>
    <w:p w14:paraId="260EA094" w14:textId="77777777" w:rsidR="00B13C4C" w:rsidRPr="00B13C4C" w:rsidRDefault="00B13C4C" w:rsidP="003C0C39">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Mệnh đề nào dưới đây đúng?</w:t>
      </w:r>
    </w:p>
    <w:p w14:paraId="1A33133A"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260" w:dyaOrig="279" w14:anchorId="2C20EC0D">
          <v:shape id="_x0000_i3922" type="#_x0000_t75" style="width:13.2pt;height:13.8pt" o:ole="">
            <v:imagedata r:id="rId4165" o:title=""/>
          </v:shape>
          <o:OLEObject Type="Embed" ProgID="Equation.DSMT4" ShapeID="_x0000_i3922" DrawAspect="Content" ObjectID="_1699837206" r:id="rId4166"/>
        </w:object>
      </w:r>
      <w:r w:rsidRPr="00B13C4C">
        <w:rPr>
          <w:rFonts w:ascii="Times New Roman" w:hAnsi="Times New Roman" w:cs="Times New Roman"/>
          <w:sz w:val="24"/>
          <w:szCs w:val="24"/>
        </w:rPr>
        <w:t xml:space="preserve"> là trọng tâm tam giác </w:t>
      </w:r>
      <w:r w:rsidRPr="00B13C4C">
        <w:rPr>
          <w:rFonts w:ascii="Times New Roman" w:hAnsi="Times New Roman" w:cs="Times New Roman"/>
          <w:position w:val="-6"/>
          <w:sz w:val="24"/>
          <w:szCs w:val="24"/>
        </w:rPr>
        <w:object w:dxaOrig="560" w:dyaOrig="279" w14:anchorId="060C7A54">
          <v:shape id="_x0000_i3923" type="#_x0000_t75" style="width:28.2pt;height:13.8pt" o:ole="">
            <v:imagedata r:id="rId4167" o:title=""/>
          </v:shape>
          <o:OLEObject Type="Embed" ProgID="Equation.DSMT4" ShapeID="_x0000_i3923" DrawAspect="Content" ObjectID="_1699837207" r:id="rId4168"/>
        </w:object>
      </w:r>
      <w:r w:rsidRPr="00B13C4C">
        <w:rPr>
          <w:rFonts w:ascii="Times New Roman" w:hAnsi="Times New Roman" w:cs="Times New Roman"/>
          <w:sz w:val="24"/>
          <w:szCs w:val="24"/>
        </w:rPr>
        <w:t xml:space="preserve"> khi và chỉ khi </w:t>
      </w:r>
      <w:r w:rsidRPr="00B13C4C">
        <w:rPr>
          <w:rFonts w:ascii="Times New Roman" w:hAnsi="Times New Roman" w:cs="Times New Roman"/>
          <w:position w:val="-6"/>
          <w:sz w:val="24"/>
          <w:szCs w:val="24"/>
        </w:rPr>
        <w:object w:dxaOrig="1820" w:dyaOrig="340" w14:anchorId="27BDA68F">
          <v:shape id="_x0000_i3924" type="#_x0000_t75" style="width:91.2pt;height:16.8pt" o:ole="">
            <v:imagedata r:id="rId4169" o:title=""/>
          </v:shape>
          <o:OLEObject Type="Embed" ProgID="Equation.DSMT4" ShapeID="_x0000_i3924" DrawAspect="Content" ObjectID="_1699837208" r:id="rId4170"/>
        </w:object>
      </w:r>
      <w:r w:rsidRPr="00B13C4C">
        <w:rPr>
          <w:rFonts w:ascii="Times New Roman" w:hAnsi="Times New Roman" w:cs="Times New Roman"/>
          <w:sz w:val="24"/>
          <w:szCs w:val="24"/>
        </w:rPr>
        <w:t>.</w:t>
      </w:r>
    </w:p>
    <w:p w14:paraId="34755A28"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260" w:dyaOrig="279" w14:anchorId="31AB7EB6">
          <v:shape id="_x0000_i3925" type="#_x0000_t75" style="width:13.2pt;height:13.8pt" o:ole="">
            <v:imagedata r:id="rId4171" o:title=""/>
          </v:shape>
          <o:OLEObject Type="Embed" ProgID="Equation.DSMT4" ShapeID="_x0000_i3925" DrawAspect="Content" ObjectID="_1699837209" r:id="rId4172"/>
        </w:object>
      </w:r>
      <w:r w:rsidRPr="00B13C4C">
        <w:rPr>
          <w:rFonts w:ascii="Times New Roman" w:hAnsi="Times New Roman" w:cs="Times New Roman"/>
          <w:sz w:val="24"/>
          <w:szCs w:val="24"/>
        </w:rPr>
        <w:t xml:space="preserve"> là trọng tâm tam giác </w:t>
      </w:r>
      <w:r w:rsidRPr="00B13C4C">
        <w:rPr>
          <w:rFonts w:ascii="Times New Roman" w:hAnsi="Times New Roman" w:cs="Times New Roman"/>
          <w:position w:val="-6"/>
          <w:sz w:val="24"/>
          <w:szCs w:val="24"/>
        </w:rPr>
        <w:object w:dxaOrig="560" w:dyaOrig="279" w14:anchorId="1B28DFE4">
          <v:shape id="_x0000_i3926" type="#_x0000_t75" style="width:28.2pt;height:13.8pt" o:ole="">
            <v:imagedata r:id="rId4173" o:title=""/>
          </v:shape>
          <o:OLEObject Type="Embed" ProgID="Equation.DSMT4" ShapeID="_x0000_i3926" DrawAspect="Content" ObjectID="_1699837210" r:id="rId4174"/>
        </w:object>
      </w:r>
      <w:r w:rsidRPr="00B13C4C">
        <w:rPr>
          <w:rFonts w:ascii="Times New Roman" w:hAnsi="Times New Roman" w:cs="Times New Roman"/>
          <w:sz w:val="24"/>
          <w:szCs w:val="24"/>
        </w:rPr>
        <w:t xml:space="preserve"> khi và chỉ khi </w:t>
      </w:r>
      <w:r w:rsidRPr="00B13C4C">
        <w:rPr>
          <w:rFonts w:ascii="Times New Roman" w:hAnsi="Times New Roman" w:cs="Times New Roman"/>
          <w:position w:val="-6"/>
          <w:sz w:val="24"/>
          <w:szCs w:val="24"/>
        </w:rPr>
        <w:object w:dxaOrig="1820" w:dyaOrig="340" w14:anchorId="0A21E428">
          <v:shape id="_x0000_i3927" type="#_x0000_t75" style="width:91.2pt;height:16.8pt" o:ole="">
            <v:imagedata r:id="rId4175" o:title=""/>
          </v:shape>
          <o:OLEObject Type="Embed" ProgID="Equation.DSMT4" ShapeID="_x0000_i3927" DrawAspect="Content" ObjectID="_1699837211" r:id="rId4176"/>
        </w:object>
      </w:r>
      <w:r w:rsidRPr="00B13C4C">
        <w:rPr>
          <w:rFonts w:ascii="Times New Roman" w:hAnsi="Times New Roman" w:cs="Times New Roman"/>
          <w:sz w:val="24"/>
          <w:szCs w:val="24"/>
        </w:rPr>
        <w:t>.</w:t>
      </w:r>
    </w:p>
    <w:p w14:paraId="15109251"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260" w:dyaOrig="279" w14:anchorId="513A7A18">
          <v:shape id="_x0000_i3928" type="#_x0000_t75" style="width:13.2pt;height:13.8pt" o:ole="">
            <v:imagedata r:id="rId4177" o:title=""/>
          </v:shape>
          <o:OLEObject Type="Embed" ProgID="Equation.DSMT4" ShapeID="_x0000_i3928" DrawAspect="Content" ObjectID="_1699837212" r:id="rId4178"/>
        </w:object>
      </w:r>
      <w:r w:rsidRPr="00B13C4C">
        <w:rPr>
          <w:rFonts w:ascii="Times New Roman" w:hAnsi="Times New Roman" w:cs="Times New Roman"/>
          <w:sz w:val="24"/>
          <w:szCs w:val="24"/>
        </w:rPr>
        <w:t xml:space="preserve"> là trọng tâm tam giác </w:t>
      </w:r>
      <w:r w:rsidRPr="00B13C4C">
        <w:rPr>
          <w:rFonts w:ascii="Times New Roman" w:hAnsi="Times New Roman" w:cs="Times New Roman"/>
          <w:position w:val="-6"/>
          <w:sz w:val="24"/>
          <w:szCs w:val="24"/>
        </w:rPr>
        <w:object w:dxaOrig="560" w:dyaOrig="279" w14:anchorId="4B6AC0F6">
          <v:shape id="_x0000_i3929" type="#_x0000_t75" style="width:28.2pt;height:13.8pt" o:ole="">
            <v:imagedata r:id="rId4179" o:title=""/>
          </v:shape>
          <o:OLEObject Type="Embed" ProgID="Equation.DSMT4" ShapeID="_x0000_i3929" DrawAspect="Content" ObjectID="_1699837213" r:id="rId4180"/>
        </w:object>
      </w:r>
      <w:r w:rsidRPr="00B13C4C">
        <w:rPr>
          <w:rFonts w:ascii="Times New Roman" w:hAnsi="Times New Roman" w:cs="Times New Roman"/>
          <w:sz w:val="24"/>
          <w:szCs w:val="24"/>
        </w:rPr>
        <w:t xml:space="preserve"> khi và chỉ khi </w:t>
      </w:r>
      <w:r w:rsidRPr="00B13C4C">
        <w:rPr>
          <w:rFonts w:ascii="Times New Roman" w:hAnsi="Times New Roman" w:cs="Times New Roman"/>
          <w:position w:val="-6"/>
          <w:sz w:val="24"/>
          <w:szCs w:val="24"/>
        </w:rPr>
        <w:object w:dxaOrig="1820" w:dyaOrig="340" w14:anchorId="597979D4">
          <v:shape id="_x0000_i3930" type="#_x0000_t75" style="width:91.2pt;height:16.8pt" o:ole="">
            <v:imagedata r:id="rId4181" o:title=""/>
          </v:shape>
          <o:OLEObject Type="Embed" ProgID="Equation.DSMT4" ShapeID="_x0000_i3930" DrawAspect="Content" ObjectID="_1699837214" r:id="rId4182"/>
        </w:object>
      </w:r>
      <w:r w:rsidRPr="00B13C4C">
        <w:rPr>
          <w:rFonts w:ascii="Times New Roman" w:hAnsi="Times New Roman" w:cs="Times New Roman"/>
          <w:sz w:val="24"/>
          <w:szCs w:val="24"/>
        </w:rPr>
        <w:t>.</w:t>
      </w:r>
    </w:p>
    <w:p w14:paraId="37C9E27A"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260" w:dyaOrig="279" w14:anchorId="24439967">
          <v:shape id="_x0000_i3931" type="#_x0000_t75" style="width:13.2pt;height:13.8pt" o:ole="">
            <v:imagedata r:id="rId4183" o:title=""/>
          </v:shape>
          <o:OLEObject Type="Embed" ProgID="Equation.DSMT4" ShapeID="_x0000_i3931" DrawAspect="Content" ObjectID="_1699837215" r:id="rId4184"/>
        </w:object>
      </w:r>
      <w:r w:rsidRPr="00B13C4C">
        <w:rPr>
          <w:rFonts w:ascii="Times New Roman" w:hAnsi="Times New Roman" w:cs="Times New Roman"/>
          <w:sz w:val="24"/>
          <w:szCs w:val="24"/>
        </w:rPr>
        <w:t xml:space="preserve"> là trọng tâm tam giác </w:t>
      </w:r>
      <w:r w:rsidRPr="00B13C4C">
        <w:rPr>
          <w:rFonts w:ascii="Times New Roman" w:hAnsi="Times New Roman" w:cs="Times New Roman"/>
          <w:position w:val="-6"/>
          <w:sz w:val="24"/>
          <w:szCs w:val="24"/>
        </w:rPr>
        <w:object w:dxaOrig="560" w:dyaOrig="279" w14:anchorId="5060C0A9">
          <v:shape id="_x0000_i3932" type="#_x0000_t75" style="width:28.2pt;height:13.8pt" o:ole="">
            <v:imagedata r:id="rId4185" o:title=""/>
          </v:shape>
          <o:OLEObject Type="Embed" ProgID="Equation.DSMT4" ShapeID="_x0000_i3932" DrawAspect="Content" ObjectID="_1699837216" r:id="rId4186"/>
        </w:object>
      </w:r>
      <w:r w:rsidRPr="00B13C4C">
        <w:rPr>
          <w:rFonts w:ascii="Times New Roman" w:hAnsi="Times New Roman" w:cs="Times New Roman"/>
          <w:sz w:val="24"/>
          <w:szCs w:val="24"/>
        </w:rPr>
        <w:t xml:space="preserve"> khi và chỉ khi </w:t>
      </w:r>
      <w:r w:rsidRPr="00B13C4C">
        <w:rPr>
          <w:rFonts w:ascii="Times New Roman" w:hAnsi="Times New Roman" w:cs="Times New Roman"/>
          <w:position w:val="-6"/>
          <w:sz w:val="24"/>
          <w:szCs w:val="24"/>
        </w:rPr>
        <w:object w:dxaOrig="1820" w:dyaOrig="340" w14:anchorId="2ACBEEBC">
          <v:shape id="_x0000_i3933" type="#_x0000_t75" style="width:91.2pt;height:16.8pt" o:ole="">
            <v:imagedata r:id="rId4187" o:title=""/>
          </v:shape>
          <o:OLEObject Type="Embed" ProgID="Equation.DSMT4" ShapeID="_x0000_i3933" DrawAspect="Content" ObjectID="_1699837217" r:id="rId4188"/>
        </w:object>
      </w:r>
      <w:r w:rsidRPr="00B13C4C">
        <w:rPr>
          <w:rFonts w:ascii="Times New Roman" w:hAnsi="Times New Roman" w:cs="Times New Roman"/>
          <w:sz w:val="24"/>
          <w:szCs w:val="24"/>
        </w:rPr>
        <w:t>.</w:t>
      </w:r>
    </w:p>
    <w:p w14:paraId="57022CDF" w14:textId="77777777" w:rsidR="00B13C4C" w:rsidRPr="00B13C4C" w:rsidRDefault="00B13C4C" w:rsidP="003C0C39">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hệ trục tọa độ </w:t>
      </w:r>
      <w:r w:rsidRPr="00B13C4C">
        <w:rPr>
          <w:rFonts w:ascii="Times New Roman" w:hAnsi="Times New Roman" w:cs="Times New Roman"/>
          <w:position w:val="-10"/>
          <w:sz w:val="24"/>
          <w:szCs w:val="24"/>
        </w:rPr>
        <w:object w:dxaOrig="460" w:dyaOrig="320" w14:anchorId="6C9265E1">
          <v:shape id="_x0000_i3934" type="#_x0000_t75" style="width:22.8pt;height:16.2pt" o:ole="">
            <v:imagedata r:id="rId4189" o:title=""/>
          </v:shape>
          <o:OLEObject Type="Embed" ProgID="Equation.DSMT4" ShapeID="_x0000_i3934" DrawAspect="Content" ObjectID="_1699837218" r:id="rId4190"/>
        </w:object>
      </w:r>
      <w:r w:rsidRPr="00B13C4C">
        <w:rPr>
          <w:rFonts w:ascii="Times New Roman" w:hAnsi="Times New Roman" w:cs="Times New Roman"/>
          <w:sz w:val="24"/>
          <w:szCs w:val="24"/>
        </w:rPr>
        <w:t xml:space="preserve">, cho </w:t>
      </w:r>
      <w:r w:rsidRPr="00B13C4C">
        <w:rPr>
          <w:rFonts w:ascii="Times New Roman" w:hAnsi="Times New Roman" w:cs="Times New Roman"/>
          <w:position w:val="-10"/>
          <w:sz w:val="24"/>
          <w:szCs w:val="24"/>
        </w:rPr>
        <w:object w:dxaOrig="1800" w:dyaOrig="320" w14:anchorId="475B62CC">
          <v:shape id="_x0000_i3935" type="#_x0000_t75" style="width:90pt;height:16.2pt" o:ole="">
            <v:imagedata r:id="rId4191" o:title=""/>
          </v:shape>
          <o:OLEObject Type="Embed" ProgID="Equation.DSMT4" ShapeID="_x0000_i3935" DrawAspect="Content" ObjectID="_1699837219" r:id="rId4192"/>
        </w:object>
      </w:r>
      <w:r w:rsidRPr="00B13C4C">
        <w:rPr>
          <w:rFonts w:ascii="Times New Roman" w:hAnsi="Times New Roman" w:cs="Times New Roman"/>
          <w:sz w:val="24"/>
          <w:szCs w:val="24"/>
        </w:rPr>
        <w:t xml:space="preserve">. Tọa độ của </w:t>
      </w:r>
      <w:r w:rsidRPr="00B13C4C">
        <w:rPr>
          <w:rFonts w:ascii="Times New Roman" w:hAnsi="Times New Roman" w:cs="Times New Roman"/>
          <w:position w:val="-4"/>
          <w:sz w:val="24"/>
          <w:szCs w:val="24"/>
        </w:rPr>
        <w:object w:dxaOrig="440" w:dyaOrig="320" w14:anchorId="17EA01E8">
          <v:shape id="_x0000_i3936" type="#_x0000_t75" style="width:22.2pt;height:16.2pt" o:ole="">
            <v:imagedata r:id="rId4193" o:title=""/>
          </v:shape>
          <o:OLEObject Type="Embed" ProgID="Equation.DSMT4" ShapeID="_x0000_i3936" DrawAspect="Content" ObjectID="_1699837220" r:id="rId4194"/>
        </w:object>
      </w:r>
      <w:r w:rsidRPr="00B13C4C">
        <w:rPr>
          <w:rFonts w:ascii="Times New Roman" w:hAnsi="Times New Roman" w:cs="Times New Roman"/>
          <w:sz w:val="24"/>
          <w:szCs w:val="24"/>
        </w:rPr>
        <w:t xml:space="preserve"> là</w:t>
      </w:r>
    </w:p>
    <w:p w14:paraId="09805CF4"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560" w:dyaOrig="320" w14:anchorId="0757D3F0">
          <v:shape id="_x0000_i3937" type="#_x0000_t75" style="width:28.2pt;height:16.2pt" o:ole="">
            <v:imagedata r:id="rId4195" o:title=""/>
          </v:shape>
          <o:OLEObject Type="Embed" ProgID="Equation.DSMT4" ShapeID="_x0000_i3937" DrawAspect="Content" ObjectID="_1699837221" r:id="rId419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639" w:dyaOrig="320" w14:anchorId="4F6A4992">
          <v:shape id="_x0000_i3938" type="#_x0000_t75" style="width:31.8pt;height:16.2pt" o:ole="">
            <v:imagedata r:id="rId4197" o:title=""/>
          </v:shape>
          <o:OLEObject Type="Embed" ProgID="Equation.DSMT4" ShapeID="_x0000_i3938" DrawAspect="Content" ObjectID="_1699837222" r:id="rId419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820" w:dyaOrig="320" w14:anchorId="3B954666">
          <v:shape id="_x0000_i3939" type="#_x0000_t75" style="width:40.8pt;height:16.2pt" o:ole="">
            <v:imagedata r:id="rId4199" o:title=""/>
          </v:shape>
          <o:OLEObject Type="Embed" ProgID="Equation.DSMT4" ShapeID="_x0000_i3939" DrawAspect="Content" ObjectID="_1699837223" r:id="rId420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700" w:dyaOrig="320" w14:anchorId="68BA8128">
          <v:shape id="_x0000_i3940" type="#_x0000_t75" style="width:34.8pt;height:16.2pt" o:ole="">
            <v:imagedata r:id="rId4201" o:title=""/>
          </v:shape>
          <o:OLEObject Type="Embed" ProgID="Equation.DSMT4" ShapeID="_x0000_i3940" DrawAspect="Content" ObjectID="_1699837224" r:id="rId4202"/>
        </w:object>
      </w:r>
      <w:r w:rsidRPr="00B13C4C">
        <w:rPr>
          <w:rFonts w:ascii="Times New Roman" w:hAnsi="Times New Roman" w:cs="Times New Roman"/>
          <w:sz w:val="24"/>
          <w:szCs w:val="24"/>
        </w:rPr>
        <w:t>.</w:t>
      </w:r>
    </w:p>
    <w:p w14:paraId="1C7AAC5F" w14:textId="77777777" w:rsidR="00B13C4C" w:rsidRPr="00B13C4C" w:rsidRDefault="00B13C4C" w:rsidP="003C0C39">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lastRenderedPageBreak/>
        <w:t>Câu 26: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Cặp số nào sau đây là nghiệm của hệ </w:t>
      </w:r>
      <w:r w:rsidRPr="00B13C4C">
        <w:rPr>
          <w:rFonts w:ascii="Times New Roman" w:hAnsi="Times New Roman" w:cs="Times New Roman"/>
          <w:position w:val="-64"/>
          <w:sz w:val="24"/>
          <w:szCs w:val="24"/>
        </w:rPr>
        <w:object w:dxaOrig="1240" w:dyaOrig="1400" w14:anchorId="55F9CE05">
          <v:shape id="_x0000_i3941" type="#_x0000_t75" style="width:61.8pt;height:70.2pt" o:ole="">
            <v:imagedata r:id="rId4203" o:title=""/>
          </v:shape>
          <o:OLEObject Type="Embed" ProgID="Equation.DSMT4" ShapeID="_x0000_i3941" DrawAspect="Content" ObjectID="_1699837225" r:id="rId4204"/>
        </w:object>
      </w:r>
    </w:p>
    <w:p w14:paraId="2933870A"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8"/>
          <w:sz w:val="24"/>
          <w:szCs w:val="24"/>
        </w:rPr>
        <w:object w:dxaOrig="960" w:dyaOrig="680" w14:anchorId="6B6184A2">
          <v:shape id="_x0000_i3942" type="#_x0000_t75" style="width:48pt;height:34.2pt" o:ole="">
            <v:imagedata r:id="rId4205" o:title=""/>
          </v:shape>
          <o:OLEObject Type="Embed" ProgID="Equation.DSMT4" ShapeID="_x0000_i3942" DrawAspect="Content" ObjectID="_1699837226" r:id="rId420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780" w:dyaOrig="320" w14:anchorId="172A2D7F">
          <v:shape id="_x0000_i3943" type="#_x0000_t75" style="width:39pt;height:16.2pt" o:ole="">
            <v:imagedata r:id="rId4207" o:title=""/>
          </v:shape>
          <o:OLEObject Type="Embed" ProgID="Equation.DSMT4" ShapeID="_x0000_i3943" DrawAspect="Content" ObjectID="_1699837227" r:id="rId420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8"/>
          <w:sz w:val="24"/>
          <w:szCs w:val="24"/>
        </w:rPr>
        <w:object w:dxaOrig="1240" w:dyaOrig="680" w14:anchorId="48201151">
          <v:shape id="_x0000_i3944" type="#_x0000_t75" style="width:61.8pt;height:34.2pt" o:ole="">
            <v:imagedata r:id="rId4209" o:title=""/>
          </v:shape>
          <o:OLEObject Type="Embed" ProgID="Equation.DSMT4" ShapeID="_x0000_i3944" DrawAspect="Content" ObjectID="_1699837228" r:id="rId421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8"/>
          <w:sz w:val="24"/>
          <w:szCs w:val="24"/>
        </w:rPr>
        <w:object w:dxaOrig="1240" w:dyaOrig="680" w14:anchorId="11452267">
          <v:shape id="_x0000_i3945" type="#_x0000_t75" style="width:61.8pt;height:34.2pt" o:ole="">
            <v:imagedata r:id="rId4211" o:title=""/>
          </v:shape>
          <o:OLEObject Type="Embed" ProgID="Equation.DSMT4" ShapeID="_x0000_i3945" DrawAspect="Content" ObjectID="_1699837229" r:id="rId4212"/>
        </w:object>
      </w:r>
      <w:r w:rsidRPr="00B13C4C">
        <w:rPr>
          <w:rFonts w:ascii="Times New Roman" w:hAnsi="Times New Roman" w:cs="Times New Roman"/>
          <w:sz w:val="24"/>
          <w:szCs w:val="24"/>
        </w:rPr>
        <w:t>.</w:t>
      </w:r>
    </w:p>
    <w:p w14:paraId="38D04BE5" w14:textId="77777777" w:rsidR="00B13C4C" w:rsidRPr="00B13C4C" w:rsidRDefault="00B13C4C" w:rsidP="003C0C39">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Một công ty có 85 xe chở khách gồm 2 loại: xe chở được 4 khách và xe chở được 7 khách. Biết nếu dùng hết số xe đó, tối đa công ti chở một lần được 445 khách. Số xe chở được 4 khách và số xe chở được 7 khách lần lượt là</w:t>
      </w:r>
    </w:p>
    <w:p w14:paraId="29FC720D"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50 xe, 35 xe.</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35 xe, 50 xe.</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45 xe, 40 xe.</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40 xe, 45 xe.</w:t>
      </w:r>
    </w:p>
    <w:p w14:paraId="54B018BD" w14:textId="77777777" w:rsidR="00B13C4C" w:rsidRPr="00B13C4C" w:rsidRDefault="00B13C4C" w:rsidP="003C0C39">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Giá trị của tham số </w:t>
      </w:r>
      <w:r w:rsidRPr="00B13C4C">
        <w:rPr>
          <w:rFonts w:ascii="Times New Roman" w:hAnsi="Times New Roman" w:cs="Times New Roman"/>
          <w:position w:val="-6"/>
          <w:sz w:val="24"/>
          <w:szCs w:val="24"/>
        </w:rPr>
        <w:object w:dxaOrig="260" w:dyaOrig="220" w14:anchorId="244571F5">
          <v:shape id="_x0000_i3946" type="#_x0000_t75" style="width:13.2pt;height:10.8pt" o:ole="">
            <v:imagedata r:id="rId4213" o:title=""/>
          </v:shape>
          <o:OLEObject Type="Embed" ProgID="Equation.DSMT4" ShapeID="_x0000_i3946" DrawAspect="Content" ObjectID="_1699837230" r:id="rId4214"/>
        </w:object>
      </w:r>
      <w:r w:rsidRPr="00B13C4C">
        <w:rPr>
          <w:rFonts w:ascii="Times New Roman" w:hAnsi="Times New Roman" w:cs="Times New Roman"/>
          <w:sz w:val="24"/>
          <w:szCs w:val="24"/>
        </w:rPr>
        <w:t xml:space="preserve"> để phương trình </w:t>
      </w:r>
      <w:r w:rsidRPr="00B13C4C">
        <w:rPr>
          <w:rFonts w:ascii="Times New Roman" w:hAnsi="Times New Roman" w:cs="Times New Roman"/>
          <w:position w:val="-6"/>
          <w:sz w:val="24"/>
          <w:szCs w:val="24"/>
        </w:rPr>
        <w:object w:dxaOrig="1440" w:dyaOrig="320" w14:anchorId="173181BF">
          <v:shape id="_x0000_i3947" type="#_x0000_t75" style="width:1in;height:16.2pt" o:ole="">
            <v:imagedata r:id="rId4215" o:title=""/>
          </v:shape>
          <o:OLEObject Type="Embed" ProgID="Equation.DSMT4" ShapeID="_x0000_i3947" DrawAspect="Content" ObjectID="_1699837231" r:id="rId4216"/>
        </w:object>
      </w:r>
      <w:r w:rsidRPr="00B13C4C">
        <w:rPr>
          <w:rFonts w:ascii="Times New Roman" w:hAnsi="Times New Roman" w:cs="Times New Roman"/>
          <w:sz w:val="24"/>
          <w:szCs w:val="24"/>
        </w:rPr>
        <w:t xml:space="preserve"> có hai nghiệm phân biệt </w:t>
      </w:r>
      <w:r w:rsidRPr="00B13C4C">
        <w:rPr>
          <w:rFonts w:ascii="Times New Roman" w:hAnsi="Times New Roman" w:cs="Times New Roman"/>
          <w:position w:val="-12"/>
          <w:sz w:val="24"/>
          <w:szCs w:val="24"/>
        </w:rPr>
        <w:object w:dxaOrig="540" w:dyaOrig="360" w14:anchorId="614B49A3">
          <v:shape id="_x0000_i3948" type="#_x0000_t75" style="width:27pt;height:18pt" o:ole="">
            <v:imagedata r:id="rId4217" o:title=""/>
          </v:shape>
          <o:OLEObject Type="Embed" ProgID="Equation.DSMT4" ShapeID="_x0000_i3948" DrawAspect="Content" ObjectID="_1699837232" r:id="rId4218"/>
        </w:object>
      </w:r>
      <w:r w:rsidRPr="00B13C4C">
        <w:rPr>
          <w:rFonts w:ascii="Times New Roman" w:hAnsi="Times New Roman" w:cs="Times New Roman"/>
          <w:sz w:val="24"/>
          <w:szCs w:val="24"/>
        </w:rPr>
        <w:t xml:space="preserve"> thỏa </w:t>
      </w:r>
      <w:r w:rsidRPr="00B13C4C">
        <w:rPr>
          <w:rFonts w:ascii="Times New Roman" w:hAnsi="Times New Roman" w:cs="Times New Roman"/>
          <w:position w:val="-14"/>
          <w:sz w:val="24"/>
          <w:szCs w:val="24"/>
        </w:rPr>
        <w:object w:dxaOrig="2220" w:dyaOrig="400" w14:anchorId="2054D679">
          <v:shape id="_x0000_i3949" type="#_x0000_t75" style="width:111pt;height:19.8pt" o:ole="">
            <v:imagedata r:id="rId4219" o:title=""/>
          </v:shape>
          <o:OLEObject Type="Embed" ProgID="Equation.DSMT4" ShapeID="_x0000_i3949" DrawAspect="Content" ObjectID="_1699837233" r:id="rId4220"/>
        </w:object>
      </w:r>
      <w:r w:rsidRPr="00B13C4C">
        <w:rPr>
          <w:rFonts w:ascii="Times New Roman" w:hAnsi="Times New Roman" w:cs="Times New Roman"/>
          <w:sz w:val="24"/>
          <w:szCs w:val="24"/>
        </w:rPr>
        <w:t xml:space="preserve"> là</w:t>
      </w:r>
    </w:p>
    <w:p w14:paraId="02B1F776"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3.</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540" w:dyaOrig="320" w14:anchorId="71B494C7">
          <v:shape id="_x0000_i3950" type="#_x0000_t75" style="width:27pt;height:16.2pt" o:ole="">
            <v:imagedata r:id="rId4221" o:title=""/>
          </v:shape>
          <o:OLEObject Type="Embed" ProgID="Equation.DSMT4" ShapeID="_x0000_i3950" DrawAspect="Content" ObjectID="_1699837234" r:id="rId422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499" w:dyaOrig="320" w14:anchorId="37BC98AB">
          <v:shape id="_x0000_i3951" type="#_x0000_t75" style="width:25.2pt;height:16.2pt" o:ole="">
            <v:imagedata r:id="rId4223" o:title=""/>
          </v:shape>
          <o:OLEObject Type="Embed" ProgID="Equation.DSMT4" ShapeID="_x0000_i3951" DrawAspect="Content" ObjectID="_1699837235" r:id="rId422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4"/>
          <w:sz w:val="24"/>
          <w:szCs w:val="24"/>
        </w:rPr>
        <w:object w:dxaOrig="300" w:dyaOrig="260" w14:anchorId="5939B40F">
          <v:shape id="_x0000_i3952" type="#_x0000_t75" style="width:15pt;height:13.2pt" o:ole="">
            <v:imagedata r:id="rId4225" o:title=""/>
          </v:shape>
          <o:OLEObject Type="Embed" ProgID="Equation.DSMT4" ShapeID="_x0000_i3952" DrawAspect="Content" ObjectID="_1699837236" r:id="rId4226"/>
        </w:object>
      </w:r>
      <w:r w:rsidRPr="00B13C4C">
        <w:rPr>
          <w:rFonts w:ascii="Times New Roman" w:hAnsi="Times New Roman" w:cs="Times New Roman"/>
          <w:sz w:val="24"/>
          <w:szCs w:val="24"/>
        </w:rPr>
        <w:t>.</w:t>
      </w:r>
    </w:p>
    <w:p w14:paraId="006F1375" w14:textId="77777777" w:rsidR="00B13C4C" w:rsidRPr="00B13C4C" w:rsidRDefault="00B13C4C" w:rsidP="003C0C39">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Cặp số nào sau đây là một nghiệm của phương trình </w:t>
      </w:r>
      <w:r w:rsidRPr="00B13C4C">
        <w:rPr>
          <w:rFonts w:ascii="Times New Roman" w:hAnsi="Times New Roman" w:cs="Times New Roman"/>
          <w:position w:val="-10"/>
          <w:sz w:val="24"/>
          <w:szCs w:val="24"/>
        </w:rPr>
        <w:object w:dxaOrig="1219" w:dyaOrig="320" w14:anchorId="15BD786C">
          <v:shape id="_x0000_i3953" type="#_x0000_t75" style="width:61.2pt;height:16.2pt" o:ole="">
            <v:imagedata r:id="rId4227" o:title=""/>
          </v:shape>
          <o:OLEObject Type="Embed" ProgID="Equation.DSMT4" ShapeID="_x0000_i3953" DrawAspect="Content" ObjectID="_1699837237" r:id="rId4228"/>
        </w:object>
      </w:r>
      <w:r w:rsidRPr="00B13C4C">
        <w:rPr>
          <w:rFonts w:ascii="Times New Roman" w:hAnsi="Times New Roman" w:cs="Times New Roman"/>
          <w:sz w:val="24"/>
          <w:szCs w:val="24"/>
        </w:rPr>
        <w:t>?</w:t>
      </w:r>
    </w:p>
    <w:p w14:paraId="404A1BB7"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680" w:dyaOrig="320" w14:anchorId="20C179F7">
          <v:shape id="_x0000_i3954" type="#_x0000_t75" style="width:34.2pt;height:16.2pt" o:ole="">
            <v:imagedata r:id="rId4229" o:title=""/>
          </v:shape>
          <o:OLEObject Type="Embed" ProgID="Equation.DSMT4" ShapeID="_x0000_i3954" DrawAspect="Content" ObjectID="_1699837238" r:id="rId423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499" w:dyaOrig="320" w14:anchorId="3970AB15">
          <v:shape id="_x0000_i3955" type="#_x0000_t75" style="width:25.2pt;height:16.2pt" o:ole="">
            <v:imagedata r:id="rId4231" o:title=""/>
          </v:shape>
          <o:OLEObject Type="Embed" ProgID="Equation.DSMT4" ShapeID="_x0000_i3955" DrawAspect="Content" ObjectID="_1699837239" r:id="rId423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560" w:dyaOrig="320" w14:anchorId="326020DE">
          <v:shape id="_x0000_i3956" type="#_x0000_t75" style="width:28.2pt;height:16.2pt" o:ole="">
            <v:imagedata r:id="rId4233" o:title=""/>
          </v:shape>
          <o:OLEObject Type="Embed" ProgID="Equation.DSMT4" ShapeID="_x0000_i3956" DrawAspect="Content" ObjectID="_1699837240" r:id="rId423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800" w:dyaOrig="320" w14:anchorId="2CD9AF21">
          <v:shape id="_x0000_i3957" type="#_x0000_t75" style="width:40.2pt;height:16.2pt" o:ole="">
            <v:imagedata r:id="rId4235" o:title=""/>
          </v:shape>
          <o:OLEObject Type="Embed" ProgID="Equation.DSMT4" ShapeID="_x0000_i3957" DrawAspect="Content" ObjectID="_1699837241" r:id="rId4236"/>
        </w:object>
      </w:r>
      <w:r w:rsidRPr="00B13C4C">
        <w:rPr>
          <w:rFonts w:ascii="Times New Roman" w:hAnsi="Times New Roman" w:cs="Times New Roman"/>
          <w:sz w:val="24"/>
          <w:szCs w:val="24"/>
        </w:rPr>
        <w:t>.</w:t>
      </w:r>
    </w:p>
    <w:p w14:paraId="76160C65" w14:textId="77777777" w:rsidR="00B13C4C" w:rsidRPr="00B13C4C" w:rsidRDefault="00B13C4C" w:rsidP="003C0C39">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hệ trục tọa độ </w:t>
      </w:r>
      <w:r w:rsidRPr="00B13C4C">
        <w:rPr>
          <w:rFonts w:ascii="Times New Roman" w:hAnsi="Times New Roman" w:cs="Times New Roman"/>
          <w:position w:val="-10"/>
          <w:sz w:val="24"/>
          <w:szCs w:val="24"/>
        </w:rPr>
        <w:object w:dxaOrig="460" w:dyaOrig="320" w14:anchorId="36204D98">
          <v:shape id="_x0000_i3958" type="#_x0000_t75" style="width:22.8pt;height:16.2pt" o:ole="">
            <v:imagedata r:id="rId4237" o:title=""/>
          </v:shape>
          <o:OLEObject Type="Embed" ProgID="Equation.DSMT4" ShapeID="_x0000_i3958" DrawAspect="Content" ObjectID="_1699837242" r:id="rId4238"/>
        </w:object>
      </w:r>
      <w:r w:rsidRPr="00B13C4C">
        <w:rPr>
          <w:rFonts w:ascii="Times New Roman" w:hAnsi="Times New Roman" w:cs="Times New Roman"/>
          <w:sz w:val="24"/>
          <w:szCs w:val="24"/>
        </w:rPr>
        <w:t xml:space="preserve">, cho tam giác </w:t>
      </w:r>
      <w:r w:rsidRPr="00B13C4C">
        <w:rPr>
          <w:rFonts w:ascii="Times New Roman" w:hAnsi="Times New Roman" w:cs="Times New Roman"/>
          <w:position w:val="-6"/>
          <w:sz w:val="24"/>
          <w:szCs w:val="24"/>
        </w:rPr>
        <w:object w:dxaOrig="560" w:dyaOrig="279" w14:anchorId="104D9A70">
          <v:shape id="_x0000_i3959" type="#_x0000_t75" style="width:28.2pt;height:13.8pt" o:ole="">
            <v:imagedata r:id="rId4239" o:title=""/>
          </v:shape>
          <o:OLEObject Type="Embed" ProgID="Equation.DSMT4" ShapeID="_x0000_i3959" DrawAspect="Content" ObjectID="_1699837243" r:id="rId4240"/>
        </w:object>
      </w:r>
      <w:r w:rsidRPr="00B13C4C">
        <w:rPr>
          <w:rFonts w:ascii="Times New Roman" w:hAnsi="Times New Roman" w:cs="Times New Roman"/>
          <w:sz w:val="24"/>
          <w:szCs w:val="24"/>
        </w:rPr>
        <w:t xml:space="preserve"> có </w:t>
      </w:r>
      <w:r w:rsidRPr="00B13C4C">
        <w:rPr>
          <w:rFonts w:ascii="Times New Roman" w:hAnsi="Times New Roman" w:cs="Times New Roman"/>
          <w:position w:val="-10"/>
          <w:sz w:val="24"/>
          <w:szCs w:val="24"/>
        </w:rPr>
        <w:object w:dxaOrig="2940" w:dyaOrig="320" w14:anchorId="0C2A627A">
          <v:shape id="_x0000_i3960" type="#_x0000_t75" style="width:147pt;height:16.2pt" o:ole="">
            <v:imagedata r:id="rId4241" o:title=""/>
          </v:shape>
          <o:OLEObject Type="Embed" ProgID="Equation.DSMT4" ShapeID="_x0000_i3960" DrawAspect="Content" ObjectID="_1699837244" r:id="rId4242"/>
        </w:object>
      </w:r>
      <w:r w:rsidRPr="00B13C4C">
        <w:rPr>
          <w:rFonts w:ascii="Times New Roman" w:hAnsi="Times New Roman" w:cs="Times New Roman"/>
          <w:sz w:val="24"/>
          <w:szCs w:val="24"/>
        </w:rPr>
        <w:t xml:space="preserve">. Chu vi của tam giác </w:t>
      </w:r>
      <w:r w:rsidRPr="00B13C4C">
        <w:rPr>
          <w:rFonts w:ascii="Times New Roman" w:hAnsi="Times New Roman" w:cs="Times New Roman"/>
          <w:position w:val="-6"/>
          <w:sz w:val="24"/>
          <w:szCs w:val="24"/>
        </w:rPr>
        <w:object w:dxaOrig="560" w:dyaOrig="279" w14:anchorId="5110A71B">
          <v:shape id="_x0000_i3961" type="#_x0000_t75" style="width:28.2pt;height:13.8pt" o:ole="">
            <v:imagedata r:id="rId4243" o:title=""/>
          </v:shape>
          <o:OLEObject Type="Embed" ProgID="Equation.DSMT4" ShapeID="_x0000_i3961" DrawAspect="Content" ObjectID="_1699837245" r:id="rId4244"/>
        </w:object>
      </w:r>
      <w:r w:rsidRPr="00B13C4C">
        <w:rPr>
          <w:rFonts w:ascii="Times New Roman" w:hAnsi="Times New Roman" w:cs="Times New Roman"/>
          <w:sz w:val="24"/>
          <w:szCs w:val="24"/>
        </w:rPr>
        <w:t xml:space="preserve"> bằng</w:t>
      </w:r>
    </w:p>
    <w:p w14:paraId="46E67261"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8"/>
          <w:sz w:val="24"/>
          <w:szCs w:val="24"/>
        </w:rPr>
        <w:object w:dxaOrig="1420" w:dyaOrig="360" w14:anchorId="06E786E9">
          <v:shape id="_x0000_i3962" type="#_x0000_t75" style="width:70.8pt;height:18pt" o:ole="">
            <v:imagedata r:id="rId4245" o:title=""/>
          </v:shape>
          <o:OLEObject Type="Embed" ProgID="Equation.DSMT4" ShapeID="_x0000_i3962" DrawAspect="Content" ObjectID="_1699837246" r:id="rId424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8"/>
          <w:sz w:val="24"/>
          <w:szCs w:val="24"/>
        </w:rPr>
        <w:object w:dxaOrig="1320" w:dyaOrig="360" w14:anchorId="7B2F52C9">
          <v:shape id="_x0000_i3963" type="#_x0000_t75" style="width:66pt;height:18pt" o:ole="">
            <v:imagedata r:id="rId4247" o:title=""/>
          </v:shape>
          <o:OLEObject Type="Embed" ProgID="Equation.DSMT4" ShapeID="_x0000_i3963" DrawAspect="Content" ObjectID="_1699837247" r:id="rId424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8"/>
          <w:sz w:val="24"/>
          <w:szCs w:val="24"/>
        </w:rPr>
        <w:object w:dxaOrig="1300" w:dyaOrig="360" w14:anchorId="6187E76C">
          <v:shape id="_x0000_i3964" type="#_x0000_t75" style="width:64.8pt;height:18pt" o:ole="">
            <v:imagedata r:id="rId4249" o:title=""/>
          </v:shape>
          <o:OLEObject Type="Embed" ProgID="Equation.DSMT4" ShapeID="_x0000_i3964" DrawAspect="Content" ObjectID="_1699837248" r:id="rId425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8"/>
          <w:sz w:val="24"/>
          <w:szCs w:val="24"/>
        </w:rPr>
        <w:object w:dxaOrig="1380" w:dyaOrig="360" w14:anchorId="35C6048F">
          <v:shape id="_x0000_i3965" type="#_x0000_t75" style="width:69pt;height:18pt" o:ole="">
            <v:imagedata r:id="rId4251" o:title=""/>
          </v:shape>
          <o:OLEObject Type="Embed" ProgID="Equation.DSMT4" ShapeID="_x0000_i3965" DrawAspect="Content" ObjectID="_1699837249" r:id="rId4252"/>
        </w:object>
      </w:r>
      <w:r w:rsidRPr="00B13C4C">
        <w:rPr>
          <w:rFonts w:ascii="Times New Roman" w:hAnsi="Times New Roman" w:cs="Times New Roman"/>
          <w:sz w:val="24"/>
          <w:szCs w:val="24"/>
        </w:rPr>
        <w:t>.</w:t>
      </w:r>
    </w:p>
    <w:p w14:paraId="11BEDE77" w14:textId="77777777" w:rsidR="00B13C4C" w:rsidRPr="00B13C4C" w:rsidRDefault="00B13C4C" w:rsidP="003C0C39">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các phương trình sau, phương trình nào là phương trình hệ quả của phương trình </w:t>
      </w:r>
      <w:r w:rsidRPr="00B13C4C">
        <w:rPr>
          <w:rFonts w:ascii="Times New Roman" w:hAnsi="Times New Roman" w:cs="Times New Roman"/>
          <w:position w:val="-6"/>
          <w:sz w:val="24"/>
          <w:szCs w:val="24"/>
        </w:rPr>
        <w:object w:dxaOrig="1020" w:dyaOrig="279" w14:anchorId="08A9B220">
          <v:shape id="_x0000_i3966" type="#_x0000_t75" style="width:51pt;height:13.8pt" o:ole="">
            <v:imagedata r:id="rId4253" o:title=""/>
          </v:shape>
          <o:OLEObject Type="Embed" ProgID="Equation.DSMT4" ShapeID="_x0000_i3966" DrawAspect="Content" ObjectID="_1699837250" r:id="rId4254"/>
        </w:object>
      </w:r>
    </w:p>
    <w:p w14:paraId="62692BEF"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920" w:dyaOrig="320" w14:anchorId="712336BC">
          <v:shape id="_x0000_i3967" type="#_x0000_t75" style="width:46.2pt;height:16.2pt" o:ole="">
            <v:imagedata r:id="rId4255" o:title=""/>
          </v:shape>
          <o:OLEObject Type="Embed" ProgID="Equation.DSMT4" ShapeID="_x0000_i3967" DrawAspect="Content" ObjectID="_1699837251" r:id="rId425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1320" w:dyaOrig="320" w14:anchorId="6EF7C494">
          <v:shape id="_x0000_i3968" type="#_x0000_t75" style="width:66pt;height:16.2pt" o:ole="">
            <v:imagedata r:id="rId4257" o:title=""/>
          </v:shape>
          <o:OLEObject Type="Embed" ProgID="Equation.DSMT4" ShapeID="_x0000_i3968" DrawAspect="Content" ObjectID="_1699837252" r:id="rId425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1440" w:dyaOrig="320" w14:anchorId="323D4C64">
          <v:shape id="_x0000_i3969" type="#_x0000_t75" style="width:1in;height:16.2pt" o:ole="">
            <v:imagedata r:id="rId4259" o:title=""/>
          </v:shape>
          <o:OLEObject Type="Embed" ProgID="Equation.DSMT4" ShapeID="_x0000_i3969" DrawAspect="Content" ObjectID="_1699837253" r:id="rId426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620" w:dyaOrig="320" w14:anchorId="74A85E15">
          <v:shape id="_x0000_i3970" type="#_x0000_t75" style="width:81pt;height:16.2pt" o:ole="">
            <v:imagedata r:id="rId4261" o:title=""/>
          </v:shape>
          <o:OLEObject Type="Embed" ProgID="Equation.DSMT4" ShapeID="_x0000_i3970" DrawAspect="Content" ObjectID="_1699837254" r:id="rId4262"/>
        </w:object>
      </w:r>
      <w:r w:rsidRPr="00B13C4C">
        <w:rPr>
          <w:rFonts w:ascii="Times New Roman" w:hAnsi="Times New Roman" w:cs="Times New Roman"/>
          <w:sz w:val="24"/>
          <w:szCs w:val="24"/>
        </w:rPr>
        <w:t>.</w:t>
      </w:r>
    </w:p>
    <w:p w14:paraId="77C74C35" w14:textId="77777777" w:rsidR="00B13C4C" w:rsidRPr="00B13C4C" w:rsidRDefault="00B13C4C" w:rsidP="003C0C39">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Điểm có tọa độ nào sau đây không thuộc đồ thị của hàm số </w:t>
      </w:r>
      <w:r w:rsidRPr="00B13C4C">
        <w:rPr>
          <w:rFonts w:ascii="Times New Roman" w:hAnsi="Times New Roman" w:cs="Times New Roman"/>
          <w:position w:val="-10"/>
          <w:sz w:val="24"/>
          <w:szCs w:val="24"/>
        </w:rPr>
        <w:object w:dxaOrig="1420" w:dyaOrig="360" w14:anchorId="7A2E4FF3">
          <v:shape id="_x0000_i3971" type="#_x0000_t75" style="width:70.8pt;height:18pt" o:ole="">
            <v:imagedata r:id="rId4263" o:title=""/>
          </v:shape>
          <o:OLEObject Type="Embed" ProgID="Equation.DSMT4" ShapeID="_x0000_i3971" DrawAspect="Content" ObjectID="_1699837255" r:id="rId4264"/>
        </w:object>
      </w:r>
      <w:r w:rsidRPr="00B13C4C">
        <w:rPr>
          <w:rFonts w:ascii="Times New Roman" w:hAnsi="Times New Roman" w:cs="Times New Roman"/>
          <w:sz w:val="24"/>
          <w:szCs w:val="24"/>
        </w:rPr>
        <w:t>?</w:t>
      </w:r>
    </w:p>
    <w:p w14:paraId="33C38C09"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639" w:dyaOrig="320" w14:anchorId="5DBE1516">
          <v:shape id="_x0000_i3972" type="#_x0000_t75" style="width:31.8pt;height:16.2pt" o:ole="">
            <v:imagedata r:id="rId4265" o:title=""/>
          </v:shape>
          <o:OLEObject Type="Embed" ProgID="Equation.DSMT4" ShapeID="_x0000_i3972" DrawAspect="Content" ObjectID="_1699837256" r:id="rId426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680" w:dyaOrig="320" w14:anchorId="603BD7EA">
          <v:shape id="_x0000_i3973" type="#_x0000_t75" style="width:34.2pt;height:16.2pt" o:ole="">
            <v:imagedata r:id="rId4267" o:title=""/>
          </v:shape>
          <o:OLEObject Type="Embed" ProgID="Equation.DSMT4" ShapeID="_x0000_i3973" DrawAspect="Content" ObjectID="_1699837257" r:id="rId426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520" w:dyaOrig="320" w14:anchorId="72D70D90">
          <v:shape id="_x0000_i3974" type="#_x0000_t75" style="width:25.8pt;height:16.2pt" o:ole="">
            <v:imagedata r:id="rId4269" o:title=""/>
          </v:shape>
          <o:OLEObject Type="Embed" ProgID="Equation.DSMT4" ShapeID="_x0000_i3974" DrawAspect="Content" ObjectID="_1699837258" r:id="rId427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660" w:dyaOrig="320" w14:anchorId="3F303A2F">
          <v:shape id="_x0000_i3975" type="#_x0000_t75" style="width:33pt;height:16.2pt" o:ole="">
            <v:imagedata r:id="rId4271" o:title=""/>
          </v:shape>
          <o:OLEObject Type="Embed" ProgID="Equation.DSMT4" ShapeID="_x0000_i3975" DrawAspect="Content" ObjectID="_1699837259" r:id="rId4272"/>
        </w:object>
      </w:r>
      <w:r w:rsidRPr="00B13C4C">
        <w:rPr>
          <w:rFonts w:ascii="Times New Roman" w:hAnsi="Times New Roman" w:cs="Times New Roman"/>
          <w:sz w:val="24"/>
          <w:szCs w:val="24"/>
        </w:rPr>
        <w:t>.</w:t>
      </w:r>
    </w:p>
    <w:p w14:paraId="6FDFF5A1" w14:textId="77777777" w:rsidR="00B13C4C" w:rsidRPr="00B13C4C" w:rsidRDefault="00B13C4C" w:rsidP="003C0C39">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hàm số </w:t>
      </w:r>
      <w:r w:rsidRPr="00B13C4C">
        <w:rPr>
          <w:rFonts w:ascii="Times New Roman" w:hAnsi="Times New Roman" w:cs="Times New Roman"/>
          <w:position w:val="-10"/>
          <w:sz w:val="24"/>
          <w:szCs w:val="24"/>
        </w:rPr>
        <w:object w:dxaOrig="1540" w:dyaOrig="360" w14:anchorId="3834F411">
          <v:shape id="_x0000_i3976" type="#_x0000_t75" style="width:76.8pt;height:18pt" o:ole="">
            <v:imagedata r:id="rId4273" o:title=""/>
          </v:shape>
          <o:OLEObject Type="Embed" ProgID="Equation.DSMT4" ShapeID="_x0000_i3976" DrawAspect="Content" ObjectID="_1699837260" r:id="rId4274"/>
        </w:object>
      </w:r>
      <w:r w:rsidRPr="00B13C4C">
        <w:rPr>
          <w:rFonts w:ascii="Times New Roman" w:hAnsi="Times New Roman" w:cs="Times New Roman"/>
          <w:sz w:val="24"/>
          <w:szCs w:val="24"/>
        </w:rPr>
        <w:t xml:space="preserve"> có đồ thị là đường cong trong hình bên. Hàm số đã cho là</w:t>
      </w:r>
    </w:p>
    <w:p w14:paraId="7DDF22D0" w14:textId="77777777" w:rsidR="00B13C4C" w:rsidRPr="00B13C4C" w:rsidRDefault="00B13C4C" w:rsidP="003C0C39">
      <w:pPr>
        <w:ind w:left="992" w:hanging="992"/>
        <w:jc w:val="center"/>
        <w:rPr>
          <w:rFonts w:ascii="Times New Roman" w:hAnsi="Times New Roman" w:cs="Times New Roman"/>
          <w:sz w:val="24"/>
          <w:szCs w:val="24"/>
        </w:rPr>
      </w:pPr>
      <w:r w:rsidRPr="00B13C4C">
        <w:rPr>
          <w:rFonts w:ascii="Times New Roman" w:hAnsi="Times New Roman" w:cs="Times New Roman"/>
          <w:noProof/>
          <w:sz w:val="24"/>
          <w:szCs w:val="24"/>
        </w:rPr>
        <w:drawing>
          <wp:inline distT="0" distB="0" distL="0" distR="0" wp14:anchorId="0870837A" wp14:editId="5F709C76">
            <wp:extent cx="1285931" cy="1402080"/>
            <wp:effectExtent l="0" t="0" r="9525"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75"/>
                    <a:stretch>
                      <a:fillRect/>
                    </a:stretch>
                  </pic:blipFill>
                  <pic:spPr>
                    <a:xfrm>
                      <a:off x="0" y="0"/>
                      <a:ext cx="1289332" cy="1405788"/>
                    </a:xfrm>
                    <a:prstGeom prst="rect">
                      <a:avLst/>
                    </a:prstGeom>
                  </pic:spPr>
                </pic:pic>
              </a:graphicData>
            </a:graphic>
          </wp:inline>
        </w:drawing>
      </w:r>
    </w:p>
    <w:p w14:paraId="7447732E"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140" w:dyaOrig="360" w14:anchorId="62840598">
          <v:shape id="_x0000_i3977" type="#_x0000_t75" style="width:57pt;height:18pt" o:ole="">
            <v:imagedata r:id="rId4276" o:title=""/>
          </v:shape>
          <o:OLEObject Type="Embed" ProgID="Equation.DSMT4" ShapeID="_x0000_i3977" DrawAspect="Content" ObjectID="_1699837261" r:id="rId427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600" w:dyaOrig="360" w14:anchorId="7DD774C0">
          <v:shape id="_x0000_i3978" type="#_x0000_t75" style="width:79.8pt;height:18pt" o:ole="">
            <v:imagedata r:id="rId4278" o:title=""/>
          </v:shape>
          <o:OLEObject Type="Embed" ProgID="Equation.DSMT4" ShapeID="_x0000_i3978" DrawAspect="Content" ObjectID="_1699837262" r:id="rId427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480" w:dyaOrig="360" w14:anchorId="4DA6F677">
          <v:shape id="_x0000_i3979" type="#_x0000_t75" style="width:73.8pt;height:18pt" o:ole="">
            <v:imagedata r:id="rId4280" o:title=""/>
          </v:shape>
          <o:OLEObject Type="Embed" ProgID="Equation.DSMT4" ShapeID="_x0000_i3979" DrawAspect="Content" ObjectID="_1699837263" r:id="rId428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460" w:dyaOrig="360" w14:anchorId="194A11DE">
          <v:shape id="_x0000_i3980" type="#_x0000_t75" style="width:73.2pt;height:18pt" o:ole="">
            <v:imagedata r:id="rId4282" o:title=""/>
          </v:shape>
          <o:OLEObject Type="Embed" ProgID="Equation.DSMT4" ShapeID="_x0000_i3980" DrawAspect="Content" ObjectID="_1699837264" r:id="rId4283"/>
        </w:object>
      </w:r>
      <w:r w:rsidRPr="00B13C4C">
        <w:rPr>
          <w:rFonts w:ascii="Times New Roman" w:hAnsi="Times New Roman" w:cs="Times New Roman"/>
          <w:sz w:val="24"/>
          <w:szCs w:val="24"/>
        </w:rPr>
        <w:t>.</w:t>
      </w:r>
    </w:p>
    <w:p w14:paraId="741AA205" w14:textId="77777777" w:rsidR="00B13C4C" w:rsidRPr="00B13C4C" w:rsidRDefault="00B13C4C" w:rsidP="003C0C39">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Số giá trị nguyên của tham số </w:t>
      </w:r>
      <w:r w:rsidRPr="00B13C4C">
        <w:rPr>
          <w:rFonts w:ascii="Times New Roman" w:hAnsi="Times New Roman" w:cs="Times New Roman"/>
          <w:position w:val="-6"/>
          <w:sz w:val="24"/>
          <w:szCs w:val="24"/>
        </w:rPr>
        <w:object w:dxaOrig="260" w:dyaOrig="220" w14:anchorId="499C34EF">
          <v:shape id="_x0000_i3981" type="#_x0000_t75" style="width:13.2pt;height:10.8pt" o:ole="">
            <v:imagedata r:id="rId4284" o:title=""/>
          </v:shape>
          <o:OLEObject Type="Embed" ProgID="Equation.DSMT4" ShapeID="_x0000_i3981" DrawAspect="Content" ObjectID="_1699837265" r:id="rId4285"/>
        </w:object>
      </w:r>
      <w:r w:rsidRPr="00B13C4C">
        <w:rPr>
          <w:rFonts w:ascii="Times New Roman" w:hAnsi="Times New Roman" w:cs="Times New Roman"/>
          <w:sz w:val="24"/>
          <w:szCs w:val="24"/>
        </w:rPr>
        <w:t xml:space="preserve"> để phương trình </w:t>
      </w:r>
      <w:r w:rsidRPr="00B13C4C">
        <w:rPr>
          <w:rFonts w:ascii="Times New Roman" w:hAnsi="Times New Roman" w:cs="Times New Roman"/>
          <w:position w:val="-6"/>
          <w:sz w:val="24"/>
          <w:szCs w:val="24"/>
        </w:rPr>
        <w:object w:dxaOrig="1900" w:dyaOrig="320" w14:anchorId="08A79303">
          <v:shape id="_x0000_i3982" type="#_x0000_t75" style="width:94.8pt;height:16.2pt" o:ole="">
            <v:imagedata r:id="rId4286" o:title=""/>
          </v:shape>
          <o:OLEObject Type="Embed" ProgID="Equation.DSMT4" ShapeID="_x0000_i3982" DrawAspect="Content" ObjectID="_1699837266" r:id="rId4287"/>
        </w:object>
      </w:r>
      <w:r w:rsidRPr="00B13C4C">
        <w:rPr>
          <w:rFonts w:ascii="Times New Roman" w:hAnsi="Times New Roman" w:cs="Times New Roman"/>
          <w:sz w:val="24"/>
          <w:szCs w:val="24"/>
        </w:rPr>
        <w:t xml:space="preserve"> có hai nghiệm phân biệt </w:t>
      </w:r>
      <w:r w:rsidRPr="00B13C4C">
        <w:rPr>
          <w:rFonts w:ascii="Times New Roman" w:hAnsi="Times New Roman" w:cs="Times New Roman"/>
          <w:position w:val="-12"/>
          <w:sz w:val="24"/>
          <w:szCs w:val="24"/>
        </w:rPr>
        <w:object w:dxaOrig="540" w:dyaOrig="360" w14:anchorId="1FBF99EE">
          <v:shape id="_x0000_i3983" type="#_x0000_t75" style="width:27pt;height:18pt" o:ole="">
            <v:imagedata r:id="rId4288" o:title=""/>
          </v:shape>
          <o:OLEObject Type="Embed" ProgID="Equation.DSMT4" ShapeID="_x0000_i3983" DrawAspect="Content" ObjectID="_1699837267" r:id="rId4289"/>
        </w:object>
      </w:r>
      <w:r w:rsidRPr="00B13C4C">
        <w:rPr>
          <w:rFonts w:ascii="Times New Roman" w:hAnsi="Times New Roman" w:cs="Times New Roman"/>
          <w:sz w:val="24"/>
          <w:szCs w:val="24"/>
        </w:rPr>
        <w:t xml:space="preserve"> thỏa </w:t>
      </w:r>
      <w:r w:rsidRPr="00B13C4C">
        <w:rPr>
          <w:rFonts w:ascii="Times New Roman" w:hAnsi="Times New Roman" w:cs="Times New Roman"/>
          <w:position w:val="-12"/>
          <w:sz w:val="24"/>
          <w:szCs w:val="24"/>
        </w:rPr>
        <w:object w:dxaOrig="1500" w:dyaOrig="360" w14:anchorId="14811003">
          <v:shape id="_x0000_i3984" type="#_x0000_t75" style="width:75pt;height:18pt" o:ole="">
            <v:imagedata r:id="rId4290" o:title=""/>
          </v:shape>
          <o:OLEObject Type="Embed" ProgID="Equation.DSMT4" ShapeID="_x0000_i3984" DrawAspect="Content" ObjectID="_1699837268" r:id="rId4291"/>
        </w:object>
      </w:r>
      <w:r w:rsidRPr="00B13C4C">
        <w:rPr>
          <w:rFonts w:ascii="Times New Roman" w:hAnsi="Times New Roman" w:cs="Times New Roman"/>
          <w:sz w:val="24"/>
          <w:szCs w:val="24"/>
        </w:rPr>
        <w:t xml:space="preserve"> là</w:t>
      </w:r>
    </w:p>
    <w:p w14:paraId="3CC692D3"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3.</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1.</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4.</w:t>
      </w:r>
    </w:p>
    <w:p w14:paraId="28FB8FFB" w14:textId="77777777" w:rsidR="00B13C4C" w:rsidRPr="00B13C4C" w:rsidRDefault="00B13C4C" w:rsidP="003C0C39">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hai véctơ </w:t>
      </w:r>
      <w:r w:rsidRPr="00B13C4C">
        <w:rPr>
          <w:rFonts w:ascii="Times New Roman" w:hAnsi="Times New Roman" w:cs="Times New Roman"/>
          <w:position w:val="-10"/>
          <w:sz w:val="24"/>
          <w:szCs w:val="24"/>
        </w:rPr>
        <w:object w:dxaOrig="440" w:dyaOrig="380" w14:anchorId="365000AF">
          <v:shape id="_x0000_i3985" type="#_x0000_t75" style="width:22.2pt;height:19.2pt" o:ole="">
            <v:imagedata r:id="rId4292" o:title=""/>
          </v:shape>
          <o:OLEObject Type="Embed" ProgID="Equation.DSMT4" ShapeID="_x0000_i3985" DrawAspect="Content" ObjectID="_1699837269" r:id="rId4293"/>
        </w:object>
      </w:r>
      <w:r w:rsidRPr="00B13C4C">
        <w:rPr>
          <w:rFonts w:ascii="Times New Roman" w:hAnsi="Times New Roman" w:cs="Times New Roman"/>
          <w:sz w:val="24"/>
          <w:szCs w:val="24"/>
        </w:rPr>
        <w:t xml:space="preserve"> thỏa </w:t>
      </w:r>
      <w:r w:rsidRPr="00B13C4C">
        <w:rPr>
          <w:rFonts w:ascii="Times New Roman" w:hAnsi="Times New Roman" w:cs="Times New Roman"/>
          <w:position w:val="-10"/>
          <w:sz w:val="24"/>
          <w:szCs w:val="24"/>
        </w:rPr>
        <w:object w:dxaOrig="2299" w:dyaOrig="380" w14:anchorId="3636F8E4">
          <v:shape id="_x0000_i3986" type="#_x0000_t75" style="width:115.2pt;height:19.2pt" o:ole="">
            <v:imagedata r:id="rId4294" o:title=""/>
          </v:shape>
          <o:OLEObject Type="Embed" ProgID="Equation.DSMT4" ShapeID="_x0000_i3986" DrawAspect="Content" ObjectID="_1699837270" r:id="rId4295"/>
        </w:object>
      </w:r>
      <w:r w:rsidRPr="00B13C4C">
        <w:rPr>
          <w:rFonts w:ascii="Times New Roman" w:hAnsi="Times New Roman" w:cs="Times New Roman"/>
          <w:sz w:val="24"/>
          <w:szCs w:val="24"/>
        </w:rPr>
        <w:t xml:space="preserve">. Góc giữa hai véctơ </w:t>
      </w:r>
      <w:r w:rsidRPr="00B13C4C">
        <w:rPr>
          <w:rFonts w:ascii="Times New Roman" w:hAnsi="Times New Roman" w:cs="Times New Roman"/>
          <w:position w:val="-6"/>
          <w:sz w:val="24"/>
          <w:szCs w:val="24"/>
        </w:rPr>
        <w:object w:dxaOrig="200" w:dyaOrig="279" w14:anchorId="75F708F5">
          <v:shape id="_x0000_i3987" type="#_x0000_t75" style="width:10.2pt;height:13.8pt" o:ole="">
            <v:imagedata r:id="rId4296" o:title=""/>
          </v:shape>
          <o:OLEObject Type="Embed" ProgID="Equation.DSMT4" ShapeID="_x0000_i3987" DrawAspect="Content" ObjectID="_1699837271" r:id="rId4297"/>
        </w:object>
      </w:r>
      <w:r w:rsidRPr="00B13C4C">
        <w:rPr>
          <w:rFonts w:ascii="Times New Roman" w:hAnsi="Times New Roman" w:cs="Times New Roman"/>
          <w:sz w:val="24"/>
          <w:szCs w:val="24"/>
        </w:rPr>
        <w:t xml:space="preserve"> và </w:t>
      </w:r>
      <w:r w:rsidRPr="00B13C4C">
        <w:rPr>
          <w:rFonts w:ascii="Times New Roman" w:hAnsi="Times New Roman" w:cs="Times New Roman"/>
          <w:position w:val="-6"/>
          <w:sz w:val="24"/>
          <w:szCs w:val="24"/>
        </w:rPr>
        <w:object w:dxaOrig="220" w:dyaOrig="340" w14:anchorId="211F9FCF">
          <v:shape id="_x0000_i3988" type="#_x0000_t75" style="width:10.8pt;height:16.8pt" o:ole="">
            <v:imagedata r:id="rId4298" o:title=""/>
          </v:shape>
          <o:OLEObject Type="Embed" ProgID="Equation.DSMT4" ShapeID="_x0000_i3988" DrawAspect="Content" ObjectID="_1699837272" r:id="rId4299"/>
        </w:object>
      </w:r>
      <w:r w:rsidRPr="00B13C4C">
        <w:rPr>
          <w:rFonts w:ascii="Times New Roman" w:hAnsi="Times New Roman" w:cs="Times New Roman"/>
          <w:sz w:val="24"/>
          <w:szCs w:val="24"/>
        </w:rPr>
        <w:t xml:space="preserve"> bằng</w:t>
      </w:r>
    </w:p>
    <w:p w14:paraId="55CF562A" w14:textId="77777777" w:rsidR="00B13C4C" w:rsidRPr="00B13C4C" w:rsidRDefault="00B13C4C" w:rsidP="003C0C39">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460" w:dyaOrig="320" w14:anchorId="554284F7">
          <v:shape id="_x0000_i3989" type="#_x0000_t75" style="width:22.8pt;height:16.2pt" o:ole="">
            <v:imagedata r:id="rId4300" o:title=""/>
          </v:shape>
          <o:OLEObject Type="Embed" ProgID="Equation.DSMT4" ShapeID="_x0000_i3989" DrawAspect="Content" ObjectID="_1699837273" r:id="rId430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380" w:dyaOrig="320" w14:anchorId="73F3DD7B">
          <v:shape id="_x0000_i3990" type="#_x0000_t75" style="width:19.2pt;height:16.2pt" o:ole="">
            <v:imagedata r:id="rId4302" o:title=""/>
          </v:shape>
          <o:OLEObject Type="Embed" ProgID="Equation.DSMT4" ShapeID="_x0000_i3990" DrawAspect="Content" ObjectID="_1699837274" r:id="rId430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360" w:dyaOrig="320" w14:anchorId="6D84AB25">
          <v:shape id="_x0000_i3991" type="#_x0000_t75" style="width:18pt;height:16.2pt" o:ole="">
            <v:imagedata r:id="rId4304" o:title=""/>
          </v:shape>
          <o:OLEObject Type="Embed" ProgID="Equation.DSMT4" ShapeID="_x0000_i3991" DrawAspect="Content" ObjectID="_1699837275" r:id="rId430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380" w:dyaOrig="320" w14:anchorId="15A6A733">
          <v:shape id="_x0000_i3992" type="#_x0000_t75" style="width:19.2pt;height:16.2pt" o:ole="">
            <v:imagedata r:id="rId4306" o:title=""/>
          </v:shape>
          <o:OLEObject Type="Embed" ProgID="Equation.DSMT4" ShapeID="_x0000_i3992" DrawAspect="Content" ObjectID="_1699837276" r:id="rId4307"/>
        </w:object>
      </w:r>
      <w:r w:rsidRPr="00B13C4C">
        <w:rPr>
          <w:rFonts w:ascii="Times New Roman" w:hAnsi="Times New Roman" w:cs="Times New Roman"/>
          <w:sz w:val="24"/>
          <w:szCs w:val="24"/>
        </w:rPr>
        <w:t>.</w:t>
      </w:r>
    </w:p>
    <w:p w14:paraId="0E297C20" w14:textId="77777777" w:rsidR="00B13C4C" w:rsidRPr="00B13C4C" w:rsidRDefault="00B13C4C" w:rsidP="003C0C39">
      <w:pPr>
        <w:ind w:left="992"/>
        <w:rPr>
          <w:rFonts w:ascii="Times New Roman" w:hAnsi="Times New Roman" w:cs="Times New Roman"/>
          <w:sz w:val="24"/>
          <w:szCs w:val="24"/>
        </w:rPr>
      </w:pPr>
      <w:r w:rsidRPr="00B13C4C">
        <w:rPr>
          <w:rFonts w:ascii="Times New Roman" w:hAnsi="Times New Roman" w:cs="Times New Roman"/>
          <w:b/>
          <w:sz w:val="24"/>
          <w:szCs w:val="24"/>
        </w:rPr>
        <w:t>Phần II: Tự luận</w:t>
      </w:r>
    </w:p>
    <w:p w14:paraId="688B9C8F" w14:textId="77777777" w:rsidR="00B13C4C" w:rsidRPr="00B13C4C" w:rsidRDefault="00B13C4C" w:rsidP="003C0C39">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1: </w:t>
      </w:r>
      <w:r w:rsidRPr="00B13C4C">
        <w:rPr>
          <w:rFonts w:ascii="Times New Roman" w:hAnsi="Times New Roman" w:cs="Times New Roman"/>
          <w:sz w:val="24"/>
          <w:szCs w:val="24"/>
        </w:rPr>
        <w:t xml:space="preserve">Cho hàm số </w:t>
      </w:r>
      <w:r w:rsidRPr="00B13C4C">
        <w:rPr>
          <w:rFonts w:ascii="Times New Roman" w:hAnsi="Times New Roman" w:cs="Times New Roman"/>
          <w:position w:val="-10"/>
          <w:sz w:val="24"/>
          <w:szCs w:val="24"/>
        </w:rPr>
        <w:object w:dxaOrig="1540" w:dyaOrig="360" w14:anchorId="356913A3">
          <v:shape id="_x0000_i3993" type="#_x0000_t75" style="width:76.8pt;height:18pt" o:ole="">
            <v:imagedata r:id="rId4308" o:title=""/>
          </v:shape>
          <o:OLEObject Type="Embed" ProgID="Equation.DSMT4" ShapeID="_x0000_i3993" DrawAspect="Content" ObjectID="_1699837277" r:id="rId4309"/>
        </w:object>
      </w:r>
      <w:r w:rsidRPr="00B13C4C">
        <w:rPr>
          <w:rFonts w:ascii="Times New Roman" w:hAnsi="Times New Roman" w:cs="Times New Roman"/>
          <w:sz w:val="24"/>
          <w:szCs w:val="24"/>
        </w:rPr>
        <w:t xml:space="preserve"> (1).</w:t>
      </w:r>
    </w:p>
    <w:p w14:paraId="4F01F7FC" w14:textId="77777777" w:rsidR="00B13C4C" w:rsidRPr="00B13C4C" w:rsidRDefault="00B13C4C" w:rsidP="003C0C39">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a. Lập bảng biến thiên và vẽ đồ thị hàm số (1) với </w:t>
      </w:r>
      <w:r w:rsidRPr="00B13C4C">
        <w:rPr>
          <w:rFonts w:ascii="Times New Roman" w:hAnsi="Times New Roman" w:cs="Times New Roman"/>
          <w:position w:val="-6"/>
          <w:sz w:val="24"/>
          <w:szCs w:val="24"/>
        </w:rPr>
        <w:object w:dxaOrig="600" w:dyaOrig="279" w14:anchorId="1B233254">
          <v:shape id="_x0000_i3994" type="#_x0000_t75" style="width:30pt;height:13.8pt" o:ole="">
            <v:imagedata r:id="rId4310" o:title=""/>
          </v:shape>
          <o:OLEObject Type="Embed" ProgID="Equation.DSMT4" ShapeID="_x0000_i3994" DrawAspect="Content" ObjectID="_1699837278" r:id="rId4311"/>
        </w:object>
      </w:r>
      <w:r w:rsidRPr="00B13C4C">
        <w:rPr>
          <w:rFonts w:ascii="Times New Roman" w:hAnsi="Times New Roman" w:cs="Times New Roman"/>
          <w:sz w:val="24"/>
          <w:szCs w:val="24"/>
        </w:rPr>
        <w:t>.</w:t>
      </w:r>
    </w:p>
    <w:p w14:paraId="199356D1" w14:textId="77777777" w:rsidR="00B13C4C" w:rsidRPr="00B13C4C" w:rsidRDefault="00B13C4C" w:rsidP="003C0C39">
      <w:pPr>
        <w:ind w:left="992"/>
        <w:jc w:val="both"/>
        <w:rPr>
          <w:rFonts w:ascii="Times New Roman" w:hAnsi="Times New Roman" w:cs="Times New Roman"/>
          <w:sz w:val="24"/>
          <w:szCs w:val="24"/>
        </w:rPr>
      </w:pPr>
      <w:r w:rsidRPr="00B13C4C">
        <w:rPr>
          <w:rFonts w:ascii="Times New Roman" w:hAnsi="Times New Roman" w:cs="Times New Roman"/>
          <w:sz w:val="24"/>
          <w:szCs w:val="24"/>
        </w:rPr>
        <w:lastRenderedPageBreak/>
        <w:t xml:space="preserve">b. Tìm </w:t>
      </w:r>
      <w:r w:rsidRPr="00B13C4C">
        <w:rPr>
          <w:rFonts w:ascii="Times New Roman" w:hAnsi="Times New Roman" w:cs="Times New Roman"/>
          <w:position w:val="-6"/>
          <w:sz w:val="24"/>
          <w:szCs w:val="24"/>
        </w:rPr>
        <w:object w:dxaOrig="260" w:dyaOrig="220" w14:anchorId="304E7963">
          <v:shape id="_x0000_i3995" type="#_x0000_t75" style="width:13.2pt;height:10.8pt" o:ole="">
            <v:imagedata r:id="rId4312" o:title=""/>
          </v:shape>
          <o:OLEObject Type="Embed" ProgID="Equation.DSMT4" ShapeID="_x0000_i3995" DrawAspect="Content" ObjectID="_1699837279" r:id="rId4313"/>
        </w:object>
      </w:r>
      <w:r w:rsidRPr="00B13C4C">
        <w:rPr>
          <w:rFonts w:ascii="Times New Roman" w:hAnsi="Times New Roman" w:cs="Times New Roman"/>
          <w:sz w:val="24"/>
          <w:szCs w:val="24"/>
        </w:rPr>
        <w:t xml:space="preserve"> để đồ thị hàm số (1) cắt đường thẳng </w:t>
      </w:r>
      <w:r w:rsidRPr="00B13C4C">
        <w:rPr>
          <w:rFonts w:ascii="Times New Roman" w:hAnsi="Times New Roman" w:cs="Times New Roman"/>
          <w:position w:val="-10"/>
          <w:sz w:val="24"/>
          <w:szCs w:val="24"/>
        </w:rPr>
        <w:object w:dxaOrig="1020" w:dyaOrig="320" w14:anchorId="4D939FA2">
          <v:shape id="_x0000_i3996" type="#_x0000_t75" style="width:51pt;height:16.2pt" o:ole="">
            <v:imagedata r:id="rId4314" o:title=""/>
          </v:shape>
          <o:OLEObject Type="Embed" ProgID="Equation.DSMT4" ShapeID="_x0000_i3996" DrawAspect="Content" ObjectID="_1699837280" r:id="rId4315"/>
        </w:object>
      </w:r>
      <w:r w:rsidRPr="00B13C4C">
        <w:rPr>
          <w:rFonts w:ascii="Times New Roman" w:hAnsi="Times New Roman" w:cs="Times New Roman"/>
          <w:sz w:val="24"/>
          <w:szCs w:val="24"/>
        </w:rPr>
        <w:t xml:space="preserve"> tại 2 điểm phân biệt nằm ở hai phía của trục tung.</w:t>
      </w:r>
    </w:p>
    <w:p w14:paraId="4476425A" w14:textId="77777777" w:rsidR="00B13C4C" w:rsidRPr="00B13C4C" w:rsidRDefault="00B13C4C" w:rsidP="003C0C39">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2: </w:t>
      </w:r>
      <w:r w:rsidRPr="00B13C4C">
        <w:rPr>
          <w:rFonts w:ascii="Times New Roman" w:hAnsi="Times New Roman" w:cs="Times New Roman"/>
          <w:sz w:val="24"/>
          <w:szCs w:val="24"/>
        </w:rPr>
        <w:t>Giải các phương trình sau:</w:t>
      </w:r>
    </w:p>
    <w:p w14:paraId="07DC59E7" w14:textId="77777777" w:rsidR="00B13C4C" w:rsidRPr="00B13C4C" w:rsidRDefault="00B13C4C" w:rsidP="003C0C39">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a. </w:t>
      </w:r>
      <w:r w:rsidRPr="00B13C4C">
        <w:rPr>
          <w:rFonts w:ascii="Times New Roman" w:hAnsi="Times New Roman" w:cs="Times New Roman"/>
          <w:position w:val="-16"/>
          <w:sz w:val="24"/>
          <w:szCs w:val="24"/>
        </w:rPr>
        <w:object w:dxaOrig="2079" w:dyaOrig="440" w14:anchorId="335FED6F">
          <v:shape id="_x0000_i3997" type="#_x0000_t75" style="width:103.8pt;height:22.2pt" o:ole="">
            <v:imagedata r:id="rId4316" o:title=""/>
          </v:shape>
          <o:OLEObject Type="Embed" ProgID="Equation.DSMT4" ShapeID="_x0000_i3997" DrawAspect="Content" ObjectID="_1699837281" r:id="rId4317"/>
        </w:object>
      </w:r>
    </w:p>
    <w:p w14:paraId="2B71B947" w14:textId="77777777" w:rsidR="00B13C4C" w:rsidRPr="00B13C4C" w:rsidRDefault="00B13C4C" w:rsidP="003C0C39">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b. </w:t>
      </w:r>
      <w:r w:rsidRPr="00B13C4C">
        <w:rPr>
          <w:rFonts w:ascii="Times New Roman" w:hAnsi="Times New Roman" w:cs="Times New Roman"/>
          <w:position w:val="-16"/>
          <w:sz w:val="24"/>
          <w:szCs w:val="24"/>
        </w:rPr>
        <w:object w:dxaOrig="2720" w:dyaOrig="499" w14:anchorId="02247E2A">
          <v:shape id="_x0000_i3998" type="#_x0000_t75" style="width:136.2pt;height:25.2pt" o:ole="">
            <v:imagedata r:id="rId4318" o:title=""/>
          </v:shape>
          <o:OLEObject Type="Embed" ProgID="Equation.DSMT4" ShapeID="_x0000_i3998" DrawAspect="Content" ObjectID="_1699837282" r:id="rId4319"/>
        </w:object>
      </w:r>
      <w:r w:rsidRPr="00B13C4C">
        <w:rPr>
          <w:rFonts w:ascii="Times New Roman" w:hAnsi="Times New Roman" w:cs="Times New Roman"/>
          <w:sz w:val="24"/>
          <w:szCs w:val="24"/>
        </w:rPr>
        <w:t>.</w:t>
      </w:r>
    </w:p>
    <w:p w14:paraId="44DDA1C6" w14:textId="77777777" w:rsidR="00B13C4C" w:rsidRPr="00B13C4C" w:rsidRDefault="00B13C4C" w:rsidP="003C0C39">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c. </w:t>
      </w:r>
      <w:r w:rsidRPr="00B13C4C">
        <w:rPr>
          <w:rFonts w:ascii="Times New Roman" w:hAnsi="Times New Roman" w:cs="Times New Roman"/>
          <w:position w:val="-10"/>
          <w:sz w:val="24"/>
          <w:szCs w:val="24"/>
        </w:rPr>
        <w:object w:dxaOrig="2700" w:dyaOrig="380" w14:anchorId="4D08C5A2">
          <v:shape id="_x0000_i3999" type="#_x0000_t75" style="width:135pt;height:19.2pt" o:ole="">
            <v:imagedata r:id="rId4320" o:title=""/>
          </v:shape>
          <o:OLEObject Type="Embed" ProgID="Equation.DSMT4" ShapeID="_x0000_i3999" DrawAspect="Content" ObjectID="_1699837283" r:id="rId4321"/>
        </w:object>
      </w:r>
      <w:r w:rsidRPr="00B13C4C">
        <w:rPr>
          <w:rFonts w:ascii="Times New Roman" w:hAnsi="Times New Roman" w:cs="Times New Roman"/>
          <w:sz w:val="24"/>
          <w:szCs w:val="24"/>
        </w:rPr>
        <w:t>.</w:t>
      </w:r>
    </w:p>
    <w:p w14:paraId="0593FFA0" w14:textId="77777777" w:rsidR="00B13C4C" w:rsidRPr="00B13C4C" w:rsidRDefault="00B13C4C" w:rsidP="003C0C39">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3: </w:t>
      </w:r>
      <w:r w:rsidRPr="00B13C4C">
        <w:rPr>
          <w:rFonts w:ascii="Times New Roman" w:hAnsi="Times New Roman" w:cs="Times New Roman"/>
          <w:sz w:val="24"/>
          <w:szCs w:val="24"/>
        </w:rPr>
        <w:t xml:space="preserve">Cho tam giác </w:t>
      </w:r>
      <w:r w:rsidRPr="00B13C4C">
        <w:rPr>
          <w:rFonts w:ascii="Times New Roman" w:hAnsi="Times New Roman" w:cs="Times New Roman"/>
          <w:position w:val="-6"/>
          <w:sz w:val="24"/>
          <w:szCs w:val="24"/>
        </w:rPr>
        <w:object w:dxaOrig="560" w:dyaOrig="279" w14:anchorId="6492B06B">
          <v:shape id="_x0000_i4000" type="#_x0000_t75" style="width:28.2pt;height:13.8pt" o:ole="">
            <v:imagedata r:id="rId4322" o:title=""/>
          </v:shape>
          <o:OLEObject Type="Embed" ProgID="Equation.DSMT4" ShapeID="_x0000_i4000" DrawAspect="Content" ObjectID="_1699837284" r:id="rId4323"/>
        </w:object>
      </w:r>
      <w:r w:rsidRPr="00B13C4C">
        <w:rPr>
          <w:rFonts w:ascii="Times New Roman" w:hAnsi="Times New Roman" w:cs="Times New Roman"/>
          <w:sz w:val="24"/>
          <w:szCs w:val="24"/>
        </w:rPr>
        <w:t>.</w:t>
      </w:r>
    </w:p>
    <w:p w14:paraId="19C256AC" w14:textId="77777777" w:rsidR="00B13C4C" w:rsidRPr="00B13C4C" w:rsidRDefault="00B13C4C" w:rsidP="003C0C39">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a. Gọi </w:t>
      </w:r>
      <w:r w:rsidRPr="00B13C4C">
        <w:rPr>
          <w:rFonts w:ascii="Times New Roman" w:hAnsi="Times New Roman" w:cs="Times New Roman"/>
          <w:position w:val="-4"/>
          <w:sz w:val="24"/>
          <w:szCs w:val="24"/>
        </w:rPr>
        <w:object w:dxaOrig="200" w:dyaOrig="260" w14:anchorId="6A86DE2C">
          <v:shape id="_x0000_i4001" type="#_x0000_t75" style="width:10.2pt;height:13.2pt" o:ole="">
            <v:imagedata r:id="rId4324" o:title=""/>
          </v:shape>
          <o:OLEObject Type="Embed" ProgID="Equation.DSMT4" ShapeID="_x0000_i4001" DrawAspect="Content" ObjectID="_1699837285" r:id="rId4325"/>
        </w:object>
      </w:r>
      <w:r w:rsidRPr="00B13C4C">
        <w:rPr>
          <w:rFonts w:ascii="Times New Roman" w:hAnsi="Times New Roman" w:cs="Times New Roman"/>
          <w:sz w:val="24"/>
          <w:szCs w:val="24"/>
        </w:rPr>
        <w:t xml:space="preserve"> là điểm thỏa mãn điều kiện </w:t>
      </w:r>
      <w:r w:rsidRPr="00B13C4C">
        <w:rPr>
          <w:rFonts w:ascii="Times New Roman" w:hAnsi="Times New Roman" w:cs="Times New Roman"/>
          <w:position w:val="-6"/>
          <w:sz w:val="24"/>
          <w:szCs w:val="24"/>
        </w:rPr>
        <w:object w:dxaOrig="1260" w:dyaOrig="340" w14:anchorId="53062E00">
          <v:shape id="_x0000_i4002" type="#_x0000_t75" style="width:63pt;height:16.8pt" o:ole="">
            <v:imagedata r:id="rId4326" o:title=""/>
          </v:shape>
          <o:OLEObject Type="Embed" ProgID="Equation.DSMT4" ShapeID="_x0000_i4002" DrawAspect="Content" ObjectID="_1699837286" r:id="rId4327"/>
        </w:object>
      </w:r>
      <w:r w:rsidRPr="00B13C4C">
        <w:rPr>
          <w:rFonts w:ascii="Times New Roman" w:hAnsi="Times New Roman" w:cs="Times New Roman"/>
          <w:sz w:val="24"/>
          <w:szCs w:val="24"/>
        </w:rPr>
        <w:t xml:space="preserve">. Biểu diễn </w:t>
      </w:r>
      <w:r w:rsidRPr="00B13C4C">
        <w:rPr>
          <w:rFonts w:ascii="Times New Roman" w:hAnsi="Times New Roman" w:cs="Times New Roman"/>
          <w:position w:val="-4"/>
          <w:sz w:val="24"/>
          <w:szCs w:val="24"/>
        </w:rPr>
        <w:object w:dxaOrig="340" w:dyaOrig="320" w14:anchorId="2F1FA50C">
          <v:shape id="_x0000_i4003" type="#_x0000_t75" style="width:16.8pt;height:16.2pt" o:ole="">
            <v:imagedata r:id="rId4328" o:title=""/>
          </v:shape>
          <o:OLEObject Type="Embed" ProgID="Equation.DSMT4" ShapeID="_x0000_i4003" DrawAspect="Content" ObjectID="_1699837287" r:id="rId4329"/>
        </w:object>
      </w:r>
      <w:r w:rsidRPr="00B13C4C">
        <w:rPr>
          <w:rFonts w:ascii="Times New Roman" w:hAnsi="Times New Roman" w:cs="Times New Roman"/>
          <w:sz w:val="24"/>
          <w:szCs w:val="24"/>
        </w:rPr>
        <w:t xml:space="preserve"> theo </w:t>
      </w:r>
      <w:r w:rsidRPr="00B13C4C">
        <w:rPr>
          <w:rFonts w:ascii="Times New Roman" w:hAnsi="Times New Roman" w:cs="Times New Roman"/>
          <w:position w:val="-4"/>
          <w:sz w:val="24"/>
          <w:szCs w:val="24"/>
        </w:rPr>
        <w:object w:dxaOrig="400" w:dyaOrig="320" w14:anchorId="6C0B782D">
          <v:shape id="_x0000_i4004" type="#_x0000_t75" style="width:19.8pt;height:16.2pt" o:ole="">
            <v:imagedata r:id="rId4330" o:title=""/>
          </v:shape>
          <o:OLEObject Type="Embed" ProgID="Equation.DSMT4" ShapeID="_x0000_i4004" DrawAspect="Content" ObjectID="_1699837288" r:id="rId4331"/>
        </w:object>
      </w:r>
      <w:r w:rsidRPr="00B13C4C">
        <w:rPr>
          <w:rFonts w:ascii="Times New Roman" w:hAnsi="Times New Roman" w:cs="Times New Roman"/>
          <w:sz w:val="24"/>
          <w:szCs w:val="24"/>
        </w:rPr>
        <w:t xml:space="preserve"> và </w:t>
      </w:r>
      <w:r w:rsidRPr="00B13C4C">
        <w:rPr>
          <w:rFonts w:ascii="Times New Roman" w:hAnsi="Times New Roman" w:cs="Times New Roman"/>
          <w:position w:val="-6"/>
          <w:sz w:val="24"/>
          <w:szCs w:val="24"/>
        </w:rPr>
        <w:object w:dxaOrig="420" w:dyaOrig="340" w14:anchorId="0F0E46BE">
          <v:shape id="_x0000_i4005" type="#_x0000_t75" style="width:21pt;height:16.8pt" o:ole="">
            <v:imagedata r:id="rId4332" o:title=""/>
          </v:shape>
          <o:OLEObject Type="Embed" ProgID="Equation.DSMT4" ShapeID="_x0000_i4005" DrawAspect="Content" ObjectID="_1699837289" r:id="rId4333"/>
        </w:object>
      </w:r>
      <w:r w:rsidRPr="00B13C4C">
        <w:rPr>
          <w:rFonts w:ascii="Times New Roman" w:hAnsi="Times New Roman" w:cs="Times New Roman"/>
          <w:sz w:val="24"/>
          <w:szCs w:val="24"/>
        </w:rPr>
        <w:t>.</w:t>
      </w:r>
    </w:p>
    <w:p w14:paraId="4F83CB24" w14:textId="77777777" w:rsidR="00B13C4C" w:rsidRPr="00B13C4C" w:rsidRDefault="00B13C4C" w:rsidP="003C0C39">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b. Tìm điểm </w:t>
      </w:r>
      <w:r w:rsidRPr="00B13C4C">
        <w:rPr>
          <w:rFonts w:ascii="Times New Roman" w:hAnsi="Times New Roman" w:cs="Times New Roman"/>
          <w:position w:val="-4"/>
          <w:sz w:val="24"/>
          <w:szCs w:val="24"/>
        </w:rPr>
        <w:object w:dxaOrig="320" w:dyaOrig="260" w14:anchorId="31BCAC2F">
          <v:shape id="_x0000_i4006" type="#_x0000_t75" style="width:16.2pt;height:13.2pt" o:ole="">
            <v:imagedata r:id="rId4334" o:title=""/>
          </v:shape>
          <o:OLEObject Type="Embed" ProgID="Equation.DSMT4" ShapeID="_x0000_i4006" DrawAspect="Content" ObjectID="_1699837290" r:id="rId4335"/>
        </w:object>
      </w:r>
      <w:r w:rsidRPr="00B13C4C">
        <w:rPr>
          <w:rFonts w:ascii="Times New Roman" w:hAnsi="Times New Roman" w:cs="Times New Roman"/>
          <w:sz w:val="24"/>
          <w:szCs w:val="24"/>
        </w:rPr>
        <w:t xml:space="preserve"> trên cạnh </w:t>
      </w:r>
      <w:r w:rsidRPr="00B13C4C">
        <w:rPr>
          <w:rFonts w:ascii="Times New Roman" w:hAnsi="Times New Roman" w:cs="Times New Roman"/>
          <w:position w:val="-6"/>
          <w:sz w:val="24"/>
          <w:szCs w:val="24"/>
        </w:rPr>
        <w:object w:dxaOrig="400" w:dyaOrig="279" w14:anchorId="2E2653A7">
          <v:shape id="_x0000_i4007" type="#_x0000_t75" style="width:19.8pt;height:13.8pt" o:ole="">
            <v:imagedata r:id="rId4336" o:title=""/>
          </v:shape>
          <o:OLEObject Type="Embed" ProgID="Equation.DSMT4" ShapeID="_x0000_i4007" DrawAspect="Content" ObjectID="_1699837291" r:id="rId4337"/>
        </w:object>
      </w:r>
      <w:r w:rsidRPr="00B13C4C">
        <w:rPr>
          <w:rFonts w:ascii="Times New Roman" w:hAnsi="Times New Roman" w:cs="Times New Roman"/>
          <w:sz w:val="24"/>
          <w:szCs w:val="24"/>
        </w:rPr>
        <w:t xml:space="preserve"> sao cho </w:t>
      </w:r>
      <w:r w:rsidRPr="00B13C4C">
        <w:rPr>
          <w:rFonts w:ascii="Times New Roman" w:hAnsi="Times New Roman" w:cs="Times New Roman"/>
          <w:position w:val="-10"/>
          <w:sz w:val="24"/>
          <w:szCs w:val="24"/>
        </w:rPr>
        <w:object w:dxaOrig="1740" w:dyaOrig="380" w14:anchorId="0F63F993">
          <v:shape id="_x0000_i4008" type="#_x0000_t75" style="width:87pt;height:19.2pt" o:ole="">
            <v:imagedata r:id="rId4338" o:title=""/>
          </v:shape>
          <o:OLEObject Type="Embed" ProgID="Equation.DSMT4" ShapeID="_x0000_i4008" DrawAspect="Content" ObjectID="_1699837292" r:id="rId4339"/>
        </w:object>
      </w:r>
      <w:r w:rsidRPr="00B13C4C">
        <w:rPr>
          <w:rFonts w:ascii="Times New Roman" w:hAnsi="Times New Roman" w:cs="Times New Roman"/>
          <w:sz w:val="24"/>
          <w:szCs w:val="24"/>
        </w:rPr>
        <w:t xml:space="preserve"> nhỏ nhất.</w:t>
      </w:r>
    </w:p>
    <w:p w14:paraId="0E1508EF" w14:textId="77777777" w:rsidR="00B13C4C" w:rsidRPr="00B13C4C" w:rsidRDefault="00B13C4C" w:rsidP="003C0C39">
      <w:pPr>
        <w:ind w:left="992"/>
        <w:jc w:val="center"/>
        <w:rPr>
          <w:rFonts w:ascii="Times New Roman" w:hAnsi="Times New Roman" w:cs="Times New Roman"/>
          <w:b/>
          <w:sz w:val="24"/>
          <w:szCs w:val="24"/>
        </w:rPr>
      </w:pPr>
      <w:r w:rsidRPr="00B13C4C">
        <w:rPr>
          <w:rFonts w:ascii="Times New Roman" w:hAnsi="Times New Roman" w:cs="Times New Roman"/>
          <w:b/>
          <w:sz w:val="24"/>
          <w:szCs w:val="24"/>
        </w:rPr>
        <w:t>BẢNG ĐÁP ÁN</w:t>
      </w:r>
    </w:p>
    <w:tbl>
      <w:tblPr>
        <w:tblStyle w:val="TableGrid"/>
        <w:tblW w:w="0" w:type="auto"/>
        <w:tblInd w:w="992" w:type="dxa"/>
        <w:tblLook w:val="04A0" w:firstRow="1" w:lastRow="0" w:firstColumn="1" w:lastColumn="0" w:noHBand="0" w:noVBand="1"/>
      </w:tblPr>
      <w:tblGrid>
        <w:gridCol w:w="510"/>
        <w:gridCol w:w="510"/>
        <w:gridCol w:w="511"/>
        <w:gridCol w:w="511"/>
        <w:gridCol w:w="511"/>
        <w:gridCol w:w="511"/>
        <w:gridCol w:w="511"/>
        <w:gridCol w:w="511"/>
        <w:gridCol w:w="511"/>
        <w:gridCol w:w="511"/>
        <w:gridCol w:w="512"/>
        <w:gridCol w:w="512"/>
        <w:gridCol w:w="512"/>
        <w:gridCol w:w="512"/>
        <w:gridCol w:w="512"/>
        <w:gridCol w:w="512"/>
        <w:gridCol w:w="512"/>
        <w:gridCol w:w="512"/>
      </w:tblGrid>
      <w:tr w:rsidR="00B13C4C" w:rsidRPr="00B13C4C" w14:paraId="1E6E322B" w14:textId="77777777" w:rsidTr="00B13C4C">
        <w:tc>
          <w:tcPr>
            <w:tcW w:w="566" w:type="dxa"/>
            <w:shd w:val="clear" w:color="auto" w:fill="FFFF32"/>
          </w:tcPr>
          <w:p w14:paraId="775F158A" w14:textId="03C86D10"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w:t>
            </w:r>
          </w:p>
        </w:tc>
        <w:tc>
          <w:tcPr>
            <w:tcW w:w="566" w:type="dxa"/>
            <w:shd w:val="clear" w:color="auto" w:fill="FFFF32"/>
          </w:tcPr>
          <w:p w14:paraId="15CA3D0E" w14:textId="3B0CC03A"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w:t>
            </w:r>
          </w:p>
        </w:tc>
        <w:tc>
          <w:tcPr>
            <w:tcW w:w="566" w:type="dxa"/>
            <w:shd w:val="clear" w:color="auto" w:fill="FFFF32"/>
          </w:tcPr>
          <w:p w14:paraId="0A95078C" w14:textId="73373A7F"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w:t>
            </w:r>
          </w:p>
        </w:tc>
        <w:tc>
          <w:tcPr>
            <w:tcW w:w="566" w:type="dxa"/>
            <w:shd w:val="clear" w:color="auto" w:fill="FFFF32"/>
          </w:tcPr>
          <w:p w14:paraId="124F47F3" w14:textId="28CC1AA4"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4</w:t>
            </w:r>
          </w:p>
        </w:tc>
        <w:tc>
          <w:tcPr>
            <w:tcW w:w="566" w:type="dxa"/>
            <w:shd w:val="clear" w:color="auto" w:fill="FFFF32"/>
          </w:tcPr>
          <w:p w14:paraId="0687F0B3" w14:textId="3926CCD6"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5</w:t>
            </w:r>
          </w:p>
        </w:tc>
        <w:tc>
          <w:tcPr>
            <w:tcW w:w="566" w:type="dxa"/>
            <w:shd w:val="clear" w:color="auto" w:fill="FFFF32"/>
          </w:tcPr>
          <w:p w14:paraId="2829B814" w14:textId="208CFD9E"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6</w:t>
            </w:r>
          </w:p>
        </w:tc>
        <w:tc>
          <w:tcPr>
            <w:tcW w:w="566" w:type="dxa"/>
            <w:shd w:val="clear" w:color="auto" w:fill="FFFF32"/>
          </w:tcPr>
          <w:p w14:paraId="6387A1D1" w14:textId="5BEA6200"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7</w:t>
            </w:r>
          </w:p>
        </w:tc>
        <w:tc>
          <w:tcPr>
            <w:tcW w:w="566" w:type="dxa"/>
            <w:shd w:val="clear" w:color="auto" w:fill="FFFF32"/>
          </w:tcPr>
          <w:p w14:paraId="6557C4DC" w14:textId="49BE7E67"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8</w:t>
            </w:r>
          </w:p>
        </w:tc>
        <w:tc>
          <w:tcPr>
            <w:tcW w:w="566" w:type="dxa"/>
            <w:shd w:val="clear" w:color="auto" w:fill="FFFF32"/>
          </w:tcPr>
          <w:p w14:paraId="73282860" w14:textId="2C041E8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9</w:t>
            </w:r>
          </w:p>
        </w:tc>
        <w:tc>
          <w:tcPr>
            <w:tcW w:w="566" w:type="dxa"/>
            <w:shd w:val="clear" w:color="auto" w:fill="FFFF32"/>
          </w:tcPr>
          <w:p w14:paraId="66A1DFC3" w14:textId="35148E44"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10</w:t>
            </w:r>
          </w:p>
        </w:tc>
        <w:tc>
          <w:tcPr>
            <w:tcW w:w="567" w:type="dxa"/>
            <w:shd w:val="clear" w:color="auto" w:fill="FFFF32"/>
          </w:tcPr>
          <w:p w14:paraId="6B122377" w14:textId="70A2A363"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11</w:t>
            </w:r>
          </w:p>
        </w:tc>
        <w:tc>
          <w:tcPr>
            <w:tcW w:w="567" w:type="dxa"/>
            <w:shd w:val="clear" w:color="auto" w:fill="FFFF32"/>
          </w:tcPr>
          <w:p w14:paraId="31E76E17" w14:textId="2A630141"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12</w:t>
            </w:r>
          </w:p>
        </w:tc>
        <w:tc>
          <w:tcPr>
            <w:tcW w:w="567" w:type="dxa"/>
            <w:shd w:val="clear" w:color="auto" w:fill="FFFF32"/>
          </w:tcPr>
          <w:p w14:paraId="16772487" w14:textId="3333F0D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13</w:t>
            </w:r>
          </w:p>
        </w:tc>
        <w:tc>
          <w:tcPr>
            <w:tcW w:w="567" w:type="dxa"/>
            <w:shd w:val="clear" w:color="auto" w:fill="FFFF32"/>
          </w:tcPr>
          <w:p w14:paraId="73C0FD0C" w14:textId="6AABDE05"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14</w:t>
            </w:r>
          </w:p>
        </w:tc>
        <w:tc>
          <w:tcPr>
            <w:tcW w:w="567" w:type="dxa"/>
            <w:shd w:val="clear" w:color="auto" w:fill="FFFF32"/>
          </w:tcPr>
          <w:p w14:paraId="4DB8A36E" w14:textId="5E714533"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15</w:t>
            </w:r>
          </w:p>
        </w:tc>
        <w:tc>
          <w:tcPr>
            <w:tcW w:w="567" w:type="dxa"/>
            <w:shd w:val="clear" w:color="auto" w:fill="FFFF32"/>
          </w:tcPr>
          <w:p w14:paraId="3F62865B" w14:textId="3A789822"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16</w:t>
            </w:r>
          </w:p>
        </w:tc>
        <w:tc>
          <w:tcPr>
            <w:tcW w:w="567" w:type="dxa"/>
            <w:shd w:val="clear" w:color="auto" w:fill="FFFF32"/>
          </w:tcPr>
          <w:p w14:paraId="41C93144" w14:textId="3F712BB1"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17</w:t>
            </w:r>
          </w:p>
        </w:tc>
        <w:tc>
          <w:tcPr>
            <w:tcW w:w="567" w:type="dxa"/>
            <w:shd w:val="clear" w:color="auto" w:fill="FFFF32"/>
          </w:tcPr>
          <w:p w14:paraId="5E73E03B" w14:textId="73A5E8E2"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18</w:t>
            </w:r>
          </w:p>
        </w:tc>
      </w:tr>
      <w:tr w:rsidR="00B13C4C" w:rsidRPr="00B13C4C" w14:paraId="7CD2CF13" w14:textId="77777777" w:rsidTr="00B13C4C">
        <w:tc>
          <w:tcPr>
            <w:tcW w:w="566" w:type="dxa"/>
            <w:tcBorders>
              <w:bottom w:val="single" w:sz="4" w:space="0" w:color="auto"/>
            </w:tcBorders>
          </w:tcPr>
          <w:p w14:paraId="04876355" w14:textId="2970D0E6"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Borders>
              <w:bottom w:val="single" w:sz="4" w:space="0" w:color="auto"/>
            </w:tcBorders>
          </w:tcPr>
          <w:p w14:paraId="58FA60D6" w14:textId="680AD301"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Borders>
              <w:bottom w:val="single" w:sz="4" w:space="0" w:color="auto"/>
            </w:tcBorders>
          </w:tcPr>
          <w:p w14:paraId="1861CAFC" w14:textId="024DCA33"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Borders>
              <w:bottom w:val="single" w:sz="4" w:space="0" w:color="auto"/>
            </w:tcBorders>
          </w:tcPr>
          <w:p w14:paraId="7AB4E5D5" w14:textId="7D52AB2A"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Borders>
              <w:bottom w:val="single" w:sz="4" w:space="0" w:color="auto"/>
            </w:tcBorders>
          </w:tcPr>
          <w:p w14:paraId="08E216BE" w14:textId="677D63A4"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Borders>
              <w:bottom w:val="single" w:sz="4" w:space="0" w:color="auto"/>
            </w:tcBorders>
          </w:tcPr>
          <w:p w14:paraId="648F1BF6" w14:textId="50648563"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Borders>
              <w:bottom w:val="single" w:sz="4" w:space="0" w:color="auto"/>
            </w:tcBorders>
          </w:tcPr>
          <w:p w14:paraId="61309B42" w14:textId="3B5DF5A4"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Borders>
              <w:bottom w:val="single" w:sz="4" w:space="0" w:color="auto"/>
            </w:tcBorders>
          </w:tcPr>
          <w:p w14:paraId="20C12C96" w14:textId="1EA563C8"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Borders>
              <w:bottom w:val="single" w:sz="4" w:space="0" w:color="auto"/>
            </w:tcBorders>
          </w:tcPr>
          <w:p w14:paraId="2DD848C4" w14:textId="49F1A2E8"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Borders>
              <w:bottom w:val="single" w:sz="4" w:space="0" w:color="auto"/>
            </w:tcBorders>
          </w:tcPr>
          <w:p w14:paraId="5D6C4B9C" w14:textId="56038169"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Borders>
              <w:bottom w:val="single" w:sz="4" w:space="0" w:color="auto"/>
            </w:tcBorders>
          </w:tcPr>
          <w:p w14:paraId="1E9D99A8" w14:textId="5F887EE5"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Borders>
              <w:bottom w:val="single" w:sz="4" w:space="0" w:color="auto"/>
            </w:tcBorders>
          </w:tcPr>
          <w:p w14:paraId="1F1C90C9" w14:textId="12790AA9"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Borders>
              <w:bottom w:val="single" w:sz="4" w:space="0" w:color="auto"/>
            </w:tcBorders>
          </w:tcPr>
          <w:p w14:paraId="25EB1ED3" w14:textId="489AA559"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Borders>
              <w:bottom w:val="single" w:sz="4" w:space="0" w:color="auto"/>
            </w:tcBorders>
          </w:tcPr>
          <w:p w14:paraId="480A5A25" w14:textId="6FC62AC2"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Borders>
              <w:bottom w:val="single" w:sz="4" w:space="0" w:color="auto"/>
            </w:tcBorders>
          </w:tcPr>
          <w:p w14:paraId="503120F2" w14:textId="2063561B"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Borders>
              <w:bottom w:val="single" w:sz="4" w:space="0" w:color="auto"/>
            </w:tcBorders>
          </w:tcPr>
          <w:p w14:paraId="07C9C626" w14:textId="1DEB0694"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Borders>
              <w:bottom w:val="single" w:sz="4" w:space="0" w:color="auto"/>
            </w:tcBorders>
          </w:tcPr>
          <w:p w14:paraId="62C3584C" w14:textId="5C681B2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Borders>
              <w:bottom w:val="single" w:sz="4" w:space="0" w:color="auto"/>
            </w:tcBorders>
          </w:tcPr>
          <w:p w14:paraId="7B1F5A29" w14:textId="20E69AA2"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r>
      <w:tr w:rsidR="00B13C4C" w:rsidRPr="00B13C4C" w14:paraId="3E9F3B41" w14:textId="77777777" w:rsidTr="00B13C4C">
        <w:tc>
          <w:tcPr>
            <w:tcW w:w="566" w:type="dxa"/>
            <w:shd w:val="clear" w:color="auto" w:fill="FFFF32"/>
          </w:tcPr>
          <w:p w14:paraId="3E5F1998" w14:textId="3EE42029"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19</w:t>
            </w:r>
          </w:p>
        </w:tc>
        <w:tc>
          <w:tcPr>
            <w:tcW w:w="566" w:type="dxa"/>
            <w:shd w:val="clear" w:color="auto" w:fill="FFFF32"/>
          </w:tcPr>
          <w:p w14:paraId="6165A246" w14:textId="50B29AB0"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20</w:t>
            </w:r>
          </w:p>
        </w:tc>
        <w:tc>
          <w:tcPr>
            <w:tcW w:w="566" w:type="dxa"/>
            <w:shd w:val="clear" w:color="auto" w:fill="FFFF32"/>
          </w:tcPr>
          <w:p w14:paraId="130F5144" w14:textId="6EE52AF3"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21</w:t>
            </w:r>
          </w:p>
        </w:tc>
        <w:tc>
          <w:tcPr>
            <w:tcW w:w="566" w:type="dxa"/>
            <w:shd w:val="clear" w:color="auto" w:fill="FFFF32"/>
          </w:tcPr>
          <w:p w14:paraId="4DAD5E84" w14:textId="68ADA463"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22</w:t>
            </w:r>
          </w:p>
        </w:tc>
        <w:tc>
          <w:tcPr>
            <w:tcW w:w="566" w:type="dxa"/>
            <w:shd w:val="clear" w:color="auto" w:fill="FFFF32"/>
          </w:tcPr>
          <w:p w14:paraId="0F0FCC5E" w14:textId="68884A65"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23</w:t>
            </w:r>
          </w:p>
        </w:tc>
        <w:tc>
          <w:tcPr>
            <w:tcW w:w="566" w:type="dxa"/>
            <w:shd w:val="clear" w:color="auto" w:fill="FFFF32"/>
          </w:tcPr>
          <w:p w14:paraId="6C1FE087" w14:textId="4F9AFC20"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24</w:t>
            </w:r>
          </w:p>
        </w:tc>
        <w:tc>
          <w:tcPr>
            <w:tcW w:w="566" w:type="dxa"/>
            <w:shd w:val="clear" w:color="auto" w:fill="FFFF32"/>
          </w:tcPr>
          <w:p w14:paraId="1DF58598" w14:textId="07C74600"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25</w:t>
            </w:r>
          </w:p>
        </w:tc>
        <w:tc>
          <w:tcPr>
            <w:tcW w:w="566" w:type="dxa"/>
            <w:shd w:val="clear" w:color="auto" w:fill="FFFF32"/>
          </w:tcPr>
          <w:p w14:paraId="6F12D715" w14:textId="02D51079"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26</w:t>
            </w:r>
          </w:p>
        </w:tc>
        <w:tc>
          <w:tcPr>
            <w:tcW w:w="566" w:type="dxa"/>
            <w:shd w:val="clear" w:color="auto" w:fill="FFFF32"/>
          </w:tcPr>
          <w:p w14:paraId="40D229AE" w14:textId="42E59459"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27</w:t>
            </w:r>
          </w:p>
        </w:tc>
        <w:tc>
          <w:tcPr>
            <w:tcW w:w="566" w:type="dxa"/>
            <w:shd w:val="clear" w:color="auto" w:fill="FFFF32"/>
          </w:tcPr>
          <w:p w14:paraId="5995C529" w14:textId="7C79027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28</w:t>
            </w:r>
          </w:p>
        </w:tc>
        <w:tc>
          <w:tcPr>
            <w:tcW w:w="567" w:type="dxa"/>
            <w:shd w:val="clear" w:color="auto" w:fill="FFFF32"/>
          </w:tcPr>
          <w:p w14:paraId="61B9A4A3" w14:textId="49612BF5"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29</w:t>
            </w:r>
          </w:p>
        </w:tc>
        <w:tc>
          <w:tcPr>
            <w:tcW w:w="567" w:type="dxa"/>
            <w:shd w:val="clear" w:color="auto" w:fill="FFFF32"/>
          </w:tcPr>
          <w:p w14:paraId="29EDECE3" w14:textId="2FE038D6"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30</w:t>
            </w:r>
          </w:p>
        </w:tc>
        <w:tc>
          <w:tcPr>
            <w:tcW w:w="567" w:type="dxa"/>
            <w:shd w:val="clear" w:color="auto" w:fill="FFFF32"/>
          </w:tcPr>
          <w:p w14:paraId="27A59AFB" w14:textId="47F1339F"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31</w:t>
            </w:r>
          </w:p>
        </w:tc>
        <w:tc>
          <w:tcPr>
            <w:tcW w:w="567" w:type="dxa"/>
            <w:shd w:val="clear" w:color="auto" w:fill="FFFF32"/>
          </w:tcPr>
          <w:p w14:paraId="173752D9" w14:textId="0B56385A"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32</w:t>
            </w:r>
          </w:p>
        </w:tc>
        <w:tc>
          <w:tcPr>
            <w:tcW w:w="567" w:type="dxa"/>
            <w:shd w:val="clear" w:color="auto" w:fill="FFFF32"/>
          </w:tcPr>
          <w:p w14:paraId="40720322" w14:textId="05BC8328"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33</w:t>
            </w:r>
          </w:p>
        </w:tc>
        <w:tc>
          <w:tcPr>
            <w:tcW w:w="567" w:type="dxa"/>
            <w:shd w:val="clear" w:color="auto" w:fill="FFFF32"/>
          </w:tcPr>
          <w:p w14:paraId="70EF00F2" w14:textId="2C003A53"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34</w:t>
            </w:r>
          </w:p>
        </w:tc>
        <w:tc>
          <w:tcPr>
            <w:tcW w:w="567" w:type="dxa"/>
            <w:shd w:val="clear" w:color="auto" w:fill="FFFF32"/>
          </w:tcPr>
          <w:p w14:paraId="1C043CB3" w14:textId="1FCA3CC0"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35</w:t>
            </w:r>
          </w:p>
        </w:tc>
        <w:tc>
          <w:tcPr>
            <w:tcW w:w="567" w:type="dxa"/>
            <w:shd w:val="clear" w:color="auto" w:fill="FFFF32"/>
          </w:tcPr>
          <w:p w14:paraId="6999715F" w14:textId="2C8946E0"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36</w:t>
            </w:r>
          </w:p>
        </w:tc>
      </w:tr>
      <w:tr w:rsidR="00B13C4C" w:rsidRPr="00B13C4C" w14:paraId="3B27DFFB" w14:textId="77777777" w:rsidTr="00B13C4C">
        <w:tc>
          <w:tcPr>
            <w:tcW w:w="566" w:type="dxa"/>
          </w:tcPr>
          <w:p w14:paraId="7DB0FC1C" w14:textId="49C70F2B"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Pr>
          <w:p w14:paraId="09C4B3AA" w14:textId="749DC80C"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Pr>
          <w:p w14:paraId="5A2D2D0A" w14:textId="641075FC"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Pr>
          <w:p w14:paraId="1225BFE3" w14:textId="668B27AD"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Pr>
          <w:p w14:paraId="4D3F267B" w14:textId="037DFD9B"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Pr>
          <w:p w14:paraId="0AB40D4F" w14:textId="1376CA0D"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Pr>
          <w:p w14:paraId="386F5442" w14:textId="4F3204AD"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Pr>
          <w:p w14:paraId="22004989" w14:textId="4CEA444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Pr>
          <w:p w14:paraId="0011D348" w14:textId="524A330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Pr>
          <w:p w14:paraId="46E321B6" w14:textId="03958312"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Pr>
          <w:p w14:paraId="12911192" w14:textId="19D1FAFF"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Pr>
          <w:p w14:paraId="625BD5F8" w14:textId="2796B79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Pr>
          <w:p w14:paraId="782C7351" w14:textId="5C0EFDF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Pr>
          <w:p w14:paraId="5C50DDAA" w14:textId="4631D734"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Pr>
          <w:p w14:paraId="2554AAAF" w14:textId="0119C401"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7" w:type="dxa"/>
          </w:tcPr>
          <w:p w14:paraId="3C24D2F1" w14:textId="5481133C"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Pr>
          <w:p w14:paraId="6BBD3972" w14:textId="76CBB97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Pr>
          <w:p w14:paraId="5551B8B5" w14:textId="77777777" w:rsidR="00B13C4C" w:rsidRPr="00B13C4C" w:rsidRDefault="00B13C4C" w:rsidP="00B13C4C">
            <w:pPr>
              <w:ind w:left="-57" w:right="-57"/>
              <w:jc w:val="center"/>
              <w:rPr>
                <w:rFonts w:ascii="Times New Roman" w:hAnsi="Times New Roman" w:cs="Times New Roman"/>
                <w:b/>
                <w:color w:val="0000FF"/>
                <w:sz w:val="24"/>
                <w:szCs w:val="24"/>
              </w:rPr>
            </w:pPr>
          </w:p>
        </w:tc>
      </w:tr>
    </w:tbl>
    <w:p w14:paraId="5C9137DA" w14:textId="77777777" w:rsidR="00B13C4C" w:rsidRPr="00B13C4C" w:rsidRDefault="00B13C4C" w:rsidP="004C6EF1">
      <w:pPr>
        <w:ind w:left="992"/>
        <w:jc w:val="center"/>
        <w:rPr>
          <w:rFonts w:ascii="Times New Roman" w:hAnsi="Times New Roman" w:cs="Times New Roman"/>
          <w:b/>
          <w:sz w:val="24"/>
          <w:szCs w:val="24"/>
        </w:rPr>
      </w:pPr>
      <w:r w:rsidRPr="00B13C4C">
        <w:rPr>
          <w:rFonts w:ascii="Times New Roman" w:hAnsi="Times New Roman" w:cs="Times New Roman"/>
          <w:b/>
          <w:sz w:val="24"/>
          <w:szCs w:val="24"/>
        </w:rPr>
        <w:t>ĐỀ 11-15</w:t>
      </w:r>
    </w:p>
    <w:p w14:paraId="4A188B0C" w14:textId="77777777" w:rsidR="00B13C4C" w:rsidRPr="00B13C4C" w:rsidRDefault="00B13C4C" w:rsidP="004C6EF1">
      <w:pPr>
        <w:ind w:left="992"/>
        <w:rPr>
          <w:rFonts w:ascii="Times New Roman" w:hAnsi="Times New Roman" w:cs="Times New Roman"/>
          <w:sz w:val="24"/>
          <w:szCs w:val="24"/>
        </w:rPr>
      </w:pPr>
      <w:r w:rsidRPr="00B13C4C">
        <w:rPr>
          <w:rFonts w:ascii="Times New Roman" w:hAnsi="Times New Roman" w:cs="Times New Roman"/>
          <w:b/>
          <w:sz w:val="24"/>
          <w:szCs w:val="24"/>
        </w:rPr>
        <w:t>Phần I: Trắc nghiệm</w:t>
      </w:r>
    </w:p>
    <w:p w14:paraId="2A9B37EF" w14:textId="77777777" w:rsidR="00B13C4C" w:rsidRPr="00B13C4C" w:rsidRDefault="00B13C4C" w:rsidP="004C6EF1">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Tập xác định của hàm số </w:t>
      </w:r>
      <w:r w:rsidRPr="00B13C4C">
        <w:rPr>
          <w:rFonts w:ascii="Times New Roman" w:hAnsi="Times New Roman" w:cs="Times New Roman"/>
          <w:position w:val="-10"/>
          <w:sz w:val="24"/>
          <w:szCs w:val="24"/>
        </w:rPr>
        <w:object w:dxaOrig="1219" w:dyaOrig="380" w14:anchorId="0A00F30C">
          <v:shape id="_x0000_i4009" type="#_x0000_t75" style="width:61.2pt;height:19.2pt" o:ole="">
            <v:imagedata r:id="rId4340" o:title=""/>
          </v:shape>
          <o:OLEObject Type="Embed" ProgID="Equation.DSMT4" ShapeID="_x0000_i4009" DrawAspect="Content" ObjectID="_1699837293" r:id="rId4341"/>
        </w:object>
      </w:r>
      <w:r w:rsidRPr="00B13C4C">
        <w:rPr>
          <w:rFonts w:ascii="Times New Roman" w:hAnsi="Times New Roman" w:cs="Times New Roman"/>
          <w:sz w:val="24"/>
          <w:szCs w:val="24"/>
        </w:rPr>
        <w:t xml:space="preserve"> là</w:t>
      </w:r>
    </w:p>
    <w:p w14:paraId="1FBD86DF"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740" w:dyaOrig="320" w14:anchorId="6178B843">
          <v:shape id="_x0000_i4010" type="#_x0000_t75" style="width:37.2pt;height:16.2pt" o:ole="">
            <v:imagedata r:id="rId4342" o:title=""/>
          </v:shape>
          <o:OLEObject Type="Embed" ProgID="Equation.DSMT4" ShapeID="_x0000_i4010" DrawAspect="Content" ObjectID="_1699837294" r:id="rId434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700" w:dyaOrig="320" w14:anchorId="6F41BA91">
          <v:shape id="_x0000_i4011" type="#_x0000_t75" style="width:34.8pt;height:16.2pt" o:ole="">
            <v:imagedata r:id="rId4344" o:title=""/>
          </v:shape>
          <o:OLEObject Type="Embed" ProgID="Equation.DSMT4" ShapeID="_x0000_i4011" DrawAspect="Content" ObjectID="_1699837295" r:id="rId434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720" w:dyaOrig="320" w14:anchorId="479F3520">
          <v:shape id="_x0000_i4012" type="#_x0000_t75" style="width:36pt;height:16.2pt" o:ole="">
            <v:imagedata r:id="rId4346" o:title=""/>
          </v:shape>
          <o:OLEObject Type="Embed" ProgID="Equation.DSMT4" ShapeID="_x0000_i4012" DrawAspect="Content" ObjectID="_1699837296" r:id="rId434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740" w:dyaOrig="320" w14:anchorId="41C5EE8E">
          <v:shape id="_x0000_i4013" type="#_x0000_t75" style="width:37.2pt;height:16.2pt" o:ole="">
            <v:imagedata r:id="rId4348" o:title=""/>
          </v:shape>
          <o:OLEObject Type="Embed" ProgID="Equation.DSMT4" ShapeID="_x0000_i4013" DrawAspect="Content" ObjectID="_1699837297" r:id="rId4349"/>
        </w:object>
      </w:r>
      <w:r w:rsidRPr="00B13C4C">
        <w:rPr>
          <w:rFonts w:ascii="Times New Roman" w:hAnsi="Times New Roman" w:cs="Times New Roman"/>
          <w:sz w:val="24"/>
          <w:szCs w:val="24"/>
        </w:rPr>
        <w:t>.</w:t>
      </w:r>
    </w:p>
    <w:p w14:paraId="44EBD195" w14:textId="77777777" w:rsidR="00B13C4C" w:rsidRPr="00B13C4C" w:rsidRDefault="00B13C4C" w:rsidP="004C6EF1">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hệ trục tọa độ </w:t>
      </w:r>
      <w:r w:rsidRPr="00B13C4C">
        <w:rPr>
          <w:rFonts w:ascii="Times New Roman" w:hAnsi="Times New Roman" w:cs="Times New Roman"/>
          <w:position w:val="-10"/>
          <w:sz w:val="24"/>
          <w:szCs w:val="24"/>
        </w:rPr>
        <w:object w:dxaOrig="460" w:dyaOrig="320" w14:anchorId="615DA6EF">
          <v:shape id="_x0000_i4014" type="#_x0000_t75" style="width:22.8pt;height:16.2pt" o:ole="">
            <v:imagedata r:id="rId4350" o:title=""/>
          </v:shape>
          <o:OLEObject Type="Embed" ProgID="Equation.DSMT4" ShapeID="_x0000_i4014" DrawAspect="Content" ObjectID="_1699837298" r:id="rId4351"/>
        </w:object>
      </w:r>
      <w:r w:rsidRPr="00B13C4C">
        <w:rPr>
          <w:rFonts w:ascii="Times New Roman" w:hAnsi="Times New Roman" w:cs="Times New Roman"/>
          <w:sz w:val="24"/>
          <w:szCs w:val="24"/>
        </w:rPr>
        <w:t xml:space="preserve">, cho tam giác </w:t>
      </w:r>
      <w:r w:rsidRPr="00B13C4C">
        <w:rPr>
          <w:rFonts w:ascii="Times New Roman" w:hAnsi="Times New Roman" w:cs="Times New Roman"/>
          <w:position w:val="-6"/>
          <w:sz w:val="24"/>
          <w:szCs w:val="24"/>
        </w:rPr>
        <w:object w:dxaOrig="600" w:dyaOrig="279" w14:anchorId="60DA077F">
          <v:shape id="_x0000_i4015" type="#_x0000_t75" style="width:30pt;height:13.8pt" o:ole="">
            <v:imagedata r:id="rId4352" o:title=""/>
          </v:shape>
          <o:OLEObject Type="Embed" ProgID="Equation.DSMT4" ShapeID="_x0000_i4015" DrawAspect="Content" ObjectID="_1699837299" r:id="rId4353"/>
        </w:object>
      </w:r>
      <w:r w:rsidRPr="00B13C4C">
        <w:rPr>
          <w:rFonts w:ascii="Times New Roman" w:hAnsi="Times New Roman" w:cs="Times New Roman"/>
          <w:sz w:val="24"/>
          <w:szCs w:val="24"/>
        </w:rPr>
        <w:t xml:space="preserve"> có </w:t>
      </w:r>
      <w:r w:rsidRPr="00B13C4C">
        <w:rPr>
          <w:rFonts w:ascii="Times New Roman" w:hAnsi="Times New Roman" w:cs="Times New Roman"/>
          <w:position w:val="-10"/>
          <w:sz w:val="24"/>
          <w:szCs w:val="24"/>
        </w:rPr>
        <w:object w:dxaOrig="2220" w:dyaOrig="320" w14:anchorId="275E89D3">
          <v:shape id="_x0000_i4016" type="#_x0000_t75" style="width:111pt;height:16.2pt" o:ole="">
            <v:imagedata r:id="rId4354" o:title=""/>
          </v:shape>
          <o:OLEObject Type="Embed" ProgID="Equation.DSMT4" ShapeID="_x0000_i4016" DrawAspect="Content" ObjectID="_1699837300" r:id="rId4355"/>
        </w:object>
      </w:r>
      <w:r w:rsidRPr="00B13C4C">
        <w:rPr>
          <w:rFonts w:ascii="Times New Roman" w:hAnsi="Times New Roman" w:cs="Times New Roman"/>
          <w:sz w:val="24"/>
          <w:szCs w:val="24"/>
        </w:rPr>
        <w:t xml:space="preserve">. Tọa độ trọng tâm của tam giác </w:t>
      </w:r>
      <w:r w:rsidRPr="00B13C4C">
        <w:rPr>
          <w:rFonts w:ascii="Times New Roman" w:hAnsi="Times New Roman" w:cs="Times New Roman"/>
          <w:position w:val="-6"/>
          <w:sz w:val="24"/>
          <w:szCs w:val="24"/>
        </w:rPr>
        <w:object w:dxaOrig="600" w:dyaOrig="279" w14:anchorId="70DA32B3">
          <v:shape id="_x0000_i4017" type="#_x0000_t75" style="width:30pt;height:13.8pt" o:ole="">
            <v:imagedata r:id="rId4356" o:title=""/>
          </v:shape>
          <o:OLEObject Type="Embed" ProgID="Equation.DSMT4" ShapeID="_x0000_i4017" DrawAspect="Content" ObjectID="_1699837301" r:id="rId4357"/>
        </w:object>
      </w:r>
      <w:r w:rsidRPr="00B13C4C">
        <w:rPr>
          <w:rFonts w:ascii="Times New Roman" w:hAnsi="Times New Roman" w:cs="Times New Roman"/>
          <w:sz w:val="24"/>
          <w:szCs w:val="24"/>
        </w:rPr>
        <w:t xml:space="preserve"> là</w:t>
      </w:r>
    </w:p>
    <w:p w14:paraId="25D4204A"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540" w:dyaOrig="320" w14:anchorId="7DD7EF11">
          <v:shape id="_x0000_i4018" type="#_x0000_t75" style="width:27pt;height:16.2pt" o:ole="">
            <v:imagedata r:id="rId4358" o:title=""/>
          </v:shape>
          <o:OLEObject Type="Embed" ProgID="Equation.DSMT4" ShapeID="_x0000_i4018" DrawAspect="Content" ObjectID="_1699837302" r:id="rId435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8"/>
          <w:sz w:val="24"/>
          <w:szCs w:val="24"/>
        </w:rPr>
        <w:object w:dxaOrig="720" w:dyaOrig="680" w14:anchorId="5FFB4AB2">
          <v:shape id="_x0000_i4019" type="#_x0000_t75" style="width:36pt;height:34.2pt" o:ole="">
            <v:imagedata r:id="rId4360" o:title=""/>
          </v:shape>
          <o:OLEObject Type="Embed" ProgID="Equation.DSMT4" ShapeID="_x0000_i4019" DrawAspect="Content" ObjectID="_1699837303" r:id="rId436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8"/>
          <w:sz w:val="24"/>
          <w:szCs w:val="24"/>
        </w:rPr>
        <w:object w:dxaOrig="740" w:dyaOrig="680" w14:anchorId="466D81AE">
          <v:shape id="_x0000_i4020" type="#_x0000_t75" style="width:37.2pt;height:34.2pt" o:ole="">
            <v:imagedata r:id="rId4362" o:title=""/>
          </v:shape>
          <o:OLEObject Type="Embed" ProgID="Equation.DSMT4" ShapeID="_x0000_i4020" DrawAspect="Content" ObjectID="_1699837304" r:id="rId436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740" w:dyaOrig="320" w14:anchorId="7214C314">
          <v:shape id="_x0000_i4021" type="#_x0000_t75" style="width:37.2pt;height:16.2pt" o:ole="">
            <v:imagedata r:id="rId4364" o:title=""/>
          </v:shape>
          <o:OLEObject Type="Embed" ProgID="Equation.DSMT4" ShapeID="_x0000_i4021" DrawAspect="Content" ObjectID="_1699837305" r:id="rId4365"/>
        </w:object>
      </w:r>
      <w:r w:rsidRPr="00B13C4C">
        <w:rPr>
          <w:rFonts w:ascii="Times New Roman" w:hAnsi="Times New Roman" w:cs="Times New Roman"/>
          <w:sz w:val="24"/>
          <w:szCs w:val="24"/>
        </w:rPr>
        <w:t>.</w:t>
      </w:r>
    </w:p>
    <w:p w14:paraId="55E78495" w14:textId="77777777" w:rsidR="00B13C4C" w:rsidRPr="00B13C4C" w:rsidRDefault="00B13C4C" w:rsidP="004C6EF1">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Biết parabol </w:t>
      </w:r>
      <w:r w:rsidRPr="00B13C4C">
        <w:rPr>
          <w:rFonts w:ascii="Times New Roman" w:hAnsi="Times New Roman" w:cs="Times New Roman"/>
          <w:position w:val="-10"/>
          <w:sz w:val="24"/>
          <w:szCs w:val="24"/>
        </w:rPr>
        <w:object w:dxaOrig="1540" w:dyaOrig="360" w14:anchorId="218CD26D">
          <v:shape id="_x0000_i4022" type="#_x0000_t75" style="width:76.8pt;height:18pt" o:ole="">
            <v:imagedata r:id="rId4366" o:title=""/>
          </v:shape>
          <o:OLEObject Type="Embed" ProgID="Equation.DSMT4" ShapeID="_x0000_i4022" DrawAspect="Content" ObjectID="_1699837306" r:id="rId4367"/>
        </w:object>
      </w:r>
      <w:r w:rsidRPr="00B13C4C">
        <w:rPr>
          <w:rFonts w:ascii="Times New Roman" w:hAnsi="Times New Roman" w:cs="Times New Roman"/>
          <w:sz w:val="24"/>
          <w:szCs w:val="24"/>
        </w:rPr>
        <w:t xml:space="preserve"> đi qua </w:t>
      </w:r>
      <w:r w:rsidRPr="00B13C4C">
        <w:rPr>
          <w:rFonts w:ascii="Times New Roman" w:hAnsi="Times New Roman" w:cs="Times New Roman"/>
          <w:position w:val="-10"/>
          <w:sz w:val="24"/>
          <w:szCs w:val="24"/>
        </w:rPr>
        <w:object w:dxaOrig="720" w:dyaOrig="320" w14:anchorId="32715253">
          <v:shape id="_x0000_i4023" type="#_x0000_t75" style="width:36pt;height:16.2pt" o:ole="">
            <v:imagedata r:id="rId4368" o:title=""/>
          </v:shape>
          <o:OLEObject Type="Embed" ProgID="Equation.DSMT4" ShapeID="_x0000_i4023" DrawAspect="Content" ObjectID="_1699837307" r:id="rId4369"/>
        </w:object>
      </w:r>
      <w:r w:rsidRPr="00B13C4C">
        <w:rPr>
          <w:rFonts w:ascii="Times New Roman" w:hAnsi="Times New Roman" w:cs="Times New Roman"/>
          <w:sz w:val="24"/>
          <w:szCs w:val="24"/>
        </w:rPr>
        <w:t xml:space="preserve"> và có đỉnh </w:t>
      </w:r>
      <w:r w:rsidRPr="00B13C4C">
        <w:rPr>
          <w:rFonts w:ascii="Times New Roman" w:hAnsi="Times New Roman" w:cs="Times New Roman"/>
          <w:position w:val="-10"/>
          <w:sz w:val="24"/>
          <w:szCs w:val="24"/>
        </w:rPr>
        <w:object w:dxaOrig="940" w:dyaOrig="320" w14:anchorId="407012DE">
          <v:shape id="_x0000_i4024" type="#_x0000_t75" style="width:46.8pt;height:16.2pt" o:ole="">
            <v:imagedata r:id="rId4370" o:title=""/>
          </v:shape>
          <o:OLEObject Type="Embed" ProgID="Equation.DSMT4" ShapeID="_x0000_i4024" DrawAspect="Content" ObjectID="_1699837308" r:id="rId4371"/>
        </w:object>
      </w:r>
      <w:r w:rsidRPr="00B13C4C">
        <w:rPr>
          <w:rFonts w:ascii="Times New Roman" w:hAnsi="Times New Roman" w:cs="Times New Roman"/>
          <w:sz w:val="24"/>
          <w:szCs w:val="24"/>
        </w:rPr>
        <w:t xml:space="preserve">. Giá trị </w:t>
      </w:r>
      <w:r w:rsidRPr="00B13C4C">
        <w:rPr>
          <w:rFonts w:ascii="Times New Roman" w:hAnsi="Times New Roman" w:cs="Times New Roman"/>
          <w:position w:val="-6"/>
          <w:sz w:val="24"/>
          <w:szCs w:val="24"/>
        </w:rPr>
        <w:object w:dxaOrig="499" w:dyaOrig="279" w14:anchorId="2690AAE3">
          <v:shape id="_x0000_i4025" type="#_x0000_t75" style="width:25.2pt;height:13.8pt" o:ole="">
            <v:imagedata r:id="rId4372" o:title=""/>
          </v:shape>
          <o:OLEObject Type="Embed" ProgID="Equation.DSMT4" ShapeID="_x0000_i4025" DrawAspect="Content" ObjectID="_1699837309" r:id="rId4373"/>
        </w:object>
      </w:r>
      <w:r w:rsidRPr="00B13C4C">
        <w:rPr>
          <w:rFonts w:ascii="Times New Roman" w:hAnsi="Times New Roman" w:cs="Times New Roman"/>
          <w:sz w:val="24"/>
          <w:szCs w:val="24"/>
        </w:rPr>
        <w:t xml:space="preserve"> bằng</w:t>
      </w:r>
    </w:p>
    <w:p w14:paraId="2DD62FD5"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10368.</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27648.</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800" w:dyaOrig="279" w14:anchorId="16F890F2">
          <v:shape id="_x0000_i4026" type="#_x0000_t75" style="width:40.2pt;height:13.8pt" o:ole="">
            <v:imagedata r:id="rId4374" o:title=""/>
          </v:shape>
          <o:OLEObject Type="Embed" ProgID="Equation.DSMT4" ShapeID="_x0000_i4026" DrawAspect="Content" ObjectID="_1699837310" r:id="rId437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800" w:dyaOrig="279" w14:anchorId="58DD5C85">
          <v:shape id="_x0000_i4027" type="#_x0000_t75" style="width:40.2pt;height:13.8pt" o:ole="">
            <v:imagedata r:id="rId4376" o:title=""/>
          </v:shape>
          <o:OLEObject Type="Embed" ProgID="Equation.DSMT4" ShapeID="_x0000_i4027" DrawAspect="Content" ObjectID="_1699837311" r:id="rId4377"/>
        </w:object>
      </w:r>
      <w:r w:rsidRPr="00B13C4C">
        <w:rPr>
          <w:rFonts w:ascii="Times New Roman" w:hAnsi="Times New Roman" w:cs="Times New Roman"/>
          <w:sz w:val="24"/>
          <w:szCs w:val="24"/>
        </w:rPr>
        <w:t>.</w:t>
      </w:r>
    </w:p>
    <w:p w14:paraId="0CF5C0D8" w14:textId="77777777" w:rsidR="00B13C4C" w:rsidRPr="00B13C4C" w:rsidRDefault="00B13C4C" w:rsidP="004C6EF1">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hình chữ nhật </w:t>
      </w:r>
      <w:r w:rsidRPr="00B13C4C">
        <w:rPr>
          <w:rFonts w:ascii="Times New Roman" w:hAnsi="Times New Roman" w:cs="Times New Roman"/>
          <w:position w:val="-6"/>
          <w:sz w:val="24"/>
          <w:szCs w:val="24"/>
        </w:rPr>
        <w:object w:dxaOrig="720" w:dyaOrig="279" w14:anchorId="3F333488">
          <v:shape id="_x0000_i4028" type="#_x0000_t75" style="width:36pt;height:13.8pt" o:ole="">
            <v:imagedata r:id="rId4378" o:title=""/>
          </v:shape>
          <o:OLEObject Type="Embed" ProgID="Equation.DSMT4" ShapeID="_x0000_i4028" DrawAspect="Content" ObjectID="_1699837312" r:id="rId4379"/>
        </w:object>
      </w:r>
      <w:r w:rsidRPr="00B13C4C">
        <w:rPr>
          <w:rFonts w:ascii="Times New Roman" w:hAnsi="Times New Roman" w:cs="Times New Roman"/>
          <w:sz w:val="24"/>
          <w:szCs w:val="24"/>
        </w:rPr>
        <w:t xml:space="preserve"> biết </w:t>
      </w:r>
      <w:r w:rsidRPr="00B13C4C">
        <w:rPr>
          <w:rFonts w:ascii="Times New Roman" w:hAnsi="Times New Roman" w:cs="Times New Roman"/>
          <w:position w:val="-10"/>
          <w:sz w:val="24"/>
          <w:szCs w:val="24"/>
        </w:rPr>
        <w:object w:dxaOrig="2120" w:dyaOrig="320" w14:anchorId="2A73138F">
          <v:shape id="_x0000_i4029" type="#_x0000_t75" style="width:106.2pt;height:16.2pt" o:ole="">
            <v:imagedata r:id="rId4380" o:title=""/>
          </v:shape>
          <o:OLEObject Type="Embed" ProgID="Equation.DSMT4" ShapeID="_x0000_i4029" DrawAspect="Content" ObjectID="_1699837313" r:id="rId4381"/>
        </w:object>
      </w:r>
      <w:r w:rsidRPr="00B13C4C">
        <w:rPr>
          <w:rFonts w:ascii="Times New Roman" w:hAnsi="Times New Roman" w:cs="Times New Roman"/>
          <w:sz w:val="24"/>
          <w:szCs w:val="24"/>
        </w:rPr>
        <w:t xml:space="preserve"> (tham khảo hình vẽ bên duới). Độ dài của </w:t>
      </w:r>
      <w:r w:rsidRPr="00B13C4C">
        <w:rPr>
          <w:rFonts w:ascii="Times New Roman" w:hAnsi="Times New Roman" w:cs="Times New Roman"/>
          <w:position w:val="-6"/>
          <w:sz w:val="24"/>
          <w:szCs w:val="24"/>
        </w:rPr>
        <w:object w:dxaOrig="900" w:dyaOrig="340" w14:anchorId="1BC219BC">
          <v:shape id="_x0000_i4030" type="#_x0000_t75" style="width:45pt;height:16.8pt" o:ole="">
            <v:imagedata r:id="rId4382" o:title=""/>
          </v:shape>
          <o:OLEObject Type="Embed" ProgID="Equation.DSMT4" ShapeID="_x0000_i4030" DrawAspect="Content" ObjectID="_1699837314" r:id="rId4383"/>
        </w:object>
      </w:r>
      <w:r w:rsidRPr="00B13C4C">
        <w:rPr>
          <w:rFonts w:ascii="Times New Roman" w:hAnsi="Times New Roman" w:cs="Times New Roman"/>
          <w:sz w:val="24"/>
          <w:szCs w:val="24"/>
        </w:rPr>
        <w:t xml:space="preserve"> băng</w:t>
      </w:r>
    </w:p>
    <w:p w14:paraId="4AF3D65D"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760" w:dyaOrig="380" w14:anchorId="00621166">
          <v:shape id="_x0000_i4031" type="#_x0000_t75" style="width:37.8pt;height:19.2pt" o:ole="">
            <v:imagedata r:id="rId4384" o:title=""/>
          </v:shape>
          <o:OLEObject Type="Embed" ProgID="Equation.DSMT4" ShapeID="_x0000_i4031" DrawAspect="Content" ObjectID="_1699837315" r:id="rId438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880" w:dyaOrig="380" w14:anchorId="4D423033">
          <v:shape id="_x0000_i4032" type="#_x0000_t75" style="width:43.8pt;height:19.2pt" o:ole="">
            <v:imagedata r:id="rId4386" o:title=""/>
          </v:shape>
          <o:OLEObject Type="Embed" ProgID="Equation.DSMT4" ShapeID="_x0000_i4032" DrawAspect="Content" ObjectID="_1699837316" r:id="rId438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480" w:dyaOrig="320" w14:anchorId="7F3FEC91">
          <v:shape id="_x0000_i4033" type="#_x0000_t75" style="width:24pt;height:16.2pt" o:ole="">
            <v:imagedata r:id="rId4388" o:title=""/>
          </v:shape>
          <o:OLEObject Type="Embed" ProgID="Equation.DSMT4" ShapeID="_x0000_i4033" DrawAspect="Content" ObjectID="_1699837317" r:id="rId438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780" w:dyaOrig="380" w14:anchorId="52636F4F">
          <v:shape id="_x0000_i4034" type="#_x0000_t75" style="width:39pt;height:19.2pt" o:ole="">
            <v:imagedata r:id="rId4390" o:title=""/>
          </v:shape>
          <o:OLEObject Type="Embed" ProgID="Equation.DSMT4" ShapeID="_x0000_i4034" DrawAspect="Content" ObjectID="_1699837318" r:id="rId4391"/>
        </w:object>
      </w:r>
      <w:r w:rsidRPr="00B13C4C">
        <w:rPr>
          <w:rFonts w:ascii="Times New Roman" w:hAnsi="Times New Roman" w:cs="Times New Roman"/>
          <w:sz w:val="24"/>
          <w:szCs w:val="24"/>
        </w:rPr>
        <w:t>.</w:t>
      </w:r>
    </w:p>
    <w:p w14:paraId="07739AF6" w14:textId="77777777" w:rsidR="00B13C4C" w:rsidRPr="00B13C4C" w:rsidRDefault="00B13C4C" w:rsidP="004C6EF1">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hệ trục tọa độ </w:t>
      </w:r>
      <w:r w:rsidRPr="00B13C4C">
        <w:rPr>
          <w:rFonts w:ascii="Times New Roman" w:hAnsi="Times New Roman" w:cs="Times New Roman"/>
          <w:position w:val="-10"/>
          <w:sz w:val="24"/>
          <w:szCs w:val="24"/>
        </w:rPr>
        <w:object w:dxaOrig="460" w:dyaOrig="320" w14:anchorId="4BB2149F">
          <v:shape id="_x0000_i4035" type="#_x0000_t75" style="width:22.8pt;height:16.2pt" o:ole="">
            <v:imagedata r:id="rId4392" o:title=""/>
          </v:shape>
          <o:OLEObject Type="Embed" ProgID="Equation.DSMT4" ShapeID="_x0000_i4035" DrawAspect="Content" ObjectID="_1699837319" r:id="rId4393"/>
        </w:object>
      </w:r>
      <w:r w:rsidRPr="00B13C4C">
        <w:rPr>
          <w:rFonts w:ascii="Times New Roman" w:hAnsi="Times New Roman" w:cs="Times New Roman"/>
          <w:sz w:val="24"/>
          <w:szCs w:val="24"/>
        </w:rPr>
        <w:t xml:space="preserve">, cho tam giác </w:t>
      </w:r>
      <w:r w:rsidRPr="00B13C4C">
        <w:rPr>
          <w:rFonts w:ascii="Times New Roman" w:hAnsi="Times New Roman" w:cs="Times New Roman"/>
          <w:position w:val="-6"/>
          <w:sz w:val="24"/>
          <w:szCs w:val="24"/>
        </w:rPr>
        <w:object w:dxaOrig="560" w:dyaOrig="279" w14:anchorId="09CDF952">
          <v:shape id="_x0000_i4036" type="#_x0000_t75" style="width:28.2pt;height:13.8pt" o:ole="">
            <v:imagedata r:id="rId4394" o:title=""/>
          </v:shape>
          <o:OLEObject Type="Embed" ProgID="Equation.DSMT4" ShapeID="_x0000_i4036" DrawAspect="Content" ObjectID="_1699837320" r:id="rId4395"/>
        </w:object>
      </w:r>
      <w:r w:rsidRPr="00B13C4C">
        <w:rPr>
          <w:rFonts w:ascii="Times New Roman" w:hAnsi="Times New Roman" w:cs="Times New Roman"/>
          <w:sz w:val="24"/>
          <w:szCs w:val="24"/>
        </w:rPr>
        <w:t xml:space="preserve"> có </w:t>
      </w:r>
      <w:r w:rsidRPr="00B13C4C">
        <w:rPr>
          <w:rFonts w:ascii="Times New Roman" w:hAnsi="Times New Roman" w:cs="Times New Roman"/>
          <w:position w:val="-10"/>
          <w:sz w:val="24"/>
          <w:szCs w:val="24"/>
        </w:rPr>
        <w:object w:dxaOrig="3260" w:dyaOrig="320" w14:anchorId="3DE2854C">
          <v:shape id="_x0000_i4037" type="#_x0000_t75" style="width:163.2pt;height:16.2pt" o:ole="">
            <v:imagedata r:id="rId4396" o:title=""/>
          </v:shape>
          <o:OLEObject Type="Embed" ProgID="Equation.DSMT4" ShapeID="_x0000_i4037" DrawAspect="Content" ObjectID="_1699837321" r:id="rId4397"/>
        </w:object>
      </w:r>
      <w:r w:rsidRPr="00B13C4C">
        <w:rPr>
          <w:rFonts w:ascii="Times New Roman" w:hAnsi="Times New Roman" w:cs="Times New Roman"/>
          <w:sz w:val="24"/>
          <w:szCs w:val="24"/>
        </w:rPr>
        <w:t xml:space="preserve">. Số đo của </w:t>
      </w:r>
      <w:r w:rsidRPr="00B13C4C">
        <w:rPr>
          <w:rFonts w:ascii="Times New Roman" w:hAnsi="Times New Roman" w:cs="Times New Roman"/>
          <w:position w:val="-6"/>
          <w:sz w:val="24"/>
          <w:szCs w:val="24"/>
        </w:rPr>
        <w:object w:dxaOrig="560" w:dyaOrig="360" w14:anchorId="36208B87">
          <v:shape id="_x0000_i4038" type="#_x0000_t75" style="width:28.2pt;height:18pt" o:ole="">
            <v:imagedata r:id="rId4398" o:title=""/>
          </v:shape>
          <o:OLEObject Type="Embed" ProgID="Equation.DSMT4" ShapeID="_x0000_i4038" DrawAspect="Content" ObjectID="_1699837322" r:id="rId4399"/>
        </w:object>
      </w:r>
      <w:r w:rsidRPr="00B13C4C">
        <w:rPr>
          <w:rFonts w:ascii="Times New Roman" w:hAnsi="Times New Roman" w:cs="Times New Roman"/>
          <w:sz w:val="24"/>
          <w:szCs w:val="24"/>
        </w:rPr>
        <w:t xml:space="preserve"> bằng (làm tròn đến độ)</w:t>
      </w:r>
    </w:p>
    <w:p w14:paraId="790C756D"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380" w:dyaOrig="320" w14:anchorId="1995887F">
          <v:shape id="_x0000_i4039" type="#_x0000_t75" style="width:19.2pt;height:16.2pt" o:ole="">
            <v:imagedata r:id="rId4400" o:title=""/>
          </v:shape>
          <o:OLEObject Type="Embed" ProgID="Equation.DSMT4" ShapeID="_x0000_i4039" DrawAspect="Content" ObjectID="_1699837323" r:id="rId440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4"/>
          <w:sz w:val="24"/>
          <w:szCs w:val="24"/>
        </w:rPr>
        <w:object w:dxaOrig="360" w:dyaOrig="300" w14:anchorId="18A22A6F">
          <v:shape id="_x0000_i4040" type="#_x0000_t75" style="width:18pt;height:15pt" o:ole="">
            <v:imagedata r:id="rId4402" o:title=""/>
          </v:shape>
          <o:OLEObject Type="Embed" ProgID="Equation.DSMT4" ShapeID="_x0000_i4040" DrawAspect="Content" ObjectID="_1699837324" r:id="rId440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4"/>
          <w:sz w:val="24"/>
          <w:szCs w:val="24"/>
        </w:rPr>
        <w:object w:dxaOrig="380" w:dyaOrig="300" w14:anchorId="2042A3F1">
          <v:shape id="_x0000_i4041" type="#_x0000_t75" style="width:19.2pt;height:15pt" o:ole="">
            <v:imagedata r:id="rId4404" o:title=""/>
          </v:shape>
          <o:OLEObject Type="Embed" ProgID="Equation.DSMT4" ShapeID="_x0000_i4041" DrawAspect="Content" ObjectID="_1699837325" r:id="rId440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360" w:dyaOrig="320" w14:anchorId="37981032">
          <v:shape id="_x0000_i4042" type="#_x0000_t75" style="width:18pt;height:16.2pt" o:ole="">
            <v:imagedata r:id="rId4406" o:title=""/>
          </v:shape>
          <o:OLEObject Type="Embed" ProgID="Equation.DSMT4" ShapeID="_x0000_i4042" DrawAspect="Content" ObjectID="_1699837326" r:id="rId4407"/>
        </w:object>
      </w:r>
      <w:r w:rsidRPr="00B13C4C">
        <w:rPr>
          <w:rFonts w:ascii="Times New Roman" w:hAnsi="Times New Roman" w:cs="Times New Roman"/>
          <w:sz w:val="24"/>
          <w:szCs w:val="24"/>
        </w:rPr>
        <w:t>.</w:t>
      </w:r>
    </w:p>
    <w:p w14:paraId="6E01E14A" w14:textId="77777777" w:rsidR="00B13C4C" w:rsidRPr="00B13C4C" w:rsidRDefault="00B13C4C" w:rsidP="004C6EF1">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w:t>
      </w:r>
      <w:r w:rsidRPr="00B13C4C">
        <w:rPr>
          <w:rFonts w:ascii="Times New Roman" w:hAnsi="Times New Roman" w:cs="Times New Roman"/>
          <w:position w:val="-10"/>
          <w:sz w:val="24"/>
          <w:szCs w:val="24"/>
        </w:rPr>
        <w:object w:dxaOrig="960" w:dyaOrig="320" w14:anchorId="5FB2181E">
          <v:shape id="_x0000_i4043" type="#_x0000_t75" style="width:48pt;height:16.2pt" o:ole="">
            <v:imagedata r:id="rId4408" o:title=""/>
          </v:shape>
          <o:OLEObject Type="Embed" ProgID="Equation.DSMT4" ShapeID="_x0000_i4043" DrawAspect="Content" ObjectID="_1699837327" r:id="rId4409"/>
        </w:object>
      </w:r>
      <w:r w:rsidRPr="00B13C4C">
        <w:rPr>
          <w:rFonts w:ascii="Times New Roman" w:hAnsi="Times New Roman" w:cs="Times New Roman"/>
          <w:sz w:val="24"/>
          <w:szCs w:val="24"/>
        </w:rPr>
        <w:t>. Mệnh đề nào dưới đây đúng?</w:t>
      </w:r>
    </w:p>
    <w:p w14:paraId="592CB61D"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2"/>
          <w:sz w:val="24"/>
          <w:szCs w:val="24"/>
        </w:rPr>
        <w:object w:dxaOrig="1219" w:dyaOrig="360" w14:anchorId="4E541B74">
          <v:shape id="_x0000_i4044" type="#_x0000_t75" style="width:61.2pt;height:18pt" o:ole="">
            <v:imagedata r:id="rId4410" o:title=""/>
          </v:shape>
          <o:OLEObject Type="Embed" ProgID="Equation.DSMT4" ShapeID="_x0000_i4044" DrawAspect="Content" ObjectID="_1699837328" r:id="rId441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2"/>
          <w:sz w:val="24"/>
          <w:szCs w:val="24"/>
        </w:rPr>
        <w:object w:dxaOrig="1420" w:dyaOrig="360" w14:anchorId="0BAE01D8">
          <v:shape id="_x0000_i4045" type="#_x0000_t75" style="width:70.8pt;height:18pt" o:ole="">
            <v:imagedata r:id="rId4412" o:title=""/>
          </v:shape>
          <o:OLEObject Type="Embed" ProgID="Equation.DSMT4" ShapeID="_x0000_i4045" DrawAspect="Content" ObjectID="_1699837329" r:id="rId4413"/>
        </w:object>
      </w:r>
      <w:r w:rsidRPr="00B13C4C">
        <w:rPr>
          <w:rFonts w:ascii="Times New Roman" w:hAnsi="Times New Roman" w:cs="Times New Roman"/>
          <w:sz w:val="24"/>
          <w:szCs w:val="24"/>
        </w:rPr>
        <w:t>.</w:t>
      </w:r>
    </w:p>
    <w:p w14:paraId="23535579"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2"/>
          <w:sz w:val="24"/>
          <w:szCs w:val="24"/>
        </w:rPr>
        <w:object w:dxaOrig="2340" w:dyaOrig="360" w14:anchorId="2D8960A2">
          <v:shape id="_x0000_i4046" type="#_x0000_t75" style="width:117pt;height:18pt" o:ole="">
            <v:imagedata r:id="rId4414" o:title=""/>
          </v:shape>
          <o:OLEObject Type="Embed" ProgID="Equation.DSMT4" ShapeID="_x0000_i4046" DrawAspect="Content" ObjectID="_1699837330" r:id="rId441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2"/>
          <w:sz w:val="24"/>
          <w:szCs w:val="24"/>
        </w:rPr>
        <w:object w:dxaOrig="1420" w:dyaOrig="360" w14:anchorId="0A4D044A">
          <v:shape id="_x0000_i4047" type="#_x0000_t75" style="width:70.8pt;height:18pt" o:ole="">
            <v:imagedata r:id="rId4416" o:title=""/>
          </v:shape>
          <o:OLEObject Type="Embed" ProgID="Equation.DSMT4" ShapeID="_x0000_i4047" DrawAspect="Content" ObjectID="_1699837331" r:id="rId4417"/>
        </w:object>
      </w:r>
      <w:r w:rsidRPr="00B13C4C">
        <w:rPr>
          <w:rFonts w:ascii="Times New Roman" w:hAnsi="Times New Roman" w:cs="Times New Roman"/>
          <w:sz w:val="24"/>
          <w:szCs w:val="24"/>
        </w:rPr>
        <w:t>.</w:t>
      </w:r>
    </w:p>
    <w:p w14:paraId="4F02BBC1" w14:textId="77777777" w:rsidR="00B13C4C" w:rsidRPr="00B13C4C" w:rsidRDefault="00B13C4C" w:rsidP="004C6EF1">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Hàm số nào dưới đây là hàm chẳn?</w:t>
      </w:r>
    </w:p>
    <w:p w14:paraId="36E9A8D1"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2040" w:dyaOrig="380" w14:anchorId="47AA51C4">
          <v:shape id="_x0000_i4048" type="#_x0000_t75" style="width:102pt;height:19.2pt" o:ole="">
            <v:imagedata r:id="rId4418" o:title=""/>
          </v:shape>
          <o:OLEObject Type="Embed" ProgID="Equation.DSMT4" ShapeID="_x0000_i4048" DrawAspect="Content" ObjectID="_1699837332" r:id="rId441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900" w:dyaOrig="380" w14:anchorId="6C0F9F99">
          <v:shape id="_x0000_i4049" type="#_x0000_t75" style="width:94.8pt;height:19.2pt" o:ole="">
            <v:imagedata r:id="rId4420" o:title=""/>
          </v:shape>
          <o:OLEObject Type="Embed" ProgID="Equation.DSMT4" ShapeID="_x0000_i4049" DrawAspect="Content" ObjectID="_1699837333" r:id="rId4421"/>
        </w:object>
      </w:r>
      <w:r w:rsidRPr="00B13C4C">
        <w:rPr>
          <w:rFonts w:ascii="Times New Roman" w:hAnsi="Times New Roman" w:cs="Times New Roman"/>
          <w:sz w:val="24"/>
          <w:szCs w:val="24"/>
        </w:rPr>
        <w:t>.</w:t>
      </w:r>
    </w:p>
    <w:p w14:paraId="3CFE1B44"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620" w:dyaOrig="360" w14:anchorId="2E6A90CB">
          <v:shape id="_x0000_i4050" type="#_x0000_t75" style="width:81pt;height:18pt" o:ole="">
            <v:imagedata r:id="rId4422" o:title=""/>
          </v:shape>
          <o:OLEObject Type="Embed" ProgID="Equation.DSMT4" ShapeID="_x0000_i4050" DrawAspect="Content" ObjectID="_1699837334" r:id="rId442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2020" w:dyaOrig="320" w14:anchorId="494177EA">
          <v:shape id="_x0000_i4051" type="#_x0000_t75" style="width:100.8pt;height:16.2pt" o:ole="">
            <v:imagedata r:id="rId4424" o:title=""/>
          </v:shape>
          <o:OLEObject Type="Embed" ProgID="Equation.DSMT4" ShapeID="_x0000_i4051" DrawAspect="Content" ObjectID="_1699837335" r:id="rId4425"/>
        </w:object>
      </w:r>
      <w:r w:rsidRPr="00B13C4C">
        <w:rPr>
          <w:rFonts w:ascii="Times New Roman" w:hAnsi="Times New Roman" w:cs="Times New Roman"/>
          <w:sz w:val="24"/>
          <w:szCs w:val="24"/>
        </w:rPr>
        <w:t>.</w:t>
      </w:r>
    </w:p>
    <w:p w14:paraId="7B68C229" w14:textId="77777777" w:rsidR="00B13C4C" w:rsidRPr="00B13C4C" w:rsidRDefault="00B13C4C" w:rsidP="004C6EF1">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lastRenderedPageBreak/>
        <w:t>Câu 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Đỉnh của parabol </w:t>
      </w:r>
      <w:r w:rsidRPr="00B13C4C">
        <w:rPr>
          <w:rFonts w:ascii="Times New Roman" w:hAnsi="Times New Roman" w:cs="Times New Roman"/>
          <w:position w:val="-10"/>
          <w:sz w:val="24"/>
          <w:szCs w:val="24"/>
        </w:rPr>
        <w:object w:dxaOrig="2000" w:dyaOrig="360" w14:anchorId="6FA22060">
          <v:shape id="_x0000_i4052" type="#_x0000_t75" style="width:100.2pt;height:18pt" o:ole="">
            <v:imagedata r:id="rId4426" o:title=""/>
          </v:shape>
          <o:OLEObject Type="Embed" ProgID="Equation.DSMT4" ShapeID="_x0000_i4052" DrawAspect="Content" ObjectID="_1699837336" r:id="rId4427"/>
        </w:object>
      </w:r>
      <w:r w:rsidRPr="00B13C4C">
        <w:rPr>
          <w:rFonts w:ascii="Times New Roman" w:hAnsi="Times New Roman" w:cs="Times New Roman"/>
          <w:sz w:val="24"/>
          <w:szCs w:val="24"/>
        </w:rPr>
        <w:t xml:space="preserve"> là</w:t>
      </w:r>
    </w:p>
    <w:p w14:paraId="7CEDA384"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639" w:dyaOrig="320" w14:anchorId="39C0F0F2">
          <v:shape id="_x0000_i4053" type="#_x0000_t75" style="width:31.8pt;height:16.2pt" o:ole="">
            <v:imagedata r:id="rId4428" o:title=""/>
          </v:shape>
          <o:OLEObject Type="Embed" ProgID="Equation.DSMT4" ShapeID="_x0000_i4053" DrawAspect="Content" ObjectID="_1699837337" r:id="rId442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8"/>
          <w:sz w:val="24"/>
          <w:szCs w:val="24"/>
        </w:rPr>
        <w:object w:dxaOrig="880" w:dyaOrig="680" w14:anchorId="39E8474F">
          <v:shape id="_x0000_i4054" type="#_x0000_t75" style="width:43.8pt;height:34.2pt" o:ole="">
            <v:imagedata r:id="rId4430" o:title=""/>
          </v:shape>
          <o:OLEObject Type="Embed" ProgID="Equation.DSMT4" ShapeID="_x0000_i4054" DrawAspect="Content" ObjectID="_1699837338" r:id="rId443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8"/>
          <w:sz w:val="24"/>
          <w:szCs w:val="24"/>
        </w:rPr>
        <w:object w:dxaOrig="1040" w:dyaOrig="680" w14:anchorId="1F0481E9">
          <v:shape id="_x0000_i4055" type="#_x0000_t75" style="width:52.2pt;height:34.2pt" o:ole="">
            <v:imagedata r:id="rId4432" o:title=""/>
          </v:shape>
          <o:OLEObject Type="Embed" ProgID="Equation.DSMT4" ShapeID="_x0000_i4055" DrawAspect="Content" ObjectID="_1699837339" r:id="rId443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8"/>
          <w:sz w:val="24"/>
          <w:szCs w:val="24"/>
        </w:rPr>
        <w:object w:dxaOrig="880" w:dyaOrig="680" w14:anchorId="0AF883D1">
          <v:shape id="_x0000_i4056" type="#_x0000_t75" style="width:43.8pt;height:34.2pt" o:ole="">
            <v:imagedata r:id="rId4434" o:title=""/>
          </v:shape>
          <o:OLEObject Type="Embed" ProgID="Equation.DSMT4" ShapeID="_x0000_i4056" DrawAspect="Content" ObjectID="_1699837340" r:id="rId4435"/>
        </w:object>
      </w:r>
      <w:r w:rsidRPr="00B13C4C">
        <w:rPr>
          <w:rFonts w:ascii="Times New Roman" w:hAnsi="Times New Roman" w:cs="Times New Roman"/>
          <w:sz w:val="24"/>
          <w:szCs w:val="24"/>
        </w:rPr>
        <w:t>.</w:t>
      </w:r>
    </w:p>
    <w:p w14:paraId="43A6EC46" w14:textId="77777777" w:rsidR="00B13C4C" w:rsidRPr="00B13C4C" w:rsidRDefault="00B13C4C" w:rsidP="004C6EF1">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hệ trục tọa độ </w:t>
      </w:r>
      <w:r w:rsidRPr="00B13C4C">
        <w:rPr>
          <w:rFonts w:ascii="Times New Roman" w:hAnsi="Times New Roman" w:cs="Times New Roman"/>
          <w:position w:val="-10"/>
          <w:sz w:val="24"/>
          <w:szCs w:val="24"/>
        </w:rPr>
        <w:object w:dxaOrig="460" w:dyaOrig="320" w14:anchorId="7AE596EE">
          <v:shape id="_x0000_i4057" type="#_x0000_t75" style="width:22.8pt;height:16.2pt" o:ole="">
            <v:imagedata r:id="rId4436" o:title=""/>
          </v:shape>
          <o:OLEObject Type="Embed" ProgID="Equation.DSMT4" ShapeID="_x0000_i4057" DrawAspect="Content" ObjectID="_1699837341" r:id="rId4437"/>
        </w:object>
      </w:r>
      <w:r w:rsidRPr="00B13C4C">
        <w:rPr>
          <w:rFonts w:ascii="Times New Roman" w:hAnsi="Times New Roman" w:cs="Times New Roman"/>
          <w:sz w:val="24"/>
          <w:szCs w:val="24"/>
        </w:rPr>
        <w:t xml:space="preserve">, cho tam giác </w:t>
      </w:r>
      <w:r w:rsidRPr="00B13C4C">
        <w:rPr>
          <w:rFonts w:ascii="Times New Roman" w:hAnsi="Times New Roman" w:cs="Times New Roman"/>
          <w:position w:val="-6"/>
          <w:sz w:val="24"/>
          <w:szCs w:val="24"/>
        </w:rPr>
        <w:object w:dxaOrig="560" w:dyaOrig="279" w14:anchorId="54DC1688">
          <v:shape id="_x0000_i4058" type="#_x0000_t75" style="width:28.2pt;height:13.8pt" o:ole="">
            <v:imagedata r:id="rId4438" o:title=""/>
          </v:shape>
          <o:OLEObject Type="Embed" ProgID="Equation.DSMT4" ShapeID="_x0000_i4058" DrawAspect="Content" ObjectID="_1699837342" r:id="rId4439"/>
        </w:object>
      </w:r>
      <w:r w:rsidRPr="00B13C4C">
        <w:rPr>
          <w:rFonts w:ascii="Times New Roman" w:hAnsi="Times New Roman" w:cs="Times New Roman"/>
          <w:sz w:val="24"/>
          <w:szCs w:val="24"/>
        </w:rPr>
        <w:t xml:space="preserve"> có </w:t>
      </w:r>
      <w:r w:rsidRPr="00B13C4C">
        <w:rPr>
          <w:rFonts w:ascii="Times New Roman" w:hAnsi="Times New Roman" w:cs="Times New Roman"/>
          <w:position w:val="-10"/>
          <w:sz w:val="24"/>
          <w:szCs w:val="24"/>
        </w:rPr>
        <w:object w:dxaOrig="3500" w:dyaOrig="320" w14:anchorId="1A5932CE">
          <v:shape id="_x0000_i4059" type="#_x0000_t75" style="width:175.2pt;height:16.2pt" o:ole="">
            <v:imagedata r:id="rId4440" o:title=""/>
          </v:shape>
          <o:OLEObject Type="Embed" ProgID="Equation.DSMT4" ShapeID="_x0000_i4059" DrawAspect="Content" ObjectID="_1699837343" r:id="rId4441"/>
        </w:object>
      </w:r>
      <w:r w:rsidRPr="00B13C4C">
        <w:rPr>
          <w:rFonts w:ascii="Times New Roman" w:hAnsi="Times New Roman" w:cs="Times New Roman"/>
          <w:sz w:val="24"/>
          <w:szCs w:val="24"/>
        </w:rPr>
        <w:t>.</w:t>
      </w:r>
    </w:p>
    <w:p w14:paraId="75C313DD" w14:textId="77777777" w:rsidR="00B13C4C" w:rsidRPr="00B13C4C" w:rsidRDefault="00B13C4C" w:rsidP="004C6EF1">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Tọa độ chân đường cao kẻ từ </w:t>
      </w:r>
      <w:r w:rsidRPr="00B13C4C">
        <w:rPr>
          <w:rFonts w:ascii="Times New Roman" w:hAnsi="Times New Roman" w:cs="Times New Roman"/>
          <w:position w:val="-4"/>
          <w:sz w:val="24"/>
          <w:szCs w:val="24"/>
        </w:rPr>
        <w:object w:dxaOrig="240" w:dyaOrig="260" w14:anchorId="6AFEC2AE">
          <v:shape id="_x0000_i4060" type="#_x0000_t75" style="width:12pt;height:13.2pt" o:ole="">
            <v:imagedata r:id="rId4442" o:title=""/>
          </v:shape>
          <o:OLEObject Type="Embed" ProgID="Equation.DSMT4" ShapeID="_x0000_i4060" DrawAspect="Content" ObjectID="_1699837344" r:id="rId4443"/>
        </w:object>
      </w:r>
      <w:r w:rsidRPr="00B13C4C">
        <w:rPr>
          <w:rFonts w:ascii="Times New Roman" w:hAnsi="Times New Roman" w:cs="Times New Roman"/>
          <w:sz w:val="24"/>
          <w:szCs w:val="24"/>
        </w:rPr>
        <w:t xml:space="preserve"> của tam giác </w:t>
      </w:r>
      <w:r w:rsidRPr="00B13C4C">
        <w:rPr>
          <w:rFonts w:ascii="Times New Roman" w:hAnsi="Times New Roman" w:cs="Times New Roman"/>
          <w:position w:val="-6"/>
          <w:sz w:val="24"/>
          <w:szCs w:val="24"/>
        </w:rPr>
        <w:object w:dxaOrig="560" w:dyaOrig="279" w14:anchorId="4A7F6FBE">
          <v:shape id="_x0000_i4061" type="#_x0000_t75" style="width:28.2pt;height:13.8pt" o:ole="">
            <v:imagedata r:id="rId4444" o:title=""/>
          </v:shape>
          <o:OLEObject Type="Embed" ProgID="Equation.DSMT4" ShapeID="_x0000_i4061" DrawAspect="Content" ObjectID="_1699837345" r:id="rId4445"/>
        </w:object>
      </w:r>
      <w:r w:rsidRPr="00B13C4C">
        <w:rPr>
          <w:rFonts w:ascii="Times New Roman" w:hAnsi="Times New Roman" w:cs="Times New Roman"/>
          <w:sz w:val="24"/>
          <w:szCs w:val="24"/>
        </w:rPr>
        <w:t xml:space="preserve"> là</w:t>
      </w:r>
    </w:p>
    <w:p w14:paraId="57DE0EB4"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940" w:dyaOrig="320" w14:anchorId="15EEA078">
          <v:shape id="_x0000_i4062" type="#_x0000_t75" style="width:46.8pt;height:16.2pt" o:ole="">
            <v:imagedata r:id="rId4446" o:title=""/>
          </v:shape>
          <o:OLEObject Type="Embed" ProgID="Equation.DSMT4" ShapeID="_x0000_i4062" DrawAspect="Content" ObjectID="_1699837346" r:id="rId444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960" w:dyaOrig="320" w14:anchorId="7E8EEA44">
          <v:shape id="_x0000_i4063" type="#_x0000_t75" style="width:48pt;height:16.2pt" o:ole="">
            <v:imagedata r:id="rId4448" o:title=""/>
          </v:shape>
          <o:OLEObject Type="Embed" ProgID="Equation.DSMT4" ShapeID="_x0000_i4063" DrawAspect="Content" ObjectID="_1699837347" r:id="rId444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940" w:dyaOrig="320" w14:anchorId="4BBE2844">
          <v:shape id="_x0000_i4064" type="#_x0000_t75" style="width:46.8pt;height:16.2pt" o:ole="">
            <v:imagedata r:id="rId4450" o:title=""/>
          </v:shape>
          <o:OLEObject Type="Embed" ProgID="Equation.DSMT4" ShapeID="_x0000_i4064" DrawAspect="Content" ObjectID="_1699837348" r:id="rId445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940" w:dyaOrig="320" w14:anchorId="591B9264">
          <v:shape id="_x0000_i4065" type="#_x0000_t75" style="width:46.8pt;height:16.2pt" o:ole="">
            <v:imagedata r:id="rId4452" o:title=""/>
          </v:shape>
          <o:OLEObject Type="Embed" ProgID="Equation.DSMT4" ShapeID="_x0000_i4065" DrawAspect="Content" ObjectID="_1699837349" r:id="rId4453"/>
        </w:object>
      </w:r>
      <w:r w:rsidRPr="00B13C4C">
        <w:rPr>
          <w:rFonts w:ascii="Times New Roman" w:hAnsi="Times New Roman" w:cs="Times New Roman"/>
          <w:sz w:val="24"/>
          <w:szCs w:val="24"/>
        </w:rPr>
        <w:t>.</w:t>
      </w:r>
    </w:p>
    <w:p w14:paraId="7CE6EE52" w14:textId="77777777" w:rsidR="00B13C4C" w:rsidRPr="00B13C4C" w:rsidRDefault="00B13C4C" w:rsidP="004C6EF1">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Điều kiện xác định của phương trình </w:t>
      </w:r>
      <w:r w:rsidRPr="00B13C4C">
        <w:rPr>
          <w:rFonts w:ascii="Times New Roman" w:hAnsi="Times New Roman" w:cs="Times New Roman"/>
          <w:position w:val="-8"/>
          <w:sz w:val="24"/>
          <w:szCs w:val="24"/>
        </w:rPr>
        <w:object w:dxaOrig="1359" w:dyaOrig="360" w14:anchorId="11CBF06E">
          <v:shape id="_x0000_i4066" type="#_x0000_t75" style="width:67.8pt;height:18pt" o:ole="">
            <v:imagedata r:id="rId4454" o:title=""/>
          </v:shape>
          <o:OLEObject Type="Embed" ProgID="Equation.DSMT4" ShapeID="_x0000_i4066" DrawAspect="Content" ObjectID="_1699837350" r:id="rId4455"/>
        </w:object>
      </w:r>
      <w:r w:rsidRPr="00B13C4C">
        <w:rPr>
          <w:rFonts w:ascii="Times New Roman" w:hAnsi="Times New Roman" w:cs="Times New Roman"/>
          <w:sz w:val="24"/>
          <w:szCs w:val="24"/>
        </w:rPr>
        <w:t xml:space="preserve"> là</w:t>
      </w:r>
    </w:p>
    <w:p w14:paraId="4251C550"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560" w:dyaOrig="279" w14:anchorId="57D3673A">
          <v:shape id="_x0000_i4067" type="#_x0000_t75" style="width:28.2pt;height:13.8pt" o:ole="">
            <v:imagedata r:id="rId4456" o:title=""/>
          </v:shape>
          <o:OLEObject Type="Embed" ProgID="Equation.DSMT4" ShapeID="_x0000_i4067" DrawAspect="Content" ObjectID="_1699837351" r:id="rId445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560" w:dyaOrig="279" w14:anchorId="642C0FE8">
          <v:shape id="_x0000_i4068" type="#_x0000_t75" style="width:28.2pt;height:13.8pt" o:ole="">
            <v:imagedata r:id="rId4458" o:title=""/>
          </v:shape>
          <o:OLEObject Type="Embed" ProgID="Equation.DSMT4" ShapeID="_x0000_i4068" DrawAspect="Content" ObjectID="_1699837352" r:id="rId445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560" w:dyaOrig="279" w14:anchorId="096B3072">
          <v:shape id="_x0000_i4069" type="#_x0000_t75" style="width:28.2pt;height:13.8pt" o:ole="">
            <v:imagedata r:id="rId4460" o:title=""/>
          </v:shape>
          <o:OLEObject Type="Embed" ProgID="Equation.DSMT4" ShapeID="_x0000_i4069" DrawAspect="Content" ObjectID="_1699837353" r:id="rId446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499" w:dyaOrig="279" w14:anchorId="702E2DDF">
          <v:shape id="_x0000_i4070" type="#_x0000_t75" style="width:25.2pt;height:13.8pt" o:ole="">
            <v:imagedata r:id="rId4462" o:title=""/>
          </v:shape>
          <o:OLEObject Type="Embed" ProgID="Equation.DSMT4" ShapeID="_x0000_i4070" DrawAspect="Content" ObjectID="_1699837354" r:id="rId4463"/>
        </w:object>
      </w:r>
      <w:r w:rsidRPr="00B13C4C">
        <w:rPr>
          <w:rFonts w:ascii="Times New Roman" w:hAnsi="Times New Roman" w:cs="Times New Roman"/>
          <w:sz w:val="24"/>
          <w:szCs w:val="24"/>
        </w:rPr>
        <w:t>.</w:t>
      </w:r>
    </w:p>
    <w:p w14:paraId="560B5BE9" w14:textId="77777777" w:rsidR="00B13C4C" w:rsidRPr="00B13C4C" w:rsidRDefault="00B13C4C" w:rsidP="004C6EF1">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Số giá trị của tham số </w:t>
      </w:r>
      <w:r w:rsidRPr="00B13C4C">
        <w:rPr>
          <w:rFonts w:ascii="Times New Roman" w:hAnsi="Times New Roman" w:cs="Times New Roman"/>
          <w:position w:val="-6"/>
          <w:sz w:val="24"/>
          <w:szCs w:val="24"/>
        </w:rPr>
        <w:object w:dxaOrig="260" w:dyaOrig="220" w14:anchorId="36A2C783">
          <v:shape id="_x0000_i4071" type="#_x0000_t75" style="width:13.2pt;height:10.8pt" o:ole="">
            <v:imagedata r:id="rId4464" o:title=""/>
          </v:shape>
          <o:OLEObject Type="Embed" ProgID="Equation.DSMT4" ShapeID="_x0000_i4071" DrawAspect="Content" ObjectID="_1699837355" r:id="rId4465"/>
        </w:object>
      </w:r>
      <w:r w:rsidRPr="00B13C4C">
        <w:rPr>
          <w:rFonts w:ascii="Times New Roman" w:hAnsi="Times New Roman" w:cs="Times New Roman"/>
          <w:sz w:val="24"/>
          <w:szCs w:val="24"/>
        </w:rPr>
        <w:t xml:space="preserve"> để phương trình </w:t>
      </w:r>
      <w:r w:rsidRPr="00B13C4C">
        <w:rPr>
          <w:rFonts w:ascii="Times New Roman" w:hAnsi="Times New Roman" w:cs="Times New Roman"/>
          <w:position w:val="-16"/>
          <w:sz w:val="24"/>
          <w:szCs w:val="24"/>
        </w:rPr>
        <w:object w:dxaOrig="2680" w:dyaOrig="440" w14:anchorId="1DCCBE0A">
          <v:shape id="_x0000_i4072" type="#_x0000_t75" style="width:133.8pt;height:22.2pt" o:ole="">
            <v:imagedata r:id="rId4466" o:title=""/>
          </v:shape>
          <o:OLEObject Type="Embed" ProgID="Equation.DSMT4" ShapeID="_x0000_i4072" DrawAspect="Content" ObjectID="_1699837356" r:id="rId4467"/>
        </w:object>
      </w:r>
      <w:r w:rsidRPr="00B13C4C">
        <w:rPr>
          <w:rFonts w:ascii="Times New Roman" w:hAnsi="Times New Roman" w:cs="Times New Roman"/>
          <w:sz w:val="24"/>
          <w:szCs w:val="24"/>
        </w:rPr>
        <w:t xml:space="preserve"> có nghiệm với mọi </w:t>
      </w:r>
      <w:r w:rsidRPr="00B13C4C">
        <w:rPr>
          <w:rFonts w:ascii="Times New Roman" w:hAnsi="Times New Roman" w:cs="Times New Roman"/>
          <w:position w:val="-6"/>
          <w:sz w:val="24"/>
          <w:szCs w:val="24"/>
        </w:rPr>
        <w:object w:dxaOrig="200" w:dyaOrig="220" w14:anchorId="52A34A1E">
          <v:shape id="_x0000_i4073" type="#_x0000_t75" style="width:10.2pt;height:10.8pt" o:ole="">
            <v:imagedata r:id="rId4468" o:title=""/>
          </v:shape>
          <o:OLEObject Type="Embed" ProgID="Equation.DSMT4" ShapeID="_x0000_i4073" DrawAspect="Content" ObjectID="_1699837357" r:id="rId4469"/>
        </w:object>
      </w:r>
      <w:r w:rsidRPr="00B13C4C">
        <w:rPr>
          <w:rFonts w:ascii="Times New Roman" w:hAnsi="Times New Roman" w:cs="Times New Roman"/>
          <w:sz w:val="24"/>
          <w:szCs w:val="24"/>
        </w:rPr>
        <w:t xml:space="preserve"> là</w:t>
      </w:r>
    </w:p>
    <w:p w14:paraId="0CD1EF49"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1.</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3.</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0.</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2.</w:t>
      </w:r>
    </w:p>
    <w:p w14:paraId="6CD57DBD" w14:textId="77777777" w:rsidR="00B13C4C" w:rsidRPr="00B13C4C" w:rsidRDefault="00B13C4C" w:rsidP="004C6EF1">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hệ trục tọa độ </w:t>
      </w:r>
      <w:r w:rsidRPr="00B13C4C">
        <w:rPr>
          <w:rFonts w:ascii="Times New Roman" w:hAnsi="Times New Roman" w:cs="Times New Roman"/>
          <w:position w:val="-10"/>
          <w:sz w:val="24"/>
          <w:szCs w:val="24"/>
        </w:rPr>
        <w:object w:dxaOrig="460" w:dyaOrig="320" w14:anchorId="5D5F3B7C">
          <v:shape id="_x0000_i4074" type="#_x0000_t75" style="width:22.8pt;height:16.2pt" o:ole="">
            <v:imagedata r:id="rId4470" o:title=""/>
          </v:shape>
          <o:OLEObject Type="Embed" ProgID="Equation.DSMT4" ShapeID="_x0000_i4074" DrawAspect="Content" ObjectID="_1699837358" r:id="rId4471"/>
        </w:object>
      </w:r>
      <w:r w:rsidRPr="00B13C4C">
        <w:rPr>
          <w:rFonts w:ascii="Times New Roman" w:hAnsi="Times New Roman" w:cs="Times New Roman"/>
          <w:sz w:val="24"/>
          <w:szCs w:val="24"/>
        </w:rPr>
        <w:t xml:space="preserve">, cho </w:t>
      </w:r>
      <w:r w:rsidRPr="00B13C4C">
        <w:rPr>
          <w:rFonts w:ascii="Times New Roman" w:hAnsi="Times New Roman" w:cs="Times New Roman"/>
          <w:position w:val="-10"/>
          <w:sz w:val="24"/>
          <w:szCs w:val="24"/>
        </w:rPr>
        <w:object w:dxaOrig="1420" w:dyaOrig="320" w14:anchorId="2979F50A">
          <v:shape id="_x0000_i4075" type="#_x0000_t75" style="width:70.8pt;height:16.2pt" o:ole="">
            <v:imagedata r:id="rId4472" o:title=""/>
          </v:shape>
          <o:OLEObject Type="Embed" ProgID="Equation.DSMT4" ShapeID="_x0000_i4075" DrawAspect="Content" ObjectID="_1699837359" r:id="rId4473"/>
        </w:object>
      </w:r>
      <w:r w:rsidRPr="00B13C4C">
        <w:rPr>
          <w:rFonts w:ascii="Times New Roman" w:hAnsi="Times New Roman" w:cs="Times New Roman"/>
          <w:sz w:val="24"/>
          <w:szCs w:val="24"/>
        </w:rPr>
        <w:t xml:space="preserve">. Độ dài </w:t>
      </w:r>
      <w:r w:rsidRPr="00B13C4C">
        <w:rPr>
          <w:rFonts w:ascii="Times New Roman" w:hAnsi="Times New Roman" w:cs="Times New Roman"/>
          <w:position w:val="-4"/>
          <w:sz w:val="24"/>
          <w:szCs w:val="24"/>
        </w:rPr>
        <w:object w:dxaOrig="400" w:dyaOrig="260" w14:anchorId="46BA572D">
          <v:shape id="_x0000_i4076" type="#_x0000_t75" style="width:19.8pt;height:13.2pt" o:ole="">
            <v:imagedata r:id="rId4474" o:title=""/>
          </v:shape>
          <o:OLEObject Type="Embed" ProgID="Equation.DSMT4" ShapeID="_x0000_i4076" DrawAspect="Content" ObjectID="_1699837360" r:id="rId4475"/>
        </w:object>
      </w:r>
      <w:r w:rsidRPr="00B13C4C">
        <w:rPr>
          <w:rFonts w:ascii="Times New Roman" w:hAnsi="Times New Roman" w:cs="Times New Roman"/>
          <w:sz w:val="24"/>
          <w:szCs w:val="24"/>
        </w:rPr>
        <w:t xml:space="preserve"> bằng</w:t>
      </w:r>
    </w:p>
    <w:p w14:paraId="55459AAB"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8"/>
          <w:sz w:val="24"/>
          <w:szCs w:val="24"/>
        </w:rPr>
        <w:object w:dxaOrig="480" w:dyaOrig="360" w14:anchorId="75AF2B51">
          <v:shape id="_x0000_i4077" type="#_x0000_t75" style="width:24pt;height:18pt" o:ole="">
            <v:imagedata r:id="rId4476" o:title=""/>
          </v:shape>
          <o:OLEObject Type="Embed" ProgID="Equation.DSMT4" ShapeID="_x0000_i4077" DrawAspect="Content" ObjectID="_1699837361" r:id="rId447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3.</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8"/>
          <w:sz w:val="24"/>
          <w:szCs w:val="24"/>
        </w:rPr>
        <w:object w:dxaOrig="360" w:dyaOrig="360" w14:anchorId="5C1DB7B0">
          <v:shape id="_x0000_i4078" type="#_x0000_t75" style="width:18pt;height:18pt" o:ole="">
            <v:imagedata r:id="rId4478" o:title=""/>
          </v:shape>
          <o:OLEObject Type="Embed" ProgID="Equation.DSMT4" ShapeID="_x0000_i4078" DrawAspect="Content" ObjectID="_1699837362" r:id="rId447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499" w:dyaOrig="340" w14:anchorId="7B1CBF1D">
          <v:shape id="_x0000_i4079" type="#_x0000_t75" style="width:25.2pt;height:16.8pt" o:ole="">
            <v:imagedata r:id="rId4480" o:title=""/>
          </v:shape>
          <o:OLEObject Type="Embed" ProgID="Equation.DSMT4" ShapeID="_x0000_i4079" DrawAspect="Content" ObjectID="_1699837363" r:id="rId4481"/>
        </w:object>
      </w:r>
      <w:r w:rsidRPr="00B13C4C">
        <w:rPr>
          <w:rFonts w:ascii="Times New Roman" w:hAnsi="Times New Roman" w:cs="Times New Roman"/>
          <w:sz w:val="24"/>
          <w:szCs w:val="24"/>
        </w:rPr>
        <w:t>.</w:t>
      </w:r>
    </w:p>
    <w:p w14:paraId="6A4B783F" w14:textId="77777777" w:rsidR="00B13C4C" w:rsidRPr="00B13C4C" w:rsidRDefault="00B13C4C" w:rsidP="004C6EF1">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Điều kiện của tham số </w:t>
      </w:r>
      <w:r w:rsidRPr="00B13C4C">
        <w:rPr>
          <w:rFonts w:ascii="Times New Roman" w:hAnsi="Times New Roman" w:cs="Times New Roman"/>
          <w:position w:val="-6"/>
          <w:sz w:val="24"/>
          <w:szCs w:val="24"/>
        </w:rPr>
        <w:object w:dxaOrig="260" w:dyaOrig="220" w14:anchorId="18DCB61F">
          <v:shape id="_x0000_i4080" type="#_x0000_t75" style="width:13.2pt;height:10.8pt" o:ole="">
            <v:imagedata r:id="rId4482" o:title=""/>
          </v:shape>
          <o:OLEObject Type="Embed" ProgID="Equation.DSMT4" ShapeID="_x0000_i4080" DrawAspect="Content" ObjectID="_1699837364" r:id="rId4483"/>
        </w:object>
      </w:r>
      <w:r w:rsidRPr="00B13C4C">
        <w:rPr>
          <w:rFonts w:ascii="Times New Roman" w:hAnsi="Times New Roman" w:cs="Times New Roman"/>
          <w:sz w:val="24"/>
          <w:szCs w:val="24"/>
        </w:rPr>
        <w:t xml:space="preserve"> để hàm số </w:t>
      </w:r>
      <w:r w:rsidRPr="00B13C4C">
        <w:rPr>
          <w:rFonts w:ascii="Times New Roman" w:hAnsi="Times New Roman" w:cs="Times New Roman"/>
          <w:position w:val="-10"/>
          <w:sz w:val="24"/>
          <w:szCs w:val="24"/>
        </w:rPr>
        <w:object w:dxaOrig="1660" w:dyaOrig="320" w14:anchorId="66437D08">
          <v:shape id="_x0000_i4081" type="#_x0000_t75" style="width:82.8pt;height:16.2pt" o:ole="">
            <v:imagedata r:id="rId4484" o:title=""/>
          </v:shape>
          <o:OLEObject Type="Embed" ProgID="Equation.DSMT4" ShapeID="_x0000_i4081" DrawAspect="Content" ObjectID="_1699837365" r:id="rId4485"/>
        </w:object>
      </w:r>
      <w:r w:rsidRPr="00B13C4C">
        <w:rPr>
          <w:rFonts w:ascii="Times New Roman" w:hAnsi="Times New Roman" w:cs="Times New Roman"/>
          <w:sz w:val="24"/>
          <w:szCs w:val="24"/>
        </w:rPr>
        <w:t xml:space="preserve"> đồng biến trên </w:t>
      </w:r>
      <w:r w:rsidRPr="00B13C4C">
        <w:rPr>
          <w:rFonts w:ascii="Times New Roman" w:hAnsi="Times New Roman" w:cs="Times New Roman"/>
          <w:position w:val="-4"/>
          <w:sz w:val="24"/>
          <w:szCs w:val="24"/>
        </w:rPr>
        <w:object w:dxaOrig="260" w:dyaOrig="260" w14:anchorId="46207778">
          <v:shape id="_x0000_i4082" type="#_x0000_t75" style="width:13.2pt;height:13.2pt" o:ole="">
            <v:imagedata r:id="rId4486" o:title=""/>
          </v:shape>
          <o:OLEObject Type="Embed" ProgID="Equation.DSMT4" ShapeID="_x0000_i4082" DrawAspect="Content" ObjectID="_1699837366" r:id="rId4487"/>
        </w:object>
      </w:r>
      <w:r w:rsidRPr="00B13C4C">
        <w:rPr>
          <w:rFonts w:ascii="Times New Roman" w:hAnsi="Times New Roman" w:cs="Times New Roman"/>
          <w:sz w:val="24"/>
          <w:szCs w:val="24"/>
        </w:rPr>
        <w:t xml:space="preserve"> là</w:t>
      </w:r>
    </w:p>
    <w:p w14:paraId="6C50F8D4"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700" w:dyaOrig="279" w14:anchorId="66940F15">
          <v:shape id="_x0000_i4083" type="#_x0000_t75" style="width:34.8pt;height:13.8pt" o:ole="">
            <v:imagedata r:id="rId4488" o:title=""/>
          </v:shape>
          <o:OLEObject Type="Embed" ProgID="Equation.DSMT4" ShapeID="_x0000_i4083" DrawAspect="Content" ObjectID="_1699837367" r:id="rId448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600" w:dyaOrig="279" w14:anchorId="59138653">
          <v:shape id="_x0000_i4084" type="#_x0000_t75" style="width:30pt;height:13.8pt" o:ole="">
            <v:imagedata r:id="rId4490" o:title=""/>
          </v:shape>
          <o:OLEObject Type="Embed" ProgID="Equation.DSMT4" ShapeID="_x0000_i4084" DrawAspect="Content" ObjectID="_1699837368" r:id="rId449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600" w:dyaOrig="279" w14:anchorId="5D14F4FE">
          <v:shape id="_x0000_i4085" type="#_x0000_t75" style="width:30pt;height:13.8pt" o:ole="">
            <v:imagedata r:id="rId4492" o:title=""/>
          </v:shape>
          <o:OLEObject Type="Embed" ProgID="Equation.DSMT4" ShapeID="_x0000_i4085" DrawAspect="Content" ObjectID="_1699837369" r:id="rId449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600" w:dyaOrig="279" w14:anchorId="0807A21F">
          <v:shape id="_x0000_i4086" type="#_x0000_t75" style="width:30pt;height:13.8pt" o:ole="">
            <v:imagedata r:id="rId4494" o:title=""/>
          </v:shape>
          <o:OLEObject Type="Embed" ProgID="Equation.DSMT4" ShapeID="_x0000_i4086" DrawAspect="Content" ObjectID="_1699837370" r:id="rId4495"/>
        </w:object>
      </w:r>
      <w:r w:rsidRPr="00B13C4C">
        <w:rPr>
          <w:rFonts w:ascii="Times New Roman" w:hAnsi="Times New Roman" w:cs="Times New Roman"/>
          <w:sz w:val="24"/>
          <w:szCs w:val="24"/>
        </w:rPr>
        <w:t>.</w:t>
      </w:r>
    </w:p>
    <w:p w14:paraId="7966C516" w14:textId="77777777" w:rsidR="00B13C4C" w:rsidRPr="00B13C4C" w:rsidRDefault="00B13C4C" w:rsidP="004C6EF1">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các phương trình sau, phương trình nào tương đương với phương trình </w:t>
      </w:r>
      <w:r w:rsidRPr="00B13C4C">
        <w:rPr>
          <w:rFonts w:ascii="Times New Roman" w:hAnsi="Times New Roman" w:cs="Times New Roman"/>
          <w:position w:val="-6"/>
          <w:sz w:val="24"/>
          <w:szCs w:val="24"/>
        </w:rPr>
        <w:object w:dxaOrig="1260" w:dyaOrig="320" w14:anchorId="27E33DAE">
          <v:shape id="_x0000_i4087" type="#_x0000_t75" style="width:63pt;height:16.2pt" o:ole="">
            <v:imagedata r:id="rId4496" o:title=""/>
          </v:shape>
          <o:OLEObject Type="Embed" ProgID="Equation.DSMT4" ShapeID="_x0000_i4087" DrawAspect="Content" ObjectID="_1699837371" r:id="rId4497"/>
        </w:object>
      </w:r>
      <w:r w:rsidRPr="00B13C4C">
        <w:rPr>
          <w:rFonts w:ascii="Times New Roman" w:hAnsi="Times New Roman" w:cs="Times New Roman"/>
          <w:sz w:val="24"/>
          <w:szCs w:val="24"/>
        </w:rPr>
        <w:t xml:space="preserve"> 0?</w:t>
      </w:r>
    </w:p>
    <w:p w14:paraId="76A3E8BB"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1480" w:dyaOrig="660" w14:anchorId="53C1FB73">
          <v:shape id="_x0000_i4088" type="#_x0000_t75" style="width:73.8pt;height:33pt" o:ole="">
            <v:imagedata r:id="rId4498" o:title=""/>
          </v:shape>
          <o:OLEObject Type="Embed" ProgID="Equation.DSMT4" ShapeID="_x0000_i4088" DrawAspect="Content" ObjectID="_1699837372" r:id="rId449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2220" w:dyaOrig="320" w14:anchorId="53D8504E">
          <v:shape id="_x0000_i4089" type="#_x0000_t75" style="width:111pt;height:16.2pt" o:ole="">
            <v:imagedata r:id="rId4500" o:title=""/>
          </v:shape>
          <o:OLEObject Type="Embed" ProgID="Equation.DSMT4" ShapeID="_x0000_i4089" DrawAspect="Content" ObjectID="_1699837373" r:id="rId4501"/>
        </w:object>
      </w:r>
      <w:r w:rsidRPr="00B13C4C">
        <w:rPr>
          <w:rFonts w:ascii="Times New Roman" w:hAnsi="Times New Roman" w:cs="Times New Roman"/>
          <w:sz w:val="24"/>
          <w:szCs w:val="24"/>
        </w:rPr>
        <w:t>.</w:t>
      </w:r>
    </w:p>
    <w:p w14:paraId="09244500"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1480" w:dyaOrig="660" w14:anchorId="2C8D9EE6">
          <v:shape id="_x0000_i4090" type="#_x0000_t75" style="width:73.8pt;height:33pt" o:ole="">
            <v:imagedata r:id="rId4502" o:title=""/>
          </v:shape>
          <o:OLEObject Type="Embed" ProgID="Equation.DSMT4" ShapeID="_x0000_i4090" DrawAspect="Content" ObjectID="_1699837374" r:id="rId450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1440" w:dyaOrig="320" w14:anchorId="501599DF">
          <v:shape id="_x0000_i4091" type="#_x0000_t75" style="width:1in;height:16.2pt" o:ole="">
            <v:imagedata r:id="rId4504" o:title=""/>
          </v:shape>
          <o:OLEObject Type="Embed" ProgID="Equation.DSMT4" ShapeID="_x0000_i4091" DrawAspect="Content" ObjectID="_1699837375" r:id="rId4505"/>
        </w:object>
      </w:r>
      <w:r w:rsidRPr="00B13C4C">
        <w:rPr>
          <w:rFonts w:ascii="Times New Roman" w:hAnsi="Times New Roman" w:cs="Times New Roman"/>
          <w:sz w:val="24"/>
          <w:szCs w:val="24"/>
        </w:rPr>
        <w:t>.</w:t>
      </w:r>
    </w:p>
    <w:p w14:paraId="4F77B63D" w14:textId="77777777" w:rsidR="00B13C4C" w:rsidRPr="00B13C4C" w:rsidRDefault="00B13C4C" w:rsidP="004C6EF1">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hàm số </w:t>
      </w:r>
      <w:r w:rsidRPr="00B13C4C">
        <w:rPr>
          <w:rFonts w:ascii="Times New Roman" w:hAnsi="Times New Roman" w:cs="Times New Roman"/>
          <w:position w:val="-10"/>
          <w:sz w:val="24"/>
          <w:szCs w:val="24"/>
        </w:rPr>
        <w:object w:dxaOrig="1020" w:dyaOrig="320" w14:anchorId="67BCE251">
          <v:shape id="_x0000_i4092" type="#_x0000_t75" style="width:51pt;height:16.2pt" o:ole="">
            <v:imagedata r:id="rId4506" o:title=""/>
          </v:shape>
          <o:OLEObject Type="Embed" ProgID="Equation.DSMT4" ShapeID="_x0000_i4092" DrawAspect="Content" ObjectID="_1699837376" r:id="rId4507"/>
        </w:object>
      </w:r>
      <w:r w:rsidRPr="00B13C4C">
        <w:rPr>
          <w:rFonts w:ascii="Times New Roman" w:hAnsi="Times New Roman" w:cs="Times New Roman"/>
          <w:sz w:val="24"/>
          <w:szCs w:val="24"/>
        </w:rPr>
        <w:t xml:space="preserve"> có đồ thị là đường thẳng trong hình bên dưởi Hàm số đã cho là</w:t>
      </w:r>
    </w:p>
    <w:p w14:paraId="3E972691" w14:textId="77777777" w:rsidR="00B13C4C" w:rsidRPr="00B13C4C" w:rsidRDefault="00B13C4C" w:rsidP="004C6EF1">
      <w:pPr>
        <w:ind w:left="992" w:hanging="992"/>
        <w:jc w:val="center"/>
        <w:rPr>
          <w:rFonts w:ascii="Times New Roman" w:hAnsi="Times New Roman" w:cs="Times New Roman"/>
          <w:sz w:val="24"/>
          <w:szCs w:val="24"/>
        </w:rPr>
      </w:pPr>
      <w:r w:rsidRPr="00B13C4C">
        <w:rPr>
          <w:rFonts w:ascii="Times New Roman" w:hAnsi="Times New Roman" w:cs="Times New Roman"/>
          <w:noProof/>
          <w:sz w:val="24"/>
          <w:szCs w:val="24"/>
        </w:rPr>
        <w:drawing>
          <wp:inline distT="0" distB="0" distL="0" distR="0" wp14:anchorId="302AEEE4" wp14:editId="7A1B787E">
            <wp:extent cx="874348" cy="1501140"/>
            <wp:effectExtent l="0" t="0" r="254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08"/>
                    <a:stretch>
                      <a:fillRect/>
                    </a:stretch>
                  </pic:blipFill>
                  <pic:spPr>
                    <a:xfrm>
                      <a:off x="0" y="0"/>
                      <a:ext cx="887025" cy="1522904"/>
                    </a:xfrm>
                    <a:prstGeom prst="rect">
                      <a:avLst/>
                    </a:prstGeom>
                  </pic:spPr>
                </pic:pic>
              </a:graphicData>
            </a:graphic>
          </wp:inline>
        </w:drawing>
      </w:r>
    </w:p>
    <w:p w14:paraId="47AF4B70"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999" w:dyaOrig="320" w14:anchorId="54432341">
          <v:shape id="_x0000_i4093" type="#_x0000_t75" style="width:49.8pt;height:16.2pt" o:ole="">
            <v:imagedata r:id="rId4509" o:title=""/>
          </v:shape>
          <o:OLEObject Type="Embed" ProgID="Equation.DSMT4" ShapeID="_x0000_i4093" DrawAspect="Content" ObjectID="_1699837377" r:id="rId451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980" w:dyaOrig="320" w14:anchorId="2EAC48AF">
          <v:shape id="_x0000_i4094" type="#_x0000_t75" style="width:49.2pt;height:16.2pt" o:ole="">
            <v:imagedata r:id="rId4511" o:title=""/>
          </v:shape>
          <o:OLEObject Type="Embed" ProgID="Equation.DSMT4" ShapeID="_x0000_i4094" DrawAspect="Content" ObjectID="_1699837378" r:id="rId451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859" w:dyaOrig="320" w14:anchorId="226D33C6">
          <v:shape id="_x0000_i4095" type="#_x0000_t75" style="width:43.2pt;height:16.2pt" o:ole="">
            <v:imagedata r:id="rId4513" o:title=""/>
          </v:shape>
          <o:OLEObject Type="Embed" ProgID="Equation.DSMT4" ShapeID="_x0000_i4095" DrawAspect="Content" ObjectID="_1699837379" r:id="rId451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120" w:dyaOrig="320" w14:anchorId="5267F05F">
          <v:shape id="_x0000_i4096" type="#_x0000_t75" style="width:55.8pt;height:16.2pt" o:ole="">
            <v:imagedata r:id="rId4515" o:title=""/>
          </v:shape>
          <o:OLEObject Type="Embed" ProgID="Equation.DSMT4" ShapeID="_x0000_i4096" DrawAspect="Content" ObjectID="_1699837380" r:id="rId4516"/>
        </w:object>
      </w:r>
      <w:r w:rsidRPr="00B13C4C">
        <w:rPr>
          <w:rFonts w:ascii="Times New Roman" w:hAnsi="Times New Roman" w:cs="Times New Roman"/>
          <w:sz w:val="24"/>
          <w:szCs w:val="24"/>
        </w:rPr>
        <w:t>.</w:t>
      </w:r>
    </w:p>
    <w:p w14:paraId="2AEDDB75" w14:textId="77777777" w:rsidR="00B13C4C" w:rsidRPr="00B13C4C" w:rsidRDefault="00B13C4C" w:rsidP="004C6EF1">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Đường thẳng </w:t>
      </w:r>
      <w:r w:rsidRPr="00B13C4C">
        <w:rPr>
          <w:rFonts w:ascii="Times New Roman" w:hAnsi="Times New Roman" w:cs="Times New Roman"/>
          <w:position w:val="-10"/>
          <w:sz w:val="24"/>
          <w:szCs w:val="24"/>
        </w:rPr>
        <w:object w:dxaOrig="1380" w:dyaOrig="320" w14:anchorId="787D4440">
          <v:shape id="_x0000_i4097" type="#_x0000_t75" style="width:69pt;height:16.2pt" o:ole="">
            <v:imagedata r:id="rId4517" o:title=""/>
          </v:shape>
          <o:OLEObject Type="Embed" ProgID="Equation.DSMT4" ShapeID="_x0000_i4097" DrawAspect="Content" ObjectID="_1699837381" r:id="rId4518"/>
        </w:object>
      </w:r>
      <w:r w:rsidRPr="00B13C4C">
        <w:rPr>
          <w:rFonts w:ascii="Times New Roman" w:hAnsi="Times New Roman" w:cs="Times New Roman"/>
          <w:sz w:val="24"/>
          <w:szCs w:val="24"/>
        </w:rPr>
        <w:t xml:space="preserve"> vuông góc với </w:t>
      </w:r>
      <w:r w:rsidRPr="00B13C4C">
        <w:rPr>
          <w:rFonts w:ascii="Times New Roman" w:hAnsi="Times New Roman" w:cs="Times New Roman"/>
          <w:position w:val="-14"/>
          <w:sz w:val="24"/>
          <w:szCs w:val="24"/>
        </w:rPr>
        <w:object w:dxaOrig="1540" w:dyaOrig="400" w14:anchorId="78B03FFC">
          <v:shape id="_x0000_i4098" type="#_x0000_t75" style="width:76.8pt;height:19.8pt" o:ole="">
            <v:imagedata r:id="rId4519" o:title=""/>
          </v:shape>
          <o:OLEObject Type="Embed" ProgID="Equation.DSMT4" ShapeID="_x0000_i4098" DrawAspect="Content" ObjectID="_1699837382" r:id="rId4520"/>
        </w:object>
      </w:r>
      <w:r w:rsidRPr="00B13C4C">
        <w:rPr>
          <w:rFonts w:ascii="Times New Roman" w:hAnsi="Times New Roman" w:cs="Times New Roman"/>
          <w:sz w:val="24"/>
          <w:szCs w:val="24"/>
        </w:rPr>
        <w:t xml:space="preserve"> và đi qua điểm </w:t>
      </w:r>
      <w:r w:rsidRPr="00B13C4C">
        <w:rPr>
          <w:rFonts w:ascii="Times New Roman" w:hAnsi="Times New Roman" w:cs="Times New Roman"/>
          <w:position w:val="-10"/>
          <w:sz w:val="24"/>
          <w:szCs w:val="24"/>
        </w:rPr>
        <w:object w:dxaOrig="720" w:dyaOrig="320" w14:anchorId="1C93A6C0">
          <v:shape id="_x0000_i4099" type="#_x0000_t75" style="width:36pt;height:16.2pt" o:ole="">
            <v:imagedata r:id="rId4521" o:title=""/>
          </v:shape>
          <o:OLEObject Type="Embed" ProgID="Equation.DSMT4" ShapeID="_x0000_i4099" DrawAspect="Content" ObjectID="_1699837383" r:id="rId4522"/>
        </w:object>
      </w:r>
      <w:r w:rsidRPr="00B13C4C">
        <w:rPr>
          <w:rFonts w:ascii="Times New Roman" w:hAnsi="Times New Roman" w:cs="Times New Roman"/>
          <w:sz w:val="24"/>
          <w:szCs w:val="24"/>
        </w:rPr>
        <w:t xml:space="preserve">. Giá trị </w:t>
      </w:r>
      <w:r w:rsidRPr="00B13C4C">
        <w:rPr>
          <w:rFonts w:ascii="Times New Roman" w:hAnsi="Times New Roman" w:cs="Times New Roman"/>
          <w:position w:val="-6"/>
          <w:sz w:val="24"/>
          <w:szCs w:val="24"/>
        </w:rPr>
        <w:object w:dxaOrig="660" w:dyaOrig="279" w14:anchorId="6770E57F">
          <v:shape id="_x0000_i4100" type="#_x0000_t75" style="width:33pt;height:13.8pt" o:ole="">
            <v:imagedata r:id="rId4523" o:title=""/>
          </v:shape>
          <o:OLEObject Type="Embed" ProgID="Equation.DSMT4" ShapeID="_x0000_i4100" DrawAspect="Content" ObjectID="_1699837384" r:id="rId4524"/>
        </w:object>
      </w:r>
      <w:r w:rsidRPr="00B13C4C">
        <w:rPr>
          <w:rFonts w:ascii="Times New Roman" w:hAnsi="Times New Roman" w:cs="Times New Roman"/>
          <w:sz w:val="24"/>
          <w:szCs w:val="24"/>
        </w:rPr>
        <w:t xml:space="preserve"> bằng</w:t>
      </w:r>
    </w:p>
    <w:p w14:paraId="0208F432"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7.</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4.</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340" w:dyaOrig="320" w14:anchorId="7121197E">
          <v:shape id="_x0000_i4101" type="#_x0000_t75" style="width:16.8pt;height:16.2pt" o:ole="">
            <v:imagedata r:id="rId4525" o:title=""/>
          </v:shape>
          <o:OLEObject Type="Embed" ProgID="Equation.DSMT4" ShapeID="_x0000_i4101" DrawAspect="Content" ObjectID="_1699837385" r:id="rId4526"/>
        </w:object>
      </w:r>
      <w:r w:rsidRPr="00B13C4C">
        <w:rPr>
          <w:rFonts w:ascii="Times New Roman" w:hAnsi="Times New Roman" w:cs="Times New Roman"/>
          <w:sz w:val="24"/>
          <w:szCs w:val="24"/>
        </w:rPr>
        <w:t>.</w:t>
      </w:r>
    </w:p>
    <w:p w14:paraId="2C8CC9BA" w14:textId="77777777" w:rsidR="00B13C4C" w:rsidRPr="00B13C4C" w:rsidRDefault="00B13C4C" w:rsidP="004C6EF1">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Tổng tất cả các nghiệm của phương trình </w:t>
      </w:r>
      <w:r w:rsidRPr="00B13C4C">
        <w:rPr>
          <w:rFonts w:ascii="Times New Roman" w:hAnsi="Times New Roman" w:cs="Times New Roman"/>
          <w:position w:val="-10"/>
          <w:sz w:val="24"/>
          <w:szCs w:val="24"/>
        </w:rPr>
        <w:object w:dxaOrig="1100" w:dyaOrig="320" w14:anchorId="1DDBE73E">
          <v:shape id="_x0000_i4102" type="#_x0000_t75" style="width:55.2pt;height:16.2pt" o:ole="">
            <v:imagedata r:id="rId4527" o:title=""/>
          </v:shape>
          <o:OLEObject Type="Embed" ProgID="Equation.DSMT4" ShapeID="_x0000_i4102" DrawAspect="Content" ObjectID="_1699837386" r:id="rId4528"/>
        </w:object>
      </w:r>
      <w:r w:rsidRPr="00B13C4C">
        <w:rPr>
          <w:rFonts w:ascii="Times New Roman" w:hAnsi="Times New Roman" w:cs="Times New Roman"/>
          <w:sz w:val="24"/>
          <w:szCs w:val="24"/>
        </w:rPr>
        <w:t xml:space="preserve"> là</w:t>
      </w:r>
    </w:p>
    <w:p w14:paraId="3023BAD1"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320" w:dyaOrig="279" w14:anchorId="184301BA">
          <v:shape id="_x0000_i4103" type="#_x0000_t75" style="width:16.2pt;height:13.8pt" o:ole="">
            <v:imagedata r:id="rId4529" o:title=""/>
          </v:shape>
          <o:OLEObject Type="Embed" ProgID="Equation.DSMT4" ShapeID="_x0000_i4103" DrawAspect="Content" ObjectID="_1699837387" r:id="rId453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3.</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5.</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4.</w:t>
      </w:r>
    </w:p>
    <w:p w14:paraId="65C2B106" w14:textId="77777777" w:rsidR="00B13C4C" w:rsidRPr="00B13C4C" w:rsidRDefault="00B13C4C" w:rsidP="004C6EF1">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Giá trị lón nhất của hàm số </w:t>
      </w:r>
      <w:r w:rsidRPr="00B13C4C">
        <w:rPr>
          <w:rFonts w:ascii="Times New Roman" w:hAnsi="Times New Roman" w:cs="Times New Roman"/>
          <w:position w:val="-10"/>
          <w:sz w:val="24"/>
          <w:szCs w:val="24"/>
        </w:rPr>
        <w:object w:dxaOrig="1540" w:dyaOrig="360" w14:anchorId="5DA60BFE">
          <v:shape id="_x0000_i4104" type="#_x0000_t75" style="width:76.8pt;height:18pt" o:ole="">
            <v:imagedata r:id="rId4531" o:title=""/>
          </v:shape>
          <o:OLEObject Type="Embed" ProgID="Equation.DSMT4" ShapeID="_x0000_i4104" DrawAspect="Content" ObjectID="_1699837388" r:id="rId4532"/>
        </w:object>
      </w:r>
      <w:r w:rsidRPr="00B13C4C">
        <w:rPr>
          <w:rFonts w:ascii="Times New Roman" w:hAnsi="Times New Roman" w:cs="Times New Roman"/>
          <w:sz w:val="24"/>
          <w:szCs w:val="24"/>
        </w:rPr>
        <w:t xml:space="preserve"> bằng</w:t>
      </w:r>
    </w:p>
    <w:p w14:paraId="790E2FDB"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499" w:dyaOrig="620" w14:anchorId="4626FDCB">
          <v:shape id="_x0000_i4105" type="#_x0000_t75" style="width:25.2pt;height:31.2pt" o:ole="">
            <v:imagedata r:id="rId4533" o:title=""/>
          </v:shape>
          <o:OLEObject Type="Embed" ProgID="Equation.DSMT4" ShapeID="_x0000_i4105" DrawAspect="Content" ObjectID="_1699837389" r:id="rId453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240" w:dyaOrig="620" w14:anchorId="60E32B83">
          <v:shape id="_x0000_i4106" type="#_x0000_t75" style="width:12pt;height:31.2pt" o:ole="">
            <v:imagedata r:id="rId4535" o:title=""/>
          </v:shape>
          <o:OLEObject Type="Embed" ProgID="Equation.DSMT4" ShapeID="_x0000_i4106" DrawAspect="Content" ObjectID="_1699837390" r:id="rId453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4"/>
          <w:sz w:val="24"/>
          <w:szCs w:val="24"/>
        </w:rPr>
        <w:object w:dxaOrig="300" w:dyaOrig="260" w14:anchorId="06092778">
          <v:shape id="_x0000_i4107" type="#_x0000_t75" style="width:15pt;height:13.2pt" o:ole="">
            <v:imagedata r:id="rId4537" o:title=""/>
          </v:shape>
          <o:OLEObject Type="Embed" ProgID="Equation.DSMT4" ShapeID="_x0000_i4107" DrawAspect="Content" ObjectID="_1699837391" r:id="rId453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499" w:dyaOrig="620" w14:anchorId="283BE922">
          <v:shape id="_x0000_i4108" type="#_x0000_t75" style="width:25.2pt;height:31.2pt" o:ole="">
            <v:imagedata r:id="rId4539" o:title=""/>
          </v:shape>
          <o:OLEObject Type="Embed" ProgID="Equation.DSMT4" ShapeID="_x0000_i4108" DrawAspect="Content" ObjectID="_1699837392" r:id="rId4540"/>
        </w:object>
      </w:r>
      <w:r w:rsidRPr="00B13C4C">
        <w:rPr>
          <w:rFonts w:ascii="Times New Roman" w:hAnsi="Times New Roman" w:cs="Times New Roman"/>
          <w:sz w:val="24"/>
          <w:szCs w:val="24"/>
        </w:rPr>
        <w:t>.</w:t>
      </w:r>
    </w:p>
    <w:p w14:paraId="304EEE5A" w14:textId="77777777" w:rsidR="00B13C4C" w:rsidRPr="00B13C4C" w:rsidRDefault="00B13C4C" w:rsidP="004C6EF1">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Tập </w:t>
      </w:r>
      <w:r w:rsidRPr="00B13C4C">
        <w:rPr>
          <w:rFonts w:ascii="Times New Roman" w:hAnsi="Times New Roman" w:cs="Times New Roman"/>
          <w:position w:val="-10"/>
          <w:sz w:val="24"/>
          <w:szCs w:val="24"/>
        </w:rPr>
        <w:object w:dxaOrig="960" w:dyaOrig="320" w14:anchorId="1D6B7C38">
          <v:shape id="_x0000_i4109" type="#_x0000_t75" style="width:48pt;height:16.2pt" o:ole="">
            <v:imagedata r:id="rId4541" o:title=""/>
          </v:shape>
          <o:OLEObject Type="Embed" ProgID="Equation.DSMT4" ShapeID="_x0000_i4109" DrawAspect="Content" ObjectID="_1699837393" r:id="rId4542"/>
        </w:object>
      </w:r>
      <w:r w:rsidRPr="00B13C4C">
        <w:rPr>
          <w:rFonts w:ascii="Times New Roman" w:hAnsi="Times New Roman" w:cs="Times New Roman"/>
          <w:sz w:val="24"/>
          <w:szCs w:val="24"/>
        </w:rPr>
        <w:t xml:space="preserve"> là tập nghiệm của phương trình nào sau đây?</w:t>
      </w:r>
    </w:p>
    <w:p w14:paraId="5F1ACE08"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1540" w:dyaOrig="320" w14:anchorId="3F893308">
          <v:shape id="_x0000_i4110" type="#_x0000_t75" style="width:76.8pt;height:16.2pt" o:ole="">
            <v:imagedata r:id="rId4543" o:title=""/>
          </v:shape>
          <o:OLEObject Type="Embed" ProgID="Equation.DSMT4" ShapeID="_x0000_i4110" DrawAspect="Content" ObjectID="_1699837394" r:id="rId454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1680" w:dyaOrig="320" w14:anchorId="0D7786B6">
          <v:shape id="_x0000_i4111" type="#_x0000_t75" style="width:84pt;height:16.2pt" o:ole="">
            <v:imagedata r:id="rId4545" o:title=""/>
          </v:shape>
          <o:OLEObject Type="Embed" ProgID="Equation.DSMT4" ShapeID="_x0000_i4111" DrawAspect="Content" ObjectID="_1699837395" r:id="rId4546"/>
        </w:object>
      </w:r>
      <w:r w:rsidRPr="00B13C4C">
        <w:rPr>
          <w:rFonts w:ascii="Times New Roman" w:hAnsi="Times New Roman" w:cs="Times New Roman"/>
          <w:sz w:val="24"/>
          <w:szCs w:val="24"/>
        </w:rPr>
        <w:t>.</w:t>
      </w:r>
    </w:p>
    <w:p w14:paraId="225EF2DB"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1540" w:dyaOrig="320" w14:anchorId="3D77AE90">
          <v:shape id="_x0000_i4112" type="#_x0000_t75" style="width:76.8pt;height:16.2pt" o:ole="">
            <v:imagedata r:id="rId4547" o:title=""/>
          </v:shape>
          <o:OLEObject Type="Embed" ProgID="Equation.DSMT4" ShapeID="_x0000_i4112" DrawAspect="Content" ObjectID="_1699837396" r:id="rId454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1540" w:dyaOrig="320" w14:anchorId="337097DD">
          <v:shape id="_x0000_i4113" type="#_x0000_t75" style="width:76.8pt;height:16.2pt" o:ole="">
            <v:imagedata r:id="rId4549" o:title=""/>
          </v:shape>
          <o:OLEObject Type="Embed" ProgID="Equation.DSMT4" ShapeID="_x0000_i4113" DrawAspect="Content" ObjectID="_1699837397" r:id="rId4550"/>
        </w:object>
      </w:r>
      <w:r w:rsidRPr="00B13C4C">
        <w:rPr>
          <w:rFonts w:ascii="Times New Roman" w:hAnsi="Times New Roman" w:cs="Times New Roman"/>
          <w:sz w:val="24"/>
          <w:szCs w:val="24"/>
        </w:rPr>
        <w:t>.</w:t>
      </w:r>
    </w:p>
    <w:p w14:paraId="2F978F41" w14:textId="77777777" w:rsidR="00B13C4C" w:rsidRPr="00B13C4C" w:rsidRDefault="00B13C4C" w:rsidP="004C6EF1">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lastRenderedPageBreak/>
        <w:t>Câu 20: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w:t>
      </w:r>
      <w:r w:rsidRPr="00B13C4C">
        <w:rPr>
          <w:rFonts w:ascii="Times New Roman" w:hAnsi="Times New Roman" w:cs="Times New Roman"/>
          <w:position w:val="-10"/>
          <w:sz w:val="24"/>
          <w:szCs w:val="24"/>
        </w:rPr>
        <w:object w:dxaOrig="480" w:dyaOrig="320" w14:anchorId="017ED30E">
          <v:shape id="_x0000_i4114" type="#_x0000_t75" style="width:24pt;height:16.2pt" o:ole="">
            <v:imagedata r:id="rId4551" o:title=""/>
          </v:shape>
          <o:OLEObject Type="Embed" ProgID="Equation.DSMT4" ShapeID="_x0000_i4114" DrawAspect="Content" ObjectID="_1699837398" r:id="rId4552"/>
        </w:object>
      </w:r>
      <w:r w:rsidRPr="00B13C4C">
        <w:rPr>
          <w:rFonts w:ascii="Times New Roman" w:hAnsi="Times New Roman" w:cs="Times New Roman"/>
          <w:sz w:val="24"/>
          <w:szCs w:val="24"/>
        </w:rPr>
        <w:t xml:space="preserve"> cố định và </w:t>
      </w:r>
      <w:r w:rsidRPr="00B13C4C">
        <w:rPr>
          <w:rFonts w:ascii="Times New Roman" w:hAnsi="Times New Roman" w:cs="Times New Roman"/>
          <w:position w:val="-10"/>
          <w:sz w:val="24"/>
          <w:szCs w:val="24"/>
        </w:rPr>
        <w:object w:dxaOrig="1080" w:dyaOrig="320" w14:anchorId="7973646C">
          <v:shape id="_x0000_i4115" type="#_x0000_t75" style="width:54pt;height:16.2pt" o:ole="">
            <v:imagedata r:id="rId4553" o:title=""/>
          </v:shape>
          <o:OLEObject Type="Embed" ProgID="Equation.DSMT4" ShapeID="_x0000_i4115" DrawAspect="Content" ObjectID="_1699837399" r:id="rId4554"/>
        </w:object>
      </w:r>
      <w:r w:rsidRPr="00B13C4C">
        <w:rPr>
          <w:rFonts w:ascii="Times New Roman" w:hAnsi="Times New Roman" w:cs="Times New Roman"/>
          <w:sz w:val="24"/>
          <w:szCs w:val="24"/>
        </w:rPr>
        <w:t xml:space="preserve"> Tập hợp điểm </w:t>
      </w:r>
      <w:r w:rsidRPr="00B13C4C">
        <w:rPr>
          <w:rFonts w:ascii="Times New Roman" w:hAnsi="Times New Roman" w:cs="Times New Roman"/>
          <w:position w:val="-4"/>
          <w:sz w:val="24"/>
          <w:szCs w:val="24"/>
        </w:rPr>
        <w:object w:dxaOrig="320" w:dyaOrig="260" w14:anchorId="5AE0871C">
          <v:shape id="_x0000_i4116" type="#_x0000_t75" style="width:16.2pt;height:13.2pt" o:ole="">
            <v:imagedata r:id="rId4555" o:title=""/>
          </v:shape>
          <o:OLEObject Type="Embed" ProgID="Equation.DSMT4" ShapeID="_x0000_i4116" DrawAspect="Content" ObjectID="_1699837400" r:id="rId4556"/>
        </w:object>
      </w:r>
      <w:r w:rsidRPr="00B13C4C">
        <w:rPr>
          <w:rFonts w:ascii="Times New Roman" w:hAnsi="Times New Roman" w:cs="Times New Roman"/>
          <w:sz w:val="24"/>
          <w:szCs w:val="24"/>
        </w:rPr>
        <w:t xml:space="preserve"> thỏa mãn </w:t>
      </w:r>
      <w:r w:rsidRPr="00B13C4C">
        <w:rPr>
          <w:rFonts w:ascii="Times New Roman" w:hAnsi="Times New Roman" w:cs="Times New Roman"/>
          <w:position w:val="-6"/>
          <w:sz w:val="24"/>
          <w:szCs w:val="24"/>
        </w:rPr>
        <w:object w:dxaOrig="2000" w:dyaOrig="400" w14:anchorId="72AC168F">
          <v:shape id="_x0000_i4117" type="#_x0000_t75" style="width:100.2pt;height:19.8pt" o:ole="">
            <v:imagedata r:id="rId4557" o:title=""/>
          </v:shape>
          <o:OLEObject Type="Embed" ProgID="Equation.DSMT4" ShapeID="_x0000_i4117" DrawAspect="Content" ObjectID="_1699837401" r:id="rId4558"/>
        </w:object>
      </w:r>
      <w:r w:rsidRPr="00B13C4C">
        <w:rPr>
          <w:rFonts w:ascii="Times New Roman" w:hAnsi="Times New Roman" w:cs="Times New Roman"/>
          <w:sz w:val="24"/>
          <w:szCs w:val="24"/>
        </w:rPr>
        <w:t xml:space="preserve"> là</w:t>
      </w:r>
    </w:p>
    <w:p w14:paraId="645F8654"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 xml:space="preserve">đường tròn đường kính </w:t>
      </w:r>
      <w:r w:rsidRPr="00B13C4C">
        <w:rPr>
          <w:rFonts w:ascii="Times New Roman" w:hAnsi="Times New Roman" w:cs="Times New Roman"/>
          <w:position w:val="-4"/>
          <w:sz w:val="24"/>
          <w:szCs w:val="24"/>
        </w:rPr>
        <w:object w:dxaOrig="400" w:dyaOrig="260" w14:anchorId="4EEA6089">
          <v:shape id="_x0000_i4118" type="#_x0000_t75" style="width:19.8pt;height:13.2pt" o:ole="">
            <v:imagedata r:id="rId4559" o:title=""/>
          </v:shape>
          <o:OLEObject Type="Embed" ProgID="Equation.DSMT4" ShapeID="_x0000_i4118" DrawAspect="Content" ObjectID="_1699837402" r:id="rId456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 xml:space="preserve">đường trung trực của đoạn thẳng </w:t>
      </w:r>
      <w:r w:rsidRPr="00B13C4C">
        <w:rPr>
          <w:rFonts w:ascii="Times New Roman" w:hAnsi="Times New Roman" w:cs="Times New Roman"/>
          <w:position w:val="-4"/>
          <w:sz w:val="24"/>
          <w:szCs w:val="24"/>
        </w:rPr>
        <w:object w:dxaOrig="400" w:dyaOrig="260" w14:anchorId="108659E3">
          <v:shape id="_x0000_i4119" type="#_x0000_t75" style="width:19.8pt;height:13.2pt" o:ole="">
            <v:imagedata r:id="rId4561" o:title=""/>
          </v:shape>
          <o:OLEObject Type="Embed" ProgID="Equation.DSMT4" ShapeID="_x0000_i4119" DrawAspect="Content" ObjectID="_1699837403" r:id="rId4562"/>
        </w:object>
      </w:r>
      <w:r w:rsidRPr="00B13C4C">
        <w:rPr>
          <w:rFonts w:ascii="Times New Roman" w:hAnsi="Times New Roman" w:cs="Times New Roman"/>
          <w:sz w:val="24"/>
          <w:szCs w:val="24"/>
        </w:rPr>
        <w:t>.</w:t>
      </w:r>
    </w:p>
    <w:p w14:paraId="3FB13CED"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 xml:space="preserve">đường tròn bán kính </w:t>
      </w:r>
      <w:r w:rsidRPr="00B13C4C">
        <w:rPr>
          <w:rFonts w:ascii="Times New Roman" w:hAnsi="Times New Roman" w:cs="Times New Roman"/>
          <w:position w:val="-4"/>
          <w:sz w:val="24"/>
          <w:szCs w:val="24"/>
        </w:rPr>
        <w:object w:dxaOrig="400" w:dyaOrig="260" w14:anchorId="0D332572">
          <v:shape id="_x0000_i4120" type="#_x0000_t75" style="width:19.8pt;height:13.2pt" o:ole="">
            <v:imagedata r:id="rId4563" o:title=""/>
          </v:shape>
          <o:OLEObject Type="Embed" ProgID="Equation.DSMT4" ShapeID="_x0000_i4120" DrawAspect="Content" ObjectID="_1699837404" r:id="rId456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 xml:space="preserve">đường tròn tâm </w:t>
      </w:r>
      <w:r w:rsidRPr="00B13C4C">
        <w:rPr>
          <w:rFonts w:ascii="Times New Roman" w:hAnsi="Times New Roman" w:cs="Times New Roman"/>
          <w:position w:val="-4"/>
          <w:sz w:val="24"/>
          <w:szCs w:val="24"/>
        </w:rPr>
        <w:object w:dxaOrig="240" w:dyaOrig="260" w14:anchorId="7E3040EE">
          <v:shape id="_x0000_i4121" type="#_x0000_t75" style="width:12pt;height:13.2pt" o:ole="">
            <v:imagedata r:id="rId4565" o:title=""/>
          </v:shape>
          <o:OLEObject Type="Embed" ProgID="Equation.DSMT4" ShapeID="_x0000_i4121" DrawAspect="Content" ObjectID="_1699837405" r:id="rId4566"/>
        </w:object>
      </w:r>
      <w:r w:rsidRPr="00B13C4C">
        <w:rPr>
          <w:rFonts w:ascii="Times New Roman" w:hAnsi="Times New Roman" w:cs="Times New Roman"/>
          <w:sz w:val="24"/>
          <w:szCs w:val="24"/>
        </w:rPr>
        <w:t xml:space="preserve">, bán kính </w:t>
      </w:r>
      <w:r w:rsidRPr="00B13C4C">
        <w:rPr>
          <w:rFonts w:ascii="Times New Roman" w:hAnsi="Times New Roman" w:cs="Times New Roman"/>
          <w:position w:val="-4"/>
          <w:sz w:val="24"/>
          <w:szCs w:val="24"/>
        </w:rPr>
        <w:object w:dxaOrig="400" w:dyaOrig="260" w14:anchorId="1C37E559">
          <v:shape id="_x0000_i4122" type="#_x0000_t75" style="width:19.8pt;height:13.2pt" o:ole="">
            <v:imagedata r:id="rId4567" o:title=""/>
          </v:shape>
          <o:OLEObject Type="Embed" ProgID="Equation.DSMT4" ShapeID="_x0000_i4122" DrawAspect="Content" ObjectID="_1699837406" r:id="rId4568"/>
        </w:object>
      </w:r>
      <w:r w:rsidRPr="00B13C4C">
        <w:rPr>
          <w:rFonts w:ascii="Times New Roman" w:hAnsi="Times New Roman" w:cs="Times New Roman"/>
          <w:sz w:val="24"/>
          <w:szCs w:val="24"/>
        </w:rPr>
        <w:t>.</w:t>
      </w:r>
    </w:p>
    <w:p w14:paraId="0D7B25F8" w14:textId="77777777" w:rsidR="00B13C4C" w:rsidRPr="00B13C4C" w:rsidRDefault="00B13C4C" w:rsidP="004C6EF1">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năm điểm thẳng hàng theo thứ tự </w:t>
      </w:r>
      <w:r w:rsidRPr="00B13C4C">
        <w:rPr>
          <w:rFonts w:ascii="Times New Roman" w:hAnsi="Times New Roman" w:cs="Times New Roman"/>
          <w:position w:val="-10"/>
          <w:sz w:val="24"/>
          <w:szCs w:val="24"/>
        </w:rPr>
        <w:object w:dxaOrig="1260" w:dyaOrig="320" w14:anchorId="2766369D">
          <v:shape id="_x0000_i4123" type="#_x0000_t75" style="width:63pt;height:16.2pt" o:ole="">
            <v:imagedata r:id="rId4569" o:title=""/>
          </v:shape>
          <o:OLEObject Type="Embed" ProgID="Equation.DSMT4" ShapeID="_x0000_i4123" DrawAspect="Content" ObjectID="_1699837407" r:id="rId4570"/>
        </w:object>
      </w:r>
      <w:r w:rsidRPr="00B13C4C">
        <w:rPr>
          <w:rFonts w:ascii="Times New Roman" w:hAnsi="Times New Roman" w:cs="Times New Roman"/>
          <w:sz w:val="24"/>
          <w:szCs w:val="24"/>
        </w:rPr>
        <w:t xml:space="preserve"> sao cho </w:t>
      </w:r>
      <w:r w:rsidRPr="00B13C4C">
        <w:rPr>
          <w:rFonts w:ascii="Times New Roman" w:hAnsi="Times New Roman" w:cs="Times New Roman"/>
          <w:position w:val="-6"/>
          <w:sz w:val="24"/>
          <w:szCs w:val="24"/>
        </w:rPr>
        <w:object w:dxaOrig="2120" w:dyaOrig="279" w14:anchorId="1749F01E">
          <v:shape id="_x0000_i4124" type="#_x0000_t75" style="width:106.2pt;height:13.8pt" o:ole="">
            <v:imagedata r:id="rId4571" o:title=""/>
          </v:shape>
          <o:OLEObject Type="Embed" ProgID="Equation.DSMT4" ShapeID="_x0000_i4124" DrawAspect="Content" ObjectID="_1699837408" r:id="rId4572"/>
        </w:object>
      </w:r>
      <w:r w:rsidRPr="00B13C4C">
        <w:rPr>
          <w:rFonts w:ascii="Times New Roman" w:hAnsi="Times New Roman" w:cs="Times New Roman"/>
          <w:sz w:val="24"/>
          <w:szCs w:val="24"/>
        </w:rPr>
        <w:t>.</w:t>
      </w:r>
    </w:p>
    <w:p w14:paraId="486C54B7" w14:textId="77777777" w:rsidR="00B13C4C" w:rsidRPr="00B13C4C" w:rsidRDefault="00B13C4C" w:rsidP="004C6EF1">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Khi đó, </w:t>
      </w:r>
      <w:r w:rsidRPr="00B13C4C">
        <w:rPr>
          <w:rFonts w:ascii="Times New Roman" w:hAnsi="Times New Roman" w:cs="Times New Roman"/>
          <w:position w:val="-24"/>
          <w:sz w:val="24"/>
          <w:szCs w:val="24"/>
        </w:rPr>
        <w:object w:dxaOrig="780" w:dyaOrig="620" w14:anchorId="0A8D6287">
          <v:shape id="_x0000_i4125" type="#_x0000_t75" style="width:39pt;height:31.2pt" o:ole="">
            <v:imagedata r:id="rId4573" o:title=""/>
          </v:shape>
          <o:OLEObject Type="Embed" ProgID="Equation.DSMT4" ShapeID="_x0000_i4125" DrawAspect="Content" ObjectID="_1699837409" r:id="rId4574"/>
        </w:object>
      </w:r>
      <w:r w:rsidRPr="00B13C4C">
        <w:rPr>
          <w:rFonts w:ascii="Times New Roman" w:hAnsi="Times New Roman" w:cs="Times New Roman"/>
          <w:sz w:val="24"/>
          <w:szCs w:val="24"/>
        </w:rPr>
        <w:t xml:space="preserve"> băng</w:t>
      </w:r>
    </w:p>
    <w:p w14:paraId="7EFABE1A"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4"/>
          <w:sz w:val="24"/>
          <w:szCs w:val="24"/>
        </w:rPr>
        <w:object w:dxaOrig="400" w:dyaOrig="320" w14:anchorId="6D098E49">
          <v:shape id="_x0000_i4126" type="#_x0000_t75" style="width:19.8pt;height:16.2pt" o:ole="">
            <v:imagedata r:id="rId4575" o:title=""/>
          </v:shape>
          <o:OLEObject Type="Embed" ProgID="Equation.DSMT4" ShapeID="_x0000_i4126" DrawAspect="Content" ObjectID="_1699837410" r:id="rId457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4"/>
          <w:sz w:val="24"/>
          <w:szCs w:val="24"/>
        </w:rPr>
        <w:object w:dxaOrig="400" w:dyaOrig="320" w14:anchorId="22A47E08">
          <v:shape id="_x0000_i4127" type="#_x0000_t75" style="width:19.8pt;height:16.2pt" o:ole="">
            <v:imagedata r:id="rId4577" o:title=""/>
          </v:shape>
          <o:OLEObject Type="Embed" ProgID="Equation.DSMT4" ShapeID="_x0000_i4127" DrawAspect="Content" ObjectID="_1699837411" r:id="rId457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4"/>
          <w:sz w:val="24"/>
          <w:szCs w:val="24"/>
        </w:rPr>
        <w:object w:dxaOrig="380" w:dyaOrig="320" w14:anchorId="1B83C7F5">
          <v:shape id="_x0000_i4128" type="#_x0000_t75" style="width:19.2pt;height:16.2pt" o:ole="">
            <v:imagedata r:id="rId4579" o:title=""/>
          </v:shape>
          <o:OLEObject Type="Embed" ProgID="Equation.DSMT4" ShapeID="_x0000_i4128" DrawAspect="Content" ObjectID="_1699837412" r:id="rId458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4"/>
          <w:sz w:val="24"/>
          <w:szCs w:val="24"/>
        </w:rPr>
        <w:object w:dxaOrig="420" w:dyaOrig="320" w14:anchorId="299ACDAF">
          <v:shape id="_x0000_i4129" type="#_x0000_t75" style="width:21pt;height:16.2pt" o:ole="">
            <v:imagedata r:id="rId4581" o:title=""/>
          </v:shape>
          <o:OLEObject Type="Embed" ProgID="Equation.DSMT4" ShapeID="_x0000_i4129" DrawAspect="Content" ObjectID="_1699837413" r:id="rId4582"/>
        </w:object>
      </w:r>
      <w:r w:rsidRPr="00B13C4C">
        <w:rPr>
          <w:rFonts w:ascii="Times New Roman" w:hAnsi="Times New Roman" w:cs="Times New Roman"/>
          <w:sz w:val="24"/>
          <w:szCs w:val="24"/>
        </w:rPr>
        <w:t>.</w:t>
      </w:r>
    </w:p>
    <w:p w14:paraId="745BF28A" w14:textId="77777777" w:rsidR="00B13C4C" w:rsidRPr="00B13C4C" w:rsidRDefault="00B13C4C" w:rsidP="004C6EF1">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hàm số </w:t>
      </w:r>
      <w:r w:rsidRPr="00B13C4C">
        <w:rPr>
          <w:rFonts w:ascii="Times New Roman" w:hAnsi="Times New Roman" w:cs="Times New Roman"/>
          <w:position w:val="-10"/>
          <w:sz w:val="24"/>
          <w:szCs w:val="24"/>
        </w:rPr>
        <w:object w:dxaOrig="1540" w:dyaOrig="360" w14:anchorId="32D17796">
          <v:shape id="_x0000_i4130" type="#_x0000_t75" style="width:76.8pt;height:18pt" o:ole="">
            <v:imagedata r:id="rId4583" o:title=""/>
          </v:shape>
          <o:OLEObject Type="Embed" ProgID="Equation.DSMT4" ShapeID="_x0000_i4130" DrawAspect="Content" ObjectID="_1699837414" r:id="rId4584"/>
        </w:object>
      </w:r>
      <w:r w:rsidRPr="00B13C4C">
        <w:rPr>
          <w:rFonts w:ascii="Times New Roman" w:hAnsi="Times New Roman" w:cs="Times New Roman"/>
          <w:sz w:val="24"/>
          <w:szCs w:val="24"/>
        </w:rPr>
        <w:t xml:space="preserve"> có đồ thị là đường cong trong hình bên. Trong các số </w:t>
      </w:r>
      <w:r w:rsidRPr="00B13C4C">
        <w:rPr>
          <w:rFonts w:ascii="Times New Roman" w:hAnsi="Times New Roman" w:cs="Times New Roman"/>
          <w:position w:val="-10"/>
          <w:sz w:val="24"/>
          <w:szCs w:val="24"/>
        </w:rPr>
        <w:object w:dxaOrig="600" w:dyaOrig="320" w14:anchorId="28E57422">
          <v:shape id="_x0000_i4131" type="#_x0000_t75" style="width:30pt;height:16.2pt" o:ole="">
            <v:imagedata r:id="rId4585" o:title=""/>
          </v:shape>
          <o:OLEObject Type="Embed" ProgID="Equation.DSMT4" ShapeID="_x0000_i4131" DrawAspect="Content" ObjectID="_1699837415" r:id="rId4586"/>
        </w:object>
      </w:r>
      <w:r w:rsidRPr="00B13C4C">
        <w:rPr>
          <w:rFonts w:ascii="Times New Roman" w:hAnsi="Times New Roman" w:cs="Times New Roman"/>
          <w:sz w:val="24"/>
          <w:szCs w:val="24"/>
        </w:rPr>
        <w:t xml:space="preserve"> có bao nhiêu số dương?</w:t>
      </w:r>
    </w:p>
    <w:p w14:paraId="06748528" w14:textId="77777777" w:rsidR="00B13C4C" w:rsidRPr="00B13C4C" w:rsidRDefault="00B13C4C" w:rsidP="004C6EF1">
      <w:pPr>
        <w:ind w:left="992" w:hanging="992"/>
        <w:jc w:val="center"/>
        <w:rPr>
          <w:rFonts w:ascii="Times New Roman" w:hAnsi="Times New Roman" w:cs="Times New Roman"/>
          <w:sz w:val="24"/>
          <w:szCs w:val="24"/>
        </w:rPr>
      </w:pPr>
      <w:r w:rsidRPr="00B13C4C">
        <w:rPr>
          <w:rFonts w:ascii="Times New Roman" w:hAnsi="Times New Roman" w:cs="Times New Roman"/>
          <w:noProof/>
          <w:sz w:val="24"/>
          <w:szCs w:val="24"/>
        </w:rPr>
        <w:drawing>
          <wp:inline distT="0" distB="0" distL="0" distR="0" wp14:anchorId="0AEA678C" wp14:editId="5D931D61">
            <wp:extent cx="1211580" cy="1378173"/>
            <wp:effectExtent l="0" t="0" r="762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87"/>
                    <a:stretch>
                      <a:fillRect/>
                    </a:stretch>
                  </pic:blipFill>
                  <pic:spPr>
                    <a:xfrm>
                      <a:off x="0" y="0"/>
                      <a:ext cx="1217434" cy="1384832"/>
                    </a:xfrm>
                    <a:prstGeom prst="rect">
                      <a:avLst/>
                    </a:prstGeom>
                  </pic:spPr>
                </pic:pic>
              </a:graphicData>
            </a:graphic>
          </wp:inline>
        </w:drawing>
      </w:r>
    </w:p>
    <w:p w14:paraId="3F250E19"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3.</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1.</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0.</w:t>
      </w:r>
    </w:p>
    <w:p w14:paraId="0B9AA243" w14:textId="77777777" w:rsidR="00B13C4C" w:rsidRPr="00B13C4C" w:rsidRDefault="00B13C4C" w:rsidP="004C6EF1">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tam giác </w:t>
      </w:r>
      <w:r w:rsidRPr="00B13C4C">
        <w:rPr>
          <w:rFonts w:ascii="Times New Roman" w:hAnsi="Times New Roman" w:cs="Times New Roman"/>
          <w:position w:val="-6"/>
          <w:sz w:val="24"/>
          <w:szCs w:val="24"/>
        </w:rPr>
        <w:object w:dxaOrig="560" w:dyaOrig="279" w14:anchorId="05A51080">
          <v:shape id="_x0000_i4132" type="#_x0000_t75" style="width:28.2pt;height:13.8pt" o:ole="">
            <v:imagedata r:id="rId4588" o:title=""/>
          </v:shape>
          <o:OLEObject Type="Embed" ProgID="Equation.DSMT4" ShapeID="_x0000_i4132" DrawAspect="Content" ObjectID="_1699837416" r:id="rId4589"/>
        </w:object>
      </w:r>
      <w:r w:rsidRPr="00B13C4C">
        <w:rPr>
          <w:rFonts w:ascii="Times New Roman" w:hAnsi="Times New Roman" w:cs="Times New Roman"/>
          <w:sz w:val="24"/>
          <w:szCs w:val="24"/>
        </w:rPr>
        <w:t xml:space="preserve"> có </w:t>
      </w:r>
      <w:r w:rsidRPr="00B13C4C">
        <w:rPr>
          <w:rFonts w:ascii="Times New Roman" w:hAnsi="Times New Roman" w:cs="Times New Roman"/>
          <w:position w:val="-4"/>
          <w:sz w:val="24"/>
          <w:szCs w:val="24"/>
        </w:rPr>
        <w:object w:dxaOrig="320" w:dyaOrig="260" w14:anchorId="2876B14E">
          <v:shape id="_x0000_i4133" type="#_x0000_t75" style="width:16.2pt;height:13.2pt" o:ole="">
            <v:imagedata r:id="rId4590" o:title=""/>
          </v:shape>
          <o:OLEObject Type="Embed" ProgID="Equation.DSMT4" ShapeID="_x0000_i4133" DrawAspect="Content" ObjectID="_1699837417" r:id="rId4591"/>
        </w:object>
      </w:r>
      <w:r w:rsidRPr="00B13C4C">
        <w:rPr>
          <w:rFonts w:ascii="Times New Roman" w:hAnsi="Times New Roman" w:cs="Times New Roman"/>
          <w:sz w:val="24"/>
          <w:szCs w:val="24"/>
        </w:rPr>
        <w:t xml:space="preserve"> thuộc cạnh </w:t>
      </w:r>
      <w:r w:rsidRPr="00B13C4C">
        <w:rPr>
          <w:rFonts w:ascii="Times New Roman" w:hAnsi="Times New Roman" w:cs="Times New Roman"/>
          <w:position w:val="-4"/>
          <w:sz w:val="24"/>
          <w:szCs w:val="24"/>
        </w:rPr>
        <w:object w:dxaOrig="400" w:dyaOrig="260" w14:anchorId="6C7CB6A7">
          <v:shape id="_x0000_i4134" type="#_x0000_t75" style="width:19.8pt;height:13.2pt" o:ole="">
            <v:imagedata r:id="rId4592" o:title=""/>
          </v:shape>
          <o:OLEObject Type="Embed" ProgID="Equation.DSMT4" ShapeID="_x0000_i4134" DrawAspect="Content" ObjectID="_1699837418" r:id="rId4593"/>
        </w:object>
      </w:r>
      <w:r w:rsidRPr="00B13C4C">
        <w:rPr>
          <w:rFonts w:ascii="Times New Roman" w:hAnsi="Times New Roman" w:cs="Times New Roman"/>
          <w:sz w:val="24"/>
          <w:szCs w:val="24"/>
        </w:rPr>
        <w:t xml:space="preserve"> sao cho </w:t>
      </w:r>
      <w:r w:rsidRPr="00B13C4C">
        <w:rPr>
          <w:rFonts w:ascii="Times New Roman" w:hAnsi="Times New Roman" w:cs="Times New Roman"/>
          <w:position w:val="-6"/>
          <w:sz w:val="24"/>
          <w:szCs w:val="24"/>
        </w:rPr>
        <w:object w:dxaOrig="1180" w:dyaOrig="279" w14:anchorId="07782327">
          <v:shape id="_x0000_i4135" type="#_x0000_t75" style="width:58.8pt;height:13.8pt" o:ole="">
            <v:imagedata r:id="rId4594" o:title=""/>
          </v:shape>
          <o:OLEObject Type="Embed" ProgID="Equation.DSMT4" ShapeID="_x0000_i4135" DrawAspect="Content" ObjectID="_1699837419" r:id="rId4595"/>
        </w:object>
      </w:r>
      <w:r w:rsidRPr="00B13C4C">
        <w:rPr>
          <w:rFonts w:ascii="Times New Roman" w:hAnsi="Times New Roman" w:cs="Times New Roman"/>
          <w:sz w:val="24"/>
          <w:szCs w:val="24"/>
        </w:rPr>
        <w:t>. Mệnh đề nào dưới đây đúng?</w:t>
      </w:r>
    </w:p>
    <w:p w14:paraId="464F9B43"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1900" w:dyaOrig="620" w14:anchorId="26E933A9">
          <v:shape id="_x0000_i4136" type="#_x0000_t75" style="width:94.8pt;height:31.2pt" o:ole="">
            <v:imagedata r:id="rId4596" o:title=""/>
          </v:shape>
          <o:OLEObject Type="Embed" ProgID="Equation.DSMT4" ShapeID="_x0000_i4136" DrawAspect="Content" ObjectID="_1699837420" r:id="rId459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1900" w:dyaOrig="620" w14:anchorId="5B6F9F7A">
          <v:shape id="_x0000_i4137" type="#_x0000_t75" style="width:94.8pt;height:31.2pt" o:ole="">
            <v:imagedata r:id="rId4598" o:title=""/>
          </v:shape>
          <o:OLEObject Type="Embed" ProgID="Equation.DSMT4" ShapeID="_x0000_i4137" DrawAspect="Content" ObjectID="_1699837421" r:id="rId4599"/>
        </w:object>
      </w:r>
      <w:r w:rsidRPr="00B13C4C">
        <w:rPr>
          <w:rFonts w:ascii="Times New Roman" w:hAnsi="Times New Roman" w:cs="Times New Roman"/>
          <w:sz w:val="24"/>
          <w:szCs w:val="24"/>
        </w:rPr>
        <w:t>.</w:t>
      </w:r>
    </w:p>
    <w:p w14:paraId="770438A5"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1900" w:dyaOrig="620" w14:anchorId="6445F74A">
          <v:shape id="_x0000_i4138" type="#_x0000_t75" style="width:94.8pt;height:31.2pt" o:ole="">
            <v:imagedata r:id="rId4600" o:title=""/>
          </v:shape>
          <o:OLEObject Type="Embed" ProgID="Equation.DSMT4" ShapeID="_x0000_i4138" DrawAspect="Content" ObjectID="_1699837422" r:id="rId460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1900" w:dyaOrig="620" w14:anchorId="6B2CC844">
          <v:shape id="_x0000_i4139" type="#_x0000_t75" style="width:94.8pt;height:31.2pt" o:ole="">
            <v:imagedata r:id="rId4602" o:title=""/>
          </v:shape>
          <o:OLEObject Type="Embed" ProgID="Equation.DSMT4" ShapeID="_x0000_i4139" DrawAspect="Content" ObjectID="_1699837423" r:id="rId4603"/>
        </w:object>
      </w:r>
      <w:r w:rsidRPr="00B13C4C">
        <w:rPr>
          <w:rFonts w:ascii="Times New Roman" w:hAnsi="Times New Roman" w:cs="Times New Roman"/>
          <w:sz w:val="24"/>
          <w:szCs w:val="24"/>
        </w:rPr>
        <w:t>.</w:t>
      </w:r>
    </w:p>
    <w:p w14:paraId="77FE13F0" w14:textId="77777777" w:rsidR="00B13C4C" w:rsidRPr="00B13C4C" w:rsidRDefault="00B13C4C" w:rsidP="004C6EF1">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hệ trục tọa độ </w:t>
      </w:r>
      <w:r w:rsidRPr="00B13C4C">
        <w:rPr>
          <w:rFonts w:ascii="Times New Roman" w:hAnsi="Times New Roman" w:cs="Times New Roman"/>
          <w:position w:val="-10"/>
          <w:sz w:val="24"/>
          <w:szCs w:val="24"/>
        </w:rPr>
        <w:object w:dxaOrig="460" w:dyaOrig="320" w14:anchorId="300BD89B">
          <v:shape id="_x0000_i4140" type="#_x0000_t75" style="width:22.8pt;height:16.2pt" o:ole="">
            <v:imagedata r:id="rId4604" o:title=""/>
          </v:shape>
          <o:OLEObject Type="Embed" ProgID="Equation.DSMT4" ShapeID="_x0000_i4140" DrawAspect="Content" ObjectID="_1699837424" r:id="rId4605"/>
        </w:object>
      </w:r>
      <w:r w:rsidRPr="00B13C4C">
        <w:rPr>
          <w:rFonts w:ascii="Times New Roman" w:hAnsi="Times New Roman" w:cs="Times New Roman"/>
          <w:sz w:val="24"/>
          <w:szCs w:val="24"/>
        </w:rPr>
        <w:t xml:space="preserve">, cho tam giác </w:t>
      </w:r>
      <w:r w:rsidRPr="00B13C4C">
        <w:rPr>
          <w:rFonts w:ascii="Times New Roman" w:hAnsi="Times New Roman" w:cs="Times New Roman"/>
          <w:position w:val="-6"/>
          <w:sz w:val="24"/>
          <w:szCs w:val="24"/>
        </w:rPr>
        <w:object w:dxaOrig="560" w:dyaOrig="279" w14:anchorId="51818E8B">
          <v:shape id="_x0000_i4141" type="#_x0000_t75" style="width:28.2pt;height:13.8pt" o:ole="">
            <v:imagedata r:id="rId4606" o:title=""/>
          </v:shape>
          <o:OLEObject Type="Embed" ProgID="Equation.DSMT4" ShapeID="_x0000_i4141" DrawAspect="Content" ObjectID="_1699837425" r:id="rId4607"/>
        </w:object>
      </w:r>
      <w:r w:rsidRPr="00B13C4C">
        <w:rPr>
          <w:rFonts w:ascii="Times New Roman" w:hAnsi="Times New Roman" w:cs="Times New Roman"/>
          <w:sz w:val="24"/>
          <w:szCs w:val="24"/>
        </w:rPr>
        <w:t xml:space="preserve"> có </w:t>
      </w:r>
      <w:r w:rsidRPr="00B13C4C">
        <w:rPr>
          <w:rFonts w:ascii="Times New Roman" w:hAnsi="Times New Roman" w:cs="Times New Roman"/>
          <w:position w:val="-10"/>
          <w:sz w:val="24"/>
          <w:szCs w:val="24"/>
        </w:rPr>
        <w:object w:dxaOrig="3120" w:dyaOrig="320" w14:anchorId="72465B56">
          <v:shape id="_x0000_i4142" type="#_x0000_t75" style="width:156pt;height:16.2pt" o:ole="">
            <v:imagedata r:id="rId4608" o:title=""/>
          </v:shape>
          <o:OLEObject Type="Embed" ProgID="Equation.DSMT4" ShapeID="_x0000_i4142" DrawAspect="Content" ObjectID="_1699837426" r:id="rId4609"/>
        </w:object>
      </w:r>
      <w:r w:rsidRPr="00B13C4C">
        <w:rPr>
          <w:rFonts w:ascii="Times New Roman" w:hAnsi="Times New Roman" w:cs="Times New Roman"/>
          <w:sz w:val="24"/>
          <w:szCs w:val="24"/>
        </w:rPr>
        <w:t>.</w:t>
      </w:r>
    </w:p>
    <w:p w14:paraId="694FE415" w14:textId="77777777" w:rsidR="00B13C4C" w:rsidRPr="00B13C4C" w:rsidRDefault="00B13C4C" w:rsidP="004C6EF1">
      <w:pPr>
        <w:ind w:left="992"/>
        <w:jc w:val="both"/>
        <w:rPr>
          <w:rFonts w:ascii="Times New Roman" w:hAnsi="Times New Roman" w:cs="Times New Roman"/>
          <w:sz w:val="24"/>
          <w:szCs w:val="24"/>
        </w:rPr>
      </w:pPr>
      <w:r w:rsidRPr="00B13C4C">
        <w:rPr>
          <w:rFonts w:ascii="Times New Roman" w:hAnsi="Times New Roman" w:cs="Times New Roman"/>
          <w:sz w:val="24"/>
          <w:szCs w:val="24"/>
        </w:rPr>
        <w:t>Mệnh đề nào dưới đây đúng?</w:t>
      </w:r>
    </w:p>
    <w:p w14:paraId="38EDEA3F"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 xml:space="preserve">Tam giác </w:t>
      </w:r>
      <w:r w:rsidRPr="00B13C4C">
        <w:rPr>
          <w:rFonts w:ascii="Times New Roman" w:hAnsi="Times New Roman" w:cs="Times New Roman"/>
          <w:position w:val="-6"/>
          <w:sz w:val="24"/>
          <w:szCs w:val="24"/>
        </w:rPr>
        <w:object w:dxaOrig="560" w:dyaOrig="279" w14:anchorId="102AE137">
          <v:shape id="_x0000_i4143" type="#_x0000_t75" style="width:28.2pt;height:13.8pt" o:ole="">
            <v:imagedata r:id="rId4610" o:title=""/>
          </v:shape>
          <o:OLEObject Type="Embed" ProgID="Equation.DSMT4" ShapeID="_x0000_i4143" DrawAspect="Content" ObjectID="_1699837427" r:id="rId4611"/>
        </w:object>
      </w:r>
      <w:r w:rsidRPr="00B13C4C">
        <w:rPr>
          <w:rFonts w:ascii="Times New Roman" w:hAnsi="Times New Roman" w:cs="Times New Roman"/>
          <w:sz w:val="24"/>
          <w:szCs w:val="24"/>
        </w:rPr>
        <w:t xml:space="preserve"> là tam giác vuông cân tại </w:t>
      </w:r>
      <w:r w:rsidRPr="00B13C4C">
        <w:rPr>
          <w:rFonts w:ascii="Times New Roman" w:hAnsi="Times New Roman" w:cs="Times New Roman"/>
          <w:position w:val="-4"/>
          <w:sz w:val="24"/>
          <w:szCs w:val="24"/>
        </w:rPr>
        <w:object w:dxaOrig="240" w:dyaOrig="260" w14:anchorId="580EAEE8">
          <v:shape id="_x0000_i4144" type="#_x0000_t75" style="width:12pt;height:13.2pt" o:ole="">
            <v:imagedata r:id="rId4612" o:title=""/>
          </v:shape>
          <o:OLEObject Type="Embed" ProgID="Equation.DSMT4" ShapeID="_x0000_i4144" DrawAspect="Content" ObjectID="_1699837428" r:id="rId4613"/>
        </w:object>
      </w:r>
      <w:r w:rsidRPr="00B13C4C">
        <w:rPr>
          <w:rFonts w:ascii="Times New Roman" w:hAnsi="Times New Roman" w:cs="Times New Roman"/>
          <w:sz w:val="24"/>
          <w:szCs w:val="24"/>
        </w:rPr>
        <w:t>.</w:t>
      </w:r>
    </w:p>
    <w:p w14:paraId="1A404CF4"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 xml:space="preserve">Tam giác </w:t>
      </w:r>
      <w:r w:rsidRPr="00B13C4C">
        <w:rPr>
          <w:rFonts w:ascii="Times New Roman" w:hAnsi="Times New Roman" w:cs="Times New Roman"/>
          <w:position w:val="-6"/>
          <w:sz w:val="24"/>
          <w:szCs w:val="24"/>
        </w:rPr>
        <w:object w:dxaOrig="560" w:dyaOrig="279" w14:anchorId="4658CF66">
          <v:shape id="_x0000_i4145" type="#_x0000_t75" style="width:28.2pt;height:13.8pt" o:ole="">
            <v:imagedata r:id="rId4614" o:title=""/>
          </v:shape>
          <o:OLEObject Type="Embed" ProgID="Equation.DSMT4" ShapeID="_x0000_i4145" DrawAspect="Content" ObjectID="_1699837429" r:id="rId4615"/>
        </w:object>
      </w:r>
      <w:r w:rsidRPr="00B13C4C">
        <w:rPr>
          <w:rFonts w:ascii="Times New Roman" w:hAnsi="Times New Roman" w:cs="Times New Roman"/>
          <w:sz w:val="24"/>
          <w:szCs w:val="24"/>
        </w:rPr>
        <w:t xml:space="preserve"> là tam giác đều.</w:t>
      </w:r>
    </w:p>
    <w:p w14:paraId="2FD4ECDB"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 xml:space="preserve">Tam giác </w:t>
      </w:r>
      <w:r w:rsidRPr="00B13C4C">
        <w:rPr>
          <w:rFonts w:ascii="Times New Roman" w:hAnsi="Times New Roman" w:cs="Times New Roman"/>
          <w:position w:val="-6"/>
          <w:sz w:val="24"/>
          <w:szCs w:val="24"/>
        </w:rPr>
        <w:object w:dxaOrig="560" w:dyaOrig="279" w14:anchorId="58196314">
          <v:shape id="_x0000_i4146" type="#_x0000_t75" style="width:28.2pt;height:13.8pt" o:ole="">
            <v:imagedata r:id="rId4616" o:title=""/>
          </v:shape>
          <o:OLEObject Type="Embed" ProgID="Equation.DSMT4" ShapeID="_x0000_i4146" DrawAspect="Content" ObjectID="_1699837430" r:id="rId4617"/>
        </w:object>
      </w:r>
      <w:r w:rsidRPr="00B13C4C">
        <w:rPr>
          <w:rFonts w:ascii="Times New Roman" w:hAnsi="Times New Roman" w:cs="Times New Roman"/>
          <w:sz w:val="24"/>
          <w:szCs w:val="24"/>
        </w:rPr>
        <w:t xml:space="preserve"> là tam giác cân tại </w:t>
      </w:r>
      <w:r w:rsidRPr="00B13C4C">
        <w:rPr>
          <w:rFonts w:ascii="Times New Roman" w:hAnsi="Times New Roman" w:cs="Times New Roman"/>
          <w:position w:val="-4"/>
          <w:sz w:val="24"/>
          <w:szCs w:val="24"/>
        </w:rPr>
        <w:object w:dxaOrig="240" w:dyaOrig="260" w14:anchorId="60FAED1A">
          <v:shape id="_x0000_i4147" type="#_x0000_t75" style="width:12pt;height:13.2pt" o:ole="">
            <v:imagedata r:id="rId4618" o:title=""/>
          </v:shape>
          <o:OLEObject Type="Embed" ProgID="Equation.DSMT4" ShapeID="_x0000_i4147" DrawAspect="Content" ObjectID="_1699837431" r:id="rId4619"/>
        </w:object>
      </w:r>
      <w:r w:rsidRPr="00B13C4C">
        <w:rPr>
          <w:rFonts w:ascii="Times New Roman" w:hAnsi="Times New Roman" w:cs="Times New Roman"/>
          <w:sz w:val="24"/>
          <w:szCs w:val="24"/>
        </w:rPr>
        <w:t>, nhưng không là tam giác vuông.</w:t>
      </w:r>
    </w:p>
    <w:p w14:paraId="168F5A96"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 xml:space="preserve">Tam giác </w:t>
      </w:r>
      <w:r w:rsidRPr="00B13C4C">
        <w:rPr>
          <w:rFonts w:ascii="Times New Roman" w:hAnsi="Times New Roman" w:cs="Times New Roman"/>
          <w:position w:val="-6"/>
          <w:sz w:val="24"/>
          <w:szCs w:val="24"/>
        </w:rPr>
        <w:object w:dxaOrig="560" w:dyaOrig="279" w14:anchorId="1566DB6F">
          <v:shape id="_x0000_i4148" type="#_x0000_t75" style="width:28.2pt;height:13.8pt" o:ole="">
            <v:imagedata r:id="rId4620" o:title=""/>
          </v:shape>
          <o:OLEObject Type="Embed" ProgID="Equation.DSMT4" ShapeID="_x0000_i4148" DrawAspect="Content" ObjectID="_1699837432" r:id="rId4621"/>
        </w:object>
      </w:r>
      <w:r w:rsidRPr="00B13C4C">
        <w:rPr>
          <w:rFonts w:ascii="Times New Roman" w:hAnsi="Times New Roman" w:cs="Times New Roman"/>
          <w:sz w:val="24"/>
          <w:szCs w:val="24"/>
        </w:rPr>
        <w:t xml:space="preserve"> là tam giác vuông tại </w:t>
      </w:r>
      <w:r w:rsidRPr="00B13C4C">
        <w:rPr>
          <w:rFonts w:ascii="Times New Roman" w:hAnsi="Times New Roman" w:cs="Times New Roman"/>
          <w:position w:val="-4"/>
          <w:sz w:val="24"/>
          <w:szCs w:val="24"/>
        </w:rPr>
        <w:object w:dxaOrig="240" w:dyaOrig="260" w14:anchorId="25FCF4C3">
          <v:shape id="_x0000_i4149" type="#_x0000_t75" style="width:12pt;height:13.2pt" o:ole="">
            <v:imagedata r:id="rId4622" o:title=""/>
          </v:shape>
          <o:OLEObject Type="Embed" ProgID="Equation.DSMT4" ShapeID="_x0000_i4149" DrawAspect="Content" ObjectID="_1699837433" r:id="rId4623"/>
        </w:object>
      </w:r>
      <w:r w:rsidRPr="00B13C4C">
        <w:rPr>
          <w:rFonts w:ascii="Times New Roman" w:hAnsi="Times New Roman" w:cs="Times New Roman"/>
          <w:sz w:val="24"/>
          <w:szCs w:val="24"/>
        </w:rPr>
        <w:t>, nhưng không là tam giác cân.</w:t>
      </w:r>
    </w:p>
    <w:p w14:paraId="1492FBD8" w14:textId="77777777" w:rsidR="00B13C4C" w:rsidRPr="00B13C4C" w:rsidRDefault="00B13C4C" w:rsidP="004C6EF1">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tam giác </w:t>
      </w:r>
      <w:r w:rsidRPr="00B13C4C">
        <w:rPr>
          <w:rFonts w:ascii="Times New Roman" w:hAnsi="Times New Roman" w:cs="Times New Roman"/>
          <w:position w:val="-6"/>
          <w:sz w:val="24"/>
          <w:szCs w:val="24"/>
        </w:rPr>
        <w:object w:dxaOrig="560" w:dyaOrig="279" w14:anchorId="7446A298">
          <v:shape id="_x0000_i4150" type="#_x0000_t75" style="width:28.2pt;height:13.8pt" o:ole="">
            <v:imagedata r:id="rId4624" o:title=""/>
          </v:shape>
          <o:OLEObject Type="Embed" ProgID="Equation.DSMT4" ShapeID="_x0000_i4150" DrawAspect="Content" ObjectID="_1699837434" r:id="rId4625"/>
        </w:object>
      </w:r>
      <w:r w:rsidRPr="00B13C4C">
        <w:rPr>
          <w:rFonts w:ascii="Times New Roman" w:hAnsi="Times New Roman" w:cs="Times New Roman"/>
          <w:sz w:val="24"/>
          <w:szCs w:val="24"/>
        </w:rPr>
        <w:t xml:space="preserve"> đều có cạnh bằng </w:t>
      </w:r>
      <w:r w:rsidRPr="00B13C4C">
        <w:rPr>
          <w:rFonts w:ascii="Times New Roman" w:hAnsi="Times New Roman" w:cs="Times New Roman"/>
          <w:position w:val="-10"/>
          <w:sz w:val="24"/>
          <w:szCs w:val="24"/>
        </w:rPr>
        <w:object w:dxaOrig="499" w:dyaOrig="320" w14:anchorId="54D8A58B">
          <v:shape id="_x0000_i4151" type="#_x0000_t75" style="width:25.2pt;height:16.2pt" o:ole="">
            <v:imagedata r:id="rId4626" o:title=""/>
          </v:shape>
          <o:OLEObject Type="Embed" ProgID="Equation.DSMT4" ShapeID="_x0000_i4151" DrawAspect="Content" ObjectID="_1699837435" r:id="rId4627"/>
        </w:object>
      </w:r>
      <w:r w:rsidRPr="00B13C4C">
        <w:rPr>
          <w:rFonts w:ascii="Times New Roman" w:hAnsi="Times New Roman" w:cs="Times New Roman"/>
          <w:sz w:val="24"/>
          <w:szCs w:val="24"/>
        </w:rPr>
        <w:t xml:space="preserve">. Giá trị </w:t>
      </w:r>
      <w:r w:rsidRPr="00B13C4C">
        <w:rPr>
          <w:rFonts w:ascii="Times New Roman" w:hAnsi="Times New Roman" w:cs="Times New Roman"/>
          <w:position w:val="-6"/>
          <w:sz w:val="24"/>
          <w:szCs w:val="24"/>
        </w:rPr>
        <w:object w:dxaOrig="859" w:dyaOrig="340" w14:anchorId="165396F2">
          <v:shape id="_x0000_i4152" type="#_x0000_t75" style="width:43.2pt;height:16.8pt" o:ole="">
            <v:imagedata r:id="rId4628" o:title=""/>
          </v:shape>
          <o:OLEObject Type="Embed" ProgID="Equation.DSMT4" ShapeID="_x0000_i4152" DrawAspect="Content" ObjectID="_1699837436" r:id="rId4629"/>
        </w:object>
      </w:r>
      <w:r w:rsidRPr="00B13C4C">
        <w:rPr>
          <w:rFonts w:ascii="Times New Roman" w:hAnsi="Times New Roman" w:cs="Times New Roman"/>
          <w:sz w:val="24"/>
          <w:szCs w:val="24"/>
        </w:rPr>
        <w:t xml:space="preserve"> bằng</w:t>
      </w:r>
    </w:p>
    <w:p w14:paraId="65D44EA8"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499" w:dyaOrig="320" w14:anchorId="1FD28667">
          <v:shape id="_x0000_i4153" type="#_x0000_t75" style="width:25.2pt;height:16.2pt" o:ole="">
            <v:imagedata r:id="rId4630" o:title=""/>
          </v:shape>
          <o:OLEObject Type="Embed" ProgID="Equation.DSMT4" ShapeID="_x0000_i4153" DrawAspect="Content" ObjectID="_1699837437" r:id="rId463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780" w:dyaOrig="380" w14:anchorId="6A7AD1A4">
          <v:shape id="_x0000_i4154" type="#_x0000_t75" style="width:39pt;height:19.2pt" o:ole="">
            <v:imagedata r:id="rId4632" o:title=""/>
          </v:shape>
          <o:OLEObject Type="Embed" ProgID="Equation.DSMT4" ShapeID="_x0000_i4154" DrawAspect="Content" ObjectID="_1699837438" r:id="rId463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580" w:dyaOrig="320" w14:anchorId="04C97193">
          <v:shape id="_x0000_i4155" type="#_x0000_t75" style="width:28.8pt;height:16.2pt" o:ole="">
            <v:imagedata r:id="rId4634" o:title=""/>
          </v:shape>
          <o:OLEObject Type="Embed" ProgID="Equation.DSMT4" ShapeID="_x0000_i4155" DrawAspect="Content" ObjectID="_1699837439" r:id="rId463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480" w:dyaOrig="320" w14:anchorId="3F16C495">
          <v:shape id="_x0000_i4156" type="#_x0000_t75" style="width:24pt;height:16.2pt" o:ole="">
            <v:imagedata r:id="rId4636" o:title=""/>
          </v:shape>
          <o:OLEObject Type="Embed" ProgID="Equation.DSMT4" ShapeID="_x0000_i4156" DrawAspect="Content" ObjectID="_1699837440" r:id="rId4637"/>
        </w:object>
      </w:r>
      <w:r w:rsidRPr="00B13C4C">
        <w:rPr>
          <w:rFonts w:ascii="Times New Roman" w:hAnsi="Times New Roman" w:cs="Times New Roman"/>
          <w:sz w:val="24"/>
          <w:szCs w:val="24"/>
        </w:rPr>
        <w:t>.</w:t>
      </w:r>
    </w:p>
    <w:p w14:paraId="1CDA5DEC" w14:textId="77777777" w:rsidR="00B13C4C" w:rsidRPr="00B13C4C" w:rsidRDefault="00B13C4C" w:rsidP="004C6EF1">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Hàm số nào dưới đây là hàm số bậc nhất?</w:t>
      </w:r>
    </w:p>
    <w:p w14:paraId="0051E6E1"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160" w:dyaOrig="380" w14:anchorId="67805A19">
          <v:shape id="_x0000_i4157" type="#_x0000_t75" style="width:58.2pt;height:19.2pt" o:ole="">
            <v:imagedata r:id="rId4638" o:title=""/>
          </v:shape>
          <o:OLEObject Type="Embed" ProgID="Equation.DSMT4" ShapeID="_x0000_i4157" DrawAspect="Content" ObjectID="_1699837441" r:id="rId463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320" w:dyaOrig="320" w14:anchorId="420D6658">
          <v:shape id="_x0000_i4158" type="#_x0000_t75" style="width:66pt;height:16.2pt" o:ole="">
            <v:imagedata r:id="rId4640" o:title=""/>
          </v:shape>
          <o:OLEObject Type="Embed" ProgID="Equation.DSMT4" ShapeID="_x0000_i4158" DrawAspect="Content" ObjectID="_1699837442" r:id="rId464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1060" w:dyaOrig="620" w14:anchorId="171C2213">
          <v:shape id="_x0000_i4159" type="#_x0000_t75" style="width:52.8pt;height:31.2pt" o:ole="">
            <v:imagedata r:id="rId4642" o:title=""/>
          </v:shape>
          <o:OLEObject Type="Embed" ProgID="Equation.DSMT4" ShapeID="_x0000_i4159" DrawAspect="Content" ObjectID="_1699837443" r:id="rId464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200" w:dyaOrig="380" w14:anchorId="2D540028">
          <v:shape id="_x0000_i4160" type="#_x0000_t75" style="width:60pt;height:19.2pt" o:ole="">
            <v:imagedata r:id="rId4644" o:title=""/>
          </v:shape>
          <o:OLEObject Type="Embed" ProgID="Equation.DSMT4" ShapeID="_x0000_i4160" DrawAspect="Content" ObjectID="_1699837444" r:id="rId4645"/>
        </w:object>
      </w:r>
      <w:r w:rsidRPr="00B13C4C">
        <w:rPr>
          <w:rFonts w:ascii="Times New Roman" w:hAnsi="Times New Roman" w:cs="Times New Roman"/>
          <w:sz w:val="24"/>
          <w:szCs w:val="24"/>
        </w:rPr>
        <w:t>.</w:t>
      </w:r>
    </w:p>
    <w:p w14:paraId="6112E56E" w14:textId="77777777" w:rsidR="00B13C4C" w:rsidRPr="00B13C4C" w:rsidRDefault="00B13C4C" w:rsidP="004C6EF1">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Mệnh đề phủ định của mệnh đề " </w:t>
      </w:r>
      <w:r w:rsidRPr="00B13C4C">
        <w:rPr>
          <w:rFonts w:ascii="Times New Roman" w:hAnsi="Times New Roman" w:cs="Times New Roman"/>
          <w:position w:val="-6"/>
          <w:sz w:val="24"/>
          <w:szCs w:val="24"/>
        </w:rPr>
        <w:object w:dxaOrig="499" w:dyaOrig="279" w14:anchorId="0A96BC6D">
          <v:shape id="_x0000_i4161" type="#_x0000_t75" style="width:25.2pt;height:13.8pt" o:ole="">
            <v:imagedata r:id="rId4646" o:title=""/>
          </v:shape>
          <o:OLEObject Type="Embed" ProgID="Equation.DSMT4" ShapeID="_x0000_i4161" DrawAspect="Content" ObjectID="_1699837445" r:id="rId4647"/>
        </w:object>
      </w:r>
      <w:r w:rsidRPr="00B13C4C">
        <w:rPr>
          <w:rFonts w:ascii="Times New Roman" w:hAnsi="Times New Roman" w:cs="Times New Roman"/>
          <w:sz w:val="24"/>
          <w:szCs w:val="24"/>
        </w:rPr>
        <w:t xml:space="preserve"> " là</w:t>
      </w:r>
    </w:p>
    <w:p w14:paraId="2CF8A6CC"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 xml:space="preserve">" </w:t>
      </w:r>
      <w:r w:rsidRPr="00B13C4C">
        <w:rPr>
          <w:rFonts w:ascii="Times New Roman" w:hAnsi="Times New Roman" w:cs="Times New Roman"/>
          <w:position w:val="-6"/>
          <w:sz w:val="24"/>
          <w:szCs w:val="24"/>
        </w:rPr>
        <w:object w:dxaOrig="499" w:dyaOrig="279" w14:anchorId="53C7566C">
          <v:shape id="_x0000_i4162" type="#_x0000_t75" style="width:25.2pt;height:13.8pt" o:ole="">
            <v:imagedata r:id="rId4648" o:title=""/>
          </v:shape>
          <o:OLEObject Type="Embed" ProgID="Equation.DSMT4" ShapeID="_x0000_i4162" DrawAspect="Content" ObjectID="_1699837446" r:id="rId4649"/>
        </w:object>
      </w:r>
      <w:r w:rsidRPr="00B13C4C">
        <w:rPr>
          <w:rFonts w:ascii="Times New Roman" w:hAnsi="Times New Roman" w:cs="Times New Roman"/>
          <w:sz w:val="24"/>
          <w:szCs w:val="24"/>
        </w:rPr>
        <w:t xml:space="preserve"> ".</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 xml:space="preserve">“ </w:t>
      </w:r>
      <w:r w:rsidRPr="00B13C4C">
        <w:rPr>
          <w:rFonts w:ascii="Times New Roman" w:hAnsi="Times New Roman" w:cs="Times New Roman"/>
          <w:position w:val="-6"/>
          <w:sz w:val="24"/>
          <w:szCs w:val="24"/>
        </w:rPr>
        <w:object w:dxaOrig="499" w:dyaOrig="279" w14:anchorId="214B4940">
          <v:shape id="_x0000_i4163" type="#_x0000_t75" style="width:25.2pt;height:13.8pt" o:ole="">
            <v:imagedata r:id="rId4650" o:title=""/>
          </v:shape>
          <o:OLEObject Type="Embed" ProgID="Equation.DSMT4" ShapeID="_x0000_i4163" DrawAspect="Content" ObjectID="_1699837447" r:id="rId4651"/>
        </w:object>
      </w:r>
      <w:r w:rsidRPr="00B13C4C">
        <w:rPr>
          <w:rFonts w:ascii="Times New Roman" w:hAnsi="Times New Roman" w:cs="Times New Roman"/>
          <w:sz w:val="24"/>
          <w:szCs w:val="24"/>
        </w:rPr>
        <w:t xml:space="preserve"> ".</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“5= 1".</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 xml:space="preserve">" </w:t>
      </w:r>
      <w:r w:rsidRPr="00B13C4C">
        <w:rPr>
          <w:rFonts w:ascii="Times New Roman" w:hAnsi="Times New Roman" w:cs="Times New Roman"/>
          <w:position w:val="-6"/>
          <w:sz w:val="24"/>
          <w:szCs w:val="24"/>
        </w:rPr>
        <w:object w:dxaOrig="360" w:dyaOrig="279" w14:anchorId="6045D1D2">
          <v:shape id="_x0000_i4164" type="#_x0000_t75" style="width:18pt;height:13.8pt" o:ole="">
            <v:imagedata r:id="rId4652" o:title=""/>
          </v:shape>
          <o:OLEObject Type="Embed" ProgID="Equation.DSMT4" ShapeID="_x0000_i4164" DrawAspect="Content" ObjectID="_1699837448" r:id="rId4653"/>
        </w:object>
      </w:r>
      <w:r w:rsidRPr="00B13C4C">
        <w:rPr>
          <w:rFonts w:ascii="Times New Roman" w:hAnsi="Times New Roman" w:cs="Times New Roman"/>
          <w:sz w:val="24"/>
          <w:szCs w:val="24"/>
        </w:rPr>
        <w:t xml:space="preserve"> ".</w:t>
      </w:r>
    </w:p>
    <w:p w14:paraId="5A23AF4F" w14:textId="77777777" w:rsidR="00B13C4C" w:rsidRPr="00B13C4C" w:rsidRDefault="00B13C4C" w:rsidP="004C6EF1">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Tập </w:t>
      </w:r>
      <w:r w:rsidRPr="00B13C4C">
        <w:rPr>
          <w:rFonts w:ascii="Times New Roman" w:hAnsi="Times New Roman" w:cs="Times New Roman"/>
          <w:position w:val="-10"/>
          <w:sz w:val="24"/>
          <w:szCs w:val="24"/>
        </w:rPr>
        <w:object w:dxaOrig="2100" w:dyaOrig="320" w14:anchorId="718F609E">
          <v:shape id="_x0000_i4165" type="#_x0000_t75" style="width:105pt;height:16.2pt" o:ole="">
            <v:imagedata r:id="rId4654" o:title=""/>
          </v:shape>
          <o:OLEObject Type="Embed" ProgID="Equation.DSMT4" ShapeID="_x0000_i4165" DrawAspect="Content" ObjectID="_1699837449" r:id="rId4655"/>
        </w:object>
      </w:r>
      <w:r w:rsidRPr="00B13C4C">
        <w:rPr>
          <w:rFonts w:ascii="Times New Roman" w:hAnsi="Times New Roman" w:cs="Times New Roman"/>
          <w:sz w:val="24"/>
          <w:szCs w:val="24"/>
        </w:rPr>
        <w:t xml:space="preserve"> bằng tập nào trong các tập sau?</w:t>
      </w:r>
    </w:p>
    <w:p w14:paraId="26094351"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499" w:dyaOrig="320" w14:anchorId="247A8CDA">
          <v:shape id="_x0000_i4166" type="#_x0000_t75" style="width:25.2pt;height:16.2pt" o:ole="">
            <v:imagedata r:id="rId4656" o:title=""/>
          </v:shape>
          <o:OLEObject Type="Embed" ProgID="Equation.DSMT4" ShapeID="_x0000_i4166" DrawAspect="Content" ObjectID="_1699837450" r:id="rId465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499" w:dyaOrig="320" w14:anchorId="0C7A5FFD">
          <v:shape id="_x0000_i4167" type="#_x0000_t75" style="width:25.2pt;height:16.2pt" o:ole="">
            <v:imagedata r:id="rId4658" o:title=""/>
          </v:shape>
          <o:OLEObject Type="Embed" ProgID="Equation.DSMT4" ShapeID="_x0000_i4167" DrawAspect="Content" ObjectID="_1699837451" r:id="rId465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499" w:dyaOrig="320" w14:anchorId="4DC129C0">
          <v:shape id="_x0000_i4168" type="#_x0000_t75" style="width:25.2pt;height:16.2pt" o:ole="">
            <v:imagedata r:id="rId4660" o:title=""/>
          </v:shape>
          <o:OLEObject Type="Embed" ProgID="Equation.DSMT4" ShapeID="_x0000_i4168" DrawAspect="Content" ObjectID="_1699837452" r:id="rId466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520" w:dyaOrig="320" w14:anchorId="066B977A">
          <v:shape id="_x0000_i4169" type="#_x0000_t75" style="width:25.8pt;height:16.2pt" o:ole="">
            <v:imagedata r:id="rId4662" o:title=""/>
          </v:shape>
          <o:OLEObject Type="Embed" ProgID="Equation.DSMT4" ShapeID="_x0000_i4169" DrawAspect="Content" ObjectID="_1699837453" r:id="rId4663"/>
        </w:object>
      </w:r>
      <w:r w:rsidRPr="00B13C4C">
        <w:rPr>
          <w:rFonts w:ascii="Times New Roman" w:hAnsi="Times New Roman" w:cs="Times New Roman"/>
          <w:sz w:val="24"/>
          <w:szCs w:val="24"/>
        </w:rPr>
        <w:t>.</w:t>
      </w:r>
    </w:p>
    <w:p w14:paraId="4C683731" w14:textId="77777777" w:rsidR="00B13C4C" w:rsidRPr="00B13C4C" w:rsidRDefault="00B13C4C" w:rsidP="004C6EF1">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hai tập hợp </w:t>
      </w:r>
      <w:r w:rsidRPr="00B13C4C">
        <w:rPr>
          <w:rFonts w:ascii="Times New Roman" w:hAnsi="Times New Roman" w:cs="Times New Roman"/>
          <w:position w:val="-10"/>
          <w:sz w:val="24"/>
          <w:szCs w:val="24"/>
        </w:rPr>
        <w:object w:dxaOrig="1200" w:dyaOrig="320" w14:anchorId="689EC5EF">
          <v:shape id="_x0000_i4170" type="#_x0000_t75" style="width:60pt;height:16.2pt" o:ole="">
            <v:imagedata r:id="rId4664" o:title=""/>
          </v:shape>
          <o:OLEObject Type="Embed" ProgID="Equation.DSMT4" ShapeID="_x0000_i4170" DrawAspect="Content" ObjectID="_1699837454" r:id="rId4665"/>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1219" w:dyaOrig="320" w14:anchorId="2E1C5EE2">
          <v:shape id="_x0000_i4171" type="#_x0000_t75" style="width:61.2pt;height:16.2pt" o:ole="">
            <v:imagedata r:id="rId4666" o:title=""/>
          </v:shape>
          <o:OLEObject Type="Embed" ProgID="Equation.DSMT4" ShapeID="_x0000_i4171" DrawAspect="Content" ObjectID="_1699837455" r:id="rId4667"/>
        </w:object>
      </w:r>
      <w:r w:rsidRPr="00B13C4C">
        <w:rPr>
          <w:rFonts w:ascii="Times New Roman" w:hAnsi="Times New Roman" w:cs="Times New Roman"/>
          <w:sz w:val="24"/>
          <w:szCs w:val="24"/>
        </w:rPr>
        <w:t xml:space="preserve">. Tập hợp </w:t>
      </w:r>
      <w:r w:rsidRPr="00B13C4C">
        <w:rPr>
          <w:rFonts w:ascii="Times New Roman" w:hAnsi="Times New Roman" w:cs="Times New Roman"/>
          <w:position w:val="-6"/>
          <w:sz w:val="24"/>
          <w:szCs w:val="24"/>
        </w:rPr>
        <w:object w:dxaOrig="780" w:dyaOrig="279" w14:anchorId="1170BDA6">
          <v:shape id="_x0000_i4172" type="#_x0000_t75" style="width:39pt;height:13.8pt" o:ole="">
            <v:imagedata r:id="rId4668" o:title=""/>
          </v:shape>
          <o:OLEObject Type="Embed" ProgID="Equation.DSMT4" ShapeID="_x0000_i4172" DrawAspect="Content" ObjectID="_1699837456" r:id="rId4669"/>
        </w:object>
      </w:r>
      <w:r w:rsidRPr="00B13C4C">
        <w:rPr>
          <w:rFonts w:ascii="Times New Roman" w:hAnsi="Times New Roman" w:cs="Times New Roman"/>
          <w:sz w:val="24"/>
          <w:szCs w:val="24"/>
        </w:rPr>
        <w:t xml:space="preserve"> có bao nhiêu phần tử?</w:t>
      </w:r>
    </w:p>
    <w:p w14:paraId="551A388D"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5.</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6.</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4.</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2.</w:t>
      </w:r>
    </w:p>
    <w:p w14:paraId="69F86CAF" w14:textId="77777777" w:rsidR="00B13C4C" w:rsidRPr="00B13C4C" w:rsidRDefault="00B13C4C" w:rsidP="004C6EF1">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hai tập hợp </w:t>
      </w:r>
      <w:r w:rsidRPr="00B13C4C">
        <w:rPr>
          <w:rFonts w:ascii="Times New Roman" w:hAnsi="Times New Roman" w:cs="Times New Roman"/>
          <w:position w:val="-10"/>
          <w:sz w:val="24"/>
          <w:szCs w:val="24"/>
        </w:rPr>
        <w:object w:dxaOrig="3260" w:dyaOrig="320" w14:anchorId="2D284FF7">
          <v:shape id="_x0000_i4173" type="#_x0000_t75" style="width:163.2pt;height:16.2pt" o:ole="">
            <v:imagedata r:id="rId4670" o:title=""/>
          </v:shape>
          <o:OLEObject Type="Embed" ProgID="Equation.DSMT4" ShapeID="_x0000_i4173" DrawAspect="Content" ObjectID="_1699837457" r:id="rId4671"/>
        </w:object>
      </w:r>
      <w:r w:rsidRPr="00B13C4C">
        <w:rPr>
          <w:rFonts w:ascii="Times New Roman" w:hAnsi="Times New Roman" w:cs="Times New Roman"/>
          <w:sz w:val="24"/>
          <w:szCs w:val="24"/>
        </w:rPr>
        <w:t>. Mệnh đề nào sau đây đúng?</w:t>
      </w:r>
    </w:p>
    <w:p w14:paraId="7A6E7240"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180" w:dyaOrig="320" w14:anchorId="7E907538">
          <v:shape id="_x0000_i4174" type="#_x0000_t75" style="width:58.8pt;height:16.2pt" o:ole="">
            <v:imagedata r:id="rId4672" o:title=""/>
          </v:shape>
          <o:OLEObject Type="Embed" ProgID="Equation.DSMT4" ShapeID="_x0000_i4174" DrawAspect="Content" ObjectID="_1699837458" r:id="rId467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1080" w:dyaOrig="279" w14:anchorId="06EDD1EB">
          <v:shape id="_x0000_i4175" type="#_x0000_t75" style="width:54pt;height:13.8pt" o:ole="">
            <v:imagedata r:id="rId4674" o:title=""/>
          </v:shape>
          <o:OLEObject Type="Embed" ProgID="Equation.DSMT4" ShapeID="_x0000_i4175" DrawAspect="Content" ObjectID="_1699837459" r:id="rId467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340" w:dyaOrig="320" w14:anchorId="6C9ADF7D">
          <v:shape id="_x0000_i4176" type="#_x0000_t75" style="width:67.2pt;height:16.2pt" o:ole="">
            <v:imagedata r:id="rId4676" o:title=""/>
          </v:shape>
          <o:OLEObject Type="Embed" ProgID="Equation.DSMT4" ShapeID="_x0000_i4176" DrawAspect="Content" ObjectID="_1699837460" r:id="rId467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160" w:dyaOrig="320" w14:anchorId="0C7CA451">
          <v:shape id="_x0000_i4177" type="#_x0000_t75" style="width:58.2pt;height:16.2pt" o:ole="">
            <v:imagedata r:id="rId4678" o:title=""/>
          </v:shape>
          <o:OLEObject Type="Embed" ProgID="Equation.DSMT4" ShapeID="_x0000_i4177" DrawAspect="Content" ObjectID="_1699837461" r:id="rId4679"/>
        </w:object>
      </w:r>
      <w:r w:rsidRPr="00B13C4C">
        <w:rPr>
          <w:rFonts w:ascii="Times New Roman" w:hAnsi="Times New Roman" w:cs="Times New Roman"/>
          <w:sz w:val="24"/>
          <w:szCs w:val="24"/>
        </w:rPr>
        <w:t>.</w:t>
      </w:r>
    </w:p>
    <w:p w14:paraId="7A220B0A" w14:textId="77777777" w:rsidR="00B13C4C" w:rsidRPr="00B13C4C" w:rsidRDefault="00B13C4C" w:rsidP="004C6EF1">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lastRenderedPageBreak/>
        <w:t>Câu 31: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w:t>
      </w:r>
      <w:r w:rsidRPr="00B13C4C">
        <w:rPr>
          <w:rFonts w:ascii="Times New Roman" w:hAnsi="Times New Roman" w:cs="Times New Roman"/>
          <w:position w:val="-10"/>
          <w:sz w:val="24"/>
          <w:szCs w:val="24"/>
        </w:rPr>
        <w:object w:dxaOrig="2140" w:dyaOrig="320" w14:anchorId="24B86C1A">
          <v:shape id="_x0000_i4178" type="#_x0000_t75" style="width:106.8pt;height:16.2pt" o:ole="">
            <v:imagedata r:id="rId4680" o:title=""/>
          </v:shape>
          <o:OLEObject Type="Embed" ProgID="Equation.DSMT4" ShapeID="_x0000_i4178" DrawAspect="Content" ObjectID="_1699837462" r:id="rId4681"/>
        </w:object>
      </w:r>
      <w:r w:rsidRPr="00B13C4C">
        <w:rPr>
          <w:rFonts w:ascii="Times New Roman" w:hAnsi="Times New Roman" w:cs="Times New Roman"/>
          <w:sz w:val="24"/>
          <w:szCs w:val="24"/>
        </w:rPr>
        <w:t>. Khẳng định nào sau đây đúng?</w:t>
      </w:r>
    </w:p>
    <w:p w14:paraId="070E8056"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200" w:dyaOrig="320" w14:anchorId="5217EF85">
          <v:shape id="_x0000_i4179" type="#_x0000_t75" style="width:60pt;height:16.2pt" o:ole="">
            <v:imagedata r:id="rId4682" o:title=""/>
          </v:shape>
          <o:OLEObject Type="Embed" ProgID="Equation.DSMT4" ShapeID="_x0000_i4179" DrawAspect="Content" ObjectID="_1699837463" r:id="rId468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280" w:dyaOrig="320" w14:anchorId="7B4CA57E">
          <v:shape id="_x0000_i4180" type="#_x0000_t75" style="width:64.2pt;height:16.2pt" o:ole="">
            <v:imagedata r:id="rId4684" o:title=""/>
          </v:shape>
          <o:OLEObject Type="Embed" ProgID="Equation.DSMT4" ShapeID="_x0000_i4180" DrawAspect="Content" ObjectID="_1699837464" r:id="rId468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160" w:dyaOrig="320" w14:anchorId="4675CD5B">
          <v:shape id="_x0000_i4181" type="#_x0000_t75" style="width:58.2pt;height:16.2pt" o:ole="">
            <v:imagedata r:id="rId4686" o:title=""/>
          </v:shape>
          <o:OLEObject Type="Embed" ProgID="Equation.DSMT4" ShapeID="_x0000_i4181" DrawAspect="Content" ObjectID="_1699837465" r:id="rId468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100" w:dyaOrig="320" w14:anchorId="3053FC31">
          <v:shape id="_x0000_i4182" type="#_x0000_t75" style="width:55.2pt;height:16.2pt" o:ole="">
            <v:imagedata r:id="rId4688" o:title=""/>
          </v:shape>
          <o:OLEObject Type="Embed" ProgID="Equation.DSMT4" ShapeID="_x0000_i4182" DrawAspect="Content" ObjectID="_1699837466" r:id="rId4689"/>
        </w:object>
      </w:r>
      <w:r w:rsidRPr="00B13C4C">
        <w:rPr>
          <w:rFonts w:ascii="Times New Roman" w:hAnsi="Times New Roman" w:cs="Times New Roman"/>
          <w:sz w:val="24"/>
          <w:szCs w:val="24"/>
        </w:rPr>
        <w:t>.</w:t>
      </w:r>
    </w:p>
    <w:p w14:paraId="525E26E7" w14:textId="77777777" w:rsidR="00B13C4C" w:rsidRPr="00B13C4C" w:rsidRDefault="00B13C4C" w:rsidP="004C6EF1">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Tập xác định của hàm số </w:t>
      </w:r>
      <w:r w:rsidRPr="00B13C4C">
        <w:rPr>
          <w:rFonts w:ascii="Times New Roman" w:hAnsi="Times New Roman" w:cs="Times New Roman"/>
          <w:position w:val="-24"/>
          <w:sz w:val="24"/>
          <w:szCs w:val="24"/>
        </w:rPr>
        <w:object w:dxaOrig="1180" w:dyaOrig="620" w14:anchorId="20FEBF5E">
          <v:shape id="_x0000_i4183" type="#_x0000_t75" style="width:58.8pt;height:31.2pt" o:ole="">
            <v:imagedata r:id="rId4690" o:title=""/>
          </v:shape>
          <o:OLEObject Type="Embed" ProgID="Equation.DSMT4" ShapeID="_x0000_i4183" DrawAspect="Content" ObjectID="_1699837467" r:id="rId4691"/>
        </w:object>
      </w:r>
      <w:r w:rsidRPr="00B13C4C">
        <w:rPr>
          <w:rFonts w:ascii="Times New Roman" w:hAnsi="Times New Roman" w:cs="Times New Roman"/>
          <w:sz w:val="24"/>
          <w:szCs w:val="24"/>
        </w:rPr>
        <w:t xml:space="preserve"> là</w:t>
      </w:r>
    </w:p>
    <w:p w14:paraId="01074696"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160" w:dyaOrig="320" w14:anchorId="68002B46">
          <v:shape id="_x0000_i4184" type="#_x0000_t75" style="width:58.2pt;height:16.2pt" o:ole="">
            <v:imagedata r:id="rId4692" o:title=""/>
          </v:shape>
          <o:OLEObject Type="Embed" ProgID="Equation.DSMT4" ShapeID="_x0000_i4184" DrawAspect="Content" ObjectID="_1699837468" r:id="rId469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700" w:dyaOrig="320" w14:anchorId="69890A1F">
          <v:shape id="_x0000_i4185" type="#_x0000_t75" style="width:34.8pt;height:16.2pt" o:ole="">
            <v:imagedata r:id="rId4694" o:title=""/>
          </v:shape>
          <o:OLEObject Type="Embed" ProgID="Equation.DSMT4" ShapeID="_x0000_i4185" DrawAspect="Content" ObjectID="_1699837469" r:id="rId469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900" w:dyaOrig="320" w14:anchorId="49564477">
          <v:shape id="_x0000_i4186" type="#_x0000_t75" style="width:45pt;height:16.2pt" o:ole="">
            <v:imagedata r:id="rId4696" o:title=""/>
          </v:shape>
          <o:OLEObject Type="Embed" ProgID="Equation.DSMT4" ShapeID="_x0000_i4186" DrawAspect="Content" ObjectID="_1699837470" r:id="rId469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900" w:dyaOrig="320" w14:anchorId="0D8D7714">
          <v:shape id="_x0000_i4187" type="#_x0000_t75" style="width:45pt;height:16.2pt" o:ole="">
            <v:imagedata r:id="rId4698" o:title=""/>
          </v:shape>
          <o:OLEObject Type="Embed" ProgID="Equation.DSMT4" ShapeID="_x0000_i4187" DrawAspect="Content" ObjectID="_1699837471" r:id="rId4699"/>
        </w:object>
      </w:r>
      <w:r w:rsidRPr="00B13C4C">
        <w:rPr>
          <w:rFonts w:ascii="Times New Roman" w:hAnsi="Times New Roman" w:cs="Times New Roman"/>
          <w:sz w:val="24"/>
          <w:szCs w:val="24"/>
        </w:rPr>
        <w:t>.</w:t>
      </w:r>
    </w:p>
    <w:p w14:paraId="0F2B93BB" w14:textId="77777777" w:rsidR="00B13C4C" w:rsidRPr="00B13C4C" w:rsidRDefault="00B13C4C" w:rsidP="004C6EF1">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Trong các hàm số sau, hàm số nào là hàm số chẳn?</w:t>
      </w:r>
    </w:p>
    <w:p w14:paraId="15CF18FF"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999" w:dyaOrig="360" w14:anchorId="071DF8AF">
          <v:shape id="_x0000_i4188" type="#_x0000_t75" style="width:49.8pt;height:18pt" o:ole="">
            <v:imagedata r:id="rId4700" o:title=""/>
          </v:shape>
          <o:OLEObject Type="Embed" ProgID="Equation.DSMT4" ShapeID="_x0000_i4188" DrawAspect="Content" ObjectID="_1699837472" r:id="rId470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140" w:dyaOrig="360" w14:anchorId="23DA10D1">
          <v:shape id="_x0000_i4189" type="#_x0000_t75" style="width:57pt;height:18pt" o:ole="">
            <v:imagedata r:id="rId4702" o:title=""/>
          </v:shape>
          <o:OLEObject Type="Embed" ProgID="Equation.DSMT4" ShapeID="_x0000_i4189" DrawAspect="Content" ObjectID="_1699837473" r:id="rId470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639" w:dyaOrig="360" w14:anchorId="7FC3E116">
          <v:shape id="_x0000_i4190" type="#_x0000_t75" style="width:31.8pt;height:18pt" o:ole="">
            <v:imagedata r:id="rId4704" o:title=""/>
          </v:shape>
          <o:OLEObject Type="Embed" ProgID="Equation.DSMT4" ShapeID="_x0000_i4190" DrawAspect="Content" ObjectID="_1699837474" r:id="rId470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660" w:dyaOrig="360" w14:anchorId="189F0DEB">
          <v:shape id="_x0000_i4191" type="#_x0000_t75" style="width:33pt;height:18pt" o:ole="">
            <v:imagedata r:id="rId4706" o:title=""/>
          </v:shape>
          <o:OLEObject Type="Embed" ProgID="Equation.DSMT4" ShapeID="_x0000_i4191" DrawAspect="Content" ObjectID="_1699837475" r:id="rId4707"/>
        </w:object>
      </w:r>
      <w:r w:rsidRPr="00B13C4C">
        <w:rPr>
          <w:rFonts w:ascii="Times New Roman" w:hAnsi="Times New Roman" w:cs="Times New Roman"/>
          <w:sz w:val="24"/>
          <w:szCs w:val="24"/>
        </w:rPr>
        <w:t>.</w:t>
      </w:r>
    </w:p>
    <w:p w14:paraId="44FEA61F" w14:textId="77777777" w:rsidR="00B13C4C" w:rsidRPr="00B13C4C" w:rsidRDefault="00B13C4C" w:rsidP="004C6EF1">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Điều kiện xác định của phương trình </w:t>
      </w:r>
      <w:r w:rsidRPr="00B13C4C">
        <w:rPr>
          <w:rFonts w:ascii="Times New Roman" w:hAnsi="Times New Roman" w:cs="Times New Roman"/>
          <w:position w:val="-8"/>
          <w:sz w:val="24"/>
          <w:szCs w:val="24"/>
        </w:rPr>
        <w:object w:dxaOrig="2380" w:dyaOrig="360" w14:anchorId="28E5ACD7">
          <v:shape id="_x0000_i4192" type="#_x0000_t75" style="width:118.8pt;height:18pt" o:ole="">
            <v:imagedata r:id="rId4708" o:title=""/>
          </v:shape>
          <o:OLEObject Type="Embed" ProgID="Equation.DSMT4" ShapeID="_x0000_i4192" DrawAspect="Content" ObjectID="_1699837476" r:id="rId4709"/>
        </w:object>
      </w:r>
      <w:r w:rsidRPr="00B13C4C">
        <w:rPr>
          <w:rFonts w:ascii="Times New Roman" w:hAnsi="Times New Roman" w:cs="Times New Roman"/>
          <w:sz w:val="24"/>
          <w:szCs w:val="24"/>
        </w:rPr>
        <w:t xml:space="preserve"> là</w:t>
      </w:r>
    </w:p>
    <w:p w14:paraId="7837CD49"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499" w:dyaOrig="279" w14:anchorId="0E247DFD">
          <v:shape id="_x0000_i4193" type="#_x0000_t75" style="width:25.2pt;height:13.8pt" o:ole="">
            <v:imagedata r:id="rId4710" o:title=""/>
          </v:shape>
          <o:OLEObject Type="Embed" ProgID="Equation.DSMT4" ShapeID="_x0000_i4193" DrawAspect="Content" ObjectID="_1699837477" r:id="rId471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560" w:dyaOrig="279" w14:anchorId="29020A22">
          <v:shape id="_x0000_i4194" type="#_x0000_t75" style="width:28.2pt;height:13.8pt" o:ole="">
            <v:imagedata r:id="rId4712" o:title=""/>
          </v:shape>
          <o:OLEObject Type="Embed" ProgID="Equation.DSMT4" ShapeID="_x0000_i4194" DrawAspect="Content" ObjectID="_1699837478" r:id="rId471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540" w:dyaOrig="279" w14:anchorId="4E4B8F2B">
          <v:shape id="_x0000_i4195" type="#_x0000_t75" style="width:27pt;height:13.8pt" o:ole="">
            <v:imagedata r:id="rId4714" o:title=""/>
          </v:shape>
          <o:OLEObject Type="Embed" ProgID="Equation.DSMT4" ShapeID="_x0000_i4195" DrawAspect="Content" ObjectID="_1699837479" r:id="rId471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540" w:dyaOrig="279" w14:anchorId="43C05623">
          <v:shape id="_x0000_i4196" type="#_x0000_t75" style="width:27pt;height:13.8pt" o:ole="">
            <v:imagedata r:id="rId4716" o:title=""/>
          </v:shape>
          <o:OLEObject Type="Embed" ProgID="Equation.DSMT4" ShapeID="_x0000_i4196" DrawAspect="Content" ObjectID="_1699837480" r:id="rId4717"/>
        </w:object>
      </w:r>
      <w:r w:rsidRPr="00B13C4C">
        <w:rPr>
          <w:rFonts w:ascii="Times New Roman" w:hAnsi="Times New Roman" w:cs="Times New Roman"/>
          <w:sz w:val="24"/>
          <w:szCs w:val="24"/>
        </w:rPr>
        <w:t>.</w:t>
      </w:r>
    </w:p>
    <w:p w14:paraId="0FCB5FC2" w14:textId="77777777" w:rsidR="00B13C4C" w:rsidRPr="00B13C4C" w:rsidRDefault="00B13C4C" w:rsidP="004C6EF1">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tam giác </w:t>
      </w:r>
      <w:r w:rsidRPr="00B13C4C">
        <w:rPr>
          <w:rFonts w:ascii="Times New Roman" w:hAnsi="Times New Roman" w:cs="Times New Roman"/>
          <w:position w:val="-6"/>
          <w:sz w:val="24"/>
          <w:szCs w:val="24"/>
        </w:rPr>
        <w:object w:dxaOrig="560" w:dyaOrig="279" w14:anchorId="44B55DAC">
          <v:shape id="_x0000_i4197" type="#_x0000_t75" style="width:28.2pt;height:13.8pt" o:ole="">
            <v:imagedata r:id="rId4718" o:title=""/>
          </v:shape>
          <o:OLEObject Type="Embed" ProgID="Equation.DSMT4" ShapeID="_x0000_i4197" DrawAspect="Content" ObjectID="_1699837481" r:id="rId4719"/>
        </w:object>
      </w:r>
      <w:r w:rsidRPr="00B13C4C">
        <w:rPr>
          <w:rFonts w:ascii="Times New Roman" w:hAnsi="Times New Roman" w:cs="Times New Roman"/>
          <w:sz w:val="24"/>
          <w:szCs w:val="24"/>
        </w:rPr>
        <w:t xml:space="preserve"> đều cạnh </w:t>
      </w:r>
      <w:r w:rsidRPr="00B13C4C">
        <w:rPr>
          <w:rFonts w:ascii="Times New Roman" w:hAnsi="Times New Roman" w:cs="Times New Roman"/>
          <w:position w:val="-6"/>
          <w:sz w:val="24"/>
          <w:szCs w:val="24"/>
        </w:rPr>
        <w:object w:dxaOrig="200" w:dyaOrig="220" w14:anchorId="7CD76AF8">
          <v:shape id="_x0000_i4198" type="#_x0000_t75" style="width:10.2pt;height:10.8pt" o:ole="">
            <v:imagedata r:id="rId4720" o:title=""/>
          </v:shape>
          <o:OLEObject Type="Embed" ProgID="Equation.DSMT4" ShapeID="_x0000_i4198" DrawAspect="Content" ObjectID="_1699837482" r:id="rId4721"/>
        </w:object>
      </w:r>
      <w:r w:rsidRPr="00B13C4C">
        <w:rPr>
          <w:rFonts w:ascii="Times New Roman" w:hAnsi="Times New Roman" w:cs="Times New Roman"/>
          <w:sz w:val="24"/>
          <w:szCs w:val="24"/>
        </w:rPr>
        <w:t>, mệnh đề nào sau đây sai?</w:t>
      </w:r>
    </w:p>
    <w:p w14:paraId="0825613C" w14:textId="77777777" w:rsidR="00B13C4C" w:rsidRPr="00B13C4C" w:rsidRDefault="00B13C4C" w:rsidP="004C6EF1">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200" w:dyaOrig="380" w14:anchorId="6F2FA3FA">
          <v:shape id="_x0000_i4199" type="#_x0000_t75" style="width:60pt;height:19.2pt" o:ole="">
            <v:imagedata r:id="rId4722" o:title=""/>
          </v:shape>
          <o:OLEObject Type="Embed" ProgID="Equation.DSMT4" ShapeID="_x0000_i4199" DrawAspect="Content" ObjectID="_1699837483" r:id="rId472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780" w:dyaOrig="279" w14:anchorId="11B29FA4">
          <v:shape id="_x0000_i4200" type="#_x0000_t75" style="width:39pt;height:13.8pt" o:ole="">
            <v:imagedata r:id="rId4724" o:title=""/>
          </v:shape>
          <o:OLEObject Type="Embed" ProgID="Equation.DSMT4" ShapeID="_x0000_i4200" DrawAspect="Content" ObjectID="_1699837484" r:id="rId472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980" w:dyaOrig="340" w14:anchorId="0CA306C3">
          <v:shape id="_x0000_i4201" type="#_x0000_t75" style="width:49.2pt;height:16.8pt" o:ole="">
            <v:imagedata r:id="rId4726" o:title=""/>
          </v:shape>
          <o:OLEObject Type="Embed" ProgID="Equation.DSMT4" ShapeID="_x0000_i4201" DrawAspect="Content" ObjectID="_1699837485" r:id="rId472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880" w:dyaOrig="380" w14:anchorId="65471272">
          <v:shape id="_x0000_i4202" type="#_x0000_t75" style="width:43.8pt;height:19.2pt" o:ole="">
            <v:imagedata r:id="rId4728" o:title=""/>
          </v:shape>
          <o:OLEObject Type="Embed" ProgID="Equation.DSMT4" ShapeID="_x0000_i4202" DrawAspect="Content" ObjectID="_1699837486" r:id="rId4729"/>
        </w:object>
      </w:r>
      <w:r w:rsidRPr="00B13C4C">
        <w:rPr>
          <w:rFonts w:ascii="Times New Roman" w:hAnsi="Times New Roman" w:cs="Times New Roman"/>
          <w:sz w:val="24"/>
          <w:szCs w:val="24"/>
        </w:rPr>
        <w:t>.</w:t>
      </w:r>
    </w:p>
    <w:p w14:paraId="1D0FE06A" w14:textId="77777777" w:rsidR="00B13C4C" w:rsidRPr="00B13C4C" w:rsidRDefault="00B13C4C" w:rsidP="004C6EF1">
      <w:pPr>
        <w:ind w:left="992"/>
        <w:rPr>
          <w:rFonts w:ascii="Times New Roman" w:hAnsi="Times New Roman" w:cs="Times New Roman"/>
          <w:sz w:val="24"/>
          <w:szCs w:val="24"/>
        </w:rPr>
      </w:pPr>
      <w:r w:rsidRPr="00B13C4C">
        <w:rPr>
          <w:rFonts w:ascii="Times New Roman" w:hAnsi="Times New Roman" w:cs="Times New Roman"/>
          <w:b/>
          <w:sz w:val="24"/>
          <w:szCs w:val="24"/>
        </w:rPr>
        <w:t>Phần II: Tự luận</w:t>
      </w:r>
    </w:p>
    <w:p w14:paraId="0520FD08" w14:textId="77777777" w:rsidR="00B13C4C" w:rsidRPr="00B13C4C" w:rsidRDefault="00B13C4C" w:rsidP="004C6EF1">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1: </w:t>
      </w:r>
      <w:r w:rsidRPr="00B13C4C">
        <w:rPr>
          <w:rFonts w:ascii="Times New Roman" w:hAnsi="Times New Roman" w:cs="Times New Roman"/>
          <w:sz w:val="24"/>
          <w:szCs w:val="24"/>
        </w:rPr>
        <w:t xml:space="preserve">Xét tính chẳn lẻ của hàm số </w:t>
      </w:r>
      <w:r w:rsidRPr="00B13C4C">
        <w:rPr>
          <w:rFonts w:ascii="Times New Roman" w:hAnsi="Times New Roman" w:cs="Times New Roman"/>
          <w:position w:val="-10"/>
          <w:sz w:val="24"/>
          <w:szCs w:val="24"/>
        </w:rPr>
        <w:object w:dxaOrig="1680" w:dyaOrig="360" w14:anchorId="729B94AD">
          <v:shape id="_x0000_i4203" type="#_x0000_t75" style="width:84pt;height:18pt" o:ole="">
            <v:imagedata r:id="rId4730" o:title=""/>
          </v:shape>
          <o:OLEObject Type="Embed" ProgID="Equation.DSMT4" ShapeID="_x0000_i4203" DrawAspect="Content" ObjectID="_1699837487" r:id="rId4731"/>
        </w:object>
      </w:r>
      <w:r w:rsidRPr="00B13C4C">
        <w:rPr>
          <w:rFonts w:ascii="Times New Roman" w:hAnsi="Times New Roman" w:cs="Times New Roman"/>
          <w:sz w:val="24"/>
          <w:szCs w:val="24"/>
        </w:rPr>
        <w:t>.</w:t>
      </w:r>
    </w:p>
    <w:p w14:paraId="5D97CA10" w14:textId="77777777" w:rsidR="00B13C4C" w:rsidRPr="00B13C4C" w:rsidRDefault="00B13C4C" w:rsidP="004C6EF1">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2: </w:t>
      </w:r>
      <w:r w:rsidRPr="00B13C4C">
        <w:rPr>
          <w:rFonts w:ascii="Times New Roman" w:hAnsi="Times New Roman" w:cs="Times New Roman"/>
          <w:sz w:val="24"/>
          <w:szCs w:val="24"/>
        </w:rPr>
        <w:t xml:space="preserve">Lập bảng biến thiên và vẽ đồ thị hàm số </w:t>
      </w:r>
      <w:r w:rsidRPr="00B13C4C">
        <w:rPr>
          <w:rFonts w:ascii="Times New Roman" w:hAnsi="Times New Roman" w:cs="Times New Roman"/>
          <w:position w:val="-10"/>
          <w:sz w:val="24"/>
          <w:szCs w:val="24"/>
        </w:rPr>
        <w:object w:dxaOrig="1460" w:dyaOrig="360" w14:anchorId="55A394F3">
          <v:shape id="_x0000_i4204" type="#_x0000_t75" style="width:73.2pt;height:18pt" o:ole="">
            <v:imagedata r:id="rId4732" o:title=""/>
          </v:shape>
          <o:OLEObject Type="Embed" ProgID="Equation.DSMT4" ShapeID="_x0000_i4204" DrawAspect="Content" ObjectID="_1699837488" r:id="rId4733"/>
        </w:object>
      </w:r>
      <w:r w:rsidRPr="00B13C4C">
        <w:rPr>
          <w:rFonts w:ascii="Times New Roman" w:hAnsi="Times New Roman" w:cs="Times New Roman"/>
          <w:sz w:val="24"/>
          <w:szCs w:val="24"/>
        </w:rPr>
        <w:t>.</w:t>
      </w:r>
    </w:p>
    <w:p w14:paraId="232F9D75" w14:textId="77777777" w:rsidR="00B13C4C" w:rsidRPr="00B13C4C" w:rsidRDefault="00B13C4C" w:rsidP="004C6EF1">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3: </w:t>
      </w:r>
      <w:r w:rsidRPr="00B13C4C">
        <w:rPr>
          <w:rFonts w:ascii="Times New Roman" w:hAnsi="Times New Roman" w:cs="Times New Roman"/>
          <w:sz w:val="24"/>
          <w:szCs w:val="24"/>
        </w:rPr>
        <w:t>Giải các phương trình sau</w:t>
      </w:r>
    </w:p>
    <w:p w14:paraId="74B85C94" w14:textId="77777777" w:rsidR="00B13C4C" w:rsidRPr="00B13C4C" w:rsidRDefault="00B13C4C" w:rsidP="004C6EF1">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a. </w:t>
      </w:r>
      <w:r w:rsidRPr="00B13C4C">
        <w:rPr>
          <w:rFonts w:ascii="Times New Roman" w:hAnsi="Times New Roman" w:cs="Times New Roman"/>
          <w:position w:val="-24"/>
          <w:sz w:val="24"/>
          <w:szCs w:val="24"/>
        </w:rPr>
        <w:object w:dxaOrig="1520" w:dyaOrig="620" w14:anchorId="7F9621E3">
          <v:shape id="_x0000_i4205" type="#_x0000_t75" style="width:76.2pt;height:31.2pt" o:ole="">
            <v:imagedata r:id="rId4734" o:title=""/>
          </v:shape>
          <o:OLEObject Type="Embed" ProgID="Equation.DSMT4" ShapeID="_x0000_i4205" DrawAspect="Content" ObjectID="_1699837489" r:id="rId4735"/>
        </w:object>
      </w:r>
      <w:r w:rsidRPr="00B13C4C">
        <w:rPr>
          <w:rFonts w:ascii="Times New Roman" w:hAnsi="Times New Roman" w:cs="Times New Roman"/>
          <w:sz w:val="24"/>
          <w:szCs w:val="24"/>
        </w:rPr>
        <w:tab/>
      </w:r>
      <w:r w:rsidRPr="00B13C4C">
        <w:rPr>
          <w:rFonts w:ascii="Times New Roman" w:hAnsi="Times New Roman" w:cs="Times New Roman"/>
          <w:sz w:val="24"/>
          <w:szCs w:val="24"/>
        </w:rPr>
        <w:tab/>
        <w:t xml:space="preserve">b. </w:t>
      </w:r>
      <w:r w:rsidRPr="00B13C4C">
        <w:rPr>
          <w:rFonts w:ascii="Times New Roman" w:hAnsi="Times New Roman" w:cs="Times New Roman"/>
          <w:position w:val="-10"/>
          <w:sz w:val="24"/>
          <w:szCs w:val="24"/>
        </w:rPr>
        <w:object w:dxaOrig="1500" w:dyaOrig="320" w14:anchorId="3D9F0C15">
          <v:shape id="_x0000_i4206" type="#_x0000_t75" style="width:75pt;height:16.2pt" o:ole="">
            <v:imagedata r:id="rId4736" o:title=""/>
          </v:shape>
          <o:OLEObject Type="Embed" ProgID="Equation.DSMT4" ShapeID="_x0000_i4206" DrawAspect="Content" ObjectID="_1699837490" r:id="rId473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t xml:space="preserve">c. </w:t>
      </w:r>
      <w:r w:rsidRPr="00B13C4C">
        <w:rPr>
          <w:rFonts w:ascii="Times New Roman" w:hAnsi="Times New Roman" w:cs="Times New Roman"/>
          <w:position w:val="-8"/>
          <w:sz w:val="24"/>
          <w:szCs w:val="24"/>
        </w:rPr>
        <w:object w:dxaOrig="1520" w:dyaOrig="360" w14:anchorId="199F5CF8">
          <v:shape id="_x0000_i4207" type="#_x0000_t75" style="width:76.2pt;height:18pt" o:ole="">
            <v:imagedata r:id="rId4738" o:title=""/>
          </v:shape>
          <o:OLEObject Type="Embed" ProgID="Equation.DSMT4" ShapeID="_x0000_i4207" DrawAspect="Content" ObjectID="_1699837491" r:id="rId4739"/>
        </w:object>
      </w:r>
      <w:r w:rsidRPr="00B13C4C">
        <w:rPr>
          <w:rFonts w:ascii="Times New Roman" w:hAnsi="Times New Roman" w:cs="Times New Roman"/>
          <w:sz w:val="24"/>
          <w:szCs w:val="24"/>
        </w:rPr>
        <w:t>.</w:t>
      </w:r>
    </w:p>
    <w:p w14:paraId="5FC49A1E" w14:textId="77777777" w:rsidR="00B13C4C" w:rsidRPr="00B13C4C" w:rsidRDefault="00B13C4C" w:rsidP="004C6EF1">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4: </w:t>
      </w:r>
      <w:r w:rsidRPr="00B13C4C">
        <w:rPr>
          <w:rFonts w:ascii="Times New Roman" w:hAnsi="Times New Roman" w:cs="Times New Roman"/>
          <w:sz w:val="24"/>
          <w:szCs w:val="24"/>
        </w:rPr>
        <w:t xml:space="preserve">Cho hình bình hành </w:t>
      </w:r>
      <w:r w:rsidRPr="00B13C4C">
        <w:rPr>
          <w:rFonts w:ascii="Times New Roman" w:hAnsi="Times New Roman" w:cs="Times New Roman"/>
          <w:position w:val="-6"/>
          <w:sz w:val="24"/>
          <w:szCs w:val="24"/>
        </w:rPr>
        <w:object w:dxaOrig="740" w:dyaOrig="279" w14:anchorId="11BE59AF">
          <v:shape id="_x0000_i4208" type="#_x0000_t75" style="width:37.2pt;height:13.8pt" o:ole="">
            <v:imagedata r:id="rId4740" o:title=""/>
          </v:shape>
          <o:OLEObject Type="Embed" ProgID="Equation.DSMT4" ShapeID="_x0000_i4208" DrawAspect="Content" ObjectID="_1699837492" r:id="rId4741"/>
        </w:object>
      </w:r>
      <w:r w:rsidRPr="00B13C4C">
        <w:rPr>
          <w:rFonts w:ascii="Times New Roman" w:hAnsi="Times New Roman" w:cs="Times New Roman"/>
          <w:sz w:val="24"/>
          <w:szCs w:val="24"/>
        </w:rPr>
        <w:t xml:space="preserve">. Gọi </w:t>
      </w:r>
      <w:r w:rsidRPr="00B13C4C">
        <w:rPr>
          <w:rFonts w:ascii="Times New Roman" w:hAnsi="Times New Roman" w:cs="Times New Roman"/>
          <w:position w:val="-10"/>
          <w:sz w:val="24"/>
          <w:szCs w:val="24"/>
        </w:rPr>
        <w:object w:dxaOrig="600" w:dyaOrig="320" w14:anchorId="4E833BE8">
          <v:shape id="_x0000_i4209" type="#_x0000_t75" style="width:30pt;height:16.2pt" o:ole="">
            <v:imagedata r:id="rId4742" o:title=""/>
          </v:shape>
          <o:OLEObject Type="Embed" ProgID="Equation.DSMT4" ShapeID="_x0000_i4209" DrawAspect="Content" ObjectID="_1699837493" r:id="rId4743"/>
        </w:object>
      </w:r>
      <w:r w:rsidRPr="00B13C4C">
        <w:rPr>
          <w:rFonts w:ascii="Times New Roman" w:hAnsi="Times New Roman" w:cs="Times New Roman"/>
          <w:sz w:val="24"/>
          <w:szCs w:val="24"/>
        </w:rPr>
        <w:t xml:space="preserve"> lần lượt là các điểm trên các cạnh </w:t>
      </w:r>
      <w:r w:rsidRPr="00B13C4C">
        <w:rPr>
          <w:rFonts w:ascii="Times New Roman" w:hAnsi="Times New Roman" w:cs="Times New Roman"/>
          <w:position w:val="-10"/>
          <w:sz w:val="24"/>
          <w:szCs w:val="24"/>
        </w:rPr>
        <w:object w:dxaOrig="840" w:dyaOrig="320" w14:anchorId="1B9E0900">
          <v:shape id="_x0000_i4210" type="#_x0000_t75" style="width:42pt;height:16.2pt" o:ole="">
            <v:imagedata r:id="rId4744" o:title=""/>
          </v:shape>
          <o:OLEObject Type="Embed" ProgID="Equation.DSMT4" ShapeID="_x0000_i4210" DrawAspect="Content" ObjectID="_1699837494" r:id="rId4745"/>
        </w:object>
      </w:r>
      <w:r w:rsidRPr="00B13C4C">
        <w:rPr>
          <w:rFonts w:ascii="Times New Roman" w:hAnsi="Times New Roman" w:cs="Times New Roman"/>
          <w:sz w:val="24"/>
          <w:szCs w:val="24"/>
        </w:rPr>
        <w:t xml:space="preserve"> thỏa mãn </w:t>
      </w:r>
      <w:r w:rsidRPr="00B13C4C">
        <w:rPr>
          <w:rFonts w:ascii="Times New Roman" w:hAnsi="Times New Roman" w:cs="Times New Roman"/>
          <w:position w:val="-24"/>
          <w:sz w:val="24"/>
          <w:szCs w:val="24"/>
        </w:rPr>
        <w:object w:dxaOrig="2439" w:dyaOrig="620" w14:anchorId="18CC170D">
          <v:shape id="_x0000_i4211" type="#_x0000_t75" style="width:121.8pt;height:31.2pt" o:ole="">
            <v:imagedata r:id="rId4746" o:title=""/>
          </v:shape>
          <o:OLEObject Type="Embed" ProgID="Equation.DSMT4" ShapeID="_x0000_i4211" DrawAspect="Content" ObjectID="_1699837495" r:id="rId4747"/>
        </w:object>
      </w:r>
      <w:r w:rsidRPr="00B13C4C">
        <w:rPr>
          <w:rFonts w:ascii="Times New Roman" w:hAnsi="Times New Roman" w:cs="Times New Roman"/>
          <w:sz w:val="24"/>
          <w:szCs w:val="24"/>
        </w:rPr>
        <w:t xml:space="preserve">. Gọi </w:t>
      </w:r>
      <w:r w:rsidRPr="00B13C4C">
        <w:rPr>
          <w:rFonts w:ascii="Times New Roman" w:hAnsi="Times New Roman" w:cs="Times New Roman"/>
          <w:position w:val="-6"/>
          <w:sz w:val="24"/>
          <w:szCs w:val="24"/>
        </w:rPr>
        <w:object w:dxaOrig="260" w:dyaOrig="279" w14:anchorId="689CFD3A">
          <v:shape id="_x0000_i4212" type="#_x0000_t75" style="width:13.2pt;height:13.8pt" o:ole="">
            <v:imagedata r:id="rId4748" o:title=""/>
          </v:shape>
          <o:OLEObject Type="Embed" ProgID="Equation.DSMT4" ShapeID="_x0000_i4212" DrawAspect="Content" ObjectID="_1699837496" r:id="rId4749"/>
        </w:object>
      </w:r>
      <w:r w:rsidRPr="00B13C4C">
        <w:rPr>
          <w:rFonts w:ascii="Times New Roman" w:hAnsi="Times New Roman" w:cs="Times New Roman"/>
          <w:sz w:val="24"/>
          <w:szCs w:val="24"/>
        </w:rPr>
        <w:t xml:space="preserve"> là trọng tâm tam giác CMN. Phân tích </w:t>
      </w:r>
      <w:r w:rsidRPr="00B13C4C">
        <w:rPr>
          <w:rFonts w:ascii="Times New Roman" w:hAnsi="Times New Roman" w:cs="Times New Roman"/>
          <w:position w:val="-6"/>
          <w:sz w:val="24"/>
          <w:szCs w:val="24"/>
        </w:rPr>
        <w:object w:dxaOrig="420" w:dyaOrig="340" w14:anchorId="69AB7A0D">
          <v:shape id="_x0000_i4213" type="#_x0000_t75" style="width:21pt;height:16.8pt" o:ole="">
            <v:imagedata r:id="rId4750" o:title=""/>
          </v:shape>
          <o:OLEObject Type="Embed" ProgID="Equation.DSMT4" ShapeID="_x0000_i4213" DrawAspect="Content" ObjectID="_1699837497" r:id="rId4751"/>
        </w:object>
      </w:r>
      <w:r w:rsidRPr="00B13C4C">
        <w:rPr>
          <w:rFonts w:ascii="Times New Roman" w:hAnsi="Times New Roman" w:cs="Times New Roman"/>
          <w:sz w:val="24"/>
          <w:szCs w:val="24"/>
        </w:rPr>
        <w:t xml:space="preserve"> theo </w:t>
      </w:r>
      <w:r w:rsidRPr="00B13C4C">
        <w:rPr>
          <w:rFonts w:ascii="Times New Roman" w:hAnsi="Times New Roman" w:cs="Times New Roman"/>
          <w:position w:val="-4"/>
          <w:sz w:val="24"/>
          <w:szCs w:val="24"/>
        </w:rPr>
        <w:object w:dxaOrig="400" w:dyaOrig="320" w14:anchorId="727638B5">
          <v:shape id="_x0000_i4214" type="#_x0000_t75" style="width:19.8pt;height:16.2pt" o:ole="">
            <v:imagedata r:id="rId4752" o:title=""/>
          </v:shape>
          <o:OLEObject Type="Embed" ProgID="Equation.DSMT4" ShapeID="_x0000_i4214" DrawAspect="Content" ObjectID="_1699837498" r:id="rId4753"/>
        </w:object>
      </w:r>
      <w:r w:rsidRPr="00B13C4C">
        <w:rPr>
          <w:rFonts w:ascii="Times New Roman" w:hAnsi="Times New Roman" w:cs="Times New Roman"/>
          <w:sz w:val="24"/>
          <w:szCs w:val="24"/>
        </w:rPr>
        <w:t xml:space="preserve"> và </w:t>
      </w:r>
      <w:r w:rsidRPr="00B13C4C">
        <w:rPr>
          <w:rFonts w:ascii="Times New Roman" w:hAnsi="Times New Roman" w:cs="Times New Roman"/>
          <w:position w:val="-4"/>
          <w:sz w:val="24"/>
          <w:szCs w:val="24"/>
        </w:rPr>
        <w:object w:dxaOrig="420" w:dyaOrig="320" w14:anchorId="3C6A7EDA">
          <v:shape id="_x0000_i4215" type="#_x0000_t75" style="width:21pt;height:16.2pt" o:ole="">
            <v:imagedata r:id="rId4754" o:title=""/>
          </v:shape>
          <o:OLEObject Type="Embed" ProgID="Equation.DSMT4" ShapeID="_x0000_i4215" DrawAspect="Content" ObjectID="_1699837499" r:id="rId4755"/>
        </w:object>
      </w:r>
    </w:p>
    <w:p w14:paraId="14595096" w14:textId="77777777" w:rsidR="00B13C4C" w:rsidRPr="00B13C4C" w:rsidRDefault="00B13C4C" w:rsidP="004C6EF1">
      <w:pPr>
        <w:ind w:left="992"/>
        <w:jc w:val="center"/>
        <w:rPr>
          <w:rFonts w:ascii="Times New Roman" w:hAnsi="Times New Roman" w:cs="Times New Roman"/>
          <w:b/>
          <w:sz w:val="24"/>
          <w:szCs w:val="24"/>
        </w:rPr>
      </w:pPr>
      <w:r w:rsidRPr="00B13C4C">
        <w:rPr>
          <w:rFonts w:ascii="Times New Roman" w:hAnsi="Times New Roman" w:cs="Times New Roman"/>
          <w:b/>
          <w:sz w:val="24"/>
          <w:szCs w:val="24"/>
        </w:rPr>
        <w:t>BẢNG ĐÁP ÁN</w:t>
      </w:r>
    </w:p>
    <w:tbl>
      <w:tblPr>
        <w:tblStyle w:val="TableGrid"/>
        <w:tblW w:w="0" w:type="auto"/>
        <w:tblInd w:w="992" w:type="dxa"/>
        <w:tblLook w:val="04A0" w:firstRow="1" w:lastRow="0" w:firstColumn="1" w:lastColumn="0" w:noHBand="0" w:noVBand="1"/>
      </w:tblPr>
      <w:tblGrid>
        <w:gridCol w:w="510"/>
        <w:gridCol w:w="510"/>
        <w:gridCol w:w="511"/>
        <w:gridCol w:w="511"/>
        <w:gridCol w:w="511"/>
        <w:gridCol w:w="511"/>
        <w:gridCol w:w="511"/>
        <w:gridCol w:w="511"/>
        <w:gridCol w:w="511"/>
        <w:gridCol w:w="511"/>
        <w:gridCol w:w="512"/>
        <w:gridCol w:w="512"/>
        <w:gridCol w:w="512"/>
        <w:gridCol w:w="512"/>
        <w:gridCol w:w="512"/>
        <w:gridCol w:w="512"/>
        <w:gridCol w:w="512"/>
        <w:gridCol w:w="512"/>
      </w:tblGrid>
      <w:tr w:rsidR="00B13C4C" w:rsidRPr="00B13C4C" w14:paraId="5F24906E" w14:textId="77777777" w:rsidTr="00B13C4C">
        <w:tc>
          <w:tcPr>
            <w:tcW w:w="566" w:type="dxa"/>
            <w:shd w:val="clear" w:color="auto" w:fill="FFFF32"/>
          </w:tcPr>
          <w:p w14:paraId="20417928" w14:textId="3CBC5E37"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w:t>
            </w:r>
          </w:p>
        </w:tc>
        <w:tc>
          <w:tcPr>
            <w:tcW w:w="566" w:type="dxa"/>
            <w:shd w:val="clear" w:color="auto" w:fill="FFFF32"/>
          </w:tcPr>
          <w:p w14:paraId="0AD1AECE" w14:textId="21772F5C"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w:t>
            </w:r>
          </w:p>
        </w:tc>
        <w:tc>
          <w:tcPr>
            <w:tcW w:w="566" w:type="dxa"/>
            <w:shd w:val="clear" w:color="auto" w:fill="FFFF32"/>
          </w:tcPr>
          <w:p w14:paraId="292BBBF3" w14:textId="7460ABE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w:t>
            </w:r>
          </w:p>
        </w:tc>
        <w:tc>
          <w:tcPr>
            <w:tcW w:w="566" w:type="dxa"/>
            <w:shd w:val="clear" w:color="auto" w:fill="FFFF32"/>
          </w:tcPr>
          <w:p w14:paraId="0DD62C14" w14:textId="3BB04BDC"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4</w:t>
            </w:r>
          </w:p>
        </w:tc>
        <w:tc>
          <w:tcPr>
            <w:tcW w:w="566" w:type="dxa"/>
            <w:shd w:val="clear" w:color="auto" w:fill="FFFF32"/>
          </w:tcPr>
          <w:p w14:paraId="6C65A3B9" w14:textId="755B0991"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5</w:t>
            </w:r>
          </w:p>
        </w:tc>
        <w:tc>
          <w:tcPr>
            <w:tcW w:w="566" w:type="dxa"/>
            <w:shd w:val="clear" w:color="auto" w:fill="FFFF32"/>
          </w:tcPr>
          <w:p w14:paraId="1246F3B6" w14:textId="408AE6ED"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6</w:t>
            </w:r>
          </w:p>
        </w:tc>
        <w:tc>
          <w:tcPr>
            <w:tcW w:w="566" w:type="dxa"/>
            <w:shd w:val="clear" w:color="auto" w:fill="FFFF32"/>
          </w:tcPr>
          <w:p w14:paraId="47003833" w14:textId="2BC9F7A1"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7</w:t>
            </w:r>
          </w:p>
        </w:tc>
        <w:tc>
          <w:tcPr>
            <w:tcW w:w="566" w:type="dxa"/>
            <w:shd w:val="clear" w:color="auto" w:fill="FFFF32"/>
          </w:tcPr>
          <w:p w14:paraId="6E78E75F" w14:textId="7E2D93AE"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8</w:t>
            </w:r>
          </w:p>
        </w:tc>
        <w:tc>
          <w:tcPr>
            <w:tcW w:w="566" w:type="dxa"/>
            <w:shd w:val="clear" w:color="auto" w:fill="FFFF32"/>
          </w:tcPr>
          <w:p w14:paraId="2F512877" w14:textId="35878341"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9</w:t>
            </w:r>
          </w:p>
        </w:tc>
        <w:tc>
          <w:tcPr>
            <w:tcW w:w="566" w:type="dxa"/>
            <w:shd w:val="clear" w:color="auto" w:fill="FFFF32"/>
          </w:tcPr>
          <w:p w14:paraId="578A27EF" w14:textId="2AC336FF"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10</w:t>
            </w:r>
          </w:p>
        </w:tc>
        <w:tc>
          <w:tcPr>
            <w:tcW w:w="567" w:type="dxa"/>
            <w:shd w:val="clear" w:color="auto" w:fill="FFFF32"/>
          </w:tcPr>
          <w:p w14:paraId="6A2AD955" w14:textId="1E219B12"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11</w:t>
            </w:r>
          </w:p>
        </w:tc>
        <w:tc>
          <w:tcPr>
            <w:tcW w:w="567" w:type="dxa"/>
            <w:shd w:val="clear" w:color="auto" w:fill="FFFF32"/>
          </w:tcPr>
          <w:p w14:paraId="08E08619" w14:textId="0A46D17E"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12</w:t>
            </w:r>
          </w:p>
        </w:tc>
        <w:tc>
          <w:tcPr>
            <w:tcW w:w="567" w:type="dxa"/>
            <w:shd w:val="clear" w:color="auto" w:fill="FFFF32"/>
          </w:tcPr>
          <w:p w14:paraId="288515FF" w14:textId="59DF7AF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13</w:t>
            </w:r>
          </w:p>
        </w:tc>
        <w:tc>
          <w:tcPr>
            <w:tcW w:w="567" w:type="dxa"/>
            <w:shd w:val="clear" w:color="auto" w:fill="FFFF32"/>
          </w:tcPr>
          <w:p w14:paraId="14A991DC" w14:textId="6D7DCF77"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14</w:t>
            </w:r>
          </w:p>
        </w:tc>
        <w:tc>
          <w:tcPr>
            <w:tcW w:w="567" w:type="dxa"/>
            <w:shd w:val="clear" w:color="auto" w:fill="FFFF32"/>
          </w:tcPr>
          <w:p w14:paraId="484D5D91" w14:textId="0E8CF1BC"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15</w:t>
            </w:r>
          </w:p>
        </w:tc>
        <w:tc>
          <w:tcPr>
            <w:tcW w:w="567" w:type="dxa"/>
            <w:shd w:val="clear" w:color="auto" w:fill="FFFF32"/>
          </w:tcPr>
          <w:p w14:paraId="5B0B69CD" w14:textId="5022632E"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16</w:t>
            </w:r>
          </w:p>
        </w:tc>
        <w:tc>
          <w:tcPr>
            <w:tcW w:w="567" w:type="dxa"/>
            <w:shd w:val="clear" w:color="auto" w:fill="FFFF32"/>
          </w:tcPr>
          <w:p w14:paraId="5FE6CD6A" w14:textId="5243CA28"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17</w:t>
            </w:r>
          </w:p>
        </w:tc>
        <w:tc>
          <w:tcPr>
            <w:tcW w:w="567" w:type="dxa"/>
            <w:shd w:val="clear" w:color="auto" w:fill="FFFF32"/>
          </w:tcPr>
          <w:p w14:paraId="34634396" w14:textId="0DAF3055"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18</w:t>
            </w:r>
          </w:p>
        </w:tc>
      </w:tr>
      <w:tr w:rsidR="00B13C4C" w:rsidRPr="00B13C4C" w14:paraId="2EB9F852" w14:textId="77777777" w:rsidTr="00B13C4C">
        <w:tc>
          <w:tcPr>
            <w:tcW w:w="566" w:type="dxa"/>
            <w:tcBorders>
              <w:bottom w:val="single" w:sz="4" w:space="0" w:color="auto"/>
            </w:tcBorders>
          </w:tcPr>
          <w:p w14:paraId="18C5BBFB" w14:textId="3DF00962"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Borders>
              <w:bottom w:val="single" w:sz="4" w:space="0" w:color="auto"/>
            </w:tcBorders>
          </w:tcPr>
          <w:p w14:paraId="74C954DC" w14:textId="3CA4C05B"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Borders>
              <w:bottom w:val="single" w:sz="4" w:space="0" w:color="auto"/>
            </w:tcBorders>
          </w:tcPr>
          <w:p w14:paraId="6AC98377" w14:textId="17742F0A"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Borders>
              <w:bottom w:val="single" w:sz="4" w:space="0" w:color="auto"/>
            </w:tcBorders>
          </w:tcPr>
          <w:p w14:paraId="4FC55CB2" w14:textId="5F3D4D26"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Borders>
              <w:bottom w:val="single" w:sz="4" w:space="0" w:color="auto"/>
            </w:tcBorders>
          </w:tcPr>
          <w:p w14:paraId="61820B3A" w14:textId="4DC5A5B0"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Borders>
              <w:bottom w:val="single" w:sz="4" w:space="0" w:color="auto"/>
            </w:tcBorders>
          </w:tcPr>
          <w:p w14:paraId="54F5A5DB" w14:textId="32722695"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Borders>
              <w:bottom w:val="single" w:sz="4" w:space="0" w:color="auto"/>
            </w:tcBorders>
          </w:tcPr>
          <w:p w14:paraId="6EE8B113" w14:textId="603EED35"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Borders>
              <w:bottom w:val="single" w:sz="4" w:space="0" w:color="auto"/>
            </w:tcBorders>
          </w:tcPr>
          <w:p w14:paraId="6FDE2308" w14:textId="691EE43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Borders>
              <w:bottom w:val="single" w:sz="4" w:space="0" w:color="auto"/>
            </w:tcBorders>
          </w:tcPr>
          <w:p w14:paraId="37F2D0EF" w14:textId="6126FE21"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Borders>
              <w:bottom w:val="single" w:sz="4" w:space="0" w:color="auto"/>
            </w:tcBorders>
          </w:tcPr>
          <w:p w14:paraId="7946315E" w14:textId="2FF02F80"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Borders>
              <w:bottom w:val="single" w:sz="4" w:space="0" w:color="auto"/>
            </w:tcBorders>
          </w:tcPr>
          <w:p w14:paraId="14E0ED78" w14:textId="2C5B107A"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Borders>
              <w:bottom w:val="single" w:sz="4" w:space="0" w:color="auto"/>
            </w:tcBorders>
          </w:tcPr>
          <w:p w14:paraId="1402D410" w14:textId="3C93DD08"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Borders>
              <w:bottom w:val="single" w:sz="4" w:space="0" w:color="auto"/>
            </w:tcBorders>
          </w:tcPr>
          <w:p w14:paraId="4B8E1785" w14:textId="0F93450A"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7" w:type="dxa"/>
            <w:tcBorders>
              <w:bottom w:val="single" w:sz="4" w:space="0" w:color="auto"/>
            </w:tcBorders>
          </w:tcPr>
          <w:p w14:paraId="25291B84" w14:textId="1FCC4EE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Borders>
              <w:bottom w:val="single" w:sz="4" w:space="0" w:color="auto"/>
            </w:tcBorders>
          </w:tcPr>
          <w:p w14:paraId="35115465" w14:textId="7BFBA538"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Borders>
              <w:bottom w:val="single" w:sz="4" w:space="0" w:color="auto"/>
            </w:tcBorders>
          </w:tcPr>
          <w:p w14:paraId="74DF7E6E" w14:textId="7FFE431C"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Borders>
              <w:bottom w:val="single" w:sz="4" w:space="0" w:color="auto"/>
            </w:tcBorders>
          </w:tcPr>
          <w:p w14:paraId="3D0236B3" w14:textId="58618D6B"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Borders>
              <w:bottom w:val="single" w:sz="4" w:space="0" w:color="auto"/>
            </w:tcBorders>
          </w:tcPr>
          <w:p w14:paraId="18F94ADE" w14:textId="317B32A4"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r>
      <w:tr w:rsidR="00B13C4C" w:rsidRPr="00B13C4C" w14:paraId="26424039" w14:textId="77777777" w:rsidTr="00B13C4C">
        <w:tc>
          <w:tcPr>
            <w:tcW w:w="566" w:type="dxa"/>
            <w:shd w:val="clear" w:color="auto" w:fill="FFFF32"/>
          </w:tcPr>
          <w:p w14:paraId="2F783B2E" w14:textId="14DDF184"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19</w:t>
            </w:r>
          </w:p>
        </w:tc>
        <w:tc>
          <w:tcPr>
            <w:tcW w:w="566" w:type="dxa"/>
            <w:shd w:val="clear" w:color="auto" w:fill="FFFF32"/>
          </w:tcPr>
          <w:p w14:paraId="328321F0" w14:textId="2187171E"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20</w:t>
            </w:r>
          </w:p>
        </w:tc>
        <w:tc>
          <w:tcPr>
            <w:tcW w:w="566" w:type="dxa"/>
            <w:shd w:val="clear" w:color="auto" w:fill="FFFF32"/>
          </w:tcPr>
          <w:p w14:paraId="6BB9BFF0" w14:textId="568E9C49"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21</w:t>
            </w:r>
          </w:p>
        </w:tc>
        <w:tc>
          <w:tcPr>
            <w:tcW w:w="566" w:type="dxa"/>
            <w:shd w:val="clear" w:color="auto" w:fill="FFFF32"/>
          </w:tcPr>
          <w:p w14:paraId="50054C87" w14:textId="380E73D0"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22</w:t>
            </w:r>
          </w:p>
        </w:tc>
        <w:tc>
          <w:tcPr>
            <w:tcW w:w="566" w:type="dxa"/>
            <w:shd w:val="clear" w:color="auto" w:fill="FFFF32"/>
          </w:tcPr>
          <w:p w14:paraId="7655B812" w14:textId="1D7DBD7E"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23</w:t>
            </w:r>
          </w:p>
        </w:tc>
        <w:tc>
          <w:tcPr>
            <w:tcW w:w="566" w:type="dxa"/>
            <w:shd w:val="clear" w:color="auto" w:fill="FFFF32"/>
          </w:tcPr>
          <w:p w14:paraId="5183935B" w14:textId="7BDB56D3"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24</w:t>
            </w:r>
          </w:p>
        </w:tc>
        <w:tc>
          <w:tcPr>
            <w:tcW w:w="566" w:type="dxa"/>
            <w:shd w:val="clear" w:color="auto" w:fill="FFFF32"/>
          </w:tcPr>
          <w:p w14:paraId="3FB8FDF9" w14:textId="289EC481"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25</w:t>
            </w:r>
          </w:p>
        </w:tc>
        <w:tc>
          <w:tcPr>
            <w:tcW w:w="566" w:type="dxa"/>
            <w:shd w:val="clear" w:color="auto" w:fill="FFFF32"/>
          </w:tcPr>
          <w:p w14:paraId="36F41339" w14:textId="6DE55969"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26</w:t>
            </w:r>
          </w:p>
        </w:tc>
        <w:tc>
          <w:tcPr>
            <w:tcW w:w="566" w:type="dxa"/>
            <w:shd w:val="clear" w:color="auto" w:fill="FFFF32"/>
          </w:tcPr>
          <w:p w14:paraId="4C923C69" w14:textId="12A3F51A"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27</w:t>
            </w:r>
          </w:p>
        </w:tc>
        <w:tc>
          <w:tcPr>
            <w:tcW w:w="566" w:type="dxa"/>
            <w:shd w:val="clear" w:color="auto" w:fill="FFFF32"/>
          </w:tcPr>
          <w:p w14:paraId="212465A8" w14:textId="36FEA5E9"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28</w:t>
            </w:r>
          </w:p>
        </w:tc>
        <w:tc>
          <w:tcPr>
            <w:tcW w:w="567" w:type="dxa"/>
            <w:shd w:val="clear" w:color="auto" w:fill="FFFF32"/>
          </w:tcPr>
          <w:p w14:paraId="0C5CABE3" w14:textId="622FAFB6"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29</w:t>
            </w:r>
          </w:p>
        </w:tc>
        <w:tc>
          <w:tcPr>
            <w:tcW w:w="567" w:type="dxa"/>
            <w:shd w:val="clear" w:color="auto" w:fill="FFFF32"/>
          </w:tcPr>
          <w:p w14:paraId="5A3ACC60" w14:textId="5A74D1AD"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30</w:t>
            </w:r>
          </w:p>
        </w:tc>
        <w:tc>
          <w:tcPr>
            <w:tcW w:w="567" w:type="dxa"/>
            <w:shd w:val="clear" w:color="auto" w:fill="FFFF32"/>
          </w:tcPr>
          <w:p w14:paraId="1CBF5F76" w14:textId="4E9CBDA7"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31</w:t>
            </w:r>
          </w:p>
        </w:tc>
        <w:tc>
          <w:tcPr>
            <w:tcW w:w="567" w:type="dxa"/>
            <w:shd w:val="clear" w:color="auto" w:fill="FFFF32"/>
          </w:tcPr>
          <w:p w14:paraId="74BDEA83" w14:textId="6E248768"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32</w:t>
            </w:r>
          </w:p>
        </w:tc>
        <w:tc>
          <w:tcPr>
            <w:tcW w:w="567" w:type="dxa"/>
            <w:shd w:val="clear" w:color="auto" w:fill="FFFF32"/>
          </w:tcPr>
          <w:p w14:paraId="34DA89B8" w14:textId="0A6B9586"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33</w:t>
            </w:r>
          </w:p>
        </w:tc>
        <w:tc>
          <w:tcPr>
            <w:tcW w:w="567" w:type="dxa"/>
            <w:shd w:val="clear" w:color="auto" w:fill="FFFF32"/>
          </w:tcPr>
          <w:p w14:paraId="3EE22180" w14:textId="5C53E927"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34</w:t>
            </w:r>
          </w:p>
        </w:tc>
        <w:tc>
          <w:tcPr>
            <w:tcW w:w="567" w:type="dxa"/>
            <w:shd w:val="clear" w:color="auto" w:fill="FFFF32"/>
          </w:tcPr>
          <w:p w14:paraId="042BF42F" w14:textId="1A247535"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35</w:t>
            </w:r>
          </w:p>
        </w:tc>
        <w:tc>
          <w:tcPr>
            <w:tcW w:w="567" w:type="dxa"/>
            <w:shd w:val="clear" w:color="auto" w:fill="FFFF32"/>
          </w:tcPr>
          <w:p w14:paraId="254369E5" w14:textId="03B12549"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36</w:t>
            </w:r>
          </w:p>
        </w:tc>
      </w:tr>
      <w:tr w:rsidR="00B13C4C" w:rsidRPr="00B13C4C" w14:paraId="30DD8176" w14:textId="77777777" w:rsidTr="00B13C4C">
        <w:tc>
          <w:tcPr>
            <w:tcW w:w="566" w:type="dxa"/>
          </w:tcPr>
          <w:p w14:paraId="56A68FDD" w14:textId="5E527F3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Pr>
          <w:p w14:paraId="4EEA0439" w14:textId="1DE73F51"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Pr>
          <w:p w14:paraId="02B0F0FA" w14:textId="4B74D433"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Pr>
          <w:p w14:paraId="59195A5F" w14:textId="5BFD9732"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Pr>
          <w:p w14:paraId="3CACC728" w14:textId="2A9E3DDF"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Pr>
          <w:p w14:paraId="4B610F70" w14:textId="13B84C49"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Pr>
          <w:p w14:paraId="659A2795" w14:textId="20534FCF"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Pr>
          <w:p w14:paraId="65ED6E8C" w14:textId="37297006"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Pr>
          <w:p w14:paraId="60B6CE85" w14:textId="4BBB5605"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Pr>
          <w:p w14:paraId="601DA01A" w14:textId="6CDFCE5D"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Pr>
          <w:p w14:paraId="6B93F2D7" w14:textId="60FCA9BD"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Pr>
          <w:p w14:paraId="25D80370" w14:textId="58089D7D"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Pr>
          <w:p w14:paraId="6B08B7BA" w14:textId="5D8E987A"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Pr>
          <w:p w14:paraId="487D44D2" w14:textId="427C78E1"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7" w:type="dxa"/>
          </w:tcPr>
          <w:p w14:paraId="08C5F5A6" w14:textId="3C36338B"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7" w:type="dxa"/>
          </w:tcPr>
          <w:p w14:paraId="2D6D8E1D" w14:textId="0664333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7" w:type="dxa"/>
          </w:tcPr>
          <w:p w14:paraId="5EF1B9D6" w14:textId="4D0E7989"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Pr>
          <w:p w14:paraId="7A7335A2" w14:textId="77777777" w:rsidR="00B13C4C" w:rsidRPr="00B13C4C" w:rsidRDefault="00B13C4C" w:rsidP="00B13C4C">
            <w:pPr>
              <w:ind w:left="-57" w:right="-57"/>
              <w:jc w:val="center"/>
              <w:rPr>
                <w:rFonts w:ascii="Times New Roman" w:hAnsi="Times New Roman" w:cs="Times New Roman"/>
                <w:b/>
                <w:color w:val="0000FF"/>
                <w:sz w:val="24"/>
                <w:szCs w:val="24"/>
              </w:rPr>
            </w:pPr>
          </w:p>
        </w:tc>
      </w:tr>
    </w:tbl>
    <w:p w14:paraId="497D7349" w14:textId="77777777" w:rsidR="00B13C4C" w:rsidRPr="00B13C4C" w:rsidRDefault="00B13C4C" w:rsidP="00297746">
      <w:pPr>
        <w:ind w:left="992"/>
        <w:jc w:val="center"/>
        <w:rPr>
          <w:rFonts w:ascii="Times New Roman" w:hAnsi="Times New Roman" w:cs="Times New Roman"/>
          <w:b/>
          <w:sz w:val="24"/>
          <w:szCs w:val="24"/>
        </w:rPr>
      </w:pPr>
      <w:r w:rsidRPr="00B13C4C">
        <w:rPr>
          <w:rFonts w:ascii="Times New Roman" w:hAnsi="Times New Roman" w:cs="Times New Roman"/>
          <w:b/>
          <w:sz w:val="24"/>
          <w:szCs w:val="24"/>
        </w:rPr>
        <w:t>ĐỀ 12-15</w:t>
      </w:r>
    </w:p>
    <w:p w14:paraId="6CBC8D9C" w14:textId="77777777" w:rsidR="00B13C4C" w:rsidRPr="00B13C4C" w:rsidRDefault="00B13C4C" w:rsidP="00297746">
      <w:pPr>
        <w:ind w:left="992"/>
        <w:rPr>
          <w:rFonts w:ascii="Times New Roman" w:hAnsi="Times New Roman" w:cs="Times New Roman"/>
          <w:sz w:val="24"/>
          <w:szCs w:val="24"/>
        </w:rPr>
      </w:pPr>
      <w:r w:rsidRPr="00B13C4C">
        <w:rPr>
          <w:rFonts w:ascii="Times New Roman" w:hAnsi="Times New Roman" w:cs="Times New Roman"/>
          <w:b/>
          <w:sz w:val="24"/>
          <w:szCs w:val="24"/>
        </w:rPr>
        <w:t>Phần I: Trắc nghiệm</w:t>
      </w:r>
    </w:p>
    <w:p w14:paraId="18918E90" w14:textId="77777777" w:rsidR="00B13C4C" w:rsidRPr="00B13C4C" w:rsidRDefault="00B13C4C" w:rsidP="00B13C4C">
      <w:pPr>
        <w:pStyle w:val="ListParagraph"/>
        <w:numPr>
          <w:ilvl w:val="0"/>
          <w:numId w:val="30"/>
        </w:numPr>
        <w:tabs>
          <w:tab w:val="left" w:pos="992"/>
        </w:tabs>
        <w:spacing w:before="120" w:after="0" w:line="276" w:lineRule="auto"/>
        <w:jc w:val="both"/>
        <w:rPr>
          <w:rFonts w:ascii="Times New Roman" w:hAnsi="Times New Roman" w:cs="Times New Roman"/>
          <w:sz w:val="24"/>
          <w:szCs w:val="24"/>
        </w:rPr>
      </w:pPr>
      <w:r w:rsidRPr="00B13C4C">
        <w:rPr>
          <w:rFonts w:ascii="Times New Roman" w:hAnsi="Times New Roman" w:cs="Times New Roman"/>
          <w:sz w:val="24"/>
          <w:szCs w:val="24"/>
        </w:rPr>
        <w:t xml:space="preserve">Cho ba điểm </w:t>
      </w:r>
      <w:r w:rsidRPr="00B13C4C">
        <w:rPr>
          <w:rFonts w:ascii="Times New Roman" w:hAnsi="Times New Roman" w:cs="Times New Roman"/>
          <w:position w:val="-10"/>
          <w:sz w:val="24"/>
          <w:szCs w:val="24"/>
        </w:rPr>
        <w:object w:dxaOrig="740" w:dyaOrig="320" w14:anchorId="5D78875F">
          <v:shape id="_x0000_i4216" type="#_x0000_t75" style="width:37.2pt;height:16.2pt" o:ole="">
            <v:imagedata r:id="rId4756" o:title=""/>
          </v:shape>
          <o:OLEObject Type="Embed" ProgID="Equation.DSMT4" ShapeID="_x0000_i4216" DrawAspect="Content" ObjectID="_1699837500" r:id="rId4757"/>
        </w:object>
      </w:r>
      <w:r w:rsidRPr="00B13C4C">
        <w:rPr>
          <w:rFonts w:ascii="Times New Roman" w:hAnsi="Times New Roman" w:cs="Times New Roman"/>
          <w:sz w:val="24"/>
          <w:szCs w:val="24"/>
        </w:rPr>
        <w:t>. Khẳng định nào sau đây đúng?</w:t>
      </w:r>
    </w:p>
    <w:p w14:paraId="2316EB94"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1520" w:dyaOrig="340" w14:anchorId="73EE30C8">
          <v:shape id="_x0000_i4217" type="#_x0000_t75" style="width:76.2pt;height:16.8pt" o:ole="">
            <v:imagedata r:id="rId4758" o:title=""/>
          </v:shape>
          <o:OLEObject Type="Embed" ProgID="Equation.DSMT4" ShapeID="_x0000_i4217" DrawAspect="Content" ObjectID="_1699837501" r:id="rId475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1520" w:dyaOrig="340" w14:anchorId="13D270BB">
          <v:shape id="_x0000_i4218" type="#_x0000_t75" style="width:76.2pt;height:16.8pt" o:ole="">
            <v:imagedata r:id="rId4760" o:title=""/>
          </v:shape>
          <o:OLEObject Type="Embed" ProgID="Equation.DSMT4" ShapeID="_x0000_i4218" DrawAspect="Content" ObjectID="_1699837502" r:id="rId476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1520" w:dyaOrig="279" w14:anchorId="0B3B6405">
          <v:shape id="_x0000_i4219" type="#_x0000_t75" style="width:76.2pt;height:13.8pt" o:ole="">
            <v:imagedata r:id="rId4762" o:title=""/>
          </v:shape>
          <o:OLEObject Type="Embed" ProgID="Equation.DSMT4" ShapeID="_x0000_i4219" DrawAspect="Content" ObjectID="_1699837503" r:id="rId476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1520" w:dyaOrig="279" w14:anchorId="0078BC22">
          <v:shape id="_x0000_i4220" type="#_x0000_t75" style="width:76.2pt;height:13.8pt" o:ole="">
            <v:imagedata r:id="rId4764" o:title=""/>
          </v:shape>
          <o:OLEObject Type="Embed" ProgID="Equation.DSMT4" ShapeID="_x0000_i4220" DrawAspect="Content" ObjectID="_1699837504" r:id="rId4765"/>
        </w:object>
      </w:r>
      <w:r w:rsidRPr="00B13C4C">
        <w:rPr>
          <w:rFonts w:ascii="Times New Roman" w:hAnsi="Times New Roman" w:cs="Times New Roman"/>
          <w:sz w:val="24"/>
          <w:szCs w:val="24"/>
        </w:rPr>
        <w:t>.</w:t>
      </w:r>
    </w:p>
    <w:p w14:paraId="41584842" w14:textId="77777777" w:rsidR="00B13C4C" w:rsidRPr="00B13C4C" w:rsidRDefault="00B13C4C" w:rsidP="00B13C4C">
      <w:pPr>
        <w:pStyle w:val="ListParagraph"/>
        <w:numPr>
          <w:ilvl w:val="0"/>
          <w:numId w:val="30"/>
        </w:numPr>
        <w:tabs>
          <w:tab w:val="left" w:pos="992"/>
        </w:tabs>
        <w:spacing w:before="120" w:after="0" w:line="276" w:lineRule="auto"/>
        <w:jc w:val="both"/>
        <w:rPr>
          <w:rFonts w:ascii="Times New Roman" w:hAnsi="Times New Roman" w:cs="Times New Roman"/>
          <w:sz w:val="24"/>
          <w:szCs w:val="24"/>
        </w:rPr>
      </w:pPr>
      <w:r w:rsidRPr="00B13C4C">
        <w:rPr>
          <w:rFonts w:ascii="Times New Roman" w:hAnsi="Times New Roman" w:cs="Times New Roman"/>
          <w:sz w:val="24"/>
          <w:szCs w:val="24"/>
        </w:rPr>
        <w:t xml:space="preserve">Cho hình bình hành </w:t>
      </w:r>
      <w:r w:rsidRPr="00B13C4C">
        <w:rPr>
          <w:rFonts w:ascii="Times New Roman" w:hAnsi="Times New Roman" w:cs="Times New Roman"/>
          <w:position w:val="-6"/>
          <w:sz w:val="24"/>
          <w:szCs w:val="24"/>
        </w:rPr>
        <w:object w:dxaOrig="760" w:dyaOrig="279" w14:anchorId="32D60D30">
          <v:shape id="_x0000_i4221" type="#_x0000_t75" style="width:37.8pt;height:13.8pt" o:ole="">
            <v:imagedata r:id="rId4766" o:title=""/>
          </v:shape>
          <o:OLEObject Type="Embed" ProgID="Equation.DSMT4" ShapeID="_x0000_i4221" DrawAspect="Content" ObjectID="_1699837505" r:id="rId4767"/>
        </w:object>
      </w:r>
      <w:r w:rsidRPr="00B13C4C">
        <w:rPr>
          <w:rFonts w:ascii="Times New Roman" w:hAnsi="Times New Roman" w:cs="Times New Roman"/>
          <w:sz w:val="24"/>
          <w:szCs w:val="24"/>
        </w:rPr>
        <w:t xml:space="preserve"> Tổng </w:t>
      </w:r>
      <w:r w:rsidRPr="00B13C4C">
        <w:rPr>
          <w:rFonts w:ascii="Times New Roman" w:hAnsi="Times New Roman" w:cs="Times New Roman"/>
          <w:position w:val="-6"/>
          <w:sz w:val="24"/>
          <w:szCs w:val="24"/>
        </w:rPr>
        <w:object w:dxaOrig="1500" w:dyaOrig="340" w14:anchorId="58C4C40D">
          <v:shape id="_x0000_i4222" type="#_x0000_t75" style="width:75pt;height:16.8pt" o:ole="">
            <v:imagedata r:id="rId4768" o:title=""/>
          </v:shape>
          <o:OLEObject Type="Embed" ProgID="Equation.DSMT4" ShapeID="_x0000_i4222" DrawAspect="Content" ObjectID="_1699837506" r:id="rId4769"/>
        </w:object>
      </w:r>
      <w:r w:rsidRPr="00B13C4C">
        <w:rPr>
          <w:rFonts w:ascii="Times New Roman" w:hAnsi="Times New Roman" w:cs="Times New Roman"/>
          <w:sz w:val="24"/>
          <w:szCs w:val="24"/>
        </w:rPr>
        <w:t xml:space="preserve"> bẳng</w:t>
      </w:r>
    </w:p>
    <w:p w14:paraId="72D8EE5B"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420" w:dyaOrig="340" w14:anchorId="0FA2155C">
          <v:shape id="_x0000_i4223" type="#_x0000_t75" style="width:21pt;height:16.8pt" o:ole="">
            <v:imagedata r:id="rId4770" o:title=""/>
          </v:shape>
          <o:OLEObject Type="Embed" ProgID="Equation.DSMT4" ShapeID="_x0000_i4223" DrawAspect="Content" ObjectID="_1699837507" r:id="rId477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540" w:dyaOrig="340" w14:anchorId="581A1222">
          <v:shape id="_x0000_i4224" type="#_x0000_t75" style="width:27pt;height:16.8pt" o:ole="">
            <v:imagedata r:id="rId4772" o:title=""/>
          </v:shape>
          <o:OLEObject Type="Embed" ProgID="Equation.DSMT4" ShapeID="_x0000_i4224" DrawAspect="Content" ObjectID="_1699837508" r:id="rId477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520" w:dyaOrig="340" w14:anchorId="7B368687">
          <v:shape id="_x0000_i4225" type="#_x0000_t75" style="width:25.8pt;height:16.8pt" o:ole="">
            <v:imagedata r:id="rId4774" o:title=""/>
          </v:shape>
          <o:OLEObject Type="Embed" ProgID="Equation.DSMT4" ShapeID="_x0000_i4225" DrawAspect="Content" ObjectID="_1699837509" r:id="rId477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520" w:dyaOrig="340" w14:anchorId="75D3E39F">
          <v:shape id="_x0000_i4226" type="#_x0000_t75" style="width:25.8pt;height:16.8pt" o:ole="">
            <v:imagedata r:id="rId4776" o:title=""/>
          </v:shape>
          <o:OLEObject Type="Embed" ProgID="Equation.DSMT4" ShapeID="_x0000_i4226" DrawAspect="Content" ObjectID="_1699837510" r:id="rId4777"/>
        </w:object>
      </w:r>
      <w:r w:rsidRPr="00B13C4C">
        <w:rPr>
          <w:rFonts w:ascii="Times New Roman" w:hAnsi="Times New Roman" w:cs="Times New Roman"/>
          <w:sz w:val="24"/>
          <w:szCs w:val="24"/>
        </w:rPr>
        <w:t>.</w:t>
      </w:r>
    </w:p>
    <w:p w14:paraId="073D05DC" w14:textId="77777777" w:rsidR="00B13C4C" w:rsidRPr="00B13C4C" w:rsidRDefault="00B13C4C" w:rsidP="00B13C4C">
      <w:pPr>
        <w:pStyle w:val="ListParagraph"/>
        <w:numPr>
          <w:ilvl w:val="0"/>
          <w:numId w:val="30"/>
        </w:numPr>
        <w:tabs>
          <w:tab w:val="left" w:pos="992"/>
        </w:tabs>
        <w:spacing w:before="120" w:after="0" w:line="276" w:lineRule="auto"/>
        <w:jc w:val="both"/>
        <w:rPr>
          <w:rFonts w:ascii="Times New Roman" w:hAnsi="Times New Roman" w:cs="Times New Roman"/>
          <w:sz w:val="24"/>
          <w:szCs w:val="24"/>
        </w:rPr>
      </w:pPr>
      <w:r w:rsidRPr="00B13C4C">
        <w:rPr>
          <w:rFonts w:ascii="Times New Roman" w:hAnsi="Times New Roman" w:cs="Times New Roman"/>
          <w:sz w:val="24"/>
          <w:szCs w:val="24"/>
        </w:rPr>
        <w:t xml:space="preserve">Điểm </w:t>
      </w:r>
      <w:r w:rsidRPr="00B13C4C">
        <w:rPr>
          <w:rFonts w:ascii="Times New Roman" w:hAnsi="Times New Roman" w:cs="Times New Roman"/>
          <w:position w:val="-4"/>
          <w:sz w:val="24"/>
          <w:szCs w:val="24"/>
        </w:rPr>
        <w:object w:dxaOrig="200" w:dyaOrig="260" w14:anchorId="5CD05142">
          <v:shape id="_x0000_i4227" type="#_x0000_t75" style="width:10.2pt;height:13.2pt" o:ole="">
            <v:imagedata r:id="rId4778" o:title=""/>
          </v:shape>
          <o:OLEObject Type="Embed" ProgID="Equation.DSMT4" ShapeID="_x0000_i4227" DrawAspect="Content" ObjectID="_1699837511" r:id="rId4779"/>
        </w:object>
      </w:r>
      <w:r w:rsidRPr="00B13C4C">
        <w:rPr>
          <w:rFonts w:ascii="Times New Roman" w:hAnsi="Times New Roman" w:cs="Times New Roman"/>
          <w:sz w:val="24"/>
          <w:szCs w:val="24"/>
        </w:rPr>
        <w:t xml:space="preserve"> là trung điểm của đoạn thẳng </w:t>
      </w:r>
      <w:r w:rsidRPr="00B13C4C">
        <w:rPr>
          <w:rFonts w:ascii="Times New Roman" w:hAnsi="Times New Roman" w:cs="Times New Roman"/>
          <w:position w:val="-4"/>
          <w:sz w:val="24"/>
          <w:szCs w:val="24"/>
        </w:rPr>
        <w:object w:dxaOrig="400" w:dyaOrig="260" w14:anchorId="3ECA2C9D">
          <v:shape id="_x0000_i4228" type="#_x0000_t75" style="width:19.8pt;height:13.2pt" o:ole="">
            <v:imagedata r:id="rId4780" o:title=""/>
          </v:shape>
          <o:OLEObject Type="Embed" ProgID="Equation.DSMT4" ShapeID="_x0000_i4228" DrawAspect="Content" ObjectID="_1699837512" r:id="rId4781"/>
        </w:object>
      </w:r>
      <w:r w:rsidRPr="00B13C4C">
        <w:rPr>
          <w:rFonts w:ascii="Times New Roman" w:hAnsi="Times New Roman" w:cs="Times New Roman"/>
          <w:sz w:val="24"/>
          <w:szCs w:val="24"/>
        </w:rPr>
        <w:t xml:space="preserve"> khi và chỉ khi</w:t>
      </w:r>
    </w:p>
    <w:p w14:paraId="4B167282"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4"/>
          <w:sz w:val="24"/>
          <w:szCs w:val="24"/>
        </w:rPr>
        <w:object w:dxaOrig="780" w:dyaOrig="260" w14:anchorId="6D1E627E">
          <v:shape id="_x0000_i4229" type="#_x0000_t75" style="width:39pt;height:13.2pt" o:ole="">
            <v:imagedata r:id="rId4782" o:title=""/>
          </v:shape>
          <o:OLEObject Type="Embed" ProgID="Equation.DSMT4" ShapeID="_x0000_i4229" DrawAspect="Content" ObjectID="_1699837513" r:id="rId478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4"/>
          <w:sz w:val="24"/>
          <w:szCs w:val="24"/>
        </w:rPr>
        <w:object w:dxaOrig="1320" w:dyaOrig="320" w14:anchorId="41B56559">
          <v:shape id="_x0000_i4230" type="#_x0000_t75" style="width:66pt;height:16.2pt" o:ole="">
            <v:imagedata r:id="rId4784" o:title=""/>
          </v:shape>
          <o:OLEObject Type="Embed" ProgID="Equation.DSMT4" ShapeID="_x0000_i4230" DrawAspect="Content" ObjectID="_1699837514" r:id="rId478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1120" w:dyaOrig="340" w14:anchorId="66FDDE9F">
          <v:shape id="_x0000_i4231" type="#_x0000_t75" style="width:55.8pt;height:16.8pt" o:ole="">
            <v:imagedata r:id="rId4786" o:title=""/>
          </v:shape>
          <o:OLEObject Type="Embed" ProgID="Equation.DSMT4" ShapeID="_x0000_i4231" DrawAspect="Content" ObjectID="_1699837515" r:id="rId478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4"/>
          <w:sz w:val="24"/>
          <w:szCs w:val="24"/>
        </w:rPr>
        <w:object w:dxaOrig="780" w:dyaOrig="320" w14:anchorId="34526B0E">
          <v:shape id="_x0000_i4232" type="#_x0000_t75" style="width:39pt;height:16.2pt" o:ole="">
            <v:imagedata r:id="rId4788" o:title=""/>
          </v:shape>
          <o:OLEObject Type="Embed" ProgID="Equation.DSMT4" ShapeID="_x0000_i4232" DrawAspect="Content" ObjectID="_1699837516" r:id="rId4789"/>
        </w:object>
      </w:r>
      <w:r w:rsidRPr="00B13C4C">
        <w:rPr>
          <w:rFonts w:ascii="Times New Roman" w:hAnsi="Times New Roman" w:cs="Times New Roman"/>
          <w:sz w:val="24"/>
          <w:szCs w:val="24"/>
        </w:rPr>
        <w:t>.</w:t>
      </w:r>
    </w:p>
    <w:p w14:paraId="3733B7CC" w14:textId="77777777" w:rsidR="00B13C4C" w:rsidRPr="00B13C4C" w:rsidRDefault="00B13C4C" w:rsidP="00B13C4C">
      <w:pPr>
        <w:pStyle w:val="ListParagraph"/>
        <w:numPr>
          <w:ilvl w:val="0"/>
          <w:numId w:val="30"/>
        </w:numPr>
        <w:tabs>
          <w:tab w:val="left" w:pos="992"/>
        </w:tabs>
        <w:spacing w:before="120" w:after="0" w:line="276" w:lineRule="auto"/>
        <w:jc w:val="both"/>
        <w:rPr>
          <w:rFonts w:ascii="Times New Roman" w:hAnsi="Times New Roman" w:cs="Times New Roman"/>
          <w:sz w:val="24"/>
          <w:szCs w:val="24"/>
        </w:rPr>
      </w:pPr>
      <w:r w:rsidRPr="00B13C4C">
        <w:rPr>
          <w:rFonts w:ascii="Times New Roman" w:hAnsi="Times New Roman" w:cs="Times New Roman"/>
          <w:sz w:val="24"/>
          <w:szCs w:val="24"/>
        </w:rPr>
        <w:t xml:space="preserve">Trong mặt phẳng tọa độ </w:t>
      </w:r>
      <w:r w:rsidRPr="00B13C4C">
        <w:rPr>
          <w:rFonts w:ascii="Times New Roman" w:hAnsi="Times New Roman" w:cs="Times New Roman"/>
          <w:position w:val="-10"/>
          <w:sz w:val="24"/>
          <w:szCs w:val="24"/>
        </w:rPr>
        <w:object w:dxaOrig="460" w:dyaOrig="320" w14:anchorId="58E1C423">
          <v:shape id="_x0000_i4233" type="#_x0000_t75" style="width:22.8pt;height:16.2pt" o:ole="">
            <v:imagedata r:id="rId4790" o:title=""/>
          </v:shape>
          <o:OLEObject Type="Embed" ProgID="Equation.DSMT4" ShapeID="_x0000_i4233" DrawAspect="Content" ObjectID="_1699837517" r:id="rId4791"/>
        </w:object>
      </w:r>
      <w:r w:rsidRPr="00B13C4C">
        <w:rPr>
          <w:rFonts w:ascii="Times New Roman" w:hAnsi="Times New Roman" w:cs="Times New Roman"/>
          <w:sz w:val="24"/>
          <w:szCs w:val="24"/>
        </w:rPr>
        <w:t xml:space="preserve">, cho hai điểm </w:t>
      </w:r>
      <w:r w:rsidRPr="00B13C4C">
        <w:rPr>
          <w:rFonts w:ascii="Times New Roman" w:hAnsi="Times New Roman" w:cs="Times New Roman"/>
          <w:position w:val="-10"/>
          <w:sz w:val="24"/>
          <w:szCs w:val="24"/>
        </w:rPr>
        <w:object w:dxaOrig="1680" w:dyaOrig="320" w14:anchorId="682E5A90">
          <v:shape id="_x0000_i4234" type="#_x0000_t75" style="width:84pt;height:16.2pt" o:ole="">
            <v:imagedata r:id="rId4792" o:title=""/>
          </v:shape>
          <o:OLEObject Type="Embed" ProgID="Equation.DSMT4" ShapeID="_x0000_i4234" DrawAspect="Content" ObjectID="_1699837518" r:id="rId4793"/>
        </w:object>
      </w:r>
      <w:r w:rsidRPr="00B13C4C">
        <w:rPr>
          <w:rFonts w:ascii="Times New Roman" w:hAnsi="Times New Roman" w:cs="Times New Roman"/>
          <w:sz w:val="24"/>
          <w:szCs w:val="24"/>
        </w:rPr>
        <w:t>. Khi đó</w:t>
      </w:r>
    </w:p>
    <w:p w14:paraId="561EED64"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240" w:dyaOrig="380" w14:anchorId="55553D13">
          <v:shape id="_x0000_i4235" type="#_x0000_t75" style="width:61.8pt;height:19.2pt" o:ole="">
            <v:imagedata r:id="rId4794" o:title=""/>
          </v:shape>
          <o:OLEObject Type="Embed" ProgID="Equation.DSMT4" ShapeID="_x0000_i4235" DrawAspect="Content" ObjectID="_1699837519" r:id="rId479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359" w:dyaOrig="380" w14:anchorId="4214D7EC">
          <v:shape id="_x0000_i4236" type="#_x0000_t75" style="width:67.8pt;height:19.2pt" o:ole="">
            <v:imagedata r:id="rId4796" o:title=""/>
          </v:shape>
          <o:OLEObject Type="Embed" ProgID="Equation.DSMT4" ShapeID="_x0000_i4236" DrawAspect="Content" ObjectID="_1699837520" r:id="rId479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240" w:dyaOrig="380" w14:anchorId="34AC404B">
          <v:shape id="_x0000_i4237" type="#_x0000_t75" style="width:61.8pt;height:19.2pt" o:ole="">
            <v:imagedata r:id="rId4798" o:title=""/>
          </v:shape>
          <o:OLEObject Type="Embed" ProgID="Equation.DSMT4" ShapeID="_x0000_i4237" DrawAspect="Content" ObjectID="_1699837521" r:id="rId479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359" w:dyaOrig="380" w14:anchorId="4F2B42A1">
          <v:shape id="_x0000_i4238" type="#_x0000_t75" style="width:67.8pt;height:19.2pt" o:ole="">
            <v:imagedata r:id="rId4800" o:title=""/>
          </v:shape>
          <o:OLEObject Type="Embed" ProgID="Equation.DSMT4" ShapeID="_x0000_i4238" DrawAspect="Content" ObjectID="_1699837522" r:id="rId4801"/>
        </w:object>
      </w:r>
      <w:r w:rsidRPr="00B13C4C">
        <w:rPr>
          <w:rFonts w:ascii="Times New Roman" w:hAnsi="Times New Roman" w:cs="Times New Roman"/>
          <w:sz w:val="24"/>
          <w:szCs w:val="24"/>
        </w:rPr>
        <w:t>.</w:t>
      </w:r>
    </w:p>
    <w:p w14:paraId="7B85FED3" w14:textId="77777777" w:rsidR="00B13C4C" w:rsidRPr="00B13C4C" w:rsidRDefault="00B13C4C" w:rsidP="00B13C4C">
      <w:pPr>
        <w:pStyle w:val="ListParagraph"/>
        <w:numPr>
          <w:ilvl w:val="0"/>
          <w:numId w:val="30"/>
        </w:numPr>
        <w:tabs>
          <w:tab w:val="left" w:pos="992"/>
        </w:tabs>
        <w:spacing w:before="120" w:after="0" w:line="276" w:lineRule="auto"/>
        <w:jc w:val="both"/>
        <w:rPr>
          <w:rFonts w:ascii="Times New Roman" w:hAnsi="Times New Roman" w:cs="Times New Roman"/>
          <w:sz w:val="24"/>
          <w:szCs w:val="24"/>
        </w:rPr>
      </w:pPr>
      <w:r w:rsidRPr="00B13C4C">
        <w:rPr>
          <w:rFonts w:ascii="Times New Roman" w:hAnsi="Times New Roman" w:cs="Times New Roman"/>
          <w:sz w:val="24"/>
          <w:szCs w:val="24"/>
        </w:rPr>
        <w:t xml:space="preserve">Trong mặt phẳng tọa độ </w:t>
      </w:r>
      <w:r w:rsidRPr="00B13C4C">
        <w:rPr>
          <w:rFonts w:ascii="Times New Roman" w:hAnsi="Times New Roman" w:cs="Times New Roman"/>
          <w:position w:val="-10"/>
          <w:sz w:val="24"/>
          <w:szCs w:val="24"/>
        </w:rPr>
        <w:object w:dxaOrig="460" w:dyaOrig="320" w14:anchorId="49A7FBF8">
          <v:shape id="_x0000_i4239" type="#_x0000_t75" style="width:22.8pt;height:16.2pt" o:ole="">
            <v:imagedata r:id="rId4802" o:title=""/>
          </v:shape>
          <o:OLEObject Type="Embed" ProgID="Equation.DSMT4" ShapeID="_x0000_i4239" DrawAspect="Content" ObjectID="_1699837523" r:id="rId4803"/>
        </w:object>
      </w:r>
      <w:r w:rsidRPr="00B13C4C">
        <w:rPr>
          <w:rFonts w:ascii="Times New Roman" w:hAnsi="Times New Roman" w:cs="Times New Roman"/>
          <w:sz w:val="24"/>
          <w:szCs w:val="24"/>
        </w:rPr>
        <w:t xml:space="preserve">, cho hai điểm </w:t>
      </w:r>
      <w:r w:rsidRPr="00B13C4C">
        <w:rPr>
          <w:rFonts w:ascii="Times New Roman" w:hAnsi="Times New Roman" w:cs="Times New Roman"/>
          <w:position w:val="-10"/>
          <w:sz w:val="24"/>
          <w:szCs w:val="24"/>
        </w:rPr>
        <w:object w:dxaOrig="1400" w:dyaOrig="320" w14:anchorId="4C7A3EFF">
          <v:shape id="_x0000_i4240" type="#_x0000_t75" style="width:70.2pt;height:16.2pt" o:ole="">
            <v:imagedata r:id="rId4804" o:title=""/>
          </v:shape>
          <o:OLEObject Type="Embed" ProgID="Equation.DSMT4" ShapeID="_x0000_i4240" DrawAspect="Content" ObjectID="_1699837524" r:id="rId4805"/>
        </w:object>
      </w:r>
      <w:r w:rsidRPr="00B13C4C">
        <w:rPr>
          <w:rFonts w:ascii="Times New Roman" w:hAnsi="Times New Roman" w:cs="Times New Roman"/>
          <w:sz w:val="24"/>
          <w:szCs w:val="24"/>
        </w:rPr>
        <w:t xml:space="preserve">. Điểm </w:t>
      </w:r>
      <w:r w:rsidRPr="00B13C4C">
        <w:rPr>
          <w:rFonts w:ascii="Times New Roman" w:hAnsi="Times New Roman" w:cs="Times New Roman"/>
          <w:position w:val="-4"/>
          <w:sz w:val="24"/>
          <w:szCs w:val="24"/>
        </w:rPr>
        <w:object w:dxaOrig="200" w:dyaOrig="260" w14:anchorId="08CF97AE">
          <v:shape id="_x0000_i4241" type="#_x0000_t75" style="width:10.2pt;height:13.2pt" o:ole="">
            <v:imagedata r:id="rId4806" o:title=""/>
          </v:shape>
          <o:OLEObject Type="Embed" ProgID="Equation.DSMT4" ShapeID="_x0000_i4241" DrawAspect="Content" ObjectID="_1699837525" r:id="rId4807"/>
        </w:object>
      </w:r>
      <w:r w:rsidRPr="00B13C4C">
        <w:rPr>
          <w:rFonts w:ascii="Times New Roman" w:hAnsi="Times New Roman" w:cs="Times New Roman"/>
          <w:sz w:val="24"/>
          <w:szCs w:val="24"/>
        </w:rPr>
        <w:t xml:space="preserve"> là trung điểm của đoạn </w:t>
      </w:r>
      <w:r w:rsidRPr="00B13C4C">
        <w:rPr>
          <w:rFonts w:ascii="Times New Roman" w:hAnsi="Times New Roman" w:cs="Times New Roman"/>
          <w:position w:val="-4"/>
          <w:sz w:val="24"/>
          <w:szCs w:val="24"/>
        </w:rPr>
        <w:object w:dxaOrig="400" w:dyaOrig="260" w14:anchorId="1EFA95ED">
          <v:shape id="_x0000_i4242" type="#_x0000_t75" style="width:19.8pt;height:13.2pt" o:ole="">
            <v:imagedata r:id="rId4808" o:title=""/>
          </v:shape>
          <o:OLEObject Type="Embed" ProgID="Equation.DSMT4" ShapeID="_x0000_i4242" DrawAspect="Content" ObjectID="_1699837526" r:id="rId4809"/>
        </w:object>
      </w:r>
      <w:r w:rsidRPr="00B13C4C">
        <w:rPr>
          <w:rFonts w:ascii="Times New Roman" w:hAnsi="Times New Roman" w:cs="Times New Roman"/>
          <w:sz w:val="24"/>
          <w:szCs w:val="24"/>
        </w:rPr>
        <w:t>, khi đó</w:t>
      </w:r>
    </w:p>
    <w:p w14:paraId="5E8DDB43"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820" w:dyaOrig="320" w14:anchorId="0E5662EB">
          <v:shape id="_x0000_i4243" type="#_x0000_t75" style="width:40.8pt;height:16.2pt" o:ole="">
            <v:imagedata r:id="rId4810" o:title=""/>
          </v:shape>
          <o:OLEObject Type="Embed" ProgID="Equation.DSMT4" ShapeID="_x0000_i4243" DrawAspect="Content" ObjectID="_1699837527" r:id="rId481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760" w:dyaOrig="320" w14:anchorId="231D7F3B">
          <v:shape id="_x0000_i4244" type="#_x0000_t75" style="width:37.8pt;height:16.2pt" o:ole="">
            <v:imagedata r:id="rId4812" o:title=""/>
          </v:shape>
          <o:OLEObject Type="Embed" ProgID="Equation.DSMT4" ShapeID="_x0000_i4244" DrawAspect="Content" ObjectID="_1699837528" r:id="rId481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639" w:dyaOrig="320" w14:anchorId="3DA6B434">
          <v:shape id="_x0000_i4245" type="#_x0000_t75" style="width:31.8pt;height:16.2pt" o:ole="">
            <v:imagedata r:id="rId4814" o:title=""/>
          </v:shape>
          <o:OLEObject Type="Embed" ProgID="Equation.DSMT4" ShapeID="_x0000_i4245" DrawAspect="Content" ObjectID="_1699837529" r:id="rId481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680" w:dyaOrig="320" w14:anchorId="3F5C0A74">
          <v:shape id="_x0000_i4246" type="#_x0000_t75" style="width:34.2pt;height:16.2pt" o:ole="">
            <v:imagedata r:id="rId4816" o:title=""/>
          </v:shape>
          <o:OLEObject Type="Embed" ProgID="Equation.DSMT4" ShapeID="_x0000_i4246" DrawAspect="Content" ObjectID="_1699837530" r:id="rId4817"/>
        </w:object>
      </w:r>
      <w:r w:rsidRPr="00B13C4C">
        <w:rPr>
          <w:rFonts w:ascii="Times New Roman" w:hAnsi="Times New Roman" w:cs="Times New Roman"/>
          <w:sz w:val="24"/>
          <w:szCs w:val="24"/>
        </w:rPr>
        <w:t>.</w:t>
      </w:r>
    </w:p>
    <w:p w14:paraId="032187DD" w14:textId="77777777" w:rsidR="00B13C4C" w:rsidRPr="00B13C4C" w:rsidRDefault="00B13C4C" w:rsidP="00B13C4C">
      <w:pPr>
        <w:pStyle w:val="ListParagraph"/>
        <w:numPr>
          <w:ilvl w:val="0"/>
          <w:numId w:val="30"/>
        </w:numPr>
        <w:tabs>
          <w:tab w:val="left" w:pos="992"/>
        </w:tabs>
        <w:spacing w:before="120" w:after="0" w:line="276" w:lineRule="auto"/>
        <w:jc w:val="both"/>
        <w:rPr>
          <w:rFonts w:ascii="Times New Roman" w:hAnsi="Times New Roman" w:cs="Times New Roman"/>
          <w:sz w:val="24"/>
          <w:szCs w:val="24"/>
        </w:rPr>
      </w:pPr>
      <w:r w:rsidRPr="00B13C4C">
        <w:rPr>
          <w:rFonts w:ascii="Times New Roman" w:hAnsi="Times New Roman" w:cs="Times New Roman"/>
          <w:sz w:val="24"/>
          <w:szCs w:val="24"/>
        </w:rPr>
        <w:lastRenderedPageBreak/>
        <w:t xml:space="preserve">Cho tam giác </w:t>
      </w:r>
      <w:r w:rsidRPr="00B13C4C">
        <w:rPr>
          <w:rFonts w:ascii="Times New Roman" w:hAnsi="Times New Roman" w:cs="Times New Roman"/>
          <w:position w:val="-6"/>
          <w:sz w:val="24"/>
          <w:szCs w:val="24"/>
        </w:rPr>
        <w:object w:dxaOrig="560" w:dyaOrig="279" w14:anchorId="4909DCA1">
          <v:shape id="_x0000_i4247" type="#_x0000_t75" style="width:28.2pt;height:13.8pt" o:ole="">
            <v:imagedata r:id="rId4818" o:title=""/>
          </v:shape>
          <o:OLEObject Type="Embed" ProgID="Equation.DSMT4" ShapeID="_x0000_i4247" DrawAspect="Content" ObjectID="_1699837531" r:id="rId4819"/>
        </w:object>
      </w:r>
      <w:r w:rsidRPr="00B13C4C">
        <w:rPr>
          <w:rFonts w:ascii="Times New Roman" w:hAnsi="Times New Roman" w:cs="Times New Roman"/>
          <w:sz w:val="24"/>
          <w:szCs w:val="24"/>
        </w:rPr>
        <w:t xml:space="preserve"> có trung tuyến </w:t>
      </w:r>
      <w:r w:rsidRPr="00B13C4C">
        <w:rPr>
          <w:rFonts w:ascii="Times New Roman" w:hAnsi="Times New Roman" w:cs="Times New Roman"/>
          <w:position w:val="-4"/>
          <w:sz w:val="24"/>
          <w:szCs w:val="24"/>
        </w:rPr>
        <w:object w:dxaOrig="480" w:dyaOrig="260" w14:anchorId="1A61FA30">
          <v:shape id="_x0000_i4248" type="#_x0000_t75" style="width:24pt;height:13.2pt" o:ole="">
            <v:imagedata r:id="rId4820" o:title=""/>
          </v:shape>
          <o:OLEObject Type="Embed" ProgID="Equation.DSMT4" ShapeID="_x0000_i4248" DrawAspect="Content" ObjectID="_1699837532" r:id="rId4821"/>
        </w:object>
      </w:r>
      <w:r w:rsidRPr="00B13C4C">
        <w:rPr>
          <w:rFonts w:ascii="Times New Roman" w:hAnsi="Times New Roman" w:cs="Times New Roman"/>
          <w:sz w:val="24"/>
          <w:szCs w:val="24"/>
        </w:rPr>
        <w:t>. Khẳng định nào sau đây đúng?</w:t>
      </w:r>
    </w:p>
    <w:p w14:paraId="3865D9B1"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1600" w:dyaOrig="340" w14:anchorId="3BC7B3EB">
          <v:shape id="_x0000_i4249" type="#_x0000_t75" style="width:79.8pt;height:16.8pt" o:ole="">
            <v:imagedata r:id="rId4822" o:title=""/>
          </v:shape>
          <o:OLEObject Type="Embed" ProgID="Equation.DSMT4" ShapeID="_x0000_i4249" DrawAspect="Content" ObjectID="_1699837533" r:id="rId482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1820" w:dyaOrig="340" w14:anchorId="774E05DA">
          <v:shape id="_x0000_i4250" type="#_x0000_t75" style="width:91.2pt;height:16.8pt" o:ole="">
            <v:imagedata r:id="rId4824" o:title=""/>
          </v:shape>
          <o:OLEObject Type="Embed" ProgID="Equation.DSMT4" ShapeID="_x0000_i4250" DrawAspect="Content" ObjectID="_1699837534" r:id="rId4825"/>
        </w:object>
      </w:r>
      <w:r w:rsidRPr="00B13C4C">
        <w:rPr>
          <w:rFonts w:ascii="Times New Roman" w:hAnsi="Times New Roman" w:cs="Times New Roman"/>
          <w:sz w:val="24"/>
          <w:szCs w:val="24"/>
        </w:rPr>
        <w:t>.</w:t>
      </w:r>
    </w:p>
    <w:p w14:paraId="365D1BD1"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1939" w:dyaOrig="620" w14:anchorId="074360FA">
          <v:shape id="_x0000_i4251" type="#_x0000_t75" style="width:97.2pt;height:31.2pt" o:ole="">
            <v:imagedata r:id="rId4826" o:title=""/>
          </v:shape>
          <o:OLEObject Type="Embed" ProgID="Equation.DSMT4" ShapeID="_x0000_i4251" DrawAspect="Content" ObjectID="_1699837535" r:id="rId482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1939" w:dyaOrig="620" w14:anchorId="3EEC1623">
          <v:shape id="_x0000_i4252" type="#_x0000_t75" style="width:97.2pt;height:31.2pt" o:ole="">
            <v:imagedata r:id="rId4828" o:title=""/>
          </v:shape>
          <o:OLEObject Type="Embed" ProgID="Equation.DSMT4" ShapeID="_x0000_i4252" DrawAspect="Content" ObjectID="_1699837536" r:id="rId4829"/>
        </w:object>
      </w:r>
      <w:r w:rsidRPr="00B13C4C">
        <w:rPr>
          <w:rFonts w:ascii="Times New Roman" w:hAnsi="Times New Roman" w:cs="Times New Roman"/>
          <w:sz w:val="24"/>
          <w:szCs w:val="24"/>
        </w:rPr>
        <w:t>.</w:t>
      </w:r>
    </w:p>
    <w:p w14:paraId="2D00FA77" w14:textId="77777777" w:rsidR="00B13C4C" w:rsidRPr="00B13C4C" w:rsidRDefault="00B13C4C" w:rsidP="00B13C4C">
      <w:pPr>
        <w:pStyle w:val="ListParagraph"/>
        <w:numPr>
          <w:ilvl w:val="0"/>
          <w:numId w:val="30"/>
        </w:numPr>
        <w:tabs>
          <w:tab w:val="left" w:pos="992"/>
        </w:tabs>
        <w:spacing w:before="120" w:after="0" w:line="276" w:lineRule="auto"/>
        <w:jc w:val="both"/>
        <w:rPr>
          <w:rFonts w:ascii="Times New Roman" w:hAnsi="Times New Roman" w:cs="Times New Roman"/>
          <w:sz w:val="24"/>
          <w:szCs w:val="24"/>
        </w:rPr>
      </w:pPr>
      <w:r w:rsidRPr="00B13C4C">
        <w:rPr>
          <w:rFonts w:ascii="Times New Roman" w:hAnsi="Times New Roman" w:cs="Times New Roman"/>
          <w:sz w:val="24"/>
          <w:szCs w:val="24"/>
        </w:rPr>
        <w:t xml:space="preserve">Khẳng định nào sau đây về hàm số </w:t>
      </w:r>
      <w:r w:rsidRPr="00B13C4C">
        <w:rPr>
          <w:rFonts w:ascii="Times New Roman" w:hAnsi="Times New Roman" w:cs="Times New Roman"/>
          <w:position w:val="-10"/>
          <w:sz w:val="24"/>
          <w:szCs w:val="24"/>
        </w:rPr>
        <w:object w:dxaOrig="1020" w:dyaOrig="320" w14:anchorId="021A02DA">
          <v:shape id="_x0000_i4253" type="#_x0000_t75" style="width:51pt;height:16.2pt" o:ole="">
            <v:imagedata r:id="rId4830" o:title=""/>
          </v:shape>
          <o:OLEObject Type="Embed" ProgID="Equation.DSMT4" ShapeID="_x0000_i4253" DrawAspect="Content" ObjectID="_1699837537" r:id="rId4831"/>
        </w:object>
      </w:r>
      <w:r w:rsidRPr="00B13C4C">
        <w:rPr>
          <w:rFonts w:ascii="Times New Roman" w:hAnsi="Times New Roman" w:cs="Times New Roman"/>
          <w:sz w:val="24"/>
          <w:szCs w:val="24"/>
        </w:rPr>
        <w:t xml:space="preserve"> là sai?</w:t>
      </w:r>
    </w:p>
    <w:p w14:paraId="19958365"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 xml:space="preserve">Hàm số đồng biến trên </w:t>
      </w:r>
      <w:r w:rsidRPr="00B13C4C">
        <w:rPr>
          <w:rFonts w:ascii="Times New Roman" w:hAnsi="Times New Roman" w:cs="Times New Roman"/>
          <w:position w:val="-4"/>
          <w:sz w:val="24"/>
          <w:szCs w:val="24"/>
        </w:rPr>
        <w:object w:dxaOrig="260" w:dyaOrig="260" w14:anchorId="3AEC1945">
          <v:shape id="_x0000_i4254" type="#_x0000_t75" style="width:13.2pt;height:13.2pt" o:ole="">
            <v:imagedata r:id="rId4832" o:title=""/>
          </v:shape>
          <o:OLEObject Type="Embed" ProgID="Equation.DSMT4" ShapeID="_x0000_i4254" DrawAspect="Content" ObjectID="_1699837538" r:id="rId4833"/>
        </w:object>
      </w:r>
      <w:r w:rsidRPr="00B13C4C">
        <w:rPr>
          <w:rFonts w:ascii="Times New Roman" w:hAnsi="Times New Roman" w:cs="Times New Roman"/>
          <w:sz w:val="24"/>
          <w:szCs w:val="24"/>
        </w:rPr>
        <w:t>.</w:t>
      </w:r>
    </w:p>
    <w:p w14:paraId="17DE7D34"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 xml:space="preserve">Đồ thị hàm số cắt trục </w:t>
      </w:r>
      <w:r w:rsidRPr="00B13C4C">
        <w:rPr>
          <w:rFonts w:ascii="Times New Roman" w:hAnsi="Times New Roman" w:cs="Times New Roman"/>
          <w:position w:val="-6"/>
          <w:sz w:val="24"/>
          <w:szCs w:val="24"/>
        </w:rPr>
        <w:object w:dxaOrig="360" w:dyaOrig="279" w14:anchorId="0E924F21">
          <v:shape id="_x0000_i4255" type="#_x0000_t75" style="width:18pt;height:13.8pt" o:ole="">
            <v:imagedata r:id="rId4834" o:title=""/>
          </v:shape>
          <o:OLEObject Type="Embed" ProgID="Equation.DSMT4" ShapeID="_x0000_i4255" DrawAspect="Content" ObjectID="_1699837539" r:id="rId4835"/>
        </w:object>
      </w:r>
      <w:r w:rsidRPr="00B13C4C">
        <w:rPr>
          <w:rFonts w:ascii="Times New Roman" w:hAnsi="Times New Roman" w:cs="Times New Roman"/>
          <w:sz w:val="24"/>
          <w:szCs w:val="24"/>
        </w:rPr>
        <w:t xml:space="preserve"> tại điểm </w:t>
      </w:r>
      <w:r w:rsidRPr="00B13C4C">
        <w:rPr>
          <w:rFonts w:ascii="Times New Roman" w:hAnsi="Times New Roman" w:cs="Times New Roman"/>
          <w:position w:val="-28"/>
          <w:sz w:val="24"/>
          <w:szCs w:val="24"/>
        </w:rPr>
        <w:object w:dxaOrig="859" w:dyaOrig="680" w14:anchorId="1DF24E0D">
          <v:shape id="_x0000_i4256" type="#_x0000_t75" style="width:43.2pt;height:34.2pt" o:ole="">
            <v:imagedata r:id="rId4836" o:title=""/>
          </v:shape>
          <o:OLEObject Type="Embed" ProgID="Equation.DSMT4" ShapeID="_x0000_i4256" DrawAspect="Content" ObjectID="_1699837540" r:id="rId4837"/>
        </w:object>
      </w:r>
      <w:r w:rsidRPr="00B13C4C">
        <w:rPr>
          <w:rFonts w:ascii="Times New Roman" w:hAnsi="Times New Roman" w:cs="Times New Roman"/>
          <w:sz w:val="24"/>
          <w:szCs w:val="24"/>
        </w:rPr>
        <w:t>.</w:t>
      </w:r>
    </w:p>
    <w:p w14:paraId="4D76009E"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 xml:space="preserve">Đồ thị hàm số cắt trục </w:t>
      </w:r>
      <w:r w:rsidRPr="00B13C4C">
        <w:rPr>
          <w:rFonts w:ascii="Times New Roman" w:hAnsi="Times New Roman" w:cs="Times New Roman"/>
          <w:position w:val="-10"/>
          <w:sz w:val="24"/>
          <w:szCs w:val="24"/>
        </w:rPr>
        <w:object w:dxaOrig="360" w:dyaOrig="320" w14:anchorId="73A910E0">
          <v:shape id="_x0000_i4257" type="#_x0000_t75" style="width:18pt;height:16.2pt" o:ole="">
            <v:imagedata r:id="rId4838" o:title=""/>
          </v:shape>
          <o:OLEObject Type="Embed" ProgID="Equation.DSMT4" ShapeID="_x0000_i4257" DrawAspect="Content" ObjectID="_1699837541" r:id="rId4839"/>
        </w:object>
      </w:r>
      <w:r w:rsidRPr="00B13C4C">
        <w:rPr>
          <w:rFonts w:ascii="Times New Roman" w:hAnsi="Times New Roman" w:cs="Times New Roman"/>
          <w:sz w:val="24"/>
          <w:szCs w:val="24"/>
        </w:rPr>
        <w:t xml:space="preserve"> tai điểm </w:t>
      </w:r>
      <w:r w:rsidRPr="00B13C4C">
        <w:rPr>
          <w:rFonts w:ascii="Times New Roman" w:hAnsi="Times New Roman" w:cs="Times New Roman"/>
          <w:position w:val="-10"/>
          <w:sz w:val="24"/>
          <w:szCs w:val="24"/>
        </w:rPr>
        <w:object w:dxaOrig="560" w:dyaOrig="320" w14:anchorId="37F95E82">
          <v:shape id="_x0000_i4258" type="#_x0000_t75" style="width:28.2pt;height:16.2pt" o:ole="">
            <v:imagedata r:id="rId4840" o:title=""/>
          </v:shape>
          <o:OLEObject Type="Embed" ProgID="Equation.DSMT4" ShapeID="_x0000_i4258" DrawAspect="Content" ObjectID="_1699837542" r:id="rId4841"/>
        </w:object>
      </w:r>
      <w:r w:rsidRPr="00B13C4C">
        <w:rPr>
          <w:rFonts w:ascii="Times New Roman" w:hAnsi="Times New Roman" w:cs="Times New Roman"/>
          <w:sz w:val="24"/>
          <w:szCs w:val="24"/>
        </w:rPr>
        <w:t>.</w:t>
      </w:r>
    </w:p>
    <w:p w14:paraId="4302873D"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 xml:space="preserve">Hàm số nghịch biến trên </w:t>
      </w:r>
      <w:r w:rsidRPr="00B13C4C">
        <w:rPr>
          <w:rFonts w:ascii="Times New Roman" w:hAnsi="Times New Roman" w:cs="Times New Roman"/>
          <w:position w:val="-4"/>
          <w:sz w:val="24"/>
          <w:szCs w:val="24"/>
        </w:rPr>
        <w:object w:dxaOrig="260" w:dyaOrig="260" w14:anchorId="74AB61E3">
          <v:shape id="_x0000_i4259" type="#_x0000_t75" style="width:13.2pt;height:13.2pt" o:ole="">
            <v:imagedata r:id="rId4842" o:title=""/>
          </v:shape>
          <o:OLEObject Type="Embed" ProgID="Equation.DSMT4" ShapeID="_x0000_i4259" DrawAspect="Content" ObjectID="_1699837543" r:id="rId4843"/>
        </w:object>
      </w:r>
      <w:r w:rsidRPr="00B13C4C">
        <w:rPr>
          <w:rFonts w:ascii="Times New Roman" w:hAnsi="Times New Roman" w:cs="Times New Roman"/>
          <w:sz w:val="24"/>
          <w:szCs w:val="24"/>
        </w:rPr>
        <w:t>.</w:t>
      </w:r>
    </w:p>
    <w:p w14:paraId="530B00D5" w14:textId="77777777" w:rsidR="00B13C4C" w:rsidRPr="00B13C4C" w:rsidRDefault="00B13C4C" w:rsidP="00B13C4C">
      <w:pPr>
        <w:pStyle w:val="ListParagraph"/>
        <w:numPr>
          <w:ilvl w:val="0"/>
          <w:numId w:val="30"/>
        </w:numPr>
        <w:tabs>
          <w:tab w:val="left" w:pos="992"/>
        </w:tabs>
        <w:spacing w:before="120" w:after="0" w:line="276" w:lineRule="auto"/>
        <w:jc w:val="both"/>
        <w:rPr>
          <w:rFonts w:ascii="Times New Roman" w:hAnsi="Times New Roman" w:cs="Times New Roman"/>
          <w:sz w:val="24"/>
          <w:szCs w:val="24"/>
        </w:rPr>
      </w:pPr>
      <w:r w:rsidRPr="00B13C4C">
        <w:rPr>
          <w:rFonts w:ascii="Times New Roman" w:hAnsi="Times New Roman" w:cs="Times New Roman"/>
          <w:sz w:val="24"/>
          <w:szCs w:val="24"/>
        </w:rPr>
        <w:t xml:space="preserve">Cặp số </w:t>
      </w:r>
      <w:r w:rsidRPr="00B13C4C">
        <w:rPr>
          <w:rFonts w:ascii="Times New Roman" w:hAnsi="Times New Roman" w:cs="Times New Roman"/>
          <w:position w:val="-10"/>
          <w:sz w:val="24"/>
          <w:szCs w:val="24"/>
        </w:rPr>
        <w:object w:dxaOrig="580" w:dyaOrig="320" w14:anchorId="6DD7384C">
          <v:shape id="_x0000_i4260" type="#_x0000_t75" style="width:28.8pt;height:16.2pt" o:ole="">
            <v:imagedata r:id="rId4844" o:title=""/>
          </v:shape>
          <o:OLEObject Type="Embed" ProgID="Equation.DSMT4" ShapeID="_x0000_i4260" DrawAspect="Content" ObjectID="_1699837544" r:id="rId4845"/>
        </w:object>
      </w:r>
      <w:r w:rsidRPr="00B13C4C">
        <w:rPr>
          <w:rFonts w:ascii="Times New Roman" w:hAnsi="Times New Roman" w:cs="Times New Roman"/>
          <w:sz w:val="24"/>
          <w:szCs w:val="24"/>
        </w:rPr>
        <w:t xml:space="preserve"> nào sau đây không là nghiệm của phương trình </w:t>
      </w:r>
      <w:r w:rsidRPr="00B13C4C">
        <w:rPr>
          <w:rFonts w:ascii="Times New Roman" w:hAnsi="Times New Roman" w:cs="Times New Roman"/>
          <w:position w:val="-10"/>
          <w:sz w:val="24"/>
          <w:szCs w:val="24"/>
        </w:rPr>
        <w:object w:dxaOrig="1120" w:dyaOrig="320" w14:anchorId="7497BF1B">
          <v:shape id="_x0000_i4261" type="#_x0000_t75" style="width:55.8pt;height:16.2pt" o:ole="">
            <v:imagedata r:id="rId4846" o:title=""/>
          </v:shape>
          <o:OLEObject Type="Embed" ProgID="Equation.DSMT4" ShapeID="_x0000_i4261" DrawAspect="Content" ObjectID="_1699837545" r:id="rId4847"/>
        </w:object>
      </w:r>
      <w:r w:rsidRPr="00B13C4C">
        <w:rPr>
          <w:rFonts w:ascii="Times New Roman" w:hAnsi="Times New Roman" w:cs="Times New Roman"/>
          <w:sz w:val="24"/>
          <w:szCs w:val="24"/>
        </w:rPr>
        <w:t>?</w:t>
      </w:r>
    </w:p>
    <w:p w14:paraId="682BC4C4"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8"/>
          <w:sz w:val="24"/>
          <w:szCs w:val="24"/>
        </w:rPr>
        <w:object w:dxaOrig="1460" w:dyaOrig="680" w14:anchorId="7C8B669E">
          <v:shape id="_x0000_i4262" type="#_x0000_t75" style="width:73.2pt;height:34.2pt" o:ole="">
            <v:imagedata r:id="rId4848" o:title=""/>
          </v:shape>
          <o:OLEObject Type="Embed" ProgID="Equation.DSMT4" ShapeID="_x0000_i4262" DrawAspect="Content" ObjectID="_1699837546" r:id="rId484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380" w:dyaOrig="320" w14:anchorId="0AECA653">
          <v:shape id="_x0000_i4263" type="#_x0000_t75" style="width:69pt;height:16.2pt" o:ole="">
            <v:imagedata r:id="rId4850" o:title=""/>
          </v:shape>
          <o:OLEObject Type="Embed" ProgID="Equation.DSMT4" ShapeID="_x0000_i4263" DrawAspect="Content" ObjectID="_1699837547" r:id="rId485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8"/>
          <w:sz w:val="24"/>
          <w:szCs w:val="24"/>
        </w:rPr>
        <w:object w:dxaOrig="1420" w:dyaOrig="680" w14:anchorId="33B5796C">
          <v:shape id="_x0000_i4264" type="#_x0000_t75" style="width:70.8pt;height:34.2pt" o:ole="">
            <v:imagedata r:id="rId4852" o:title=""/>
          </v:shape>
          <o:OLEObject Type="Embed" ProgID="Equation.DSMT4" ShapeID="_x0000_i4264" DrawAspect="Content" ObjectID="_1699837548" r:id="rId485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579" w:dyaOrig="320" w14:anchorId="53FFF1B6">
          <v:shape id="_x0000_i4265" type="#_x0000_t75" style="width:79.2pt;height:16.2pt" o:ole="">
            <v:imagedata r:id="rId4854" o:title=""/>
          </v:shape>
          <o:OLEObject Type="Embed" ProgID="Equation.DSMT4" ShapeID="_x0000_i4265" DrawAspect="Content" ObjectID="_1699837549" r:id="rId4855"/>
        </w:object>
      </w:r>
      <w:r w:rsidRPr="00B13C4C">
        <w:rPr>
          <w:rFonts w:ascii="Times New Roman" w:hAnsi="Times New Roman" w:cs="Times New Roman"/>
          <w:sz w:val="24"/>
          <w:szCs w:val="24"/>
        </w:rPr>
        <w:t>.</w:t>
      </w:r>
    </w:p>
    <w:p w14:paraId="722887CA" w14:textId="77777777" w:rsidR="00B13C4C" w:rsidRPr="00B13C4C" w:rsidRDefault="00B13C4C" w:rsidP="00B13C4C">
      <w:pPr>
        <w:pStyle w:val="ListParagraph"/>
        <w:numPr>
          <w:ilvl w:val="0"/>
          <w:numId w:val="30"/>
        </w:numPr>
        <w:tabs>
          <w:tab w:val="left" w:pos="992"/>
        </w:tabs>
        <w:spacing w:before="120" w:after="0" w:line="276" w:lineRule="auto"/>
        <w:jc w:val="both"/>
        <w:rPr>
          <w:rFonts w:ascii="Times New Roman" w:hAnsi="Times New Roman" w:cs="Times New Roman"/>
          <w:sz w:val="24"/>
          <w:szCs w:val="24"/>
        </w:rPr>
      </w:pPr>
      <w:r w:rsidRPr="00B13C4C">
        <w:rPr>
          <w:rFonts w:ascii="Times New Roman" w:hAnsi="Times New Roman" w:cs="Times New Roman"/>
          <w:sz w:val="24"/>
          <w:szCs w:val="24"/>
        </w:rPr>
        <w:t xml:space="preserve">Phương trình </w:t>
      </w:r>
      <w:r w:rsidRPr="00B13C4C">
        <w:rPr>
          <w:rFonts w:ascii="Times New Roman" w:hAnsi="Times New Roman" w:cs="Times New Roman"/>
          <w:position w:val="-10"/>
          <w:sz w:val="24"/>
          <w:szCs w:val="24"/>
        </w:rPr>
        <w:object w:dxaOrig="800" w:dyaOrig="320" w14:anchorId="1CE8A5EA">
          <v:shape id="_x0000_i4266" type="#_x0000_t75" style="width:40.2pt;height:16.2pt" o:ole="">
            <v:imagedata r:id="rId4856" o:title=""/>
          </v:shape>
          <o:OLEObject Type="Embed" ProgID="Equation.DSMT4" ShapeID="_x0000_i4266" DrawAspect="Content" ObjectID="_1699837550" r:id="rId4857"/>
        </w:object>
      </w:r>
      <w:r w:rsidRPr="00B13C4C">
        <w:rPr>
          <w:rFonts w:ascii="Times New Roman" w:hAnsi="Times New Roman" w:cs="Times New Roman"/>
          <w:sz w:val="24"/>
          <w:szCs w:val="24"/>
        </w:rPr>
        <w:t xml:space="preserve"> có bao nhiêu nghiệm?</w:t>
      </w:r>
    </w:p>
    <w:p w14:paraId="17EE4280"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0.</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1.</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Vô số.</w:t>
      </w:r>
    </w:p>
    <w:p w14:paraId="2A79F48E" w14:textId="77777777" w:rsidR="00B13C4C" w:rsidRPr="00B13C4C" w:rsidRDefault="00B13C4C" w:rsidP="00B13C4C">
      <w:pPr>
        <w:pStyle w:val="ListParagraph"/>
        <w:numPr>
          <w:ilvl w:val="0"/>
          <w:numId w:val="30"/>
        </w:numPr>
        <w:tabs>
          <w:tab w:val="left" w:pos="992"/>
        </w:tabs>
        <w:spacing w:before="120" w:after="0" w:line="276" w:lineRule="auto"/>
        <w:jc w:val="both"/>
        <w:rPr>
          <w:rFonts w:ascii="Times New Roman" w:hAnsi="Times New Roman" w:cs="Times New Roman"/>
          <w:sz w:val="24"/>
          <w:szCs w:val="24"/>
        </w:rPr>
      </w:pPr>
      <w:r w:rsidRPr="00B13C4C">
        <w:rPr>
          <w:rFonts w:ascii="Times New Roman" w:hAnsi="Times New Roman" w:cs="Times New Roman"/>
          <w:sz w:val="24"/>
          <w:szCs w:val="24"/>
        </w:rPr>
        <w:t xml:space="preserve">Phương trình </w:t>
      </w:r>
      <w:r w:rsidRPr="00B13C4C">
        <w:rPr>
          <w:rFonts w:ascii="Times New Roman" w:hAnsi="Times New Roman" w:cs="Times New Roman"/>
          <w:position w:val="-16"/>
          <w:sz w:val="24"/>
          <w:szCs w:val="24"/>
        </w:rPr>
        <w:object w:dxaOrig="2260" w:dyaOrig="440" w14:anchorId="2431D0D6">
          <v:shape id="_x0000_i4267" type="#_x0000_t75" style="width:112.8pt;height:22.2pt" o:ole="">
            <v:imagedata r:id="rId4858" o:title=""/>
          </v:shape>
          <o:OLEObject Type="Embed" ProgID="Equation.DSMT4" ShapeID="_x0000_i4267" DrawAspect="Content" ObjectID="_1699837551" r:id="rId4859"/>
        </w:object>
      </w:r>
      <w:r w:rsidRPr="00B13C4C">
        <w:rPr>
          <w:rFonts w:ascii="Times New Roman" w:hAnsi="Times New Roman" w:cs="Times New Roman"/>
          <w:sz w:val="24"/>
          <w:szCs w:val="24"/>
        </w:rPr>
        <w:t xml:space="preserve"> có bao nhiêu nghiệm?</w:t>
      </w:r>
    </w:p>
    <w:p w14:paraId="23A7AD13"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1.</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0.</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3.</w:t>
      </w:r>
    </w:p>
    <w:p w14:paraId="72A7824C" w14:textId="77777777" w:rsidR="00B13C4C" w:rsidRPr="00B13C4C" w:rsidRDefault="00B13C4C" w:rsidP="00B13C4C">
      <w:pPr>
        <w:pStyle w:val="ListParagraph"/>
        <w:numPr>
          <w:ilvl w:val="0"/>
          <w:numId w:val="30"/>
        </w:numPr>
        <w:tabs>
          <w:tab w:val="left" w:pos="992"/>
        </w:tabs>
        <w:spacing w:before="120" w:after="0" w:line="276" w:lineRule="auto"/>
        <w:jc w:val="both"/>
        <w:rPr>
          <w:rFonts w:ascii="Times New Roman" w:hAnsi="Times New Roman" w:cs="Times New Roman"/>
          <w:sz w:val="24"/>
          <w:szCs w:val="24"/>
        </w:rPr>
      </w:pPr>
      <w:r w:rsidRPr="00B13C4C">
        <w:rPr>
          <w:rFonts w:ascii="Times New Roman" w:hAnsi="Times New Roman" w:cs="Times New Roman"/>
          <w:sz w:val="24"/>
          <w:szCs w:val="24"/>
        </w:rPr>
        <w:t xml:space="preserve">Tập hợp tất cả các giá trị của tham số </w:t>
      </w:r>
      <w:r w:rsidRPr="00B13C4C">
        <w:rPr>
          <w:rFonts w:ascii="Times New Roman" w:hAnsi="Times New Roman" w:cs="Times New Roman"/>
          <w:position w:val="-6"/>
          <w:sz w:val="24"/>
          <w:szCs w:val="24"/>
        </w:rPr>
        <w:object w:dxaOrig="260" w:dyaOrig="220" w14:anchorId="26255884">
          <v:shape id="_x0000_i4268" type="#_x0000_t75" style="width:13.2pt;height:10.8pt" o:ole="">
            <v:imagedata r:id="rId4860" o:title=""/>
          </v:shape>
          <o:OLEObject Type="Embed" ProgID="Equation.DSMT4" ShapeID="_x0000_i4268" DrawAspect="Content" ObjectID="_1699837552" r:id="rId4861"/>
        </w:object>
      </w:r>
      <w:r w:rsidRPr="00B13C4C">
        <w:rPr>
          <w:rFonts w:ascii="Times New Roman" w:hAnsi="Times New Roman" w:cs="Times New Roman"/>
          <w:sz w:val="24"/>
          <w:szCs w:val="24"/>
        </w:rPr>
        <w:t xml:space="preserve"> để hàm số </w:t>
      </w:r>
      <w:r w:rsidRPr="00B13C4C">
        <w:rPr>
          <w:rFonts w:ascii="Times New Roman" w:hAnsi="Times New Roman" w:cs="Times New Roman"/>
          <w:position w:val="-10"/>
          <w:sz w:val="24"/>
          <w:szCs w:val="24"/>
        </w:rPr>
        <w:object w:dxaOrig="1060" w:dyaOrig="320" w14:anchorId="01C19154">
          <v:shape id="_x0000_i4269" type="#_x0000_t75" style="width:52.8pt;height:16.2pt" o:ole="">
            <v:imagedata r:id="rId4862" o:title=""/>
          </v:shape>
          <o:OLEObject Type="Embed" ProgID="Equation.DSMT4" ShapeID="_x0000_i4269" DrawAspect="Content" ObjectID="_1699837553" r:id="rId4863"/>
        </w:object>
      </w:r>
      <w:r w:rsidRPr="00B13C4C">
        <w:rPr>
          <w:rFonts w:ascii="Times New Roman" w:hAnsi="Times New Roman" w:cs="Times New Roman"/>
          <w:sz w:val="24"/>
          <w:szCs w:val="24"/>
        </w:rPr>
        <w:t xml:space="preserve"> nghịch biến trên </w:t>
      </w:r>
      <w:r w:rsidRPr="00B13C4C">
        <w:rPr>
          <w:rFonts w:ascii="Times New Roman" w:hAnsi="Times New Roman" w:cs="Times New Roman"/>
          <w:position w:val="-4"/>
          <w:sz w:val="24"/>
          <w:szCs w:val="24"/>
        </w:rPr>
        <w:object w:dxaOrig="260" w:dyaOrig="260" w14:anchorId="79F10107">
          <v:shape id="_x0000_i4270" type="#_x0000_t75" style="width:13.2pt;height:13.2pt" o:ole="">
            <v:imagedata r:id="rId4864" o:title=""/>
          </v:shape>
          <o:OLEObject Type="Embed" ProgID="Equation.DSMT4" ShapeID="_x0000_i4270" DrawAspect="Content" ObjectID="_1699837554" r:id="rId4865"/>
        </w:object>
      </w:r>
      <w:r w:rsidRPr="00B13C4C">
        <w:rPr>
          <w:rFonts w:ascii="Times New Roman" w:hAnsi="Times New Roman" w:cs="Times New Roman"/>
          <w:sz w:val="24"/>
          <w:szCs w:val="24"/>
        </w:rPr>
        <w:t xml:space="preserve"> là</w:t>
      </w:r>
    </w:p>
    <w:p w14:paraId="1F3E99FE"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740" w:dyaOrig="320" w14:anchorId="2DC16E9F">
          <v:shape id="_x0000_i4271" type="#_x0000_t75" style="width:37.2pt;height:16.2pt" o:ole="">
            <v:imagedata r:id="rId4866" o:title=""/>
          </v:shape>
          <o:OLEObject Type="Embed" ProgID="Equation.DSMT4" ShapeID="_x0000_i4271" DrawAspect="Content" ObjectID="_1699837555" r:id="rId486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740" w:dyaOrig="320" w14:anchorId="70BD84BA">
          <v:shape id="_x0000_i4272" type="#_x0000_t75" style="width:37.2pt;height:16.2pt" o:ole="">
            <v:imagedata r:id="rId4868" o:title=""/>
          </v:shape>
          <o:OLEObject Type="Embed" ProgID="Equation.DSMT4" ShapeID="_x0000_i4272" DrawAspect="Content" ObjectID="_1699837556" r:id="rId486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740" w:dyaOrig="320" w14:anchorId="3199D1E7">
          <v:shape id="_x0000_i4273" type="#_x0000_t75" style="width:37.2pt;height:16.2pt" o:ole="">
            <v:imagedata r:id="rId4870" o:title=""/>
          </v:shape>
          <o:OLEObject Type="Embed" ProgID="Equation.DSMT4" ShapeID="_x0000_i4273" DrawAspect="Content" ObjectID="_1699837557" r:id="rId487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740" w:dyaOrig="320" w14:anchorId="751647FB">
          <v:shape id="_x0000_i4274" type="#_x0000_t75" style="width:37.2pt;height:16.2pt" o:ole="">
            <v:imagedata r:id="rId4872" o:title=""/>
          </v:shape>
          <o:OLEObject Type="Embed" ProgID="Equation.DSMT4" ShapeID="_x0000_i4274" DrawAspect="Content" ObjectID="_1699837558" r:id="rId4873"/>
        </w:object>
      </w:r>
      <w:r w:rsidRPr="00B13C4C">
        <w:rPr>
          <w:rFonts w:ascii="Times New Roman" w:hAnsi="Times New Roman" w:cs="Times New Roman"/>
          <w:sz w:val="24"/>
          <w:szCs w:val="24"/>
        </w:rPr>
        <w:t>.</w:t>
      </w:r>
    </w:p>
    <w:p w14:paraId="3FA66CD5" w14:textId="77777777" w:rsidR="00B13C4C" w:rsidRPr="00B13C4C" w:rsidRDefault="00B13C4C" w:rsidP="00B13C4C">
      <w:pPr>
        <w:pStyle w:val="ListParagraph"/>
        <w:numPr>
          <w:ilvl w:val="0"/>
          <w:numId w:val="30"/>
        </w:numPr>
        <w:tabs>
          <w:tab w:val="left" w:pos="992"/>
        </w:tabs>
        <w:spacing w:before="120" w:after="0" w:line="276" w:lineRule="auto"/>
        <w:jc w:val="both"/>
        <w:rPr>
          <w:rFonts w:ascii="Times New Roman" w:hAnsi="Times New Roman" w:cs="Times New Roman"/>
          <w:sz w:val="24"/>
          <w:szCs w:val="24"/>
        </w:rPr>
      </w:pPr>
      <w:r w:rsidRPr="00B13C4C">
        <w:rPr>
          <w:rFonts w:ascii="Times New Roman" w:hAnsi="Times New Roman" w:cs="Times New Roman"/>
          <w:sz w:val="24"/>
          <w:szCs w:val="24"/>
        </w:rPr>
        <w:t xml:space="preserve">Tọa độ đỉnh </w:t>
      </w:r>
      <w:r w:rsidRPr="00B13C4C">
        <w:rPr>
          <w:rFonts w:ascii="Times New Roman" w:hAnsi="Times New Roman" w:cs="Times New Roman"/>
          <w:position w:val="-4"/>
          <w:sz w:val="24"/>
          <w:szCs w:val="24"/>
        </w:rPr>
        <w:object w:dxaOrig="200" w:dyaOrig="260" w14:anchorId="72D469CF">
          <v:shape id="_x0000_i4275" type="#_x0000_t75" style="width:10.2pt;height:13.2pt" o:ole="">
            <v:imagedata r:id="rId4874" o:title=""/>
          </v:shape>
          <o:OLEObject Type="Embed" ProgID="Equation.DSMT4" ShapeID="_x0000_i4275" DrawAspect="Content" ObjectID="_1699837559" r:id="rId4875"/>
        </w:object>
      </w:r>
      <w:r w:rsidRPr="00B13C4C">
        <w:rPr>
          <w:rFonts w:ascii="Times New Roman" w:hAnsi="Times New Roman" w:cs="Times New Roman"/>
          <w:sz w:val="24"/>
          <w:szCs w:val="24"/>
        </w:rPr>
        <w:t xml:space="preserve"> của parabol </w:t>
      </w:r>
      <w:r w:rsidRPr="00B13C4C">
        <w:rPr>
          <w:rFonts w:ascii="Times New Roman" w:hAnsi="Times New Roman" w:cs="Times New Roman"/>
          <w:position w:val="-10"/>
          <w:sz w:val="24"/>
          <w:szCs w:val="24"/>
        </w:rPr>
        <w:object w:dxaOrig="1460" w:dyaOrig="360" w14:anchorId="59EC0D54">
          <v:shape id="_x0000_i4276" type="#_x0000_t75" style="width:73.2pt;height:18pt" o:ole="">
            <v:imagedata r:id="rId4876" o:title=""/>
          </v:shape>
          <o:OLEObject Type="Embed" ProgID="Equation.DSMT4" ShapeID="_x0000_i4276" DrawAspect="Content" ObjectID="_1699837560" r:id="rId4877"/>
        </w:object>
      </w:r>
      <w:r w:rsidRPr="00B13C4C">
        <w:rPr>
          <w:rFonts w:ascii="Times New Roman" w:hAnsi="Times New Roman" w:cs="Times New Roman"/>
          <w:sz w:val="24"/>
          <w:szCs w:val="24"/>
        </w:rPr>
        <w:t xml:space="preserve"> là</w:t>
      </w:r>
    </w:p>
    <w:p w14:paraId="6EA9ECC3"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880" w:dyaOrig="320" w14:anchorId="4FC83558">
          <v:shape id="_x0000_i4277" type="#_x0000_t75" style="width:43.8pt;height:16.2pt" o:ole="">
            <v:imagedata r:id="rId4878" o:title=""/>
          </v:shape>
          <o:OLEObject Type="Embed" ProgID="Equation.DSMT4" ShapeID="_x0000_i4277" DrawAspect="Content" ObjectID="_1699837561" r:id="rId487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639" w:dyaOrig="320" w14:anchorId="4EB3450A">
          <v:shape id="_x0000_i4278" type="#_x0000_t75" style="width:31.8pt;height:16.2pt" o:ole="">
            <v:imagedata r:id="rId4880" o:title=""/>
          </v:shape>
          <o:OLEObject Type="Embed" ProgID="Equation.DSMT4" ShapeID="_x0000_i4278" DrawAspect="Content" ObjectID="_1699837562" r:id="rId488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680" w:dyaOrig="320" w14:anchorId="4E6C62D4">
          <v:shape id="_x0000_i4279" type="#_x0000_t75" style="width:34.2pt;height:16.2pt" o:ole="">
            <v:imagedata r:id="rId4882" o:title=""/>
          </v:shape>
          <o:OLEObject Type="Embed" ProgID="Equation.DSMT4" ShapeID="_x0000_i4279" DrawAspect="Content" ObjectID="_1699837563" r:id="rId488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920" w:dyaOrig="320" w14:anchorId="2F1842D2">
          <v:shape id="_x0000_i4280" type="#_x0000_t75" style="width:46.2pt;height:16.2pt" o:ole="">
            <v:imagedata r:id="rId4884" o:title=""/>
          </v:shape>
          <o:OLEObject Type="Embed" ProgID="Equation.DSMT4" ShapeID="_x0000_i4280" DrawAspect="Content" ObjectID="_1699837564" r:id="rId4885"/>
        </w:object>
      </w:r>
      <w:r w:rsidRPr="00B13C4C">
        <w:rPr>
          <w:rFonts w:ascii="Times New Roman" w:hAnsi="Times New Roman" w:cs="Times New Roman"/>
          <w:sz w:val="24"/>
          <w:szCs w:val="24"/>
        </w:rPr>
        <w:t>.</w:t>
      </w:r>
    </w:p>
    <w:p w14:paraId="07ECD653" w14:textId="77777777" w:rsidR="00B13C4C" w:rsidRPr="00B13C4C" w:rsidRDefault="00B13C4C" w:rsidP="00B13C4C">
      <w:pPr>
        <w:pStyle w:val="ListParagraph"/>
        <w:numPr>
          <w:ilvl w:val="0"/>
          <w:numId w:val="30"/>
        </w:numPr>
        <w:tabs>
          <w:tab w:val="left" w:pos="992"/>
        </w:tabs>
        <w:spacing w:before="120" w:after="0" w:line="276" w:lineRule="auto"/>
        <w:jc w:val="both"/>
        <w:rPr>
          <w:rFonts w:ascii="Times New Roman" w:hAnsi="Times New Roman" w:cs="Times New Roman"/>
          <w:sz w:val="24"/>
          <w:szCs w:val="24"/>
        </w:rPr>
      </w:pPr>
      <w:r w:rsidRPr="00B13C4C">
        <w:rPr>
          <w:rFonts w:ascii="Times New Roman" w:hAnsi="Times New Roman" w:cs="Times New Roman"/>
          <w:sz w:val="24"/>
          <w:szCs w:val="24"/>
        </w:rPr>
        <w:t xml:space="preserve">Đồ thị hàm số </w:t>
      </w:r>
      <w:r w:rsidRPr="00B13C4C">
        <w:rPr>
          <w:rFonts w:ascii="Times New Roman" w:hAnsi="Times New Roman" w:cs="Times New Roman"/>
          <w:position w:val="-10"/>
          <w:sz w:val="24"/>
          <w:szCs w:val="24"/>
        </w:rPr>
        <w:object w:dxaOrig="1540" w:dyaOrig="360" w14:anchorId="50C84A08">
          <v:shape id="_x0000_i4281" type="#_x0000_t75" style="width:76.8pt;height:18pt" o:ole="">
            <v:imagedata r:id="rId4886" o:title=""/>
          </v:shape>
          <o:OLEObject Type="Embed" ProgID="Equation.DSMT4" ShapeID="_x0000_i4281" DrawAspect="Content" ObjectID="_1699837565" r:id="rId4887"/>
        </w:object>
      </w:r>
      <w:r w:rsidRPr="00B13C4C">
        <w:rPr>
          <w:rFonts w:ascii="Times New Roman" w:hAnsi="Times New Roman" w:cs="Times New Roman"/>
          <w:sz w:val="24"/>
          <w:szCs w:val="24"/>
        </w:rPr>
        <w:t xml:space="preserve"> có dạng như hình vẽ bên. Hỏi hàm số đó là hàm số nào?</w:t>
      </w:r>
    </w:p>
    <w:p w14:paraId="23E6EDC5" w14:textId="77777777" w:rsidR="00B13C4C" w:rsidRPr="00B13C4C" w:rsidRDefault="00B13C4C" w:rsidP="00297746">
      <w:pPr>
        <w:ind w:left="992" w:hanging="992"/>
        <w:jc w:val="center"/>
        <w:rPr>
          <w:rFonts w:ascii="Times New Roman" w:hAnsi="Times New Roman" w:cs="Times New Roman"/>
          <w:sz w:val="24"/>
          <w:szCs w:val="24"/>
        </w:rPr>
      </w:pPr>
      <w:r w:rsidRPr="00B13C4C">
        <w:rPr>
          <w:rFonts w:ascii="Times New Roman" w:hAnsi="Times New Roman" w:cs="Times New Roman"/>
          <w:noProof/>
          <w:sz w:val="24"/>
          <w:szCs w:val="24"/>
        </w:rPr>
        <w:drawing>
          <wp:inline distT="0" distB="0" distL="0" distR="0" wp14:anchorId="2C48E1EE" wp14:editId="031040B4">
            <wp:extent cx="1695132" cy="1303020"/>
            <wp:effectExtent l="0" t="0" r="63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88"/>
                    <a:stretch>
                      <a:fillRect/>
                    </a:stretch>
                  </pic:blipFill>
                  <pic:spPr>
                    <a:xfrm>
                      <a:off x="0" y="0"/>
                      <a:ext cx="1708646" cy="1313408"/>
                    </a:xfrm>
                    <a:prstGeom prst="rect">
                      <a:avLst/>
                    </a:prstGeom>
                  </pic:spPr>
                </pic:pic>
              </a:graphicData>
            </a:graphic>
          </wp:inline>
        </w:drawing>
      </w:r>
    </w:p>
    <w:p w14:paraId="6D3C5A35"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460" w:dyaOrig="360" w14:anchorId="2ECCE348">
          <v:shape id="_x0000_i4282" type="#_x0000_t75" style="width:73.2pt;height:18pt" o:ole="">
            <v:imagedata r:id="rId4889" o:title=""/>
          </v:shape>
          <o:OLEObject Type="Embed" ProgID="Equation.DSMT4" ShapeID="_x0000_i4282" DrawAspect="Content" ObjectID="_1699837566" r:id="rId489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460" w:dyaOrig="360" w14:anchorId="05381AD9">
          <v:shape id="_x0000_i4283" type="#_x0000_t75" style="width:73.2pt;height:18pt" o:ole="">
            <v:imagedata r:id="rId4891" o:title=""/>
          </v:shape>
          <o:OLEObject Type="Embed" ProgID="Equation.DSMT4" ShapeID="_x0000_i4283" DrawAspect="Content" ObjectID="_1699837567" r:id="rId489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460" w:dyaOrig="360" w14:anchorId="546ABA91">
          <v:shape id="_x0000_i4284" type="#_x0000_t75" style="width:73.2pt;height:18pt" o:ole="">
            <v:imagedata r:id="rId4893" o:title=""/>
          </v:shape>
          <o:OLEObject Type="Embed" ProgID="Equation.DSMT4" ShapeID="_x0000_i4284" DrawAspect="Content" ObjectID="_1699837568" r:id="rId489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600" w:dyaOrig="360" w14:anchorId="1D842E4F">
          <v:shape id="_x0000_i4285" type="#_x0000_t75" style="width:79.8pt;height:18pt" o:ole="">
            <v:imagedata r:id="rId4895" o:title=""/>
          </v:shape>
          <o:OLEObject Type="Embed" ProgID="Equation.DSMT4" ShapeID="_x0000_i4285" DrawAspect="Content" ObjectID="_1699837569" r:id="rId4896"/>
        </w:object>
      </w:r>
      <w:r w:rsidRPr="00B13C4C">
        <w:rPr>
          <w:rFonts w:ascii="Times New Roman" w:hAnsi="Times New Roman" w:cs="Times New Roman"/>
          <w:sz w:val="24"/>
          <w:szCs w:val="24"/>
        </w:rPr>
        <w:t>.</w:t>
      </w:r>
    </w:p>
    <w:p w14:paraId="3F5D9392" w14:textId="77777777" w:rsidR="00B13C4C" w:rsidRPr="00B13C4C" w:rsidRDefault="00B13C4C" w:rsidP="00B13C4C">
      <w:pPr>
        <w:pStyle w:val="ListParagraph"/>
        <w:numPr>
          <w:ilvl w:val="0"/>
          <w:numId w:val="30"/>
        </w:numPr>
        <w:tabs>
          <w:tab w:val="left" w:pos="992"/>
        </w:tabs>
        <w:spacing w:before="120" w:after="0" w:line="276" w:lineRule="auto"/>
        <w:jc w:val="both"/>
        <w:rPr>
          <w:rFonts w:ascii="Times New Roman" w:hAnsi="Times New Roman" w:cs="Times New Roman"/>
          <w:sz w:val="24"/>
          <w:szCs w:val="24"/>
        </w:rPr>
      </w:pPr>
      <w:r w:rsidRPr="00B13C4C">
        <w:rPr>
          <w:rFonts w:ascii="Times New Roman" w:hAnsi="Times New Roman" w:cs="Times New Roman"/>
          <w:sz w:val="24"/>
          <w:szCs w:val="24"/>
        </w:rPr>
        <w:t xml:space="preserve">Cho </w:t>
      </w:r>
      <w:r w:rsidRPr="00B13C4C">
        <w:rPr>
          <w:rFonts w:ascii="Times New Roman" w:hAnsi="Times New Roman" w:cs="Times New Roman"/>
          <w:position w:val="-10"/>
          <w:sz w:val="24"/>
          <w:szCs w:val="24"/>
        </w:rPr>
        <w:object w:dxaOrig="2380" w:dyaOrig="320" w14:anchorId="72F15A2C">
          <v:shape id="_x0000_i4286" type="#_x0000_t75" style="width:118.8pt;height:16.2pt" o:ole="">
            <v:imagedata r:id="rId4897" o:title=""/>
          </v:shape>
          <o:OLEObject Type="Embed" ProgID="Equation.DSMT4" ShapeID="_x0000_i4286" DrawAspect="Content" ObjectID="_1699837570" r:id="rId4898"/>
        </w:object>
      </w:r>
      <w:r w:rsidRPr="00B13C4C">
        <w:rPr>
          <w:rFonts w:ascii="Times New Roman" w:hAnsi="Times New Roman" w:cs="Times New Roman"/>
          <w:sz w:val="24"/>
          <w:szCs w:val="24"/>
        </w:rPr>
        <w:t xml:space="preserve">. Điều kiện cần và đủ để </w:t>
      </w:r>
      <w:r w:rsidRPr="00B13C4C">
        <w:rPr>
          <w:rFonts w:ascii="Times New Roman" w:hAnsi="Times New Roman" w:cs="Times New Roman"/>
          <w:position w:val="-6"/>
          <w:sz w:val="24"/>
          <w:szCs w:val="24"/>
        </w:rPr>
        <w:object w:dxaOrig="1080" w:dyaOrig="279" w14:anchorId="301D4325">
          <v:shape id="_x0000_i4287" type="#_x0000_t75" style="width:54pt;height:13.8pt" o:ole="">
            <v:imagedata r:id="rId4899" o:title=""/>
          </v:shape>
          <o:OLEObject Type="Embed" ProgID="Equation.DSMT4" ShapeID="_x0000_i4287" DrawAspect="Content" ObjectID="_1699837571" r:id="rId4900"/>
        </w:object>
      </w:r>
      <w:r w:rsidRPr="00B13C4C">
        <w:rPr>
          <w:rFonts w:ascii="Times New Roman" w:hAnsi="Times New Roman" w:cs="Times New Roman"/>
          <w:sz w:val="24"/>
          <w:szCs w:val="24"/>
        </w:rPr>
        <w:t xml:space="preserve"> là</w:t>
      </w:r>
    </w:p>
    <w:p w14:paraId="03F32CAC"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600" w:dyaOrig="279" w14:anchorId="6DA5B157">
          <v:shape id="_x0000_i4288" type="#_x0000_t75" style="width:30pt;height:13.8pt" o:ole="">
            <v:imagedata r:id="rId4901" o:title=""/>
          </v:shape>
          <o:OLEObject Type="Embed" ProgID="Equation.DSMT4" ShapeID="_x0000_i4288" DrawAspect="Content" ObjectID="_1699837572" r:id="rId490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600" w:dyaOrig="279" w14:anchorId="08913AB7">
          <v:shape id="_x0000_i4289" type="#_x0000_t75" style="width:30pt;height:13.8pt" o:ole="">
            <v:imagedata r:id="rId4903" o:title=""/>
          </v:shape>
          <o:OLEObject Type="Embed" ProgID="Equation.DSMT4" ShapeID="_x0000_i4289" DrawAspect="Content" ObjectID="_1699837573" r:id="rId490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600" w:dyaOrig="279" w14:anchorId="4686255E">
          <v:shape id="_x0000_i4290" type="#_x0000_t75" style="width:30pt;height:13.8pt" o:ole="">
            <v:imagedata r:id="rId4905" o:title=""/>
          </v:shape>
          <o:OLEObject Type="Embed" ProgID="Equation.DSMT4" ShapeID="_x0000_i4290" DrawAspect="Content" ObjectID="_1699837574" r:id="rId490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600" w:dyaOrig="279" w14:anchorId="23546B68">
          <v:shape id="_x0000_i4291" type="#_x0000_t75" style="width:30pt;height:13.8pt" o:ole="">
            <v:imagedata r:id="rId4907" o:title=""/>
          </v:shape>
          <o:OLEObject Type="Embed" ProgID="Equation.DSMT4" ShapeID="_x0000_i4291" DrawAspect="Content" ObjectID="_1699837575" r:id="rId4908"/>
        </w:object>
      </w:r>
      <w:r w:rsidRPr="00B13C4C">
        <w:rPr>
          <w:rFonts w:ascii="Times New Roman" w:hAnsi="Times New Roman" w:cs="Times New Roman"/>
          <w:sz w:val="24"/>
          <w:szCs w:val="24"/>
        </w:rPr>
        <w:t>.</w:t>
      </w:r>
    </w:p>
    <w:p w14:paraId="230573CA" w14:textId="77777777" w:rsidR="00B13C4C" w:rsidRPr="00B13C4C" w:rsidRDefault="00B13C4C" w:rsidP="00B13C4C">
      <w:pPr>
        <w:pStyle w:val="ListParagraph"/>
        <w:numPr>
          <w:ilvl w:val="0"/>
          <w:numId w:val="30"/>
        </w:numPr>
        <w:tabs>
          <w:tab w:val="left" w:pos="992"/>
        </w:tabs>
        <w:spacing w:before="120" w:after="0" w:line="276" w:lineRule="auto"/>
        <w:jc w:val="both"/>
        <w:rPr>
          <w:rFonts w:ascii="Times New Roman" w:hAnsi="Times New Roman" w:cs="Times New Roman"/>
          <w:sz w:val="24"/>
          <w:szCs w:val="24"/>
        </w:rPr>
      </w:pPr>
      <w:r w:rsidRPr="00B13C4C">
        <w:rPr>
          <w:rFonts w:ascii="Times New Roman" w:hAnsi="Times New Roman" w:cs="Times New Roman"/>
          <w:sz w:val="24"/>
          <w:szCs w:val="24"/>
        </w:rPr>
        <w:t xml:space="preserve">Phương trình </w:t>
      </w:r>
      <w:r w:rsidRPr="00B13C4C">
        <w:rPr>
          <w:rFonts w:ascii="Times New Roman" w:hAnsi="Times New Roman" w:cs="Times New Roman"/>
          <w:position w:val="-8"/>
          <w:sz w:val="24"/>
          <w:szCs w:val="24"/>
        </w:rPr>
        <w:object w:dxaOrig="1140" w:dyaOrig="360" w14:anchorId="78A9299A">
          <v:shape id="_x0000_i4292" type="#_x0000_t75" style="width:57pt;height:18pt" o:ole="">
            <v:imagedata r:id="rId4909" o:title=""/>
          </v:shape>
          <o:OLEObject Type="Embed" ProgID="Equation.DSMT4" ShapeID="_x0000_i4292" DrawAspect="Content" ObjectID="_1699837576" r:id="rId4910"/>
        </w:object>
      </w:r>
      <w:r w:rsidRPr="00B13C4C">
        <w:rPr>
          <w:rFonts w:ascii="Times New Roman" w:hAnsi="Times New Roman" w:cs="Times New Roman"/>
          <w:sz w:val="24"/>
          <w:szCs w:val="24"/>
        </w:rPr>
        <w:t xml:space="preserve"> tương đương với phương trình nào dưới đây?</w:t>
      </w:r>
    </w:p>
    <w:p w14:paraId="2337D3CB"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2120" w:dyaOrig="380" w14:anchorId="0CADFB53">
          <v:shape id="_x0000_i4293" type="#_x0000_t75" style="width:106.2pt;height:19.2pt" o:ole="">
            <v:imagedata r:id="rId4911" o:title=""/>
          </v:shape>
          <o:OLEObject Type="Embed" ProgID="Equation.DSMT4" ShapeID="_x0000_i4293" DrawAspect="Content" ObjectID="_1699837577" r:id="rId491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219" w:dyaOrig="360" w14:anchorId="098F54BB">
          <v:shape id="_x0000_i4294" type="#_x0000_t75" style="width:61.2pt;height:18pt" o:ole="">
            <v:imagedata r:id="rId4913" o:title=""/>
          </v:shape>
          <o:OLEObject Type="Embed" ProgID="Equation.DSMT4" ShapeID="_x0000_i4294" DrawAspect="Content" ObjectID="_1699837578" r:id="rId4914"/>
        </w:object>
      </w:r>
      <w:r w:rsidRPr="00B13C4C">
        <w:rPr>
          <w:rFonts w:ascii="Times New Roman" w:hAnsi="Times New Roman" w:cs="Times New Roman"/>
          <w:sz w:val="24"/>
          <w:szCs w:val="24"/>
        </w:rPr>
        <w:t>.</w:t>
      </w:r>
    </w:p>
    <w:p w14:paraId="2FC4CA32"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960" w:dyaOrig="279" w14:anchorId="5AB2388A">
          <v:shape id="_x0000_i4295" type="#_x0000_t75" style="width:48pt;height:13.8pt" o:ole="">
            <v:imagedata r:id="rId4915" o:title=""/>
          </v:shape>
          <o:OLEObject Type="Embed" ProgID="Equation.DSMT4" ShapeID="_x0000_i4295" DrawAspect="Content" ObjectID="_1699837579" r:id="rId491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8"/>
          <w:sz w:val="24"/>
          <w:szCs w:val="24"/>
        </w:rPr>
        <w:object w:dxaOrig="2799" w:dyaOrig="360" w14:anchorId="022FDF3A">
          <v:shape id="_x0000_i4296" type="#_x0000_t75" style="width:139.8pt;height:18pt" o:ole="">
            <v:imagedata r:id="rId4917" o:title=""/>
          </v:shape>
          <o:OLEObject Type="Embed" ProgID="Equation.DSMT4" ShapeID="_x0000_i4296" DrawAspect="Content" ObjectID="_1699837580" r:id="rId4918"/>
        </w:object>
      </w:r>
      <w:r w:rsidRPr="00B13C4C">
        <w:rPr>
          <w:rFonts w:ascii="Times New Roman" w:hAnsi="Times New Roman" w:cs="Times New Roman"/>
          <w:sz w:val="24"/>
          <w:szCs w:val="24"/>
        </w:rPr>
        <w:t>.</w:t>
      </w:r>
    </w:p>
    <w:p w14:paraId="2B8DA387" w14:textId="77777777" w:rsidR="00B13C4C" w:rsidRPr="00B13C4C" w:rsidRDefault="00B13C4C" w:rsidP="00B13C4C">
      <w:pPr>
        <w:pStyle w:val="ListParagraph"/>
        <w:numPr>
          <w:ilvl w:val="0"/>
          <w:numId w:val="30"/>
        </w:numPr>
        <w:tabs>
          <w:tab w:val="left" w:pos="992"/>
        </w:tabs>
        <w:spacing w:before="120" w:after="0" w:line="276" w:lineRule="auto"/>
        <w:jc w:val="both"/>
        <w:rPr>
          <w:rFonts w:ascii="Times New Roman" w:hAnsi="Times New Roman" w:cs="Times New Roman"/>
          <w:sz w:val="24"/>
          <w:szCs w:val="24"/>
        </w:rPr>
      </w:pPr>
      <w:r w:rsidRPr="00B13C4C">
        <w:rPr>
          <w:rFonts w:ascii="Times New Roman" w:hAnsi="Times New Roman" w:cs="Times New Roman"/>
          <w:sz w:val="24"/>
          <w:szCs w:val="24"/>
        </w:rPr>
        <w:t xml:space="preserve">Cho hệ phương trình </w:t>
      </w:r>
      <w:r w:rsidRPr="00B13C4C">
        <w:rPr>
          <w:rFonts w:ascii="Times New Roman" w:hAnsi="Times New Roman" w:cs="Times New Roman"/>
          <w:position w:val="-50"/>
          <w:sz w:val="24"/>
          <w:szCs w:val="24"/>
        </w:rPr>
        <w:object w:dxaOrig="3460" w:dyaOrig="1120" w14:anchorId="0193666D">
          <v:shape id="_x0000_i4297" type="#_x0000_t75" style="width:172.8pt;height:55.8pt" o:ole="">
            <v:imagedata r:id="rId4919" o:title=""/>
          </v:shape>
          <o:OLEObject Type="Embed" ProgID="Equation.DSMT4" ShapeID="_x0000_i4297" DrawAspect="Content" ObjectID="_1699837581" r:id="rId4920"/>
        </w:object>
      </w:r>
      <w:r w:rsidRPr="00B13C4C">
        <w:rPr>
          <w:rFonts w:ascii="Times New Roman" w:hAnsi="Times New Roman" w:cs="Times New Roman"/>
          <w:sz w:val="24"/>
          <w:szCs w:val="24"/>
        </w:rPr>
        <w:t>. Nếu hệ có nghiệm duy nhất (</w:t>
      </w:r>
      <w:r w:rsidRPr="00B13C4C">
        <w:rPr>
          <w:rFonts w:ascii="Times New Roman" w:hAnsi="Times New Roman" w:cs="Times New Roman"/>
          <w:position w:val="-12"/>
          <w:sz w:val="24"/>
          <w:szCs w:val="24"/>
        </w:rPr>
        <w:object w:dxaOrig="580" w:dyaOrig="360" w14:anchorId="0ECD197A">
          <v:shape id="_x0000_i4298" type="#_x0000_t75" style="width:28.8pt;height:18pt" o:ole="">
            <v:imagedata r:id="rId4921" o:title=""/>
          </v:shape>
          <o:OLEObject Type="Embed" ProgID="Equation.DSMT4" ShapeID="_x0000_i4298" DrawAspect="Content" ObjectID="_1699837582" r:id="rId4922"/>
        </w:object>
      </w:r>
      <w:r w:rsidRPr="00B13C4C">
        <w:rPr>
          <w:rFonts w:ascii="Times New Roman" w:hAnsi="Times New Roman" w:cs="Times New Roman"/>
          <w:sz w:val="24"/>
          <w:szCs w:val="24"/>
        </w:rPr>
        <w:t xml:space="preserve">) thỏa mãn </w:t>
      </w:r>
      <w:r w:rsidRPr="00B13C4C">
        <w:rPr>
          <w:rFonts w:ascii="Times New Roman" w:hAnsi="Times New Roman" w:cs="Times New Roman"/>
          <w:position w:val="-12"/>
          <w:sz w:val="24"/>
          <w:szCs w:val="24"/>
        </w:rPr>
        <w:object w:dxaOrig="1180" w:dyaOrig="360" w14:anchorId="6D57186E">
          <v:shape id="_x0000_i4299" type="#_x0000_t75" style="width:58.8pt;height:18pt" o:ole="">
            <v:imagedata r:id="rId4923" o:title=""/>
          </v:shape>
          <o:OLEObject Type="Embed" ProgID="Equation.DSMT4" ShapeID="_x0000_i4299" DrawAspect="Content" ObjectID="_1699837583" r:id="rId4924"/>
        </w:object>
      </w:r>
      <w:r w:rsidRPr="00B13C4C">
        <w:rPr>
          <w:rFonts w:ascii="Times New Roman" w:hAnsi="Times New Roman" w:cs="Times New Roman"/>
          <w:sz w:val="24"/>
          <w:szCs w:val="24"/>
        </w:rPr>
        <w:t xml:space="preserve">, thì giá trị </w:t>
      </w:r>
      <w:r w:rsidRPr="00B13C4C">
        <w:rPr>
          <w:rFonts w:ascii="Times New Roman" w:hAnsi="Times New Roman" w:cs="Times New Roman"/>
          <w:position w:val="-6"/>
          <w:sz w:val="24"/>
          <w:szCs w:val="24"/>
        </w:rPr>
        <w:object w:dxaOrig="260" w:dyaOrig="220" w14:anchorId="41512D1A">
          <v:shape id="_x0000_i4300" type="#_x0000_t75" style="width:13.2pt;height:10.8pt" o:ole="">
            <v:imagedata r:id="rId4925" o:title=""/>
          </v:shape>
          <o:OLEObject Type="Embed" ProgID="Equation.DSMT4" ShapeID="_x0000_i4300" DrawAspect="Content" ObjectID="_1699837584" r:id="rId4926"/>
        </w:object>
      </w:r>
      <w:r w:rsidRPr="00B13C4C">
        <w:rPr>
          <w:rFonts w:ascii="Times New Roman" w:hAnsi="Times New Roman" w:cs="Times New Roman"/>
          <w:sz w:val="24"/>
          <w:szCs w:val="24"/>
        </w:rPr>
        <w:t xml:space="preserve"> bằng bao nhiêu?</w:t>
      </w:r>
    </w:p>
    <w:p w14:paraId="73C730D4"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lastRenderedPageBreak/>
        <w:t xml:space="preserve">A. </w:t>
      </w:r>
      <w:r w:rsidRPr="00B13C4C">
        <w:rPr>
          <w:rFonts w:ascii="Times New Roman" w:hAnsi="Times New Roman" w:cs="Times New Roman"/>
          <w:position w:val="-6"/>
          <w:sz w:val="24"/>
          <w:szCs w:val="24"/>
        </w:rPr>
        <w:object w:dxaOrig="600" w:dyaOrig="279" w14:anchorId="623C1523">
          <v:shape id="_x0000_i4301" type="#_x0000_t75" style="width:30pt;height:13.8pt" o:ole="">
            <v:imagedata r:id="rId4927" o:title=""/>
          </v:shape>
          <o:OLEObject Type="Embed" ProgID="Equation.DSMT4" ShapeID="_x0000_i4301" DrawAspect="Content" ObjectID="_1699837585" r:id="rId492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600" w:dyaOrig="279" w14:anchorId="3603BFA0">
          <v:shape id="_x0000_i4302" type="#_x0000_t75" style="width:30pt;height:13.8pt" o:ole="">
            <v:imagedata r:id="rId4929" o:title=""/>
          </v:shape>
          <o:OLEObject Type="Embed" ProgID="Equation.DSMT4" ShapeID="_x0000_i4302" DrawAspect="Content" ObjectID="_1699837586" r:id="rId493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600" w:dyaOrig="279" w14:anchorId="48DB23C8">
          <v:shape id="_x0000_i4303" type="#_x0000_t75" style="width:30pt;height:13.8pt" o:ole="">
            <v:imagedata r:id="rId4931" o:title=""/>
          </v:shape>
          <o:OLEObject Type="Embed" ProgID="Equation.DSMT4" ShapeID="_x0000_i4303" DrawAspect="Content" ObjectID="_1699837587" r:id="rId493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620" w:dyaOrig="279" w14:anchorId="19F89483">
          <v:shape id="_x0000_i4304" type="#_x0000_t75" style="width:31.2pt;height:13.8pt" o:ole="">
            <v:imagedata r:id="rId4933" o:title=""/>
          </v:shape>
          <o:OLEObject Type="Embed" ProgID="Equation.DSMT4" ShapeID="_x0000_i4304" DrawAspect="Content" ObjectID="_1699837588" r:id="rId4934"/>
        </w:object>
      </w:r>
      <w:r w:rsidRPr="00B13C4C">
        <w:rPr>
          <w:rFonts w:ascii="Times New Roman" w:hAnsi="Times New Roman" w:cs="Times New Roman"/>
          <w:sz w:val="24"/>
          <w:szCs w:val="24"/>
        </w:rPr>
        <w:t>.</w:t>
      </w:r>
    </w:p>
    <w:p w14:paraId="3BA93D76" w14:textId="77777777" w:rsidR="00B13C4C" w:rsidRPr="00B13C4C" w:rsidRDefault="00B13C4C" w:rsidP="00B13C4C">
      <w:pPr>
        <w:pStyle w:val="ListParagraph"/>
        <w:numPr>
          <w:ilvl w:val="0"/>
          <w:numId w:val="30"/>
        </w:numPr>
        <w:tabs>
          <w:tab w:val="left" w:pos="992"/>
        </w:tabs>
        <w:spacing w:before="120" w:after="0" w:line="276" w:lineRule="auto"/>
        <w:jc w:val="both"/>
        <w:rPr>
          <w:rFonts w:ascii="Times New Roman" w:hAnsi="Times New Roman" w:cs="Times New Roman"/>
          <w:sz w:val="24"/>
          <w:szCs w:val="24"/>
        </w:rPr>
      </w:pPr>
      <w:r w:rsidRPr="00B13C4C">
        <w:rPr>
          <w:rFonts w:ascii="Times New Roman" w:hAnsi="Times New Roman" w:cs="Times New Roman"/>
          <w:sz w:val="24"/>
          <w:szCs w:val="24"/>
        </w:rPr>
        <w:t xml:space="preserve">Cho </w:t>
      </w:r>
      <w:r w:rsidRPr="00B13C4C">
        <w:rPr>
          <w:rFonts w:ascii="Times New Roman" w:hAnsi="Times New Roman" w:cs="Times New Roman"/>
          <w:position w:val="-6"/>
          <w:sz w:val="24"/>
          <w:szCs w:val="24"/>
        </w:rPr>
        <w:object w:dxaOrig="240" w:dyaOrig="220" w14:anchorId="70662BCC">
          <v:shape id="_x0000_i4305" type="#_x0000_t75" style="width:12pt;height:10.8pt" o:ole="">
            <v:imagedata r:id="rId4935" o:title=""/>
          </v:shape>
          <o:OLEObject Type="Embed" ProgID="Equation.DSMT4" ShapeID="_x0000_i4305" DrawAspect="Content" ObjectID="_1699837589" r:id="rId4936"/>
        </w:object>
      </w:r>
      <w:r w:rsidRPr="00B13C4C">
        <w:rPr>
          <w:rFonts w:ascii="Times New Roman" w:hAnsi="Times New Roman" w:cs="Times New Roman"/>
          <w:sz w:val="24"/>
          <w:szCs w:val="24"/>
        </w:rPr>
        <w:t xml:space="preserve"> là góc tù. Khẳng định nào sau đây là đúng?</w:t>
      </w:r>
    </w:p>
    <w:p w14:paraId="66A7A8DD"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900" w:dyaOrig="279" w14:anchorId="1AAB1285">
          <v:shape id="_x0000_i4306" type="#_x0000_t75" style="width:45pt;height:13.8pt" o:ole="">
            <v:imagedata r:id="rId4937" o:title=""/>
          </v:shape>
          <o:OLEObject Type="Embed" ProgID="Equation.DSMT4" ShapeID="_x0000_i4306" DrawAspect="Content" ObjectID="_1699837590" r:id="rId493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940" w:dyaOrig="279" w14:anchorId="2FF230E3">
          <v:shape id="_x0000_i4307" type="#_x0000_t75" style="width:46.8pt;height:13.8pt" o:ole="">
            <v:imagedata r:id="rId4939" o:title=""/>
          </v:shape>
          <o:OLEObject Type="Embed" ProgID="Equation.DSMT4" ShapeID="_x0000_i4307" DrawAspect="Content" ObjectID="_1699837591" r:id="rId494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920" w:dyaOrig="279" w14:anchorId="794A539F">
          <v:shape id="_x0000_i4308" type="#_x0000_t75" style="width:46.2pt;height:13.8pt" o:ole="">
            <v:imagedata r:id="rId4941" o:title=""/>
          </v:shape>
          <o:OLEObject Type="Embed" ProgID="Equation.DSMT4" ShapeID="_x0000_i4308" DrawAspect="Content" ObjectID="_1699837592" r:id="rId494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920" w:dyaOrig="279" w14:anchorId="3376EED4">
          <v:shape id="_x0000_i4309" type="#_x0000_t75" style="width:46.2pt;height:13.8pt" o:ole="">
            <v:imagedata r:id="rId4943" o:title=""/>
          </v:shape>
          <o:OLEObject Type="Embed" ProgID="Equation.DSMT4" ShapeID="_x0000_i4309" DrawAspect="Content" ObjectID="_1699837593" r:id="rId4944"/>
        </w:object>
      </w:r>
      <w:r w:rsidRPr="00B13C4C">
        <w:rPr>
          <w:rFonts w:ascii="Times New Roman" w:hAnsi="Times New Roman" w:cs="Times New Roman"/>
          <w:sz w:val="24"/>
          <w:szCs w:val="24"/>
        </w:rPr>
        <w:t>.</w:t>
      </w:r>
    </w:p>
    <w:p w14:paraId="49060DB0" w14:textId="77777777" w:rsidR="00B13C4C" w:rsidRPr="00B13C4C" w:rsidRDefault="00B13C4C" w:rsidP="00B13C4C">
      <w:pPr>
        <w:pStyle w:val="ListParagraph"/>
        <w:numPr>
          <w:ilvl w:val="0"/>
          <w:numId w:val="30"/>
        </w:numPr>
        <w:tabs>
          <w:tab w:val="left" w:pos="992"/>
        </w:tabs>
        <w:spacing w:before="120" w:after="0" w:line="276" w:lineRule="auto"/>
        <w:jc w:val="both"/>
        <w:rPr>
          <w:rFonts w:ascii="Times New Roman" w:hAnsi="Times New Roman" w:cs="Times New Roman"/>
          <w:sz w:val="24"/>
          <w:szCs w:val="24"/>
        </w:rPr>
      </w:pPr>
      <w:r w:rsidRPr="00B13C4C">
        <w:rPr>
          <w:rFonts w:ascii="Times New Roman" w:hAnsi="Times New Roman" w:cs="Times New Roman"/>
          <w:sz w:val="24"/>
          <w:szCs w:val="24"/>
        </w:rPr>
        <w:t xml:space="preserve">Biết </w:t>
      </w:r>
      <w:r w:rsidRPr="00B13C4C">
        <w:rPr>
          <w:rFonts w:ascii="Times New Roman" w:hAnsi="Times New Roman" w:cs="Times New Roman"/>
          <w:position w:val="-24"/>
          <w:sz w:val="24"/>
          <w:szCs w:val="24"/>
        </w:rPr>
        <w:object w:dxaOrig="2439" w:dyaOrig="620" w14:anchorId="74B4FC6D">
          <v:shape id="_x0000_i4310" type="#_x0000_t75" style="width:121.8pt;height:31.2pt" o:ole="">
            <v:imagedata r:id="rId4945" o:title=""/>
          </v:shape>
          <o:OLEObject Type="Embed" ProgID="Equation.DSMT4" ShapeID="_x0000_i4310" DrawAspect="Content" ObjectID="_1699837594" r:id="rId4946"/>
        </w:object>
      </w:r>
      <w:r w:rsidRPr="00B13C4C">
        <w:rPr>
          <w:rFonts w:ascii="Times New Roman" w:hAnsi="Times New Roman" w:cs="Times New Roman"/>
          <w:sz w:val="24"/>
          <w:szCs w:val="24"/>
        </w:rPr>
        <w:t xml:space="preserve"> Khi đó giá trị </w:t>
      </w:r>
      <w:r w:rsidRPr="00B13C4C">
        <w:rPr>
          <w:rFonts w:ascii="Times New Roman" w:hAnsi="Times New Roman" w:cs="Times New Roman"/>
          <w:position w:val="-6"/>
          <w:sz w:val="24"/>
          <w:szCs w:val="24"/>
        </w:rPr>
        <w:object w:dxaOrig="560" w:dyaOrig="260" w14:anchorId="5E44D164">
          <v:shape id="_x0000_i4311" type="#_x0000_t75" style="width:28.2pt;height:13.2pt" o:ole="">
            <v:imagedata r:id="rId4947" o:title=""/>
          </v:shape>
          <o:OLEObject Type="Embed" ProgID="Equation.DSMT4" ShapeID="_x0000_i4311" DrawAspect="Content" ObjectID="_1699837595" r:id="rId4948"/>
        </w:object>
      </w:r>
      <w:r w:rsidRPr="00B13C4C">
        <w:rPr>
          <w:rFonts w:ascii="Times New Roman" w:hAnsi="Times New Roman" w:cs="Times New Roman"/>
          <w:sz w:val="24"/>
          <w:szCs w:val="24"/>
        </w:rPr>
        <w:t xml:space="preserve"> bằng bao nhiêu?</w:t>
      </w:r>
    </w:p>
    <w:p w14:paraId="0847E5E5"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400" w:dyaOrig="680" w14:anchorId="1121C378">
          <v:shape id="_x0000_i4312" type="#_x0000_t75" style="width:19.8pt;height:34.2pt" o:ole="">
            <v:imagedata r:id="rId4949" o:title=""/>
          </v:shape>
          <o:OLEObject Type="Embed" ProgID="Equation.DSMT4" ShapeID="_x0000_i4312" DrawAspect="Content" ObjectID="_1699837596" r:id="rId495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580" w:dyaOrig="680" w14:anchorId="575499C6">
          <v:shape id="_x0000_i4313" type="#_x0000_t75" style="width:28.8pt;height:34.2pt" o:ole="">
            <v:imagedata r:id="rId4951" o:title=""/>
          </v:shape>
          <o:OLEObject Type="Embed" ProgID="Equation.DSMT4" ShapeID="_x0000_i4313" DrawAspect="Content" ObjectID="_1699837597" r:id="rId495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580" w:dyaOrig="680" w14:anchorId="639C3032">
          <v:shape id="_x0000_i4314" type="#_x0000_t75" style="width:28.8pt;height:34.2pt" o:ole="">
            <v:imagedata r:id="rId4953" o:title=""/>
          </v:shape>
          <o:OLEObject Type="Embed" ProgID="Equation.DSMT4" ShapeID="_x0000_i4314" DrawAspect="Content" ObjectID="_1699837598" r:id="rId495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400" w:dyaOrig="680" w14:anchorId="79F1E43F">
          <v:shape id="_x0000_i4315" type="#_x0000_t75" style="width:19.8pt;height:34.2pt" o:ole="">
            <v:imagedata r:id="rId4955" o:title=""/>
          </v:shape>
          <o:OLEObject Type="Embed" ProgID="Equation.DSMT4" ShapeID="_x0000_i4315" DrawAspect="Content" ObjectID="_1699837599" r:id="rId4956"/>
        </w:object>
      </w:r>
      <w:r w:rsidRPr="00B13C4C">
        <w:rPr>
          <w:rFonts w:ascii="Times New Roman" w:hAnsi="Times New Roman" w:cs="Times New Roman"/>
          <w:sz w:val="24"/>
          <w:szCs w:val="24"/>
        </w:rPr>
        <w:t>.</w:t>
      </w:r>
    </w:p>
    <w:p w14:paraId="494B2435" w14:textId="77777777" w:rsidR="00B13C4C" w:rsidRPr="00B13C4C" w:rsidRDefault="00B13C4C" w:rsidP="00B13C4C">
      <w:pPr>
        <w:pStyle w:val="ListParagraph"/>
        <w:numPr>
          <w:ilvl w:val="0"/>
          <w:numId w:val="30"/>
        </w:numPr>
        <w:tabs>
          <w:tab w:val="left" w:pos="992"/>
        </w:tabs>
        <w:spacing w:before="120" w:after="0" w:line="276" w:lineRule="auto"/>
        <w:jc w:val="both"/>
        <w:rPr>
          <w:rFonts w:ascii="Times New Roman" w:hAnsi="Times New Roman" w:cs="Times New Roman"/>
          <w:sz w:val="24"/>
          <w:szCs w:val="24"/>
        </w:rPr>
      </w:pPr>
      <w:r w:rsidRPr="00B13C4C">
        <w:rPr>
          <w:rFonts w:ascii="Times New Roman" w:hAnsi="Times New Roman" w:cs="Times New Roman"/>
          <w:sz w:val="24"/>
          <w:szCs w:val="24"/>
        </w:rPr>
        <w:t xml:space="preserve">Giá trị của biểu thức </w:t>
      </w:r>
      <w:r w:rsidRPr="00B13C4C">
        <w:rPr>
          <w:rFonts w:ascii="Times New Roman" w:hAnsi="Times New Roman" w:cs="Times New Roman"/>
          <w:position w:val="-6"/>
          <w:sz w:val="24"/>
          <w:szCs w:val="24"/>
        </w:rPr>
        <w:object w:dxaOrig="3700" w:dyaOrig="320" w14:anchorId="4FCE4F47">
          <v:shape id="_x0000_i4316" type="#_x0000_t75" style="width:184.8pt;height:16.2pt" o:ole="">
            <v:imagedata r:id="rId4957" o:title=""/>
          </v:shape>
          <o:OLEObject Type="Embed" ProgID="Equation.DSMT4" ShapeID="_x0000_i4316" DrawAspect="Content" ObjectID="_1699837600" r:id="rId4958"/>
        </w:object>
      </w:r>
      <w:r w:rsidRPr="00B13C4C">
        <w:rPr>
          <w:rFonts w:ascii="Times New Roman" w:hAnsi="Times New Roman" w:cs="Times New Roman"/>
          <w:sz w:val="24"/>
          <w:szCs w:val="24"/>
        </w:rPr>
        <w:t xml:space="preserve"> bằng</w:t>
      </w:r>
    </w:p>
    <w:p w14:paraId="62B8F0ED"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700" w:dyaOrig="320" w14:anchorId="38C44384">
          <v:shape id="_x0000_i4317" type="#_x0000_t75" style="width:34.8pt;height:16.2pt" o:ole="">
            <v:imagedata r:id="rId4959" o:title=""/>
          </v:shape>
          <o:OLEObject Type="Embed" ProgID="Equation.DSMT4" ShapeID="_x0000_i4317" DrawAspect="Content" ObjectID="_1699837601" r:id="rId496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700" w:dyaOrig="320" w14:anchorId="5C5EE7EF">
          <v:shape id="_x0000_i4318" type="#_x0000_t75" style="width:34.8pt;height:16.2pt" o:ole="">
            <v:imagedata r:id="rId4961" o:title=""/>
          </v:shape>
          <o:OLEObject Type="Embed" ProgID="Equation.DSMT4" ShapeID="_x0000_i4318" DrawAspect="Content" ObjectID="_1699837602" r:id="rId496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720" w:dyaOrig="320" w14:anchorId="3FF49284">
          <v:shape id="_x0000_i4319" type="#_x0000_t75" style="width:36pt;height:16.2pt" o:ole="">
            <v:imagedata r:id="rId4963" o:title=""/>
          </v:shape>
          <o:OLEObject Type="Embed" ProgID="Equation.DSMT4" ShapeID="_x0000_i4319" DrawAspect="Content" ObjectID="_1699837603" r:id="rId496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700" w:dyaOrig="320" w14:anchorId="24A5B1DD">
          <v:shape id="_x0000_i4320" type="#_x0000_t75" style="width:34.8pt;height:16.2pt" o:ole="">
            <v:imagedata r:id="rId4965" o:title=""/>
          </v:shape>
          <o:OLEObject Type="Embed" ProgID="Equation.DSMT4" ShapeID="_x0000_i4320" DrawAspect="Content" ObjectID="_1699837604" r:id="rId4966"/>
        </w:object>
      </w:r>
      <w:r w:rsidRPr="00B13C4C">
        <w:rPr>
          <w:rFonts w:ascii="Times New Roman" w:hAnsi="Times New Roman" w:cs="Times New Roman"/>
          <w:sz w:val="24"/>
          <w:szCs w:val="24"/>
        </w:rPr>
        <w:t>.</w:t>
      </w:r>
    </w:p>
    <w:p w14:paraId="6BFF8E9C" w14:textId="77777777" w:rsidR="00B13C4C" w:rsidRPr="00B13C4C" w:rsidRDefault="00B13C4C" w:rsidP="00B13C4C">
      <w:pPr>
        <w:pStyle w:val="ListParagraph"/>
        <w:numPr>
          <w:ilvl w:val="0"/>
          <w:numId w:val="30"/>
        </w:numPr>
        <w:tabs>
          <w:tab w:val="left" w:pos="992"/>
        </w:tabs>
        <w:spacing w:before="120" w:after="0" w:line="276" w:lineRule="auto"/>
        <w:jc w:val="both"/>
        <w:rPr>
          <w:rFonts w:ascii="Times New Roman" w:hAnsi="Times New Roman" w:cs="Times New Roman"/>
          <w:sz w:val="24"/>
          <w:szCs w:val="24"/>
        </w:rPr>
      </w:pPr>
      <w:r w:rsidRPr="00B13C4C">
        <w:rPr>
          <w:rFonts w:ascii="Times New Roman" w:hAnsi="Times New Roman" w:cs="Times New Roman"/>
          <w:sz w:val="24"/>
          <w:szCs w:val="24"/>
        </w:rPr>
        <w:t xml:space="preserve">Cho hàm số: </w:t>
      </w:r>
      <w:r w:rsidRPr="00B13C4C">
        <w:rPr>
          <w:rFonts w:ascii="Times New Roman" w:hAnsi="Times New Roman" w:cs="Times New Roman"/>
          <w:position w:val="-10"/>
          <w:sz w:val="24"/>
          <w:szCs w:val="24"/>
        </w:rPr>
        <w:object w:dxaOrig="1440" w:dyaOrig="360" w14:anchorId="03A531F2">
          <v:shape id="_x0000_i4321" type="#_x0000_t75" style="width:1in;height:18pt" o:ole="">
            <v:imagedata r:id="rId4967" o:title=""/>
          </v:shape>
          <o:OLEObject Type="Embed" ProgID="Equation.DSMT4" ShapeID="_x0000_i4321" DrawAspect="Content" ObjectID="_1699837605" r:id="rId4968"/>
        </w:object>
      </w:r>
      <w:r w:rsidRPr="00B13C4C">
        <w:rPr>
          <w:rFonts w:ascii="Times New Roman" w:hAnsi="Times New Roman" w:cs="Times New Roman"/>
          <w:sz w:val="24"/>
          <w:szCs w:val="24"/>
        </w:rPr>
        <w:t>. Chọn mệnh đề đúng</w:t>
      </w:r>
    </w:p>
    <w:p w14:paraId="460EE0B2"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 xml:space="preserve">Hàm số đồng biến trên khoảng </w:t>
      </w:r>
      <w:r w:rsidRPr="00B13C4C">
        <w:rPr>
          <w:rFonts w:ascii="Times New Roman" w:hAnsi="Times New Roman" w:cs="Times New Roman"/>
          <w:position w:val="-28"/>
          <w:sz w:val="24"/>
          <w:szCs w:val="24"/>
        </w:rPr>
        <w:object w:dxaOrig="880" w:dyaOrig="680" w14:anchorId="7379CF67">
          <v:shape id="_x0000_i4322" type="#_x0000_t75" style="width:43.8pt;height:34.2pt" o:ole="">
            <v:imagedata r:id="rId4969" o:title=""/>
          </v:shape>
          <o:OLEObject Type="Embed" ProgID="Equation.DSMT4" ShapeID="_x0000_i4322" DrawAspect="Content" ObjectID="_1699837606" r:id="rId497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 xml:space="preserve">Hàm số nghịch biến trên khoảng </w:t>
      </w:r>
      <w:r w:rsidRPr="00B13C4C">
        <w:rPr>
          <w:rFonts w:ascii="Times New Roman" w:hAnsi="Times New Roman" w:cs="Times New Roman"/>
          <w:position w:val="-28"/>
          <w:sz w:val="24"/>
          <w:szCs w:val="24"/>
        </w:rPr>
        <w:object w:dxaOrig="880" w:dyaOrig="680" w14:anchorId="23168EFE">
          <v:shape id="_x0000_i4323" type="#_x0000_t75" style="width:43.8pt;height:34.2pt" o:ole="">
            <v:imagedata r:id="rId4971" o:title=""/>
          </v:shape>
          <o:OLEObject Type="Embed" ProgID="Equation.DSMT4" ShapeID="_x0000_i4323" DrawAspect="Content" ObjectID="_1699837607" r:id="rId4972"/>
        </w:object>
      </w:r>
      <w:r w:rsidRPr="00B13C4C">
        <w:rPr>
          <w:rFonts w:ascii="Times New Roman" w:hAnsi="Times New Roman" w:cs="Times New Roman"/>
          <w:sz w:val="24"/>
          <w:szCs w:val="24"/>
        </w:rPr>
        <w:t>.</w:t>
      </w:r>
    </w:p>
    <w:p w14:paraId="43CEE767"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 xml:space="preserve">Hàm số đồng biến trên khoảng </w:t>
      </w:r>
      <w:r w:rsidRPr="00B13C4C">
        <w:rPr>
          <w:rFonts w:ascii="Times New Roman" w:hAnsi="Times New Roman" w:cs="Times New Roman"/>
          <w:position w:val="-28"/>
          <w:sz w:val="24"/>
          <w:szCs w:val="24"/>
        </w:rPr>
        <w:object w:dxaOrig="859" w:dyaOrig="680" w14:anchorId="33786165">
          <v:shape id="_x0000_i4324" type="#_x0000_t75" style="width:43.2pt;height:34.2pt" o:ole="">
            <v:imagedata r:id="rId4973" o:title=""/>
          </v:shape>
          <o:OLEObject Type="Embed" ProgID="Equation.DSMT4" ShapeID="_x0000_i4324" DrawAspect="Content" ObjectID="_1699837608" r:id="rId497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 xml:space="preserve">Hàm số nghịch biến trên khoảng </w:t>
      </w:r>
      <w:r w:rsidRPr="00B13C4C">
        <w:rPr>
          <w:rFonts w:ascii="Times New Roman" w:hAnsi="Times New Roman" w:cs="Times New Roman"/>
          <w:position w:val="-10"/>
          <w:sz w:val="24"/>
          <w:szCs w:val="24"/>
        </w:rPr>
        <w:object w:dxaOrig="740" w:dyaOrig="320" w14:anchorId="2C3D1F3B">
          <v:shape id="_x0000_i4325" type="#_x0000_t75" style="width:37.2pt;height:16.2pt" o:ole="">
            <v:imagedata r:id="rId4975" o:title=""/>
          </v:shape>
          <o:OLEObject Type="Embed" ProgID="Equation.DSMT4" ShapeID="_x0000_i4325" DrawAspect="Content" ObjectID="_1699837609" r:id="rId4976"/>
        </w:object>
      </w:r>
      <w:r w:rsidRPr="00B13C4C">
        <w:rPr>
          <w:rFonts w:ascii="Times New Roman" w:hAnsi="Times New Roman" w:cs="Times New Roman"/>
          <w:sz w:val="24"/>
          <w:szCs w:val="24"/>
        </w:rPr>
        <w:t>.</w:t>
      </w:r>
    </w:p>
    <w:p w14:paraId="739032FB" w14:textId="77777777" w:rsidR="00B13C4C" w:rsidRPr="00B13C4C" w:rsidRDefault="00B13C4C" w:rsidP="00B13C4C">
      <w:pPr>
        <w:pStyle w:val="ListParagraph"/>
        <w:numPr>
          <w:ilvl w:val="0"/>
          <w:numId w:val="30"/>
        </w:numPr>
        <w:tabs>
          <w:tab w:val="left" w:pos="992"/>
        </w:tabs>
        <w:spacing w:before="120" w:after="0" w:line="276" w:lineRule="auto"/>
        <w:jc w:val="both"/>
        <w:rPr>
          <w:rFonts w:ascii="Times New Roman" w:hAnsi="Times New Roman" w:cs="Times New Roman"/>
          <w:sz w:val="24"/>
          <w:szCs w:val="24"/>
        </w:rPr>
      </w:pPr>
      <w:r w:rsidRPr="00B13C4C">
        <w:rPr>
          <w:rFonts w:ascii="Times New Roman" w:hAnsi="Times New Roman" w:cs="Times New Roman"/>
          <w:sz w:val="24"/>
          <w:szCs w:val="24"/>
        </w:rPr>
        <w:t xml:space="preserve">Cho 2 véctơ </w:t>
      </w:r>
      <w:r w:rsidRPr="00B13C4C">
        <w:rPr>
          <w:rFonts w:ascii="Times New Roman" w:hAnsi="Times New Roman" w:cs="Times New Roman"/>
          <w:position w:val="-14"/>
          <w:sz w:val="24"/>
          <w:szCs w:val="24"/>
        </w:rPr>
        <w:object w:dxaOrig="2320" w:dyaOrig="420" w14:anchorId="3FE3F579">
          <v:shape id="_x0000_i4326" type="#_x0000_t75" style="width:115.8pt;height:21pt" o:ole="">
            <v:imagedata r:id="rId4977" o:title=""/>
          </v:shape>
          <o:OLEObject Type="Embed" ProgID="Equation.DSMT4" ShapeID="_x0000_i4326" DrawAspect="Content" ObjectID="_1699837610" r:id="rId4978"/>
        </w:object>
      </w:r>
      <w:r w:rsidRPr="00B13C4C">
        <w:rPr>
          <w:rFonts w:ascii="Times New Roman" w:hAnsi="Times New Roman" w:cs="Times New Roman"/>
          <w:sz w:val="24"/>
          <w:szCs w:val="24"/>
        </w:rPr>
        <w:t xml:space="preserve"> Tìm biểu thức sai</w:t>
      </w:r>
    </w:p>
    <w:p w14:paraId="7E00BBD8"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2"/>
          <w:sz w:val="24"/>
          <w:szCs w:val="24"/>
        </w:rPr>
        <w:object w:dxaOrig="1900" w:dyaOrig="400" w14:anchorId="274CF109">
          <v:shape id="_x0000_i4327" type="#_x0000_t75" style="width:94.8pt;height:19.8pt" o:ole="">
            <v:imagedata r:id="rId4979" o:title=""/>
          </v:shape>
          <o:OLEObject Type="Embed" ProgID="Equation.DSMT4" ShapeID="_x0000_i4327" DrawAspect="Content" ObjectID="_1699837611" r:id="rId498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2820" w:dyaOrig="620" w14:anchorId="4DC7A416">
          <v:shape id="_x0000_i4328" type="#_x0000_t75" style="width:141pt;height:31.2pt" o:ole="">
            <v:imagedata r:id="rId4981" o:title=""/>
          </v:shape>
          <o:OLEObject Type="Embed" ProgID="Equation.DSMT4" ShapeID="_x0000_i4328" DrawAspect="Content" ObjectID="_1699837612" r:id="rId4982"/>
        </w:object>
      </w:r>
      <w:r w:rsidRPr="00B13C4C">
        <w:rPr>
          <w:rFonts w:ascii="Times New Roman" w:hAnsi="Times New Roman" w:cs="Times New Roman"/>
          <w:sz w:val="24"/>
          <w:szCs w:val="24"/>
        </w:rPr>
        <w:t>.</w:t>
      </w:r>
    </w:p>
    <w:p w14:paraId="7D3346A0"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2340" w:dyaOrig="380" w14:anchorId="7EEEB435">
          <v:shape id="_x0000_i4329" type="#_x0000_t75" style="width:117pt;height:19.2pt" o:ole="">
            <v:imagedata r:id="rId4983" o:title=""/>
          </v:shape>
          <o:OLEObject Type="Embed" ProgID="Equation.DSMT4" ShapeID="_x0000_i4329" DrawAspect="Content" ObjectID="_1699837613" r:id="rId498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2760" w:dyaOrig="620" w14:anchorId="26845BC1">
          <v:shape id="_x0000_i4330" type="#_x0000_t75" style="width:138pt;height:31.2pt" o:ole="">
            <v:imagedata r:id="rId4985" o:title=""/>
          </v:shape>
          <o:OLEObject Type="Embed" ProgID="Equation.DSMT4" ShapeID="_x0000_i4330" DrawAspect="Content" ObjectID="_1699837614" r:id="rId4986"/>
        </w:object>
      </w:r>
      <w:r w:rsidRPr="00B13C4C">
        <w:rPr>
          <w:rFonts w:ascii="Times New Roman" w:hAnsi="Times New Roman" w:cs="Times New Roman"/>
          <w:sz w:val="24"/>
          <w:szCs w:val="24"/>
        </w:rPr>
        <w:t>.</w:t>
      </w:r>
    </w:p>
    <w:p w14:paraId="33295D64" w14:textId="77777777" w:rsidR="00B13C4C" w:rsidRPr="00B13C4C" w:rsidRDefault="00B13C4C" w:rsidP="00B13C4C">
      <w:pPr>
        <w:pStyle w:val="ListParagraph"/>
        <w:numPr>
          <w:ilvl w:val="0"/>
          <w:numId w:val="30"/>
        </w:numPr>
        <w:tabs>
          <w:tab w:val="left" w:pos="992"/>
        </w:tabs>
        <w:spacing w:before="120" w:after="0" w:line="276" w:lineRule="auto"/>
        <w:jc w:val="both"/>
        <w:rPr>
          <w:rFonts w:ascii="Times New Roman" w:hAnsi="Times New Roman" w:cs="Times New Roman"/>
          <w:sz w:val="24"/>
          <w:szCs w:val="24"/>
        </w:rPr>
      </w:pPr>
      <w:r w:rsidRPr="00B13C4C">
        <w:rPr>
          <w:rFonts w:ascii="Times New Roman" w:hAnsi="Times New Roman" w:cs="Times New Roman"/>
          <w:sz w:val="24"/>
          <w:szCs w:val="24"/>
        </w:rPr>
        <w:t xml:space="preserve">Tập nghiệm của phương trình: </w:t>
      </w:r>
      <w:r w:rsidRPr="00B13C4C">
        <w:rPr>
          <w:rFonts w:ascii="Times New Roman" w:hAnsi="Times New Roman" w:cs="Times New Roman"/>
          <w:position w:val="-16"/>
          <w:sz w:val="24"/>
          <w:szCs w:val="24"/>
        </w:rPr>
        <w:object w:dxaOrig="2280" w:dyaOrig="440" w14:anchorId="3EC0B063">
          <v:shape id="_x0000_i4331" type="#_x0000_t75" style="width:114pt;height:22.2pt" o:ole="">
            <v:imagedata r:id="rId4987" o:title=""/>
          </v:shape>
          <o:OLEObject Type="Embed" ProgID="Equation.DSMT4" ShapeID="_x0000_i4331" DrawAspect="Content" ObjectID="_1699837615" r:id="rId4988"/>
        </w:object>
      </w:r>
      <w:r w:rsidRPr="00B13C4C">
        <w:rPr>
          <w:rFonts w:ascii="Times New Roman" w:hAnsi="Times New Roman" w:cs="Times New Roman"/>
          <w:sz w:val="24"/>
          <w:szCs w:val="24"/>
        </w:rPr>
        <w:t xml:space="preserve"> là</w:t>
      </w:r>
    </w:p>
    <w:p w14:paraId="54F08325"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740" w:dyaOrig="320" w14:anchorId="013BA56D">
          <v:shape id="_x0000_i4332" type="#_x0000_t75" style="width:37.2pt;height:16.2pt" o:ole="">
            <v:imagedata r:id="rId4989" o:title=""/>
          </v:shape>
          <o:OLEObject Type="Embed" ProgID="Equation.DSMT4" ShapeID="_x0000_i4332" DrawAspect="Content" ObjectID="_1699837616" r:id="rId499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760" w:dyaOrig="320" w14:anchorId="684609CE">
          <v:shape id="_x0000_i4333" type="#_x0000_t75" style="width:37.8pt;height:16.2pt" o:ole="">
            <v:imagedata r:id="rId4991" o:title=""/>
          </v:shape>
          <o:OLEObject Type="Embed" ProgID="Equation.DSMT4" ShapeID="_x0000_i4333" DrawAspect="Content" ObjectID="_1699837617" r:id="rId499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100" w:dyaOrig="320" w14:anchorId="61F3216A">
          <v:shape id="_x0000_i4334" type="#_x0000_t75" style="width:55.2pt;height:16.2pt" o:ole="">
            <v:imagedata r:id="rId4993" o:title=""/>
          </v:shape>
          <o:OLEObject Type="Embed" ProgID="Equation.DSMT4" ShapeID="_x0000_i4334" DrawAspect="Content" ObjectID="_1699837618" r:id="rId499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940" w:dyaOrig="320" w14:anchorId="4755D54C">
          <v:shape id="_x0000_i4335" type="#_x0000_t75" style="width:46.8pt;height:16.2pt" o:ole="">
            <v:imagedata r:id="rId4995" o:title=""/>
          </v:shape>
          <o:OLEObject Type="Embed" ProgID="Equation.DSMT4" ShapeID="_x0000_i4335" DrawAspect="Content" ObjectID="_1699837619" r:id="rId4996"/>
        </w:object>
      </w:r>
      <w:r w:rsidRPr="00B13C4C">
        <w:rPr>
          <w:rFonts w:ascii="Times New Roman" w:hAnsi="Times New Roman" w:cs="Times New Roman"/>
          <w:sz w:val="24"/>
          <w:szCs w:val="24"/>
        </w:rPr>
        <w:t>.</w:t>
      </w:r>
    </w:p>
    <w:p w14:paraId="29E3F6AA" w14:textId="77777777" w:rsidR="00B13C4C" w:rsidRPr="00B13C4C" w:rsidRDefault="00B13C4C" w:rsidP="00B13C4C">
      <w:pPr>
        <w:pStyle w:val="ListParagraph"/>
        <w:numPr>
          <w:ilvl w:val="0"/>
          <w:numId w:val="30"/>
        </w:numPr>
        <w:tabs>
          <w:tab w:val="left" w:pos="992"/>
        </w:tabs>
        <w:spacing w:before="120" w:after="0" w:line="276" w:lineRule="auto"/>
        <w:jc w:val="both"/>
        <w:rPr>
          <w:rFonts w:ascii="Times New Roman" w:hAnsi="Times New Roman" w:cs="Times New Roman"/>
          <w:sz w:val="24"/>
          <w:szCs w:val="24"/>
        </w:rPr>
      </w:pPr>
      <w:r w:rsidRPr="00B13C4C">
        <w:rPr>
          <w:rFonts w:ascii="Times New Roman" w:hAnsi="Times New Roman" w:cs="Times New Roman"/>
          <w:sz w:val="24"/>
          <w:szCs w:val="24"/>
        </w:rPr>
        <w:t xml:space="preserve">Để hệ phương trình </w:t>
      </w:r>
      <w:r w:rsidRPr="00B13C4C">
        <w:rPr>
          <w:rFonts w:ascii="Times New Roman" w:hAnsi="Times New Roman" w:cs="Times New Roman"/>
          <w:position w:val="-50"/>
          <w:sz w:val="24"/>
          <w:szCs w:val="24"/>
        </w:rPr>
        <w:object w:dxaOrig="3460" w:dyaOrig="1120" w14:anchorId="42E48CC4">
          <v:shape id="_x0000_i4336" type="#_x0000_t75" style="width:172.8pt;height:55.8pt" o:ole="">
            <v:imagedata r:id="rId4997" o:title=""/>
          </v:shape>
          <o:OLEObject Type="Embed" ProgID="Equation.DSMT4" ShapeID="_x0000_i4336" DrawAspect="Content" ObjectID="_1699837620" r:id="rId4998"/>
        </w:object>
      </w:r>
      <w:r w:rsidRPr="00B13C4C">
        <w:rPr>
          <w:rFonts w:ascii="Times New Roman" w:hAnsi="Times New Roman" w:cs="Times New Roman"/>
          <w:sz w:val="24"/>
          <w:szCs w:val="24"/>
        </w:rPr>
        <w:t xml:space="preserve"> có nghiệm là </w:t>
      </w:r>
      <w:r w:rsidRPr="00B13C4C">
        <w:rPr>
          <w:rFonts w:ascii="Times New Roman" w:hAnsi="Times New Roman" w:cs="Times New Roman"/>
          <w:position w:val="-10"/>
          <w:sz w:val="24"/>
          <w:szCs w:val="24"/>
        </w:rPr>
        <w:object w:dxaOrig="700" w:dyaOrig="320" w14:anchorId="54F911F8">
          <v:shape id="_x0000_i4337" type="#_x0000_t75" style="width:34.8pt;height:16.2pt" o:ole="">
            <v:imagedata r:id="rId4999" o:title=""/>
          </v:shape>
          <o:OLEObject Type="Embed" ProgID="Equation.DSMT4" ShapeID="_x0000_i4337" DrawAspect="Content" ObjectID="_1699837621" r:id="rId5000"/>
        </w:object>
      </w:r>
      <w:r w:rsidRPr="00B13C4C">
        <w:rPr>
          <w:rFonts w:ascii="Times New Roman" w:hAnsi="Times New Roman" w:cs="Times New Roman"/>
          <w:sz w:val="24"/>
          <w:szCs w:val="24"/>
        </w:rPr>
        <w:t xml:space="preserve"> thì</w:t>
      </w:r>
    </w:p>
    <w:p w14:paraId="297A9187"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120" w:dyaOrig="320" w14:anchorId="72333DF8">
          <v:shape id="_x0000_i4338" type="#_x0000_t75" style="width:55.8pt;height:16.2pt" o:ole="">
            <v:imagedata r:id="rId5001" o:title=""/>
          </v:shape>
          <o:OLEObject Type="Embed" ProgID="Equation.DSMT4" ShapeID="_x0000_i4338" DrawAspect="Content" ObjectID="_1699837622" r:id="rId500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280" w:dyaOrig="320" w14:anchorId="32DD3BFF">
          <v:shape id="_x0000_i4339" type="#_x0000_t75" style="width:64.2pt;height:16.2pt" o:ole="">
            <v:imagedata r:id="rId5003" o:title=""/>
          </v:shape>
          <o:OLEObject Type="Embed" ProgID="Equation.DSMT4" ShapeID="_x0000_i4339" DrawAspect="Content" ObjectID="_1699837623" r:id="rId500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260" w:dyaOrig="320" w14:anchorId="6C536480">
          <v:shape id="_x0000_i4340" type="#_x0000_t75" style="width:63pt;height:16.2pt" o:ole="">
            <v:imagedata r:id="rId5005" o:title=""/>
          </v:shape>
          <o:OLEObject Type="Embed" ProgID="Equation.DSMT4" ShapeID="_x0000_i4340" DrawAspect="Content" ObjectID="_1699837624" r:id="rId500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420" w:dyaOrig="320" w14:anchorId="56436B8C">
          <v:shape id="_x0000_i4341" type="#_x0000_t75" style="width:70.8pt;height:16.2pt" o:ole="">
            <v:imagedata r:id="rId5007" o:title=""/>
          </v:shape>
          <o:OLEObject Type="Embed" ProgID="Equation.DSMT4" ShapeID="_x0000_i4341" DrawAspect="Content" ObjectID="_1699837625" r:id="rId5008"/>
        </w:object>
      </w:r>
      <w:r w:rsidRPr="00B13C4C">
        <w:rPr>
          <w:rFonts w:ascii="Times New Roman" w:hAnsi="Times New Roman" w:cs="Times New Roman"/>
          <w:sz w:val="24"/>
          <w:szCs w:val="24"/>
        </w:rPr>
        <w:t>.</w:t>
      </w:r>
    </w:p>
    <w:p w14:paraId="5E2DC39B" w14:textId="77777777" w:rsidR="00B13C4C" w:rsidRPr="00B13C4C" w:rsidRDefault="00B13C4C" w:rsidP="00B13C4C">
      <w:pPr>
        <w:pStyle w:val="ListParagraph"/>
        <w:numPr>
          <w:ilvl w:val="0"/>
          <w:numId w:val="30"/>
        </w:numPr>
        <w:tabs>
          <w:tab w:val="left" w:pos="992"/>
        </w:tabs>
        <w:spacing w:before="120" w:after="0" w:line="276" w:lineRule="auto"/>
        <w:jc w:val="both"/>
        <w:rPr>
          <w:rFonts w:ascii="Times New Roman" w:hAnsi="Times New Roman" w:cs="Times New Roman"/>
          <w:sz w:val="24"/>
          <w:szCs w:val="24"/>
        </w:rPr>
      </w:pPr>
      <w:r w:rsidRPr="00B13C4C">
        <w:rPr>
          <w:rFonts w:ascii="Times New Roman" w:hAnsi="Times New Roman" w:cs="Times New Roman"/>
          <w:sz w:val="24"/>
          <w:szCs w:val="24"/>
        </w:rPr>
        <w:t xml:space="preserve">Cho </w:t>
      </w:r>
      <w:r w:rsidRPr="00B13C4C">
        <w:rPr>
          <w:rFonts w:ascii="Times New Roman" w:hAnsi="Times New Roman" w:cs="Times New Roman"/>
          <w:position w:val="-6"/>
          <w:sz w:val="24"/>
          <w:szCs w:val="24"/>
        </w:rPr>
        <w:object w:dxaOrig="200" w:dyaOrig="279" w14:anchorId="7381CD2C">
          <v:shape id="_x0000_i4342" type="#_x0000_t75" style="width:10.2pt;height:13.8pt" o:ole="">
            <v:imagedata r:id="rId5009" o:title=""/>
          </v:shape>
          <o:OLEObject Type="Embed" ProgID="Equation.DSMT4" ShapeID="_x0000_i4342" DrawAspect="Content" ObjectID="_1699837626" r:id="rId5010"/>
        </w:object>
      </w:r>
      <w:r w:rsidRPr="00B13C4C">
        <w:rPr>
          <w:rFonts w:ascii="Times New Roman" w:hAnsi="Times New Roman" w:cs="Times New Roman"/>
          <w:sz w:val="24"/>
          <w:szCs w:val="24"/>
        </w:rPr>
        <w:t xml:space="preserve"> và </w:t>
      </w:r>
      <w:r w:rsidRPr="00B13C4C">
        <w:rPr>
          <w:rFonts w:ascii="Times New Roman" w:hAnsi="Times New Roman" w:cs="Times New Roman"/>
          <w:position w:val="-6"/>
          <w:sz w:val="24"/>
          <w:szCs w:val="24"/>
        </w:rPr>
        <w:object w:dxaOrig="220" w:dyaOrig="340" w14:anchorId="55A8FFBA">
          <v:shape id="_x0000_i4343" type="#_x0000_t75" style="width:10.8pt;height:16.8pt" o:ole="">
            <v:imagedata r:id="rId5011" o:title=""/>
          </v:shape>
          <o:OLEObject Type="Embed" ProgID="Equation.DSMT4" ShapeID="_x0000_i4343" DrawAspect="Content" ObjectID="_1699837627" r:id="rId5012"/>
        </w:object>
      </w:r>
      <w:r w:rsidRPr="00B13C4C">
        <w:rPr>
          <w:rFonts w:ascii="Times New Roman" w:hAnsi="Times New Roman" w:cs="Times New Roman"/>
          <w:sz w:val="24"/>
          <w:szCs w:val="24"/>
        </w:rPr>
        <w:t xml:space="preserve"> là hai vectơ ngược hướng và đều khác vecto </w:t>
      </w:r>
      <w:r w:rsidRPr="00B13C4C">
        <w:rPr>
          <w:rFonts w:ascii="Times New Roman" w:hAnsi="Times New Roman" w:cs="Times New Roman"/>
          <w:position w:val="-6"/>
          <w:sz w:val="24"/>
          <w:szCs w:val="24"/>
        </w:rPr>
        <w:object w:dxaOrig="200" w:dyaOrig="340" w14:anchorId="4F676E64">
          <v:shape id="_x0000_i4344" type="#_x0000_t75" style="width:10.2pt;height:16.8pt" o:ole="">
            <v:imagedata r:id="rId5013" o:title=""/>
          </v:shape>
          <o:OLEObject Type="Embed" ProgID="Equation.DSMT4" ShapeID="_x0000_i4344" DrawAspect="Content" ObjectID="_1699837628" r:id="rId5014"/>
        </w:object>
      </w:r>
      <w:r w:rsidRPr="00B13C4C">
        <w:rPr>
          <w:rFonts w:ascii="Times New Roman" w:hAnsi="Times New Roman" w:cs="Times New Roman"/>
          <w:sz w:val="24"/>
          <w:szCs w:val="24"/>
        </w:rPr>
        <w:t>. Trong các kết quả sau đây, hãy chọn kết quả đúng</w:t>
      </w:r>
    </w:p>
    <w:p w14:paraId="1CB5E9CD"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380" w:dyaOrig="380" w14:anchorId="4E02DAC7">
          <v:shape id="_x0000_i4345" type="#_x0000_t75" style="width:69pt;height:19.2pt" o:ole="">
            <v:imagedata r:id="rId5015" o:title=""/>
          </v:shape>
          <o:OLEObject Type="Embed" ProgID="Equation.DSMT4" ShapeID="_x0000_i4345" DrawAspect="Content" ObjectID="_1699837629" r:id="rId501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820" w:dyaOrig="340" w14:anchorId="5E8FE613">
          <v:shape id="_x0000_i4346" type="#_x0000_t75" style="width:40.8pt;height:16.8pt" o:ole="">
            <v:imagedata r:id="rId5017" o:title=""/>
          </v:shape>
          <o:OLEObject Type="Embed" ProgID="Equation.DSMT4" ShapeID="_x0000_i4346" DrawAspect="Content" ObjectID="_1699837630" r:id="rId501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940" w:dyaOrig="340" w14:anchorId="517A4250">
          <v:shape id="_x0000_i4347" type="#_x0000_t75" style="width:46.8pt;height:16.8pt" o:ole="">
            <v:imagedata r:id="rId5019" o:title=""/>
          </v:shape>
          <o:OLEObject Type="Embed" ProgID="Equation.DSMT4" ShapeID="_x0000_i4347" DrawAspect="Content" ObjectID="_1699837631" r:id="rId502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620" w:dyaOrig="380" w14:anchorId="5A4EE7FA">
          <v:shape id="_x0000_i4348" type="#_x0000_t75" style="width:81pt;height:19.2pt" o:ole="">
            <v:imagedata r:id="rId5021" o:title=""/>
          </v:shape>
          <o:OLEObject Type="Embed" ProgID="Equation.DSMT4" ShapeID="_x0000_i4348" DrawAspect="Content" ObjectID="_1699837632" r:id="rId5022"/>
        </w:object>
      </w:r>
      <w:r w:rsidRPr="00B13C4C">
        <w:rPr>
          <w:rFonts w:ascii="Times New Roman" w:hAnsi="Times New Roman" w:cs="Times New Roman"/>
          <w:sz w:val="24"/>
          <w:szCs w:val="24"/>
        </w:rPr>
        <w:t>.</w:t>
      </w:r>
    </w:p>
    <w:p w14:paraId="09D724CF" w14:textId="77777777" w:rsidR="00B13C4C" w:rsidRPr="00B13C4C" w:rsidRDefault="00B13C4C" w:rsidP="00B13C4C">
      <w:pPr>
        <w:pStyle w:val="ListParagraph"/>
        <w:numPr>
          <w:ilvl w:val="0"/>
          <w:numId w:val="30"/>
        </w:numPr>
        <w:tabs>
          <w:tab w:val="left" w:pos="992"/>
        </w:tabs>
        <w:spacing w:before="120" w:after="0" w:line="276" w:lineRule="auto"/>
        <w:jc w:val="both"/>
        <w:rPr>
          <w:rFonts w:ascii="Times New Roman" w:hAnsi="Times New Roman" w:cs="Times New Roman"/>
          <w:sz w:val="24"/>
          <w:szCs w:val="24"/>
        </w:rPr>
      </w:pPr>
      <w:r w:rsidRPr="00B13C4C">
        <w:rPr>
          <w:rFonts w:ascii="Times New Roman" w:hAnsi="Times New Roman" w:cs="Times New Roman"/>
          <w:sz w:val="24"/>
          <w:szCs w:val="24"/>
        </w:rPr>
        <w:t xml:space="preserve">Cho mệnh đề </w:t>
      </w:r>
      <w:r w:rsidRPr="00B13C4C">
        <w:rPr>
          <w:rFonts w:ascii="Times New Roman" w:hAnsi="Times New Roman" w:cs="Times New Roman"/>
          <w:position w:val="-10"/>
          <w:sz w:val="24"/>
          <w:szCs w:val="24"/>
        </w:rPr>
        <w:object w:dxaOrig="2500" w:dyaOrig="360" w14:anchorId="202657C2">
          <v:shape id="_x0000_i4349" type="#_x0000_t75" style="width:124.8pt;height:18pt" o:ole="">
            <v:imagedata r:id="rId5023" o:title=""/>
          </v:shape>
          <o:OLEObject Type="Embed" ProgID="Equation.DSMT4" ShapeID="_x0000_i4349" DrawAspect="Content" ObjectID="_1699837633" r:id="rId5024"/>
        </w:object>
      </w:r>
      <w:r w:rsidRPr="00B13C4C">
        <w:rPr>
          <w:rFonts w:ascii="Times New Roman" w:hAnsi="Times New Roman" w:cs="Times New Roman"/>
          <w:sz w:val="24"/>
          <w:szCs w:val="24"/>
        </w:rPr>
        <w:t xml:space="preserve"> ". Mệnh đề phủ định của </w:t>
      </w:r>
      <w:r w:rsidRPr="00B13C4C">
        <w:rPr>
          <w:rFonts w:ascii="Times New Roman" w:hAnsi="Times New Roman" w:cs="Times New Roman"/>
          <w:position w:val="-4"/>
          <w:sz w:val="24"/>
          <w:szCs w:val="24"/>
        </w:rPr>
        <w:object w:dxaOrig="240" w:dyaOrig="260" w14:anchorId="7A018391">
          <v:shape id="_x0000_i4350" type="#_x0000_t75" style="width:12pt;height:13.2pt" o:ole="">
            <v:imagedata r:id="rId5025" o:title=""/>
          </v:shape>
          <o:OLEObject Type="Embed" ProgID="Equation.DSMT4" ShapeID="_x0000_i4350" DrawAspect="Content" ObjectID="_1699837634" r:id="rId5026"/>
        </w:object>
      </w:r>
      <w:r w:rsidRPr="00B13C4C">
        <w:rPr>
          <w:rFonts w:ascii="Times New Roman" w:hAnsi="Times New Roman" w:cs="Times New Roman"/>
          <w:sz w:val="24"/>
          <w:szCs w:val="24"/>
        </w:rPr>
        <w:t xml:space="preserve"> là</w:t>
      </w:r>
    </w:p>
    <w:p w14:paraId="1DABC9AE"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2060" w:dyaOrig="360" w14:anchorId="27214691">
          <v:shape id="_x0000_i4351" type="#_x0000_t75" style="width:103.2pt;height:18pt" o:ole="">
            <v:imagedata r:id="rId5027" o:title=""/>
          </v:shape>
          <o:OLEObject Type="Embed" ProgID="Equation.DSMT4" ShapeID="_x0000_i4351" DrawAspect="Content" ObjectID="_1699837635" r:id="rId502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2060" w:dyaOrig="360" w14:anchorId="429CE9F0">
          <v:shape id="_x0000_i4352" type="#_x0000_t75" style="width:103.2pt;height:18pt" o:ole="">
            <v:imagedata r:id="rId5029" o:title=""/>
          </v:shape>
          <o:OLEObject Type="Embed" ProgID="Equation.DSMT4" ShapeID="_x0000_i4352" DrawAspect="Content" ObjectID="_1699837636" r:id="rId5030"/>
        </w:object>
      </w:r>
      <w:r w:rsidRPr="00B13C4C">
        <w:rPr>
          <w:rFonts w:ascii="Times New Roman" w:hAnsi="Times New Roman" w:cs="Times New Roman"/>
          <w:sz w:val="24"/>
          <w:szCs w:val="24"/>
        </w:rPr>
        <w:t>.</w:t>
      </w:r>
    </w:p>
    <w:p w14:paraId="6264DFB1"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2060" w:dyaOrig="360" w14:anchorId="18C77E0C">
          <v:shape id="_x0000_i4353" type="#_x0000_t75" style="width:103.2pt;height:18pt" o:ole="">
            <v:imagedata r:id="rId5031" o:title=""/>
          </v:shape>
          <o:OLEObject Type="Embed" ProgID="Equation.DSMT4" ShapeID="_x0000_i4353" DrawAspect="Content" ObjectID="_1699837637" r:id="rId503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2100" w:dyaOrig="360" w14:anchorId="383B4E61">
          <v:shape id="_x0000_i4354" type="#_x0000_t75" style="width:105pt;height:18pt" o:ole="">
            <v:imagedata r:id="rId5033" o:title=""/>
          </v:shape>
          <o:OLEObject Type="Embed" ProgID="Equation.DSMT4" ShapeID="_x0000_i4354" DrawAspect="Content" ObjectID="_1699837638" r:id="rId5034"/>
        </w:object>
      </w:r>
      <w:r w:rsidRPr="00B13C4C">
        <w:rPr>
          <w:rFonts w:ascii="Times New Roman" w:hAnsi="Times New Roman" w:cs="Times New Roman"/>
          <w:sz w:val="24"/>
          <w:szCs w:val="24"/>
        </w:rPr>
        <w:t>.</w:t>
      </w:r>
    </w:p>
    <w:p w14:paraId="52E66E14" w14:textId="77777777" w:rsidR="00B13C4C" w:rsidRPr="00B13C4C" w:rsidRDefault="00B13C4C" w:rsidP="00B13C4C">
      <w:pPr>
        <w:pStyle w:val="ListParagraph"/>
        <w:numPr>
          <w:ilvl w:val="0"/>
          <w:numId w:val="30"/>
        </w:numPr>
        <w:tabs>
          <w:tab w:val="left" w:pos="992"/>
        </w:tabs>
        <w:spacing w:before="120" w:after="0" w:line="276" w:lineRule="auto"/>
        <w:jc w:val="both"/>
        <w:rPr>
          <w:rFonts w:ascii="Times New Roman" w:hAnsi="Times New Roman" w:cs="Times New Roman"/>
          <w:sz w:val="24"/>
          <w:szCs w:val="24"/>
        </w:rPr>
      </w:pPr>
      <w:r w:rsidRPr="00B13C4C">
        <w:rPr>
          <w:rFonts w:ascii="Times New Roman" w:hAnsi="Times New Roman" w:cs="Times New Roman"/>
          <w:sz w:val="24"/>
          <w:szCs w:val="24"/>
        </w:rPr>
        <w:t xml:space="preserve">Cho hai phương trình </w:t>
      </w:r>
      <w:r w:rsidRPr="00B13C4C">
        <w:rPr>
          <w:rFonts w:ascii="Times New Roman" w:hAnsi="Times New Roman" w:cs="Times New Roman"/>
          <w:position w:val="-8"/>
          <w:sz w:val="24"/>
          <w:szCs w:val="24"/>
        </w:rPr>
        <w:object w:dxaOrig="1320" w:dyaOrig="360" w14:anchorId="563AA5AB">
          <v:shape id="_x0000_i4355" type="#_x0000_t75" style="width:66pt;height:18pt" o:ole="">
            <v:imagedata r:id="rId5035" o:title=""/>
          </v:shape>
          <o:OLEObject Type="Embed" ProgID="Equation.DSMT4" ShapeID="_x0000_i4355" DrawAspect="Content" ObjectID="_1699837639" r:id="rId5036"/>
        </w:object>
      </w:r>
      <w:r w:rsidRPr="00B13C4C">
        <w:rPr>
          <w:rFonts w:ascii="Times New Roman" w:hAnsi="Times New Roman" w:cs="Times New Roman"/>
          <w:sz w:val="24"/>
          <w:szCs w:val="24"/>
        </w:rPr>
        <w:t xml:space="preserve"> (1) và </w:t>
      </w:r>
      <w:r w:rsidRPr="00B13C4C">
        <w:rPr>
          <w:rFonts w:ascii="Times New Roman" w:hAnsi="Times New Roman" w:cs="Times New Roman"/>
          <w:position w:val="-6"/>
          <w:sz w:val="24"/>
          <w:szCs w:val="24"/>
        </w:rPr>
        <w:object w:dxaOrig="1219" w:dyaOrig="320" w14:anchorId="22F2876F">
          <v:shape id="_x0000_i4356" type="#_x0000_t75" style="width:61.2pt;height:16.2pt" o:ole="">
            <v:imagedata r:id="rId5037" o:title=""/>
          </v:shape>
          <o:OLEObject Type="Embed" ProgID="Equation.DSMT4" ShapeID="_x0000_i4356" DrawAspect="Content" ObjectID="_1699837640" r:id="rId5038"/>
        </w:object>
      </w:r>
      <w:r w:rsidRPr="00B13C4C">
        <w:rPr>
          <w:rFonts w:ascii="Times New Roman" w:hAnsi="Times New Roman" w:cs="Times New Roman"/>
          <w:sz w:val="24"/>
          <w:szCs w:val="24"/>
        </w:rPr>
        <w:t xml:space="preserve"> (2). Trong các phát biểu sau, tìm mệnh đề đúng</w:t>
      </w:r>
    </w:p>
    <w:p w14:paraId="6D19DADE"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Phương trình (2) là hệ quả của phương trình (1).</w:t>
      </w:r>
    </w:p>
    <w:p w14:paraId="13EE5C2E"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Phương trình (1) là hệ quả của phương trình (2).</w:t>
      </w:r>
    </w:p>
    <w:p w14:paraId="3A5308FC"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Phương trình (1) tương đương với phương trình (2).</w:t>
      </w:r>
    </w:p>
    <w:p w14:paraId="1E8C6ED6"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Phương trình (1) và phương trình (2) không là hệ quả của nhau.</w:t>
      </w:r>
    </w:p>
    <w:p w14:paraId="0C84BF91" w14:textId="77777777" w:rsidR="00B13C4C" w:rsidRPr="00B13C4C" w:rsidRDefault="00B13C4C" w:rsidP="00B13C4C">
      <w:pPr>
        <w:pStyle w:val="ListParagraph"/>
        <w:numPr>
          <w:ilvl w:val="0"/>
          <w:numId w:val="30"/>
        </w:numPr>
        <w:tabs>
          <w:tab w:val="left" w:pos="992"/>
        </w:tabs>
        <w:spacing w:before="120" w:after="0" w:line="276" w:lineRule="auto"/>
        <w:jc w:val="both"/>
        <w:rPr>
          <w:rFonts w:ascii="Times New Roman" w:hAnsi="Times New Roman" w:cs="Times New Roman"/>
          <w:sz w:val="24"/>
          <w:szCs w:val="24"/>
        </w:rPr>
      </w:pPr>
      <w:r w:rsidRPr="00B13C4C">
        <w:rPr>
          <w:rFonts w:ascii="Times New Roman" w:hAnsi="Times New Roman" w:cs="Times New Roman"/>
          <w:sz w:val="24"/>
          <w:szCs w:val="24"/>
        </w:rPr>
        <w:t xml:space="preserve">Cho phương trình </w:t>
      </w:r>
      <w:r w:rsidRPr="00B13C4C">
        <w:rPr>
          <w:rFonts w:ascii="Times New Roman" w:hAnsi="Times New Roman" w:cs="Times New Roman"/>
          <w:position w:val="-8"/>
          <w:sz w:val="24"/>
          <w:szCs w:val="24"/>
        </w:rPr>
        <w:object w:dxaOrig="1520" w:dyaOrig="360" w14:anchorId="4D427FE5">
          <v:shape id="_x0000_i4357" type="#_x0000_t75" style="width:76.2pt;height:18pt" o:ole="">
            <v:imagedata r:id="rId5039" o:title=""/>
          </v:shape>
          <o:OLEObject Type="Embed" ProgID="Equation.DSMT4" ShapeID="_x0000_i4357" DrawAspect="Content" ObjectID="_1699837641" r:id="rId5040"/>
        </w:object>
      </w:r>
      <w:r w:rsidRPr="00B13C4C">
        <w:rPr>
          <w:rFonts w:ascii="Times New Roman" w:hAnsi="Times New Roman" w:cs="Times New Roman"/>
          <w:sz w:val="24"/>
          <w:szCs w:val="24"/>
        </w:rPr>
        <w:t xml:space="preserve"> (1). Một học sinh giải phương trình (1) như sau:</w:t>
      </w:r>
    </w:p>
    <w:p w14:paraId="5BB5DD83" w14:textId="77777777" w:rsidR="00B13C4C" w:rsidRPr="00B13C4C" w:rsidRDefault="00B13C4C" w:rsidP="00297746">
      <w:pPr>
        <w:ind w:left="992"/>
        <w:jc w:val="both"/>
        <w:rPr>
          <w:rFonts w:ascii="Times New Roman" w:hAnsi="Times New Roman" w:cs="Times New Roman"/>
          <w:sz w:val="24"/>
          <w:szCs w:val="24"/>
        </w:rPr>
      </w:pPr>
      <w:r w:rsidRPr="00B13C4C">
        <w:rPr>
          <w:rFonts w:ascii="Times New Roman" w:hAnsi="Times New Roman" w:cs="Times New Roman"/>
          <w:sz w:val="24"/>
          <w:szCs w:val="24"/>
        </w:rPr>
        <w:lastRenderedPageBreak/>
        <w:t xml:space="preserve">Bước 1: Đặt điều kiện: </w:t>
      </w:r>
      <w:r w:rsidRPr="00B13C4C">
        <w:rPr>
          <w:rFonts w:ascii="Times New Roman" w:hAnsi="Times New Roman" w:cs="Times New Roman"/>
          <w:position w:val="-24"/>
          <w:sz w:val="24"/>
          <w:szCs w:val="24"/>
        </w:rPr>
        <w:object w:dxaOrig="600" w:dyaOrig="620" w14:anchorId="0B31547A">
          <v:shape id="_x0000_i4358" type="#_x0000_t75" style="width:30pt;height:31.2pt" o:ole="">
            <v:imagedata r:id="rId5041" o:title=""/>
          </v:shape>
          <o:OLEObject Type="Embed" ProgID="Equation.DSMT4" ShapeID="_x0000_i4358" DrawAspect="Content" ObjectID="_1699837642" r:id="rId5042"/>
        </w:object>
      </w:r>
      <w:r w:rsidRPr="00B13C4C">
        <w:rPr>
          <w:rFonts w:ascii="Times New Roman" w:hAnsi="Times New Roman" w:cs="Times New Roman"/>
          <w:sz w:val="24"/>
          <w:szCs w:val="24"/>
        </w:rPr>
        <w:t>.</w:t>
      </w:r>
    </w:p>
    <w:p w14:paraId="6AFFE180" w14:textId="77777777" w:rsidR="00B13C4C" w:rsidRPr="00B13C4C" w:rsidRDefault="00B13C4C" w:rsidP="00297746">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Bước 2: Bình phương hai vế ta được phương trình </w:t>
      </w:r>
      <w:r w:rsidRPr="00B13C4C">
        <w:rPr>
          <w:rFonts w:ascii="Times New Roman" w:hAnsi="Times New Roman" w:cs="Times New Roman"/>
          <w:position w:val="-6"/>
          <w:sz w:val="24"/>
          <w:szCs w:val="24"/>
        </w:rPr>
        <w:object w:dxaOrig="1780" w:dyaOrig="320" w14:anchorId="7E828F74">
          <v:shape id="_x0000_i4359" type="#_x0000_t75" style="width:88.8pt;height:16.2pt" o:ole="">
            <v:imagedata r:id="rId5043" o:title=""/>
          </v:shape>
          <o:OLEObject Type="Embed" ProgID="Equation.DSMT4" ShapeID="_x0000_i4359" DrawAspect="Content" ObjectID="_1699837643" r:id="rId5044"/>
        </w:object>
      </w:r>
      <w:r w:rsidRPr="00B13C4C">
        <w:rPr>
          <w:rFonts w:ascii="Times New Roman" w:hAnsi="Times New Roman" w:cs="Times New Roman"/>
          <w:sz w:val="24"/>
          <w:szCs w:val="24"/>
        </w:rPr>
        <w:t xml:space="preserve"> (2).</w:t>
      </w:r>
    </w:p>
    <w:p w14:paraId="757ACF74" w14:textId="77777777" w:rsidR="00B13C4C" w:rsidRPr="00B13C4C" w:rsidRDefault="00B13C4C" w:rsidP="00297746">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Bước 3: Giải phương trình (2) ta có hai nghiệm là </w:t>
      </w:r>
      <w:r w:rsidRPr="00B13C4C">
        <w:rPr>
          <w:rFonts w:ascii="Times New Roman" w:hAnsi="Times New Roman" w:cs="Times New Roman"/>
          <w:position w:val="-6"/>
          <w:sz w:val="24"/>
          <w:szCs w:val="24"/>
        </w:rPr>
        <w:object w:dxaOrig="540" w:dyaOrig="279" w14:anchorId="71C64BC0">
          <v:shape id="_x0000_i4360" type="#_x0000_t75" style="width:27pt;height:13.8pt" o:ole="">
            <v:imagedata r:id="rId5045" o:title=""/>
          </v:shape>
          <o:OLEObject Type="Embed" ProgID="Equation.DSMT4" ShapeID="_x0000_i4360" DrawAspect="Content" ObjectID="_1699837644" r:id="rId5046"/>
        </w:object>
      </w:r>
      <w:r w:rsidRPr="00B13C4C">
        <w:rPr>
          <w:rFonts w:ascii="Times New Roman" w:hAnsi="Times New Roman" w:cs="Times New Roman"/>
          <w:sz w:val="24"/>
          <w:szCs w:val="24"/>
        </w:rPr>
        <w:t xml:space="preserve"> và </w:t>
      </w:r>
      <w:r w:rsidRPr="00B13C4C">
        <w:rPr>
          <w:rFonts w:ascii="Times New Roman" w:hAnsi="Times New Roman" w:cs="Times New Roman"/>
          <w:position w:val="-6"/>
          <w:sz w:val="24"/>
          <w:szCs w:val="24"/>
        </w:rPr>
        <w:object w:dxaOrig="560" w:dyaOrig="279" w14:anchorId="5F54F345">
          <v:shape id="_x0000_i4361" type="#_x0000_t75" style="width:28.2pt;height:13.8pt" o:ole="">
            <v:imagedata r:id="rId5047" o:title=""/>
          </v:shape>
          <o:OLEObject Type="Embed" ProgID="Equation.DSMT4" ShapeID="_x0000_i4361" DrawAspect="Content" ObjectID="_1699837645" r:id="rId5048"/>
        </w:object>
      </w:r>
      <w:r w:rsidRPr="00B13C4C">
        <w:rPr>
          <w:rFonts w:ascii="Times New Roman" w:hAnsi="Times New Roman" w:cs="Times New Roman"/>
          <w:sz w:val="24"/>
          <w:szCs w:val="24"/>
        </w:rPr>
        <w:t>.</w:t>
      </w:r>
    </w:p>
    <w:p w14:paraId="03757AF9" w14:textId="77777777" w:rsidR="00B13C4C" w:rsidRPr="00B13C4C" w:rsidRDefault="00B13C4C" w:rsidP="00297746">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Bước 4: Kết luận: Vì </w:t>
      </w:r>
      <w:r w:rsidRPr="00B13C4C">
        <w:rPr>
          <w:rFonts w:ascii="Times New Roman" w:hAnsi="Times New Roman" w:cs="Times New Roman"/>
          <w:position w:val="-6"/>
          <w:sz w:val="24"/>
          <w:szCs w:val="24"/>
        </w:rPr>
        <w:object w:dxaOrig="540" w:dyaOrig="279" w14:anchorId="590574E8">
          <v:shape id="_x0000_i4362" type="#_x0000_t75" style="width:27pt;height:13.8pt" o:ole="">
            <v:imagedata r:id="rId5049" o:title=""/>
          </v:shape>
          <o:OLEObject Type="Embed" ProgID="Equation.DSMT4" ShapeID="_x0000_i4362" DrawAspect="Content" ObjectID="_1699837646" r:id="rId5050"/>
        </w:object>
      </w:r>
      <w:r w:rsidRPr="00B13C4C">
        <w:rPr>
          <w:rFonts w:ascii="Times New Roman" w:hAnsi="Times New Roman" w:cs="Times New Roman"/>
          <w:sz w:val="24"/>
          <w:szCs w:val="24"/>
        </w:rPr>
        <w:t xml:space="preserve"> và </w:t>
      </w:r>
      <w:r w:rsidRPr="00B13C4C">
        <w:rPr>
          <w:rFonts w:ascii="Times New Roman" w:hAnsi="Times New Roman" w:cs="Times New Roman"/>
          <w:position w:val="-6"/>
          <w:sz w:val="24"/>
          <w:szCs w:val="24"/>
        </w:rPr>
        <w:object w:dxaOrig="560" w:dyaOrig="279" w14:anchorId="4162D620">
          <v:shape id="_x0000_i4363" type="#_x0000_t75" style="width:28.2pt;height:13.8pt" o:ole="">
            <v:imagedata r:id="rId5051" o:title=""/>
          </v:shape>
          <o:OLEObject Type="Embed" ProgID="Equation.DSMT4" ShapeID="_x0000_i4363" DrawAspect="Content" ObjectID="_1699837647" r:id="rId5052"/>
        </w:object>
      </w:r>
      <w:r w:rsidRPr="00B13C4C">
        <w:rPr>
          <w:rFonts w:ascii="Times New Roman" w:hAnsi="Times New Roman" w:cs="Times New Roman"/>
          <w:sz w:val="24"/>
          <w:szCs w:val="24"/>
        </w:rPr>
        <w:t xml:space="preserve"> đều thỏa mãn điều kiện ở bước 1 nên phương trình (1) có hai nghiệm là </w:t>
      </w:r>
      <w:r w:rsidRPr="00B13C4C">
        <w:rPr>
          <w:rFonts w:ascii="Times New Roman" w:hAnsi="Times New Roman" w:cs="Times New Roman"/>
          <w:position w:val="-6"/>
          <w:sz w:val="24"/>
          <w:szCs w:val="24"/>
        </w:rPr>
        <w:object w:dxaOrig="540" w:dyaOrig="279" w14:anchorId="07BD6E68">
          <v:shape id="_x0000_i4364" type="#_x0000_t75" style="width:27pt;height:13.8pt" o:ole="">
            <v:imagedata r:id="rId5053" o:title=""/>
          </v:shape>
          <o:OLEObject Type="Embed" ProgID="Equation.DSMT4" ShapeID="_x0000_i4364" DrawAspect="Content" ObjectID="_1699837648" r:id="rId5054"/>
        </w:object>
      </w:r>
      <w:r w:rsidRPr="00B13C4C">
        <w:rPr>
          <w:rFonts w:ascii="Times New Roman" w:hAnsi="Times New Roman" w:cs="Times New Roman"/>
          <w:sz w:val="24"/>
          <w:szCs w:val="24"/>
        </w:rPr>
        <w:t xml:space="preserve"> và </w:t>
      </w:r>
      <w:r w:rsidRPr="00B13C4C">
        <w:rPr>
          <w:rFonts w:ascii="Times New Roman" w:hAnsi="Times New Roman" w:cs="Times New Roman"/>
          <w:position w:val="-6"/>
          <w:sz w:val="24"/>
          <w:szCs w:val="24"/>
        </w:rPr>
        <w:object w:dxaOrig="560" w:dyaOrig="279" w14:anchorId="09414B06">
          <v:shape id="_x0000_i4365" type="#_x0000_t75" style="width:28.2pt;height:13.8pt" o:ole="">
            <v:imagedata r:id="rId5055" o:title=""/>
          </v:shape>
          <o:OLEObject Type="Embed" ProgID="Equation.DSMT4" ShapeID="_x0000_i4365" DrawAspect="Content" ObjectID="_1699837649" r:id="rId5056"/>
        </w:object>
      </w:r>
      <w:r w:rsidRPr="00B13C4C">
        <w:rPr>
          <w:rFonts w:ascii="Times New Roman" w:hAnsi="Times New Roman" w:cs="Times New Roman"/>
          <w:sz w:val="24"/>
          <w:szCs w:val="24"/>
        </w:rPr>
        <w:t>.</w:t>
      </w:r>
    </w:p>
    <w:p w14:paraId="4CFB503D" w14:textId="77777777" w:rsidR="00B13C4C" w:rsidRPr="00B13C4C" w:rsidRDefault="00B13C4C" w:rsidP="00297746">
      <w:pPr>
        <w:ind w:left="992"/>
        <w:jc w:val="both"/>
        <w:rPr>
          <w:rFonts w:ascii="Times New Roman" w:hAnsi="Times New Roman" w:cs="Times New Roman"/>
          <w:sz w:val="24"/>
          <w:szCs w:val="24"/>
        </w:rPr>
      </w:pPr>
      <w:r w:rsidRPr="00B13C4C">
        <w:rPr>
          <w:rFonts w:ascii="Times New Roman" w:hAnsi="Times New Roman" w:cs="Times New Roman"/>
          <w:sz w:val="24"/>
          <w:szCs w:val="24"/>
        </w:rPr>
        <w:t>Hỏi: Bạn học sinh giải phương trình (1) như trên đúng hay sai? Nếu sai thì sai ở bước thứ mấy?</w:t>
      </w:r>
    </w:p>
    <w:p w14:paraId="60420D53"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Bạn học sinh đã giải sai ở bước 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Bạn học sinh đã giải sai ở bước 3.</w:t>
      </w:r>
    </w:p>
    <w:p w14:paraId="610608D6"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Bạn học sinh đã giải đúng.</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 xml:space="preserve">Bạn học sinh đã giải sai ở bước </w:t>
      </w:r>
      <w:r w:rsidRPr="00B13C4C">
        <w:rPr>
          <w:rFonts w:ascii="Times New Roman" w:hAnsi="Times New Roman" w:cs="Times New Roman"/>
          <w:position w:val="-4"/>
          <w:sz w:val="24"/>
          <w:szCs w:val="24"/>
        </w:rPr>
        <w:object w:dxaOrig="200" w:dyaOrig="260" w14:anchorId="28E7E459">
          <v:shape id="_x0000_i4366" type="#_x0000_t75" style="width:10.2pt;height:13.2pt" o:ole="">
            <v:imagedata r:id="rId5057" o:title=""/>
          </v:shape>
          <o:OLEObject Type="Embed" ProgID="Equation.DSMT4" ShapeID="_x0000_i4366" DrawAspect="Content" ObjectID="_1699837650" r:id="rId5058"/>
        </w:object>
      </w:r>
      <w:r w:rsidRPr="00B13C4C">
        <w:rPr>
          <w:rFonts w:ascii="Times New Roman" w:hAnsi="Times New Roman" w:cs="Times New Roman"/>
          <w:sz w:val="24"/>
          <w:szCs w:val="24"/>
        </w:rPr>
        <w:t>.</w:t>
      </w:r>
    </w:p>
    <w:p w14:paraId="3F8DD1DC" w14:textId="77777777" w:rsidR="00B13C4C" w:rsidRPr="00B13C4C" w:rsidRDefault="00B13C4C" w:rsidP="00B13C4C">
      <w:pPr>
        <w:pStyle w:val="ListParagraph"/>
        <w:numPr>
          <w:ilvl w:val="0"/>
          <w:numId w:val="30"/>
        </w:numPr>
        <w:tabs>
          <w:tab w:val="left" w:pos="992"/>
        </w:tabs>
        <w:spacing w:before="120" w:after="0" w:line="276" w:lineRule="auto"/>
        <w:jc w:val="both"/>
        <w:rPr>
          <w:rFonts w:ascii="Times New Roman" w:hAnsi="Times New Roman" w:cs="Times New Roman"/>
          <w:sz w:val="24"/>
          <w:szCs w:val="24"/>
        </w:rPr>
      </w:pPr>
      <w:r w:rsidRPr="00B13C4C">
        <w:rPr>
          <w:rFonts w:ascii="Times New Roman" w:hAnsi="Times New Roman" w:cs="Times New Roman"/>
          <w:sz w:val="24"/>
          <w:szCs w:val="24"/>
        </w:rPr>
        <w:t xml:space="preserve">Trong mặt phẳng </w:t>
      </w:r>
      <w:r w:rsidRPr="00B13C4C">
        <w:rPr>
          <w:rFonts w:ascii="Times New Roman" w:hAnsi="Times New Roman" w:cs="Times New Roman"/>
          <w:position w:val="-10"/>
          <w:sz w:val="24"/>
          <w:szCs w:val="24"/>
        </w:rPr>
        <w:object w:dxaOrig="460" w:dyaOrig="320" w14:anchorId="632FE287">
          <v:shape id="_x0000_i4367" type="#_x0000_t75" style="width:22.8pt;height:16.2pt" o:ole="">
            <v:imagedata r:id="rId5059" o:title=""/>
          </v:shape>
          <o:OLEObject Type="Embed" ProgID="Equation.DSMT4" ShapeID="_x0000_i4367" DrawAspect="Content" ObjectID="_1699837651" r:id="rId5060"/>
        </w:object>
      </w:r>
      <w:r w:rsidRPr="00B13C4C">
        <w:rPr>
          <w:rFonts w:ascii="Times New Roman" w:hAnsi="Times New Roman" w:cs="Times New Roman"/>
          <w:sz w:val="24"/>
          <w:szCs w:val="24"/>
        </w:rPr>
        <w:t xml:space="preserve">, cho tam giác </w:t>
      </w:r>
      <w:r w:rsidRPr="00B13C4C">
        <w:rPr>
          <w:rFonts w:ascii="Times New Roman" w:hAnsi="Times New Roman" w:cs="Times New Roman"/>
          <w:position w:val="-6"/>
          <w:sz w:val="24"/>
          <w:szCs w:val="24"/>
        </w:rPr>
        <w:object w:dxaOrig="560" w:dyaOrig="279" w14:anchorId="3F1237B9">
          <v:shape id="_x0000_i4368" type="#_x0000_t75" style="width:28.2pt;height:13.8pt" o:ole="">
            <v:imagedata r:id="rId5061" o:title=""/>
          </v:shape>
          <o:OLEObject Type="Embed" ProgID="Equation.DSMT4" ShapeID="_x0000_i4368" DrawAspect="Content" ObjectID="_1699837652" r:id="rId5062"/>
        </w:object>
      </w:r>
      <w:r w:rsidRPr="00B13C4C">
        <w:rPr>
          <w:rFonts w:ascii="Times New Roman" w:hAnsi="Times New Roman" w:cs="Times New Roman"/>
          <w:sz w:val="24"/>
          <w:szCs w:val="24"/>
        </w:rPr>
        <w:t xml:space="preserve"> với </w:t>
      </w:r>
      <w:r w:rsidRPr="00B13C4C">
        <w:rPr>
          <w:rFonts w:ascii="Times New Roman" w:hAnsi="Times New Roman" w:cs="Times New Roman"/>
          <w:position w:val="-10"/>
          <w:sz w:val="24"/>
          <w:szCs w:val="24"/>
        </w:rPr>
        <w:object w:dxaOrig="1840" w:dyaOrig="320" w14:anchorId="38F09684">
          <v:shape id="_x0000_i4369" type="#_x0000_t75" style="width:91.8pt;height:16.2pt" o:ole="">
            <v:imagedata r:id="rId5063" o:title=""/>
          </v:shape>
          <o:OLEObject Type="Embed" ProgID="Equation.DSMT4" ShapeID="_x0000_i4369" DrawAspect="Content" ObjectID="_1699837653" r:id="rId5064"/>
        </w:object>
      </w:r>
      <w:r w:rsidRPr="00B13C4C">
        <w:rPr>
          <w:rFonts w:ascii="Times New Roman" w:hAnsi="Times New Roman" w:cs="Times New Roman"/>
          <w:sz w:val="24"/>
          <w:szCs w:val="24"/>
        </w:rPr>
        <w:t xml:space="preserve"> và </w:t>
      </w:r>
      <w:r w:rsidRPr="00B13C4C">
        <w:rPr>
          <w:rFonts w:ascii="Times New Roman" w:hAnsi="Times New Roman" w:cs="Times New Roman"/>
          <w:position w:val="-28"/>
          <w:sz w:val="24"/>
          <w:szCs w:val="24"/>
        </w:rPr>
        <w:object w:dxaOrig="880" w:dyaOrig="680" w14:anchorId="00CB056C">
          <v:shape id="_x0000_i4370" type="#_x0000_t75" style="width:43.8pt;height:34.2pt" o:ole="">
            <v:imagedata r:id="rId5065" o:title=""/>
          </v:shape>
          <o:OLEObject Type="Embed" ProgID="Equation.DSMT4" ShapeID="_x0000_i4370" DrawAspect="Content" ObjectID="_1699837654" r:id="rId5066"/>
        </w:object>
      </w:r>
      <w:r w:rsidRPr="00B13C4C">
        <w:rPr>
          <w:rFonts w:ascii="Times New Roman" w:hAnsi="Times New Roman" w:cs="Times New Roman"/>
          <w:sz w:val="24"/>
          <w:szCs w:val="24"/>
        </w:rPr>
        <w:t xml:space="preserve"> là trọng tâm. Tọa độ </w:t>
      </w:r>
      <w:r w:rsidRPr="00B13C4C">
        <w:rPr>
          <w:rFonts w:ascii="Times New Roman" w:hAnsi="Times New Roman" w:cs="Times New Roman"/>
          <w:position w:val="-6"/>
          <w:sz w:val="24"/>
          <w:szCs w:val="24"/>
        </w:rPr>
        <w:object w:dxaOrig="240" w:dyaOrig="279" w14:anchorId="079BADF2">
          <v:shape id="_x0000_i4371" type="#_x0000_t75" style="width:12pt;height:13.8pt" o:ole="">
            <v:imagedata r:id="rId5067" o:title=""/>
          </v:shape>
          <o:OLEObject Type="Embed" ProgID="Equation.DSMT4" ShapeID="_x0000_i4371" DrawAspect="Content" ObjectID="_1699837655" r:id="rId5068"/>
        </w:object>
      </w:r>
      <w:r w:rsidRPr="00B13C4C">
        <w:rPr>
          <w:rFonts w:ascii="Times New Roman" w:hAnsi="Times New Roman" w:cs="Times New Roman"/>
          <w:sz w:val="24"/>
          <w:szCs w:val="24"/>
        </w:rPr>
        <w:t xml:space="preserve"> là</w:t>
      </w:r>
    </w:p>
    <w:p w14:paraId="3EB8AFC7"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999" w:dyaOrig="320" w14:anchorId="7A6CC8BF">
          <v:shape id="_x0000_i4372" type="#_x0000_t75" style="width:49.8pt;height:16.2pt" o:ole="">
            <v:imagedata r:id="rId5069" o:title=""/>
          </v:shape>
          <o:OLEObject Type="Embed" ProgID="Equation.DSMT4" ShapeID="_x0000_i4372" DrawAspect="Content" ObjectID="_1699837656" r:id="rId507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859" w:dyaOrig="320" w14:anchorId="3A5E36B2">
          <v:shape id="_x0000_i4373" type="#_x0000_t75" style="width:43.2pt;height:16.2pt" o:ole="">
            <v:imagedata r:id="rId5071" o:title=""/>
          </v:shape>
          <o:OLEObject Type="Embed" ProgID="Equation.DSMT4" ShapeID="_x0000_i4373" DrawAspect="Content" ObjectID="_1699837657" r:id="rId507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720" w:dyaOrig="320" w14:anchorId="4B650ABA">
          <v:shape id="_x0000_i4374" type="#_x0000_t75" style="width:36pt;height:16.2pt" o:ole="">
            <v:imagedata r:id="rId5073" o:title=""/>
          </v:shape>
          <o:OLEObject Type="Embed" ProgID="Equation.DSMT4" ShapeID="_x0000_i4374" DrawAspect="Content" ObjectID="_1699837658" r:id="rId507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859" w:dyaOrig="320" w14:anchorId="7E596705">
          <v:shape id="_x0000_i4375" type="#_x0000_t75" style="width:43.2pt;height:16.2pt" o:ole="">
            <v:imagedata r:id="rId5075" o:title=""/>
          </v:shape>
          <o:OLEObject Type="Embed" ProgID="Equation.DSMT4" ShapeID="_x0000_i4375" DrawAspect="Content" ObjectID="_1699837659" r:id="rId5076"/>
        </w:object>
      </w:r>
      <w:r w:rsidRPr="00B13C4C">
        <w:rPr>
          <w:rFonts w:ascii="Times New Roman" w:hAnsi="Times New Roman" w:cs="Times New Roman"/>
          <w:sz w:val="24"/>
          <w:szCs w:val="24"/>
        </w:rPr>
        <w:t>.</w:t>
      </w:r>
    </w:p>
    <w:p w14:paraId="4E3C2A60" w14:textId="77777777" w:rsidR="00B13C4C" w:rsidRPr="00B13C4C" w:rsidRDefault="00B13C4C" w:rsidP="00B13C4C">
      <w:pPr>
        <w:pStyle w:val="ListParagraph"/>
        <w:numPr>
          <w:ilvl w:val="0"/>
          <w:numId w:val="30"/>
        </w:numPr>
        <w:tabs>
          <w:tab w:val="left" w:pos="992"/>
        </w:tabs>
        <w:spacing w:before="120" w:after="0" w:line="276" w:lineRule="auto"/>
        <w:jc w:val="both"/>
        <w:rPr>
          <w:rFonts w:ascii="Times New Roman" w:hAnsi="Times New Roman" w:cs="Times New Roman"/>
          <w:sz w:val="24"/>
          <w:szCs w:val="24"/>
        </w:rPr>
      </w:pPr>
      <w:r w:rsidRPr="00B13C4C">
        <w:rPr>
          <w:rFonts w:ascii="Times New Roman" w:hAnsi="Times New Roman" w:cs="Times New Roman"/>
          <w:sz w:val="24"/>
          <w:szCs w:val="24"/>
        </w:rPr>
        <w:t xml:space="preserve">Cho phương trình </w:t>
      </w:r>
      <w:r w:rsidRPr="00B13C4C">
        <w:rPr>
          <w:rFonts w:ascii="Times New Roman" w:hAnsi="Times New Roman" w:cs="Times New Roman"/>
          <w:position w:val="-10"/>
          <w:sz w:val="24"/>
          <w:szCs w:val="24"/>
        </w:rPr>
        <w:object w:dxaOrig="1040" w:dyaOrig="320" w14:anchorId="46D228C5">
          <v:shape id="_x0000_i4376" type="#_x0000_t75" style="width:52.2pt;height:16.2pt" o:ole="">
            <v:imagedata r:id="rId5077" o:title=""/>
          </v:shape>
          <o:OLEObject Type="Embed" ProgID="Equation.DSMT4" ShapeID="_x0000_i4376" DrawAspect="Content" ObjectID="_1699837660" r:id="rId5078"/>
        </w:object>
      </w:r>
      <w:r w:rsidRPr="00B13C4C">
        <w:rPr>
          <w:rFonts w:ascii="Times New Roman" w:hAnsi="Times New Roman" w:cs="Times New Roman"/>
          <w:sz w:val="24"/>
          <w:szCs w:val="24"/>
        </w:rPr>
        <w:t>. Một nghiệm của phương trình là</w:t>
      </w:r>
    </w:p>
    <w:p w14:paraId="753290D8"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560" w:dyaOrig="320" w14:anchorId="0772F472">
          <v:shape id="_x0000_i4377" type="#_x0000_t75" style="width:28.2pt;height:16.2pt" o:ole="">
            <v:imagedata r:id="rId5079" o:title=""/>
          </v:shape>
          <o:OLEObject Type="Embed" ProgID="Equation.DSMT4" ShapeID="_x0000_i4377" DrawAspect="Content" ObjectID="_1699837661" r:id="rId508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520" w:dyaOrig="320" w14:anchorId="60187BF3">
          <v:shape id="_x0000_i4378" type="#_x0000_t75" style="width:25.8pt;height:16.2pt" o:ole="">
            <v:imagedata r:id="rId5081" o:title=""/>
          </v:shape>
          <o:OLEObject Type="Embed" ProgID="Equation.DSMT4" ShapeID="_x0000_i4378" DrawAspect="Content" ObjectID="_1699837662" r:id="rId508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560" w:dyaOrig="320" w14:anchorId="2657FE82">
          <v:shape id="_x0000_i4379" type="#_x0000_t75" style="width:28.2pt;height:16.2pt" o:ole="">
            <v:imagedata r:id="rId5083" o:title=""/>
          </v:shape>
          <o:OLEObject Type="Embed" ProgID="Equation.DSMT4" ShapeID="_x0000_i4379" DrawAspect="Content" ObjectID="_1699837663" r:id="rId508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680" w:dyaOrig="320" w14:anchorId="18CB83EA">
          <v:shape id="_x0000_i4380" type="#_x0000_t75" style="width:34.2pt;height:16.2pt" o:ole="">
            <v:imagedata r:id="rId5085" o:title=""/>
          </v:shape>
          <o:OLEObject Type="Embed" ProgID="Equation.DSMT4" ShapeID="_x0000_i4380" DrawAspect="Content" ObjectID="_1699837664" r:id="rId5086"/>
        </w:object>
      </w:r>
      <w:r w:rsidRPr="00B13C4C">
        <w:rPr>
          <w:rFonts w:ascii="Times New Roman" w:hAnsi="Times New Roman" w:cs="Times New Roman"/>
          <w:sz w:val="24"/>
          <w:szCs w:val="24"/>
        </w:rPr>
        <w:t>.</w:t>
      </w:r>
    </w:p>
    <w:p w14:paraId="2FEBA4DB" w14:textId="77777777" w:rsidR="00B13C4C" w:rsidRPr="00B13C4C" w:rsidRDefault="00B13C4C" w:rsidP="00B13C4C">
      <w:pPr>
        <w:pStyle w:val="ListParagraph"/>
        <w:numPr>
          <w:ilvl w:val="0"/>
          <w:numId w:val="30"/>
        </w:numPr>
        <w:tabs>
          <w:tab w:val="left" w:pos="992"/>
        </w:tabs>
        <w:spacing w:before="120" w:after="0" w:line="276" w:lineRule="auto"/>
        <w:jc w:val="both"/>
        <w:rPr>
          <w:rFonts w:ascii="Times New Roman" w:hAnsi="Times New Roman" w:cs="Times New Roman"/>
          <w:sz w:val="24"/>
          <w:szCs w:val="24"/>
        </w:rPr>
      </w:pPr>
      <w:r w:rsidRPr="00B13C4C">
        <w:rPr>
          <w:rFonts w:ascii="Times New Roman" w:hAnsi="Times New Roman" w:cs="Times New Roman"/>
          <w:sz w:val="24"/>
          <w:szCs w:val="24"/>
        </w:rPr>
        <w:t xml:space="preserve">Cho hàm số: </w:t>
      </w:r>
      <w:r w:rsidRPr="00B13C4C">
        <w:rPr>
          <w:rFonts w:ascii="Times New Roman" w:hAnsi="Times New Roman" w:cs="Times New Roman"/>
          <w:position w:val="-10"/>
          <w:sz w:val="24"/>
          <w:szCs w:val="24"/>
        </w:rPr>
        <w:object w:dxaOrig="1420" w:dyaOrig="360" w14:anchorId="529074CF">
          <v:shape id="_x0000_i4381" type="#_x0000_t75" style="width:70.8pt;height:18pt" o:ole="">
            <v:imagedata r:id="rId5087" o:title=""/>
          </v:shape>
          <o:OLEObject Type="Embed" ProgID="Equation.DSMT4" ShapeID="_x0000_i4381" DrawAspect="Content" ObjectID="_1699837665" r:id="rId5088"/>
        </w:object>
      </w:r>
      <w:r w:rsidRPr="00B13C4C">
        <w:rPr>
          <w:rFonts w:ascii="Times New Roman" w:hAnsi="Times New Roman" w:cs="Times New Roman"/>
          <w:sz w:val="24"/>
          <w:szCs w:val="24"/>
        </w:rPr>
        <w:t>, mệnh đề nào sai</w:t>
      </w:r>
    </w:p>
    <w:p w14:paraId="7E203F18"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 xml:space="preserve">Hàm số giảm trên khoảng </w:t>
      </w:r>
      <w:r w:rsidRPr="00B13C4C">
        <w:rPr>
          <w:rFonts w:ascii="Times New Roman" w:hAnsi="Times New Roman" w:cs="Times New Roman"/>
          <w:position w:val="-10"/>
          <w:sz w:val="24"/>
          <w:szCs w:val="24"/>
        </w:rPr>
        <w:object w:dxaOrig="700" w:dyaOrig="320" w14:anchorId="0ADE0A03">
          <v:shape id="_x0000_i4382" type="#_x0000_t75" style="width:34.8pt;height:16.2pt" o:ole="">
            <v:imagedata r:id="rId5089" o:title=""/>
          </v:shape>
          <o:OLEObject Type="Embed" ProgID="Equation.DSMT4" ShapeID="_x0000_i4382" DrawAspect="Content" ObjectID="_1699837666" r:id="rId509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 xml:space="preserve">Hàm số tăng trên khoảng </w:t>
      </w:r>
      <w:r w:rsidRPr="00B13C4C">
        <w:rPr>
          <w:rFonts w:ascii="Times New Roman" w:hAnsi="Times New Roman" w:cs="Times New Roman"/>
          <w:position w:val="-10"/>
          <w:sz w:val="24"/>
          <w:szCs w:val="24"/>
        </w:rPr>
        <w:object w:dxaOrig="700" w:dyaOrig="320" w14:anchorId="0332BC48">
          <v:shape id="_x0000_i4383" type="#_x0000_t75" style="width:34.8pt;height:16.2pt" o:ole="">
            <v:imagedata r:id="rId5091" o:title=""/>
          </v:shape>
          <o:OLEObject Type="Embed" ProgID="Equation.DSMT4" ShapeID="_x0000_i4383" DrawAspect="Content" ObjectID="_1699837667" r:id="rId5092"/>
        </w:object>
      </w:r>
      <w:r w:rsidRPr="00B13C4C">
        <w:rPr>
          <w:rFonts w:ascii="Times New Roman" w:hAnsi="Times New Roman" w:cs="Times New Roman"/>
          <w:sz w:val="24"/>
          <w:szCs w:val="24"/>
        </w:rPr>
        <w:t>.</w:t>
      </w:r>
    </w:p>
    <w:p w14:paraId="36217E3F"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 xml:space="preserve">Đồ thị hàm số có trục đối xứng </w:t>
      </w:r>
      <w:r w:rsidRPr="00B13C4C">
        <w:rPr>
          <w:rFonts w:ascii="Times New Roman" w:hAnsi="Times New Roman" w:cs="Times New Roman"/>
          <w:position w:val="-6"/>
          <w:sz w:val="24"/>
          <w:szCs w:val="24"/>
        </w:rPr>
        <w:object w:dxaOrig="680" w:dyaOrig="279" w14:anchorId="4C6DC98E">
          <v:shape id="_x0000_i4384" type="#_x0000_t75" style="width:34.2pt;height:13.8pt" o:ole="">
            <v:imagedata r:id="rId5093" o:title=""/>
          </v:shape>
          <o:OLEObject Type="Embed" ProgID="Equation.DSMT4" ShapeID="_x0000_i4384" DrawAspect="Content" ObjectID="_1699837668" r:id="rId509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 xml:space="preserve">Đồ thị hàm số nhận </w:t>
      </w:r>
      <w:r w:rsidRPr="00B13C4C">
        <w:rPr>
          <w:rFonts w:ascii="Times New Roman" w:hAnsi="Times New Roman" w:cs="Times New Roman"/>
          <w:position w:val="-10"/>
          <w:sz w:val="24"/>
          <w:szCs w:val="24"/>
        </w:rPr>
        <w:object w:dxaOrig="780" w:dyaOrig="320" w14:anchorId="2ADA3DA8">
          <v:shape id="_x0000_i4385" type="#_x0000_t75" style="width:39pt;height:16.2pt" o:ole="">
            <v:imagedata r:id="rId5095" o:title=""/>
          </v:shape>
          <o:OLEObject Type="Embed" ProgID="Equation.DSMT4" ShapeID="_x0000_i4385" DrawAspect="Content" ObjectID="_1699837669" r:id="rId5096"/>
        </w:object>
      </w:r>
      <w:r w:rsidRPr="00B13C4C">
        <w:rPr>
          <w:rFonts w:ascii="Times New Roman" w:hAnsi="Times New Roman" w:cs="Times New Roman"/>
          <w:sz w:val="24"/>
          <w:szCs w:val="24"/>
        </w:rPr>
        <w:t xml:space="preserve"> làm đỉnh.</w:t>
      </w:r>
    </w:p>
    <w:p w14:paraId="3DF4FA8C" w14:textId="77777777" w:rsidR="00B13C4C" w:rsidRPr="00B13C4C" w:rsidRDefault="00B13C4C" w:rsidP="00B13C4C">
      <w:pPr>
        <w:pStyle w:val="ListParagraph"/>
        <w:numPr>
          <w:ilvl w:val="0"/>
          <w:numId w:val="30"/>
        </w:numPr>
        <w:tabs>
          <w:tab w:val="left" w:pos="992"/>
        </w:tabs>
        <w:spacing w:before="120" w:after="0" w:line="276" w:lineRule="auto"/>
        <w:jc w:val="both"/>
        <w:rPr>
          <w:rFonts w:ascii="Times New Roman" w:hAnsi="Times New Roman" w:cs="Times New Roman"/>
          <w:sz w:val="24"/>
          <w:szCs w:val="24"/>
        </w:rPr>
      </w:pPr>
      <w:r w:rsidRPr="00B13C4C">
        <w:rPr>
          <w:rFonts w:ascii="Times New Roman" w:hAnsi="Times New Roman" w:cs="Times New Roman"/>
          <w:sz w:val="24"/>
          <w:szCs w:val="24"/>
        </w:rPr>
        <w:t xml:space="preserve">Điều kiện của phương trình </w:t>
      </w:r>
      <w:r w:rsidRPr="00B13C4C">
        <w:rPr>
          <w:rFonts w:ascii="Times New Roman" w:hAnsi="Times New Roman" w:cs="Times New Roman"/>
          <w:position w:val="-24"/>
          <w:sz w:val="24"/>
          <w:szCs w:val="24"/>
        </w:rPr>
        <w:object w:dxaOrig="1960" w:dyaOrig="660" w14:anchorId="117C242F">
          <v:shape id="_x0000_i4386" type="#_x0000_t75" style="width:97.8pt;height:33pt" o:ole="">
            <v:imagedata r:id="rId5097" o:title=""/>
          </v:shape>
          <o:OLEObject Type="Embed" ProgID="Equation.DSMT4" ShapeID="_x0000_i4386" DrawAspect="Content" ObjectID="_1699837670" r:id="rId5098"/>
        </w:object>
      </w:r>
      <w:r w:rsidRPr="00B13C4C">
        <w:rPr>
          <w:rFonts w:ascii="Times New Roman" w:hAnsi="Times New Roman" w:cs="Times New Roman"/>
          <w:sz w:val="24"/>
          <w:szCs w:val="24"/>
        </w:rPr>
        <w:t xml:space="preserve"> là</w:t>
      </w:r>
    </w:p>
    <w:p w14:paraId="7A3CA785"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680" w:dyaOrig="279" w14:anchorId="6284E3DB">
          <v:shape id="_x0000_i4387" type="#_x0000_t75" style="width:34.2pt;height:13.8pt" o:ole="">
            <v:imagedata r:id="rId5099" o:title=""/>
          </v:shape>
          <o:OLEObject Type="Embed" ProgID="Equation.DSMT4" ShapeID="_x0000_i4387" DrawAspect="Content" ObjectID="_1699837671" r:id="rId510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680" w:dyaOrig="279" w14:anchorId="1F263F06">
          <v:shape id="_x0000_i4388" type="#_x0000_t75" style="width:34.2pt;height:13.8pt" o:ole="">
            <v:imagedata r:id="rId5101" o:title=""/>
          </v:shape>
          <o:OLEObject Type="Embed" ProgID="Equation.DSMT4" ShapeID="_x0000_i4388" DrawAspect="Content" ObjectID="_1699837672" r:id="rId510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680" w:dyaOrig="279" w14:anchorId="194C8354">
          <v:shape id="_x0000_i4389" type="#_x0000_t75" style="width:34.2pt;height:13.8pt" o:ole="">
            <v:imagedata r:id="rId5103" o:title=""/>
          </v:shape>
          <o:OLEObject Type="Embed" ProgID="Equation.DSMT4" ShapeID="_x0000_i4389" DrawAspect="Content" ObjectID="_1699837673" r:id="rId510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680" w:dyaOrig="279" w14:anchorId="2756DF32">
          <v:shape id="_x0000_i4390" type="#_x0000_t75" style="width:34.2pt;height:13.8pt" o:ole="">
            <v:imagedata r:id="rId5105" o:title=""/>
          </v:shape>
          <o:OLEObject Type="Embed" ProgID="Equation.DSMT4" ShapeID="_x0000_i4390" DrawAspect="Content" ObjectID="_1699837674" r:id="rId5106"/>
        </w:object>
      </w:r>
      <w:r w:rsidRPr="00B13C4C">
        <w:rPr>
          <w:rFonts w:ascii="Times New Roman" w:hAnsi="Times New Roman" w:cs="Times New Roman"/>
          <w:sz w:val="24"/>
          <w:szCs w:val="24"/>
        </w:rPr>
        <w:t>.</w:t>
      </w:r>
    </w:p>
    <w:p w14:paraId="03F39148" w14:textId="77777777" w:rsidR="00B13C4C" w:rsidRPr="00B13C4C" w:rsidRDefault="00B13C4C" w:rsidP="00B13C4C">
      <w:pPr>
        <w:pStyle w:val="ListParagraph"/>
        <w:numPr>
          <w:ilvl w:val="0"/>
          <w:numId w:val="30"/>
        </w:numPr>
        <w:tabs>
          <w:tab w:val="left" w:pos="992"/>
        </w:tabs>
        <w:spacing w:before="120" w:after="0" w:line="276" w:lineRule="auto"/>
        <w:jc w:val="both"/>
        <w:rPr>
          <w:rFonts w:ascii="Times New Roman" w:hAnsi="Times New Roman" w:cs="Times New Roman"/>
          <w:sz w:val="24"/>
          <w:szCs w:val="24"/>
        </w:rPr>
      </w:pPr>
      <w:r w:rsidRPr="00B13C4C">
        <w:rPr>
          <w:rFonts w:ascii="Times New Roman" w:hAnsi="Times New Roman" w:cs="Times New Roman"/>
          <w:sz w:val="24"/>
          <w:szCs w:val="24"/>
        </w:rPr>
        <w:t xml:space="preserve">Trong hệ trục tọa độ </w:t>
      </w:r>
      <w:r w:rsidRPr="00B13C4C">
        <w:rPr>
          <w:rFonts w:ascii="Times New Roman" w:hAnsi="Times New Roman" w:cs="Times New Roman"/>
          <w:position w:val="-10"/>
          <w:sz w:val="24"/>
          <w:szCs w:val="24"/>
        </w:rPr>
        <w:object w:dxaOrig="460" w:dyaOrig="320" w14:anchorId="4ABD450C">
          <v:shape id="_x0000_i4391" type="#_x0000_t75" style="width:22.8pt;height:16.2pt" o:ole="">
            <v:imagedata r:id="rId5107" o:title=""/>
          </v:shape>
          <o:OLEObject Type="Embed" ProgID="Equation.DSMT4" ShapeID="_x0000_i4391" DrawAspect="Content" ObjectID="_1699837675" r:id="rId5108"/>
        </w:object>
      </w:r>
      <w:r w:rsidRPr="00B13C4C">
        <w:rPr>
          <w:rFonts w:ascii="Times New Roman" w:hAnsi="Times New Roman" w:cs="Times New Roman"/>
          <w:sz w:val="24"/>
          <w:szCs w:val="24"/>
        </w:rPr>
        <w:t xml:space="preserve">, cho </w:t>
      </w:r>
      <w:r w:rsidRPr="00B13C4C">
        <w:rPr>
          <w:rFonts w:ascii="Times New Roman" w:hAnsi="Times New Roman" w:cs="Times New Roman"/>
          <w:position w:val="-10"/>
          <w:sz w:val="24"/>
          <w:szCs w:val="24"/>
        </w:rPr>
        <w:object w:dxaOrig="1060" w:dyaOrig="320" w14:anchorId="5A0ECCED">
          <v:shape id="_x0000_i4392" type="#_x0000_t75" style="width:52.8pt;height:16.2pt" o:ole="">
            <v:imagedata r:id="rId5109" o:title=""/>
          </v:shape>
          <o:OLEObject Type="Embed" ProgID="Equation.DSMT4" ShapeID="_x0000_i4392" DrawAspect="Content" ObjectID="_1699837676" r:id="rId5110"/>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920" w:dyaOrig="320" w14:anchorId="04D88BB3">
          <v:shape id="_x0000_i4393" type="#_x0000_t75" style="width:46.2pt;height:16.2pt" o:ole="">
            <v:imagedata r:id="rId5111" o:title=""/>
          </v:shape>
          <o:OLEObject Type="Embed" ProgID="Equation.DSMT4" ShapeID="_x0000_i4393" DrawAspect="Content" ObjectID="_1699837677" r:id="rId5112"/>
        </w:object>
      </w:r>
      <w:r w:rsidRPr="00B13C4C">
        <w:rPr>
          <w:rFonts w:ascii="Times New Roman" w:hAnsi="Times New Roman" w:cs="Times New Roman"/>
          <w:sz w:val="24"/>
          <w:szCs w:val="24"/>
        </w:rPr>
        <w:t xml:space="preserve">. Tính </w:t>
      </w:r>
      <w:r w:rsidRPr="00B13C4C">
        <w:rPr>
          <w:rFonts w:ascii="Times New Roman" w:hAnsi="Times New Roman" w:cs="Times New Roman"/>
          <w:position w:val="-6"/>
          <w:sz w:val="24"/>
          <w:szCs w:val="24"/>
        </w:rPr>
        <w:object w:dxaOrig="380" w:dyaOrig="279" w14:anchorId="0273FF37">
          <v:shape id="_x0000_i4394" type="#_x0000_t75" style="width:19.2pt;height:13.8pt" o:ole="">
            <v:imagedata r:id="rId5113" o:title=""/>
          </v:shape>
          <o:OLEObject Type="Embed" ProgID="Equation.DSMT4" ShapeID="_x0000_i4394" DrawAspect="Content" ObjectID="_1699837678" r:id="rId5114"/>
        </w:object>
      </w:r>
    </w:p>
    <w:p w14:paraId="3219234A"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300" w:dyaOrig="320" w14:anchorId="37128266">
          <v:shape id="_x0000_i4395" type="#_x0000_t75" style="width:64.8pt;height:16.2pt" o:ole="">
            <v:imagedata r:id="rId5115" o:title=""/>
          </v:shape>
          <o:OLEObject Type="Embed" ProgID="Equation.DSMT4" ShapeID="_x0000_i4395" DrawAspect="Content" ObjectID="_1699837679" r:id="rId511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840" w:dyaOrig="279" w14:anchorId="5C215D58">
          <v:shape id="_x0000_i4396" type="#_x0000_t75" style="width:42pt;height:13.8pt" o:ole="">
            <v:imagedata r:id="rId5117" o:title=""/>
          </v:shape>
          <o:OLEObject Type="Embed" ProgID="Equation.DSMT4" ShapeID="_x0000_i4396" DrawAspect="Content" ObjectID="_1699837680" r:id="rId511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280" w:dyaOrig="320" w14:anchorId="0706E518">
          <v:shape id="_x0000_i4397" type="#_x0000_t75" style="width:64.2pt;height:16.2pt" o:ole="">
            <v:imagedata r:id="rId5119" o:title=""/>
          </v:shape>
          <o:OLEObject Type="Embed" ProgID="Equation.DSMT4" ShapeID="_x0000_i4397" DrawAspect="Content" ObjectID="_1699837681" r:id="rId512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940" w:dyaOrig="279" w14:anchorId="2E8F8151">
          <v:shape id="_x0000_i4398" type="#_x0000_t75" style="width:46.8pt;height:13.8pt" o:ole="">
            <v:imagedata r:id="rId5121" o:title=""/>
          </v:shape>
          <o:OLEObject Type="Embed" ProgID="Equation.DSMT4" ShapeID="_x0000_i4398" DrawAspect="Content" ObjectID="_1699837682" r:id="rId5122"/>
        </w:object>
      </w:r>
      <w:r w:rsidRPr="00B13C4C">
        <w:rPr>
          <w:rFonts w:ascii="Times New Roman" w:hAnsi="Times New Roman" w:cs="Times New Roman"/>
          <w:sz w:val="24"/>
          <w:szCs w:val="24"/>
        </w:rPr>
        <w:t>.</w:t>
      </w:r>
    </w:p>
    <w:p w14:paraId="096BA733" w14:textId="77777777" w:rsidR="00B13C4C" w:rsidRPr="00B13C4C" w:rsidRDefault="00B13C4C" w:rsidP="00B13C4C">
      <w:pPr>
        <w:pStyle w:val="ListParagraph"/>
        <w:numPr>
          <w:ilvl w:val="0"/>
          <w:numId w:val="30"/>
        </w:numPr>
        <w:tabs>
          <w:tab w:val="left" w:pos="992"/>
        </w:tabs>
        <w:spacing w:before="120" w:after="0" w:line="276" w:lineRule="auto"/>
        <w:jc w:val="both"/>
        <w:rPr>
          <w:rFonts w:ascii="Times New Roman" w:hAnsi="Times New Roman" w:cs="Times New Roman"/>
          <w:sz w:val="24"/>
          <w:szCs w:val="24"/>
        </w:rPr>
      </w:pPr>
      <w:r w:rsidRPr="00B13C4C">
        <w:rPr>
          <w:rFonts w:ascii="Times New Roman" w:hAnsi="Times New Roman" w:cs="Times New Roman"/>
          <w:sz w:val="24"/>
          <w:szCs w:val="24"/>
        </w:rPr>
        <w:t xml:space="preserve">Cho phương trình </w:t>
      </w:r>
      <w:r w:rsidRPr="00B13C4C">
        <w:rPr>
          <w:rFonts w:ascii="Times New Roman" w:hAnsi="Times New Roman" w:cs="Times New Roman"/>
          <w:position w:val="-10"/>
          <w:sz w:val="24"/>
          <w:szCs w:val="24"/>
        </w:rPr>
        <w:object w:dxaOrig="1719" w:dyaOrig="360" w14:anchorId="5260D1B9">
          <v:shape id="_x0000_i4399" type="#_x0000_t75" style="width:85.8pt;height:18pt" o:ole="">
            <v:imagedata r:id="rId5123" o:title=""/>
          </v:shape>
          <o:OLEObject Type="Embed" ProgID="Equation.DSMT4" ShapeID="_x0000_i4399" DrawAspect="Content" ObjectID="_1699837683" r:id="rId5124"/>
        </w:object>
      </w:r>
      <w:r w:rsidRPr="00B13C4C">
        <w:rPr>
          <w:rFonts w:ascii="Times New Roman" w:hAnsi="Times New Roman" w:cs="Times New Roman"/>
          <w:sz w:val="24"/>
          <w:szCs w:val="24"/>
        </w:rPr>
        <w:t>. Trong các mệnh đề sau, mệnh đề nào đúng?</w:t>
      </w:r>
    </w:p>
    <w:p w14:paraId="01FA16CA"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 xml:space="preserve">Với </w:t>
      </w:r>
      <w:r w:rsidRPr="00B13C4C">
        <w:rPr>
          <w:rFonts w:ascii="Times New Roman" w:hAnsi="Times New Roman" w:cs="Times New Roman"/>
          <w:position w:val="-6"/>
          <w:sz w:val="24"/>
          <w:szCs w:val="24"/>
        </w:rPr>
        <w:object w:dxaOrig="740" w:dyaOrig="279" w14:anchorId="675A831E">
          <v:shape id="_x0000_i4400" type="#_x0000_t75" style="width:37.2pt;height:13.8pt" o:ole="">
            <v:imagedata r:id="rId5125" o:title=""/>
          </v:shape>
          <o:OLEObject Type="Embed" ProgID="Equation.DSMT4" ShapeID="_x0000_i4400" DrawAspect="Content" ObjectID="_1699837684" r:id="rId5126"/>
        </w:object>
      </w:r>
      <w:r w:rsidRPr="00B13C4C">
        <w:rPr>
          <w:rFonts w:ascii="Times New Roman" w:hAnsi="Times New Roman" w:cs="Times New Roman"/>
          <w:sz w:val="24"/>
          <w:szCs w:val="24"/>
        </w:rPr>
        <w:t xml:space="preserve"> thì phương trình vô nghiệm.</w:t>
      </w:r>
    </w:p>
    <w:p w14:paraId="7248ECE4"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 xml:space="preserve">Với </w:t>
      </w:r>
      <w:r w:rsidRPr="00B13C4C">
        <w:rPr>
          <w:rFonts w:ascii="Times New Roman" w:hAnsi="Times New Roman" w:cs="Times New Roman"/>
          <w:position w:val="-6"/>
          <w:sz w:val="24"/>
          <w:szCs w:val="24"/>
        </w:rPr>
        <w:object w:dxaOrig="740" w:dyaOrig="279" w14:anchorId="1664F8BB">
          <v:shape id="_x0000_i4401" type="#_x0000_t75" style="width:37.2pt;height:13.8pt" o:ole="">
            <v:imagedata r:id="rId5127" o:title=""/>
          </v:shape>
          <o:OLEObject Type="Embed" ProgID="Equation.DSMT4" ShapeID="_x0000_i4401" DrawAspect="Content" ObjectID="_1699837685" r:id="rId5128"/>
        </w:object>
      </w:r>
      <w:r w:rsidRPr="00B13C4C">
        <w:rPr>
          <w:rFonts w:ascii="Times New Roman" w:hAnsi="Times New Roman" w:cs="Times New Roman"/>
          <w:sz w:val="24"/>
          <w:szCs w:val="24"/>
        </w:rPr>
        <w:t xml:space="preserve"> thì phương trình có nghiệm duy nhất.</w:t>
      </w:r>
    </w:p>
    <w:p w14:paraId="72B4D8CB"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 xml:space="preserve">Với </w:t>
      </w:r>
      <w:r w:rsidRPr="00B13C4C">
        <w:rPr>
          <w:rFonts w:ascii="Times New Roman" w:hAnsi="Times New Roman" w:cs="Times New Roman"/>
          <w:position w:val="-6"/>
          <w:sz w:val="24"/>
          <w:szCs w:val="24"/>
        </w:rPr>
        <w:object w:dxaOrig="740" w:dyaOrig="279" w14:anchorId="3AA6E7D0">
          <v:shape id="_x0000_i4402" type="#_x0000_t75" style="width:37.2pt;height:13.8pt" o:ole="">
            <v:imagedata r:id="rId5129" o:title=""/>
          </v:shape>
          <o:OLEObject Type="Embed" ProgID="Equation.DSMT4" ShapeID="_x0000_i4402" DrawAspect="Content" ObjectID="_1699837686" r:id="rId5130"/>
        </w:object>
      </w:r>
      <w:r w:rsidRPr="00B13C4C">
        <w:rPr>
          <w:rFonts w:ascii="Times New Roman" w:hAnsi="Times New Roman" w:cs="Times New Roman"/>
          <w:sz w:val="24"/>
          <w:szCs w:val="24"/>
        </w:rPr>
        <w:t xml:space="preserve"> thì phương trình có nghiệm duy nhất.</w:t>
      </w:r>
    </w:p>
    <w:p w14:paraId="1EEDDF28"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 xml:space="preserve">Với </w:t>
      </w:r>
      <w:r w:rsidRPr="00B13C4C">
        <w:rPr>
          <w:rFonts w:ascii="Times New Roman" w:hAnsi="Times New Roman" w:cs="Times New Roman"/>
          <w:position w:val="-6"/>
          <w:sz w:val="24"/>
          <w:szCs w:val="24"/>
        </w:rPr>
        <w:object w:dxaOrig="740" w:dyaOrig="279" w14:anchorId="3017F426">
          <v:shape id="_x0000_i4403" type="#_x0000_t75" style="width:37.2pt;height:13.8pt" o:ole="">
            <v:imagedata r:id="rId5131" o:title=""/>
          </v:shape>
          <o:OLEObject Type="Embed" ProgID="Equation.DSMT4" ShapeID="_x0000_i4403" DrawAspect="Content" ObjectID="_1699837687" r:id="rId5132"/>
        </w:object>
      </w:r>
      <w:r w:rsidRPr="00B13C4C">
        <w:rPr>
          <w:rFonts w:ascii="Times New Roman" w:hAnsi="Times New Roman" w:cs="Times New Roman"/>
          <w:sz w:val="24"/>
          <w:szCs w:val="24"/>
        </w:rPr>
        <w:t xml:space="preserve"> thì phương trình vô nghiệm.</w:t>
      </w:r>
    </w:p>
    <w:p w14:paraId="2696BB4E" w14:textId="77777777" w:rsidR="00B13C4C" w:rsidRPr="00B13C4C" w:rsidRDefault="00B13C4C" w:rsidP="00B13C4C">
      <w:pPr>
        <w:pStyle w:val="ListParagraph"/>
        <w:numPr>
          <w:ilvl w:val="0"/>
          <w:numId w:val="30"/>
        </w:numPr>
        <w:tabs>
          <w:tab w:val="left" w:pos="992"/>
        </w:tabs>
        <w:spacing w:before="120" w:after="0" w:line="276" w:lineRule="auto"/>
        <w:jc w:val="both"/>
        <w:rPr>
          <w:rFonts w:ascii="Times New Roman" w:hAnsi="Times New Roman" w:cs="Times New Roman"/>
          <w:sz w:val="24"/>
          <w:szCs w:val="24"/>
        </w:rPr>
      </w:pPr>
      <w:r w:rsidRPr="00B13C4C">
        <w:rPr>
          <w:rFonts w:ascii="Times New Roman" w:hAnsi="Times New Roman" w:cs="Times New Roman"/>
          <w:sz w:val="24"/>
          <w:szCs w:val="24"/>
        </w:rPr>
        <w:t xml:space="preserve">Gọi </w:t>
      </w:r>
      <w:r w:rsidRPr="00B13C4C">
        <w:rPr>
          <w:rFonts w:ascii="Times New Roman" w:hAnsi="Times New Roman" w:cs="Times New Roman"/>
          <w:position w:val="-14"/>
          <w:sz w:val="24"/>
          <w:szCs w:val="24"/>
        </w:rPr>
        <w:object w:dxaOrig="1060" w:dyaOrig="400" w14:anchorId="21FE2AA0">
          <v:shape id="_x0000_i4404" type="#_x0000_t75" style="width:52.8pt;height:19.8pt" o:ole="">
            <v:imagedata r:id="rId5133" o:title=""/>
          </v:shape>
          <o:OLEObject Type="Embed" ProgID="Equation.DSMT4" ShapeID="_x0000_i4404" DrawAspect="Content" ObjectID="_1699837688" r:id="rId5134"/>
        </w:object>
      </w:r>
      <w:r w:rsidRPr="00B13C4C">
        <w:rPr>
          <w:rFonts w:ascii="Times New Roman" w:hAnsi="Times New Roman" w:cs="Times New Roman"/>
          <w:sz w:val="24"/>
          <w:szCs w:val="24"/>
        </w:rPr>
        <w:t xml:space="preserve"> là nghiệm của hệ phương trình </w:t>
      </w:r>
      <w:r w:rsidRPr="00B13C4C">
        <w:rPr>
          <w:rFonts w:ascii="Times New Roman" w:hAnsi="Times New Roman" w:cs="Times New Roman"/>
          <w:position w:val="-50"/>
          <w:sz w:val="24"/>
          <w:szCs w:val="24"/>
        </w:rPr>
        <w:object w:dxaOrig="1640" w:dyaOrig="1120" w14:anchorId="2EB60748">
          <v:shape id="_x0000_i4405" type="#_x0000_t75" style="width:82.2pt;height:55.8pt" o:ole="">
            <v:imagedata r:id="rId5135" o:title=""/>
          </v:shape>
          <o:OLEObject Type="Embed" ProgID="Equation.DSMT4" ShapeID="_x0000_i4405" DrawAspect="Content" ObjectID="_1699837689" r:id="rId5136"/>
        </w:object>
      </w:r>
      <w:r w:rsidRPr="00B13C4C">
        <w:rPr>
          <w:rFonts w:ascii="Times New Roman" w:hAnsi="Times New Roman" w:cs="Times New Roman"/>
          <w:sz w:val="24"/>
          <w:szCs w:val="24"/>
        </w:rPr>
        <w:t xml:space="preserve">. Tính </w:t>
      </w:r>
      <w:r w:rsidRPr="00B13C4C">
        <w:rPr>
          <w:rFonts w:ascii="Times New Roman" w:hAnsi="Times New Roman" w:cs="Times New Roman"/>
          <w:position w:val="-12"/>
          <w:sz w:val="24"/>
          <w:szCs w:val="24"/>
        </w:rPr>
        <w:object w:dxaOrig="1560" w:dyaOrig="380" w14:anchorId="18420FC1">
          <v:shape id="_x0000_i4406" type="#_x0000_t75" style="width:78pt;height:19.2pt" o:ole="">
            <v:imagedata r:id="rId5137" o:title=""/>
          </v:shape>
          <o:OLEObject Type="Embed" ProgID="Equation.DSMT4" ShapeID="_x0000_i4406" DrawAspect="Content" ObjectID="_1699837690" r:id="rId5138"/>
        </w:object>
      </w:r>
      <w:r w:rsidRPr="00B13C4C">
        <w:rPr>
          <w:rFonts w:ascii="Times New Roman" w:hAnsi="Times New Roman" w:cs="Times New Roman"/>
          <w:sz w:val="24"/>
          <w:szCs w:val="24"/>
        </w:rPr>
        <w:t>.</w:t>
      </w:r>
    </w:p>
    <w:p w14:paraId="7F9C5488"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4"/>
          <w:sz w:val="24"/>
          <w:szCs w:val="24"/>
        </w:rPr>
        <w:object w:dxaOrig="560" w:dyaOrig="260" w14:anchorId="3963143D">
          <v:shape id="_x0000_i4407" type="#_x0000_t75" style="width:28.2pt;height:13.2pt" o:ole="">
            <v:imagedata r:id="rId5139" o:title=""/>
          </v:shape>
          <o:OLEObject Type="Embed" ProgID="Equation.DSMT4" ShapeID="_x0000_i4407" DrawAspect="Content" ObjectID="_1699837691" r:id="rId514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4"/>
          <w:sz w:val="24"/>
          <w:szCs w:val="24"/>
        </w:rPr>
        <w:object w:dxaOrig="600" w:dyaOrig="260" w14:anchorId="290C39AF">
          <v:shape id="_x0000_i4408" type="#_x0000_t75" style="width:30pt;height:13.2pt" o:ole="">
            <v:imagedata r:id="rId5141" o:title=""/>
          </v:shape>
          <o:OLEObject Type="Embed" ProgID="Equation.DSMT4" ShapeID="_x0000_i4408" DrawAspect="Content" ObjectID="_1699837692" r:id="rId514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580" w:dyaOrig="279" w14:anchorId="550DBA07">
          <v:shape id="_x0000_i4409" type="#_x0000_t75" style="width:28.8pt;height:13.8pt" o:ole="">
            <v:imagedata r:id="rId5143" o:title=""/>
          </v:shape>
          <o:OLEObject Type="Embed" ProgID="Equation.DSMT4" ShapeID="_x0000_i4409" DrawAspect="Content" ObjectID="_1699837693" r:id="rId514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4"/>
          <w:sz w:val="24"/>
          <w:szCs w:val="24"/>
        </w:rPr>
        <w:object w:dxaOrig="680" w:dyaOrig="260" w14:anchorId="0AA67504">
          <v:shape id="_x0000_i4410" type="#_x0000_t75" style="width:34.2pt;height:13.2pt" o:ole="">
            <v:imagedata r:id="rId5145" o:title=""/>
          </v:shape>
          <o:OLEObject Type="Embed" ProgID="Equation.DSMT4" ShapeID="_x0000_i4410" DrawAspect="Content" ObjectID="_1699837694" r:id="rId5146"/>
        </w:object>
      </w:r>
      <w:r w:rsidRPr="00B13C4C">
        <w:rPr>
          <w:rFonts w:ascii="Times New Roman" w:hAnsi="Times New Roman" w:cs="Times New Roman"/>
          <w:sz w:val="24"/>
          <w:szCs w:val="24"/>
        </w:rPr>
        <w:t>.</w:t>
      </w:r>
    </w:p>
    <w:p w14:paraId="2B63E443" w14:textId="77777777" w:rsidR="00B13C4C" w:rsidRPr="00B13C4C" w:rsidRDefault="00B13C4C" w:rsidP="00B13C4C">
      <w:pPr>
        <w:pStyle w:val="ListParagraph"/>
        <w:numPr>
          <w:ilvl w:val="0"/>
          <w:numId w:val="30"/>
        </w:numPr>
        <w:tabs>
          <w:tab w:val="left" w:pos="992"/>
        </w:tabs>
        <w:spacing w:before="120" w:after="0" w:line="276" w:lineRule="auto"/>
        <w:jc w:val="both"/>
        <w:rPr>
          <w:rFonts w:ascii="Times New Roman" w:hAnsi="Times New Roman" w:cs="Times New Roman"/>
          <w:sz w:val="24"/>
          <w:szCs w:val="24"/>
        </w:rPr>
      </w:pPr>
      <w:r w:rsidRPr="00B13C4C">
        <w:rPr>
          <w:rFonts w:ascii="Times New Roman" w:hAnsi="Times New Roman" w:cs="Times New Roman"/>
          <w:sz w:val="24"/>
          <w:szCs w:val="24"/>
        </w:rPr>
        <w:t>Khẳng định nào sau đây đúng?</w:t>
      </w:r>
    </w:p>
    <w:p w14:paraId="3238A5BF"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Hai véctơ cùng phương với một véctơ thứ ba thì cùng phương.</w:t>
      </w:r>
    </w:p>
    <w:p w14:paraId="423B6E32"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 xml:space="preserve">Hai véctơ cùng phương với một véctơ thứ ba khác </w:t>
      </w:r>
      <w:r w:rsidRPr="00B13C4C">
        <w:rPr>
          <w:rFonts w:ascii="Times New Roman" w:hAnsi="Times New Roman" w:cs="Times New Roman"/>
          <w:position w:val="-6"/>
          <w:sz w:val="24"/>
          <w:szCs w:val="24"/>
        </w:rPr>
        <w:object w:dxaOrig="200" w:dyaOrig="340" w14:anchorId="2EE3BF18">
          <v:shape id="_x0000_i4411" type="#_x0000_t75" style="width:10.2pt;height:16.8pt" o:ole="">
            <v:imagedata r:id="rId5147" o:title=""/>
          </v:shape>
          <o:OLEObject Type="Embed" ProgID="Equation.DSMT4" ShapeID="_x0000_i4411" DrawAspect="Content" ObjectID="_1699837695" r:id="rId5148"/>
        </w:object>
      </w:r>
      <w:r w:rsidRPr="00B13C4C">
        <w:rPr>
          <w:rFonts w:ascii="Times New Roman" w:hAnsi="Times New Roman" w:cs="Times New Roman"/>
          <w:sz w:val="24"/>
          <w:szCs w:val="24"/>
        </w:rPr>
        <w:t xml:space="preserve"> thì cùng phương.</w:t>
      </w:r>
    </w:p>
    <w:p w14:paraId="7CFF5DE2"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Tổng của hai véctơ khác véctơ-không là 1 véctơ khác véctơ-không.</w:t>
      </w:r>
    </w:p>
    <w:p w14:paraId="6BC1B29E" w14:textId="77777777" w:rsidR="00B13C4C" w:rsidRPr="00B13C4C" w:rsidRDefault="00B13C4C" w:rsidP="00297746">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Hai véctơ có độ dài bằng nhau thì bằng nhau.</w:t>
      </w:r>
    </w:p>
    <w:p w14:paraId="00EE39A2" w14:textId="77777777" w:rsidR="00B13C4C" w:rsidRPr="00B13C4C" w:rsidRDefault="00B13C4C" w:rsidP="00297746">
      <w:pPr>
        <w:ind w:left="992"/>
        <w:rPr>
          <w:rFonts w:ascii="Times New Roman" w:hAnsi="Times New Roman" w:cs="Times New Roman"/>
          <w:sz w:val="24"/>
          <w:szCs w:val="24"/>
        </w:rPr>
      </w:pPr>
      <w:r w:rsidRPr="00B13C4C">
        <w:rPr>
          <w:rFonts w:ascii="Times New Roman" w:hAnsi="Times New Roman" w:cs="Times New Roman"/>
          <w:b/>
          <w:sz w:val="24"/>
          <w:szCs w:val="24"/>
        </w:rPr>
        <w:t>Phần II: Tự luận</w:t>
      </w:r>
    </w:p>
    <w:p w14:paraId="4E25B46C" w14:textId="77777777" w:rsidR="00B13C4C" w:rsidRPr="00B13C4C" w:rsidRDefault="00B13C4C" w:rsidP="00297746">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1: </w:t>
      </w:r>
      <w:r w:rsidRPr="00B13C4C">
        <w:rPr>
          <w:rFonts w:ascii="Times New Roman" w:hAnsi="Times New Roman" w:cs="Times New Roman"/>
          <w:sz w:val="24"/>
          <w:szCs w:val="24"/>
        </w:rPr>
        <w:t xml:space="preserve">Cho hàm số </w:t>
      </w:r>
      <w:r w:rsidRPr="00B13C4C">
        <w:rPr>
          <w:rFonts w:ascii="Times New Roman" w:hAnsi="Times New Roman" w:cs="Times New Roman"/>
          <w:position w:val="-10"/>
          <w:sz w:val="24"/>
          <w:szCs w:val="24"/>
        </w:rPr>
        <w:object w:dxaOrig="1600" w:dyaOrig="360" w14:anchorId="7226CEBD">
          <v:shape id="_x0000_i4412" type="#_x0000_t75" style="width:79.8pt;height:18pt" o:ole="">
            <v:imagedata r:id="rId5149" o:title=""/>
          </v:shape>
          <o:OLEObject Type="Embed" ProgID="Equation.DSMT4" ShapeID="_x0000_i4412" DrawAspect="Content" ObjectID="_1699837696" r:id="rId5150"/>
        </w:object>
      </w:r>
      <w:r w:rsidRPr="00B13C4C">
        <w:rPr>
          <w:rFonts w:ascii="Times New Roman" w:hAnsi="Times New Roman" w:cs="Times New Roman"/>
          <w:sz w:val="24"/>
          <w:szCs w:val="24"/>
        </w:rPr>
        <w:t>.</w:t>
      </w:r>
    </w:p>
    <w:p w14:paraId="17877266" w14:textId="77777777" w:rsidR="00B13C4C" w:rsidRPr="00B13C4C" w:rsidRDefault="00B13C4C" w:rsidP="00297746">
      <w:pPr>
        <w:ind w:left="992"/>
        <w:jc w:val="both"/>
        <w:rPr>
          <w:rFonts w:ascii="Times New Roman" w:hAnsi="Times New Roman" w:cs="Times New Roman"/>
          <w:sz w:val="24"/>
          <w:szCs w:val="24"/>
        </w:rPr>
      </w:pPr>
      <w:r w:rsidRPr="00B13C4C">
        <w:rPr>
          <w:rFonts w:ascii="Times New Roman" w:hAnsi="Times New Roman" w:cs="Times New Roman"/>
          <w:sz w:val="24"/>
          <w:szCs w:val="24"/>
        </w:rPr>
        <w:lastRenderedPageBreak/>
        <w:t>a. Lập bảng biến thiên của hàm số đã cho.</w:t>
      </w:r>
    </w:p>
    <w:p w14:paraId="423C65DB" w14:textId="77777777" w:rsidR="00B13C4C" w:rsidRPr="00B13C4C" w:rsidRDefault="00B13C4C" w:rsidP="00297746">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b. Tìm tất cả các giá trị của tham số </w:t>
      </w:r>
      <w:r w:rsidRPr="00B13C4C">
        <w:rPr>
          <w:rFonts w:ascii="Times New Roman" w:hAnsi="Times New Roman" w:cs="Times New Roman"/>
          <w:position w:val="-6"/>
          <w:sz w:val="24"/>
          <w:szCs w:val="24"/>
        </w:rPr>
        <w:object w:dxaOrig="260" w:dyaOrig="220" w14:anchorId="55D60C64">
          <v:shape id="_x0000_i4413" type="#_x0000_t75" style="width:13.2pt;height:10.8pt" o:ole="">
            <v:imagedata r:id="rId5151" o:title=""/>
          </v:shape>
          <o:OLEObject Type="Embed" ProgID="Equation.DSMT4" ShapeID="_x0000_i4413" DrawAspect="Content" ObjectID="_1699837697" r:id="rId5152"/>
        </w:object>
      </w:r>
      <w:r w:rsidRPr="00B13C4C">
        <w:rPr>
          <w:rFonts w:ascii="Times New Roman" w:hAnsi="Times New Roman" w:cs="Times New Roman"/>
          <w:sz w:val="24"/>
          <w:szCs w:val="24"/>
        </w:rPr>
        <w:t xml:space="preserve"> để phương trình </w:t>
      </w:r>
      <w:r w:rsidRPr="00B13C4C">
        <w:rPr>
          <w:rFonts w:ascii="Times New Roman" w:hAnsi="Times New Roman" w:cs="Times New Roman"/>
          <w:position w:val="-6"/>
          <w:sz w:val="24"/>
          <w:szCs w:val="24"/>
        </w:rPr>
        <w:object w:dxaOrig="1420" w:dyaOrig="320" w14:anchorId="0FA6292E">
          <v:shape id="_x0000_i4414" type="#_x0000_t75" style="width:70.8pt;height:16.2pt" o:ole="">
            <v:imagedata r:id="rId5153" o:title=""/>
          </v:shape>
          <o:OLEObject Type="Embed" ProgID="Equation.DSMT4" ShapeID="_x0000_i4414" DrawAspect="Content" ObjectID="_1699837698" r:id="rId5154"/>
        </w:object>
      </w:r>
      <w:r w:rsidRPr="00B13C4C">
        <w:rPr>
          <w:rFonts w:ascii="Times New Roman" w:hAnsi="Times New Roman" w:cs="Times New Roman"/>
          <w:sz w:val="24"/>
          <w:szCs w:val="24"/>
        </w:rPr>
        <w:t xml:space="preserve"> có nghiệm thuộc đoạn </w:t>
      </w:r>
      <w:r w:rsidRPr="00B13C4C">
        <w:rPr>
          <w:rFonts w:ascii="Times New Roman" w:hAnsi="Times New Roman" w:cs="Times New Roman"/>
          <w:position w:val="-10"/>
          <w:sz w:val="24"/>
          <w:szCs w:val="24"/>
        </w:rPr>
        <w:object w:dxaOrig="639" w:dyaOrig="320" w14:anchorId="74867CCF">
          <v:shape id="_x0000_i4415" type="#_x0000_t75" style="width:31.8pt;height:16.2pt" o:ole="">
            <v:imagedata r:id="rId5155" o:title=""/>
          </v:shape>
          <o:OLEObject Type="Embed" ProgID="Equation.DSMT4" ShapeID="_x0000_i4415" DrawAspect="Content" ObjectID="_1699837699" r:id="rId5156"/>
        </w:object>
      </w:r>
      <w:r w:rsidRPr="00B13C4C">
        <w:rPr>
          <w:rFonts w:ascii="Times New Roman" w:hAnsi="Times New Roman" w:cs="Times New Roman"/>
          <w:sz w:val="24"/>
          <w:szCs w:val="24"/>
        </w:rPr>
        <w:t>.</w:t>
      </w:r>
    </w:p>
    <w:p w14:paraId="221C623F" w14:textId="77777777" w:rsidR="00B13C4C" w:rsidRPr="00B13C4C" w:rsidRDefault="00B13C4C" w:rsidP="00297746">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2: </w:t>
      </w:r>
      <w:r w:rsidRPr="00B13C4C">
        <w:rPr>
          <w:rFonts w:ascii="Times New Roman" w:hAnsi="Times New Roman" w:cs="Times New Roman"/>
          <w:sz w:val="24"/>
          <w:szCs w:val="24"/>
        </w:rPr>
        <w:t xml:space="preserve">Trong mặt phẳng tọa độ </w:t>
      </w:r>
      <w:r w:rsidRPr="00B13C4C">
        <w:rPr>
          <w:rFonts w:ascii="Times New Roman" w:hAnsi="Times New Roman" w:cs="Times New Roman"/>
          <w:position w:val="-10"/>
          <w:sz w:val="24"/>
          <w:szCs w:val="24"/>
        </w:rPr>
        <w:object w:dxaOrig="460" w:dyaOrig="320" w14:anchorId="666F0CC1">
          <v:shape id="_x0000_i4416" type="#_x0000_t75" style="width:22.8pt;height:16.2pt" o:ole="">
            <v:imagedata r:id="rId5157" o:title=""/>
          </v:shape>
          <o:OLEObject Type="Embed" ProgID="Equation.DSMT4" ShapeID="_x0000_i4416" DrawAspect="Content" ObjectID="_1699837700" r:id="rId5158"/>
        </w:object>
      </w:r>
      <w:r w:rsidRPr="00B13C4C">
        <w:rPr>
          <w:rFonts w:ascii="Times New Roman" w:hAnsi="Times New Roman" w:cs="Times New Roman"/>
          <w:sz w:val="24"/>
          <w:szCs w:val="24"/>
        </w:rPr>
        <w:t xml:space="preserve">, cho tam giác </w:t>
      </w:r>
      <w:r w:rsidRPr="00B13C4C">
        <w:rPr>
          <w:rFonts w:ascii="Times New Roman" w:hAnsi="Times New Roman" w:cs="Times New Roman"/>
          <w:position w:val="-6"/>
          <w:sz w:val="24"/>
          <w:szCs w:val="24"/>
        </w:rPr>
        <w:object w:dxaOrig="560" w:dyaOrig="279" w14:anchorId="4D49362F">
          <v:shape id="_x0000_i4417" type="#_x0000_t75" style="width:28.2pt;height:13.8pt" o:ole="">
            <v:imagedata r:id="rId5159" o:title=""/>
          </v:shape>
          <o:OLEObject Type="Embed" ProgID="Equation.DSMT4" ShapeID="_x0000_i4417" DrawAspect="Content" ObjectID="_1699837701" r:id="rId5160"/>
        </w:object>
      </w:r>
      <w:r w:rsidRPr="00B13C4C">
        <w:rPr>
          <w:rFonts w:ascii="Times New Roman" w:hAnsi="Times New Roman" w:cs="Times New Roman"/>
          <w:sz w:val="24"/>
          <w:szCs w:val="24"/>
        </w:rPr>
        <w:t xml:space="preserve"> có </w:t>
      </w:r>
      <w:r w:rsidRPr="00B13C4C">
        <w:rPr>
          <w:rFonts w:ascii="Times New Roman" w:hAnsi="Times New Roman" w:cs="Times New Roman"/>
          <w:position w:val="-10"/>
          <w:sz w:val="24"/>
          <w:szCs w:val="24"/>
        </w:rPr>
        <w:object w:dxaOrig="2360" w:dyaOrig="320" w14:anchorId="0CB07C66">
          <v:shape id="_x0000_i4418" type="#_x0000_t75" style="width:118.2pt;height:16.2pt" o:ole="">
            <v:imagedata r:id="rId5161" o:title=""/>
          </v:shape>
          <o:OLEObject Type="Embed" ProgID="Equation.DSMT4" ShapeID="_x0000_i4418" DrawAspect="Content" ObjectID="_1699837702" r:id="rId5162"/>
        </w:object>
      </w:r>
      <w:r w:rsidRPr="00B13C4C">
        <w:rPr>
          <w:rFonts w:ascii="Times New Roman" w:hAnsi="Times New Roman" w:cs="Times New Roman"/>
          <w:sz w:val="24"/>
          <w:szCs w:val="24"/>
        </w:rPr>
        <w:t>.</w:t>
      </w:r>
    </w:p>
    <w:p w14:paraId="35F1BCA4" w14:textId="77777777" w:rsidR="00B13C4C" w:rsidRPr="00B13C4C" w:rsidRDefault="00B13C4C" w:rsidP="00297746">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a. Tìm tọa độ trọng tâm </w:t>
      </w:r>
      <w:r w:rsidRPr="00B13C4C">
        <w:rPr>
          <w:rFonts w:ascii="Times New Roman" w:hAnsi="Times New Roman" w:cs="Times New Roman"/>
          <w:position w:val="-6"/>
          <w:sz w:val="24"/>
          <w:szCs w:val="24"/>
        </w:rPr>
        <w:object w:dxaOrig="260" w:dyaOrig="279" w14:anchorId="69A107EE">
          <v:shape id="_x0000_i4419" type="#_x0000_t75" style="width:13.2pt;height:13.8pt" o:ole="">
            <v:imagedata r:id="rId5163" o:title=""/>
          </v:shape>
          <o:OLEObject Type="Embed" ProgID="Equation.DSMT4" ShapeID="_x0000_i4419" DrawAspect="Content" ObjectID="_1699837703" r:id="rId5164"/>
        </w:object>
      </w:r>
      <w:r w:rsidRPr="00B13C4C">
        <w:rPr>
          <w:rFonts w:ascii="Times New Roman" w:hAnsi="Times New Roman" w:cs="Times New Roman"/>
          <w:sz w:val="24"/>
          <w:szCs w:val="24"/>
        </w:rPr>
        <w:t xml:space="preserve"> của tam giác </w:t>
      </w:r>
      <w:r w:rsidRPr="00B13C4C">
        <w:rPr>
          <w:rFonts w:ascii="Times New Roman" w:hAnsi="Times New Roman" w:cs="Times New Roman"/>
          <w:position w:val="-6"/>
          <w:sz w:val="24"/>
          <w:szCs w:val="24"/>
        </w:rPr>
        <w:object w:dxaOrig="560" w:dyaOrig="279" w14:anchorId="61BA1C1C">
          <v:shape id="_x0000_i4420" type="#_x0000_t75" style="width:28.2pt;height:13.8pt" o:ole="">
            <v:imagedata r:id="rId5165" o:title=""/>
          </v:shape>
          <o:OLEObject Type="Embed" ProgID="Equation.DSMT4" ShapeID="_x0000_i4420" DrawAspect="Content" ObjectID="_1699837704" r:id="rId5166"/>
        </w:object>
      </w:r>
      <w:r w:rsidRPr="00B13C4C">
        <w:rPr>
          <w:rFonts w:ascii="Times New Roman" w:hAnsi="Times New Roman" w:cs="Times New Roman"/>
          <w:sz w:val="24"/>
          <w:szCs w:val="24"/>
        </w:rPr>
        <w:t>.</w:t>
      </w:r>
    </w:p>
    <w:p w14:paraId="15DEAA6F" w14:textId="77777777" w:rsidR="00B13C4C" w:rsidRPr="00B13C4C" w:rsidRDefault="00B13C4C" w:rsidP="00297746">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b. Tìm tọa độ điểm </w:t>
      </w:r>
      <w:r w:rsidRPr="00B13C4C">
        <w:rPr>
          <w:rFonts w:ascii="Times New Roman" w:hAnsi="Times New Roman" w:cs="Times New Roman"/>
          <w:position w:val="-4"/>
          <w:sz w:val="24"/>
          <w:szCs w:val="24"/>
        </w:rPr>
        <w:object w:dxaOrig="260" w:dyaOrig="260" w14:anchorId="3BD55888">
          <v:shape id="_x0000_i4421" type="#_x0000_t75" style="width:13.2pt;height:13.2pt" o:ole="">
            <v:imagedata r:id="rId5167" o:title=""/>
          </v:shape>
          <o:OLEObject Type="Embed" ProgID="Equation.DSMT4" ShapeID="_x0000_i4421" DrawAspect="Content" ObjectID="_1699837705" r:id="rId5168"/>
        </w:object>
      </w:r>
      <w:r w:rsidRPr="00B13C4C">
        <w:rPr>
          <w:rFonts w:ascii="Times New Roman" w:hAnsi="Times New Roman" w:cs="Times New Roman"/>
          <w:sz w:val="24"/>
          <w:szCs w:val="24"/>
        </w:rPr>
        <w:t xml:space="preserve"> sao cho tứ giác </w:t>
      </w:r>
      <w:r w:rsidRPr="00B13C4C">
        <w:rPr>
          <w:rFonts w:ascii="Times New Roman" w:hAnsi="Times New Roman" w:cs="Times New Roman"/>
          <w:position w:val="-6"/>
          <w:sz w:val="24"/>
          <w:szCs w:val="24"/>
        </w:rPr>
        <w:object w:dxaOrig="720" w:dyaOrig="279" w14:anchorId="02B224A3">
          <v:shape id="_x0000_i4422" type="#_x0000_t75" style="width:36pt;height:13.8pt" o:ole="">
            <v:imagedata r:id="rId5169" o:title=""/>
          </v:shape>
          <o:OLEObject Type="Embed" ProgID="Equation.DSMT4" ShapeID="_x0000_i4422" DrawAspect="Content" ObjectID="_1699837706" r:id="rId5170"/>
        </w:object>
      </w:r>
      <w:r w:rsidRPr="00B13C4C">
        <w:rPr>
          <w:rFonts w:ascii="Times New Roman" w:hAnsi="Times New Roman" w:cs="Times New Roman"/>
          <w:sz w:val="24"/>
          <w:szCs w:val="24"/>
        </w:rPr>
        <w:t xml:space="preserve"> là hình bình hành.</w:t>
      </w:r>
    </w:p>
    <w:p w14:paraId="1A3D2969" w14:textId="77777777" w:rsidR="00B13C4C" w:rsidRPr="00B13C4C" w:rsidRDefault="00B13C4C" w:rsidP="00297746">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3: </w:t>
      </w:r>
      <w:r w:rsidRPr="00B13C4C">
        <w:rPr>
          <w:rFonts w:ascii="Times New Roman" w:hAnsi="Times New Roman" w:cs="Times New Roman"/>
          <w:sz w:val="24"/>
          <w:szCs w:val="24"/>
        </w:rPr>
        <w:t>Giải các phương trình sau:</w:t>
      </w:r>
    </w:p>
    <w:p w14:paraId="376A66C1" w14:textId="77777777" w:rsidR="00B13C4C" w:rsidRPr="00B13C4C" w:rsidRDefault="00B13C4C" w:rsidP="00297746">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a. </w:t>
      </w:r>
      <w:r w:rsidRPr="00B13C4C">
        <w:rPr>
          <w:rFonts w:ascii="Times New Roman" w:hAnsi="Times New Roman" w:cs="Times New Roman"/>
          <w:position w:val="-8"/>
          <w:sz w:val="24"/>
          <w:szCs w:val="24"/>
        </w:rPr>
        <w:object w:dxaOrig="2079" w:dyaOrig="400" w14:anchorId="073442C8">
          <v:shape id="_x0000_i4423" type="#_x0000_t75" style="width:103.8pt;height:19.8pt" o:ole="">
            <v:imagedata r:id="rId5171" o:title=""/>
          </v:shape>
          <o:OLEObject Type="Embed" ProgID="Equation.DSMT4" ShapeID="_x0000_i4423" DrawAspect="Content" ObjectID="_1699837707" r:id="rId5172"/>
        </w:object>
      </w:r>
      <w:r w:rsidRPr="00B13C4C">
        <w:rPr>
          <w:rFonts w:ascii="Times New Roman" w:hAnsi="Times New Roman" w:cs="Times New Roman"/>
          <w:sz w:val="24"/>
          <w:szCs w:val="24"/>
        </w:rPr>
        <w:t xml:space="preserve">. b. </w:t>
      </w:r>
      <w:r w:rsidRPr="00B13C4C">
        <w:rPr>
          <w:rFonts w:ascii="Times New Roman" w:hAnsi="Times New Roman" w:cs="Times New Roman"/>
          <w:position w:val="-8"/>
          <w:sz w:val="24"/>
          <w:szCs w:val="24"/>
        </w:rPr>
        <w:object w:dxaOrig="3180" w:dyaOrig="400" w14:anchorId="7AF2A3A9">
          <v:shape id="_x0000_i4424" type="#_x0000_t75" style="width:159pt;height:19.8pt" o:ole="">
            <v:imagedata r:id="rId5173" o:title=""/>
          </v:shape>
          <o:OLEObject Type="Embed" ProgID="Equation.DSMT4" ShapeID="_x0000_i4424" DrawAspect="Content" ObjectID="_1699837708" r:id="rId5174"/>
        </w:object>
      </w:r>
      <w:r w:rsidRPr="00B13C4C">
        <w:rPr>
          <w:rFonts w:ascii="Times New Roman" w:hAnsi="Times New Roman" w:cs="Times New Roman"/>
          <w:sz w:val="24"/>
          <w:szCs w:val="24"/>
        </w:rPr>
        <w:t>.</w:t>
      </w:r>
    </w:p>
    <w:p w14:paraId="07F4CA24" w14:textId="77777777" w:rsidR="00B13C4C" w:rsidRPr="00B13C4C" w:rsidRDefault="00B13C4C" w:rsidP="00297746">
      <w:pPr>
        <w:ind w:left="992"/>
        <w:jc w:val="center"/>
        <w:rPr>
          <w:rFonts w:ascii="Times New Roman" w:hAnsi="Times New Roman" w:cs="Times New Roman"/>
          <w:b/>
          <w:sz w:val="24"/>
          <w:szCs w:val="24"/>
        </w:rPr>
      </w:pPr>
      <w:r w:rsidRPr="00B13C4C">
        <w:rPr>
          <w:rFonts w:ascii="Times New Roman" w:hAnsi="Times New Roman" w:cs="Times New Roman"/>
          <w:b/>
          <w:sz w:val="24"/>
          <w:szCs w:val="24"/>
        </w:rPr>
        <w:t>BẢNG ĐÁP ÁN</w:t>
      </w:r>
    </w:p>
    <w:tbl>
      <w:tblPr>
        <w:tblStyle w:val="TableGrid"/>
        <w:tblW w:w="0" w:type="auto"/>
        <w:tblInd w:w="992" w:type="dxa"/>
        <w:tblLook w:val="04A0" w:firstRow="1" w:lastRow="0" w:firstColumn="1" w:lastColumn="0" w:noHBand="0" w:noVBand="1"/>
      </w:tblPr>
      <w:tblGrid>
        <w:gridCol w:w="510"/>
        <w:gridCol w:w="510"/>
        <w:gridCol w:w="511"/>
        <w:gridCol w:w="511"/>
        <w:gridCol w:w="511"/>
        <w:gridCol w:w="511"/>
        <w:gridCol w:w="511"/>
        <w:gridCol w:w="511"/>
        <w:gridCol w:w="511"/>
        <w:gridCol w:w="511"/>
        <w:gridCol w:w="512"/>
        <w:gridCol w:w="512"/>
        <w:gridCol w:w="512"/>
        <w:gridCol w:w="512"/>
        <w:gridCol w:w="512"/>
        <w:gridCol w:w="512"/>
        <w:gridCol w:w="512"/>
        <w:gridCol w:w="512"/>
      </w:tblGrid>
      <w:tr w:rsidR="00B13C4C" w:rsidRPr="00B13C4C" w14:paraId="0B397B33" w14:textId="77777777" w:rsidTr="00B13C4C">
        <w:tc>
          <w:tcPr>
            <w:tcW w:w="566" w:type="dxa"/>
            <w:shd w:val="clear" w:color="auto" w:fill="FFFF32"/>
          </w:tcPr>
          <w:p w14:paraId="097FDBC8" w14:textId="53CB1512"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w:t>
            </w:r>
          </w:p>
        </w:tc>
        <w:tc>
          <w:tcPr>
            <w:tcW w:w="566" w:type="dxa"/>
            <w:shd w:val="clear" w:color="auto" w:fill="FFFF32"/>
          </w:tcPr>
          <w:p w14:paraId="091F3584" w14:textId="30F4237D"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w:t>
            </w:r>
          </w:p>
        </w:tc>
        <w:tc>
          <w:tcPr>
            <w:tcW w:w="566" w:type="dxa"/>
            <w:shd w:val="clear" w:color="auto" w:fill="FFFF32"/>
          </w:tcPr>
          <w:p w14:paraId="0D54C2BA" w14:textId="210244FC"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w:t>
            </w:r>
          </w:p>
        </w:tc>
        <w:tc>
          <w:tcPr>
            <w:tcW w:w="566" w:type="dxa"/>
            <w:shd w:val="clear" w:color="auto" w:fill="FFFF32"/>
          </w:tcPr>
          <w:p w14:paraId="07BF0EC6" w14:textId="6F1D3177"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4</w:t>
            </w:r>
          </w:p>
        </w:tc>
        <w:tc>
          <w:tcPr>
            <w:tcW w:w="566" w:type="dxa"/>
            <w:shd w:val="clear" w:color="auto" w:fill="FFFF32"/>
          </w:tcPr>
          <w:p w14:paraId="47A6740E" w14:textId="4DFF8BB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5</w:t>
            </w:r>
          </w:p>
        </w:tc>
        <w:tc>
          <w:tcPr>
            <w:tcW w:w="566" w:type="dxa"/>
            <w:shd w:val="clear" w:color="auto" w:fill="FFFF32"/>
          </w:tcPr>
          <w:p w14:paraId="57BF2AC8" w14:textId="5FA0552E"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6</w:t>
            </w:r>
          </w:p>
        </w:tc>
        <w:tc>
          <w:tcPr>
            <w:tcW w:w="566" w:type="dxa"/>
            <w:shd w:val="clear" w:color="auto" w:fill="FFFF32"/>
          </w:tcPr>
          <w:p w14:paraId="5BD9117F" w14:textId="24F0B428"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7</w:t>
            </w:r>
          </w:p>
        </w:tc>
        <w:tc>
          <w:tcPr>
            <w:tcW w:w="566" w:type="dxa"/>
            <w:shd w:val="clear" w:color="auto" w:fill="FFFF32"/>
          </w:tcPr>
          <w:p w14:paraId="318122FC" w14:textId="413C3255"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8</w:t>
            </w:r>
          </w:p>
        </w:tc>
        <w:tc>
          <w:tcPr>
            <w:tcW w:w="566" w:type="dxa"/>
            <w:shd w:val="clear" w:color="auto" w:fill="FFFF32"/>
          </w:tcPr>
          <w:p w14:paraId="4227DBF6" w14:textId="3D63AB84"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9</w:t>
            </w:r>
          </w:p>
        </w:tc>
        <w:tc>
          <w:tcPr>
            <w:tcW w:w="566" w:type="dxa"/>
            <w:shd w:val="clear" w:color="auto" w:fill="FFFF32"/>
          </w:tcPr>
          <w:p w14:paraId="0E2E51F9" w14:textId="33B7A91E"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10</w:t>
            </w:r>
          </w:p>
        </w:tc>
        <w:tc>
          <w:tcPr>
            <w:tcW w:w="567" w:type="dxa"/>
            <w:shd w:val="clear" w:color="auto" w:fill="FFFF32"/>
          </w:tcPr>
          <w:p w14:paraId="220B7CA0" w14:textId="27DFA649"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11</w:t>
            </w:r>
          </w:p>
        </w:tc>
        <w:tc>
          <w:tcPr>
            <w:tcW w:w="567" w:type="dxa"/>
            <w:shd w:val="clear" w:color="auto" w:fill="FFFF32"/>
          </w:tcPr>
          <w:p w14:paraId="2DB8BE53" w14:textId="49FB15D0"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12</w:t>
            </w:r>
          </w:p>
        </w:tc>
        <w:tc>
          <w:tcPr>
            <w:tcW w:w="567" w:type="dxa"/>
            <w:shd w:val="clear" w:color="auto" w:fill="FFFF32"/>
          </w:tcPr>
          <w:p w14:paraId="236A3279" w14:textId="4080977E"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13</w:t>
            </w:r>
          </w:p>
        </w:tc>
        <w:tc>
          <w:tcPr>
            <w:tcW w:w="567" w:type="dxa"/>
            <w:shd w:val="clear" w:color="auto" w:fill="FFFF32"/>
          </w:tcPr>
          <w:p w14:paraId="3C1F07E6" w14:textId="204088D4"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14</w:t>
            </w:r>
          </w:p>
        </w:tc>
        <w:tc>
          <w:tcPr>
            <w:tcW w:w="567" w:type="dxa"/>
            <w:shd w:val="clear" w:color="auto" w:fill="FFFF32"/>
          </w:tcPr>
          <w:p w14:paraId="0D7EE863" w14:textId="66CDEE80"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15</w:t>
            </w:r>
          </w:p>
        </w:tc>
        <w:tc>
          <w:tcPr>
            <w:tcW w:w="567" w:type="dxa"/>
            <w:shd w:val="clear" w:color="auto" w:fill="FFFF32"/>
          </w:tcPr>
          <w:p w14:paraId="58A5CBAC" w14:textId="05439B44"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16</w:t>
            </w:r>
          </w:p>
        </w:tc>
        <w:tc>
          <w:tcPr>
            <w:tcW w:w="567" w:type="dxa"/>
            <w:shd w:val="clear" w:color="auto" w:fill="FFFF32"/>
          </w:tcPr>
          <w:p w14:paraId="6B8357AE" w14:textId="0DA82F5C"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17</w:t>
            </w:r>
          </w:p>
        </w:tc>
        <w:tc>
          <w:tcPr>
            <w:tcW w:w="567" w:type="dxa"/>
            <w:shd w:val="clear" w:color="auto" w:fill="FFFF32"/>
          </w:tcPr>
          <w:p w14:paraId="28C79204" w14:textId="082DA3F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18</w:t>
            </w:r>
          </w:p>
        </w:tc>
      </w:tr>
      <w:tr w:rsidR="00B13C4C" w:rsidRPr="00B13C4C" w14:paraId="339468C8" w14:textId="77777777" w:rsidTr="00B13C4C">
        <w:tc>
          <w:tcPr>
            <w:tcW w:w="566" w:type="dxa"/>
            <w:tcBorders>
              <w:bottom w:val="single" w:sz="4" w:space="0" w:color="auto"/>
            </w:tcBorders>
          </w:tcPr>
          <w:p w14:paraId="3737FB8A" w14:textId="51DC7A5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Borders>
              <w:bottom w:val="single" w:sz="4" w:space="0" w:color="auto"/>
            </w:tcBorders>
          </w:tcPr>
          <w:p w14:paraId="79B9B6D2" w14:textId="124E457B"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Borders>
              <w:bottom w:val="single" w:sz="4" w:space="0" w:color="auto"/>
            </w:tcBorders>
          </w:tcPr>
          <w:p w14:paraId="64A78063" w14:textId="5FCC4C69"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Borders>
              <w:bottom w:val="single" w:sz="4" w:space="0" w:color="auto"/>
            </w:tcBorders>
          </w:tcPr>
          <w:p w14:paraId="08F5379A" w14:textId="3B9C31FC"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Borders>
              <w:bottom w:val="single" w:sz="4" w:space="0" w:color="auto"/>
            </w:tcBorders>
          </w:tcPr>
          <w:p w14:paraId="4262B60F" w14:textId="7236623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Borders>
              <w:bottom w:val="single" w:sz="4" w:space="0" w:color="auto"/>
            </w:tcBorders>
          </w:tcPr>
          <w:p w14:paraId="5FEF303E" w14:textId="2B62D7BC"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Borders>
              <w:bottom w:val="single" w:sz="4" w:space="0" w:color="auto"/>
            </w:tcBorders>
          </w:tcPr>
          <w:p w14:paraId="761AAFB5" w14:textId="09FB159A"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Borders>
              <w:bottom w:val="single" w:sz="4" w:space="0" w:color="auto"/>
            </w:tcBorders>
          </w:tcPr>
          <w:p w14:paraId="78D3B640" w14:textId="0078614F"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Borders>
              <w:bottom w:val="single" w:sz="4" w:space="0" w:color="auto"/>
            </w:tcBorders>
          </w:tcPr>
          <w:p w14:paraId="6D03AD0F" w14:textId="2539B532"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Borders>
              <w:bottom w:val="single" w:sz="4" w:space="0" w:color="auto"/>
            </w:tcBorders>
          </w:tcPr>
          <w:p w14:paraId="4113035F" w14:textId="31E8FA0F"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Borders>
              <w:bottom w:val="single" w:sz="4" w:space="0" w:color="auto"/>
            </w:tcBorders>
          </w:tcPr>
          <w:p w14:paraId="11753525" w14:textId="51CDEDF3"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7" w:type="dxa"/>
            <w:tcBorders>
              <w:bottom w:val="single" w:sz="4" w:space="0" w:color="auto"/>
            </w:tcBorders>
          </w:tcPr>
          <w:p w14:paraId="588499EB" w14:textId="642E52F6"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Borders>
              <w:bottom w:val="single" w:sz="4" w:space="0" w:color="auto"/>
            </w:tcBorders>
          </w:tcPr>
          <w:p w14:paraId="72119F2A" w14:textId="60319B0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Borders>
              <w:bottom w:val="single" w:sz="4" w:space="0" w:color="auto"/>
            </w:tcBorders>
          </w:tcPr>
          <w:p w14:paraId="29140373" w14:textId="6A16534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Borders>
              <w:bottom w:val="single" w:sz="4" w:space="0" w:color="auto"/>
            </w:tcBorders>
          </w:tcPr>
          <w:p w14:paraId="7FD5098C" w14:textId="7586D4C3"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Borders>
              <w:bottom w:val="single" w:sz="4" w:space="0" w:color="auto"/>
            </w:tcBorders>
          </w:tcPr>
          <w:p w14:paraId="2ADC3799" w14:textId="509D3F9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Borders>
              <w:bottom w:val="single" w:sz="4" w:space="0" w:color="auto"/>
            </w:tcBorders>
          </w:tcPr>
          <w:p w14:paraId="5D4DA63F" w14:textId="3B9D5C59"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Borders>
              <w:bottom w:val="single" w:sz="4" w:space="0" w:color="auto"/>
            </w:tcBorders>
          </w:tcPr>
          <w:p w14:paraId="06EFAB89" w14:textId="1EEC89AB"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r>
      <w:tr w:rsidR="00B13C4C" w:rsidRPr="00B13C4C" w14:paraId="294A0126" w14:textId="77777777" w:rsidTr="00B13C4C">
        <w:tc>
          <w:tcPr>
            <w:tcW w:w="566" w:type="dxa"/>
            <w:shd w:val="clear" w:color="auto" w:fill="FFFF32"/>
          </w:tcPr>
          <w:p w14:paraId="5F849B78" w14:textId="59F89991"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19</w:t>
            </w:r>
          </w:p>
        </w:tc>
        <w:tc>
          <w:tcPr>
            <w:tcW w:w="566" w:type="dxa"/>
            <w:shd w:val="clear" w:color="auto" w:fill="FFFF32"/>
          </w:tcPr>
          <w:p w14:paraId="7D4D2A20" w14:textId="31283129"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20</w:t>
            </w:r>
          </w:p>
        </w:tc>
        <w:tc>
          <w:tcPr>
            <w:tcW w:w="566" w:type="dxa"/>
            <w:shd w:val="clear" w:color="auto" w:fill="FFFF32"/>
          </w:tcPr>
          <w:p w14:paraId="1455FE2C" w14:textId="6DF2B16E"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21</w:t>
            </w:r>
          </w:p>
        </w:tc>
        <w:tc>
          <w:tcPr>
            <w:tcW w:w="566" w:type="dxa"/>
            <w:shd w:val="clear" w:color="auto" w:fill="FFFF32"/>
          </w:tcPr>
          <w:p w14:paraId="42048ADE" w14:textId="128DCA5D"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22</w:t>
            </w:r>
          </w:p>
        </w:tc>
        <w:tc>
          <w:tcPr>
            <w:tcW w:w="566" w:type="dxa"/>
            <w:shd w:val="clear" w:color="auto" w:fill="FFFF32"/>
          </w:tcPr>
          <w:p w14:paraId="435038EB" w14:textId="64991FEF"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23</w:t>
            </w:r>
          </w:p>
        </w:tc>
        <w:tc>
          <w:tcPr>
            <w:tcW w:w="566" w:type="dxa"/>
            <w:shd w:val="clear" w:color="auto" w:fill="FFFF32"/>
          </w:tcPr>
          <w:p w14:paraId="77A47A24" w14:textId="616AFEF8"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24</w:t>
            </w:r>
          </w:p>
        </w:tc>
        <w:tc>
          <w:tcPr>
            <w:tcW w:w="566" w:type="dxa"/>
            <w:shd w:val="clear" w:color="auto" w:fill="FFFF32"/>
          </w:tcPr>
          <w:p w14:paraId="7BEEB10F" w14:textId="60C4668E"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25</w:t>
            </w:r>
          </w:p>
        </w:tc>
        <w:tc>
          <w:tcPr>
            <w:tcW w:w="566" w:type="dxa"/>
            <w:shd w:val="clear" w:color="auto" w:fill="FFFF32"/>
          </w:tcPr>
          <w:p w14:paraId="0F0B8191" w14:textId="699F3617"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26</w:t>
            </w:r>
          </w:p>
        </w:tc>
        <w:tc>
          <w:tcPr>
            <w:tcW w:w="566" w:type="dxa"/>
            <w:shd w:val="clear" w:color="auto" w:fill="FFFF32"/>
          </w:tcPr>
          <w:p w14:paraId="4776478E" w14:textId="1BEB0EC3"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27</w:t>
            </w:r>
          </w:p>
        </w:tc>
        <w:tc>
          <w:tcPr>
            <w:tcW w:w="566" w:type="dxa"/>
            <w:shd w:val="clear" w:color="auto" w:fill="FFFF32"/>
          </w:tcPr>
          <w:p w14:paraId="1FA3EF0D" w14:textId="23A212BA"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28</w:t>
            </w:r>
          </w:p>
        </w:tc>
        <w:tc>
          <w:tcPr>
            <w:tcW w:w="567" w:type="dxa"/>
            <w:shd w:val="clear" w:color="auto" w:fill="FFFF32"/>
          </w:tcPr>
          <w:p w14:paraId="6F167EBE" w14:textId="1BB532C7"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29</w:t>
            </w:r>
          </w:p>
        </w:tc>
        <w:tc>
          <w:tcPr>
            <w:tcW w:w="567" w:type="dxa"/>
            <w:shd w:val="clear" w:color="auto" w:fill="FFFF32"/>
          </w:tcPr>
          <w:p w14:paraId="4D0921A1" w14:textId="1169C188"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30</w:t>
            </w:r>
          </w:p>
        </w:tc>
        <w:tc>
          <w:tcPr>
            <w:tcW w:w="567" w:type="dxa"/>
            <w:shd w:val="clear" w:color="auto" w:fill="FFFF32"/>
          </w:tcPr>
          <w:p w14:paraId="725BF8D3" w14:textId="21322B97"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31</w:t>
            </w:r>
          </w:p>
        </w:tc>
        <w:tc>
          <w:tcPr>
            <w:tcW w:w="567" w:type="dxa"/>
            <w:shd w:val="clear" w:color="auto" w:fill="FFFF32"/>
          </w:tcPr>
          <w:p w14:paraId="4D65A09A" w14:textId="1CBF07A4"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32</w:t>
            </w:r>
          </w:p>
        </w:tc>
        <w:tc>
          <w:tcPr>
            <w:tcW w:w="567" w:type="dxa"/>
            <w:shd w:val="clear" w:color="auto" w:fill="FFFF32"/>
          </w:tcPr>
          <w:p w14:paraId="4ECF07CA" w14:textId="6794D280"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33</w:t>
            </w:r>
          </w:p>
        </w:tc>
        <w:tc>
          <w:tcPr>
            <w:tcW w:w="567" w:type="dxa"/>
            <w:shd w:val="clear" w:color="auto" w:fill="FFFF32"/>
          </w:tcPr>
          <w:p w14:paraId="776AB409" w14:textId="535C73F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34</w:t>
            </w:r>
          </w:p>
        </w:tc>
        <w:tc>
          <w:tcPr>
            <w:tcW w:w="567" w:type="dxa"/>
            <w:shd w:val="clear" w:color="auto" w:fill="FFFF32"/>
          </w:tcPr>
          <w:p w14:paraId="5389AD70" w14:textId="1CDA4B36"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35</w:t>
            </w:r>
          </w:p>
        </w:tc>
        <w:tc>
          <w:tcPr>
            <w:tcW w:w="567" w:type="dxa"/>
            <w:shd w:val="clear" w:color="auto" w:fill="FFFF32"/>
          </w:tcPr>
          <w:p w14:paraId="63CF7861" w14:textId="7D842716"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36</w:t>
            </w:r>
          </w:p>
        </w:tc>
      </w:tr>
      <w:tr w:rsidR="00B13C4C" w:rsidRPr="00B13C4C" w14:paraId="0E46F8FF" w14:textId="77777777" w:rsidTr="00B13C4C">
        <w:tc>
          <w:tcPr>
            <w:tcW w:w="566" w:type="dxa"/>
          </w:tcPr>
          <w:p w14:paraId="171AD577" w14:textId="736A1599"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Pr>
          <w:p w14:paraId="7B7BF4B8" w14:textId="47CB7C6D"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Pr>
          <w:p w14:paraId="5D68236A" w14:textId="64714686"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Pr>
          <w:p w14:paraId="7F237AFC" w14:textId="68AB7638"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Pr>
          <w:p w14:paraId="0F3221D1" w14:textId="14E31FA2"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Pr>
          <w:p w14:paraId="1148039B" w14:textId="684142CC"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Pr>
          <w:p w14:paraId="12BEF906" w14:textId="2AAC67C0"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Pr>
          <w:p w14:paraId="436418FF" w14:textId="3314E9D9"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Pr>
          <w:p w14:paraId="721FC2DA" w14:textId="445BED0B"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Pr>
          <w:p w14:paraId="47832BB1" w14:textId="15A1963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7" w:type="dxa"/>
          </w:tcPr>
          <w:p w14:paraId="0E3000F1" w14:textId="730C7FF0"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Pr>
          <w:p w14:paraId="62A0D6A5" w14:textId="419510B9"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Pr>
          <w:p w14:paraId="4F576184" w14:textId="0EAF70D6"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Pr>
          <w:p w14:paraId="6644DC2B" w14:textId="7B887D3B"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Pr>
          <w:p w14:paraId="7ABF47F1" w14:textId="3E39492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Pr>
          <w:p w14:paraId="1737DF17" w14:textId="36B93038"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Pr>
          <w:p w14:paraId="5576369E" w14:textId="797BAB42"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Pr>
          <w:p w14:paraId="331A2D42" w14:textId="77777777" w:rsidR="00B13C4C" w:rsidRPr="00B13C4C" w:rsidRDefault="00B13C4C" w:rsidP="00B13C4C">
            <w:pPr>
              <w:ind w:left="-57" w:right="-57"/>
              <w:jc w:val="center"/>
              <w:rPr>
                <w:rFonts w:ascii="Times New Roman" w:hAnsi="Times New Roman" w:cs="Times New Roman"/>
                <w:b/>
                <w:color w:val="0000FF"/>
                <w:sz w:val="24"/>
                <w:szCs w:val="24"/>
              </w:rPr>
            </w:pPr>
          </w:p>
        </w:tc>
      </w:tr>
    </w:tbl>
    <w:p w14:paraId="56659748" w14:textId="77777777" w:rsidR="00B13C4C" w:rsidRPr="00B13C4C" w:rsidRDefault="00B13C4C" w:rsidP="00A34187">
      <w:pPr>
        <w:ind w:left="992"/>
        <w:jc w:val="center"/>
        <w:rPr>
          <w:rFonts w:ascii="Times New Roman" w:hAnsi="Times New Roman" w:cs="Times New Roman"/>
          <w:b/>
          <w:sz w:val="24"/>
          <w:szCs w:val="24"/>
        </w:rPr>
      </w:pPr>
      <w:r w:rsidRPr="00B13C4C">
        <w:rPr>
          <w:rFonts w:ascii="Times New Roman" w:hAnsi="Times New Roman" w:cs="Times New Roman"/>
          <w:b/>
          <w:sz w:val="24"/>
          <w:szCs w:val="24"/>
        </w:rPr>
        <w:t>ĐỀ 13-15</w:t>
      </w:r>
    </w:p>
    <w:p w14:paraId="1269910E" w14:textId="77777777" w:rsidR="00B13C4C" w:rsidRPr="00B13C4C" w:rsidRDefault="00B13C4C" w:rsidP="00A34187">
      <w:pPr>
        <w:ind w:left="992"/>
        <w:rPr>
          <w:rFonts w:ascii="Times New Roman" w:hAnsi="Times New Roman" w:cs="Times New Roman"/>
          <w:sz w:val="24"/>
          <w:szCs w:val="24"/>
        </w:rPr>
      </w:pPr>
      <w:r w:rsidRPr="00B13C4C">
        <w:rPr>
          <w:rFonts w:ascii="Times New Roman" w:hAnsi="Times New Roman" w:cs="Times New Roman"/>
          <w:b/>
          <w:sz w:val="24"/>
          <w:szCs w:val="24"/>
        </w:rPr>
        <w:t>Phần I: Trắc nghiệm</w:t>
      </w:r>
    </w:p>
    <w:p w14:paraId="76EE8F23" w14:textId="77777777" w:rsidR="00B13C4C" w:rsidRPr="00B13C4C" w:rsidRDefault="00B13C4C" w:rsidP="00A34187">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Hàm số </w:t>
      </w:r>
      <w:r w:rsidRPr="00B13C4C">
        <w:rPr>
          <w:rFonts w:ascii="Times New Roman" w:hAnsi="Times New Roman" w:cs="Times New Roman"/>
          <w:position w:val="-10"/>
          <w:sz w:val="24"/>
          <w:szCs w:val="24"/>
        </w:rPr>
        <w:object w:dxaOrig="1540" w:dyaOrig="320" w14:anchorId="206358F5">
          <v:shape id="_x0000_i4425" type="#_x0000_t75" style="width:76.8pt;height:16.2pt" o:ole="">
            <v:imagedata r:id="rId5175" o:title=""/>
          </v:shape>
          <o:OLEObject Type="Embed" ProgID="Equation.DSMT4" ShapeID="_x0000_i4425" DrawAspect="Content" ObjectID="_1699837709" r:id="rId5176"/>
        </w:object>
      </w:r>
      <w:r w:rsidRPr="00B13C4C">
        <w:rPr>
          <w:rFonts w:ascii="Times New Roman" w:hAnsi="Times New Roman" w:cs="Times New Roman"/>
          <w:sz w:val="24"/>
          <w:szCs w:val="24"/>
        </w:rPr>
        <w:t xml:space="preserve"> là hàm số bậc nhất khi</w:t>
      </w:r>
    </w:p>
    <w:p w14:paraId="38F635BD"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620" w:dyaOrig="279" w14:anchorId="1E586FBF">
          <v:shape id="_x0000_i4426" type="#_x0000_t75" style="width:31.2pt;height:13.8pt" o:ole="">
            <v:imagedata r:id="rId5177" o:title=""/>
          </v:shape>
          <o:OLEObject Type="Embed" ProgID="Equation.DSMT4" ShapeID="_x0000_i4426" DrawAspect="Content" ObjectID="_1699837710" r:id="rId517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900" w:dyaOrig="279" w14:anchorId="41C3A377">
          <v:shape id="_x0000_i4427" type="#_x0000_t75" style="width:45pt;height:13.8pt" o:ole="">
            <v:imagedata r:id="rId5179" o:title=""/>
          </v:shape>
          <o:OLEObject Type="Embed" ProgID="Equation.DSMT4" ShapeID="_x0000_i4427" DrawAspect="Content" ObjectID="_1699837711" r:id="rId518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720" w:dyaOrig="279" w14:anchorId="0962E519">
          <v:shape id="_x0000_i4428" type="#_x0000_t75" style="width:36pt;height:13.8pt" o:ole="">
            <v:imagedata r:id="rId5181" o:title=""/>
          </v:shape>
          <o:OLEObject Type="Embed" ProgID="Equation.DSMT4" ShapeID="_x0000_i4428" DrawAspect="Content" ObjectID="_1699837712" r:id="rId518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720" w:dyaOrig="279" w14:anchorId="31FBB3E5">
          <v:shape id="_x0000_i4429" type="#_x0000_t75" style="width:36pt;height:13.8pt" o:ole="">
            <v:imagedata r:id="rId5183" o:title=""/>
          </v:shape>
          <o:OLEObject Type="Embed" ProgID="Equation.DSMT4" ShapeID="_x0000_i4429" DrawAspect="Content" ObjectID="_1699837713" r:id="rId5184"/>
        </w:object>
      </w:r>
      <w:r w:rsidRPr="00B13C4C">
        <w:rPr>
          <w:rFonts w:ascii="Times New Roman" w:hAnsi="Times New Roman" w:cs="Times New Roman"/>
          <w:sz w:val="24"/>
          <w:szCs w:val="24"/>
        </w:rPr>
        <w:t>.</w:t>
      </w:r>
    </w:p>
    <w:p w14:paraId="58786F99" w14:textId="77777777" w:rsidR="00B13C4C" w:rsidRPr="00B13C4C" w:rsidRDefault="00B13C4C" w:rsidP="00A34187">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phương trình </w:t>
      </w:r>
      <w:r w:rsidRPr="00B13C4C">
        <w:rPr>
          <w:rFonts w:ascii="Times New Roman" w:hAnsi="Times New Roman" w:cs="Times New Roman"/>
          <w:position w:val="-16"/>
          <w:sz w:val="24"/>
          <w:szCs w:val="24"/>
        </w:rPr>
        <w:object w:dxaOrig="2299" w:dyaOrig="440" w14:anchorId="20311A6E">
          <v:shape id="_x0000_i4430" type="#_x0000_t75" style="width:115.2pt;height:22.2pt" o:ole="">
            <v:imagedata r:id="rId5185" o:title=""/>
          </v:shape>
          <o:OLEObject Type="Embed" ProgID="Equation.DSMT4" ShapeID="_x0000_i4430" DrawAspect="Content" ObjectID="_1699837714" r:id="rId5186"/>
        </w:object>
      </w:r>
      <w:r w:rsidRPr="00B13C4C">
        <w:rPr>
          <w:rFonts w:ascii="Times New Roman" w:hAnsi="Times New Roman" w:cs="Times New Roman"/>
          <w:sz w:val="24"/>
          <w:szCs w:val="24"/>
        </w:rPr>
        <w:t>. Phương trình nào sau đây tương đương với phương trình đã cho</w:t>
      </w:r>
    </w:p>
    <w:p w14:paraId="1F5E158E"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840" w:dyaOrig="279" w14:anchorId="16CFB752">
          <v:shape id="_x0000_i4431" type="#_x0000_t75" style="width:42pt;height:13.8pt" o:ole="">
            <v:imagedata r:id="rId5187" o:title=""/>
          </v:shape>
          <o:OLEObject Type="Embed" ProgID="Equation.DSMT4" ShapeID="_x0000_i4431" DrawAspect="Content" ObjectID="_1699837715" r:id="rId518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579" w:dyaOrig="320" w14:anchorId="39B87199">
          <v:shape id="_x0000_i4432" type="#_x0000_t75" style="width:79.2pt;height:16.2pt" o:ole="">
            <v:imagedata r:id="rId5189" o:title=""/>
          </v:shape>
          <o:OLEObject Type="Embed" ProgID="Equation.DSMT4" ShapeID="_x0000_i4432" DrawAspect="Content" ObjectID="_1699837716" r:id="rId519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840" w:dyaOrig="279" w14:anchorId="73EAC5E2">
          <v:shape id="_x0000_i4433" type="#_x0000_t75" style="width:42pt;height:13.8pt" o:ole="">
            <v:imagedata r:id="rId5191" o:title=""/>
          </v:shape>
          <o:OLEObject Type="Embed" ProgID="Equation.DSMT4" ShapeID="_x0000_i4433" DrawAspect="Content" ObjectID="_1699837717" r:id="rId519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940" w:dyaOrig="320" w14:anchorId="10B65E00">
          <v:shape id="_x0000_i4434" type="#_x0000_t75" style="width:46.8pt;height:16.2pt" o:ole="">
            <v:imagedata r:id="rId5193" o:title=""/>
          </v:shape>
          <o:OLEObject Type="Embed" ProgID="Equation.DSMT4" ShapeID="_x0000_i4434" DrawAspect="Content" ObjectID="_1699837718" r:id="rId5194"/>
        </w:object>
      </w:r>
      <w:r w:rsidRPr="00B13C4C">
        <w:rPr>
          <w:rFonts w:ascii="Times New Roman" w:hAnsi="Times New Roman" w:cs="Times New Roman"/>
          <w:sz w:val="24"/>
          <w:szCs w:val="24"/>
        </w:rPr>
        <w:t>.</w:t>
      </w:r>
    </w:p>
    <w:p w14:paraId="776D9B4F" w14:textId="77777777" w:rsidR="00B13C4C" w:rsidRPr="00B13C4C" w:rsidRDefault="00B13C4C" w:rsidP="00A34187">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Hệ phương trình </w:t>
      </w:r>
      <w:r w:rsidRPr="00B13C4C">
        <w:rPr>
          <w:rFonts w:ascii="Times New Roman" w:hAnsi="Times New Roman" w:cs="Times New Roman"/>
          <w:position w:val="-32"/>
          <w:sz w:val="24"/>
          <w:szCs w:val="24"/>
        </w:rPr>
        <w:object w:dxaOrig="999" w:dyaOrig="760" w14:anchorId="3F40D2E2">
          <v:shape id="_x0000_i4435" type="#_x0000_t75" style="width:49.8pt;height:37.8pt" o:ole="">
            <v:imagedata r:id="rId5195" o:title=""/>
          </v:shape>
          <o:OLEObject Type="Embed" ProgID="Equation.DSMT4" ShapeID="_x0000_i4435" DrawAspect="Content" ObjectID="_1699837719" r:id="rId5196"/>
        </w:object>
      </w:r>
      <w:r w:rsidRPr="00B13C4C">
        <w:rPr>
          <w:rFonts w:ascii="Times New Roman" w:hAnsi="Times New Roman" w:cs="Times New Roman"/>
          <w:sz w:val="24"/>
          <w:szCs w:val="24"/>
        </w:rPr>
        <w:t xml:space="preserve"> có nghiệm là</w:t>
      </w:r>
    </w:p>
    <w:p w14:paraId="42EC24C7"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480" w:dyaOrig="320" w14:anchorId="34E6FA60">
          <v:shape id="_x0000_i4436" type="#_x0000_t75" style="width:24pt;height:16.2pt" o:ole="">
            <v:imagedata r:id="rId5197" o:title=""/>
          </v:shape>
          <o:OLEObject Type="Embed" ProgID="Equation.DSMT4" ShapeID="_x0000_i4436" DrawAspect="Content" ObjectID="_1699837720" r:id="rId519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639" w:dyaOrig="320" w14:anchorId="1C1FF949">
          <v:shape id="_x0000_i4437" type="#_x0000_t75" style="width:31.8pt;height:16.2pt" o:ole="">
            <v:imagedata r:id="rId5199" o:title=""/>
          </v:shape>
          <o:OLEObject Type="Embed" ProgID="Equation.DSMT4" ShapeID="_x0000_i4437" DrawAspect="Content" ObjectID="_1699837721" r:id="rId520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660" w:dyaOrig="320" w14:anchorId="11AB3925">
          <v:shape id="_x0000_i4438" type="#_x0000_t75" style="width:33pt;height:16.2pt" o:ole="">
            <v:imagedata r:id="rId5201" o:title=""/>
          </v:shape>
          <o:OLEObject Type="Embed" ProgID="Equation.DSMT4" ShapeID="_x0000_i4438" DrawAspect="Content" ObjectID="_1699837722" r:id="rId520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660" w:dyaOrig="320" w14:anchorId="70BBE8D3">
          <v:shape id="_x0000_i4439" type="#_x0000_t75" style="width:33pt;height:16.2pt" o:ole="">
            <v:imagedata r:id="rId5203" o:title=""/>
          </v:shape>
          <o:OLEObject Type="Embed" ProgID="Equation.DSMT4" ShapeID="_x0000_i4439" DrawAspect="Content" ObjectID="_1699837723" r:id="rId5204"/>
        </w:object>
      </w:r>
      <w:r w:rsidRPr="00B13C4C">
        <w:rPr>
          <w:rFonts w:ascii="Times New Roman" w:hAnsi="Times New Roman" w:cs="Times New Roman"/>
          <w:sz w:val="24"/>
          <w:szCs w:val="24"/>
        </w:rPr>
        <w:t>.</w:t>
      </w:r>
    </w:p>
    <w:p w14:paraId="784BC287" w14:textId="77777777" w:rsidR="00B13C4C" w:rsidRPr="00B13C4C" w:rsidRDefault="00B13C4C" w:rsidP="00A34187">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Trong các hàm số sau, hàm số nào là hàm số lẻ?</w:t>
      </w:r>
    </w:p>
    <w:p w14:paraId="0D72A5E3"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120" w:dyaOrig="360" w14:anchorId="73DFE32E">
          <v:shape id="_x0000_i4440" type="#_x0000_t75" style="width:55.8pt;height:18pt" o:ole="">
            <v:imagedata r:id="rId5205" o:title=""/>
          </v:shape>
          <o:OLEObject Type="Embed" ProgID="Equation.DSMT4" ShapeID="_x0000_i4440" DrawAspect="Content" ObjectID="_1699837724" r:id="rId520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960" w:dyaOrig="360" w14:anchorId="6F1B57B7">
          <v:shape id="_x0000_i4441" type="#_x0000_t75" style="width:48pt;height:18pt" o:ole="">
            <v:imagedata r:id="rId5207" o:title=""/>
          </v:shape>
          <o:OLEObject Type="Embed" ProgID="Equation.DSMT4" ShapeID="_x0000_i4441" DrawAspect="Content" ObjectID="_1699837725" r:id="rId520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219" w:dyaOrig="360" w14:anchorId="0700F900">
          <v:shape id="_x0000_i4442" type="#_x0000_t75" style="width:61.2pt;height:18pt" o:ole="">
            <v:imagedata r:id="rId5209" o:title=""/>
          </v:shape>
          <o:OLEObject Type="Embed" ProgID="Equation.DSMT4" ShapeID="_x0000_i4442" DrawAspect="Content" ObjectID="_1699837726" r:id="rId521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579" w:dyaOrig="360" w14:anchorId="4B5D2FAB">
          <v:shape id="_x0000_i4443" type="#_x0000_t75" style="width:79.2pt;height:18pt" o:ole="">
            <v:imagedata r:id="rId5211" o:title=""/>
          </v:shape>
          <o:OLEObject Type="Embed" ProgID="Equation.DSMT4" ShapeID="_x0000_i4443" DrawAspect="Content" ObjectID="_1699837727" r:id="rId5212"/>
        </w:object>
      </w:r>
      <w:r w:rsidRPr="00B13C4C">
        <w:rPr>
          <w:rFonts w:ascii="Times New Roman" w:hAnsi="Times New Roman" w:cs="Times New Roman"/>
          <w:sz w:val="24"/>
          <w:szCs w:val="24"/>
        </w:rPr>
        <w:t>.</w:t>
      </w:r>
    </w:p>
    <w:p w14:paraId="0252BE39" w14:textId="77777777" w:rsidR="00B13C4C" w:rsidRPr="00B13C4C" w:rsidRDefault="00B13C4C" w:rsidP="00A34187">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w:t>
      </w:r>
      <w:r w:rsidRPr="00B13C4C">
        <w:rPr>
          <w:rFonts w:ascii="Times New Roman" w:hAnsi="Times New Roman" w:cs="Times New Roman"/>
          <w:position w:val="-6"/>
          <w:sz w:val="24"/>
          <w:szCs w:val="24"/>
        </w:rPr>
        <w:object w:dxaOrig="560" w:dyaOrig="279" w14:anchorId="50FA9593">
          <v:shape id="_x0000_i4444" type="#_x0000_t75" style="width:28.2pt;height:13.8pt" o:ole="">
            <v:imagedata r:id="rId5213" o:title=""/>
          </v:shape>
          <o:OLEObject Type="Embed" ProgID="Equation.DSMT4" ShapeID="_x0000_i4444" DrawAspect="Content" ObjectID="_1699837728" r:id="rId5214"/>
        </w:object>
      </w:r>
      <w:r w:rsidRPr="00B13C4C">
        <w:rPr>
          <w:rFonts w:ascii="Times New Roman" w:hAnsi="Times New Roman" w:cs="Times New Roman"/>
          <w:sz w:val="24"/>
          <w:szCs w:val="24"/>
        </w:rPr>
        <w:t xml:space="preserve"> là tam giác đều cạnh </w:t>
      </w:r>
      <w:r w:rsidRPr="00B13C4C">
        <w:rPr>
          <w:rFonts w:ascii="Times New Roman" w:hAnsi="Times New Roman" w:cs="Times New Roman"/>
          <w:position w:val="-6"/>
          <w:sz w:val="24"/>
          <w:szCs w:val="24"/>
        </w:rPr>
        <w:object w:dxaOrig="200" w:dyaOrig="220" w14:anchorId="38491C2B">
          <v:shape id="_x0000_i4445" type="#_x0000_t75" style="width:10.2pt;height:10.8pt" o:ole="">
            <v:imagedata r:id="rId5215" o:title=""/>
          </v:shape>
          <o:OLEObject Type="Embed" ProgID="Equation.DSMT4" ShapeID="_x0000_i4445" DrawAspect="Content" ObjectID="_1699837729" r:id="rId5216"/>
        </w:object>
      </w:r>
      <w:r w:rsidRPr="00B13C4C">
        <w:rPr>
          <w:rFonts w:ascii="Times New Roman" w:hAnsi="Times New Roman" w:cs="Times New Roman"/>
          <w:sz w:val="24"/>
          <w:szCs w:val="24"/>
        </w:rPr>
        <w:t xml:space="preserve">. Góc </w:t>
      </w:r>
      <w:r w:rsidRPr="00B13C4C">
        <w:rPr>
          <w:rFonts w:ascii="Times New Roman" w:hAnsi="Times New Roman" w:cs="Times New Roman"/>
          <w:position w:val="-10"/>
          <w:sz w:val="24"/>
          <w:szCs w:val="24"/>
        </w:rPr>
        <w:object w:dxaOrig="980" w:dyaOrig="380" w14:anchorId="67CA6972">
          <v:shape id="_x0000_i4446" type="#_x0000_t75" style="width:49.2pt;height:19.2pt" o:ole="">
            <v:imagedata r:id="rId5217" o:title=""/>
          </v:shape>
          <o:OLEObject Type="Embed" ProgID="Equation.DSMT4" ShapeID="_x0000_i4446" DrawAspect="Content" ObjectID="_1699837730" r:id="rId5218"/>
        </w:object>
      </w:r>
      <w:r w:rsidRPr="00B13C4C">
        <w:rPr>
          <w:rFonts w:ascii="Times New Roman" w:hAnsi="Times New Roman" w:cs="Times New Roman"/>
          <w:sz w:val="24"/>
          <w:szCs w:val="24"/>
        </w:rPr>
        <w:t xml:space="preserve"> bằng</w:t>
      </w:r>
    </w:p>
    <w:p w14:paraId="3B58527F"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460" w:dyaOrig="320" w14:anchorId="5B3C33B9">
          <v:shape id="_x0000_i4447" type="#_x0000_t75" style="width:22.8pt;height:16.2pt" o:ole="">
            <v:imagedata r:id="rId5219" o:title=""/>
          </v:shape>
          <o:OLEObject Type="Embed" ProgID="Equation.DSMT4" ShapeID="_x0000_i4447" DrawAspect="Content" ObjectID="_1699837731" r:id="rId522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460" w:dyaOrig="320" w14:anchorId="2F991CF8">
          <v:shape id="_x0000_i4448" type="#_x0000_t75" style="width:22.8pt;height:16.2pt" o:ole="">
            <v:imagedata r:id="rId5221" o:title=""/>
          </v:shape>
          <o:OLEObject Type="Embed" ProgID="Equation.DSMT4" ShapeID="_x0000_i4448" DrawAspect="Content" ObjectID="_1699837732" r:id="rId522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380" w:dyaOrig="320" w14:anchorId="1FF92AFD">
          <v:shape id="_x0000_i4449" type="#_x0000_t75" style="width:19.2pt;height:16.2pt" o:ole="">
            <v:imagedata r:id="rId5223" o:title=""/>
          </v:shape>
          <o:OLEObject Type="Embed" ProgID="Equation.DSMT4" ShapeID="_x0000_i4449" DrawAspect="Content" ObjectID="_1699837733" r:id="rId522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380" w:dyaOrig="320" w14:anchorId="34F2FE08">
          <v:shape id="_x0000_i4450" type="#_x0000_t75" style="width:19.2pt;height:16.2pt" o:ole="">
            <v:imagedata r:id="rId5225" o:title=""/>
          </v:shape>
          <o:OLEObject Type="Embed" ProgID="Equation.DSMT4" ShapeID="_x0000_i4450" DrawAspect="Content" ObjectID="_1699837734" r:id="rId5226"/>
        </w:object>
      </w:r>
      <w:r w:rsidRPr="00B13C4C">
        <w:rPr>
          <w:rFonts w:ascii="Times New Roman" w:hAnsi="Times New Roman" w:cs="Times New Roman"/>
          <w:sz w:val="24"/>
          <w:szCs w:val="24"/>
        </w:rPr>
        <w:t>.</w:t>
      </w:r>
    </w:p>
    <w:p w14:paraId="4661980C" w14:textId="77777777" w:rsidR="00B13C4C" w:rsidRPr="00B13C4C" w:rsidRDefault="00B13C4C" w:rsidP="00A34187">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w:t>
      </w:r>
      <w:r w:rsidRPr="00B13C4C">
        <w:rPr>
          <w:rFonts w:ascii="Times New Roman" w:hAnsi="Times New Roman" w:cs="Times New Roman"/>
          <w:position w:val="-10"/>
          <w:sz w:val="24"/>
          <w:szCs w:val="24"/>
        </w:rPr>
        <w:object w:dxaOrig="460" w:dyaOrig="320" w14:anchorId="690855BD">
          <v:shape id="_x0000_i4451" type="#_x0000_t75" style="width:22.8pt;height:16.2pt" o:ole="">
            <v:imagedata r:id="rId5227" o:title=""/>
          </v:shape>
          <o:OLEObject Type="Embed" ProgID="Equation.DSMT4" ShapeID="_x0000_i4451" DrawAspect="Content" ObjectID="_1699837735" r:id="rId5228"/>
        </w:object>
      </w:r>
      <w:r w:rsidRPr="00B13C4C">
        <w:rPr>
          <w:rFonts w:ascii="Times New Roman" w:hAnsi="Times New Roman" w:cs="Times New Roman"/>
          <w:sz w:val="24"/>
          <w:szCs w:val="24"/>
        </w:rPr>
        <w:t xml:space="preserve">, cho </w:t>
      </w:r>
      <w:r w:rsidRPr="00B13C4C">
        <w:rPr>
          <w:rFonts w:ascii="Times New Roman" w:hAnsi="Times New Roman" w:cs="Times New Roman"/>
          <w:position w:val="-14"/>
          <w:sz w:val="24"/>
          <w:szCs w:val="24"/>
        </w:rPr>
        <w:object w:dxaOrig="1020" w:dyaOrig="400" w14:anchorId="7FCE35E2">
          <v:shape id="_x0000_i4452" type="#_x0000_t75" style="width:51pt;height:19.8pt" o:ole="">
            <v:imagedata r:id="rId5229" o:title=""/>
          </v:shape>
          <o:OLEObject Type="Embed" ProgID="Equation.DSMT4" ShapeID="_x0000_i4452" DrawAspect="Content" ObjectID="_1699837736" r:id="rId5230"/>
        </w:object>
      </w:r>
      <w:r w:rsidRPr="00B13C4C">
        <w:rPr>
          <w:rFonts w:ascii="Times New Roman" w:hAnsi="Times New Roman" w:cs="Times New Roman"/>
          <w:sz w:val="24"/>
          <w:szCs w:val="24"/>
        </w:rPr>
        <w:t xml:space="preserve"> và </w:t>
      </w:r>
      <w:r w:rsidRPr="00B13C4C">
        <w:rPr>
          <w:rFonts w:ascii="Times New Roman" w:hAnsi="Times New Roman" w:cs="Times New Roman"/>
          <w:position w:val="-14"/>
          <w:sz w:val="24"/>
          <w:szCs w:val="24"/>
        </w:rPr>
        <w:object w:dxaOrig="1020" w:dyaOrig="400" w14:anchorId="24F61378">
          <v:shape id="_x0000_i4453" type="#_x0000_t75" style="width:51pt;height:19.8pt" o:ole="">
            <v:imagedata r:id="rId5231" o:title=""/>
          </v:shape>
          <o:OLEObject Type="Embed" ProgID="Equation.DSMT4" ShapeID="_x0000_i4453" DrawAspect="Content" ObjectID="_1699837737" r:id="rId5232"/>
        </w:object>
      </w:r>
      <w:r w:rsidRPr="00B13C4C">
        <w:rPr>
          <w:rFonts w:ascii="Times New Roman" w:hAnsi="Times New Roman" w:cs="Times New Roman"/>
          <w:sz w:val="24"/>
          <w:szCs w:val="24"/>
        </w:rPr>
        <w:t xml:space="preserve">. Tọa độ của véctơ </w:t>
      </w:r>
      <w:r w:rsidRPr="00B13C4C">
        <w:rPr>
          <w:rFonts w:ascii="Times New Roman" w:hAnsi="Times New Roman" w:cs="Times New Roman"/>
          <w:position w:val="-4"/>
          <w:sz w:val="24"/>
          <w:szCs w:val="24"/>
        </w:rPr>
        <w:object w:dxaOrig="400" w:dyaOrig="320" w14:anchorId="0F559985">
          <v:shape id="_x0000_i4454" type="#_x0000_t75" style="width:19.8pt;height:16.2pt" o:ole="">
            <v:imagedata r:id="rId5233" o:title=""/>
          </v:shape>
          <o:OLEObject Type="Embed" ProgID="Equation.DSMT4" ShapeID="_x0000_i4454" DrawAspect="Content" ObjectID="_1699837738" r:id="rId5234"/>
        </w:object>
      </w:r>
      <w:r w:rsidRPr="00B13C4C">
        <w:rPr>
          <w:rFonts w:ascii="Times New Roman" w:hAnsi="Times New Roman" w:cs="Times New Roman"/>
          <w:sz w:val="24"/>
          <w:szCs w:val="24"/>
        </w:rPr>
        <w:t xml:space="preserve"> là</w:t>
      </w:r>
    </w:p>
    <w:p w14:paraId="2912E0E6"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4"/>
          <w:sz w:val="24"/>
          <w:szCs w:val="24"/>
        </w:rPr>
        <w:object w:dxaOrig="2299" w:dyaOrig="420" w14:anchorId="61EF3C43">
          <v:shape id="_x0000_i4455" type="#_x0000_t75" style="width:115.2pt;height:21pt" o:ole="">
            <v:imagedata r:id="rId5235" o:title=""/>
          </v:shape>
          <o:OLEObject Type="Embed" ProgID="Equation.DSMT4" ShapeID="_x0000_i4455" DrawAspect="Content" ObjectID="_1699837739" r:id="rId523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4"/>
          <w:sz w:val="24"/>
          <w:szCs w:val="24"/>
        </w:rPr>
        <w:object w:dxaOrig="2299" w:dyaOrig="420" w14:anchorId="31E7B1FA">
          <v:shape id="_x0000_i4456" type="#_x0000_t75" style="width:115.2pt;height:21pt" o:ole="">
            <v:imagedata r:id="rId5237" o:title=""/>
          </v:shape>
          <o:OLEObject Type="Embed" ProgID="Equation.DSMT4" ShapeID="_x0000_i4456" DrawAspect="Content" ObjectID="_1699837740" r:id="rId5238"/>
        </w:object>
      </w:r>
      <w:r w:rsidRPr="00B13C4C">
        <w:rPr>
          <w:rFonts w:ascii="Times New Roman" w:hAnsi="Times New Roman" w:cs="Times New Roman"/>
          <w:sz w:val="24"/>
          <w:szCs w:val="24"/>
        </w:rPr>
        <w:t>.</w:t>
      </w:r>
    </w:p>
    <w:p w14:paraId="544A978B"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4"/>
          <w:sz w:val="24"/>
          <w:szCs w:val="24"/>
        </w:rPr>
        <w:object w:dxaOrig="2299" w:dyaOrig="420" w14:anchorId="20A3A348">
          <v:shape id="_x0000_i4457" type="#_x0000_t75" style="width:115.2pt;height:21pt" o:ole="">
            <v:imagedata r:id="rId5239" o:title=""/>
          </v:shape>
          <o:OLEObject Type="Embed" ProgID="Equation.DSMT4" ShapeID="_x0000_i4457" DrawAspect="Content" ObjectID="_1699837741" r:id="rId524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4"/>
          <w:sz w:val="24"/>
          <w:szCs w:val="24"/>
        </w:rPr>
        <w:object w:dxaOrig="2299" w:dyaOrig="420" w14:anchorId="40BBC45E">
          <v:shape id="_x0000_i4458" type="#_x0000_t75" style="width:115.2pt;height:21pt" o:ole="">
            <v:imagedata r:id="rId5241" o:title=""/>
          </v:shape>
          <o:OLEObject Type="Embed" ProgID="Equation.DSMT4" ShapeID="_x0000_i4458" DrawAspect="Content" ObjectID="_1699837742" r:id="rId5242"/>
        </w:object>
      </w:r>
      <w:r w:rsidRPr="00B13C4C">
        <w:rPr>
          <w:rFonts w:ascii="Times New Roman" w:hAnsi="Times New Roman" w:cs="Times New Roman"/>
          <w:sz w:val="24"/>
          <w:szCs w:val="24"/>
        </w:rPr>
        <w:t>.</w:t>
      </w:r>
    </w:p>
    <w:p w14:paraId="4CA48DFB" w14:textId="77777777" w:rsidR="00B13C4C" w:rsidRPr="00B13C4C" w:rsidRDefault="00B13C4C" w:rsidP="00A34187">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Điều kiện xác định của phương trình </w:t>
      </w:r>
      <w:r w:rsidRPr="00B13C4C">
        <w:rPr>
          <w:rFonts w:ascii="Times New Roman" w:hAnsi="Times New Roman" w:cs="Times New Roman"/>
          <w:position w:val="-28"/>
          <w:sz w:val="24"/>
          <w:szCs w:val="24"/>
        </w:rPr>
        <w:object w:dxaOrig="1680" w:dyaOrig="660" w14:anchorId="7E69215D">
          <v:shape id="_x0000_i4459" type="#_x0000_t75" style="width:84pt;height:33pt" o:ole="">
            <v:imagedata r:id="rId5243" o:title=""/>
          </v:shape>
          <o:OLEObject Type="Embed" ProgID="Equation.DSMT4" ShapeID="_x0000_i4459" DrawAspect="Content" ObjectID="_1699837743" r:id="rId5244"/>
        </w:object>
      </w:r>
      <w:r w:rsidRPr="00B13C4C">
        <w:rPr>
          <w:rFonts w:ascii="Times New Roman" w:hAnsi="Times New Roman" w:cs="Times New Roman"/>
          <w:sz w:val="24"/>
          <w:szCs w:val="24"/>
        </w:rPr>
        <w:t xml:space="preserve"> là</w:t>
      </w:r>
    </w:p>
    <w:p w14:paraId="5FE7B1E5"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32"/>
          <w:sz w:val="24"/>
          <w:szCs w:val="24"/>
        </w:rPr>
        <w:object w:dxaOrig="999" w:dyaOrig="760" w14:anchorId="2231D71C">
          <v:shape id="_x0000_i4460" type="#_x0000_t75" style="width:49.8pt;height:37.8pt" o:ole="">
            <v:imagedata r:id="rId5245" o:title=""/>
          </v:shape>
          <o:OLEObject Type="Embed" ProgID="Equation.DSMT4" ShapeID="_x0000_i4460" DrawAspect="Content" ObjectID="_1699837744" r:id="rId524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560" w:dyaOrig="279" w14:anchorId="6D161D6B">
          <v:shape id="_x0000_i4461" type="#_x0000_t75" style="width:28.2pt;height:13.8pt" o:ole="">
            <v:imagedata r:id="rId5247" o:title=""/>
          </v:shape>
          <o:OLEObject Type="Embed" ProgID="Equation.DSMT4" ShapeID="_x0000_i4461" DrawAspect="Content" ObjectID="_1699837745" r:id="rId524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560" w:dyaOrig="279" w14:anchorId="04738052">
          <v:shape id="_x0000_i4462" type="#_x0000_t75" style="width:28.2pt;height:13.8pt" o:ole="">
            <v:imagedata r:id="rId5249" o:title=""/>
          </v:shape>
          <o:OLEObject Type="Embed" ProgID="Equation.DSMT4" ShapeID="_x0000_i4462" DrawAspect="Content" ObjectID="_1699837746" r:id="rId525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660" w:dyaOrig="279" w14:anchorId="5E0E735F">
          <v:shape id="_x0000_i4463" type="#_x0000_t75" style="width:33pt;height:13.8pt" o:ole="">
            <v:imagedata r:id="rId5251" o:title=""/>
          </v:shape>
          <o:OLEObject Type="Embed" ProgID="Equation.DSMT4" ShapeID="_x0000_i4463" DrawAspect="Content" ObjectID="_1699837747" r:id="rId5252"/>
        </w:object>
      </w:r>
      <w:r w:rsidRPr="00B13C4C">
        <w:rPr>
          <w:rFonts w:ascii="Times New Roman" w:hAnsi="Times New Roman" w:cs="Times New Roman"/>
          <w:sz w:val="24"/>
          <w:szCs w:val="24"/>
        </w:rPr>
        <w:t>.</w:t>
      </w:r>
    </w:p>
    <w:p w14:paraId="56A0849E" w14:textId="77777777" w:rsidR="00B13C4C" w:rsidRPr="00B13C4C" w:rsidRDefault="00B13C4C" w:rsidP="00A34187">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Điểm nào sau đây là giao điểm của đồ thị 2 hàm số </w:t>
      </w:r>
      <w:r w:rsidRPr="00B13C4C">
        <w:rPr>
          <w:rFonts w:ascii="Times New Roman" w:hAnsi="Times New Roman" w:cs="Times New Roman"/>
          <w:position w:val="-10"/>
          <w:sz w:val="24"/>
          <w:szCs w:val="24"/>
        </w:rPr>
        <w:object w:dxaOrig="980" w:dyaOrig="320" w14:anchorId="6B6CFC72">
          <v:shape id="_x0000_i4464" type="#_x0000_t75" style="width:49.2pt;height:16.2pt" o:ole="">
            <v:imagedata r:id="rId5253" o:title=""/>
          </v:shape>
          <o:OLEObject Type="Embed" ProgID="Equation.DSMT4" ShapeID="_x0000_i4464" DrawAspect="Content" ObjectID="_1699837748" r:id="rId5254"/>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1020" w:dyaOrig="320" w14:anchorId="4F1D81B2">
          <v:shape id="_x0000_i4465" type="#_x0000_t75" style="width:51pt;height:16.2pt" o:ole="">
            <v:imagedata r:id="rId5255" o:title=""/>
          </v:shape>
          <o:OLEObject Type="Embed" ProgID="Equation.DSMT4" ShapeID="_x0000_i4465" DrawAspect="Content" ObjectID="_1699837749" r:id="rId5256"/>
        </w:object>
      </w:r>
    </w:p>
    <w:p w14:paraId="670C86D9"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540" w:dyaOrig="320" w14:anchorId="3A05733D">
          <v:shape id="_x0000_i4466" type="#_x0000_t75" style="width:27pt;height:16.2pt" o:ole="">
            <v:imagedata r:id="rId5257" o:title=""/>
          </v:shape>
          <o:OLEObject Type="Embed" ProgID="Equation.DSMT4" ShapeID="_x0000_i4466" DrawAspect="Content" ObjectID="_1699837750" r:id="rId525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820" w:dyaOrig="320" w14:anchorId="7E22C260">
          <v:shape id="_x0000_i4467" type="#_x0000_t75" style="width:40.8pt;height:16.2pt" o:ole="">
            <v:imagedata r:id="rId5259" o:title=""/>
          </v:shape>
          <o:OLEObject Type="Embed" ProgID="Equation.DSMT4" ShapeID="_x0000_i4467" DrawAspect="Content" ObjectID="_1699837751" r:id="rId526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680" w:dyaOrig="320" w14:anchorId="1687C733">
          <v:shape id="_x0000_i4468" type="#_x0000_t75" style="width:34.2pt;height:16.2pt" o:ole="">
            <v:imagedata r:id="rId5261" o:title=""/>
          </v:shape>
          <o:OLEObject Type="Embed" ProgID="Equation.DSMT4" ShapeID="_x0000_i4468" DrawAspect="Content" ObjectID="_1699837752" r:id="rId526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620" w:dyaOrig="320" w14:anchorId="71F1BFC6">
          <v:shape id="_x0000_i4469" type="#_x0000_t75" style="width:31.2pt;height:16.2pt" o:ole="">
            <v:imagedata r:id="rId5263" o:title=""/>
          </v:shape>
          <o:OLEObject Type="Embed" ProgID="Equation.DSMT4" ShapeID="_x0000_i4469" DrawAspect="Content" ObjectID="_1699837753" r:id="rId5264"/>
        </w:object>
      </w:r>
      <w:r w:rsidRPr="00B13C4C">
        <w:rPr>
          <w:rFonts w:ascii="Times New Roman" w:hAnsi="Times New Roman" w:cs="Times New Roman"/>
          <w:sz w:val="24"/>
          <w:szCs w:val="24"/>
        </w:rPr>
        <w:t>.</w:t>
      </w:r>
    </w:p>
    <w:p w14:paraId="669E30C9" w14:textId="77777777" w:rsidR="00B13C4C" w:rsidRPr="00B13C4C" w:rsidRDefault="00B13C4C" w:rsidP="00A34187">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lastRenderedPageBreak/>
        <w:t>Câu 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Hình vẽ bên là đồ thị của hàm số nào?</w:t>
      </w:r>
    </w:p>
    <w:p w14:paraId="5DC275D2" w14:textId="77777777" w:rsidR="00B13C4C" w:rsidRPr="00B13C4C" w:rsidRDefault="00B13C4C" w:rsidP="00A34187">
      <w:pPr>
        <w:ind w:left="992" w:hanging="992"/>
        <w:jc w:val="center"/>
        <w:rPr>
          <w:rFonts w:ascii="Times New Roman" w:hAnsi="Times New Roman" w:cs="Times New Roman"/>
          <w:sz w:val="24"/>
          <w:szCs w:val="24"/>
        </w:rPr>
      </w:pPr>
      <w:r w:rsidRPr="00B13C4C">
        <w:rPr>
          <w:rFonts w:ascii="Times New Roman" w:hAnsi="Times New Roman" w:cs="Times New Roman"/>
          <w:noProof/>
          <w:sz w:val="24"/>
          <w:szCs w:val="24"/>
        </w:rPr>
        <w:drawing>
          <wp:inline distT="0" distB="0" distL="0" distR="0" wp14:anchorId="78905607" wp14:editId="54414A85">
            <wp:extent cx="1315713" cy="124206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65"/>
                    <a:stretch>
                      <a:fillRect/>
                    </a:stretch>
                  </pic:blipFill>
                  <pic:spPr>
                    <a:xfrm>
                      <a:off x="0" y="0"/>
                      <a:ext cx="1323158" cy="1249088"/>
                    </a:xfrm>
                    <a:prstGeom prst="rect">
                      <a:avLst/>
                    </a:prstGeom>
                  </pic:spPr>
                </pic:pic>
              </a:graphicData>
            </a:graphic>
          </wp:inline>
        </w:drawing>
      </w:r>
    </w:p>
    <w:p w14:paraId="082EDB39"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560" w:dyaOrig="360" w14:anchorId="6256FD5F">
          <v:shape id="_x0000_i4470" type="#_x0000_t75" style="width:78pt;height:18pt" o:ole="">
            <v:imagedata r:id="rId5266" o:title=""/>
          </v:shape>
          <o:OLEObject Type="Embed" ProgID="Equation.DSMT4" ShapeID="_x0000_i4470" DrawAspect="Content" ObjectID="_1699837754" r:id="rId526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140" w:dyaOrig="360" w14:anchorId="3E431BD3">
          <v:shape id="_x0000_i4471" type="#_x0000_t75" style="width:57pt;height:18pt" o:ole="">
            <v:imagedata r:id="rId5268" o:title=""/>
          </v:shape>
          <o:OLEObject Type="Embed" ProgID="Equation.DSMT4" ShapeID="_x0000_i4471" DrawAspect="Content" ObjectID="_1699837755" r:id="rId526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280" w:dyaOrig="360" w14:anchorId="2F8F403A">
          <v:shape id="_x0000_i4472" type="#_x0000_t75" style="width:64.2pt;height:18pt" o:ole="">
            <v:imagedata r:id="rId5270" o:title=""/>
          </v:shape>
          <o:OLEObject Type="Embed" ProgID="Equation.DSMT4" ShapeID="_x0000_i4472" DrawAspect="Content" ObjectID="_1699837756" r:id="rId527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420" w:dyaOrig="360" w14:anchorId="259FAAFE">
          <v:shape id="_x0000_i4473" type="#_x0000_t75" style="width:70.8pt;height:18pt" o:ole="">
            <v:imagedata r:id="rId5272" o:title=""/>
          </v:shape>
          <o:OLEObject Type="Embed" ProgID="Equation.DSMT4" ShapeID="_x0000_i4473" DrawAspect="Content" ObjectID="_1699837757" r:id="rId5273"/>
        </w:object>
      </w:r>
      <w:r w:rsidRPr="00B13C4C">
        <w:rPr>
          <w:rFonts w:ascii="Times New Roman" w:hAnsi="Times New Roman" w:cs="Times New Roman"/>
          <w:sz w:val="24"/>
          <w:szCs w:val="24"/>
        </w:rPr>
        <w:t>.</w:t>
      </w:r>
    </w:p>
    <w:p w14:paraId="089CDCB2" w14:textId="77777777" w:rsidR="00B13C4C" w:rsidRPr="00B13C4C" w:rsidRDefault="00B13C4C" w:rsidP="00A34187">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w:t>
      </w:r>
      <w:r w:rsidRPr="00B13C4C">
        <w:rPr>
          <w:rFonts w:ascii="Times New Roman" w:hAnsi="Times New Roman" w:cs="Times New Roman"/>
          <w:position w:val="-10"/>
          <w:sz w:val="24"/>
          <w:szCs w:val="24"/>
        </w:rPr>
        <w:object w:dxaOrig="460" w:dyaOrig="320" w14:anchorId="796F9568">
          <v:shape id="_x0000_i4474" type="#_x0000_t75" style="width:22.8pt;height:16.2pt" o:ole="">
            <v:imagedata r:id="rId5274" o:title=""/>
          </v:shape>
          <o:OLEObject Type="Embed" ProgID="Equation.DSMT4" ShapeID="_x0000_i4474" DrawAspect="Content" ObjectID="_1699837758" r:id="rId5275"/>
        </w:object>
      </w:r>
      <w:r w:rsidRPr="00B13C4C">
        <w:rPr>
          <w:rFonts w:ascii="Times New Roman" w:hAnsi="Times New Roman" w:cs="Times New Roman"/>
          <w:sz w:val="24"/>
          <w:szCs w:val="24"/>
        </w:rPr>
        <w:t xml:space="preserve"> cho </w:t>
      </w:r>
      <w:r w:rsidRPr="00B13C4C">
        <w:rPr>
          <w:rFonts w:ascii="Times New Roman" w:hAnsi="Times New Roman" w:cs="Times New Roman"/>
          <w:position w:val="-10"/>
          <w:sz w:val="24"/>
          <w:szCs w:val="24"/>
        </w:rPr>
        <w:object w:dxaOrig="2420" w:dyaOrig="320" w14:anchorId="48C3AD64">
          <v:shape id="_x0000_i4475" type="#_x0000_t75" style="width:121.2pt;height:16.2pt" o:ole="">
            <v:imagedata r:id="rId5276" o:title=""/>
          </v:shape>
          <o:OLEObject Type="Embed" ProgID="Equation.DSMT4" ShapeID="_x0000_i4475" DrawAspect="Content" ObjectID="_1699837759" r:id="rId5277"/>
        </w:object>
      </w:r>
      <w:r w:rsidRPr="00B13C4C">
        <w:rPr>
          <w:rFonts w:ascii="Times New Roman" w:hAnsi="Times New Roman" w:cs="Times New Roman"/>
          <w:sz w:val="24"/>
          <w:szCs w:val="24"/>
        </w:rPr>
        <w:t xml:space="preserve"> Khẳng định nào sau đây đúng?</w:t>
      </w:r>
    </w:p>
    <w:p w14:paraId="04CB5AFB"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859" w:dyaOrig="340" w14:anchorId="15DFC3DA">
          <v:shape id="_x0000_i4476" type="#_x0000_t75" style="width:43.2pt;height:16.8pt" o:ole="">
            <v:imagedata r:id="rId5278" o:title=""/>
          </v:shape>
          <o:OLEObject Type="Embed" ProgID="Equation.DSMT4" ShapeID="_x0000_i4476" DrawAspect="Content" ObjectID="_1699837760" r:id="rId527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2500" w:dyaOrig="380" w14:anchorId="44693299">
          <v:shape id="_x0000_i4477" type="#_x0000_t75" style="width:124.8pt;height:19.2pt" o:ole="">
            <v:imagedata r:id="rId5280" o:title=""/>
          </v:shape>
          <o:OLEObject Type="Embed" ProgID="Equation.DSMT4" ShapeID="_x0000_i4477" DrawAspect="Content" ObjectID="_1699837761" r:id="rId5281"/>
        </w:object>
      </w:r>
      <w:r w:rsidRPr="00B13C4C">
        <w:rPr>
          <w:rFonts w:ascii="Times New Roman" w:hAnsi="Times New Roman" w:cs="Times New Roman"/>
          <w:sz w:val="24"/>
          <w:szCs w:val="24"/>
        </w:rPr>
        <w:t>.</w:t>
      </w:r>
    </w:p>
    <w:p w14:paraId="086DF926"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859" w:dyaOrig="380" w14:anchorId="12C6FE76">
          <v:shape id="_x0000_i4478" type="#_x0000_t75" style="width:43.2pt;height:19.2pt" o:ole="">
            <v:imagedata r:id="rId5282" o:title=""/>
          </v:shape>
          <o:OLEObject Type="Embed" ProgID="Equation.DSMT4" ShapeID="_x0000_i4478" DrawAspect="Content" ObjectID="_1699837762" r:id="rId528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980" w:dyaOrig="380" w14:anchorId="771CB767">
          <v:shape id="_x0000_i4479" type="#_x0000_t75" style="width:49.2pt;height:19.2pt" o:ole="">
            <v:imagedata r:id="rId5284" o:title=""/>
          </v:shape>
          <o:OLEObject Type="Embed" ProgID="Equation.DSMT4" ShapeID="_x0000_i4479" DrawAspect="Content" ObjectID="_1699837763" r:id="rId5285"/>
        </w:object>
      </w:r>
      <w:r w:rsidRPr="00B13C4C">
        <w:rPr>
          <w:rFonts w:ascii="Times New Roman" w:hAnsi="Times New Roman" w:cs="Times New Roman"/>
          <w:sz w:val="24"/>
          <w:szCs w:val="24"/>
        </w:rPr>
        <w:t>.</w:t>
      </w:r>
    </w:p>
    <w:p w14:paraId="7DFBCF7D" w14:textId="77777777" w:rsidR="00B13C4C" w:rsidRPr="00B13C4C" w:rsidRDefault="00B13C4C" w:rsidP="00A34187">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Tập nghiệm của phương trình </w:t>
      </w:r>
      <w:r w:rsidRPr="00B13C4C">
        <w:rPr>
          <w:rFonts w:ascii="Times New Roman" w:hAnsi="Times New Roman" w:cs="Times New Roman"/>
          <w:position w:val="-28"/>
          <w:sz w:val="24"/>
          <w:szCs w:val="24"/>
        </w:rPr>
        <w:object w:dxaOrig="1660" w:dyaOrig="700" w14:anchorId="23B4CFA6">
          <v:shape id="_x0000_i4480" type="#_x0000_t75" style="width:82.8pt;height:34.8pt" o:ole="">
            <v:imagedata r:id="rId5286" o:title=""/>
          </v:shape>
          <o:OLEObject Type="Embed" ProgID="Equation.DSMT4" ShapeID="_x0000_i4480" DrawAspect="Content" ObjectID="_1699837764" r:id="rId5287"/>
        </w:object>
      </w:r>
      <w:r w:rsidRPr="00B13C4C">
        <w:rPr>
          <w:rFonts w:ascii="Times New Roman" w:hAnsi="Times New Roman" w:cs="Times New Roman"/>
          <w:sz w:val="24"/>
          <w:szCs w:val="24"/>
        </w:rPr>
        <w:t xml:space="preserve"> là</w:t>
      </w:r>
    </w:p>
    <w:p w14:paraId="4053E074"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880" w:dyaOrig="320" w14:anchorId="6A8ED610">
          <v:shape id="_x0000_i4481" type="#_x0000_t75" style="width:43.8pt;height:16.2pt" o:ole="">
            <v:imagedata r:id="rId5288" o:title=""/>
          </v:shape>
          <o:OLEObject Type="Embed" ProgID="Equation.DSMT4" ShapeID="_x0000_i4481" DrawAspect="Content" ObjectID="_1699837765" r:id="rId528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740" w:dyaOrig="320" w14:anchorId="04B71DF3">
          <v:shape id="_x0000_i4482" type="#_x0000_t75" style="width:37.2pt;height:16.2pt" o:ole="">
            <v:imagedata r:id="rId5290" o:title=""/>
          </v:shape>
          <o:OLEObject Type="Embed" ProgID="Equation.DSMT4" ShapeID="_x0000_i4482" DrawAspect="Content" ObjectID="_1699837766" r:id="rId529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880" w:dyaOrig="320" w14:anchorId="0004A99B">
          <v:shape id="_x0000_i4483" type="#_x0000_t75" style="width:43.8pt;height:16.2pt" o:ole="">
            <v:imagedata r:id="rId5292" o:title=""/>
          </v:shape>
          <o:OLEObject Type="Embed" ProgID="Equation.DSMT4" ShapeID="_x0000_i4483" DrawAspect="Content" ObjectID="_1699837767" r:id="rId529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660" w:dyaOrig="279" w14:anchorId="4DEB46DF">
          <v:shape id="_x0000_i4484" type="#_x0000_t75" style="width:33pt;height:13.8pt" o:ole="">
            <v:imagedata r:id="rId5294" o:title=""/>
          </v:shape>
          <o:OLEObject Type="Embed" ProgID="Equation.DSMT4" ShapeID="_x0000_i4484" DrawAspect="Content" ObjectID="_1699837768" r:id="rId5295"/>
        </w:object>
      </w:r>
      <w:r w:rsidRPr="00B13C4C">
        <w:rPr>
          <w:rFonts w:ascii="Times New Roman" w:hAnsi="Times New Roman" w:cs="Times New Roman"/>
          <w:sz w:val="24"/>
          <w:szCs w:val="24"/>
        </w:rPr>
        <w:t>.</w:t>
      </w:r>
    </w:p>
    <w:p w14:paraId="6CD6874C" w14:textId="77777777" w:rsidR="00B13C4C" w:rsidRPr="00B13C4C" w:rsidRDefault="00B13C4C" w:rsidP="00A34187">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w:t>
      </w:r>
      <w:r w:rsidRPr="00B13C4C">
        <w:rPr>
          <w:rFonts w:ascii="Times New Roman" w:hAnsi="Times New Roman" w:cs="Times New Roman"/>
          <w:position w:val="-10"/>
          <w:sz w:val="24"/>
          <w:szCs w:val="24"/>
        </w:rPr>
        <w:object w:dxaOrig="2060" w:dyaOrig="320" w14:anchorId="560AAF41">
          <v:shape id="_x0000_i4485" type="#_x0000_t75" style="width:103.2pt;height:16.2pt" o:ole="">
            <v:imagedata r:id="rId5296" o:title=""/>
          </v:shape>
          <o:OLEObject Type="Embed" ProgID="Equation.DSMT4" ShapeID="_x0000_i4485" DrawAspect="Content" ObjectID="_1699837769" r:id="rId5297"/>
        </w:object>
      </w:r>
      <w:r w:rsidRPr="00B13C4C">
        <w:rPr>
          <w:rFonts w:ascii="Times New Roman" w:hAnsi="Times New Roman" w:cs="Times New Roman"/>
          <w:sz w:val="24"/>
          <w:szCs w:val="24"/>
        </w:rPr>
        <w:t xml:space="preserve">. Tập hợp </w:t>
      </w:r>
      <w:r w:rsidRPr="00B13C4C">
        <w:rPr>
          <w:rFonts w:ascii="Times New Roman" w:hAnsi="Times New Roman" w:cs="Times New Roman"/>
          <w:position w:val="-4"/>
          <w:sz w:val="24"/>
          <w:szCs w:val="24"/>
        </w:rPr>
        <w:object w:dxaOrig="660" w:dyaOrig="260" w14:anchorId="72F23AEF">
          <v:shape id="_x0000_i4486" type="#_x0000_t75" style="width:33pt;height:13.2pt" o:ole="">
            <v:imagedata r:id="rId5298" o:title=""/>
          </v:shape>
          <o:OLEObject Type="Embed" ProgID="Equation.DSMT4" ShapeID="_x0000_i4486" DrawAspect="Content" ObjectID="_1699837770" r:id="rId5299"/>
        </w:object>
      </w:r>
      <w:r w:rsidRPr="00B13C4C">
        <w:rPr>
          <w:rFonts w:ascii="Times New Roman" w:hAnsi="Times New Roman" w:cs="Times New Roman"/>
          <w:sz w:val="24"/>
          <w:szCs w:val="24"/>
        </w:rPr>
        <w:t xml:space="preserve"> là</w:t>
      </w:r>
    </w:p>
    <w:p w14:paraId="7D11618C"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499" w:dyaOrig="320" w14:anchorId="51CBD95C">
          <v:shape id="_x0000_i4487" type="#_x0000_t75" style="width:25.2pt;height:16.2pt" o:ole="">
            <v:imagedata r:id="rId5300" o:title=""/>
          </v:shape>
          <o:OLEObject Type="Embed" ProgID="Equation.DSMT4" ShapeID="_x0000_i4487" DrawAspect="Content" ObjectID="_1699837771" r:id="rId530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499" w:dyaOrig="320" w14:anchorId="145E860D">
          <v:shape id="_x0000_i4488" type="#_x0000_t75" style="width:25.2pt;height:16.2pt" o:ole="">
            <v:imagedata r:id="rId5302" o:title=""/>
          </v:shape>
          <o:OLEObject Type="Embed" ProgID="Equation.DSMT4" ShapeID="_x0000_i4488" DrawAspect="Content" ObjectID="_1699837772" r:id="rId530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540" w:dyaOrig="320" w14:anchorId="09495C38">
          <v:shape id="_x0000_i4489" type="#_x0000_t75" style="width:27pt;height:16.2pt" o:ole="">
            <v:imagedata r:id="rId5304" o:title=""/>
          </v:shape>
          <o:OLEObject Type="Embed" ProgID="Equation.DSMT4" ShapeID="_x0000_i4489" DrawAspect="Content" ObjectID="_1699837773" r:id="rId530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740" w:dyaOrig="320" w14:anchorId="5E638C5C">
          <v:shape id="_x0000_i4490" type="#_x0000_t75" style="width:37.2pt;height:16.2pt" o:ole="">
            <v:imagedata r:id="rId5306" o:title=""/>
          </v:shape>
          <o:OLEObject Type="Embed" ProgID="Equation.DSMT4" ShapeID="_x0000_i4490" DrawAspect="Content" ObjectID="_1699837774" r:id="rId5307"/>
        </w:object>
      </w:r>
      <w:r w:rsidRPr="00B13C4C">
        <w:rPr>
          <w:rFonts w:ascii="Times New Roman" w:hAnsi="Times New Roman" w:cs="Times New Roman"/>
          <w:sz w:val="24"/>
          <w:szCs w:val="24"/>
        </w:rPr>
        <w:t>.</w:t>
      </w:r>
    </w:p>
    <w:p w14:paraId="1ED82A47" w14:textId="77777777" w:rsidR="00B13C4C" w:rsidRPr="00B13C4C" w:rsidRDefault="00B13C4C" w:rsidP="00A34187">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w:t>
      </w:r>
      <w:r w:rsidRPr="00B13C4C">
        <w:rPr>
          <w:rFonts w:ascii="Times New Roman" w:hAnsi="Times New Roman" w:cs="Times New Roman"/>
          <w:position w:val="-6"/>
          <w:sz w:val="24"/>
          <w:szCs w:val="24"/>
        </w:rPr>
        <w:object w:dxaOrig="200" w:dyaOrig="279" w14:anchorId="2C0C9238">
          <v:shape id="_x0000_i4491" type="#_x0000_t75" style="width:10.2pt;height:13.8pt" o:ole="">
            <v:imagedata r:id="rId5308" o:title=""/>
          </v:shape>
          <o:OLEObject Type="Embed" ProgID="Equation.DSMT4" ShapeID="_x0000_i4491" DrawAspect="Content" ObjectID="_1699837775" r:id="rId5309"/>
        </w:object>
      </w:r>
      <w:r w:rsidRPr="00B13C4C">
        <w:rPr>
          <w:rFonts w:ascii="Times New Roman" w:hAnsi="Times New Roman" w:cs="Times New Roman"/>
          <w:sz w:val="24"/>
          <w:szCs w:val="24"/>
        </w:rPr>
        <w:t xml:space="preserve"> và </w:t>
      </w:r>
      <w:r w:rsidRPr="00B13C4C">
        <w:rPr>
          <w:rFonts w:ascii="Times New Roman" w:hAnsi="Times New Roman" w:cs="Times New Roman"/>
          <w:position w:val="-6"/>
          <w:sz w:val="24"/>
          <w:szCs w:val="24"/>
        </w:rPr>
        <w:object w:dxaOrig="220" w:dyaOrig="340" w14:anchorId="79523E4A">
          <v:shape id="_x0000_i4492" type="#_x0000_t75" style="width:10.8pt;height:16.8pt" o:ole="">
            <v:imagedata r:id="rId5310" o:title=""/>
          </v:shape>
          <o:OLEObject Type="Embed" ProgID="Equation.DSMT4" ShapeID="_x0000_i4492" DrawAspect="Content" ObjectID="_1699837776" r:id="rId5311"/>
        </w:object>
      </w:r>
      <w:r w:rsidRPr="00B13C4C">
        <w:rPr>
          <w:rFonts w:ascii="Times New Roman" w:hAnsi="Times New Roman" w:cs="Times New Roman"/>
          <w:sz w:val="24"/>
          <w:szCs w:val="24"/>
        </w:rPr>
        <w:t xml:space="preserve"> là hai véctơ khác véctơ </w:t>
      </w:r>
      <w:r w:rsidRPr="00B13C4C">
        <w:rPr>
          <w:rFonts w:ascii="Times New Roman" w:hAnsi="Times New Roman" w:cs="Times New Roman"/>
          <w:position w:val="-6"/>
          <w:sz w:val="24"/>
          <w:szCs w:val="24"/>
        </w:rPr>
        <w:object w:dxaOrig="200" w:dyaOrig="340" w14:anchorId="632C95D1">
          <v:shape id="_x0000_i4493" type="#_x0000_t75" style="width:10.2pt;height:16.8pt" o:ole="">
            <v:imagedata r:id="rId5312" o:title=""/>
          </v:shape>
          <o:OLEObject Type="Embed" ProgID="Equation.DSMT4" ShapeID="_x0000_i4493" DrawAspect="Content" ObjectID="_1699837777" r:id="rId5313"/>
        </w:object>
      </w:r>
      <w:r w:rsidRPr="00B13C4C">
        <w:rPr>
          <w:rFonts w:ascii="Times New Roman" w:hAnsi="Times New Roman" w:cs="Times New Roman"/>
          <w:sz w:val="24"/>
          <w:szCs w:val="24"/>
        </w:rPr>
        <w:t>. Chọn khẳng định đúng</w:t>
      </w:r>
    </w:p>
    <w:p w14:paraId="65DAA75A"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 xml:space="preserve">Tích vô hướng của </w:t>
      </w:r>
      <w:r w:rsidRPr="00B13C4C">
        <w:rPr>
          <w:rFonts w:ascii="Times New Roman" w:hAnsi="Times New Roman" w:cs="Times New Roman"/>
          <w:position w:val="-6"/>
          <w:sz w:val="24"/>
          <w:szCs w:val="24"/>
        </w:rPr>
        <w:object w:dxaOrig="200" w:dyaOrig="279" w14:anchorId="407C535C">
          <v:shape id="_x0000_i4494" type="#_x0000_t75" style="width:10.2pt;height:13.8pt" o:ole="">
            <v:imagedata r:id="rId5314" o:title=""/>
          </v:shape>
          <o:OLEObject Type="Embed" ProgID="Equation.DSMT4" ShapeID="_x0000_i4494" DrawAspect="Content" ObjectID="_1699837778" r:id="rId5315"/>
        </w:object>
      </w:r>
      <w:r w:rsidRPr="00B13C4C">
        <w:rPr>
          <w:rFonts w:ascii="Times New Roman" w:hAnsi="Times New Roman" w:cs="Times New Roman"/>
          <w:sz w:val="24"/>
          <w:szCs w:val="24"/>
        </w:rPr>
        <w:t xml:space="preserve"> và </w:t>
      </w:r>
      <w:r w:rsidRPr="00B13C4C">
        <w:rPr>
          <w:rFonts w:ascii="Times New Roman" w:hAnsi="Times New Roman" w:cs="Times New Roman"/>
          <w:position w:val="-6"/>
          <w:sz w:val="24"/>
          <w:szCs w:val="24"/>
        </w:rPr>
        <w:object w:dxaOrig="220" w:dyaOrig="340" w14:anchorId="7C96C17E">
          <v:shape id="_x0000_i4495" type="#_x0000_t75" style="width:10.8pt;height:16.8pt" o:ole="">
            <v:imagedata r:id="rId5316" o:title=""/>
          </v:shape>
          <o:OLEObject Type="Embed" ProgID="Equation.DSMT4" ShapeID="_x0000_i4495" DrawAspect="Content" ObjectID="_1699837779" r:id="rId5317"/>
        </w:object>
      </w:r>
      <w:r w:rsidRPr="00B13C4C">
        <w:rPr>
          <w:rFonts w:ascii="Times New Roman" w:hAnsi="Times New Roman" w:cs="Times New Roman"/>
          <w:sz w:val="24"/>
          <w:szCs w:val="24"/>
        </w:rPr>
        <w:t xml:space="preserve"> là một véctơ.</w:t>
      </w:r>
    </w:p>
    <w:p w14:paraId="1053256E"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 xml:space="preserve">Tích vô hướng của </w:t>
      </w:r>
      <w:r w:rsidRPr="00B13C4C">
        <w:rPr>
          <w:rFonts w:ascii="Times New Roman" w:hAnsi="Times New Roman" w:cs="Times New Roman"/>
          <w:position w:val="-6"/>
          <w:sz w:val="24"/>
          <w:szCs w:val="24"/>
        </w:rPr>
        <w:object w:dxaOrig="200" w:dyaOrig="279" w14:anchorId="3E89ED25">
          <v:shape id="_x0000_i4496" type="#_x0000_t75" style="width:10.2pt;height:13.8pt" o:ole="">
            <v:imagedata r:id="rId5318" o:title=""/>
          </v:shape>
          <o:OLEObject Type="Embed" ProgID="Equation.DSMT4" ShapeID="_x0000_i4496" DrawAspect="Content" ObjectID="_1699837780" r:id="rId5319"/>
        </w:object>
      </w:r>
      <w:r w:rsidRPr="00B13C4C">
        <w:rPr>
          <w:rFonts w:ascii="Times New Roman" w:hAnsi="Times New Roman" w:cs="Times New Roman"/>
          <w:sz w:val="24"/>
          <w:szCs w:val="24"/>
        </w:rPr>
        <w:t xml:space="preserve"> và </w:t>
      </w:r>
      <w:r w:rsidRPr="00B13C4C">
        <w:rPr>
          <w:rFonts w:ascii="Times New Roman" w:hAnsi="Times New Roman" w:cs="Times New Roman"/>
          <w:position w:val="-6"/>
          <w:sz w:val="24"/>
          <w:szCs w:val="24"/>
        </w:rPr>
        <w:object w:dxaOrig="220" w:dyaOrig="340" w14:anchorId="4C5B6D59">
          <v:shape id="_x0000_i4497" type="#_x0000_t75" style="width:10.8pt;height:16.8pt" o:ole="">
            <v:imagedata r:id="rId5320" o:title=""/>
          </v:shape>
          <o:OLEObject Type="Embed" ProgID="Equation.DSMT4" ShapeID="_x0000_i4497" DrawAspect="Content" ObjectID="_1699837781" r:id="rId5321"/>
        </w:object>
      </w:r>
      <w:r w:rsidRPr="00B13C4C">
        <w:rPr>
          <w:rFonts w:ascii="Times New Roman" w:hAnsi="Times New Roman" w:cs="Times New Roman"/>
          <w:sz w:val="24"/>
          <w:szCs w:val="24"/>
        </w:rPr>
        <w:t xml:space="preserve"> là một số thực luôn khác 0.</w:t>
      </w:r>
    </w:p>
    <w:p w14:paraId="60CF987E"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 xml:space="preserve">Tích vô hướng của </w:t>
      </w:r>
      <w:r w:rsidRPr="00B13C4C">
        <w:rPr>
          <w:rFonts w:ascii="Times New Roman" w:hAnsi="Times New Roman" w:cs="Times New Roman"/>
          <w:position w:val="-6"/>
          <w:sz w:val="24"/>
          <w:szCs w:val="24"/>
        </w:rPr>
        <w:object w:dxaOrig="200" w:dyaOrig="279" w14:anchorId="6A7EBF0E">
          <v:shape id="_x0000_i4498" type="#_x0000_t75" style="width:10.2pt;height:13.8pt" o:ole="">
            <v:imagedata r:id="rId5322" o:title=""/>
          </v:shape>
          <o:OLEObject Type="Embed" ProgID="Equation.DSMT4" ShapeID="_x0000_i4498" DrawAspect="Content" ObjectID="_1699837782" r:id="rId5323"/>
        </w:object>
      </w:r>
      <w:r w:rsidRPr="00B13C4C">
        <w:rPr>
          <w:rFonts w:ascii="Times New Roman" w:hAnsi="Times New Roman" w:cs="Times New Roman"/>
          <w:sz w:val="24"/>
          <w:szCs w:val="24"/>
        </w:rPr>
        <w:t xml:space="preserve"> và </w:t>
      </w:r>
      <w:r w:rsidRPr="00B13C4C">
        <w:rPr>
          <w:rFonts w:ascii="Times New Roman" w:hAnsi="Times New Roman" w:cs="Times New Roman"/>
          <w:position w:val="-6"/>
          <w:sz w:val="24"/>
          <w:szCs w:val="24"/>
        </w:rPr>
        <w:object w:dxaOrig="220" w:dyaOrig="340" w14:anchorId="1B74601E">
          <v:shape id="_x0000_i4499" type="#_x0000_t75" style="width:10.8pt;height:16.8pt" o:ole="">
            <v:imagedata r:id="rId5324" o:title=""/>
          </v:shape>
          <o:OLEObject Type="Embed" ProgID="Equation.DSMT4" ShapeID="_x0000_i4499" DrawAspect="Content" ObjectID="_1699837783" r:id="rId5325"/>
        </w:object>
      </w:r>
      <w:r w:rsidRPr="00B13C4C">
        <w:rPr>
          <w:rFonts w:ascii="Times New Roman" w:hAnsi="Times New Roman" w:cs="Times New Roman"/>
          <w:sz w:val="24"/>
          <w:szCs w:val="24"/>
        </w:rPr>
        <w:t xml:space="preserve"> là một số thực.</w:t>
      </w:r>
    </w:p>
    <w:p w14:paraId="171A0812"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 xml:space="preserve">Tích vô hướng của </w:t>
      </w:r>
      <w:r w:rsidRPr="00B13C4C">
        <w:rPr>
          <w:rFonts w:ascii="Times New Roman" w:hAnsi="Times New Roman" w:cs="Times New Roman"/>
          <w:position w:val="-6"/>
          <w:sz w:val="24"/>
          <w:szCs w:val="24"/>
        </w:rPr>
        <w:object w:dxaOrig="200" w:dyaOrig="279" w14:anchorId="5A98252E">
          <v:shape id="_x0000_i4500" type="#_x0000_t75" style="width:10.2pt;height:13.8pt" o:ole="">
            <v:imagedata r:id="rId5326" o:title=""/>
          </v:shape>
          <o:OLEObject Type="Embed" ProgID="Equation.DSMT4" ShapeID="_x0000_i4500" DrawAspect="Content" ObjectID="_1699837784" r:id="rId5327"/>
        </w:object>
      </w:r>
      <w:r w:rsidRPr="00B13C4C">
        <w:rPr>
          <w:rFonts w:ascii="Times New Roman" w:hAnsi="Times New Roman" w:cs="Times New Roman"/>
          <w:sz w:val="24"/>
          <w:szCs w:val="24"/>
        </w:rPr>
        <w:t xml:space="preserve"> và </w:t>
      </w:r>
      <w:r w:rsidRPr="00B13C4C">
        <w:rPr>
          <w:rFonts w:ascii="Times New Roman" w:hAnsi="Times New Roman" w:cs="Times New Roman"/>
          <w:position w:val="-6"/>
          <w:sz w:val="24"/>
          <w:szCs w:val="24"/>
        </w:rPr>
        <w:object w:dxaOrig="220" w:dyaOrig="340" w14:anchorId="19D73E17">
          <v:shape id="_x0000_i4501" type="#_x0000_t75" style="width:10.8pt;height:16.8pt" o:ole="">
            <v:imagedata r:id="rId5328" o:title=""/>
          </v:shape>
          <o:OLEObject Type="Embed" ProgID="Equation.DSMT4" ShapeID="_x0000_i4501" DrawAspect="Content" ObjectID="_1699837785" r:id="rId5329"/>
        </w:object>
      </w:r>
      <w:r w:rsidRPr="00B13C4C">
        <w:rPr>
          <w:rFonts w:ascii="Times New Roman" w:hAnsi="Times New Roman" w:cs="Times New Roman"/>
          <w:sz w:val="24"/>
          <w:szCs w:val="24"/>
        </w:rPr>
        <w:t xml:space="preserve"> là một số thực luôn dương.</w:t>
      </w:r>
    </w:p>
    <w:p w14:paraId="5CB45C66" w14:textId="77777777" w:rsidR="00B13C4C" w:rsidRPr="00B13C4C" w:rsidRDefault="00B13C4C" w:rsidP="00A34187">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tam giác </w:t>
      </w:r>
      <w:r w:rsidRPr="00B13C4C">
        <w:rPr>
          <w:rFonts w:ascii="Times New Roman" w:hAnsi="Times New Roman" w:cs="Times New Roman"/>
          <w:position w:val="-6"/>
          <w:sz w:val="24"/>
          <w:szCs w:val="24"/>
        </w:rPr>
        <w:object w:dxaOrig="560" w:dyaOrig="279" w14:anchorId="7175ACCD">
          <v:shape id="_x0000_i4502" type="#_x0000_t75" style="width:28.2pt;height:13.8pt" o:ole="">
            <v:imagedata r:id="rId5330" o:title=""/>
          </v:shape>
          <o:OLEObject Type="Embed" ProgID="Equation.DSMT4" ShapeID="_x0000_i4502" DrawAspect="Content" ObjectID="_1699837786" r:id="rId5331"/>
        </w:object>
      </w:r>
      <w:r w:rsidRPr="00B13C4C">
        <w:rPr>
          <w:rFonts w:ascii="Times New Roman" w:hAnsi="Times New Roman" w:cs="Times New Roman"/>
          <w:sz w:val="24"/>
          <w:szCs w:val="24"/>
        </w:rPr>
        <w:t xml:space="preserve"> vuông tại </w:t>
      </w:r>
      <w:r w:rsidRPr="00B13C4C">
        <w:rPr>
          <w:rFonts w:ascii="Times New Roman" w:hAnsi="Times New Roman" w:cs="Times New Roman"/>
          <w:position w:val="-4"/>
          <w:sz w:val="24"/>
          <w:szCs w:val="24"/>
        </w:rPr>
        <w:object w:dxaOrig="240" w:dyaOrig="260" w14:anchorId="4A733A5F">
          <v:shape id="_x0000_i4503" type="#_x0000_t75" style="width:12pt;height:13.2pt" o:ole="">
            <v:imagedata r:id="rId5332" o:title=""/>
          </v:shape>
          <o:OLEObject Type="Embed" ProgID="Equation.DSMT4" ShapeID="_x0000_i4503" DrawAspect="Content" ObjectID="_1699837787" r:id="rId5333"/>
        </w:object>
      </w:r>
      <w:r w:rsidRPr="00B13C4C">
        <w:rPr>
          <w:rFonts w:ascii="Times New Roman" w:hAnsi="Times New Roman" w:cs="Times New Roman"/>
          <w:sz w:val="24"/>
          <w:szCs w:val="24"/>
        </w:rPr>
        <w:t xml:space="preserve"> có </w:t>
      </w:r>
      <w:r w:rsidRPr="00B13C4C">
        <w:rPr>
          <w:rFonts w:ascii="Times New Roman" w:hAnsi="Times New Roman" w:cs="Times New Roman"/>
          <w:position w:val="-10"/>
          <w:sz w:val="24"/>
          <w:szCs w:val="24"/>
        </w:rPr>
        <w:object w:dxaOrig="1520" w:dyaOrig="320" w14:anchorId="419318C4">
          <v:shape id="_x0000_i4504" type="#_x0000_t75" style="width:76.2pt;height:16.2pt" o:ole="">
            <v:imagedata r:id="rId5334" o:title=""/>
          </v:shape>
          <o:OLEObject Type="Embed" ProgID="Equation.DSMT4" ShapeID="_x0000_i4504" DrawAspect="Content" ObjectID="_1699837788" r:id="rId5335"/>
        </w:object>
      </w:r>
      <w:r w:rsidRPr="00B13C4C">
        <w:rPr>
          <w:rFonts w:ascii="Times New Roman" w:hAnsi="Times New Roman" w:cs="Times New Roman"/>
          <w:sz w:val="24"/>
          <w:szCs w:val="24"/>
        </w:rPr>
        <w:t xml:space="preserve">. Khi đó </w:t>
      </w:r>
      <w:r w:rsidRPr="00B13C4C">
        <w:rPr>
          <w:rFonts w:ascii="Times New Roman" w:hAnsi="Times New Roman" w:cs="Times New Roman"/>
          <w:position w:val="-10"/>
          <w:sz w:val="24"/>
          <w:szCs w:val="24"/>
        </w:rPr>
        <w:object w:dxaOrig="1100" w:dyaOrig="380" w14:anchorId="4329F144">
          <v:shape id="_x0000_i4505" type="#_x0000_t75" style="width:55.2pt;height:19.2pt" o:ole="">
            <v:imagedata r:id="rId5336" o:title=""/>
          </v:shape>
          <o:OLEObject Type="Embed" ProgID="Equation.DSMT4" ShapeID="_x0000_i4505" DrawAspect="Content" ObjectID="_1699837789" r:id="rId5337"/>
        </w:object>
      </w:r>
      <w:r w:rsidRPr="00B13C4C">
        <w:rPr>
          <w:rFonts w:ascii="Times New Roman" w:hAnsi="Times New Roman" w:cs="Times New Roman"/>
          <w:sz w:val="24"/>
          <w:szCs w:val="24"/>
        </w:rPr>
        <w:t xml:space="preserve"> bằng</w:t>
      </w:r>
    </w:p>
    <w:p w14:paraId="0E49A84C"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5.</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6.</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1.</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7.</w:t>
      </w:r>
    </w:p>
    <w:p w14:paraId="3ACA2D06" w14:textId="77777777" w:rsidR="00B13C4C" w:rsidRPr="00B13C4C" w:rsidRDefault="00B13C4C" w:rsidP="00A34187">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Phương trình </w:t>
      </w:r>
      <w:r w:rsidRPr="00B13C4C">
        <w:rPr>
          <w:rFonts w:ascii="Times New Roman" w:hAnsi="Times New Roman" w:cs="Times New Roman"/>
          <w:position w:val="-10"/>
          <w:sz w:val="24"/>
          <w:szCs w:val="24"/>
        </w:rPr>
        <w:object w:dxaOrig="2299" w:dyaOrig="360" w14:anchorId="3B19A448">
          <v:shape id="_x0000_i4506" type="#_x0000_t75" style="width:115.2pt;height:18pt" o:ole="">
            <v:imagedata r:id="rId5338" o:title=""/>
          </v:shape>
          <o:OLEObject Type="Embed" ProgID="Equation.DSMT4" ShapeID="_x0000_i4506" DrawAspect="Content" ObjectID="_1699837790" r:id="rId5339"/>
        </w:object>
      </w:r>
      <w:r w:rsidRPr="00B13C4C">
        <w:rPr>
          <w:rFonts w:ascii="Times New Roman" w:hAnsi="Times New Roman" w:cs="Times New Roman"/>
          <w:sz w:val="24"/>
          <w:szCs w:val="24"/>
        </w:rPr>
        <w:t xml:space="preserve"> có hai nghiệm phân biệt khi</w:t>
      </w:r>
    </w:p>
    <w:p w14:paraId="792E089B"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820" w:dyaOrig="620" w14:anchorId="61C02B2E">
          <v:shape id="_x0000_i4507" type="#_x0000_t75" style="width:40.8pt;height:31.2pt" o:ole="">
            <v:imagedata r:id="rId5340" o:title=""/>
          </v:shape>
          <o:OLEObject Type="Embed" ProgID="Equation.DSMT4" ShapeID="_x0000_i4507" DrawAspect="Content" ObjectID="_1699837791" r:id="rId534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820" w:dyaOrig="620" w14:anchorId="2445796D">
          <v:shape id="_x0000_i4508" type="#_x0000_t75" style="width:40.8pt;height:31.2pt" o:ole="">
            <v:imagedata r:id="rId5342" o:title=""/>
          </v:shape>
          <o:OLEObject Type="Embed" ProgID="Equation.DSMT4" ShapeID="_x0000_i4508" DrawAspect="Content" ObjectID="_1699837792" r:id="rId5343"/>
        </w:object>
      </w:r>
      <w:r w:rsidRPr="00B13C4C">
        <w:rPr>
          <w:rFonts w:ascii="Times New Roman" w:hAnsi="Times New Roman" w:cs="Times New Roman"/>
          <w:sz w:val="24"/>
          <w:szCs w:val="24"/>
        </w:rPr>
        <w:t xml:space="preserve"> và </w:t>
      </w:r>
      <w:r w:rsidRPr="00B13C4C">
        <w:rPr>
          <w:rFonts w:ascii="Times New Roman" w:hAnsi="Times New Roman" w:cs="Times New Roman"/>
          <w:position w:val="-6"/>
          <w:sz w:val="24"/>
          <w:szCs w:val="24"/>
        </w:rPr>
        <w:object w:dxaOrig="620" w:dyaOrig="279" w14:anchorId="18500BCA">
          <v:shape id="_x0000_i4509" type="#_x0000_t75" style="width:31.2pt;height:13.8pt" o:ole="">
            <v:imagedata r:id="rId5344" o:title=""/>
          </v:shape>
          <o:OLEObject Type="Embed" ProgID="Equation.DSMT4" ShapeID="_x0000_i4509" DrawAspect="Content" ObjectID="_1699837793" r:id="rId5345"/>
        </w:object>
      </w:r>
      <w:r w:rsidRPr="00B13C4C">
        <w:rPr>
          <w:rFonts w:ascii="Times New Roman" w:hAnsi="Times New Roman" w:cs="Times New Roman"/>
          <w:sz w:val="24"/>
          <w:szCs w:val="24"/>
        </w:rPr>
        <w:t>.</w:t>
      </w:r>
    </w:p>
    <w:p w14:paraId="760D22CF"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820" w:dyaOrig="620" w14:anchorId="51E0F8E8">
          <v:shape id="_x0000_i4510" type="#_x0000_t75" style="width:40.8pt;height:31.2pt" o:ole="">
            <v:imagedata r:id="rId5346" o:title=""/>
          </v:shape>
          <o:OLEObject Type="Embed" ProgID="Equation.DSMT4" ShapeID="_x0000_i4510" DrawAspect="Content" ObjectID="_1699837794" r:id="rId534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820" w:dyaOrig="620" w14:anchorId="3EB9C2C9">
          <v:shape id="_x0000_i4511" type="#_x0000_t75" style="width:40.8pt;height:31.2pt" o:ole="">
            <v:imagedata r:id="rId5348" o:title=""/>
          </v:shape>
          <o:OLEObject Type="Embed" ProgID="Equation.DSMT4" ShapeID="_x0000_i4511" DrawAspect="Content" ObjectID="_1699837795" r:id="rId5349"/>
        </w:object>
      </w:r>
      <w:r w:rsidRPr="00B13C4C">
        <w:rPr>
          <w:rFonts w:ascii="Times New Roman" w:hAnsi="Times New Roman" w:cs="Times New Roman"/>
          <w:sz w:val="24"/>
          <w:szCs w:val="24"/>
        </w:rPr>
        <w:t xml:space="preserve"> và </w:t>
      </w:r>
      <w:r w:rsidRPr="00B13C4C">
        <w:rPr>
          <w:rFonts w:ascii="Times New Roman" w:hAnsi="Times New Roman" w:cs="Times New Roman"/>
          <w:position w:val="-6"/>
          <w:sz w:val="24"/>
          <w:szCs w:val="24"/>
        </w:rPr>
        <w:object w:dxaOrig="620" w:dyaOrig="279" w14:anchorId="77725F13">
          <v:shape id="_x0000_i4512" type="#_x0000_t75" style="width:31.2pt;height:13.8pt" o:ole="">
            <v:imagedata r:id="rId5350" o:title=""/>
          </v:shape>
          <o:OLEObject Type="Embed" ProgID="Equation.DSMT4" ShapeID="_x0000_i4512" DrawAspect="Content" ObjectID="_1699837796" r:id="rId5351"/>
        </w:object>
      </w:r>
      <w:r w:rsidRPr="00B13C4C">
        <w:rPr>
          <w:rFonts w:ascii="Times New Roman" w:hAnsi="Times New Roman" w:cs="Times New Roman"/>
          <w:sz w:val="24"/>
          <w:szCs w:val="24"/>
        </w:rPr>
        <w:t>.</w:t>
      </w:r>
    </w:p>
    <w:p w14:paraId="70FD4CD1" w14:textId="77777777" w:rsidR="00B13C4C" w:rsidRPr="00B13C4C" w:rsidRDefault="00B13C4C" w:rsidP="00A34187">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w:t>
      </w:r>
      <w:r w:rsidRPr="00B13C4C">
        <w:rPr>
          <w:rFonts w:ascii="Times New Roman" w:hAnsi="Times New Roman" w:cs="Times New Roman"/>
          <w:position w:val="-10"/>
          <w:sz w:val="24"/>
          <w:szCs w:val="24"/>
        </w:rPr>
        <w:object w:dxaOrig="460" w:dyaOrig="320" w14:anchorId="79B655BC">
          <v:shape id="_x0000_i4513" type="#_x0000_t75" style="width:22.8pt;height:16.2pt" o:ole="">
            <v:imagedata r:id="rId5352" o:title=""/>
          </v:shape>
          <o:OLEObject Type="Embed" ProgID="Equation.DSMT4" ShapeID="_x0000_i4513" DrawAspect="Content" ObjectID="_1699837797" r:id="rId5353"/>
        </w:object>
      </w:r>
      <w:r w:rsidRPr="00B13C4C">
        <w:rPr>
          <w:rFonts w:ascii="Times New Roman" w:hAnsi="Times New Roman" w:cs="Times New Roman"/>
          <w:sz w:val="24"/>
          <w:szCs w:val="24"/>
        </w:rPr>
        <w:t xml:space="preserve">, trên nửa đường tròn lượng giác góc </w:t>
      </w:r>
      <w:r w:rsidRPr="00B13C4C">
        <w:rPr>
          <w:rFonts w:ascii="Times New Roman" w:hAnsi="Times New Roman" w:cs="Times New Roman"/>
          <w:position w:val="-6"/>
          <w:sz w:val="24"/>
          <w:szCs w:val="24"/>
        </w:rPr>
        <w:object w:dxaOrig="240" w:dyaOrig="220" w14:anchorId="6303F49F">
          <v:shape id="_x0000_i4514" type="#_x0000_t75" style="width:12pt;height:10.8pt" o:ole="">
            <v:imagedata r:id="rId5354" o:title=""/>
          </v:shape>
          <o:OLEObject Type="Embed" ProgID="Equation.DSMT4" ShapeID="_x0000_i4514" DrawAspect="Content" ObjectID="_1699837798" r:id="rId5355"/>
        </w:object>
      </w:r>
      <w:r w:rsidRPr="00B13C4C">
        <w:rPr>
          <w:rFonts w:ascii="Times New Roman" w:hAnsi="Times New Roman" w:cs="Times New Roman"/>
          <w:sz w:val="24"/>
          <w:szCs w:val="24"/>
        </w:rPr>
        <w:t xml:space="preserve"> được biểu diễn bởi điểm </w:t>
      </w:r>
      <w:r w:rsidRPr="00B13C4C">
        <w:rPr>
          <w:rFonts w:ascii="Times New Roman" w:hAnsi="Times New Roman" w:cs="Times New Roman"/>
          <w:position w:val="-34"/>
          <w:sz w:val="24"/>
          <w:szCs w:val="24"/>
        </w:rPr>
        <w:object w:dxaOrig="1460" w:dyaOrig="800" w14:anchorId="29CC642F">
          <v:shape id="_x0000_i4515" type="#_x0000_t75" style="width:73.2pt;height:40.2pt" o:ole="">
            <v:imagedata r:id="rId5356" o:title=""/>
          </v:shape>
          <o:OLEObject Type="Embed" ProgID="Equation.DSMT4" ShapeID="_x0000_i4515" DrawAspect="Content" ObjectID="_1699837799" r:id="rId5357"/>
        </w:object>
      </w:r>
      <w:r w:rsidRPr="00B13C4C">
        <w:rPr>
          <w:rFonts w:ascii="Times New Roman" w:hAnsi="Times New Roman" w:cs="Times New Roman"/>
          <w:sz w:val="24"/>
          <w:szCs w:val="24"/>
        </w:rPr>
        <w:t xml:space="preserve">. Giá trị của </w:t>
      </w:r>
      <w:r w:rsidRPr="00B13C4C">
        <w:rPr>
          <w:rFonts w:ascii="Times New Roman" w:hAnsi="Times New Roman" w:cs="Times New Roman"/>
          <w:position w:val="-6"/>
          <w:sz w:val="24"/>
          <w:szCs w:val="24"/>
        </w:rPr>
        <w:object w:dxaOrig="580" w:dyaOrig="260" w14:anchorId="212C328C">
          <v:shape id="_x0000_i4516" type="#_x0000_t75" style="width:28.8pt;height:13.2pt" o:ole="">
            <v:imagedata r:id="rId5358" o:title=""/>
          </v:shape>
          <o:OLEObject Type="Embed" ProgID="Equation.DSMT4" ShapeID="_x0000_i4516" DrawAspect="Content" ObjectID="_1699837800" r:id="rId5359"/>
        </w:object>
      </w:r>
      <w:r w:rsidRPr="00B13C4C">
        <w:rPr>
          <w:rFonts w:ascii="Times New Roman" w:hAnsi="Times New Roman" w:cs="Times New Roman"/>
          <w:sz w:val="24"/>
          <w:szCs w:val="24"/>
        </w:rPr>
        <w:t xml:space="preserve"> là</w:t>
      </w:r>
    </w:p>
    <w:p w14:paraId="4078E43D"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8"/>
          <w:sz w:val="24"/>
          <w:szCs w:val="24"/>
        </w:rPr>
        <w:object w:dxaOrig="460" w:dyaOrig="360" w14:anchorId="379BE5AC">
          <v:shape id="_x0000_i4517" type="#_x0000_t75" style="width:22.8pt;height:18pt" o:ole="">
            <v:imagedata r:id="rId5360" o:title=""/>
          </v:shape>
          <o:OLEObject Type="Embed" ProgID="Equation.DSMT4" ShapeID="_x0000_i4517" DrawAspect="Content" ObjectID="_1699837801" r:id="rId536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499" w:dyaOrig="680" w14:anchorId="72C6D5E4">
          <v:shape id="_x0000_i4518" type="#_x0000_t75" style="width:25.2pt;height:34.2pt" o:ole="">
            <v:imagedata r:id="rId5362" o:title=""/>
          </v:shape>
          <o:OLEObject Type="Embed" ProgID="Equation.DSMT4" ShapeID="_x0000_i4518" DrawAspect="Content" ObjectID="_1699837802" r:id="rId536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8"/>
          <w:sz w:val="24"/>
          <w:szCs w:val="24"/>
        </w:rPr>
        <w:object w:dxaOrig="600" w:dyaOrig="360" w14:anchorId="510886EF">
          <v:shape id="_x0000_i4519" type="#_x0000_t75" style="width:30pt;height:18pt" o:ole="">
            <v:imagedata r:id="rId5364" o:title=""/>
          </v:shape>
          <o:OLEObject Type="Embed" ProgID="Equation.DSMT4" ShapeID="_x0000_i4519" DrawAspect="Content" ObjectID="_1699837803" r:id="rId536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680" w:dyaOrig="680" w14:anchorId="4F2D6972">
          <v:shape id="_x0000_i4520" type="#_x0000_t75" style="width:34.2pt;height:34.2pt" o:ole="">
            <v:imagedata r:id="rId5366" o:title=""/>
          </v:shape>
          <o:OLEObject Type="Embed" ProgID="Equation.DSMT4" ShapeID="_x0000_i4520" DrawAspect="Content" ObjectID="_1699837804" r:id="rId5367"/>
        </w:object>
      </w:r>
      <w:r w:rsidRPr="00B13C4C">
        <w:rPr>
          <w:rFonts w:ascii="Times New Roman" w:hAnsi="Times New Roman" w:cs="Times New Roman"/>
          <w:sz w:val="24"/>
          <w:szCs w:val="24"/>
        </w:rPr>
        <w:t>.</w:t>
      </w:r>
    </w:p>
    <w:p w14:paraId="78D8CACE" w14:textId="77777777" w:rsidR="00B13C4C" w:rsidRPr="00B13C4C" w:rsidRDefault="00B13C4C" w:rsidP="00A34187">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Tập xác định của hàm số </w:t>
      </w:r>
      <w:r w:rsidRPr="00B13C4C">
        <w:rPr>
          <w:rFonts w:ascii="Times New Roman" w:hAnsi="Times New Roman" w:cs="Times New Roman"/>
          <w:position w:val="-28"/>
          <w:sz w:val="24"/>
          <w:szCs w:val="24"/>
        </w:rPr>
        <w:object w:dxaOrig="1920" w:dyaOrig="660" w14:anchorId="1C332677">
          <v:shape id="_x0000_i4521" type="#_x0000_t75" style="width:96pt;height:33pt" o:ole="">
            <v:imagedata r:id="rId5368" o:title=""/>
          </v:shape>
          <o:OLEObject Type="Embed" ProgID="Equation.DSMT4" ShapeID="_x0000_i4521" DrawAspect="Content" ObjectID="_1699837805" r:id="rId5369"/>
        </w:object>
      </w:r>
      <w:r w:rsidRPr="00B13C4C">
        <w:rPr>
          <w:rFonts w:ascii="Times New Roman" w:hAnsi="Times New Roman" w:cs="Times New Roman"/>
          <w:sz w:val="24"/>
          <w:szCs w:val="24"/>
        </w:rPr>
        <w:t xml:space="preserve"> là</w:t>
      </w:r>
    </w:p>
    <w:p w14:paraId="2FE92817"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499" w:dyaOrig="320" w14:anchorId="715753DB">
          <v:shape id="_x0000_i4522" type="#_x0000_t75" style="width:25.2pt;height:16.2pt" o:ole="">
            <v:imagedata r:id="rId5370" o:title=""/>
          </v:shape>
          <o:OLEObject Type="Embed" ProgID="Equation.DSMT4" ShapeID="_x0000_i4522" DrawAspect="Content" ObjectID="_1699837806" r:id="rId537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480" w:dyaOrig="320" w14:anchorId="3E38F457">
          <v:shape id="_x0000_i4523" type="#_x0000_t75" style="width:24pt;height:16.2pt" o:ole="">
            <v:imagedata r:id="rId5372" o:title=""/>
          </v:shape>
          <o:OLEObject Type="Embed" ProgID="Equation.DSMT4" ShapeID="_x0000_i4523" DrawAspect="Content" ObjectID="_1699837807" r:id="rId537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499" w:dyaOrig="320" w14:anchorId="2A028A25">
          <v:shape id="_x0000_i4524" type="#_x0000_t75" style="width:25.2pt;height:16.2pt" o:ole="">
            <v:imagedata r:id="rId5374" o:title=""/>
          </v:shape>
          <o:OLEObject Type="Embed" ProgID="Equation.DSMT4" ShapeID="_x0000_i4524" DrawAspect="Content" ObjectID="_1699837808" r:id="rId537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499" w:dyaOrig="320" w14:anchorId="3E7A6D6E">
          <v:shape id="_x0000_i4525" type="#_x0000_t75" style="width:25.2pt;height:16.2pt" o:ole="">
            <v:imagedata r:id="rId5376" o:title=""/>
          </v:shape>
          <o:OLEObject Type="Embed" ProgID="Equation.DSMT4" ShapeID="_x0000_i4525" DrawAspect="Content" ObjectID="_1699837809" r:id="rId5377"/>
        </w:object>
      </w:r>
      <w:r w:rsidRPr="00B13C4C">
        <w:rPr>
          <w:rFonts w:ascii="Times New Roman" w:hAnsi="Times New Roman" w:cs="Times New Roman"/>
          <w:sz w:val="24"/>
          <w:szCs w:val="24"/>
        </w:rPr>
        <w:t>.</w:t>
      </w:r>
    </w:p>
    <w:p w14:paraId="1EB3B986" w14:textId="77777777" w:rsidR="00B13C4C" w:rsidRPr="00B13C4C" w:rsidRDefault="00B13C4C" w:rsidP="00A34187">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phương trình </w:t>
      </w:r>
      <w:r w:rsidRPr="00B13C4C">
        <w:rPr>
          <w:rFonts w:ascii="Times New Roman" w:hAnsi="Times New Roman" w:cs="Times New Roman"/>
          <w:position w:val="-10"/>
          <w:sz w:val="24"/>
          <w:szCs w:val="24"/>
        </w:rPr>
        <w:object w:dxaOrig="3540" w:dyaOrig="380" w14:anchorId="79C4F371">
          <v:shape id="_x0000_i4526" type="#_x0000_t75" style="width:177pt;height:19.2pt" o:ole="">
            <v:imagedata r:id="rId5378" o:title=""/>
          </v:shape>
          <o:OLEObject Type="Embed" ProgID="Equation.DSMT4" ShapeID="_x0000_i4526" DrawAspect="Content" ObjectID="_1699837810" r:id="rId5379"/>
        </w:object>
      </w:r>
      <w:r w:rsidRPr="00B13C4C">
        <w:rPr>
          <w:rFonts w:ascii="Times New Roman" w:hAnsi="Times New Roman" w:cs="Times New Roman"/>
          <w:sz w:val="24"/>
          <w:szCs w:val="24"/>
        </w:rPr>
        <w:t>. Hãy chọn khẳng định đúng trong các khẳng định sau</w:t>
      </w:r>
    </w:p>
    <w:p w14:paraId="6FE101E0"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Phương trình vô nghiệm.</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Phương trình có 2 nghiệm trái dấu.</w:t>
      </w:r>
    </w:p>
    <w:p w14:paraId="2611D10F"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lastRenderedPageBreak/>
        <w:t xml:space="preserve">C. </w:t>
      </w:r>
      <w:r w:rsidRPr="00B13C4C">
        <w:rPr>
          <w:rFonts w:ascii="Times New Roman" w:hAnsi="Times New Roman" w:cs="Times New Roman"/>
          <w:sz w:val="24"/>
          <w:szCs w:val="24"/>
        </w:rPr>
        <w:t>Phương trình có 2 nghiệm dương.</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Phương trình có 2 nghiệm âm.</w:t>
      </w:r>
    </w:p>
    <w:p w14:paraId="148DE878" w14:textId="77777777" w:rsidR="00B13C4C" w:rsidRPr="00B13C4C" w:rsidRDefault="00B13C4C" w:rsidP="00A34187">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hình vuông </w:t>
      </w:r>
      <w:r w:rsidRPr="00B13C4C">
        <w:rPr>
          <w:rFonts w:ascii="Times New Roman" w:hAnsi="Times New Roman" w:cs="Times New Roman"/>
          <w:position w:val="-6"/>
          <w:sz w:val="24"/>
          <w:szCs w:val="24"/>
        </w:rPr>
        <w:object w:dxaOrig="720" w:dyaOrig="279" w14:anchorId="13BC3821">
          <v:shape id="_x0000_i4527" type="#_x0000_t75" style="width:36pt;height:13.8pt" o:ole="">
            <v:imagedata r:id="rId5380" o:title=""/>
          </v:shape>
          <o:OLEObject Type="Embed" ProgID="Equation.DSMT4" ShapeID="_x0000_i4527" DrawAspect="Content" ObjectID="_1699837811" r:id="rId5381"/>
        </w:object>
      </w:r>
      <w:r w:rsidRPr="00B13C4C">
        <w:rPr>
          <w:rFonts w:ascii="Times New Roman" w:hAnsi="Times New Roman" w:cs="Times New Roman"/>
          <w:sz w:val="24"/>
          <w:szCs w:val="24"/>
        </w:rPr>
        <w:t xml:space="preserve"> cạnh </w:t>
      </w:r>
      <w:r w:rsidRPr="00B13C4C">
        <w:rPr>
          <w:rFonts w:ascii="Times New Roman" w:hAnsi="Times New Roman" w:cs="Times New Roman"/>
          <w:position w:val="-6"/>
          <w:sz w:val="24"/>
          <w:szCs w:val="24"/>
        </w:rPr>
        <w:object w:dxaOrig="200" w:dyaOrig="220" w14:anchorId="36C20A0E">
          <v:shape id="_x0000_i4528" type="#_x0000_t75" style="width:10.2pt;height:10.8pt" o:ole="">
            <v:imagedata r:id="rId5382" o:title=""/>
          </v:shape>
          <o:OLEObject Type="Embed" ProgID="Equation.DSMT4" ShapeID="_x0000_i4528" DrawAspect="Content" ObjectID="_1699837812" r:id="rId5383"/>
        </w:object>
      </w:r>
      <w:r w:rsidRPr="00B13C4C">
        <w:rPr>
          <w:rFonts w:ascii="Times New Roman" w:hAnsi="Times New Roman" w:cs="Times New Roman"/>
          <w:sz w:val="24"/>
          <w:szCs w:val="24"/>
        </w:rPr>
        <w:t xml:space="preserve">. Tích vô hướng </w:t>
      </w:r>
      <w:r w:rsidRPr="00B13C4C">
        <w:rPr>
          <w:rFonts w:ascii="Times New Roman" w:hAnsi="Times New Roman" w:cs="Times New Roman"/>
          <w:position w:val="-4"/>
          <w:sz w:val="24"/>
          <w:szCs w:val="24"/>
        </w:rPr>
        <w:object w:dxaOrig="859" w:dyaOrig="320" w14:anchorId="4D087A2D">
          <v:shape id="_x0000_i4529" type="#_x0000_t75" style="width:43.2pt;height:16.2pt" o:ole="">
            <v:imagedata r:id="rId5384" o:title=""/>
          </v:shape>
          <o:OLEObject Type="Embed" ProgID="Equation.DSMT4" ShapeID="_x0000_i4529" DrawAspect="Content" ObjectID="_1699837813" r:id="rId5385"/>
        </w:object>
      </w:r>
      <w:r w:rsidRPr="00B13C4C">
        <w:rPr>
          <w:rFonts w:ascii="Times New Roman" w:hAnsi="Times New Roman" w:cs="Times New Roman"/>
          <w:sz w:val="24"/>
          <w:szCs w:val="24"/>
        </w:rPr>
        <w:t xml:space="preserve"> là</w:t>
      </w:r>
    </w:p>
    <w:p w14:paraId="231C0A07"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200" w:dyaOrig="220" w14:anchorId="5943E7F0">
          <v:shape id="_x0000_i4530" type="#_x0000_t75" style="width:10.2pt;height:10.8pt" o:ole="">
            <v:imagedata r:id="rId5386" o:title=""/>
          </v:shape>
          <o:OLEObject Type="Embed" ProgID="Equation.DSMT4" ShapeID="_x0000_i4530" DrawAspect="Content" ObjectID="_1699837814" r:id="rId538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279" w:dyaOrig="320" w14:anchorId="1D25C8FE">
          <v:shape id="_x0000_i4531" type="#_x0000_t75" style="width:13.8pt;height:16.2pt" o:ole="">
            <v:imagedata r:id="rId5388" o:title=""/>
          </v:shape>
          <o:OLEObject Type="Embed" ProgID="Equation.DSMT4" ShapeID="_x0000_i4531" DrawAspect="Content" ObjectID="_1699837815" r:id="rId538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0.</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340" w:dyaOrig="660" w14:anchorId="4D9C73D7">
          <v:shape id="_x0000_i4532" type="#_x0000_t75" style="width:16.8pt;height:33pt" o:ole="">
            <v:imagedata r:id="rId5390" o:title=""/>
          </v:shape>
          <o:OLEObject Type="Embed" ProgID="Equation.DSMT4" ShapeID="_x0000_i4532" DrawAspect="Content" ObjectID="_1699837816" r:id="rId5391"/>
        </w:object>
      </w:r>
      <w:r w:rsidRPr="00B13C4C">
        <w:rPr>
          <w:rFonts w:ascii="Times New Roman" w:hAnsi="Times New Roman" w:cs="Times New Roman"/>
          <w:sz w:val="24"/>
          <w:szCs w:val="24"/>
        </w:rPr>
        <w:t>.</w:t>
      </w:r>
    </w:p>
    <w:p w14:paraId="05B97E7F" w14:textId="77777777" w:rsidR="00B13C4C" w:rsidRPr="00B13C4C" w:rsidRDefault="00B13C4C" w:rsidP="00A34187">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các tập hợp sau: </w:t>
      </w:r>
      <w:r w:rsidRPr="00B13C4C">
        <w:rPr>
          <w:rFonts w:ascii="Times New Roman" w:hAnsi="Times New Roman" w:cs="Times New Roman"/>
          <w:position w:val="-10"/>
          <w:sz w:val="24"/>
          <w:szCs w:val="24"/>
        </w:rPr>
        <w:object w:dxaOrig="3519" w:dyaOrig="320" w14:anchorId="0614E875">
          <v:shape id="_x0000_i4533" type="#_x0000_t75" style="width:175.8pt;height:16.2pt" o:ole="">
            <v:imagedata r:id="rId5392" o:title=""/>
          </v:shape>
          <o:OLEObject Type="Embed" ProgID="Equation.DSMT4" ShapeID="_x0000_i4533" DrawAspect="Content" ObjectID="_1699837817" r:id="rId5393"/>
        </w:object>
      </w:r>
      <w:r w:rsidRPr="00B13C4C">
        <w:rPr>
          <w:rFonts w:ascii="Times New Roman" w:hAnsi="Times New Roman" w:cs="Times New Roman"/>
          <w:sz w:val="24"/>
          <w:szCs w:val="24"/>
        </w:rPr>
        <w:t>. Chọn mệnh đề đúng:</w:t>
      </w:r>
    </w:p>
    <w:p w14:paraId="38367A58"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520" w:dyaOrig="320" w14:anchorId="6B2692D0">
          <v:shape id="_x0000_i4534" type="#_x0000_t75" style="width:76.2pt;height:16.2pt" o:ole="">
            <v:imagedata r:id="rId5394" o:title=""/>
          </v:shape>
          <o:OLEObject Type="Embed" ProgID="Equation.DSMT4" ShapeID="_x0000_i4534" DrawAspect="Content" ObjectID="_1699837818" r:id="rId539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2"/>
          <w:sz w:val="24"/>
          <w:szCs w:val="24"/>
        </w:rPr>
        <w:object w:dxaOrig="1440" w:dyaOrig="360" w14:anchorId="41DB2C40">
          <v:shape id="_x0000_i4535" type="#_x0000_t75" style="width:1in;height:18pt" o:ole="">
            <v:imagedata r:id="rId5396" o:title=""/>
          </v:shape>
          <o:OLEObject Type="Embed" ProgID="Equation.DSMT4" ShapeID="_x0000_i4535" DrawAspect="Content" ObjectID="_1699837819" r:id="rId5397"/>
        </w:object>
      </w:r>
      <w:r w:rsidRPr="00B13C4C">
        <w:rPr>
          <w:rFonts w:ascii="Times New Roman" w:hAnsi="Times New Roman" w:cs="Times New Roman"/>
          <w:sz w:val="24"/>
          <w:szCs w:val="24"/>
        </w:rPr>
        <w:t>.</w:t>
      </w:r>
    </w:p>
    <w:p w14:paraId="1D006241"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700" w:dyaOrig="320" w14:anchorId="103D624D">
          <v:shape id="_x0000_i4536" type="#_x0000_t75" style="width:85.2pt;height:16.2pt" o:ole="">
            <v:imagedata r:id="rId5398" o:title=""/>
          </v:shape>
          <o:OLEObject Type="Embed" ProgID="Equation.DSMT4" ShapeID="_x0000_i4536" DrawAspect="Content" ObjectID="_1699837820" r:id="rId539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2"/>
          <w:sz w:val="24"/>
          <w:szCs w:val="24"/>
        </w:rPr>
        <w:object w:dxaOrig="1540" w:dyaOrig="360" w14:anchorId="1DF0EFA7">
          <v:shape id="_x0000_i4537" type="#_x0000_t75" style="width:76.8pt;height:18pt" o:ole="">
            <v:imagedata r:id="rId5400" o:title=""/>
          </v:shape>
          <o:OLEObject Type="Embed" ProgID="Equation.DSMT4" ShapeID="_x0000_i4537" DrawAspect="Content" ObjectID="_1699837821" r:id="rId5401"/>
        </w:object>
      </w:r>
      <w:r w:rsidRPr="00B13C4C">
        <w:rPr>
          <w:rFonts w:ascii="Times New Roman" w:hAnsi="Times New Roman" w:cs="Times New Roman"/>
          <w:sz w:val="24"/>
          <w:szCs w:val="24"/>
        </w:rPr>
        <w:t>.</w:t>
      </w:r>
    </w:p>
    <w:p w14:paraId="32C61AC0" w14:textId="77777777" w:rsidR="00B13C4C" w:rsidRPr="00B13C4C" w:rsidRDefault="00B13C4C" w:rsidP="00A34187">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Chọn khẳng định đúng trong các khẳng định sau:</w:t>
      </w:r>
    </w:p>
    <w:p w14:paraId="74FD07FF"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1500" w:dyaOrig="320" w14:anchorId="3F269EAD">
          <v:shape id="_x0000_i4538" type="#_x0000_t75" style="width:75pt;height:16.2pt" o:ole="">
            <v:imagedata r:id="rId5402" o:title=""/>
          </v:shape>
          <o:OLEObject Type="Embed" ProgID="Equation.DSMT4" ShapeID="_x0000_i4538" DrawAspect="Content" ObjectID="_1699837822" r:id="rId540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1480" w:dyaOrig="320" w14:anchorId="47A237DA">
          <v:shape id="_x0000_i4539" type="#_x0000_t75" style="width:73.8pt;height:16.2pt" o:ole="">
            <v:imagedata r:id="rId5404" o:title=""/>
          </v:shape>
          <o:OLEObject Type="Embed" ProgID="Equation.DSMT4" ShapeID="_x0000_i4539" DrawAspect="Content" ObjectID="_1699837823" r:id="rId540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1440" w:dyaOrig="279" w14:anchorId="35457A57">
          <v:shape id="_x0000_i4540" type="#_x0000_t75" style="width:1in;height:13.8pt" o:ole="">
            <v:imagedata r:id="rId5406" o:title=""/>
          </v:shape>
          <o:OLEObject Type="Embed" ProgID="Equation.DSMT4" ShapeID="_x0000_i4540" DrawAspect="Content" ObjectID="_1699837824" r:id="rId540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1460" w:dyaOrig="320" w14:anchorId="457334C5">
          <v:shape id="_x0000_i4541" type="#_x0000_t75" style="width:73.2pt;height:16.2pt" o:ole="">
            <v:imagedata r:id="rId5408" o:title=""/>
          </v:shape>
          <o:OLEObject Type="Embed" ProgID="Equation.DSMT4" ShapeID="_x0000_i4541" DrawAspect="Content" ObjectID="_1699837825" r:id="rId5409"/>
        </w:object>
      </w:r>
      <w:r w:rsidRPr="00B13C4C">
        <w:rPr>
          <w:rFonts w:ascii="Times New Roman" w:hAnsi="Times New Roman" w:cs="Times New Roman"/>
          <w:sz w:val="24"/>
          <w:szCs w:val="24"/>
        </w:rPr>
        <w:t>.</w:t>
      </w:r>
    </w:p>
    <w:p w14:paraId="2A28B015" w14:textId="77777777" w:rsidR="00B13C4C" w:rsidRPr="00B13C4C" w:rsidRDefault="00B13C4C" w:rsidP="00A34187">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hệ tọa độ </w:t>
      </w:r>
      <w:r w:rsidRPr="00B13C4C">
        <w:rPr>
          <w:rFonts w:ascii="Times New Roman" w:hAnsi="Times New Roman" w:cs="Times New Roman"/>
          <w:position w:val="-10"/>
          <w:sz w:val="24"/>
          <w:szCs w:val="24"/>
        </w:rPr>
        <w:object w:dxaOrig="460" w:dyaOrig="320" w14:anchorId="6FBC493F">
          <v:shape id="_x0000_i4542" type="#_x0000_t75" style="width:22.8pt;height:16.2pt" o:ole="">
            <v:imagedata r:id="rId5410" o:title=""/>
          </v:shape>
          <o:OLEObject Type="Embed" ProgID="Equation.DSMT4" ShapeID="_x0000_i4542" DrawAspect="Content" ObjectID="_1699837826" r:id="rId5411"/>
        </w:object>
      </w:r>
      <w:r w:rsidRPr="00B13C4C">
        <w:rPr>
          <w:rFonts w:ascii="Times New Roman" w:hAnsi="Times New Roman" w:cs="Times New Roman"/>
          <w:sz w:val="24"/>
          <w:szCs w:val="24"/>
        </w:rPr>
        <w:t xml:space="preserve">, cho </w:t>
      </w:r>
      <w:r w:rsidRPr="00B13C4C">
        <w:rPr>
          <w:rFonts w:ascii="Times New Roman" w:hAnsi="Times New Roman" w:cs="Times New Roman"/>
          <w:position w:val="-10"/>
          <w:sz w:val="24"/>
          <w:szCs w:val="24"/>
        </w:rPr>
        <w:object w:dxaOrig="1579" w:dyaOrig="320" w14:anchorId="2552F45E">
          <v:shape id="_x0000_i4543" type="#_x0000_t75" style="width:79.2pt;height:16.2pt" o:ole="">
            <v:imagedata r:id="rId5412" o:title=""/>
          </v:shape>
          <o:OLEObject Type="Embed" ProgID="Equation.DSMT4" ShapeID="_x0000_i4543" DrawAspect="Content" ObjectID="_1699837827" r:id="rId5413"/>
        </w:object>
      </w:r>
      <w:r w:rsidRPr="00B13C4C">
        <w:rPr>
          <w:rFonts w:ascii="Times New Roman" w:hAnsi="Times New Roman" w:cs="Times New Roman"/>
          <w:sz w:val="24"/>
          <w:szCs w:val="24"/>
        </w:rPr>
        <w:t xml:space="preserve">. Tọa độ trung điểm đoạn </w:t>
      </w:r>
      <w:r w:rsidRPr="00B13C4C">
        <w:rPr>
          <w:rFonts w:ascii="Times New Roman" w:hAnsi="Times New Roman" w:cs="Times New Roman"/>
          <w:position w:val="-4"/>
          <w:sz w:val="24"/>
          <w:szCs w:val="24"/>
        </w:rPr>
        <w:object w:dxaOrig="400" w:dyaOrig="260" w14:anchorId="7A758500">
          <v:shape id="_x0000_i4544" type="#_x0000_t75" style="width:19.8pt;height:13.2pt" o:ole="">
            <v:imagedata r:id="rId5414" o:title=""/>
          </v:shape>
          <o:OLEObject Type="Embed" ProgID="Equation.DSMT4" ShapeID="_x0000_i4544" DrawAspect="Content" ObjectID="_1699837828" r:id="rId5415"/>
        </w:object>
      </w:r>
      <w:r w:rsidRPr="00B13C4C">
        <w:rPr>
          <w:rFonts w:ascii="Times New Roman" w:hAnsi="Times New Roman" w:cs="Times New Roman"/>
          <w:sz w:val="24"/>
          <w:szCs w:val="24"/>
        </w:rPr>
        <w:t xml:space="preserve"> là:</w:t>
      </w:r>
    </w:p>
    <w:p w14:paraId="75F7E593"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680" w:dyaOrig="320" w14:anchorId="097C3C73">
          <v:shape id="_x0000_i4545" type="#_x0000_t75" style="width:34.2pt;height:16.2pt" o:ole="">
            <v:imagedata r:id="rId5416" o:title=""/>
          </v:shape>
          <o:OLEObject Type="Embed" ProgID="Equation.DSMT4" ShapeID="_x0000_i4545" DrawAspect="Content" ObjectID="_1699837829" r:id="rId541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680" w:dyaOrig="320" w14:anchorId="7E27CD88">
          <v:shape id="_x0000_i4546" type="#_x0000_t75" style="width:34.2pt;height:16.2pt" o:ole="">
            <v:imagedata r:id="rId5418" o:title=""/>
          </v:shape>
          <o:OLEObject Type="Embed" ProgID="Equation.DSMT4" ShapeID="_x0000_i4546" DrawAspect="Content" ObjectID="_1699837830" r:id="rId541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680" w:dyaOrig="320" w14:anchorId="5804DEBA">
          <v:shape id="_x0000_i4547" type="#_x0000_t75" style="width:34.2pt;height:16.2pt" o:ole="">
            <v:imagedata r:id="rId5420" o:title=""/>
          </v:shape>
          <o:OLEObject Type="Embed" ProgID="Equation.DSMT4" ShapeID="_x0000_i4547" DrawAspect="Content" ObjectID="_1699837831" r:id="rId542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560" w:dyaOrig="320" w14:anchorId="4DE17D61">
          <v:shape id="_x0000_i4548" type="#_x0000_t75" style="width:28.2pt;height:16.2pt" o:ole="">
            <v:imagedata r:id="rId5422" o:title=""/>
          </v:shape>
          <o:OLEObject Type="Embed" ProgID="Equation.DSMT4" ShapeID="_x0000_i4548" DrawAspect="Content" ObjectID="_1699837832" r:id="rId5423"/>
        </w:object>
      </w:r>
      <w:r w:rsidRPr="00B13C4C">
        <w:rPr>
          <w:rFonts w:ascii="Times New Roman" w:hAnsi="Times New Roman" w:cs="Times New Roman"/>
          <w:sz w:val="24"/>
          <w:szCs w:val="24"/>
        </w:rPr>
        <w:t>.</w:t>
      </w:r>
    </w:p>
    <w:p w14:paraId="422F3156" w14:textId="77777777" w:rsidR="00B13C4C" w:rsidRPr="00B13C4C" w:rsidRDefault="00B13C4C" w:rsidP="00A34187">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parabol </w:t>
      </w:r>
      <w:r w:rsidRPr="00B13C4C">
        <w:rPr>
          <w:rFonts w:ascii="Times New Roman" w:hAnsi="Times New Roman" w:cs="Times New Roman"/>
          <w:position w:val="-10"/>
          <w:sz w:val="24"/>
          <w:szCs w:val="24"/>
        </w:rPr>
        <w:object w:dxaOrig="2020" w:dyaOrig="360" w14:anchorId="5E93DD16">
          <v:shape id="_x0000_i4549" type="#_x0000_t75" style="width:100.8pt;height:18pt" o:ole="">
            <v:imagedata r:id="rId5424" o:title=""/>
          </v:shape>
          <o:OLEObject Type="Embed" ProgID="Equation.DSMT4" ShapeID="_x0000_i4549" DrawAspect="Content" ObjectID="_1699837833" r:id="rId5425"/>
        </w:object>
      </w:r>
      <w:r w:rsidRPr="00B13C4C">
        <w:rPr>
          <w:rFonts w:ascii="Times New Roman" w:hAnsi="Times New Roman" w:cs="Times New Roman"/>
          <w:sz w:val="24"/>
          <w:szCs w:val="24"/>
        </w:rPr>
        <w:t xml:space="preserve"> đi qua ba điểm </w:t>
      </w:r>
      <w:r w:rsidRPr="00B13C4C">
        <w:rPr>
          <w:rFonts w:ascii="Times New Roman" w:hAnsi="Times New Roman" w:cs="Times New Roman"/>
          <w:position w:val="-10"/>
          <w:sz w:val="24"/>
          <w:szCs w:val="24"/>
        </w:rPr>
        <w:object w:dxaOrig="1680" w:dyaOrig="320" w14:anchorId="69956F94">
          <v:shape id="_x0000_i4550" type="#_x0000_t75" style="width:84pt;height:16.2pt" o:ole="">
            <v:imagedata r:id="rId5426" o:title=""/>
          </v:shape>
          <o:OLEObject Type="Embed" ProgID="Equation.DSMT4" ShapeID="_x0000_i4550" DrawAspect="Content" ObjectID="_1699837834" r:id="rId5427"/>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1100" w:dyaOrig="320" w14:anchorId="24E671C2">
          <v:shape id="_x0000_i4551" type="#_x0000_t75" style="width:55.2pt;height:16.2pt" o:ole="">
            <v:imagedata r:id="rId5428" o:title=""/>
          </v:shape>
          <o:OLEObject Type="Embed" ProgID="Equation.DSMT4" ShapeID="_x0000_i4551" DrawAspect="Content" ObjectID="_1699837835" r:id="rId5429"/>
        </w:object>
      </w:r>
      <w:r w:rsidRPr="00B13C4C">
        <w:rPr>
          <w:rFonts w:ascii="Times New Roman" w:hAnsi="Times New Roman" w:cs="Times New Roman"/>
          <w:sz w:val="24"/>
          <w:szCs w:val="24"/>
        </w:rPr>
        <w:t>.</w:t>
      </w:r>
    </w:p>
    <w:p w14:paraId="278490AD" w14:textId="77777777" w:rsidR="00B13C4C" w:rsidRPr="00B13C4C" w:rsidRDefault="00B13C4C" w:rsidP="00A34187">
      <w:pPr>
        <w:ind w:left="992"/>
        <w:jc w:val="both"/>
        <w:rPr>
          <w:rFonts w:ascii="Times New Roman" w:hAnsi="Times New Roman" w:cs="Times New Roman"/>
          <w:sz w:val="24"/>
          <w:szCs w:val="24"/>
        </w:rPr>
      </w:pPr>
      <w:r w:rsidRPr="00B13C4C">
        <w:rPr>
          <w:rFonts w:ascii="Times New Roman" w:hAnsi="Times New Roman" w:cs="Times New Roman"/>
          <w:sz w:val="24"/>
          <w:szCs w:val="24"/>
        </w:rPr>
        <w:t>Tọa độ đỉnh của (</w:t>
      </w:r>
      <w:r w:rsidRPr="00B13C4C">
        <w:rPr>
          <w:rFonts w:ascii="Times New Roman" w:hAnsi="Times New Roman" w:cs="Times New Roman"/>
          <w:position w:val="-4"/>
          <w:sz w:val="24"/>
          <w:szCs w:val="24"/>
        </w:rPr>
        <w:object w:dxaOrig="220" w:dyaOrig="260" w14:anchorId="37A6F605">
          <v:shape id="_x0000_i4552" type="#_x0000_t75" style="width:10.8pt;height:13.2pt" o:ole="">
            <v:imagedata r:id="rId5430" o:title=""/>
          </v:shape>
          <o:OLEObject Type="Embed" ProgID="Equation.DSMT4" ShapeID="_x0000_i4552" DrawAspect="Content" ObjectID="_1699837836" r:id="rId5431"/>
        </w:object>
      </w:r>
      <w:r w:rsidRPr="00B13C4C">
        <w:rPr>
          <w:rFonts w:ascii="Times New Roman" w:hAnsi="Times New Roman" w:cs="Times New Roman"/>
          <w:sz w:val="24"/>
          <w:szCs w:val="24"/>
        </w:rPr>
        <w:t>) là:</w:t>
      </w:r>
    </w:p>
    <w:p w14:paraId="23AF0DEC"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520" w:dyaOrig="320" w14:anchorId="1B38EFCA">
          <v:shape id="_x0000_i4553" type="#_x0000_t75" style="width:25.8pt;height:16.2pt" o:ole="">
            <v:imagedata r:id="rId5432" o:title=""/>
          </v:shape>
          <o:OLEObject Type="Embed" ProgID="Equation.DSMT4" ShapeID="_x0000_i4553" DrawAspect="Content" ObjectID="_1699837837" r:id="rId543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560" w:dyaOrig="320" w14:anchorId="7253E748">
          <v:shape id="_x0000_i4554" type="#_x0000_t75" style="width:28.2pt;height:16.2pt" o:ole="">
            <v:imagedata r:id="rId5434" o:title=""/>
          </v:shape>
          <o:OLEObject Type="Embed" ProgID="Equation.DSMT4" ShapeID="_x0000_i4554" DrawAspect="Content" ObjectID="_1699837838" r:id="rId543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540" w:dyaOrig="320" w14:anchorId="17DC9943">
          <v:shape id="_x0000_i4555" type="#_x0000_t75" style="width:27pt;height:16.2pt" o:ole="">
            <v:imagedata r:id="rId5436" o:title=""/>
          </v:shape>
          <o:OLEObject Type="Embed" ProgID="Equation.DSMT4" ShapeID="_x0000_i4555" DrawAspect="Content" ObjectID="_1699837839" r:id="rId543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920" w:dyaOrig="320" w14:anchorId="04F06C98">
          <v:shape id="_x0000_i4556" type="#_x0000_t75" style="width:46.2pt;height:16.2pt" o:ole="">
            <v:imagedata r:id="rId5438" o:title=""/>
          </v:shape>
          <o:OLEObject Type="Embed" ProgID="Equation.DSMT4" ShapeID="_x0000_i4556" DrawAspect="Content" ObjectID="_1699837840" r:id="rId5439"/>
        </w:object>
      </w:r>
      <w:r w:rsidRPr="00B13C4C">
        <w:rPr>
          <w:rFonts w:ascii="Times New Roman" w:hAnsi="Times New Roman" w:cs="Times New Roman"/>
          <w:sz w:val="24"/>
          <w:szCs w:val="24"/>
        </w:rPr>
        <w:t>.</w:t>
      </w:r>
    </w:p>
    <w:p w14:paraId="0DB5DEBE" w14:textId="77777777" w:rsidR="00B13C4C" w:rsidRPr="00B13C4C" w:rsidRDefault="00B13C4C" w:rsidP="00A34187">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hai tập hợp khác tập rỗng: </w:t>
      </w:r>
      <w:r w:rsidRPr="00B13C4C">
        <w:rPr>
          <w:rFonts w:ascii="Times New Roman" w:hAnsi="Times New Roman" w:cs="Times New Roman"/>
          <w:position w:val="-10"/>
          <w:sz w:val="24"/>
          <w:szCs w:val="24"/>
        </w:rPr>
        <w:object w:dxaOrig="3820" w:dyaOrig="320" w14:anchorId="1682C11D">
          <v:shape id="_x0000_i4557" type="#_x0000_t75" style="width:190.8pt;height:16.2pt" o:ole="">
            <v:imagedata r:id="rId5440" o:title=""/>
          </v:shape>
          <o:OLEObject Type="Embed" ProgID="Equation.DSMT4" ShapeID="_x0000_i4557" DrawAspect="Content" ObjectID="_1699837841" r:id="rId5441"/>
        </w:object>
      </w:r>
      <w:r w:rsidRPr="00B13C4C">
        <w:rPr>
          <w:rFonts w:ascii="Times New Roman" w:hAnsi="Times New Roman" w:cs="Times New Roman"/>
          <w:sz w:val="24"/>
          <w:szCs w:val="24"/>
        </w:rPr>
        <w:t xml:space="preserve">. Số giá trị nguyên của </w:t>
      </w:r>
      <w:r w:rsidRPr="00B13C4C">
        <w:rPr>
          <w:rFonts w:ascii="Times New Roman" w:hAnsi="Times New Roman" w:cs="Times New Roman"/>
          <w:position w:val="-6"/>
          <w:sz w:val="24"/>
          <w:szCs w:val="24"/>
        </w:rPr>
        <w:object w:dxaOrig="260" w:dyaOrig="220" w14:anchorId="31372A5C">
          <v:shape id="_x0000_i4558" type="#_x0000_t75" style="width:13.2pt;height:10.8pt" o:ole="">
            <v:imagedata r:id="rId5442" o:title=""/>
          </v:shape>
          <o:OLEObject Type="Embed" ProgID="Equation.DSMT4" ShapeID="_x0000_i4558" DrawAspect="Content" ObjectID="_1699837842" r:id="rId5443"/>
        </w:object>
      </w:r>
      <w:r w:rsidRPr="00B13C4C">
        <w:rPr>
          <w:rFonts w:ascii="Times New Roman" w:hAnsi="Times New Roman" w:cs="Times New Roman"/>
          <w:sz w:val="24"/>
          <w:szCs w:val="24"/>
        </w:rPr>
        <w:t xml:space="preserve"> để </w:t>
      </w:r>
      <w:r w:rsidRPr="00B13C4C">
        <w:rPr>
          <w:rFonts w:ascii="Times New Roman" w:hAnsi="Times New Roman" w:cs="Times New Roman"/>
          <w:position w:val="-4"/>
          <w:sz w:val="24"/>
          <w:szCs w:val="24"/>
        </w:rPr>
        <w:object w:dxaOrig="680" w:dyaOrig="260" w14:anchorId="2C60E76F">
          <v:shape id="_x0000_i4559" type="#_x0000_t75" style="width:34.2pt;height:13.2pt" o:ole="">
            <v:imagedata r:id="rId5444" o:title=""/>
          </v:shape>
          <o:OLEObject Type="Embed" ProgID="Equation.DSMT4" ShapeID="_x0000_i4559" DrawAspect="Content" ObjectID="_1699837843" r:id="rId5445"/>
        </w:object>
      </w:r>
      <w:r w:rsidRPr="00B13C4C">
        <w:rPr>
          <w:rFonts w:ascii="Times New Roman" w:hAnsi="Times New Roman" w:cs="Times New Roman"/>
          <w:sz w:val="24"/>
          <w:szCs w:val="24"/>
        </w:rPr>
        <w:t xml:space="preserve"> là:</w:t>
      </w:r>
    </w:p>
    <w:p w14:paraId="152EE7DB"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1.</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3.</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4.</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2.</w:t>
      </w:r>
    </w:p>
    <w:p w14:paraId="43818550" w14:textId="77777777" w:rsidR="00B13C4C" w:rsidRPr="00B13C4C" w:rsidRDefault="00B13C4C" w:rsidP="00A34187">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hình vuông </w:t>
      </w:r>
      <w:r w:rsidRPr="00B13C4C">
        <w:rPr>
          <w:rFonts w:ascii="Times New Roman" w:hAnsi="Times New Roman" w:cs="Times New Roman"/>
          <w:position w:val="-6"/>
          <w:sz w:val="24"/>
          <w:szCs w:val="24"/>
        </w:rPr>
        <w:object w:dxaOrig="720" w:dyaOrig="279" w14:anchorId="1C9B6944">
          <v:shape id="_x0000_i4560" type="#_x0000_t75" style="width:36pt;height:13.8pt" o:ole="">
            <v:imagedata r:id="rId5446" o:title=""/>
          </v:shape>
          <o:OLEObject Type="Embed" ProgID="Equation.DSMT4" ShapeID="_x0000_i4560" DrawAspect="Content" ObjectID="_1699837844" r:id="rId5447"/>
        </w:object>
      </w:r>
      <w:r w:rsidRPr="00B13C4C">
        <w:rPr>
          <w:rFonts w:ascii="Times New Roman" w:hAnsi="Times New Roman" w:cs="Times New Roman"/>
          <w:sz w:val="24"/>
          <w:szCs w:val="24"/>
        </w:rPr>
        <w:t xml:space="preserve"> cạnh </w:t>
      </w:r>
      <w:r w:rsidRPr="00B13C4C">
        <w:rPr>
          <w:rFonts w:ascii="Times New Roman" w:hAnsi="Times New Roman" w:cs="Times New Roman"/>
          <w:position w:val="-6"/>
          <w:sz w:val="24"/>
          <w:szCs w:val="24"/>
        </w:rPr>
        <w:object w:dxaOrig="200" w:dyaOrig="220" w14:anchorId="11220450">
          <v:shape id="_x0000_i4561" type="#_x0000_t75" style="width:10.2pt;height:10.8pt" o:ole="">
            <v:imagedata r:id="rId5448" o:title=""/>
          </v:shape>
          <o:OLEObject Type="Embed" ProgID="Equation.DSMT4" ShapeID="_x0000_i4561" DrawAspect="Content" ObjectID="_1699837845" r:id="rId5449"/>
        </w:object>
      </w:r>
      <w:r w:rsidRPr="00B13C4C">
        <w:rPr>
          <w:rFonts w:ascii="Times New Roman" w:hAnsi="Times New Roman" w:cs="Times New Roman"/>
          <w:sz w:val="24"/>
          <w:szCs w:val="24"/>
        </w:rPr>
        <w:t xml:space="preserve">. Tính </w:t>
      </w:r>
      <w:r w:rsidRPr="00B13C4C">
        <w:rPr>
          <w:rFonts w:ascii="Times New Roman" w:hAnsi="Times New Roman" w:cs="Times New Roman"/>
          <w:position w:val="-6"/>
          <w:sz w:val="24"/>
          <w:szCs w:val="24"/>
        </w:rPr>
        <w:object w:dxaOrig="800" w:dyaOrig="340" w14:anchorId="610C23CA">
          <v:shape id="_x0000_i4562" type="#_x0000_t75" style="width:40.2pt;height:16.8pt" o:ole="">
            <v:imagedata r:id="rId5450" o:title=""/>
          </v:shape>
          <o:OLEObject Type="Embed" ProgID="Equation.DSMT4" ShapeID="_x0000_i4562" DrawAspect="Content" ObjectID="_1699837846" r:id="rId5451"/>
        </w:object>
      </w:r>
      <w:r w:rsidRPr="00B13C4C">
        <w:rPr>
          <w:rFonts w:ascii="Times New Roman" w:hAnsi="Times New Roman" w:cs="Times New Roman"/>
          <w:sz w:val="24"/>
          <w:szCs w:val="24"/>
        </w:rPr>
        <w:t xml:space="preserve"> theo </w:t>
      </w:r>
      <w:r w:rsidRPr="00B13C4C">
        <w:rPr>
          <w:rFonts w:ascii="Times New Roman" w:hAnsi="Times New Roman" w:cs="Times New Roman"/>
          <w:position w:val="-6"/>
          <w:sz w:val="24"/>
          <w:szCs w:val="24"/>
        </w:rPr>
        <w:object w:dxaOrig="200" w:dyaOrig="220" w14:anchorId="29C5D519">
          <v:shape id="_x0000_i4563" type="#_x0000_t75" style="width:10.2pt;height:10.8pt" o:ole="">
            <v:imagedata r:id="rId5452" o:title=""/>
          </v:shape>
          <o:OLEObject Type="Embed" ProgID="Equation.DSMT4" ShapeID="_x0000_i4563" DrawAspect="Content" ObjectID="_1699837847" r:id="rId5453"/>
        </w:object>
      </w:r>
      <w:r w:rsidRPr="00B13C4C">
        <w:rPr>
          <w:rFonts w:ascii="Times New Roman" w:hAnsi="Times New Roman" w:cs="Times New Roman"/>
          <w:sz w:val="24"/>
          <w:szCs w:val="24"/>
        </w:rPr>
        <w:t>.</w:t>
      </w:r>
    </w:p>
    <w:p w14:paraId="5AE43636"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420" w:dyaOrig="320" w14:anchorId="258CFC52">
          <v:shape id="_x0000_i4564" type="#_x0000_t75" style="width:21pt;height:16.2pt" o:ole="">
            <v:imagedata r:id="rId5454" o:title=""/>
          </v:shape>
          <o:OLEObject Type="Embed" ProgID="Equation.DSMT4" ShapeID="_x0000_i4564" DrawAspect="Content" ObjectID="_1699837848" r:id="rId545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660" w:dyaOrig="680" w14:anchorId="2CB8A045">
          <v:shape id="_x0000_i4565" type="#_x0000_t75" style="width:33pt;height:34.2pt" o:ole="">
            <v:imagedata r:id="rId5456" o:title=""/>
          </v:shape>
          <o:OLEObject Type="Embed" ProgID="Equation.DSMT4" ShapeID="_x0000_i4565" DrawAspect="Content" ObjectID="_1699837849" r:id="rId545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340" w:dyaOrig="660" w14:anchorId="41E93FAC">
          <v:shape id="_x0000_i4566" type="#_x0000_t75" style="width:16.8pt;height:33pt" o:ole="">
            <v:imagedata r:id="rId5458" o:title=""/>
          </v:shape>
          <o:OLEObject Type="Embed" ProgID="Equation.DSMT4" ShapeID="_x0000_i4566" DrawAspect="Content" ObjectID="_1699837850" r:id="rId545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340" w:dyaOrig="660" w14:anchorId="2C3C83B3">
          <v:shape id="_x0000_i4567" type="#_x0000_t75" style="width:16.8pt;height:33pt" o:ole="">
            <v:imagedata r:id="rId5460" o:title=""/>
          </v:shape>
          <o:OLEObject Type="Embed" ProgID="Equation.DSMT4" ShapeID="_x0000_i4567" DrawAspect="Content" ObjectID="_1699837851" r:id="rId5461"/>
        </w:object>
      </w:r>
      <w:r w:rsidRPr="00B13C4C">
        <w:rPr>
          <w:rFonts w:ascii="Times New Roman" w:hAnsi="Times New Roman" w:cs="Times New Roman"/>
          <w:sz w:val="24"/>
          <w:szCs w:val="24"/>
        </w:rPr>
        <w:t>.</w:t>
      </w:r>
    </w:p>
    <w:p w14:paraId="0000A1E5" w14:textId="77777777" w:rsidR="00B13C4C" w:rsidRPr="00B13C4C" w:rsidRDefault="00B13C4C" w:rsidP="00A34187">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tam giác </w:t>
      </w:r>
      <w:r w:rsidRPr="00B13C4C">
        <w:rPr>
          <w:rFonts w:ascii="Times New Roman" w:hAnsi="Times New Roman" w:cs="Times New Roman"/>
          <w:position w:val="-6"/>
          <w:sz w:val="24"/>
          <w:szCs w:val="24"/>
        </w:rPr>
        <w:object w:dxaOrig="560" w:dyaOrig="279" w14:anchorId="2895382E">
          <v:shape id="_x0000_i4568" type="#_x0000_t75" style="width:28.2pt;height:13.8pt" o:ole="">
            <v:imagedata r:id="rId5462" o:title=""/>
          </v:shape>
          <o:OLEObject Type="Embed" ProgID="Equation.DSMT4" ShapeID="_x0000_i4568" DrawAspect="Content" ObjectID="_1699837852" r:id="rId5463"/>
        </w:object>
      </w:r>
      <w:r w:rsidRPr="00B13C4C">
        <w:rPr>
          <w:rFonts w:ascii="Times New Roman" w:hAnsi="Times New Roman" w:cs="Times New Roman"/>
          <w:sz w:val="24"/>
          <w:szCs w:val="24"/>
        </w:rPr>
        <w:t xml:space="preserve"> có trọng tâm </w:t>
      </w:r>
      <w:r w:rsidRPr="00B13C4C">
        <w:rPr>
          <w:rFonts w:ascii="Times New Roman" w:hAnsi="Times New Roman" w:cs="Times New Roman"/>
          <w:position w:val="-6"/>
          <w:sz w:val="24"/>
          <w:szCs w:val="24"/>
        </w:rPr>
        <w:object w:dxaOrig="260" w:dyaOrig="279" w14:anchorId="7F99017E">
          <v:shape id="_x0000_i4569" type="#_x0000_t75" style="width:13.2pt;height:13.8pt" o:ole="">
            <v:imagedata r:id="rId5464" o:title=""/>
          </v:shape>
          <o:OLEObject Type="Embed" ProgID="Equation.DSMT4" ShapeID="_x0000_i4569" DrawAspect="Content" ObjectID="_1699837853" r:id="rId5465"/>
        </w:object>
      </w:r>
      <w:r w:rsidRPr="00B13C4C">
        <w:rPr>
          <w:rFonts w:ascii="Times New Roman" w:hAnsi="Times New Roman" w:cs="Times New Roman"/>
          <w:sz w:val="24"/>
          <w:szCs w:val="24"/>
        </w:rPr>
        <w:t xml:space="preserve">, biết </w:t>
      </w:r>
      <w:r w:rsidRPr="00B13C4C">
        <w:rPr>
          <w:rFonts w:ascii="Times New Roman" w:hAnsi="Times New Roman" w:cs="Times New Roman"/>
          <w:position w:val="-10"/>
          <w:sz w:val="24"/>
          <w:szCs w:val="24"/>
        </w:rPr>
        <w:object w:dxaOrig="2220" w:dyaOrig="320" w14:anchorId="2BDB353D">
          <v:shape id="_x0000_i4570" type="#_x0000_t75" style="width:111pt;height:16.2pt" o:ole="">
            <v:imagedata r:id="rId5466" o:title=""/>
          </v:shape>
          <o:OLEObject Type="Embed" ProgID="Equation.DSMT4" ShapeID="_x0000_i4570" DrawAspect="Content" ObjectID="_1699837854" r:id="rId5467"/>
        </w:object>
      </w:r>
      <w:r w:rsidRPr="00B13C4C">
        <w:rPr>
          <w:rFonts w:ascii="Times New Roman" w:hAnsi="Times New Roman" w:cs="Times New Roman"/>
          <w:sz w:val="24"/>
          <w:szCs w:val="24"/>
        </w:rPr>
        <w:t xml:space="preserve">. Tọa độ điểm </w:t>
      </w:r>
      <w:r w:rsidRPr="00B13C4C">
        <w:rPr>
          <w:rFonts w:ascii="Times New Roman" w:hAnsi="Times New Roman" w:cs="Times New Roman"/>
          <w:position w:val="-6"/>
          <w:sz w:val="24"/>
          <w:szCs w:val="24"/>
        </w:rPr>
        <w:object w:dxaOrig="240" w:dyaOrig="279" w14:anchorId="13961F62">
          <v:shape id="_x0000_i4571" type="#_x0000_t75" style="width:12pt;height:13.8pt" o:ole="">
            <v:imagedata r:id="rId5468" o:title=""/>
          </v:shape>
          <o:OLEObject Type="Embed" ProgID="Equation.DSMT4" ShapeID="_x0000_i4571" DrawAspect="Content" ObjectID="_1699837855" r:id="rId5469"/>
        </w:object>
      </w:r>
      <w:r w:rsidRPr="00B13C4C">
        <w:rPr>
          <w:rFonts w:ascii="Times New Roman" w:hAnsi="Times New Roman" w:cs="Times New Roman"/>
          <w:sz w:val="24"/>
          <w:szCs w:val="24"/>
        </w:rPr>
        <w:t xml:space="preserve"> là:</w:t>
      </w:r>
    </w:p>
    <w:p w14:paraId="334F6D5D"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8"/>
          <w:sz w:val="24"/>
          <w:szCs w:val="24"/>
        </w:rPr>
        <w:object w:dxaOrig="700" w:dyaOrig="680" w14:anchorId="013EAB40">
          <v:shape id="_x0000_i4572" type="#_x0000_t75" style="width:34.8pt;height:34.2pt" o:ole="">
            <v:imagedata r:id="rId5470" o:title=""/>
          </v:shape>
          <o:OLEObject Type="Embed" ProgID="Equation.DSMT4" ShapeID="_x0000_i4572" DrawAspect="Content" ObjectID="_1699837856" r:id="rId547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560" w:dyaOrig="320" w14:anchorId="5C3C7603">
          <v:shape id="_x0000_i4573" type="#_x0000_t75" style="width:28.2pt;height:16.2pt" o:ole="">
            <v:imagedata r:id="rId5472" o:title=""/>
          </v:shape>
          <o:OLEObject Type="Embed" ProgID="Equation.DSMT4" ShapeID="_x0000_i4573" DrawAspect="Content" ObjectID="_1699837857" r:id="rId547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660" w:dyaOrig="320" w14:anchorId="16884109">
          <v:shape id="_x0000_i4574" type="#_x0000_t75" style="width:33pt;height:16.2pt" o:ole="">
            <v:imagedata r:id="rId5474" o:title=""/>
          </v:shape>
          <o:OLEObject Type="Embed" ProgID="Equation.DSMT4" ShapeID="_x0000_i4574" DrawAspect="Content" ObjectID="_1699837858" r:id="rId547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8"/>
          <w:sz w:val="24"/>
          <w:szCs w:val="24"/>
        </w:rPr>
        <w:object w:dxaOrig="740" w:dyaOrig="680" w14:anchorId="0433C373">
          <v:shape id="_x0000_i4575" type="#_x0000_t75" style="width:37.2pt;height:34.2pt" o:ole="">
            <v:imagedata r:id="rId5476" o:title=""/>
          </v:shape>
          <o:OLEObject Type="Embed" ProgID="Equation.DSMT4" ShapeID="_x0000_i4575" DrawAspect="Content" ObjectID="_1699837859" r:id="rId5477"/>
        </w:object>
      </w:r>
      <w:r w:rsidRPr="00B13C4C">
        <w:rPr>
          <w:rFonts w:ascii="Times New Roman" w:hAnsi="Times New Roman" w:cs="Times New Roman"/>
          <w:sz w:val="24"/>
          <w:szCs w:val="24"/>
        </w:rPr>
        <w:t>.</w:t>
      </w:r>
    </w:p>
    <w:p w14:paraId="092351D8" w14:textId="77777777" w:rsidR="00B13C4C" w:rsidRPr="00B13C4C" w:rsidRDefault="00B13C4C" w:rsidP="00A34187">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tam giác </w:t>
      </w:r>
      <w:r w:rsidRPr="00B13C4C">
        <w:rPr>
          <w:rFonts w:ascii="Times New Roman" w:hAnsi="Times New Roman" w:cs="Times New Roman"/>
          <w:position w:val="-6"/>
          <w:sz w:val="24"/>
          <w:szCs w:val="24"/>
        </w:rPr>
        <w:object w:dxaOrig="560" w:dyaOrig="279" w14:anchorId="50DDC9B3">
          <v:shape id="_x0000_i4576" type="#_x0000_t75" style="width:28.2pt;height:13.8pt" o:ole="">
            <v:imagedata r:id="rId5478" o:title=""/>
          </v:shape>
          <o:OLEObject Type="Embed" ProgID="Equation.DSMT4" ShapeID="_x0000_i4576" DrawAspect="Content" ObjectID="_1699837860" r:id="rId5479"/>
        </w:object>
      </w:r>
      <w:r w:rsidRPr="00B13C4C">
        <w:rPr>
          <w:rFonts w:ascii="Times New Roman" w:hAnsi="Times New Roman" w:cs="Times New Roman"/>
          <w:sz w:val="24"/>
          <w:szCs w:val="24"/>
        </w:rPr>
        <w:t xml:space="preserve"> đều cạnh </w:t>
      </w:r>
      <w:r w:rsidRPr="00B13C4C">
        <w:rPr>
          <w:rFonts w:ascii="Times New Roman" w:hAnsi="Times New Roman" w:cs="Times New Roman"/>
          <w:position w:val="-10"/>
          <w:sz w:val="24"/>
          <w:szCs w:val="24"/>
        </w:rPr>
        <w:object w:dxaOrig="499" w:dyaOrig="320" w14:anchorId="678FB756">
          <v:shape id="_x0000_i4577" type="#_x0000_t75" style="width:25.2pt;height:16.2pt" o:ole="">
            <v:imagedata r:id="rId5480" o:title=""/>
          </v:shape>
          <o:OLEObject Type="Embed" ProgID="Equation.DSMT4" ShapeID="_x0000_i4577" DrawAspect="Content" ObjectID="_1699837861" r:id="rId5481"/>
        </w:object>
      </w:r>
      <w:r w:rsidRPr="00B13C4C">
        <w:rPr>
          <w:rFonts w:ascii="Times New Roman" w:hAnsi="Times New Roman" w:cs="Times New Roman"/>
          <w:sz w:val="24"/>
          <w:szCs w:val="24"/>
        </w:rPr>
        <w:t xml:space="preserve"> là trung điểm của </w:t>
      </w:r>
      <w:r w:rsidRPr="00B13C4C">
        <w:rPr>
          <w:rFonts w:ascii="Times New Roman" w:hAnsi="Times New Roman" w:cs="Times New Roman"/>
          <w:position w:val="-6"/>
          <w:sz w:val="24"/>
          <w:szCs w:val="24"/>
        </w:rPr>
        <w:object w:dxaOrig="400" w:dyaOrig="279" w14:anchorId="0F7939E2">
          <v:shape id="_x0000_i4578" type="#_x0000_t75" style="width:19.8pt;height:13.8pt" o:ole="">
            <v:imagedata r:id="rId5482" o:title=""/>
          </v:shape>
          <o:OLEObject Type="Embed" ProgID="Equation.DSMT4" ShapeID="_x0000_i4578" DrawAspect="Content" ObjectID="_1699837862" r:id="rId5483"/>
        </w:object>
      </w:r>
      <w:r w:rsidRPr="00B13C4C">
        <w:rPr>
          <w:rFonts w:ascii="Times New Roman" w:hAnsi="Times New Roman" w:cs="Times New Roman"/>
          <w:sz w:val="24"/>
          <w:szCs w:val="24"/>
        </w:rPr>
        <w:t xml:space="preserve">. Tính </w:t>
      </w:r>
      <w:r w:rsidRPr="00B13C4C">
        <w:rPr>
          <w:rFonts w:ascii="Times New Roman" w:hAnsi="Times New Roman" w:cs="Times New Roman"/>
          <w:position w:val="-10"/>
          <w:sz w:val="24"/>
          <w:szCs w:val="24"/>
        </w:rPr>
        <w:object w:dxaOrig="1100" w:dyaOrig="380" w14:anchorId="38AE4C33">
          <v:shape id="_x0000_i4579" type="#_x0000_t75" style="width:55.2pt;height:19.2pt" o:ole="">
            <v:imagedata r:id="rId5484" o:title=""/>
          </v:shape>
          <o:OLEObject Type="Embed" ProgID="Equation.DSMT4" ShapeID="_x0000_i4579" DrawAspect="Content" ObjectID="_1699837863" r:id="rId5485"/>
        </w:object>
      </w:r>
      <w:r w:rsidRPr="00B13C4C">
        <w:rPr>
          <w:rFonts w:ascii="Times New Roman" w:hAnsi="Times New Roman" w:cs="Times New Roman"/>
          <w:sz w:val="24"/>
          <w:szCs w:val="24"/>
        </w:rPr>
        <w:t>.</w:t>
      </w:r>
    </w:p>
    <w:p w14:paraId="2B07908E"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639" w:dyaOrig="680" w14:anchorId="11AE03BE">
          <v:shape id="_x0000_i4580" type="#_x0000_t75" style="width:31.8pt;height:34.2pt" o:ole="">
            <v:imagedata r:id="rId5486" o:title=""/>
          </v:shape>
          <o:OLEObject Type="Embed" ProgID="Equation.DSMT4" ShapeID="_x0000_i4580" DrawAspect="Content" ObjectID="_1699837864" r:id="rId548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240" w:dyaOrig="620" w14:anchorId="5BD240E0">
          <v:shape id="_x0000_i4581" type="#_x0000_t75" style="width:12pt;height:31.2pt" o:ole="">
            <v:imagedata r:id="rId5488" o:title=""/>
          </v:shape>
          <o:OLEObject Type="Embed" ProgID="Equation.DSMT4" ShapeID="_x0000_i4581" DrawAspect="Content" ObjectID="_1699837865" r:id="rId548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540" w:dyaOrig="680" w14:anchorId="2C0FBBB3">
          <v:shape id="_x0000_i4582" type="#_x0000_t75" style="width:27pt;height:34.2pt" o:ole="">
            <v:imagedata r:id="rId5490" o:title=""/>
          </v:shape>
          <o:OLEObject Type="Embed" ProgID="Equation.DSMT4" ShapeID="_x0000_i4582" DrawAspect="Content" ObjectID="_1699837866" r:id="rId549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360" w:dyaOrig="620" w14:anchorId="72A09233">
          <v:shape id="_x0000_i4583" type="#_x0000_t75" style="width:18pt;height:31.2pt" o:ole="">
            <v:imagedata r:id="rId5492" o:title=""/>
          </v:shape>
          <o:OLEObject Type="Embed" ProgID="Equation.DSMT4" ShapeID="_x0000_i4583" DrawAspect="Content" ObjectID="_1699837867" r:id="rId5493"/>
        </w:object>
      </w:r>
      <w:r w:rsidRPr="00B13C4C">
        <w:rPr>
          <w:rFonts w:ascii="Times New Roman" w:hAnsi="Times New Roman" w:cs="Times New Roman"/>
          <w:sz w:val="24"/>
          <w:szCs w:val="24"/>
        </w:rPr>
        <w:t>.</w:t>
      </w:r>
    </w:p>
    <w:p w14:paraId="5C415D31" w14:textId="77777777" w:rsidR="00B13C4C" w:rsidRPr="00B13C4C" w:rsidRDefault="00B13C4C" w:rsidP="00A34187">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Chọn cặp phương trình tương đương trong các cắp phương trình sau:</w:t>
      </w:r>
    </w:p>
    <w:p w14:paraId="52A11730"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180" w:dyaOrig="320" w14:anchorId="15159602">
          <v:shape id="_x0000_i4584" type="#_x0000_t75" style="width:58.8pt;height:16.2pt" o:ole="">
            <v:imagedata r:id="rId5494" o:title=""/>
          </v:shape>
          <o:OLEObject Type="Embed" ProgID="Equation.DSMT4" ShapeID="_x0000_i4584" DrawAspect="Content" ObjectID="_1699837868" r:id="rId5495"/>
        </w:object>
      </w:r>
      <w:r w:rsidRPr="00B13C4C">
        <w:rPr>
          <w:rFonts w:ascii="Times New Roman" w:hAnsi="Times New Roman" w:cs="Times New Roman"/>
          <w:sz w:val="24"/>
          <w:szCs w:val="24"/>
        </w:rPr>
        <w:t xml:space="preserve"> và </w:t>
      </w:r>
      <w:r w:rsidRPr="00B13C4C">
        <w:rPr>
          <w:rFonts w:ascii="Times New Roman" w:hAnsi="Times New Roman" w:cs="Times New Roman"/>
          <w:position w:val="-6"/>
          <w:sz w:val="24"/>
          <w:szCs w:val="24"/>
        </w:rPr>
        <w:object w:dxaOrig="840" w:dyaOrig="279" w14:anchorId="7828785B">
          <v:shape id="_x0000_i4585" type="#_x0000_t75" style="width:42pt;height:13.8pt" o:ole="">
            <v:imagedata r:id="rId5496" o:title=""/>
          </v:shape>
          <o:OLEObject Type="Embed" ProgID="Equation.DSMT4" ShapeID="_x0000_i4585" DrawAspect="Content" ObjectID="_1699837869" r:id="rId549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560" w:dyaOrig="380" w14:anchorId="439E2CA6">
          <v:shape id="_x0000_i4586" type="#_x0000_t75" style="width:78pt;height:19.2pt" o:ole="">
            <v:imagedata r:id="rId5498" o:title=""/>
          </v:shape>
          <o:OLEObject Type="Embed" ProgID="Equation.DSMT4" ShapeID="_x0000_i4586" DrawAspect="Content" ObjectID="_1699837870" r:id="rId5499"/>
        </w:object>
      </w:r>
      <w:r w:rsidRPr="00B13C4C">
        <w:rPr>
          <w:rFonts w:ascii="Times New Roman" w:hAnsi="Times New Roman" w:cs="Times New Roman"/>
          <w:sz w:val="24"/>
          <w:szCs w:val="24"/>
        </w:rPr>
        <w:t xml:space="preserve"> và </w:t>
      </w:r>
      <w:r w:rsidRPr="00B13C4C">
        <w:rPr>
          <w:rFonts w:ascii="Times New Roman" w:hAnsi="Times New Roman" w:cs="Times New Roman"/>
          <w:position w:val="-6"/>
          <w:sz w:val="24"/>
          <w:szCs w:val="24"/>
        </w:rPr>
        <w:object w:dxaOrig="840" w:dyaOrig="279" w14:anchorId="2623C43B">
          <v:shape id="_x0000_i4587" type="#_x0000_t75" style="width:42pt;height:13.8pt" o:ole="">
            <v:imagedata r:id="rId5500" o:title=""/>
          </v:shape>
          <o:OLEObject Type="Embed" ProgID="Equation.DSMT4" ShapeID="_x0000_i4587" DrawAspect="Content" ObjectID="_1699837871" r:id="rId5501"/>
        </w:object>
      </w:r>
      <w:r w:rsidRPr="00B13C4C">
        <w:rPr>
          <w:rFonts w:ascii="Times New Roman" w:hAnsi="Times New Roman" w:cs="Times New Roman"/>
          <w:sz w:val="24"/>
          <w:szCs w:val="24"/>
        </w:rPr>
        <w:t>.</w:t>
      </w:r>
    </w:p>
    <w:p w14:paraId="090365FB"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8"/>
          <w:sz w:val="24"/>
          <w:szCs w:val="24"/>
        </w:rPr>
        <w:object w:dxaOrig="2220" w:dyaOrig="360" w14:anchorId="452BE2CD">
          <v:shape id="_x0000_i4588" type="#_x0000_t75" style="width:111pt;height:18pt" o:ole="">
            <v:imagedata r:id="rId5502" o:title=""/>
          </v:shape>
          <o:OLEObject Type="Embed" ProgID="Equation.DSMT4" ShapeID="_x0000_i4588" DrawAspect="Content" ObjectID="_1699837872" r:id="rId5503"/>
        </w:object>
      </w:r>
      <w:r w:rsidRPr="00B13C4C">
        <w:rPr>
          <w:rFonts w:ascii="Times New Roman" w:hAnsi="Times New Roman" w:cs="Times New Roman"/>
          <w:sz w:val="24"/>
          <w:szCs w:val="24"/>
        </w:rPr>
        <w:t xml:space="preserve"> và </w:t>
      </w:r>
      <w:r w:rsidRPr="00B13C4C">
        <w:rPr>
          <w:rFonts w:ascii="Times New Roman" w:hAnsi="Times New Roman" w:cs="Times New Roman"/>
          <w:position w:val="-6"/>
          <w:sz w:val="24"/>
          <w:szCs w:val="24"/>
        </w:rPr>
        <w:object w:dxaOrig="520" w:dyaOrig="279" w14:anchorId="3FA8A45F">
          <v:shape id="_x0000_i4589" type="#_x0000_t75" style="width:25.8pt;height:13.8pt" o:ole="">
            <v:imagedata r:id="rId5504" o:title=""/>
          </v:shape>
          <o:OLEObject Type="Embed" ProgID="Equation.DSMT4" ShapeID="_x0000_i4589" DrawAspect="Content" ObjectID="_1699837873" r:id="rId550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8"/>
          <w:sz w:val="24"/>
          <w:szCs w:val="24"/>
        </w:rPr>
        <w:object w:dxaOrig="2120" w:dyaOrig="360" w14:anchorId="43B69871">
          <v:shape id="_x0000_i4590" type="#_x0000_t75" style="width:106.2pt;height:18pt" o:ole="">
            <v:imagedata r:id="rId5506" o:title=""/>
          </v:shape>
          <o:OLEObject Type="Embed" ProgID="Equation.DSMT4" ShapeID="_x0000_i4590" DrawAspect="Content" ObjectID="_1699837874" r:id="rId5507"/>
        </w:object>
      </w:r>
      <w:r w:rsidRPr="00B13C4C">
        <w:rPr>
          <w:rFonts w:ascii="Times New Roman" w:hAnsi="Times New Roman" w:cs="Times New Roman"/>
          <w:sz w:val="24"/>
          <w:szCs w:val="24"/>
        </w:rPr>
        <w:t xml:space="preserve"> và </w:t>
      </w:r>
      <w:r w:rsidRPr="00B13C4C">
        <w:rPr>
          <w:rFonts w:ascii="Times New Roman" w:hAnsi="Times New Roman" w:cs="Times New Roman"/>
          <w:position w:val="-6"/>
          <w:sz w:val="24"/>
          <w:szCs w:val="24"/>
        </w:rPr>
        <w:object w:dxaOrig="520" w:dyaOrig="279" w14:anchorId="4F030F47">
          <v:shape id="_x0000_i4591" type="#_x0000_t75" style="width:25.8pt;height:13.8pt" o:ole="">
            <v:imagedata r:id="rId5508" o:title=""/>
          </v:shape>
          <o:OLEObject Type="Embed" ProgID="Equation.DSMT4" ShapeID="_x0000_i4591" DrawAspect="Content" ObjectID="_1699837875" r:id="rId5509"/>
        </w:object>
      </w:r>
      <w:r w:rsidRPr="00B13C4C">
        <w:rPr>
          <w:rFonts w:ascii="Times New Roman" w:hAnsi="Times New Roman" w:cs="Times New Roman"/>
          <w:sz w:val="24"/>
          <w:szCs w:val="24"/>
        </w:rPr>
        <w:t>.</w:t>
      </w:r>
    </w:p>
    <w:p w14:paraId="626C03FB" w14:textId="77777777" w:rsidR="00B13C4C" w:rsidRPr="00B13C4C" w:rsidRDefault="00B13C4C" w:rsidP="00A34187">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w:t>
      </w:r>
      <w:r w:rsidRPr="00B13C4C">
        <w:rPr>
          <w:rFonts w:ascii="Times New Roman" w:hAnsi="Times New Roman" w:cs="Times New Roman"/>
          <w:position w:val="-10"/>
          <w:sz w:val="24"/>
          <w:szCs w:val="24"/>
        </w:rPr>
        <w:object w:dxaOrig="2000" w:dyaOrig="380" w14:anchorId="436DE3AB">
          <v:shape id="_x0000_i4592" type="#_x0000_t75" style="width:100.2pt;height:19.2pt" o:ole="">
            <v:imagedata r:id="rId5510" o:title=""/>
          </v:shape>
          <o:OLEObject Type="Embed" ProgID="Equation.DSMT4" ShapeID="_x0000_i4592" DrawAspect="Content" ObjectID="_1699837876" r:id="rId5511"/>
        </w:object>
      </w:r>
      <w:r w:rsidRPr="00B13C4C">
        <w:rPr>
          <w:rFonts w:ascii="Times New Roman" w:hAnsi="Times New Roman" w:cs="Times New Roman"/>
          <w:sz w:val="24"/>
          <w:szCs w:val="24"/>
        </w:rPr>
        <w:t xml:space="preserve"> Khi đó </w:t>
      </w:r>
      <w:r w:rsidRPr="00B13C4C">
        <w:rPr>
          <w:rFonts w:ascii="Times New Roman" w:hAnsi="Times New Roman" w:cs="Times New Roman"/>
          <w:position w:val="-10"/>
          <w:sz w:val="24"/>
          <w:szCs w:val="24"/>
        </w:rPr>
        <w:object w:dxaOrig="920" w:dyaOrig="380" w14:anchorId="69C3FEE5">
          <v:shape id="_x0000_i4593" type="#_x0000_t75" style="width:46.2pt;height:19.2pt" o:ole="">
            <v:imagedata r:id="rId5512" o:title=""/>
          </v:shape>
          <o:OLEObject Type="Embed" ProgID="Equation.DSMT4" ShapeID="_x0000_i4593" DrawAspect="Content" ObjectID="_1699837877" r:id="rId5513"/>
        </w:object>
      </w:r>
      <w:r w:rsidRPr="00B13C4C">
        <w:rPr>
          <w:rFonts w:ascii="Times New Roman" w:hAnsi="Times New Roman" w:cs="Times New Roman"/>
          <w:sz w:val="24"/>
          <w:szCs w:val="24"/>
        </w:rPr>
        <w:t xml:space="preserve"> bằng:</w:t>
      </w:r>
    </w:p>
    <w:p w14:paraId="64E19E0E"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400" w:dyaOrig="680" w14:anchorId="1F1686FD">
          <v:shape id="_x0000_i4594" type="#_x0000_t75" style="width:19.8pt;height:34.2pt" o:ole="">
            <v:imagedata r:id="rId5514" o:title=""/>
          </v:shape>
          <o:OLEObject Type="Embed" ProgID="Equation.DSMT4" ShapeID="_x0000_i4594" DrawAspect="Content" ObjectID="_1699837878" r:id="rId551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540" w:dyaOrig="680" w14:anchorId="3E454BB0">
          <v:shape id="_x0000_i4595" type="#_x0000_t75" style="width:27pt;height:34.2pt" o:ole="">
            <v:imagedata r:id="rId5516" o:title=""/>
          </v:shape>
          <o:OLEObject Type="Embed" ProgID="Equation.DSMT4" ShapeID="_x0000_i4595" DrawAspect="Content" ObjectID="_1699837879" r:id="rId551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220" w:dyaOrig="620" w14:anchorId="03756620">
          <v:shape id="_x0000_i4596" type="#_x0000_t75" style="width:10.8pt;height:31.2pt" o:ole="">
            <v:imagedata r:id="rId5518" o:title=""/>
          </v:shape>
          <o:OLEObject Type="Embed" ProgID="Equation.DSMT4" ShapeID="_x0000_i4596" DrawAspect="Content" ObjectID="_1699837880" r:id="rId551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8"/>
          <w:sz w:val="24"/>
          <w:szCs w:val="24"/>
        </w:rPr>
        <w:object w:dxaOrig="400" w:dyaOrig="660" w14:anchorId="49DB7C2B">
          <v:shape id="_x0000_i4597" type="#_x0000_t75" style="width:19.8pt;height:33pt" o:ole="">
            <v:imagedata r:id="rId5520" o:title=""/>
          </v:shape>
          <o:OLEObject Type="Embed" ProgID="Equation.DSMT4" ShapeID="_x0000_i4597" DrawAspect="Content" ObjectID="_1699837881" r:id="rId5521"/>
        </w:object>
      </w:r>
      <w:r w:rsidRPr="00B13C4C">
        <w:rPr>
          <w:rFonts w:ascii="Times New Roman" w:hAnsi="Times New Roman" w:cs="Times New Roman"/>
          <w:sz w:val="24"/>
          <w:szCs w:val="24"/>
        </w:rPr>
        <w:t>.</w:t>
      </w:r>
    </w:p>
    <w:p w14:paraId="3E79722D" w14:textId="77777777" w:rsidR="00B13C4C" w:rsidRPr="00B13C4C" w:rsidRDefault="00B13C4C" w:rsidP="00A34187">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Đường thẳng </w:t>
      </w:r>
      <w:r w:rsidRPr="00B13C4C">
        <w:rPr>
          <w:rFonts w:ascii="Times New Roman" w:hAnsi="Times New Roman" w:cs="Times New Roman"/>
          <w:position w:val="-10"/>
          <w:sz w:val="24"/>
          <w:szCs w:val="24"/>
        </w:rPr>
        <w:object w:dxaOrig="1380" w:dyaOrig="320" w14:anchorId="04374D59">
          <v:shape id="_x0000_i4598" type="#_x0000_t75" style="width:69pt;height:16.2pt" o:ole="">
            <v:imagedata r:id="rId5522" o:title=""/>
          </v:shape>
          <o:OLEObject Type="Embed" ProgID="Equation.DSMT4" ShapeID="_x0000_i4598" DrawAspect="Content" ObjectID="_1699837882" r:id="rId5523"/>
        </w:object>
      </w:r>
      <w:r w:rsidRPr="00B13C4C">
        <w:rPr>
          <w:rFonts w:ascii="Times New Roman" w:hAnsi="Times New Roman" w:cs="Times New Roman"/>
          <w:sz w:val="24"/>
          <w:szCs w:val="24"/>
        </w:rPr>
        <w:t xml:space="preserve"> đi qua điểm </w:t>
      </w:r>
      <w:r w:rsidRPr="00B13C4C">
        <w:rPr>
          <w:rFonts w:ascii="Times New Roman" w:hAnsi="Times New Roman" w:cs="Times New Roman"/>
          <w:position w:val="-10"/>
          <w:sz w:val="24"/>
          <w:szCs w:val="24"/>
        </w:rPr>
        <w:object w:dxaOrig="680" w:dyaOrig="320" w14:anchorId="589F0CFF">
          <v:shape id="_x0000_i4599" type="#_x0000_t75" style="width:34.2pt;height:16.2pt" o:ole="">
            <v:imagedata r:id="rId5524" o:title=""/>
          </v:shape>
          <o:OLEObject Type="Embed" ProgID="Equation.DSMT4" ShapeID="_x0000_i4599" DrawAspect="Content" ObjectID="_1699837883" r:id="rId5525"/>
        </w:object>
      </w:r>
      <w:r w:rsidRPr="00B13C4C">
        <w:rPr>
          <w:rFonts w:ascii="Times New Roman" w:hAnsi="Times New Roman" w:cs="Times New Roman"/>
          <w:sz w:val="24"/>
          <w:szCs w:val="24"/>
        </w:rPr>
        <w:t xml:space="preserve">. Khi đó </w:t>
      </w:r>
      <w:r w:rsidRPr="00B13C4C">
        <w:rPr>
          <w:rFonts w:ascii="Times New Roman" w:hAnsi="Times New Roman" w:cs="Times New Roman"/>
          <w:position w:val="-6"/>
          <w:sz w:val="24"/>
          <w:szCs w:val="24"/>
        </w:rPr>
        <w:object w:dxaOrig="660" w:dyaOrig="279" w14:anchorId="68C27F48">
          <v:shape id="_x0000_i4600" type="#_x0000_t75" style="width:33pt;height:13.8pt" o:ole="">
            <v:imagedata r:id="rId5526" o:title=""/>
          </v:shape>
          <o:OLEObject Type="Embed" ProgID="Equation.DSMT4" ShapeID="_x0000_i4600" DrawAspect="Content" ObjectID="_1699837884" r:id="rId5527"/>
        </w:object>
      </w:r>
      <w:r w:rsidRPr="00B13C4C">
        <w:rPr>
          <w:rFonts w:ascii="Times New Roman" w:hAnsi="Times New Roman" w:cs="Times New Roman"/>
          <w:sz w:val="24"/>
          <w:szCs w:val="24"/>
        </w:rPr>
        <w:t xml:space="preserve"> bằng</w:t>
      </w:r>
    </w:p>
    <w:p w14:paraId="541E0230"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6.</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4.</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3.</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320" w:dyaOrig="279" w14:anchorId="0899D589">
          <v:shape id="_x0000_i4601" type="#_x0000_t75" style="width:16.2pt;height:13.8pt" o:ole="">
            <v:imagedata r:id="rId5528" o:title=""/>
          </v:shape>
          <o:OLEObject Type="Embed" ProgID="Equation.DSMT4" ShapeID="_x0000_i4601" DrawAspect="Content" ObjectID="_1699837885" r:id="rId5529"/>
        </w:object>
      </w:r>
      <w:r w:rsidRPr="00B13C4C">
        <w:rPr>
          <w:rFonts w:ascii="Times New Roman" w:hAnsi="Times New Roman" w:cs="Times New Roman"/>
          <w:sz w:val="24"/>
          <w:szCs w:val="24"/>
        </w:rPr>
        <w:t>.</w:t>
      </w:r>
    </w:p>
    <w:p w14:paraId="1E46BD1D" w14:textId="77777777" w:rsidR="00B13C4C" w:rsidRPr="00B13C4C" w:rsidRDefault="00B13C4C" w:rsidP="00A34187">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Phương trình </w:t>
      </w:r>
      <w:r w:rsidRPr="00B13C4C">
        <w:rPr>
          <w:rFonts w:ascii="Times New Roman" w:hAnsi="Times New Roman" w:cs="Times New Roman"/>
          <w:position w:val="-16"/>
          <w:sz w:val="24"/>
          <w:szCs w:val="24"/>
        </w:rPr>
        <w:object w:dxaOrig="1560" w:dyaOrig="440" w14:anchorId="10A19D39">
          <v:shape id="_x0000_i4602" type="#_x0000_t75" style="width:78pt;height:22.2pt" o:ole="">
            <v:imagedata r:id="rId5530" o:title=""/>
          </v:shape>
          <o:OLEObject Type="Embed" ProgID="Equation.DSMT4" ShapeID="_x0000_i4602" DrawAspect="Content" ObjectID="_1699837886" r:id="rId5531"/>
        </w:object>
      </w:r>
      <w:r w:rsidRPr="00B13C4C">
        <w:rPr>
          <w:rFonts w:ascii="Times New Roman" w:hAnsi="Times New Roman" w:cs="Times New Roman"/>
          <w:sz w:val="24"/>
          <w:szCs w:val="24"/>
        </w:rPr>
        <w:t xml:space="preserve"> có 4 nghiệm phân biệt khi đó:</w:t>
      </w:r>
    </w:p>
    <w:p w14:paraId="1AD1B490"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600" w:dyaOrig="279" w14:anchorId="23194CE1">
          <v:shape id="_x0000_i4603" type="#_x0000_t75" style="width:30pt;height:13.8pt" o:ole="">
            <v:imagedata r:id="rId5532" o:title=""/>
          </v:shape>
          <o:OLEObject Type="Embed" ProgID="Equation.DSMT4" ShapeID="_x0000_i4603" DrawAspect="Content" ObjectID="_1699837887" r:id="rId553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960" w:dyaOrig="279" w14:anchorId="1CA71DEB">
          <v:shape id="_x0000_i4604" type="#_x0000_t75" style="width:48pt;height:13.8pt" o:ole="">
            <v:imagedata r:id="rId5534" o:title=""/>
          </v:shape>
          <o:OLEObject Type="Embed" ProgID="Equation.DSMT4" ShapeID="_x0000_i4604" DrawAspect="Content" ObjectID="_1699837888" r:id="rId553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620" w:dyaOrig="279" w14:anchorId="52339377">
          <v:shape id="_x0000_i4605" type="#_x0000_t75" style="width:31.2pt;height:13.8pt" o:ole="">
            <v:imagedata r:id="rId5536" o:title=""/>
          </v:shape>
          <o:OLEObject Type="Embed" ProgID="Equation.DSMT4" ShapeID="_x0000_i4605" DrawAspect="Content" ObjectID="_1699837889" r:id="rId553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960" w:dyaOrig="279" w14:anchorId="1FAD26EE">
          <v:shape id="_x0000_i4606" type="#_x0000_t75" style="width:48pt;height:13.8pt" o:ole="">
            <v:imagedata r:id="rId5538" o:title=""/>
          </v:shape>
          <o:OLEObject Type="Embed" ProgID="Equation.DSMT4" ShapeID="_x0000_i4606" DrawAspect="Content" ObjectID="_1699837890" r:id="rId5539"/>
        </w:object>
      </w:r>
      <w:r w:rsidRPr="00B13C4C">
        <w:rPr>
          <w:rFonts w:ascii="Times New Roman" w:hAnsi="Times New Roman" w:cs="Times New Roman"/>
          <w:sz w:val="24"/>
          <w:szCs w:val="24"/>
        </w:rPr>
        <w:t>.</w:t>
      </w:r>
    </w:p>
    <w:p w14:paraId="7A08C689" w14:textId="77777777" w:rsidR="00B13C4C" w:rsidRPr="00B13C4C" w:rsidRDefault="00B13C4C" w:rsidP="00A34187">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tam giác </w:t>
      </w:r>
      <w:r w:rsidRPr="00B13C4C">
        <w:rPr>
          <w:rFonts w:ascii="Times New Roman" w:hAnsi="Times New Roman" w:cs="Times New Roman"/>
          <w:position w:val="-6"/>
          <w:sz w:val="24"/>
          <w:szCs w:val="24"/>
        </w:rPr>
        <w:object w:dxaOrig="560" w:dyaOrig="279" w14:anchorId="50BB451D">
          <v:shape id="_x0000_i4607" type="#_x0000_t75" style="width:28.2pt;height:13.8pt" o:ole="">
            <v:imagedata r:id="rId5540" o:title=""/>
          </v:shape>
          <o:OLEObject Type="Embed" ProgID="Equation.DSMT4" ShapeID="_x0000_i4607" DrawAspect="Content" ObjectID="_1699837891" r:id="rId5541"/>
        </w:object>
      </w:r>
      <w:r w:rsidRPr="00B13C4C">
        <w:rPr>
          <w:rFonts w:ascii="Times New Roman" w:hAnsi="Times New Roman" w:cs="Times New Roman"/>
          <w:sz w:val="24"/>
          <w:szCs w:val="24"/>
        </w:rPr>
        <w:t xml:space="preserve">. Tập hợp điểm </w:t>
      </w:r>
      <w:r w:rsidRPr="00B13C4C">
        <w:rPr>
          <w:rFonts w:ascii="Times New Roman" w:hAnsi="Times New Roman" w:cs="Times New Roman"/>
          <w:position w:val="-4"/>
          <w:sz w:val="24"/>
          <w:szCs w:val="24"/>
        </w:rPr>
        <w:object w:dxaOrig="320" w:dyaOrig="260" w14:anchorId="3B573C68">
          <v:shape id="_x0000_i4608" type="#_x0000_t75" style="width:16.2pt;height:13.2pt" o:ole="">
            <v:imagedata r:id="rId5542" o:title=""/>
          </v:shape>
          <o:OLEObject Type="Embed" ProgID="Equation.DSMT4" ShapeID="_x0000_i4608" DrawAspect="Content" ObjectID="_1699837892" r:id="rId5543"/>
        </w:object>
      </w:r>
      <w:r w:rsidRPr="00B13C4C">
        <w:rPr>
          <w:rFonts w:ascii="Times New Roman" w:hAnsi="Times New Roman" w:cs="Times New Roman"/>
          <w:sz w:val="24"/>
          <w:szCs w:val="24"/>
        </w:rPr>
        <w:t xml:space="preserve"> thỏa mãn: </w:t>
      </w:r>
      <w:r w:rsidRPr="00B13C4C">
        <w:rPr>
          <w:rFonts w:ascii="Times New Roman" w:hAnsi="Times New Roman" w:cs="Times New Roman"/>
          <w:position w:val="-10"/>
          <w:sz w:val="24"/>
          <w:szCs w:val="24"/>
        </w:rPr>
        <w:object w:dxaOrig="3220" w:dyaOrig="380" w14:anchorId="1CB53794">
          <v:shape id="_x0000_i4609" type="#_x0000_t75" style="width:160.8pt;height:19.2pt" o:ole="">
            <v:imagedata r:id="rId5544" o:title=""/>
          </v:shape>
          <o:OLEObject Type="Embed" ProgID="Equation.DSMT4" ShapeID="_x0000_i4609" DrawAspect="Content" ObjectID="_1699837893" r:id="rId5545"/>
        </w:object>
      </w:r>
      <w:r w:rsidRPr="00B13C4C">
        <w:rPr>
          <w:rFonts w:ascii="Times New Roman" w:hAnsi="Times New Roman" w:cs="Times New Roman"/>
          <w:sz w:val="24"/>
          <w:szCs w:val="24"/>
        </w:rPr>
        <w:t xml:space="preserve"> là:</w:t>
      </w:r>
    </w:p>
    <w:p w14:paraId="3DB567E3"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lastRenderedPageBreak/>
        <w:t xml:space="preserve">A. </w:t>
      </w:r>
      <w:r w:rsidRPr="00B13C4C">
        <w:rPr>
          <w:rFonts w:ascii="Times New Roman" w:hAnsi="Times New Roman" w:cs="Times New Roman"/>
          <w:sz w:val="24"/>
          <w:szCs w:val="24"/>
        </w:rPr>
        <w:t xml:space="preserve">Đường tròn bán kính </w:t>
      </w:r>
      <w:r w:rsidRPr="00B13C4C">
        <w:rPr>
          <w:rFonts w:ascii="Times New Roman" w:hAnsi="Times New Roman" w:cs="Times New Roman"/>
          <w:position w:val="-6"/>
          <w:sz w:val="24"/>
          <w:szCs w:val="24"/>
        </w:rPr>
        <w:object w:dxaOrig="400" w:dyaOrig="279" w14:anchorId="6F21DB6A">
          <v:shape id="_x0000_i4610" type="#_x0000_t75" style="width:19.8pt;height:13.8pt" o:ole="">
            <v:imagedata r:id="rId5546" o:title=""/>
          </v:shape>
          <o:OLEObject Type="Embed" ProgID="Equation.DSMT4" ShapeID="_x0000_i4610" DrawAspect="Content" ObjectID="_1699837894" r:id="rId554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 xml:space="preserve">Đường trung trực của đoạn </w:t>
      </w:r>
      <w:r w:rsidRPr="00B13C4C">
        <w:rPr>
          <w:rFonts w:ascii="Times New Roman" w:hAnsi="Times New Roman" w:cs="Times New Roman"/>
          <w:position w:val="-6"/>
          <w:sz w:val="24"/>
          <w:szCs w:val="24"/>
        </w:rPr>
        <w:object w:dxaOrig="400" w:dyaOrig="279" w14:anchorId="00EB699F">
          <v:shape id="_x0000_i4611" type="#_x0000_t75" style="width:19.8pt;height:13.8pt" o:ole="">
            <v:imagedata r:id="rId5548" o:title=""/>
          </v:shape>
          <o:OLEObject Type="Embed" ProgID="Equation.DSMT4" ShapeID="_x0000_i4611" DrawAspect="Content" ObjectID="_1699837895" r:id="rId5549"/>
        </w:object>
      </w:r>
      <w:r w:rsidRPr="00B13C4C">
        <w:rPr>
          <w:rFonts w:ascii="Times New Roman" w:hAnsi="Times New Roman" w:cs="Times New Roman"/>
          <w:sz w:val="24"/>
          <w:szCs w:val="24"/>
        </w:rPr>
        <w:t>.</w:t>
      </w:r>
    </w:p>
    <w:p w14:paraId="735F3B84"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 xml:space="preserve">Trung điểm của </w:t>
      </w:r>
      <w:r w:rsidRPr="00B13C4C">
        <w:rPr>
          <w:rFonts w:ascii="Times New Roman" w:hAnsi="Times New Roman" w:cs="Times New Roman"/>
          <w:position w:val="-6"/>
          <w:sz w:val="24"/>
          <w:szCs w:val="24"/>
        </w:rPr>
        <w:object w:dxaOrig="400" w:dyaOrig="279" w14:anchorId="623FB2D4">
          <v:shape id="_x0000_i4612" type="#_x0000_t75" style="width:19.8pt;height:13.8pt" o:ole="">
            <v:imagedata r:id="rId5550" o:title=""/>
          </v:shape>
          <o:OLEObject Type="Embed" ProgID="Equation.DSMT4" ShapeID="_x0000_i4612" DrawAspect="Content" ObjectID="_1699837896" r:id="rId555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 xml:space="preserve">Đường tròn bán kính </w:t>
      </w:r>
      <w:r w:rsidRPr="00B13C4C">
        <w:rPr>
          <w:rFonts w:ascii="Times New Roman" w:hAnsi="Times New Roman" w:cs="Times New Roman"/>
          <w:position w:val="-24"/>
          <w:sz w:val="24"/>
          <w:szCs w:val="24"/>
        </w:rPr>
        <w:object w:dxaOrig="440" w:dyaOrig="620" w14:anchorId="40BC6674">
          <v:shape id="_x0000_i4613" type="#_x0000_t75" style="width:22.2pt;height:31.2pt" o:ole="">
            <v:imagedata r:id="rId5552" o:title=""/>
          </v:shape>
          <o:OLEObject Type="Embed" ProgID="Equation.DSMT4" ShapeID="_x0000_i4613" DrawAspect="Content" ObjectID="_1699837897" r:id="rId5553"/>
        </w:object>
      </w:r>
      <w:r w:rsidRPr="00B13C4C">
        <w:rPr>
          <w:rFonts w:ascii="Times New Roman" w:hAnsi="Times New Roman" w:cs="Times New Roman"/>
          <w:sz w:val="24"/>
          <w:szCs w:val="24"/>
        </w:rPr>
        <w:t>.</w:t>
      </w:r>
    </w:p>
    <w:p w14:paraId="277B1ECE" w14:textId="77777777" w:rsidR="00B13C4C" w:rsidRPr="00B13C4C" w:rsidRDefault="00B13C4C" w:rsidP="00A34187">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Có bao nhiêu giá trị nguyên của tham số </w:t>
      </w:r>
      <w:r w:rsidRPr="00B13C4C">
        <w:rPr>
          <w:rFonts w:ascii="Times New Roman" w:hAnsi="Times New Roman" w:cs="Times New Roman"/>
          <w:position w:val="-6"/>
          <w:sz w:val="24"/>
          <w:szCs w:val="24"/>
        </w:rPr>
        <w:object w:dxaOrig="260" w:dyaOrig="220" w14:anchorId="16B3439D">
          <v:shape id="_x0000_i4614" type="#_x0000_t75" style="width:13.2pt;height:10.8pt" o:ole="">
            <v:imagedata r:id="rId5554" o:title=""/>
          </v:shape>
          <o:OLEObject Type="Embed" ProgID="Equation.DSMT4" ShapeID="_x0000_i4614" DrawAspect="Content" ObjectID="_1699837898" r:id="rId5555"/>
        </w:object>
      </w:r>
      <w:r w:rsidRPr="00B13C4C">
        <w:rPr>
          <w:rFonts w:ascii="Times New Roman" w:hAnsi="Times New Roman" w:cs="Times New Roman"/>
          <w:sz w:val="24"/>
          <w:szCs w:val="24"/>
        </w:rPr>
        <w:t xml:space="preserve"> thuộc đoạn </w:t>
      </w:r>
      <w:r w:rsidRPr="00B13C4C">
        <w:rPr>
          <w:rFonts w:ascii="Times New Roman" w:hAnsi="Times New Roman" w:cs="Times New Roman"/>
          <w:position w:val="-10"/>
          <w:sz w:val="24"/>
          <w:szCs w:val="24"/>
        </w:rPr>
        <w:object w:dxaOrig="880" w:dyaOrig="320" w14:anchorId="76359ED8">
          <v:shape id="_x0000_i4615" type="#_x0000_t75" style="width:43.8pt;height:16.2pt" o:ole="">
            <v:imagedata r:id="rId5556" o:title=""/>
          </v:shape>
          <o:OLEObject Type="Embed" ProgID="Equation.DSMT4" ShapeID="_x0000_i4615" DrawAspect="Content" ObjectID="_1699837899" r:id="rId5557"/>
        </w:object>
      </w:r>
      <w:r w:rsidRPr="00B13C4C">
        <w:rPr>
          <w:rFonts w:ascii="Times New Roman" w:hAnsi="Times New Roman" w:cs="Times New Roman"/>
          <w:sz w:val="24"/>
          <w:szCs w:val="24"/>
        </w:rPr>
        <w:t xml:space="preserve"> để phương trình </w:t>
      </w:r>
      <w:r w:rsidRPr="00B13C4C">
        <w:rPr>
          <w:rFonts w:ascii="Times New Roman" w:hAnsi="Times New Roman" w:cs="Times New Roman"/>
          <w:position w:val="-16"/>
          <w:sz w:val="24"/>
          <w:szCs w:val="24"/>
        </w:rPr>
        <w:object w:dxaOrig="2200" w:dyaOrig="440" w14:anchorId="021BC93F">
          <v:shape id="_x0000_i4616" type="#_x0000_t75" style="width:109.8pt;height:22.2pt" o:ole="">
            <v:imagedata r:id="rId5558" o:title=""/>
          </v:shape>
          <o:OLEObject Type="Embed" ProgID="Equation.DSMT4" ShapeID="_x0000_i4616" DrawAspect="Content" ObjectID="_1699837900" r:id="rId5559"/>
        </w:object>
      </w:r>
      <w:r w:rsidRPr="00B13C4C">
        <w:rPr>
          <w:rFonts w:ascii="Times New Roman" w:hAnsi="Times New Roman" w:cs="Times New Roman"/>
          <w:sz w:val="24"/>
          <w:szCs w:val="24"/>
        </w:rPr>
        <w:t xml:space="preserve"> có nghiệm duy nhất?</w:t>
      </w:r>
    </w:p>
    <w:p w14:paraId="39599562"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279" w:dyaOrig="279" w14:anchorId="7F042444">
          <v:shape id="_x0000_i4617" type="#_x0000_t75" style="width:13.8pt;height:13.8pt" o:ole="">
            <v:imagedata r:id="rId5560" o:title=""/>
          </v:shape>
          <o:OLEObject Type="Embed" ProgID="Equation.DSMT4" ShapeID="_x0000_i4617" DrawAspect="Content" ObjectID="_1699837901" r:id="rId556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20.</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21.</w:t>
      </w:r>
    </w:p>
    <w:p w14:paraId="3CC4B48E" w14:textId="77777777" w:rsidR="00B13C4C" w:rsidRPr="00B13C4C" w:rsidRDefault="00B13C4C" w:rsidP="00A34187">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Tìm tổng tất cả các giá trị của </w:t>
      </w:r>
      <w:r w:rsidRPr="00B13C4C">
        <w:rPr>
          <w:rFonts w:ascii="Times New Roman" w:hAnsi="Times New Roman" w:cs="Times New Roman"/>
          <w:position w:val="-6"/>
          <w:sz w:val="24"/>
          <w:szCs w:val="24"/>
        </w:rPr>
        <w:object w:dxaOrig="260" w:dyaOrig="220" w14:anchorId="5CF02F41">
          <v:shape id="_x0000_i4618" type="#_x0000_t75" style="width:13.2pt;height:10.8pt" o:ole="">
            <v:imagedata r:id="rId5562" o:title=""/>
          </v:shape>
          <o:OLEObject Type="Embed" ProgID="Equation.DSMT4" ShapeID="_x0000_i4618" DrawAspect="Content" ObjectID="_1699837902" r:id="rId5563"/>
        </w:object>
      </w:r>
      <w:r w:rsidRPr="00B13C4C">
        <w:rPr>
          <w:rFonts w:ascii="Times New Roman" w:hAnsi="Times New Roman" w:cs="Times New Roman"/>
          <w:sz w:val="24"/>
          <w:szCs w:val="24"/>
        </w:rPr>
        <w:t xml:space="preserve"> để phương trình: </w:t>
      </w:r>
      <w:r w:rsidRPr="00B13C4C">
        <w:rPr>
          <w:rFonts w:ascii="Times New Roman" w:hAnsi="Times New Roman" w:cs="Times New Roman"/>
          <w:position w:val="-24"/>
          <w:sz w:val="24"/>
          <w:szCs w:val="24"/>
        </w:rPr>
        <w:object w:dxaOrig="2140" w:dyaOrig="620" w14:anchorId="0551A669">
          <v:shape id="_x0000_i4619" type="#_x0000_t75" style="width:106.8pt;height:31.2pt" o:ole="">
            <v:imagedata r:id="rId5564" o:title=""/>
          </v:shape>
          <o:OLEObject Type="Embed" ProgID="Equation.DSMT4" ShapeID="_x0000_i4619" DrawAspect="Content" ObjectID="_1699837903" r:id="rId5565"/>
        </w:object>
      </w:r>
      <w:r w:rsidRPr="00B13C4C">
        <w:rPr>
          <w:rFonts w:ascii="Times New Roman" w:hAnsi="Times New Roman" w:cs="Times New Roman"/>
          <w:sz w:val="24"/>
          <w:szCs w:val="24"/>
        </w:rPr>
        <w:t xml:space="preserve"> là có nghiệm duy nhất.</w:t>
      </w:r>
    </w:p>
    <w:p w14:paraId="614F9143"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320" w:dyaOrig="279" w14:anchorId="2869BCCC">
          <v:shape id="_x0000_i4620" type="#_x0000_t75" style="width:16.2pt;height:13.8pt" o:ole="">
            <v:imagedata r:id="rId5566" o:title=""/>
          </v:shape>
          <o:OLEObject Type="Embed" ProgID="Equation.DSMT4" ShapeID="_x0000_i4620" DrawAspect="Content" ObjectID="_1699837904" r:id="rId556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4"/>
          <w:sz w:val="24"/>
          <w:szCs w:val="24"/>
        </w:rPr>
        <w:object w:dxaOrig="320" w:dyaOrig="260" w14:anchorId="7B7CAFDA">
          <v:shape id="_x0000_i4621" type="#_x0000_t75" style="width:16.2pt;height:13.2pt" o:ole="">
            <v:imagedata r:id="rId5568" o:title=""/>
          </v:shape>
          <o:OLEObject Type="Embed" ProgID="Equation.DSMT4" ShapeID="_x0000_i4621" DrawAspect="Content" ObjectID="_1699837905" r:id="rId556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0.</w:t>
      </w:r>
    </w:p>
    <w:p w14:paraId="4484A3D6" w14:textId="77777777" w:rsidR="00B13C4C" w:rsidRPr="00B13C4C" w:rsidRDefault="00B13C4C" w:rsidP="00A34187">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Tại một công trình xây dựng có ba tổ công nhân cùng làm các chậu hoa giống nhau. Số chậu của tổ </w:t>
      </w:r>
      <w:r w:rsidRPr="00B13C4C">
        <w:rPr>
          <w:rFonts w:ascii="Times New Roman" w:hAnsi="Times New Roman" w:cs="Times New Roman"/>
          <w:position w:val="-10"/>
          <w:sz w:val="24"/>
          <w:szCs w:val="24"/>
        </w:rPr>
        <w:object w:dxaOrig="360" w:dyaOrig="320" w14:anchorId="797344EA">
          <v:shape id="_x0000_i4622" type="#_x0000_t75" style="width:18pt;height:16.2pt" o:ole="">
            <v:imagedata r:id="rId5570" o:title=""/>
          </v:shape>
          <o:OLEObject Type="Embed" ProgID="Equation.DSMT4" ShapeID="_x0000_i4622" DrawAspect="Content" ObjectID="_1699837906" r:id="rId5571"/>
        </w:object>
      </w:r>
      <w:r w:rsidRPr="00B13C4C">
        <w:rPr>
          <w:rFonts w:ascii="Times New Roman" w:hAnsi="Times New Roman" w:cs="Times New Roman"/>
          <w:sz w:val="24"/>
          <w:szCs w:val="24"/>
        </w:rPr>
        <w:t xml:space="preserve"> làm trong 1 giờ ít hơn tổng số chậu của tổ </w:t>
      </w:r>
      <w:r w:rsidRPr="00B13C4C">
        <w:rPr>
          <w:rFonts w:ascii="Times New Roman" w:hAnsi="Times New Roman" w:cs="Times New Roman"/>
          <w:position w:val="-10"/>
          <w:sz w:val="24"/>
          <w:szCs w:val="24"/>
        </w:rPr>
        <w:object w:dxaOrig="440" w:dyaOrig="320" w14:anchorId="5627B5A0">
          <v:shape id="_x0000_i4623" type="#_x0000_t75" style="width:22.2pt;height:16.2pt" o:ole="">
            <v:imagedata r:id="rId5572" o:title=""/>
          </v:shape>
          <o:OLEObject Type="Embed" ProgID="Equation.DSMT4" ShapeID="_x0000_i4623" DrawAspect="Content" ObjectID="_1699837907" r:id="rId5573"/>
        </w:object>
      </w:r>
      <w:r w:rsidRPr="00B13C4C">
        <w:rPr>
          <w:rFonts w:ascii="Times New Roman" w:hAnsi="Times New Roman" w:cs="Times New Roman"/>
          <w:sz w:val="24"/>
          <w:szCs w:val="24"/>
        </w:rPr>
        <w:t xml:space="preserve"> và tổ </w:t>
      </w:r>
      <w:r w:rsidRPr="00B13C4C">
        <w:rPr>
          <w:rFonts w:ascii="Times New Roman" w:hAnsi="Times New Roman" w:cs="Times New Roman"/>
          <w:position w:val="-10"/>
          <w:sz w:val="24"/>
          <w:szCs w:val="24"/>
        </w:rPr>
        <w:object w:dxaOrig="520" w:dyaOrig="320" w14:anchorId="4C6F9543">
          <v:shape id="_x0000_i4624" type="#_x0000_t75" style="width:25.8pt;height:16.2pt" o:ole="">
            <v:imagedata r:id="rId5574" o:title=""/>
          </v:shape>
          <o:OLEObject Type="Embed" ProgID="Equation.DSMT4" ShapeID="_x0000_i4624" DrawAspect="Content" ObjectID="_1699837908" r:id="rId5575"/>
        </w:object>
      </w:r>
      <w:r w:rsidRPr="00B13C4C">
        <w:rPr>
          <w:rFonts w:ascii="Times New Roman" w:hAnsi="Times New Roman" w:cs="Times New Roman"/>
          <w:sz w:val="24"/>
          <w:szCs w:val="24"/>
        </w:rPr>
        <w:t xml:space="preserve"> làm trong 1 giờ là 5, chậu. Tổng số chậu của tổ </w:t>
      </w:r>
      <w:r w:rsidRPr="00B13C4C">
        <w:rPr>
          <w:rFonts w:ascii="Times New Roman" w:hAnsi="Times New Roman" w:cs="Times New Roman"/>
          <w:position w:val="-10"/>
          <w:sz w:val="24"/>
          <w:szCs w:val="24"/>
        </w:rPr>
        <w:object w:dxaOrig="360" w:dyaOrig="320" w14:anchorId="6FBE18E2">
          <v:shape id="_x0000_i4625" type="#_x0000_t75" style="width:18pt;height:16.2pt" o:ole="">
            <v:imagedata r:id="rId5576" o:title=""/>
          </v:shape>
          <o:OLEObject Type="Embed" ProgID="Equation.DSMT4" ShapeID="_x0000_i4625" DrawAspect="Content" ObjectID="_1699837909" r:id="rId5577"/>
        </w:object>
      </w:r>
      <w:r w:rsidRPr="00B13C4C">
        <w:rPr>
          <w:rFonts w:ascii="Times New Roman" w:hAnsi="Times New Roman" w:cs="Times New Roman"/>
          <w:sz w:val="24"/>
          <w:szCs w:val="24"/>
        </w:rPr>
        <w:t xml:space="preserve"> làm trong 4 giờ và tổ </w:t>
      </w:r>
      <w:r w:rsidRPr="00B13C4C">
        <w:rPr>
          <w:rFonts w:ascii="Times New Roman" w:hAnsi="Times New Roman" w:cs="Times New Roman"/>
          <w:position w:val="-10"/>
          <w:sz w:val="24"/>
          <w:szCs w:val="24"/>
        </w:rPr>
        <w:object w:dxaOrig="440" w:dyaOrig="320" w14:anchorId="6ACD855E">
          <v:shape id="_x0000_i4626" type="#_x0000_t75" style="width:22.2pt;height:16.2pt" o:ole="">
            <v:imagedata r:id="rId5578" o:title=""/>
          </v:shape>
          <o:OLEObject Type="Embed" ProgID="Equation.DSMT4" ShapeID="_x0000_i4626" DrawAspect="Content" ObjectID="_1699837910" r:id="rId5579"/>
        </w:object>
      </w:r>
      <w:r w:rsidRPr="00B13C4C">
        <w:rPr>
          <w:rFonts w:ascii="Times New Roman" w:hAnsi="Times New Roman" w:cs="Times New Roman"/>
          <w:sz w:val="24"/>
          <w:szCs w:val="24"/>
        </w:rPr>
        <w:t xml:space="preserve"> làm trong 3 giờ nhiều hơn số chậu của tổ (III) làm trong 5 giờ là 30 chậu. Số chậu của tổ </w:t>
      </w:r>
      <w:r w:rsidRPr="00B13C4C">
        <w:rPr>
          <w:rFonts w:ascii="Times New Roman" w:hAnsi="Times New Roman" w:cs="Times New Roman"/>
          <w:position w:val="-10"/>
          <w:sz w:val="24"/>
          <w:szCs w:val="24"/>
        </w:rPr>
        <w:object w:dxaOrig="360" w:dyaOrig="320" w14:anchorId="69825D4F">
          <v:shape id="_x0000_i4627" type="#_x0000_t75" style="width:18pt;height:16.2pt" o:ole="">
            <v:imagedata r:id="rId5580" o:title=""/>
          </v:shape>
          <o:OLEObject Type="Embed" ProgID="Equation.DSMT4" ShapeID="_x0000_i4627" DrawAspect="Content" ObjectID="_1699837911" r:id="rId5581"/>
        </w:object>
      </w:r>
      <w:r w:rsidRPr="00B13C4C">
        <w:rPr>
          <w:rFonts w:ascii="Times New Roman" w:hAnsi="Times New Roman" w:cs="Times New Roman"/>
          <w:sz w:val="24"/>
          <w:szCs w:val="24"/>
        </w:rPr>
        <w:t xml:space="preserve"> làm trong 2 giờ cộng với số chậu của tổ (II) làm trong 5 giờ và số chậu của tồ (</w:t>
      </w:r>
      <w:r w:rsidRPr="00B13C4C">
        <w:rPr>
          <w:rFonts w:ascii="Times New Roman" w:hAnsi="Times New Roman" w:cs="Times New Roman"/>
          <w:position w:val="-4"/>
          <w:sz w:val="24"/>
          <w:szCs w:val="24"/>
        </w:rPr>
        <w:object w:dxaOrig="340" w:dyaOrig="260" w14:anchorId="49428AC6">
          <v:shape id="_x0000_i4628" type="#_x0000_t75" style="width:16.8pt;height:13.2pt" o:ole="">
            <v:imagedata r:id="rId5582" o:title=""/>
          </v:shape>
          <o:OLEObject Type="Embed" ProgID="Equation.DSMT4" ShapeID="_x0000_i4628" DrawAspect="Content" ObjectID="_1699837912" r:id="rId5583"/>
        </w:object>
      </w:r>
      <w:r w:rsidRPr="00B13C4C">
        <w:rPr>
          <w:rFonts w:ascii="Times New Roman" w:hAnsi="Times New Roman" w:cs="Times New Roman"/>
          <w:sz w:val="24"/>
          <w:szCs w:val="24"/>
        </w:rPr>
        <w:t xml:space="preserve">) làm trong 3 giờ là 76 chậu. Biết rằng số chậu của mỗi tổ làm trong 1 giờ là không đổi. Hỏi trong 1 giờ tổ </w:t>
      </w:r>
      <w:r w:rsidRPr="00B13C4C">
        <w:rPr>
          <w:rFonts w:ascii="Times New Roman" w:hAnsi="Times New Roman" w:cs="Times New Roman"/>
          <w:position w:val="-10"/>
          <w:sz w:val="24"/>
          <w:szCs w:val="24"/>
        </w:rPr>
        <w:object w:dxaOrig="360" w:dyaOrig="320" w14:anchorId="18D29710">
          <v:shape id="_x0000_i4629" type="#_x0000_t75" style="width:18pt;height:16.2pt" o:ole="">
            <v:imagedata r:id="rId5584" o:title=""/>
          </v:shape>
          <o:OLEObject Type="Embed" ProgID="Equation.DSMT4" ShapeID="_x0000_i4629" DrawAspect="Content" ObjectID="_1699837913" r:id="rId5585"/>
        </w:object>
      </w:r>
      <w:r w:rsidRPr="00B13C4C">
        <w:rPr>
          <w:rFonts w:ascii="Times New Roman" w:hAnsi="Times New Roman" w:cs="Times New Roman"/>
          <w:sz w:val="24"/>
          <w:szCs w:val="24"/>
        </w:rPr>
        <w:t xml:space="preserve"> làm được bao nhiêu chậu?</w:t>
      </w:r>
    </w:p>
    <w:p w14:paraId="2F8E232F" w14:textId="77777777" w:rsidR="00B13C4C" w:rsidRPr="00B13C4C" w:rsidRDefault="00B13C4C" w:rsidP="00A34187">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6.</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8.</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9.</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7.</w:t>
      </w:r>
    </w:p>
    <w:p w14:paraId="7AE87EC3" w14:textId="77777777" w:rsidR="00B13C4C" w:rsidRPr="00B13C4C" w:rsidRDefault="00B13C4C" w:rsidP="00A34187">
      <w:pPr>
        <w:ind w:left="992"/>
        <w:rPr>
          <w:rFonts w:ascii="Times New Roman" w:hAnsi="Times New Roman" w:cs="Times New Roman"/>
          <w:sz w:val="24"/>
          <w:szCs w:val="24"/>
        </w:rPr>
      </w:pPr>
      <w:r w:rsidRPr="00B13C4C">
        <w:rPr>
          <w:rFonts w:ascii="Times New Roman" w:hAnsi="Times New Roman" w:cs="Times New Roman"/>
          <w:b/>
          <w:sz w:val="24"/>
          <w:szCs w:val="24"/>
        </w:rPr>
        <w:t>Phần II: Tự luận</w:t>
      </w:r>
    </w:p>
    <w:p w14:paraId="445403FD" w14:textId="77777777" w:rsidR="00B13C4C" w:rsidRPr="00B13C4C" w:rsidRDefault="00B13C4C" w:rsidP="00A34187">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1: </w:t>
      </w:r>
      <w:r w:rsidRPr="00B13C4C">
        <w:rPr>
          <w:rFonts w:ascii="Times New Roman" w:hAnsi="Times New Roman" w:cs="Times New Roman"/>
          <w:sz w:val="24"/>
          <w:szCs w:val="24"/>
        </w:rPr>
        <w:t xml:space="preserve">Giải phương trình sau: </w:t>
      </w:r>
      <w:r w:rsidRPr="00B13C4C">
        <w:rPr>
          <w:rFonts w:ascii="Times New Roman" w:hAnsi="Times New Roman" w:cs="Times New Roman"/>
          <w:position w:val="-10"/>
          <w:sz w:val="24"/>
          <w:szCs w:val="24"/>
        </w:rPr>
        <w:object w:dxaOrig="2500" w:dyaOrig="360" w14:anchorId="61F9FF13">
          <v:shape id="_x0000_i4630" type="#_x0000_t75" style="width:124.8pt;height:18pt" o:ole="">
            <v:imagedata r:id="rId5586" o:title=""/>
          </v:shape>
          <o:OLEObject Type="Embed" ProgID="Equation.DSMT4" ShapeID="_x0000_i4630" DrawAspect="Content" ObjectID="_1699837914" r:id="rId5587"/>
        </w:object>
      </w:r>
      <w:r w:rsidRPr="00B13C4C">
        <w:rPr>
          <w:rFonts w:ascii="Times New Roman" w:hAnsi="Times New Roman" w:cs="Times New Roman"/>
          <w:sz w:val="24"/>
          <w:szCs w:val="24"/>
        </w:rPr>
        <w:t>.</w:t>
      </w:r>
    </w:p>
    <w:p w14:paraId="6629D235" w14:textId="77777777" w:rsidR="00B13C4C" w:rsidRPr="00B13C4C" w:rsidRDefault="00B13C4C" w:rsidP="00A34187">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2: </w:t>
      </w:r>
      <w:r w:rsidRPr="00B13C4C">
        <w:rPr>
          <w:rFonts w:ascii="Times New Roman" w:hAnsi="Times New Roman" w:cs="Times New Roman"/>
          <w:sz w:val="24"/>
          <w:szCs w:val="24"/>
        </w:rPr>
        <w:t>Một đại lí xe máy nhập mỗi chiếc Honda Air Blade với giá 38 triệu đồng và bán ra với giá 43 triệu đồng; đại lí đó bán được 400 xe trong một năm. Nhằm mục tiêu kích cầu tiêu thụ, đại lí dự định giảm giá bán và ước tính rằng nếu mỗi chiếc xe giảm giá 1 triệu đồng thì một năm bán thêm được 200 xe. Hỏi đại lí đó cần định giá bán mới là bao nhiêu để sau khi giảm giá lợi nhuận thu được là cao nhất?</w:t>
      </w:r>
    </w:p>
    <w:p w14:paraId="6D72182A" w14:textId="77777777" w:rsidR="00B13C4C" w:rsidRPr="00B13C4C" w:rsidRDefault="00B13C4C" w:rsidP="00A34187">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3: </w:t>
      </w:r>
      <w:r w:rsidRPr="00B13C4C">
        <w:rPr>
          <w:rFonts w:ascii="Times New Roman" w:hAnsi="Times New Roman" w:cs="Times New Roman"/>
          <w:sz w:val="24"/>
          <w:szCs w:val="24"/>
        </w:rPr>
        <w:t xml:space="preserve">Trong mặt phẳng </w:t>
      </w:r>
      <w:r w:rsidRPr="00B13C4C">
        <w:rPr>
          <w:rFonts w:ascii="Times New Roman" w:hAnsi="Times New Roman" w:cs="Times New Roman"/>
          <w:position w:val="-10"/>
          <w:sz w:val="24"/>
          <w:szCs w:val="24"/>
        </w:rPr>
        <w:object w:dxaOrig="460" w:dyaOrig="320" w14:anchorId="4EBB79EE">
          <v:shape id="_x0000_i4631" type="#_x0000_t75" style="width:22.8pt;height:16.2pt" o:ole="">
            <v:imagedata r:id="rId5588" o:title=""/>
          </v:shape>
          <o:OLEObject Type="Embed" ProgID="Equation.DSMT4" ShapeID="_x0000_i4631" DrawAspect="Content" ObjectID="_1699837915" r:id="rId5589"/>
        </w:object>
      </w:r>
      <w:r w:rsidRPr="00B13C4C">
        <w:rPr>
          <w:rFonts w:ascii="Times New Roman" w:hAnsi="Times New Roman" w:cs="Times New Roman"/>
          <w:sz w:val="24"/>
          <w:szCs w:val="24"/>
        </w:rPr>
        <w:t xml:space="preserve">, cho </w:t>
      </w:r>
      <w:r w:rsidRPr="00B13C4C">
        <w:rPr>
          <w:rFonts w:ascii="Times New Roman" w:hAnsi="Times New Roman" w:cs="Times New Roman"/>
          <w:position w:val="-10"/>
          <w:sz w:val="24"/>
          <w:szCs w:val="24"/>
        </w:rPr>
        <w:object w:dxaOrig="2299" w:dyaOrig="320" w14:anchorId="09418D3C">
          <v:shape id="_x0000_i4632" type="#_x0000_t75" style="width:115.2pt;height:16.2pt" o:ole="">
            <v:imagedata r:id="rId5590" o:title=""/>
          </v:shape>
          <o:OLEObject Type="Embed" ProgID="Equation.DSMT4" ShapeID="_x0000_i4632" DrawAspect="Content" ObjectID="_1699837916" r:id="rId5591"/>
        </w:object>
      </w:r>
      <w:r w:rsidRPr="00B13C4C">
        <w:rPr>
          <w:rFonts w:ascii="Times New Roman" w:hAnsi="Times New Roman" w:cs="Times New Roman"/>
          <w:sz w:val="24"/>
          <w:szCs w:val="24"/>
        </w:rPr>
        <w:t>.</w:t>
      </w:r>
    </w:p>
    <w:p w14:paraId="4D15E616" w14:textId="77777777" w:rsidR="00B13C4C" w:rsidRPr="00B13C4C" w:rsidRDefault="00B13C4C" w:rsidP="00A34187">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a. Tính chu vi tam giác </w:t>
      </w:r>
      <w:r w:rsidRPr="00B13C4C">
        <w:rPr>
          <w:rFonts w:ascii="Times New Roman" w:hAnsi="Times New Roman" w:cs="Times New Roman"/>
          <w:position w:val="-6"/>
          <w:sz w:val="24"/>
          <w:szCs w:val="24"/>
        </w:rPr>
        <w:object w:dxaOrig="560" w:dyaOrig="279" w14:anchorId="32D3EE3F">
          <v:shape id="_x0000_i4633" type="#_x0000_t75" style="width:28.2pt;height:13.8pt" o:ole="">
            <v:imagedata r:id="rId5592" o:title=""/>
          </v:shape>
          <o:OLEObject Type="Embed" ProgID="Equation.DSMT4" ShapeID="_x0000_i4633" DrawAspect="Content" ObjectID="_1699837917" r:id="rId5593"/>
        </w:object>
      </w:r>
      <w:r w:rsidRPr="00B13C4C">
        <w:rPr>
          <w:rFonts w:ascii="Times New Roman" w:hAnsi="Times New Roman" w:cs="Times New Roman"/>
          <w:sz w:val="24"/>
          <w:szCs w:val="24"/>
        </w:rPr>
        <w:t>.</w:t>
      </w:r>
    </w:p>
    <w:p w14:paraId="5C28CA4F" w14:textId="77777777" w:rsidR="00B13C4C" w:rsidRPr="00B13C4C" w:rsidRDefault="00B13C4C" w:rsidP="00A34187">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b. Tính góc </w:t>
      </w:r>
      <w:r w:rsidRPr="00B13C4C">
        <w:rPr>
          <w:rFonts w:ascii="Times New Roman" w:hAnsi="Times New Roman" w:cs="Times New Roman"/>
          <w:position w:val="-6"/>
          <w:sz w:val="24"/>
          <w:szCs w:val="24"/>
        </w:rPr>
        <w:object w:dxaOrig="560" w:dyaOrig="360" w14:anchorId="0767AA40">
          <v:shape id="_x0000_i4634" type="#_x0000_t75" style="width:28.2pt;height:18pt" o:ole="">
            <v:imagedata r:id="rId5594" o:title=""/>
          </v:shape>
          <o:OLEObject Type="Embed" ProgID="Equation.DSMT4" ShapeID="_x0000_i4634" DrawAspect="Content" ObjectID="_1699837918" r:id="rId5595"/>
        </w:object>
      </w:r>
      <w:r w:rsidRPr="00B13C4C">
        <w:rPr>
          <w:rFonts w:ascii="Times New Roman" w:hAnsi="Times New Roman" w:cs="Times New Roman"/>
          <w:sz w:val="24"/>
          <w:szCs w:val="24"/>
        </w:rPr>
        <w:t>.</w:t>
      </w:r>
    </w:p>
    <w:p w14:paraId="23E61D41" w14:textId="77777777" w:rsidR="00B13C4C" w:rsidRPr="00B13C4C" w:rsidRDefault="00B13C4C" w:rsidP="00A34187">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4: </w:t>
      </w:r>
      <w:r w:rsidRPr="00B13C4C">
        <w:rPr>
          <w:rFonts w:ascii="Times New Roman" w:hAnsi="Times New Roman" w:cs="Times New Roman"/>
          <w:sz w:val="24"/>
          <w:szCs w:val="24"/>
        </w:rPr>
        <w:t xml:space="preserve">Cho hình thang </w:t>
      </w:r>
      <w:r w:rsidRPr="00B13C4C">
        <w:rPr>
          <w:rFonts w:ascii="Times New Roman" w:hAnsi="Times New Roman" w:cs="Times New Roman"/>
          <w:position w:val="-6"/>
          <w:sz w:val="24"/>
          <w:szCs w:val="24"/>
        </w:rPr>
        <w:object w:dxaOrig="720" w:dyaOrig="279" w14:anchorId="2EFB180B">
          <v:shape id="_x0000_i4635" type="#_x0000_t75" style="width:36pt;height:13.8pt" o:ole="">
            <v:imagedata r:id="rId5596" o:title=""/>
          </v:shape>
          <o:OLEObject Type="Embed" ProgID="Equation.DSMT4" ShapeID="_x0000_i4635" DrawAspect="Content" ObjectID="_1699837919" r:id="rId5597"/>
        </w:object>
      </w:r>
      <w:r w:rsidRPr="00B13C4C">
        <w:rPr>
          <w:rFonts w:ascii="Times New Roman" w:hAnsi="Times New Roman" w:cs="Times New Roman"/>
          <w:sz w:val="24"/>
          <w:szCs w:val="24"/>
        </w:rPr>
        <w:t xml:space="preserve"> vuông tại </w:t>
      </w:r>
      <w:r w:rsidRPr="00B13C4C">
        <w:rPr>
          <w:rFonts w:ascii="Times New Roman" w:hAnsi="Times New Roman" w:cs="Times New Roman"/>
          <w:position w:val="-4"/>
          <w:sz w:val="24"/>
          <w:szCs w:val="24"/>
        </w:rPr>
        <w:object w:dxaOrig="240" w:dyaOrig="260" w14:anchorId="71D619B6">
          <v:shape id="_x0000_i4636" type="#_x0000_t75" style="width:12pt;height:13.2pt" o:ole="">
            <v:imagedata r:id="rId5598" o:title=""/>
          </v:shape>
          <o:OLEObject Type="Embed" ProgID="Equation.DSMT4" ShapeID="_x0000_i4636" DrawAspect="Content" ObjectID="_1699837920" r:id="rId5599"/>
        </w:object>
      </w:r>
      <w:r w:rsidRPr="00B13C4C">
        <w:rPr>
          <w:rFonts w:ascii="Times New Roman" w:hAnsi="Times New Roman" w:cs="Times New Roman"/>
          <w:sz w:val="24"/>
          <w:szCs w:val="24"/>
        </w:rPr>
        <w:t xml:space="preserve"> và </w:t>
      </w:r>
      <w:r w:rsidRPr="00B13C4C">
        <w:rPr>
          <w:rFonts w:ascii="Times New Roman" w:hAnsi="Times New Roman" w:cs="Times New Roman"/>
          <w:position w:val="-4"/>
          <w:sz w:val="24"/>
          <w:szCs w:val="24"/>
        </w:rPr>
        <w:object w:dxaOrig="260" w:dyaOrig="260" w14:anchorId="3DA55267">
          <v:shape id="_x0000_i4637" type="#_x0000_t75" style="width:13.2pt;height:13.2pt" o:ole="">
            <v:imagedata r:id="rId5600" o:title=""/>
          </v:shape>
          <o:OLEObject Type="Embed" ProgID="Equation.DSMT4" ShapeID="_x0000_i4637" DrawAspect="Content" ObjectID="_1699837921" r:id="rId5601"/>
        </w:object>
      </w:r>
      <w:r w:rsidRPr="00B13C4C">
        <w:rPr>
          <w:rFonts w:ascii="Times New Roman" w:hAnsi="Times New Roman" w:cs="Times New Roman"/>
          <w:sz w:val="24"/>
          <w:szCs w:val="24"/>
        </w:rPr>
        <w:t xml:space="preserve"> có </w:t>
      </w:r>
      <w:r w:rsidRPr="00B13C4C">
        <w:rPr>
          <w:rFonts w:ascii="Times New Roman" w:hAnsi="Times New Roman" w:cs="Times New Roman"/>
          <w:position w:val="-10"/>
          <w:sz w:val="24"/>
          <w:szCs w:val="24"/>
        </w:rPr>
        <w:object w:dxaOrig="2540" w:dyaOrig="320" w14:anchorId="0A5719DB">
          <v:shape id="_x0000_i4638" type="#_x0000_t75" style="width:127.2pt;height:16.2pt" o:ole="">
            <v:imagedata r:id="rId5602" o:title=""/>
          </v:shape>
          <o:OLEObject Type="Embed" ProgID="Equation.DSMT4" ShapeID="_x0000_i4638" DrawAspect="Content" ObjectID="_1699837922" r:id="rId5603"/>
        </w:object>
      </w:r>
      <w:r w:rsidRPr="00B13C4C">
        <w:rPr>
          <w:rFonts w:ascii="Times New Roman" w:hAnsi="Times New Roman" w:cs="Times New Roman"/>
          <w:sz w:val="24"/>
          <w:szCs w:val="24"/>
        </w:rPr>
        <w:t xml:space="preserve"> là trung điểm cạnh </w:t>
      </w:r>
      <w:r w:rsidRPr="00B13C4C">
        <w:rPr>
          <w:rFonts w:ascii="Times New Roman" w:hAnsi="Times New Roman" w:cs="Times New Roman"/>
          <w:position w:val="-10"/>
          <w:sz w:val="24"/>
          <w:szCs w:val="24"/>
        </w:rPr>
        <w:object w:dxaOrig="700" w:dyaOrig="320" w14:anchorId="4A879144">
          <v:shape id="_x0000_i4639" type="#_x0000_t75" style="width:34.8pt;height:16.2pt" o:ole="">
            <v:imagedata r:id="rId5604" o:title=""/>
          </v:shape>
          <o:OLEObject Type="Embed" ProgID="Equation.DSMT4" ShapeID="_x0000_i4639" DrawAspect="Content" ObjectID="_1699837923" r:id="rId5605"/>
        </w:object>
      </w:r>
      <w:r w:rsidRPr="00B13C4C">
        <w:rPr>
          <w:rFonts w:ascii="Times New Roman" w:hAnsi="Times New Roman" w:cs="Times New Roman"/>
          <w:sz w:val="24"/>
          <w:szCs w:val="24"/>
        </w:rPr>
        <w:t xml:space="preserve"> thuộc cạnh </w:t>
      </w:r>
      <w:r w:rsidRPr="00B13C4C">
        <w:rPr>
          <w:rFonts w:ascii="Times New Roman" w:hAnsi="Times New Roman" w:cs="Times New Roman"/>
          <w:position w:val="-6"/>
          <w:sz w:val="24"/>
          <w:szCs w:val="24"/>
        </w:rPr>
        <w:object w:dxaOrig="400" w:dyaOrig="279" w14:anchorId="4DDCCC12">
          <v:shape id="_x0000_i4640" type="#_x0000_t75" style="width:19.8pt;height:13.8pt" o:ole="">
            <v:imagedata r:id="rId5606" o:title=""/>
          </v:shape>
          <o:OLEObject Type="Embed" ProgID="Equation.DSMT4" ShapeID="_x0000_i4640" DrawAspect="Content" ObjectID="_1699837924" r:id="rId5607"/>
        </w:object>
      </w:r>
      <w:r w:rsidRPr="00B13C4C">
        <w:rPr>
          <w:rFonts w:ascii="Times New Roman" w:hAnsi="Times New Roman" w:cs="Times New Roman"/>
          <w:sz w:val="24"/>
          <w:szCs w:val="24"/>
        </w:rPr>
        <w:t xml:space="preserve"> sao cho </w:t>
      </w:r>
      <w:r w:rsidRPr="00B13C4C">
        <w:rPr>
          <w:rFonts w:ascii="Times New Roman" w:hAnsi="Times New Roman" w:cs="Times New Roman"/>
          <w:position w:val="-6"/>
          <w:sz w:val="24"/>
          <w:szCs w:val="24"/>
        </w:rPr>
        <w:object w:dxaOrig="1120" w:dyaOrig="340" w14:anchorId="2A8DBDBC">
          <v:shape id="_x0000_i4641" type="#_x0000_t75" style="width:55.8pt;height:16.8pt" o:ole="">
            <v:imagedata r:id="rId5608" o:title=""/>
          </v:shape>
          <o:OLEObject Type="Embed" ProgID="Equation.DSMT4" ShapeID="_x0000_i4641" DrawAspect="Content" ObjectID="_1699837925" r:id="rId5609"/>
        </w:object>
      </w:r>
      <w:r w:rsidRPr="00B13C4C">
        <w:rPr>
          <w:rFonts w:ascii="Times New Roman" w:hAnsi="Times New Roman" w:cs="Times New Roman"/>
          <w:sz w:val="24"/>
          <w:szCs w:val="24"/>
        </w:rPr>
        <w:t xml:space="preserve">. Tìm </w:t>
      </w:r>
      <w:r w:rsidRPr="00B13C4C">
        <w:rPr>
          <w:rFonts w:ascii="Times New Roman" w:hAnsi="Times New Roman" w:cs="Times New Roman"/>
          <w:position w:val="-6"/>
          <w:sz w:val="24"/>
          <w:szCs w:val="24"/>
        </w:rPr>
        <w:object w:dxaOrig="200" w:dyaOrig="279" w14:anchorId="1AB49E0E">
          <v:shape id="_x0000_i4642" type="#_x0000_t75" style="width:10.2pt;height:13.8pt" o:ole="">
            <v:imagedata r:id="rId5610" o:title=""/>
          </v:shape>
          <o:OLEObject Type="Embed" ProgID="Equation.DSMT4" ShapeID="_x0000_i4642" DrawAspect="Content" ObjectID="_1699837926" r:id="rId5611"/>
        </w:object>
      </w:r>
      <w:r w:rsidRPr="00B13C4C">
        <w:rPr>
          <w:rFonts w:ascii="Times New Roman" w:hAnsi="Times New Roman" w:cs="Times New Roman"/>
          <w:sz w:val="24"/>
          <w:szCs w:val="24"/>
        </w:rPr>
        <w:t xml:space="preserve"> sao cho </w:t>
      </w:r>
      <w:r w:rsidRPr="00B13C4C">
        <w:rPr>
          <w:rFonts w:ascii="Times New Roman" w:hAnsi="Times New Roman" w:cs="Times New Roman"/>
          <w:position w:val="-6"/>
          <w:sz w:val="24"/>
          <w:szCs w:val="24"/>
        </w:rPr>
        <w:object w:dxaOrig="1080" w:dyaOrig="279" w14:anchorId="1E2040E0">
          <v:shape id="_x0000_i4643" type="#_x0000_t75" style="width:54pt;height:13.8pt" o:ole="">
            <v:imagedata r:id="rId5612" o:title=""/>
          </v:shape>
          <o:OLEObject Type="Embed" ProgID="Equation.DSMT4" ShapeID="_x0000_i4643" DrawAspect="Content" ObjectID="_1699837927" r:id="rId5613"/>
        </w:object>
      </w:r>
      <w:r w:rsidRPr="00B13C4C">
        <w:rPr>
          <w:rFonts w:ascii="Times New Roman" w:hAnsi="Times New Roman" w:cs="Times New Roman"/>
          <w:sz w:val="24"/>
          <w:szCs w:val="24"/>
        </w:rPr>
        <w:t>.</w:t>
      </w:r>
    </w:p>
    <w:p w14:paraId="4DFD174F" w14:textId="77777777" w:rsidR="00B13C4C" w:rsidRPr="00B13C4C" w:rsidRDefault="00B13C4C" w:rsidP="00A34187">
      <w:pPr>
        <w:ind w:left="992"/>
        <w:jc w:val="center"/>
        <w:rPr>
          <w:rFonts w:ascii="Times New Roman" w:hAnsi="Times New Roman" w:cs="Times New Roman"/>
          <w:b/>
          <w:sz w:val="24"/>
          <w:szCs w:val="24"/>
        </w:rPr>
      </w:pPr>
      <w:r w:rsidRPr="00B13C4C">
        <w:rPr>
          <w:rFonts w:ascii="Times New Roman" w:hAnsi="Times New Roman" w:cs="Times New Roman"/>
          <w:b/>
          <w:sz w:val="24"/>
          <w:szCs w:val="24"/>
        </w:rPr>
        <w:t>BẢNG ĐÁP ÁN</w:t>
      </w:r>
    </w:p>
    <w:tbl>
      <w:tblPr>
        <w:tblStyle w:val="TableGrid"/>
        <w:tblW w:w="0" w:type="auto"/>
        <w:tblInd w:w="992" w:type="dxa"/>
        <w:tblLook w:val="04A0" w:firstRow="1" w:lastRow="0" w:firstColumn="1" w:lastColumn="0" w:noHBand="0" w:noVBand="1"/>
      </w:tblPr>
      <w:tblGrid>
        <w:gridCol w:w="510"/>
        <w:gridCol w:w="510"/>
        <w:gridCol w:w="511"/>
        <w:gridCol w:w="511"/>
        <w:gridCol w:w="511"/>
        <w:gridCol w:w="511"/>
        <w:gridCol w:w="511"/>
        <w:gridCol w:w="511"/>
        <w:gridCol w:w="511"/>
        <w:gridCol w:w="511"/>
        <w:gridCol w:w="512"/>
        <w:gridCol w:w="512"/>
        <w:gridCol w:w="512"/>
        <w:gridCol w:w="512"/>
        <w:gridCol w:w="512"/>
        <w:gridCol w:w="512"/>
        <w:gridCol w:w="512"/>
        <w:gridCol w:w="512"/>
      </w:tblGrid>
      <w:tr w:rsidR="00B13C4C" w:rsidRPr="00B13C4C" w14:paraId="22DBDDF3" w14:textId="77777777" w:rsidTr="00B13C4C">
        <w:tc>
          <w:tcPr>
            <w:tcW w:w="566" w:type="dxa"/>
            <w:shd w:val="clear" w:color="auto" w:fill="FFFF32"/>
          </w:tcPr>
          <w:p w14:paraId="25DFA0A5" w14:textId="20DF5C6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w:t>
            </w:r>
          </w:p>
        </w:tc>
        <w:tc>
          <w:tcPr>
            <w:tcW w:w="566" w:type="dxa"/>
            <w:shd w:val="clear" w:color="auto" w:fill="FFFF32"/>
          </w:tcPr>
          <w:p w14:paraId="0F22AC5E" w14:textId="33E93BF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w:t>
            </w:r>
          </w:p>
        </w:tc>
        <w:tc>
          <w:tcPr>
            <w:tcW w:w="566" w:type="dxa"/>
            <w:shd w:val="clear" w:color="auto" w:fill="FFFF32"/>
          </w:tcPr>
          <w:p w14:paraId="403B3E22" w14:textId="15AECE20"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w:t>
            </w:r>
          </w:p>
        </w:tc>
        <w:tc>
          <w:tcPr>
            <w:tcW w:w="566" w:type="dxa"/>
            <w:shd w:val="clear" w:color="auto" w:fill="FFFF32"/>
          </w:tcPr>
          <w:p w14:paraId="3BCB69BB" w14:textId="6E264F1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4</w:t>
            </w:r>
          </w:p>
        </w:tc>
        <w:tc>
          <w:tcPr>
            <w:tcW w:w="566" w:type="dxa"/>
            <w:shd w:val="clear" w:color="auto" w:fill="FFFF32"/>
          </w:tcPr>
          <w:p w14:paraId="05A3FA70" w14:textId="4EB5A276"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5</w:t>
            </w:r>
          </w:p>
        </w:tc>
        <w:tc>
          <w:tcPr>
            <w:tcW w:w="566" w:type="dxa"/>
            <w:shd w:val="clear" w:color="auto" w:fill="FFFF32"/>
          </w:tcPr>
          <w:p w14:paraId="7ECB4372" w14:textId="29267930"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6</w:t>
            </w:r>
          </w:p>
        </w:tc>
        <w:tc>
          <w:tcPr>
            <w:tcW w:w="566" w:type="dxa"/>
            <w:shd w:val="clear" w:color="auto" w:fill="FFFF32"/>
          </w:tcPr>
          <w:p w14:paraId="56E7656C" w14:textId="4403E4A1"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7</w:t>
            </w:r>
          </w:p>
        </w:tc>
        <w:tc>
          <w:tcPr>
            <w:tcW w:w="566" w:type="dxa"/>
            <w:shd w:val="clear" w:color="auto" w:fill="FFFF32"/>
          </w:tcPr>
          <w:p w14:paraId="062AC790" w14:textId="6466C52F"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8</w:t>
            </w:r>
          </w:p>
        </w:tc>
        <w:tc>
          <w:tcPr>
            <w:tcW w:w="566" w:type="dxa"/>
            <w:shd w:val="clear" w:color="auto" w:fill="FFFF32"/>
          </w:tcPr>
          <w:p w14:paraId="3236A54C" w14:textId="55A78DF7"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9</w:t>
            </w:r>
          </w:p>
        </w:tc>
        <w:tc>
          <w:tcPr>
            <w:tcW w:w="566" w:type="dxa"/>
            <w:shd w:val="clear" w:color="auto" w:fill="FFFF32"/>
          </w:tcPr>
          <w:p w14:paraId="7570211C" w14:textId="17FE1A2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10</w:t>
            </w:r>
          </w:p>
        </w:tc>
        <w:tc>
          <w:tcPr>
            <w:tcW w:w="567" w:type="dxa"/>
            <w:shd w:val="clear" w:color="auto" w:fill="FFFF32"/>
          </w:tcPr>
          <w:p w14:paraId="69B31A78" w14:textId="0A3EAA82"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11</w:t>
            </w:r>
          </w:p>
        </w:tc>
        <w:tc>
          <w:tcPr>
            <w:tcW w:w="567" w:type="dxa"/>
            <w:shd w:val="clear" w:color="auto" w:fill="FFFF32"/>
          </w:tcPr>
          <w:p w14:paraId="170B4BA2" w14:textId="211FEA43"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12</w:t>
            </w:r>
          </w:p>
        </w:tc>
        <w:tc>
          <w:tcPr>
            <w:tcW w:w="567" w:type="dxa"/>
            <w:shd w:val="clear" w:color="auto" w:fill="FFFF32"/>
          </w:tcPr>
          <w:p w14:paraId="276137C1" w14:textId="606AC62F"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13</w:t>
            </w:r>
          </w:p>
        </w:tc>
        <w:tc>
          <w:tcPr>
            <w:tcW w:w="567" w:type="dxa"/>
            <w:shd w:val="clear" w:color="auto" w:fill="FFFF32"/>
          </w:tcPr>
          <w:p w14:paraId="57A4BFE7" w14:textId="7B41DB9A"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14</w:t>
            </w:r>
          </w:p>
        </w:tc>
        <w:tc>
          <w:tcPr>
            <w:tcW w:w="567" w:type="dxa"/>
            <w:shd w:val="clear" w:color="auto" w:fill="FFFF32"/>
          </w:tcPr>
          <w:p w14:paraId="6662E41F" w14:textId="28929DAE"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15</w:t>
            </w:r>
          </w:p>
        </w:tc>
        <w:tc>
          <w:tcPr>
            <w:tcW w:w="567" w:type="dxa"/>
            <w:shd w:val="clear" w:color="auto" w:fill="FFFF32"/>
          </w:tcPr>
          <w:p w14:paraId="7AD665FB" w14:textId="1BB7E412"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16</w:t>
            </w:r>
          </w:p>
        </w:tc>
        <w:tc>
          <w:tcPr>
            <w:tcW w:w="567" w:type="dxa"/>
            <w:shd w:val="clear" w:color="auto" w:fill="FFFF32"/>
          </w:tcPr>
          <w:p w14:paraId="0E133D88" w14:textId="78B5416E"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17</w:t>
            </w:r>
          </w:p>
        </w:tc>
        <w:tc>
          <w:tcPr>
            <w:tcW w:w="567" w:type="dxa"/>
            <w:shd w:val="clear" w:color="auto" w:fill="FFFF32"/>
          </w:tcPr>
          <w:p w14:paraId="132C3AE3" w14:textId="5C9C1052"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18</w:t>
            </w:r>
          </w:p>
        </w:tc>
      </w:tr>
      <w:tr w:rsidR="00B13C4C" w:rsidRPr="00B13C4C" w14:paraId="705F0C3E" w14:textId="77777777" w:rsidTr="00B13C4C">
        <w:tc>
          <w:tcPr>
            <w:tcW w:w="566" w:type="dxa"/>
            <w:tcBorders>
              <w:bottom w:val="single" w:sz="4" w:space="0" w:color="auto"/>
            </w:tcBorders>
          </w:tcPr>
          <w:p w14:paraId="67DE71B1" w14:textId="4BA7203D"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Borders>
              <w:bottom w:val="single" w:sz="4" w:space="0" w:color="auto"/>
            </w:tcBorders>
          </w:tcPr>
          <w:p w14:paraId="5BBC78E7" w14:textId="658C8FD6"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Borders>
              <w:bottom w:val="single" w:sz="4" w:space="0" w:color="auto"/>
            </w:tcBorders>
          </w:tcPr>
          <w:p w14:paraId="68771B72" w14:textId="5C76F01D"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Borders>
              <w:bottom w:val="single" w:sz="4" w:space="0" w:color="auto"/>
            </w:tcBorders>
          </w:tcPr>
          <w:p w14:paraId="3C64C2F9" w14:textId="59E66D8A"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Borders>
              <w:bottom w:val="single" w:sz="4" w:space="0" w:color="auto"/>
            </w:tcBorders>
          </w:tcPr>
          <w:p w14:paraId="0098AD24" w14:textId="78051B46"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Borders>
              <w:bottom w:val="single" w:sz="4" w:space="0" w:color="auto"/>
            </w:tcBorders>
          </w:tcPr>
          <w:p w14:paraId="7C36FA04" w14:textId="76F44BF4"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Borders>
              <w:bottom w:val="single" w:sz="4" w:space="0" w:color="auto"/>
            </w:tcBorders>
          </w:tcPr>
          <w:p w14:paraId="642277A5" w14:textId="1512D5D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Borders>
              <w:bottom w:val="single" w:sz="4" w:space="0" w:color="auto"/>
            </w:tcBorders>
          </w:tcPr>
          <w:p w14:paraId="1954D4A1" w14:textId="0EA258DF"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Borders>
              <w:bottom w:val="single" w:sz="4" w:space="0" w:color="auto"/>
            </w:tcBorders>
          </w:tcPr>
          <w:p w14:paraId="666DD63D" w14:textId="05382C98"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Borders>
              <w:bottom w:val="single" w:sz="4" w:space="0" w:color="auto"/>
            </w:tcBorders>
          </w:tcPr>
          <w:p w14:paraId="1EC0D361" w14:textId="571384E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Borders>
              <w:bottom w:val="single" w:sz="4" w:space="0" w:color="auto"/>
            </w:tcBorders>
          </w:tcPr>
          <w:p w14:paraId="6679F552" w14:textId="22DF83C4"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Borders>
              <w:bottom w:val="single" w:sz="4" w:space="0" w:color="auto"/>
            </w:tcBorders>
          </w:tcPr>
          <w:p w14:paraId="6FC536C2" w14:textId="73CEBFDB"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Borders>
              <w:bottom w:val="single" w:sz="4" w:space="0" w:color="auto"/>
            </w:tcBorders>
          </w:tcPr>
          <w:p w14:paraId="7BD2A6DC" w14:textId="5DA3239A"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Borders>
              <w:bottom w:val="single" w:sz="4" w:space="0" w:color="auto"/>
            </w:tcBorders>
          </w:tcPr>
          <w:p w14:paraId="5B5845D3" w14:textId="5699AC4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Borders>
              <w:bottom w:val="single" w:sz="4" w:space="0" w:color="auto"/>
            </w:tcBorders>
          </w:tcPr>
          <w:p w14:paraId="647B8BE3" w14:textId="6072F7C2"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7" w:type="dxa"/>
            <w:tcBorders>
              <w:bottom w:val="single" w:sz="4" w:space="0" w:color="auto"/>
            </w:tcBorders>
          </w:tcPr>
          <w:p w14:paraId="72B2744E" w14:textId="3597B0C2"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Borders>
              <w:bottom w:val="single" w:sz="4" w:space="0" w:color="auto"/>
            </w:tcBorders>
          </w:tcPr>
          <w:p w14:paraId="4324C34E" w14:textId="1764CFC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Borders>
              <w:bottom w:val="single" w:sz="4" w:space="0" w:color="auto"/>
            </w:tcBorders>
          </w:tcPr>
          <w:p w14:paraId="7465619F" w14:textId="1184D6B3"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r>
      <w:tr w:rsidR="00B13C4C" w:rsidRPr="00B13C4C" w14:paraId="7F2AC07C" w14:textId="77777777" w:rsidTr="00B13C4C">
        <w:tc>
          <w:tcPr>
            <w:tcW w:w="566" w:type="dxa"/>
            <w:shd w:val="clear" w:color="auto" w:fill="FFFF32"/>
          </w:tcPr>
          <w:p w14:paraId="09658D8E" w14:textId="6A2B0143"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19</w:t>
            </w:r>
          </w:p>
        </w:tc>
        <w:tc>
          <w:tcPr>
            <w:tcW w:w="566" w:type="dxa"/>
            <w:shd w:val="clear" w:color="auto" w:fill="FFFF32"/>
          </w:tcPr>
          <w:p w14:paraId="17F42AC6" w14:textId="0EDC61A0"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20</w:t>
            </w:r>
          </w:p>
        </w:tc>
        <w:tc>
          <w:tcPr>
            <w:tcW w:w="566" w:type="dxa"/>
            <w:shd w:val="clear" w:color="auto" w:fill="FFFF32"/>
          </w:tcPr>
          <w:p w14:paraId="0D19AB86" w14:textId="3799FB63"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21</w:t>
            </w:r>
          </w:p>
        </w:tc>
        <w:tc>
          <w:tcPr>
            <w:tcW w:w="566" w:type="dxa"/>
            <w:shd w:val="clear" w:color="auto" w:fill="FFFF32"/>
          </w:tcPr>
          <w:p w14:paraId="2CD5F2FF" w14:textId="294DCAA6"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22</w:t>
            </w:r>
          </w:p>
        </w:tc>
        <w:tc>
          <w:tcPr>
            <w:tcW w:w="566" w:type="dxa"/>
            <w:shd w:val="clear" w:color="auto" w:fill="FFFF32"/>
          </w:tcPr>
          <w:p w14:paraId="26D7E6C5" w14:textId="2864194C"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23</w:t>
            </w:r>
          </w:p>
        </w:tc>
        <w:tc>
          <w:tcPr>
            <w:tcW w:w="566" w:type="dxa"/>
            <w:shd w:val="clear" w:color="auto" w:fill="FFFF32"/>
          </w:tcPr>
          <w:p w14:paraId="43BCEE01" w14:textId="232B4E08"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24</w:t>
            </w:r>
          </w:p>
        </w:tc>
        <w:tc>
          <w:tcPr>
            <w:tcW w:w="566" w:type="dxa"/>
            <w:shd w:val="clear" w:color="auto" w:fill="FFFF32"/>
          </w:tcPr>
          <w:p w14:paraId="42037F6B" w14:textId="4F5D3F14"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25</w:t>
            </w:r>
          </w:p>
        </w:tc>
        <w:tc>
          <w:tcPr>
            <w:tcW w:w="566" w:type="dxa"/>
            <w:shd w:val="clear" w:color="auto" w:fill="FFFF32"/>
          </w:tcPr>
          <w:p w14:paraId="1B3C0AA8" w14:textId="4749C89E"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26</w:t>
            </w:r>
          </w:p>
        </w:tc>
        <w:tc>
          <w:tcPr>
            <w:tcW w:w="566" w:type="dxa"/>
            <w:shd w:val="clear" w:color="auto" w:fill="FFFF32"/>
          </w:tcPr>
          <w:p w14:paraId="6971A040" w14:textId="74A233E1"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27</w:t>
            </w:r>
          </w:p>
        </w:tc>
        <w:tc>
          <w:tcPr>
            <w:tcW w:w="566" w:type="dxa"/>
            <w:shd w:val="clear" w:color="auto" w:fill="FFFF32"/>
          </w:tcPr>
          <w:p w14:paraId="471DB38E" w14:textId="0DAD40D1"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28</w:t>
            </w:r>
          </w:p>
        </w:tc>
        <w:tc>
          <w:tcPr>
            <w:tcW w:w="567" w:type="dxa"/>
            <w:shd w:val="clear" w:color="auto" w:fill="FFFF32"/>
          </w:tcPr>
          <w:p w14:paraId="597E3589" w14:textId="4A9C51FD"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29</w:t>
            </w:r>
          </w:p>
        </w:tc>
        <w:tc>
          <w:tcPr>
            <w:tcW w:w="567" w:type="dxa"/>
            <w:shd w:val="clear" w:color="auto" w:fill="FFFF32"/>
          </w:tcPr>
          <w:p w14:paraId="59D8B8A3" w14:textId="6A023C5C"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30</w:t>
            </w:r>
          </w:p>
        </w:tc>
        <w:tc>
          <w:tcPr>
            <w:tcW w:w="567" w:type="dxa"/>
            <w:shd w:val="clear" w:color="auto" w:fill="FFFF32"/>
          </w:tcPr>
          <w:p w14:paraId="6A302652" w14:textId="72D29360"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31</w:t>
            </w:r>
          </w:p>
        </w:tc>
        <w:tc>
          <w:tcPr>
            <w:tcW w:w="567" w:type="dxa"/>
            <w:shd w:val="clear" w:color="auto" w:fill="FFFF32"/>
          </w:tcPr>
          <w:p w14:paraId="543B0136" w14:textId="136CB0AE"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32</w:t>
            </w:r>
          </w:p>
        </w:tc>
        <w:tc>
          <w:tcPr>
            <w:tcW w:w="567" w:type="dxa"/>
            <w:shd w:val="clear" w:color="auto" w:fill="FFFF32"/>
          </w:tcPr>
          <w:p w14:paraId="76AA6442" w14:textId="4BC2BEC7"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33</w:t>
            </w:r>
          </w:p>
        </w:tc>
        <w:tc>
          <w:tcPr>
            <w:tcW w:w="567" w:type="dxa"/>
            <w:shd w:val="clear" w:color="auto" w:fill="FFFF32"/>
          </w:tcPr>
          <w:p w14:paraId="01D52A8C" w14:textId="091DC1A5"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34</w:t>
            </w:r>
          </w:p>
        </w:tc>
        <w:tc>
          <w:tcPr>
            <w:tcW w:w="567" w:type="dxa"/>
            <w:shd w:val="clear" w:color="auto" w:fill="FFFF32"/>
          </w:tcPr>
          <w:p w14:paraId="69CDE5FE" w14:textId="559A9941"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35</w:t>
            </w:r>
          </w:p>
        </w:tc>
        <w:tc>
          <w:tcPr>
            <w:tcW w:w="567" w:type="dxa"/>
            <w:shd w:val="clear" w:color="auto" w:fill="FFFF32"/>
          </w:tcPr>
          <w:p w14:paraId="1AFD36C4" w14:textId="26F622F0"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36</w:t>
            </w:r>
          </w:p>
        </w:tc>
      </w:tr>
      <w:tr w:rsidR="00B13C4C" w:rsidRPr="00B13C4C" w14:paraId="2F2B0804" w14:textId="77777777" w:rsidTr="00B13C4C">
        <w:tc>
          <w:tcPr>
            <w:tcW w:w="566" w:type="dxa"/>
          </w:tcPr>
          <w:p w14:paraId="26275999" w14:textId="302D41BB"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Pr>
          <w:p w14:paraId="4EA5027F" w14:textId="533F7F52"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Pr>
          <w:p w14:paraId="2B5D99A8" w14:textId="46044534"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Pr>
          <w:p w14:paraId="40DC7B80" w14:textId="2CDFC29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Pr>
          <w:p w14:paraId="657AC38D" w14:textId="1F3A025D"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Pr>
          <w:p w14:paraId="31ACE133" w14:textId="0F7970E5"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Pr>
          <w:p w14:paraId="5048275C" w14:textId="40ECC321"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Pr>
          <w:p w14:paraId="7B1AD959" w14:textId="56069CD5"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Pr>
          <w:p w14:paraId="50111EDF" w14:textId="56BB7B08"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Pr>
          <w:p w14:paraId="3BDA2E73" w14:textId="716BD212"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7" w:type="dxa"/>
          </w:tcPr>
          <w:p w14:paraId="3C34B8A9" w14:textId="5066F985"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Pr>
          <w:p w14:paraId="4D9CFECA" w14:textId="197F3C42"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Pr>
          <w:p w14:paraId="1AE76B98" w14:textId="41377AC1"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Pr>
          <w:p w14:paraId="3B176263" w14:textId="086D2299"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Pr>
          <w:p w14:paraId="0B264456" w14:textId="5DD4EAF2"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Pr>
          <w:p w14:paraId="56185EF3" w14:textId="4C463BED"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Pr>
          <w:p w14:paraId="7FFF6398" w14:textId="3D75D029"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Pr>
          <w:p w14:paraId="039CBDD3" w14:textId="77777777" w:rsidR="00B13C4C" w:rsidRPr="00B13C4C" w:rsidRDefault="00B13C4C" w:rsidP="00B13C4C">
            <w:pPr>
              <w:ind w:left="-57" w:right="-57"/>
              <w:jc w:val="center"/>
              <w:rPr>
                <w:rFonts w:ascii="Times New Roman" w:hAnsi="Times New Roman" w:cs="Times New Roman"/>
                <w:b/>
                <w:color w:val="0000FF"/>
                <w:sz w:val="24"/>
                <w:szCs w:val="24"/>
              </w:rPr>
            </w:pPr>
          </w:p>
        </w:tc>
      </w:tr>
    </w:tbl>
    <w:p w14:paraId="1CAB528C" w14:textId="77777777" w:rsidR="00B13C4C" w:rsidRPr="00B13C4C" w:rsidRDefault="00B13C4C" w:rsidP="00CF1AF5">
      <w:pPr>
        <w:ind w:left="992"/>
        <w:jc w:val="center"/>
        <w:rPr>
          <w:rFonts w:ascii="Times New Roman" w:hAnsi="Times New Roman" w:cs="Times New Roman"/>
          <w:b/>
          <w:sz w:val="24"/>
          <w:szCs w:val="24"/>
        </w:rPr>
      </w:pPr>
      <w:r w:rsidRPr="00B13C4C">
        <w:rPr>
          <w:rFonts w:ascii="Times New Roman" w:hAnsi="Times New Roman" w:cs="Times New Roman"/>
          <w:b/>
          <w:sz w:val="24"/>
          <w:szCs w:val="24"/>
        </w:rPr>
        <w:t>ĐỀ 14-15</w:t>
      </w:r>
    </w:p>
    <w:p w14:paraId="738A7B54" w14:textId="77777777" w:rsidR="00B13C4C" w:rsidRPr="00B13C4C" w:rsidRDefault="00B13C4C" w:rsidP="00CF1AF5">
      <w:pPr>
        <w:ind w:left="992"/>
        <w:rPr>
          <w:rFonts w:ascii="Times New Roman" w:hAnsi="Times New Roman" w:cs="Times New Roman"/>
          <w:sz w:val="24"/>
          <w:szCs w:val="24"/>
        </w:rPr>
      </w:pPr>
      <w:r w:rsidRPr="00B13C4C">
        <w:rPr>
          <w:rFonts w:ascii="Times New Roman" w:hAnsi="Times New Roman" w:cs="Times New Roman"/>
          <w:b/>
          <w:sz w:val="24"/>
          <w:szCs w:val="24"/>
        </w:rPr>
        <w:t>Phần I: Trắc nghiệm</w:t>
      </w:r>
    </w:p>
    <w:p w14:paraId="22AA47BE" w14:textId="77777777" w:rsidR="00B13C4C" w:rsidRPr="00B13C4C" w:rsidRDefault="00B13C4C" w:rsidP="00CF1AF5">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mệnh đề: " </w:t>
      </w:r>
      <w:r w:rsidRPr="00B13C4C">
        <w:rPr>
          <w:rFonts w:ascii="Times New Roman" w:hAnsi="Times New Roman" w:cs="Times New Roman"/>
          <w:position w:val="-10"/>
          <w:sz w:val="24"/>
          <w:szCs w:val="24"/>
        </w:rPr>
        <w:object w:dxaOrig="2200" w:dyaOrig="360" w14:anchorId="50EA7635">
          <v:shape id="_x0000_i4644" type="#_x0000_t75" style="width:109.8pt;height:18pt" o:ole="">
            <v:imagedata r:id="rId5614" o:title=""/>
          </v:shape>
          <o:OLEObject Type="Embed" ProgID="Equation.DSMT4" ShapeID="_x0000_i4644" DrawAspect="Content" ObjectID="_1699837928" r:id="rId5615"/>
        </w:object>
      </w:r>
      <w:r w:rsidRPr="00B13C4C">
        <w:rPr>
          <w:rFonts w:ascii="Times New Roman" w:hAnsi="Times New Roman" w:cs="Times New Roman"/>
          <w:sz w:val="24"/>
          <w:szCs w:val="24"/>
        </w:rPr>
        <w:t xml:space="preserve"> ". Mệnh đề phủ định của mệnh đề trên là:</w:t>
      </w:r>
    </w:p>
    <w:p w14:paraId="798F122C"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2160" w:dyaOrig="360" w14:anchorId="4DC5AC04">
          <v:shape id="_x0000_i4645" type="#_x0000_t75" style="width:108pt;height:18pt" o:ole="">
            <v:imagedata r:id="rId5616" o:title=""/>
          </v:shape>
          <o:OLEObject Type="Embed" ProgID="Equation.DSMT4" ShapeID="_x0000_i4645" DrawAspect="Content" ObjectID="_1699837929" r:id="rId561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2200" w:dyaOrig="360" w14:anchorId="3364EA59">
          <v:shape id="_x0000_i4646" type="#_x0000_t75" style="width:109.8pt;height:18pt" o:ole="">
            <v:imagedata r:id="rId5618" o:title=""/>
          </v:shape>
          <o:OLEObject Type="Embed" ProgID="Equation.DSMT4" ShapeID="_x0000_i4646" DrawAspect="Content" ObjectID="_1699837930" r:id="rId5619"/>
        </w:object>
      </w:r>
      <w:r w:rsidRPr="00B13C4C">
        <w:rPr>
          <w:rFonts w:ascii="Times New Roman" w:hAnsi="Times New Roman" w:cs="Times New Roman"/>
          <w:sz w:val="24"/>
          <w:szCs w:val="24"/>
        </w:rPr>
        <w:t>.</w:t>
      </w:r>
    </w:p>
    <w:p w14:paraId="00B90D23"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2160" w:dyaOrig="360" w14:anchorId="417F2A74">
          <v:shape id="_x0000_i4647" type="#_x0000_t75" style="width:108pt;height:18pt" o:ole="">
            <v:imagedata r:id="rId5620" o:title=""/>
          </v:shape>
          <o:OLEObject Type="Embed" ProgID="Equation.DSMT4" ShapeID="_x0000_i4647" DrawAspect="Content" ObjectID="_1699837931" r:id="rId562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2200" w:dyaOrig="360" w14:anchorId="468C80FA">
          <v:shape id="_x0000_i4648" type="#_x0000_t75" style="width:109.8pt;height:18pt" o:ole="">
            <v:imagedata r:id="rId5622" o:title=""/>
          </v:shape>
          <o:OLEObject Type="Embed" ProgID="Equation.DSMT4" ShapeID="_x0000_i4648" DrawAspect="Content" ObjectID="_1699837932" r:id="rId5623"/>
        </w:object>
      </w:r>
      <w:r w:rsidRPr="00B13C4C">
        <w:rPr>
          <w:rFonts w:ascii="Times New Roman" w:hAnsi="Times New Roman" w:cs="Times New Roman"/>
          <w:sz w:val="24"/>
          <w:szCs w:val="24"/>
        </w:rPr>
        <w:t>.</w:t>
      </w:r>
    </w:p>
    <w:p w14:paraId="5639A199" w14:textId="77777777" w:rsidR="00B13C4C" w:rsidRPr="00B13C4C" w:rsidRDefault="00B13C4C" w:rsidP="00CF1AF5">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Parabol </w:t>
      </w:r>
      <w:r w:rsidRPr="00B13C4C">
        <w:rPr>
          <w:rFonts w:ascii="Times New Roman" w:hAnsi="Times New Roman" w:cs="Times New Roman"/>
          <w:position w:val="-10"/>
          <w:sz w:val="24"/>
          <w:szCs w:val="24"/>
        </w:rPr>
        <w:object w:dxaOrig="1540" w:dyaOrig="360" w14:anchorId="173CD2AF">
          <v:shape id="_x0000_i4649" type="#_x0000_t75" style="width:76.8pt;height:18pt" o:ole="">
            <v:imagedata r:id="rId5624" o:title=""/>
          </v:shape>
          <o:OLEObject Type="Embed" ProgID="Equation.DSMT4" ShapeID="_x0000_i4649" DrawAspect="Content" ObjectID="_1699837933" r:id="rId5625"/>
        </w:object>
      </w:r>
      <w:r w:rsidRPr="00B13C4C">
        <w:rPr>
          <w:rFonts w:ascii="Times New Roman" w:hAnsi="Times New Roman" w:cs="Times New Roman"/>
          <w:sz w:val="24"/>
          <w:szCs w:val="24"/>
        </w:rPr>
        <w:t xml:space="preserve"> có đỉnh </w:t>
      </w:r>
      <w:r w:rsidRPr="00B13C4C">
        <w:rPr>
          <w:rFonts w:ascii="Times New Roman" w:hAnsi="Times New Roman" w:cs="Times New Roman"/>
          <w:position w:val="-10"/>
          <w:sz w:val="24"/>
          <w:szCs w:val="24"/>
        </w:rPr>
        <w:object w:dxaOrig="820" w:dyaOrig="320" w14:anchorId="136B5194">
          <v:shape id="_x0000_i4650" type="#_x0000_t75" style="width:40.8pt;height:16.2pt" o:ole="">
            <v:imagedata r:id="rId5626" o:title=""/>
          </v:shape>
          <o:OLEObject Type="Embed" ProgID="Equation.DSMT4" ShapeID="_x0000_i4650" DrawAspect="Content" ObjectID="_1699837934" r:id="rId5627"/>
        </w:object>
      </w:r>
      <w:r w:rsidRPr="00B13C4C">
        <w:rPr>
          <w:rFonts w:ascii="Times New Roman" w:hAnsi="Times New Roman" w:cs="Times New Roman"/>
          <w:sz w:val="24"/>
          <w:szCs w:val="24"/>
        </w:rPr>
        <w:t xml:space="preserve"> và cắt trục tung tại điểm có tung độ bằng </w:t>
      </w:r>
      <w:r w:rsidRPr="00B13C4C">
        <w:rPr>
          <w:rFonts w:ascii="Times New Roman" w:hAnsi="Times New Roman" w:cs="Times New Roman"/>
          <w:position w:val="-6"/>
          <w:sz w:val="24"/>
          <w:szCs w:val="24"/>
        </w:rPr>
        <w:object w:dxaOrig="320" w:dyaOrig="279" w14:anchorId="1725519E">
          <v:shape id="_x0000_i4651" type="#_x0000_t75" style="width:16.2pt;height:13.8pt" o:ole="">
            <v:imagedata r:id="rId5628" o:title=""/>
          </v:shape>
          <o:OLEObject Type="Embed" ProgID="Equation.DSMT4" ShapeID="_x0000_i4651" DrawAspect="Content" ObjectID="_1699837935" r:id="rId5629"/>
        </w:object>
      </w:r>
      <w:r w:rsidRPr="00B13C4C">
        <w:rPr>
          <w:rFonts w:ascii="Times New Roman" w:hAnsi="Times New Roman" w:cs="Times New Roman"/>
          <w:sz w:val="24"/>
          <w:szCs w:val="24"/>
        </w:rPr>
        <w:t>.</w:t>
      </w:r>
    </w:p>
    <w:p w14:paraId="7BF95906" w14:textId="77777777" w:rsidR="00B13C4C" w:rsidRPr="00B13C4C" w:rsidRDefault="00B13C4C" w:rsidP="00CF1AF5">
      <w:pPr>
        <w:ind w:left="992"/>
        <w:jc w:val="both"/>
        <w:rPr>
          <w:rFonts w:ascii="Times New Roman" w:hAnsi="Times New Roman" w:cs="Times New Roman"/>
          <w:sz w:val="24"/>
          <w:szCs w:val="24"/>
        </w:rPr>
      </w:pPr>
      <w:r w:rsidRPr="00B13C4C">
        <w:rPr>
          <w:rFonts w:ascii="Times New Roman" w:hAnsi="Times New Roman" w:cs="Times New Roman"/>
          <w:sz w:val="24"/>
          <w:szCs w:val="24"/>
        </w:rPr>
        <w:lastRenderedPageBreak/>
        <w:t xml:space="preserve">Khi đó tích </w:t>
      </w:r>
      <w:r w:rsidRPr="00B13C4C">
        <w:rPr>
          <w:rFonts w:ascii="Times New Roman" w:hAnsi="Times New Roman" w:cs="Times New Roman"/>
          <w:position w:val="-6"/>
          <w:sz w:val="24"/>
          <w:szCs w:val="24"/>
        </w:rPr>
        <w:object w:dxaOrig="499" w:dyaOrig="279" w14:anchorId="0DB8CC61">
          <v:shape id="_x0000_i4652" type="#_x0000_t75" style="width:25.2pt;height:13.8pt" o:ole="">
            <v:imagedata r:id="rId5630" o:title=""/>
          </v:shape>
          <o:OLEObject Type="Embed" ProgID="Equation.DSMT4" ShapeID="_x0000_i4652" DrawAspect="Content" ObjectID="_1699837936" r:id="rId5631"/>
        </w:object>
      </w:r>
      <w:r w:rsidRPr="00B13C4C">
        <w:rPr>
          <w:rFonts w:ascii="Times New Roman" w:hAnsi="Times New Roman" w:cs="Times New Roman"/>
          <w:sz w:val="24"/>
          <w:szCs w:val="24"/>
        </w:rPr>
        <w:t xml:space="preserve"> bằng:</w:t>
      </w:r>
    </w:p>
    <w:p w14:paraId="27D93CCF"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6.</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3.</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320" w:dyaOrig="279" w14:anchorId="05855EA3">
          <v:shape id="_x0000_i4653" type="#_x0000_t75" style="width:16.2pt;height:13.8pt" o:ole="">
            <v:imagedata r:id="rId5632" o:title=""/>
          </v:shape>
          <o:OLEObject Type="Embed" ProgID="Equation.DSMT4" ShapeID="_x0000_i4653" DrawAspect="Content" ObjectID="_1699837937" r:id="rId563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320" w:dyaOrig="279" w14:anchorId="688C4BEF">
          <v:shape id="_x0000_i4654" type="#_x0000_t75" style="width:16.2pt;height:13.8pt" o:ole="">
            <v:imagedata r:id="rId5634" o:title=""/>
          </v:shape>
          <o:OLEObject Type="Embed" ProgID="Equation.DSMT4" ShapeID="_x0000_i4654" DrawAspect="Content" ObjectID="_1699837938" r:id="rId5635"/>
        </w:object>
      </w:r>
      <w:r w:rsidRPr="00B13C4C">
        <w:rPr>
          <w:rFonts w:ascii="Times New Roman" w:hAnsi="Times New Roman" w:cs="Times New Roman"/>
          <w:sz w:val="24"/>
          <w:szCs w:val="24"/>
        </w:rPr>
        <w:t>.</w:t>
      </w:r>
    </w:p>
    <w:p w14:paraId="53FE8DF7" w14:textId="77777777" w:rsidR="00B13C4C" w:rsidRPr="00B13C4C" w:rsidRDefault="00B13C4C" w:rsidP="00CF1AF5">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hàm số </w:t>
      </w:r>
      <w:r w:rsidRPr="00B13C4C">
        <w:rPr>
          <w:rFonts w:ascii="Times New Roman" w:hAnsi="Times New Roman" w:cs="Times New Roman"/>
          <w:position w:val="-30"/>
          <w:sz w:val="24"/>
          <w:szCs w:val="24"/>
        </w:rPr>
        <w:object w:dxaOrig="1060" w:dyaOrig="720" w14:anchorId="6949FCEB">
          <v:shape id="_x0000_i4655" type="#_x0000_t75" style="width:52.8pt;height:36pt" o:ole="">
            <v:imagedata r:id="rId5636" o:title=""/>
          </v:shape>
          <o:OLEObject Type="Embed" ProgID="Equation.DSMT4" ShapeID="_x0000_i4655" DrawAspect="Content" ObjectID="_1699837939" r:id="rId5637"/>
        </w:object>
      </w:r>
      <w:r w:rsidRPr="00B13C4C">
        <w:rPr>
          <w:rFonts w:ascii="Times New Roman" w:hAnsi="Times New Roman" w:cs="Times New Roman"/>
          <w:sz w:val="24"/>
          <w:szCs w:val="24"/>
        </w:rPr>
        <w:t xml:space="preserve">. Tính </w:t>
      </w:r>
      <w:r w:rsidRPr="00B13C4C">
        <w:rPr>
          <w:rFonts w:ascii="Times New Roman" w:hAnsi="Times New Roman" w:cs="Times New Roman"/>
          <w:position w:val="-10"/>
          <w:sz w:val="24"/>
          <w:szCs w:val="24"/>
        </w:rPr>
        <w:object w:dxaOrig="540" w:dyaOrig="320" w14:anchorId="5678AF31">
          <v:shape id="_x0000_i4656" type="#_x0000_t75" style="width:27pt;height:16.2pt" o:ole="">
            <v:imagedata r:id="rId5638" o:title=""/>
          </v:shape>
          <o:OLEObject Type="Embed" ProgID="Equation.DSMT4" ShapeID="_x0000_i4656" DrawAspect="Content" ObjectID="_1699837940" r:id="rId5639"/>
        </w:object>
      </w:r>
      <w:r w:rsidRPr="00B13C4C">
        <w:rPr>
          <w:rFonts w:ascii="Times New Roman" w:hAnsi="Times New Roman" w:cs="Times New Roman"/>
          <w:sz w:val="24"/>
          <w:szCs w:val="24"/>
        </w:rPr>
        <w:t>, ta được kết quả:</w:t>
      </w:r>
    </w:p>
    <w:p w14:paraId="6799227B"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7.</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8"/>
          <w:sz w:val="24"/>
          <w:szCs w:val="24"/>
        </w:rPr>
        <w:object w:dxaOrig="360" w:dyaOrig="360" w14:anchorId="6EE5D340">
          <v:shape id="_x0000_i4657" type="#_x0000_t75" style="width:18pt;height:18pt" o:ole="">
            <v:imagedata r:id="rId5640" o:title=""/>
          </v:shape>
          <o:OLEObject Type="Embed" ProgID="Equation.DSMT4" ShapeID="_x0000_i4657" DrawAspect="Content" ObjectID="_1699837941" r:id="rId564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240" w:dyaOrig="620" w14:anchorId="01E62009">
          <v:shape id="_x0000_i4658" type="#_x0000_t75" style="width:12pt;height:31.2pt" o:ole="">
            <v:imagedata r:id="rId5642" o:title=""/>
          </v:shape>
          <o:OLEObject Type="Embed" ProgID="Equation.DSMT4" ShapeID="_x0000_i4658" DrawAspect="Content" ObjectID="_1699837942" r:id="rId564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279" w:dyaOrig="279" w14:anchorId="7467AE64">
          <v:shape id="_x0000_i4659" type="#_x0000_t75" style="width:13.8pt;height:13.8pt" o:ole="">
            <v:imagedata r:id="rId5644" o:title=""/>
          </v:shape>
          <o:OLEObject Type="Embed" ProgID="Equation.DSMT4" ShapeID="_x0000_i4659" DrawAspect="Content" ObjectID="_1699837943" r:id="rId5645"/>
        </w:object>
      </w:r>
      <w:r w:rsidRPr="00B13C4C">
        <w:rPr>
          <w:rFonts w:ascii="Times New Roman" w:hAnsi="Times New Roman" w:cs="Times New Roman"/>
          <w:sz w:val="24"/>
          <w:szCs w:val="24"/>
        </w:rPr>
        <w:t>.</w:t>
      </w:r>
    </w:p>
    <w:p w14:paraId="78CCBC25" w14:textId="77777777" w:rsidR="00B13C4C" w:rsidRPr="00B13C4C" w:rsidRDefault="00B13C4C" w:rsidP="00CF1AF5">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tam giác đều </w:t>
      </w:r>
      <w:r w:rsidRPr="00B13C4C">
        <w:rPr>
          <w:rFonts w:ascii="Times New Roman" w:hAnsi="Times New Roman" w:cs="Times New Roman"/>
          <w:position w:val="-6"/>
          <w:sz w:val="24"/>
          <w:szCs w:val="24"/>
        </w:rPr>
        <w:object w:dxaOrig="560" w:dyaOrig="279" w14:anchorId="489A2A37">
          <v:shape id="_x0000_i4660" type="#_x0000_t75" style="width:28.2pt;height:13.8pt" o:ole="">
            <v:imagedata r:id="rId5646" o:title=""/>
          </v:shape>
          <o:OLEObject Type="Embed" ProgID="Equation.DSMT4" ShapeID="_x0000_i4660" DrawAspect="Content" ObjectID="_1699837944" r:id="rId5647"/>
        </w:object>
      </w:r>
      <w:r w:rsidRPr="00B13C4C">
        <w:rPr>
          <w:rFonts w:ascii="Times New Roman" w:hAnsi="Times New Roman" w:cs="Times New Roman"/>
          <w:sz w:val="24"/>
          <w:szCs w:val="24"/>
        </w:rPr>
        <w:t xml:space="preserve"> có cạnh bằng 3. Gọi </w:t>
      </w:r>
      <w:r w:rsidRPr="00B13C4C">
        <w:rPr>
          <w:rFonts w:ascii="Times New Roman" w:hAnsi="Times New Roman" w:cs="Times New Roman"/>
          <w:position w:val="-4"/>
          <w:sz w:val="24"/>
          <w:szCs w:val="24"/>
        </w:rPr>
        <w:object w:dxaOrig="200" w:dyaOrig="260" w14:anchorId="5D526282">
          <v:shape id="_x0000_i4661" type="#_x0000_t75" style="width:10.2pt;height:13.2pt" o:ole="">
            <v:imagedata r:id="rId5648" o:title=""/>
          </v:shape>
          <o:OLEObject Type="Embed" ProgID="Equation.DSMT4" ShapeID="_x0000_i4661" DrawAspect="Content" ObjectID="_1699837945" r:id="rId5649"/>
        </w:object>
      </w:r>
      <w:r w:rsidRPr="00B13C4C">
        <w:rPr>
          <w:rFonts w:ascii="Times New Roman" w:hAnsi="Times New Roman" w:cs="Times New Roman"/>
          <w:sz w:val="24"/>
          <w:szCs w:val="24"/>
        </w:rPr>
        <w:t xml:space="preserve"> là trung điểm của cạnh </w:t>
      </w:r>
      <w:r w:rsidRPr="00B13C4C">
        <w:rPr>
          <w:rFonts w:ascii="Times New Roman" w:hAnsi="Times New Roman" w:cs="Times New Roman"/>
          <w:position w:val="-6"/>
          <w:sz w:val="24"/>
          <w:szCs w:val="24"/>
        </w:rPr>
        <w:object w:dxaOrig="420" w:dyaOrig="279" w14:anchorId="3C9A0FF6">
          <v:shape id="_x0000_i4662" type="#_x0000_t75" style="width:21pt;height:13.8pt" o:ole="">
            <v:imagedata r:id="rId5650" o:title=""/>
          </v:shape>
          <o:OLEObject Type="Embed" ProgID="Equation.DSMT4" ShapeID="_x0000_i4662" DrawAspect="Content" ObjectID="_1699837946" r:id="rId5651"/>
        </w:object>
      </w:r>
      <w:r w:rsidRPr="00B13C4C">
        <w:rPr>
          <w:rFonts w:ascii="Times New Roman" w:hAnsi="Times New Roman" w:cs="Times New Roman"/>
          <w:sz w:val="24"/>
          <w:szCs w:val="24"/>
        </w:rPr>
        <w:t xml:space="preserve">. Tích vô hướng </w:t>
      </w:r>
      <w:r w:rsidRPr="00B13C4C">
        <w:rPr>
          <w:rFonts w:ascii="Times New Roman" w:hAnsi="Times New Roman" w:cs="Times New Roman"/>
          <w:position w:val="-6"/>
          <w:sz w:val="24"/>
          <w:szCs w:val="24"/>
        </w:rPr>
        <w:object w:dxaOrig="800" w:dyaOrig="340" w14:anchorId="7D631812">
          <v:shape id="_x0000_i4663" type="#_x0000_t75" style="width:40.2pt;height:16.8pt" o:ole="">
            <v:imagedata r:id="rId5652" o:title=""/>
          </v:shape>
          <o:OLEObject Type="Embed" ProgID="Equation.DSMT4" ShapeID="_x0000_i4663" DrawAspect="Content" ObjectID="_1699837947" r:id="rId5653"/>
        </w:object>
      </w:r>
      <w:r w:rsidRPr="00B13C4C">
        <w:rPr>
          <w:rFonts w:ascii="Times New Roman" w:hAnsi="Times New Roman" w:cs="Times New Roman"/>
          <w:sz w:val="24"/>
          <w:szCs w:val="24"/>
        </w:rPr>
        <w:t xml:space="preserve"> có giá trị bằng:</w:t>
      </w:r>
    </w:p>
    <w:p w14:paraId="615AD41F"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680" w:dyaOrig="680" w14:anchorId="5D9F6439">
          <v:shape id="_x0000_i4664" type="#_x0000_t75" style="width:34.2pt;height:34.2pt" o:ole="">
            <v:imagedata r:id="rId5654" o:title=""/>
          </v:shape>
          <o:OLEObject Type="Embed" ProgID="Equation.DSMT4" ShapeID="_x0000_i4664" DrawAspect="Content" ObjectID="_1699837948" r:id="rId565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520" w:dyaOrig="680" w14:anchorId="46D4B7F2">
          <v:shape id="_x0000_i4665" type="#_x0000_t75" style="width:25.8pt;height:34.2pt" o:ole="">
            <v:imagedata r:id="rId5656" o:title=""/>
          </v:shape>
          <o:OLEObject Type="Embed" ProgID="Equation.DSMT4" ShapeID="_x0000_i4665" DrawAspect="Content" ObjectID="_1699837949" r:id="rId565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360" w:dyaOrig="620" w14:anchorId="69A1A590">
          <v:shape id="_x0000_i4666" type="#_x0000_t75" style="width:18pt;height:31.2pt" o:ole="">
            <v:imagedata r:id="rId5658" o:title=""/>
          </v:shape>
          <o:OLEObject Type="Embed" ProgID="Equation.DSMT4" ShapeID="_x0000_i4666" DrawAspect="Content" ObjectID="_1699837950" r:id="rId565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0.</w:t>
      </w:r>
    </w:p>
    <w:p w14:paraId="74888CB0" w14:textId="77777777" w:rsidR="00B13C4C" w:rsidRPr="00B13C4C" w:rsidRDefault="00B13C4C" w:rsidP="00CF1AF5">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w:t>
      </w:r>
      <w:r w:rsidRPr="00B13C4C">
        <w:rPr>
          <w:rFonts w:ascii="Times New Roman" w:hAnsi="Times New Roman" w:cs="Times New Roman"/>
          <w:position w:val="-4"/>
          <w:sz w:val="24"/>
          <w:szCs w:val="24"/>
        </w:rPr>
        <w:object w:dxaOrig="200" w:dyaOrig="260" w14:anchorId="79597FAB">
          <v:shape id="_x0000_i4667" type="#_x0000_t75" style="width:10.2pt;height:13.2pt" o:ole="">
            <v:imagedata r:id="rId5660" o:title=""/>
          </v:shape>
          <o:OLEObject Type="Embed" ProgID="Equation.DSMT4" ShapeID="_x0000_i4667" DrawAspect="Content" ObjectID="_1699837951" r:id="rId5661"/>
        </w:object>
      </w:r>
      <w:r w:rsidRPr="00B13C4C">
        <w:rPr>
          <w:rFonts w:ascii="Times New Roman" w:hAnsi="Times New Roman" w:cs="Times New Roman"/>
          <w:sz w:val="24"/>
          <w:szCs w:val="24"/>
        </w:rPr>
        <w:t xml:space="preserve"> là trung điểm của đoạn thẳng </w:t>
      </w:r>
      <w:r w:rsidRPr="00B13C4C">
        <w:rPr>
          <w:rFonts w:ascii="Times New Roman" w:hAnsi="Times New Roman" w:cs="Times New Roman"/>
          <w:position w:val="-4"/>
          <w:sz w:val="24"/>
          <w:szCs w:val="24"/>
        </w:rPr>
        <w:object w:dxaOrig="400" w:dyaOrig="260" w14:anchorId="7983B4B6">
          <v:shape id="_x0000_i4668" type="#_x0000_t75" style="width:19.8pt;height:13.2pt" o:ole="">
            <v:imagedata r:id="rId5662" o:title=""/>
          </v:shape>
          <o:OLEObject Type="Embed" ProgID="Equation.DSMT4" ShapeID="_x0000_i4668" DrawAspect="Content" ObjectID="_1699837952" r:id="rId5663"/>
        </w:object>
      </w:r>
      <w:r w:rsidRPr="00B13C4C">
        <w:rPr>
          <w:rFonts w:ascii="Times New Roman" w:hAnsi="Times New Roman" w:cs="Times New Roman"/>
          <w:sz w:val="24"/>
          <w:szCs w:val="24"/>
        </w:rPr>
        <w:t xml:space="preserve">, với </w:t>
      </w:r>
      <w:r w:rsidRPr="00B13C4C">
        <w:rPr>
          <w:rFonts w:ascii="Times New Roman" w:hAnsi="Times New Roman" w:cs="Times New Roman"/>
          <w:position w:val="-10"/>
          <w:sz w:val="24"/>
          <w:szCs w:val="24"/>
        </w:rPr>
        <w:object w:dxaOrig="680" w:dyaOrig="320" w14:anchorId="4CB8920B">
          <v:shape id="_x0000_i4669" type="#_x0000_t75" style="width:34.2pt;height:16.2pt" o:ole="">
            <v:imagedata r:id="rId5664" o:title=""/>
          </v:shape>
          <o:OLEObject Type="Embed" ProgID="Equation.DSMT4" ShapeID="_x0000_i4669" DrawAspect="Content" ObjectID="_1699837953" r:id="rId5665"/>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800" w:dyaOrig="320" w14:anchorId="5FC78770">
          <v:shape id="_x0000_i4670" type="#_x0000_t75" style="width:40.2pt;height:16.2pt" o:ole="">
            <v:imagedata r:id="rId5666" o:title=""/>
          </v:shape>
          <o:OLEObject Type="Embed" ProgID="Equation.DSMT4" ShapeID="_x0000_i4670" DrawAspect="Content" ObjectID="_1699837954" r:id="rId5667"/>
        </w:object>
      </w:r>
      <w:r w:rsidRPr="00B13C4C">
        <w:rPr>
          <w:rFonts w:ascii="Times New Roman" w:hAnsi="Times New Roman" w:cs="Times New Roman"/>
          <w:sz w:val="24"/>
          <w:szCs w:val="24"/>
        </w:rPr>
        <w:t xml:space="preserve">. Tìm tọa độ của điểm </w:t>
      </w:r>
      <w:r w:rsidRPr="00B13C4C">
        <w:rPr>
          <w:rFonts w:ascii="Times New Roman" w:hAnsi="Times New Roman" w:cs="Times New Roman"/>
          <w:position w:val="-4"/>
          <w:sz w:val="24"/>
          <w:szCs w:val="24"/>
        </w:rPr>
        <w:object w:dxaOrig="240" w:dyaOrig="260" w14:anchorId="04A3AC8E">
          <v:shape id="_x0000_i4671" type="#_x0000_t75" style="width:12pt;height:13.2pt" o:ole="">
            <v:imagedata r:id="rId5668" o:title=""/>
          </v:shape>
          <o:OLEObject Type="Embed" ProgID="Equation.DSMT4" ShapeID="_x0000_i4671" DrawAspect="Content" ObjectID="_1699837955" r:id="rId5669"/>
        </w:object>
      </w:r>
      <w:r w:rsidRPr="00B13C4C">
        <w:rPr>
          <w:rFonts w:ascii="Times New Roman" w:hAnsi="Times New Roman" w:cs="Times New Roman"/>
          <w:sz w:val="24"/>
          <w:szCs w:val="24"/>
        </w:rPr>
        <w:t>.</w:t>
      </w:r>
    </w:p>
    <w:p w14:paraId="358A3D90"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859" w:dyaOrig="320" w14:anchorId="161F8766">
          <v:shape id="_x0000_i4672" type="#_x0000_t75" style="width:43.2pt;height:16.2pt" o:ole="">
            <v:imagedata r:id="rId5670" o:title=""/>
          </v:shape>
          <o:OLEObject Type="Embed" ProgID="Equation.DSMT4" ShapeID="_x0000_i4672" DrawAspect="Content" ObjectID="_1699837956" r:id="rId567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859" w:dyaOrig="320" w14:anchorId="529A164A">
          <v:shape id="_x0000_i4673" type="#_x0000_t75" style="width:43.2pt;height:16.2pt" o:ole="">
            <v:imagedata r:id="rId5672" o:title=""/>
          </v:shape>
          <o:OLEObject Type="Embed" ProgID="Equation.DSMT4" ShapeID="_x0000_i4673" DrawAspect="Content" ObjectID="_1699837957" r:id="rId567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8"/>
          <w:sz w:val="24"/>
          <w:szCs w:val="24"/>
        </w:rPr>
        <w:object w:dxaOrig="1180" w:dyaOrig="680" w14:anchorId="7C560499">
          <v:shape id="_x0000_i4674" type="#_x0000_t75" style="width:58.8pt;height:34.2pt" o:ole="">
            <v:imagedata r:id="rId5674" o:title=""/>
          </v:shape>
          <o:OLEObject Type="Embed" ProgID="Equation.DSMT4" ShapeID="_x0000_i4674" DrawAspect="Content" ObjectID="_1699837958" r:id="rId567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859" w:dyaOrig="320" w14:anchorId="0AFB5B1F">
          <v:shape id="_x0000_i4675" type="#_x0000_t75" style="width:43.2pt;height:16.2pt" o:ole="">
            <v:imagedata r:id="rId5676" o:title=""/>
          </v:shape>
          <o:OLEObject Type="Embed" ProgID="Equation.DSMT4" ShapeID="_x0000_i4675" DrawAspect="Content" ObjectID="_1699837959" r:id="rId5677"/>
        </w:object>
      </w:r>
      <w:r w:rsidRPr="00B13C4C">
        <w:rPr>
          <w:rFonts w:ascii="Times New Roman" w:hAnsi="Times New Roman" w:cs="Times New Roman"/>
          <w:sz w:val="24"/>
          <w:szCs w:val="24"/>
        </w:rPr>
        <w:t>.</w:t>
      </w:r>
    </w:p>
    <w:p w14:paraId="1368A072" w14:textId="77777777" w:rsidR="00B13C4C" w:rsidRPr="00B13C4C" w:rsidRDefault="00B13C4C" w:rsidP="00CF1AF5">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Giao điểm của parabol </w:t>
      </w:r>
      <w:r w:rsidRPr="00B13C4C">
        <w:rPr>
          <w:rFonts w:ascii="Times New Roman" w:hAnsi="Times New Roman" w:cs="Times New Roman"/>
          <w:position w:val="-10"/>
          <w:sz w:val="24"/>
          <w:szCs w:val="24"/>
        </w:rPr>
        <w:object w:dxaOrig="1920" w:dyaOrig="360" w14:anchorId="67E35959">
          <v:shape id="_x0000_i4676" type="#_x0000_t75" style="width:96pt;height:18pt" o:ole="">
            <v:imagedata r:id="rId5678" o:title=""/>
          </v:shape>
          <o:OLEObject Type="Embed" ProgID="Equation.DSMT4" ShapeID="_x0000_i4676" DrawAspect="Content" ObjectID="_1699837960" r:id="rId5679"/>
        </w:object>
      </w:r>
      <w:r w:rsidRPr="00B13C4C">
        <w:rPr>
          <w:rFonts w:ascii="Times New Roman" w:hAnsi="Times New Roman" w:cs="Times New Roman"/>
          <w:sz w:val="24"/>
          <w:szCs w:val="24"/>
        </w:rPr>
        <w:t xml:space="preserve"> và đường thẳng </w:t>
      </w:r>
      <w:r w:rsidRPr="00B13C4C">
        <w:rPr>
          <w:rFonts w:ascii="Times New Roman" w:hAnsi="Times New Roman" w:cs="Times New Roman"/>
          <w:position w:val="-10"/>
          <w:sz w:val="24"/>
          <w:szCs w:val="24"/>
        </w:rPr>
        <w:object w:dxaOrig="1400" w:dyaOrig="320" w14:anchorId="17E7A82A">
          <v:shape id="_x0000_i4677" type="#_x0000_t75" style="width:70.2pt;height:16.2pt" o:ole="">
            <v:imagedata r:id="rId5680" o:title=""/>
          </v:shape>
          <o:OLEObject Type="Embed" ProgID="Equation.DSMT4" ShapeID="_x0000_i4677" DrawAspect="Content" ObjectID="_1699837961" r:id="rId5681"/>
        </w:object>
      </w:r>
      <w:r w:rsidRPr="00B13C4C">
        <w:rPr>
          <w:rFonts w:ascii="Times New Roman" w:hAnsi="Times New Roman" w:cs="Times New Roman"/>
          <w:sz w:val="24"/>
          <w:szCs w:val="24"/>
        </w:rPr>
        <w:t xml:space="preserve"> là các điểm có tọa độ:</w:t>
      </w:r>
    </w:p>
    <w:p w14:paraId="2FDFF4CE"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280" w:dyaOrig="320" w14:anchorId="2D2B1E43">
          <v:shape id="_x0000_i4678" type="#_x0000_t75" style="width:64.2pt;height:16.2pt" o:ole="">
            <v:imagedata r:id="rId5682" o:title=""/>
          </v:shape>
          <o:OLEObject Type="Embed" ProgID="Equation.DSMT4" ShapeID="_x0000_i4678" DrawAspect="Content" ObjectID="_1699837962" r:id="rId568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100" w:dyaOrig="320" w14:anchorId="6A34C35C">
          <v:shape id="_x0000_i4679" type="#_x0000_t75" style="width:55.2pt;height:16.2pt" o:ole="">
            <v:imagedata r:id="rId5684" o:title=""/>
          </v:shape>
          <o:OLEObject Type="Embed" ProgID="Equation.DSMT4" ShapeID="_x0000_i4679" DrawAspect="Content" ObjectID="_1699837963" r:id="rId568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260" w:dyaOrig="320" w14:anchorId="05378428">
          <v:shape id="_x0000_i4680" type="#_x0000_t75" style="width:63pt;height:16.2pt" o:ole="">
            <v:imagedata r:id="rId5686" o:title=""/>
          </v:shape>
          <o:OLEObject Type="Embed" ProgID="Equation.DSMT4" ShapeID="_x0000_i4680" DrawAspect="Content" ObjectID="_1699837964" r:id="rId568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100" w:dyaOrig="320" w14:anchorId="3DD59CF1">
          <v:shape id="_x0000_i4681" type="#_x0000_t75" style="width:55.2pt;height:16.2pt" o:ole="">
            <v:imagedata r:id="rId5688" o:title=""/>
          </v:shape>
          <o:OLEObject Type="Embed" ProgID="Equation.DSMT4" ShapeID="_x0000_i4681" DrawAspect="Content" ObjectID="_1699837965" r:id="rId5689"/>
        </w:object>
      </w:r>
      <w:r w:rsidRPr="00B13C4C">
        <w:rPr>
          <w:rFonts w:ascii="Times New Roman" w:hAnsi="Times New Roman" w:cs="Times New Roman"/>
          <w:sz w:val="24"/>
          <w:szCs w:val="24"/>
        </w:rPr>
        <w:t>.</w:t>
      </w:r>
    </w:p>
    <w:p w14:paraId="3DBF4FF0" w14:textId="77777777" w:rsidR="00B13C4C" w:rsidRPr="00B13C4C" w:rsidRDefault="00B13C4C" w:rsidP="00CF1AF5">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Parabol dưới đây là đồ thị của hàm số nào?</w:t>
      </w:r>
    </w:p>
    <w:p w14:paraId="6F6A8081" w14:textId="77777777" w:rsidR="00B13C4C" w:rsidRPr="00B13C4C" w:rsidRDefault="00B13C4C" w:rsidP="00CF1AF5">
      <w:pPr>
        <w:ind w:left="992" w:hanging="992"/>
        <w:jc w:val="center"/>
        <w:rPr>
          <w:rFonts w:ascii="Times New Roman" w:hAnsi="Times New Roman" w:cs="Times New Roman"/>
          <w:sz w:val="24"/>
          <w:szCs w:val="24"/>
        </w:rPr>
      </w:pPr>
      <w:r w:rsidRPr="00B13C4C">
        <w:rPr>
          <w:rFonts w:ascii="Times New Roman" w:hAnsi="Times New Roman" w:cs="Times New Roman"/>
          <w:noProof/>
          <w:sz w:val="24"/>
          <w:szCs w:val="24"/>
        </w:rPr>
        <w:drawing>
          <wp:inline distT="0" distB="0" distL="0" distR="0" wp14:anchorId="55AEDB51" wp14:editId="302098DB">
            <wp:extent cx="1700784" cy="149352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90"/>
                    <a:stretch>
                      <a:fillRect/>
                    </a:stretch>
                  </pic:blipFill>
                  <pic:spPr>
                    <a:xfrm>
                      <a:off x="0" y="0"/>
                      <a:ext cx="1707779" cy="1499663"/>
                    </a:xfrm>
                    <a:prstGeom prst="rect">
                      <a:avLst/>
                    </a:prstGeom>
                  </pic:spPr>
                </pic:pic>
              </a:graphicData>
            </a:graphic>
          </wp:inline>
        </w:drawing>
      </w:r>
    </w:p>
    <w:p w14:paraId="63D0B84B"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480" w:dyaOrig="360" w14:anchorId="46F29C0C">
          <v:shape id="_x0000_i4682" type="#_x0000_t75" style="width:73.8pt;height:18pt" o:ole="">
            <v:imagedata r:id="rId5691" o:title=""/>
          </v:shape>
          <o:OLEObject Type="Embed" ProgID="Equation.DSMT4" ShapeID="_x0000_i4682" DrawAspect="Content" ObjectID="_1699837966" r:id="rId569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560" w:dyaOrig="360" w14:anchorId="645951AC">
          <v:shape id="_x0000_i4683" type="#_x0000_t75" style="width:78pt;height:18pt" o:ole="">
            <v:imagedata r:id="rId5693" o:title=""/>
          </v:shape>
          <o:OLEObject Type="Embed" ProgID="Equation.DSMT4" ShapeID="_x0000_i4683" DrawAspect="Content" ObjectID="_1699837967" r:id="rId569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420" w:dyaOrig="360" w14:anchorId="519F211B">
          <v:shape id="_x0000_i4684" type="#_x0000_t75" style="width:70.8pt;height:18pt" o:ole="">
            <v:imagedata r:id="rId5695" o:title=""/>
          </v:shape>
          <o:OLEObject Type="Embed" ProgID="Equation.DSMT4" ShapeID="_x0000_i4684" DrawAspect="Content" ObjectID="_1699837968" r:id="rId569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420" w:dyaOrig="360" w14:anchorId="60C5D8AE">
          <v:shape id="_x0000_i4685" type="#_x0000_t75" style="width:70.8pt;height:18pt" o:ole="">
            <v:imagedata r:id="rId5697" o:title=""/>
          </v:shape>
          <o:OLEObject Type="Embed" ProgID="Equation.DSMT4" ShapeID="_x0000_i4685" DrawAspect="Content" ObjectID="_1699837969" r:id="rId5698"/>
        </w:object>
      </w:r>
      <w:r w:rsidRPr="00B13C4C">
        <w:rPr>
          <w:rFonts w:ascii="Times New Roman" w:hAnsi="Times New Roman" w:cs="Times New Roman"/>
          <w:sz w:val="24"/>
          <w:szCs w:val="24"/>
        </w:rPr>
        <w:t>.</w:t>
      </w:r>
    </w:p>
    <w:p w14:paraId="593AF095" w14:textId="77777777" w:rsidR="00B13C4C" w:rsidRPr="00B13C4C" w:rsidRDefault="00B13C4C" w:rsidP="00CF1AF5">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Trên một miếng đất, ông </w:t>
      </w:r>
      <w:r w:rsidRPr="00B13C4C">
        <w:rPr>
          <w:rFonts w:ascii="Times New Roman" w:hAnsi="Times New Roman" w:cs="Times New Roman"/>
          <w:position w:val="-4"/>
          <w:sz w:val="24"/>
          <w:szCs w:val="24"/>
        </w:rPr>
        <w:object w:dxaOrig="260" w:dyaOrig="260" w14:anchorId="21167D2E">
          <v:shape id="_x0000_i4686" type="#_x0000_t75" style="width:13.2pt;height:13.2pt" o:ole="">
            <v:imagedata r:id="rId5699" o:title=""/>
          </v:shape>
          <o:OLEObject Type="Embed" ProgID="Equation.DSMT4" ShapeID="_x0000_i4686" DrawAspect="Content" ObjectID="_1699837970" r:id="rId5700"/>
        </w:object>
      </w:r>
      <w:r w:rsidRPr="00B13C4C">
        <w:rPr>
          <w:rFonts w:ascii="Times New Roman" w:hAnsi="Times New Roman" w:cs="Times New Roman"/>
          <w:sz w:val="24"/>
          <w:szCs w:val="24"/>
        </w:rPr>
        <w:t xml:space="preserve"> dự định xây một mảnh vườn hình chữ nhật để thả gia súc. Một cạnh của mảnh vườn được xây tường, ông </w:t>
      </w:r>
      <w:r w:rsidRPr="00B13C4C">
        <w:rPr>
          <w:rFonts w:ascii="Times New Roman" w:hAnsi="Times New Roman" w:cs="Times New Roman"/>
          <w:position w:val="-4"/>
          <w:sz w:val="24"/>
          <w:szCs w:val="24"/>
        </w:rPr>
        <w:object w:dxaOrig="260" w:dyaOrig="260" w14:anchorId="76CD0BC0">
          <v:shape id="_x0000_i4687" type="#_x0000_t75" style="width:13.2pt;height:13.2pt" o:ole="">
            <v:imagedata r:id="rId5701" o:title=""/>
          </v:shape>
          <o:OLEObject Type="Embed" ProgID="Equation.DSMT4" ShapeID="_x0000_i4687" DrawAspect="Content" ObjectID="_1699837971" r:id="rId5702"/>
        </w:object>
      </w:r>
      <w:r w:rsidRPr="00B13C4C">
        <w:rPr>
          <w:rFonts w:ascii="Times New Roman" w:hAnsi="Times New Roman" w:cs="Times New Roman"/>
          <w:sz w:val="24"/>
          <w:szCs w:val="24"/>
        </w:rPr>
        <w:t xml:space="preserve"> dùng </w:t>
      </w:r>
      <w:r w:rsidRPr="00B13C4C">
        <w:rPr>
          <w:rFonts w:ascii="Times New Roman" w:hAnsi="Times New Roman" w:cs="Times New Roman"/>
          <w:position w:val="-10"/>
          <w:sz w:val="24"/>
          <w:szCs w:val="24"/>
        </w:rPr>
        <w:object w:dxaOrig="600" w:dyaOrig="320" w14:anchorId="3348ADE0">
          <v:shape id="_x0000_i4688" type="#_x0000_t75" style="width:30pt;height:16.2pt" o:ole="">
            <v:imagedata r:id="rId5703" o:title=""/>
          </v:shape>
          <o:OLEObject Type="Embed" ProgID="Equation.DSMT4" ShapeID="_x0000_i4688" DrawAspect="Content" ObjectID="_1699837972" r:id="rId5704"/>
        </w:object>
      </w:r>
      <w:r w:rsidRPr="00B13C4C">
        <w:rPr>
          <w:rFonts w:ascii="Times New Roman" w:hAnsi="Times New Roman" w:cs="Times New Roman"/>
          <w:sz w:val="24"/>
          <w:szCs w:val="24"/>
        </w:rPr>
        <w:t xml:space="preserve"> dây rào để rào ba cạnh còn lại. Hỏi diện tích lớn nhất của mảnh vườn là bao nhiêu?</w:t>
      </w:r>
    </w:p>
    <w:p w14:paraId="452C6E14"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800" w:dyaOrig="360" w14:anchorId="06433E39">
          <v:shape id="_x0000_i4689" type="#_x0000_t75" style="width:40.2pt;height:18pt" o:ole="">
            <v:imagedata r:id="rId5705" o:title=""/>
          </v:shape>
          <o:OLEObject Type="Embed" ProgID="Equation.DSMT4" ShapeID="_x0000_i4689" DrawAspect="Content" ObjectID="_1699837973" r:id="rId570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800" w:dyaOrig="360" w14:anchorId="5CB6CDFF">
          <v:shape id="_x0000_i4690" type="#_x0000_t75" style="width:40.2pt;height:18pt" o:ole="">
            <v:imagedata r:id="rId5707" o:title=""/>
          </v:shape>
          <o:OLEObject Type="Embed" ProgID="Equation.DSMT4" ShapeID="_x0000_i4690" DrawAspect="Content" ObjectID="_1699837974" r:id="rId570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700" w:dyaOrig="360" w14:anchorId="6C099FCD">
          <v:shape id="_x0000_i4691" type="#_x0000_t75" style="width:34.8pt;height:18pt" o:ole="">
            <v:imagedata r:id="rId5709" o:title=""/>
          </v:shape>
          <o:OLEObject Type="Embed" ProgID="Equation.DSMT4" ShapeID="_x0000_i4691" DrawAspect="Content" ObjectID="_1699837975" r:id="rId571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800" w:dyaOrig="360" w14:anchorId="48447874">
          <v:shape id="_x0000_i4692" type="#_x0000_t75" style="width:40.2pt;height:18pt" o:ole="">
            <v:imagedata r:id="rId5711" o:title=""/>
          </v:shape>
          <o:OLEObject Type="Embed" ProgID="Equation.DSMT4" ShapeID="_x0000_i4692" DrawAspect="Content" ObjectID="_1699837976" r:id="rId5712"/>
        </w:object>
      </w:r>
      <w:r w:rsidRPr="00B13C4C">
        <w:rPr>
          <w:rFonts w:ascii="Times New Roman" w:hAnsi="Times New Roman" w:cs="Times New Roman"/>
          <w:sz w:val="24"/>
          <w:szCs w:val="24"/>
        </w:rPr>
        <w:t>.</w:t>
      </w:r>
    </w:p>
    <w:p w14:paraId="5487C8F6" w14:textId="77777777" w:rsidR="00B13C4C" w:rsidRPr="00B13C4C" w:rsidRDefault="00B13C4C" w:rsidP="00CF1AF5">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tam giác </w:t>
      </w:r>
      <w:r w:rsidRPr="00B13C4C">
        <w:rPr>
          <w:rFonts w:ascii="Times New Roman" w:hAnsi="Times New Roman" w:cs="Times New Roman"/>
          <w:position w:val="-6"/>
          <w:sz w:val="24"/>
          <w:szCs w:val="24"/>
        </w:rPr>
        <w:object w:dxaOrig="560" w:dyaOrig="279" w14:anchorId="05CDD316">
          <v:shape id="_x0000_i4693" type="#_x0000_t75" style="width:28.2pt;height:13.8pt" o:ole="">
            <v:imagedata r:id="rId5713" o:title=""/>
          </v:shape>
          <o:OLEObject Type="Embed" ProgID="Equation.DSMT4" ShapeID="_x0000_i4693" DrawAspect="Content" ObjectID="_1699837977" r:id="rId5714"/>
        </w:object>
      </w:r>
      <w:r w:rsidRPr="00B13C4C">
        <w:rPr>
          <w:rFonts w:ascii="Times New Roman" w:hAnsi="Times New Roman" w:cs="Times New Roman"/>
          <w:sz w:val="24"/>
          <w:szCs w:val="24"/>
        </w:rPr>
        <w:t xml:space="preserve">. Gọi </w:t>
      </w:r>
      <w:r w:rsidRPr="00B13C4C">
        <w:rPr>
          <w:rFonts w:ascii="Times New Roman" w:hAnsi="Times New Roman" w:cs="Times New Roman"/>
          <w:position w:val="-4"/>
          <w:sz w:val="24"/>
          <w:szCs w:val="24"/>
        </w:rPr>
        <w:object w:dxaOrig="200" w:dyaOrig="260" w14:anchorId="44279768">
          <v:shape id="_x0000_i4694" type="#_x0000_t75" style="width:10.2pt;height:13.2pt" o:ole="">
            <v:imagedata r:id="rId5715" o:title=""/>
          </v:shape>
          <o:OLEObject Type="Embed" ProgID="Equation.DSMT4" ShapeID="_x0000_i4694" DrawAspect="Content" ObjectID="_1699837978" r:id="rId5716"/>
        </w:object>
      </w:r>
      <w:r w:rsidRPr="00B13C4C">
        <w:rPr>
          <w:rFonts w:ascii="Times New Roman" w:hAnsi="Times New Roman" w:cs="Times New Roman"/>
          <w:sz w:val="24"/>
          <w:szCs w:val="24"/>
        </w:rPr>
        <w:t xml:space="preserve"> là trung điểm của cạnh </w:t>
      </w:r>
      <w:r w:rsidRPr="00B13C4C">
        <w:rPr>
          <w:rFonts w:ascii="Times New Roman" w:hAnsi="Times New Roman" w:cs="Times New Roman"/>
          <w:position w:val="-4"/>
          <w:sz w:val="24"/>
          <w:szCs w:val="24"/>
        </w:rPr>
        <w:object w:dxaOrig="400" w:dyaOrig="260" w14:anchorId="3DE85543">
          <v:shape id="_x0000_i4695" type="#_x0000_t75" style="width:19.8pt;height:13.2pt" o:ole="">
            <v:imagedata r:id="rId5717" o:title=""/>
          </v:shape>
          <o:OLEObject Type="Embed" ProgID="Equation.DSMT4" ShapeID="_x0000_i4695" DrawAspect="Content" ObjectID="_1699837979" r:id="rId5718"/>
        </w:object>
      </w:r>
      <w:r w:rsidRPr="00B13C4C">
        <w:rPr>
          <w:rFonts w:ascii="Times New Roman" w:hAnsi="Times New Roman" w:cs="Times New Roman"/>
          <w:sz w:val="24"/>
          <w:szCs w:val="24"/>
        </w:rPr>
        <w:t xml:space="preserve">. Tìm điểm </w:t>
      </w:r>
      <w:r w:rsidRPr="00B13C4C">
        <w:rPr>
          <w:rFonts w:ascii="Times New Roman" w:hAnsi="Times New Roman" w:cs="Times New Roman"/>
          <w:position w:val="-4"/>
          <w:sz w:val="24"/>
          <w:szCs w:val="24"/>
        </w:rPr>
        <w:object w:dxaOrig="320" w:dyaOrig="260" w14:anchorId="151BB512">
          <v:shape id="_x0000_i4696" type="#_x0000_t75" style="width:16.2pt;height:13.2pt" o:ole="">
            <v:imagedata r:id="rId5719" o:title=""/>
          </v:shape>
          <o:OLEObject Type="Embed" ProgID="Equation.DSMT4" ShapeID="_x0000_i4696" DrawAspect="Content" ObjectID="_1699837980" r:id="rId5720"/>
        </w:object>
      </w:r>
      <w:r w:rsidRPr="00B13C4C">
        <w:rPr>
          <w:rFonts w:ascii="Times New Roman" w:hAnsi="Times New Roman" w:cs="Times New Roman"/>
          <w:sz w:val="24"/>
          <w:szCs w:val="24"/>
        </w:rPr>
        <w:t xml:space="preserve"> thỏa mãn đẳng thức </w:t>
      </w:r>
      <w:r w:rsidRPr="00B13C4C">
        <w:rPr>
          <w:rFonts w:ascii="Times New Roman" w:hAnsi="Times New Roman" w:cs="Times New Roman"/>
          <w:position w:val="-6"/>
          <w:sz w:val="24"/>
          <w:szCs w:val="24"/>
        </w:rPr>
        <w:object w:dxaOrig="2060" w:dyaOrig="340" w14:anchorId="62FE4330">
          <v:shape id="_x0000_i4697" type="#_x0000_t75" style="width:103.2pt;height:16.8pt" o:ole="">
            <v:imagedata r:id="rId5721" o:title=""/>
          </v:shape>
          <o:OLEObject Type="Embed" ProgID="Equation.DSMT4" ShapeID="_x0000_i4697" DrawAspect="Content" ObjectID="_1699837981" r:id="rId5722"/>
        </w:object>
      </w:r>
    </w:p>
    <w:p w14:paraId="78355B15"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4"/>
          <w:sz w:val="24"/>
          <w:szCs w:val="24"/>
        </w:rPr>
        <w:object w:dxaOrig="320" w:dyaOrig="260" w14:anchorId="4F64657F">
          <v:shape id="_x0000_i4698" type="#_x0000_t75" style="width:16.2pt;height:13.2pt" o:ole="">
            <v:imagedata r:id="rId5723" o:title=""/>
          </v:shape>
          <o:OLEObject Type="Embed" ProgID="Equation.DSMT4" ShapeID="_x0000_i4698" DrawAspect="Content" ObjectID="_1699837982" r:id="rId5724"/>
        </w:object>
      </w:r>
      <w:r w:rsidRPr="00B13C4C">
        <w:rPr>
          <w:rFonts w:ascii="Times New Roman" w:hAnsi="Times New Roman" w:cs="Times New Roman"/>
          <w:sz w:val="24"/>
          <w:szCs w:val="24"/>
        </w:rPr>
        <w:t xml:space="preserve"> là trung điểm của </w:t>
      </w:r>
      <w:r w:rsidRPr="00B13C4C">
        <w:rPr>
          <w:rFonts w:ascii="Times New Roman" w:hAnsi="Times New Roman" w:cs="Times New Roman"/>
          <w:position w:val="-4"/>
          <w:sz w:val="24"/>
          <w:szCs w:val="24"/>
        </w:rPr>
        <w:object w:dxaOrig="300" w:dyaOrig="260" w14:anchorId="5996A9E7">
          <v:shape id="_x0000_i4699" type="#_x0000_t75" style="width:15pt;height:13.2pt" o:ole="">
            <v:imagedata r:id="rId5725" o:title=""/>
          </v:shape>
          <o:OLEObject Type="Embed" ProgID="Equation.DSMT4" ShapeID="_x0000_i4699" DrawAspect="Content" ObjectID="_1699837983" r:id="rId5726"/>
        </w:object>
      </w:r>
      <w:r w:rsidRPr="00B13C4C">
        <w:rPr>
          <w:rFonts w:ascii="Times New Roman" w:hAnsi="Times New Roman" w:cs="Times New Roman"/>
          <w:sz w:val="24"/>
          <w:szCs w:val="24"/>
        </w:rPr>
        <w:t>.</w:t>
      </w:r>
    </w:p>
    <w:p w14:paraId="31F42D0A"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4"/>
          <w:sz w:val="24"/>
          <w:szCs w:val="24"/>
        </w:rPr>
        <w:object w:dxaOrig="320" w:dyaOrig="260" w14:anchorId="0400EAEC">
          <v:shape id="_x0000_i4700" type="#_x0000_t75" style="width:16.2pt;height:13.2pt" o:ole="">
            <v:imagedata r:id="rId5727" o:title=""/>
          </v:shape>
          <o:OLEObject Type="Embed" ProgID="Equation.DSMT4" ShapeID="_x0000_i4700" DrawAspect="Content" ObjectID="_1699837984" r:id="rId5728"/>
        </w:object>
      </w:r>
      <w:r w:rsidRPr="00B13C4C">
        <w:rPr>
          <w:rFonts w:ascii="Times New Roman" w:hAnsi="Times New Roman" w:cs="Times New Roman"/>
          <w:sz w:val="24"/>
          <w:szCs w:val="24"/>
        </w:rPr>
        <w:t xml:space="preserve"> là điểm trên cạnh </w:t>
      </w:r>
      <w:r w:rsidRPr="00B13C4C">
        <w:rPr>
          <w:rFonts w:ascii="Times New Roman" w:hAnsi="Times New Roman" w:cs="Times New Roman"/>
          <w:position w:val="-6"/>
          <w:sz w:val="24"/>
          <w:szCs w:val="24"/>
        </w:rPr>
        <w:object w:dxaOrig="340" w:dyaOrig="279" w14:anchorId="324117B5">
          <v:shape id="_x0000_i4701" type="#_x0000_t75" style="width:16.8pt;height:13.8pt" o:ole="">
            <v:imagedata r:id="rId5729" o:title=""/>
          </v:shape>
          <o:OLEObject Type="Embed" ProgID="Equation.DSMT4" ShapeID="_x0000_i4701" DrawAspect="Content" ObjectID="_1699837985" r:id="rId5730"/>
        </w:object>
      </w:r>
      <w:r w:rsidRPr="00B13C4C">
        <w:rPr>
          <w:rFonts w:ascii="Times New Roman" w:hAnsi="Times New Roman" w:cs="Times New Roman"/>
          <w:sz w:val="24"/>
          <w:szCs w:val="24"/>
        </w:rPr>
        <w:t xml:space="preserve"> sao cho </w:t>
      </w:r>
      <w:r w:rsidRPr="00B13C4C">
        <w:rPr>
          <w:rFonts w:ascii="Times New Roman" w:hAnsi="Times New Roman" w:cs="Times New Roman"/>
          <w:position w:val="-6"/>
          <w:sz w:val="24"/>
          <w:szCs w:val="24"/>
        </w:rPr>
        <w:object w:dxaOrig="1140" w:dyaOrig="279" w14:anchorId="06374889">
          <v:shape id="_x0000_i4702" type="#_x0000_t75" style="width:57pt;height:13.8pt" o:ole="">
            <v:imagedata r:id="rId5731" o:title=""/>
          </v:shape>
          <o:OLEObject Type="Embed" ProgID="Equation.DSMT4" ShapeID="_x0000_i4702" DrawAspect="Content" ObjectID="_1699837986" r:id="rId5732"/>
        </w:object>
      </w:r>
      <w:r w:rsidRPr="00B13C4C">
        <w:rPr>
          <w:rFonts w:ascii="Times New Roman" w:hAnsi="Times New Roman" w:cs="Times New Roman"/>
          <w:sz w:val="24"/>
          <w:szCs w:val="24"/>
        </w:rPr>
        <w:t>.</w:t>
      </w:r>
    </w:p>
    <w:p w14:paraId="7F70AE92"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4"/>
          <w:sz w:val="24"/>
          <w:szCs w:val="24"/>
        </w:rPr>
        <w:object w:dxaOrig="320" w:dyaOrig="260" w14:anchorId="11E651B7">
          <v:shape id="_x0000_i4703" type="#_x0000_t75" style="width:16.2pt;height:13.2pt" o:ole="">
            <v:imagedata r:id="rId5733" o:title=""/>
          </v:shape>
          <o:OLEObject Type="Embed" ProgID="Equation.DSMT4" ShapeID="_x0000_i4703" DrawAspect="Content" ObjectID="_1699837987" r:id="rId5734"/>
        </w:object>
      </w:r>
      <w:r w:rsidRPr="00B13C4C">
        <w:rPr>
          <w:rFonts w:ascii="Times New Roman" w:hAnsi="Times New Roman" w:cs="Times New Roman"/>
          <w:sz w:val="24"/>
          <w:szCs w:val="24"/>
        </w:rPr>
        <w:t xml:space="preserve"> là trung điểm của </w:t>
      </w:r>
      <w:r w:rsidRPr="00B13C4C">
        <w:rPr>
          <w:rFonts w:ascii="Times New Roman" w:hAnsi="Times New Roman" w:cs="Times New Roman"/>
          <w:position w:val="-6"/>
          <w:sz w:val="24"/>
          <w:szCs w:val="24"/>
        </w:rPr>
        <w:object w:dxaOrig="400" w:dyaOrig="279" w14:anchorId="4BD997D2">
          <v:shape id="_x0000_i4704" type="#_x0000_t75" style="width:19.8pt;height:13.8pt" o:ole="">
            <v:imagedata r:id="rId5735" o:title=""/>
          </v:shape>
          <o:OLEObject Type="Embed" ProgID="Equation.DSMT4" ShapeID="_x0000_i4704" DrawAspect="Content" ObjectID="_1699837988" r:id="rId5736"/>
        </w:object>
      </w:r>
      <w:r w:rsidRPr="00B13C4C">
        <w:rPr>
          <w:rFonts w:ascii="Times New Roman" w:hAnsi="Times New Roman" w:cs="Times New Roman"/>
          <w:sz w:val="24"/>
          <w:szCs w:val="24"/>
        </w:rPr>
        <w:t>.</w:t>
      </w:r>
    </w:p>
    <w:p w14:paraId="20E6245B"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4"/>
          <w:sz w:val="24"/>
          <w:szCs w:val="24"/>
        </w:rPr>
        <w:object w:dxaOrig="320" w:dyaOrig="260" w14:anchorId="75A231EC">
          <v:shape id="_x0000_i4705" type="#_x0000_t75" style="width:16.2pt;height:13.2pt" o:ole="">
            <v:imagedata r:id="rId5737" o:title=""/>
          </v:shape>
          <o:OLEObject Type="Embed" ProgID="Equation.DSMT4" ShapeID="_x0000_i4705" DrawAspect="Content" ObjectID="_1699837989" r:id="rId5738"/>
        </w:object>
      </w:r>
      <w:r w:rsidRPr="00B13C4C">
        <w:rPr>
          <w:rFonts w:ascii="Times New Roman" w:hAnsi="Times New Roman" w:cs="Times New Roman"/>
          <w:sz w:val="24"/>
          <w:szCs w:val="24"/>
        </w:rPr>
        <w:t xml:space="preserve"> là trung điểm của </w:t>
      </w:r>
      <w:r w:rsidRPr="00B13C4C">
        <w:rPr>
          <w:rFonts w:ascii="Times New Roman" w:hAnsi="Times New Roman" w:cs="Times New Roman"/>
          <w:position w:val="-6"/>
          <w:sz w:val="24"/>
          <w:szCs w:val="24"/>
        </w:rPr>
        <w:object w:dxaOrig="340" w:dyaOrig="279" w14:anchorId="6A621462">
          <v:shape id="_x0000_i4706" type="#_x0000_t75" style="width:16.8pt;height:13.8pt" o:ole="">
            <v:imagedata r:id="rId5739" o:title=""/>
          </v:shape>
          <o:OLEObject Type="Embed" ProgID="Equation.DSMT4" ShapeID="_x0000_i4706" DrawAspect="Content" ObjectID="_1699837990" r:id="rId5740"/>
        </w:object>
      </w:r>
      <w:r w:rsidRPr="00B13C4C">
        <w:rPr>
          <w:rFonts w:ascii="Times New Roman" w:hAnsi="Times New Roman" w:cs="Times New Roman"/>
          <w:sz w:val="24"/>
          <w:szCs w:val="24"/>
        </w:rPr>
        <w:t>.</w:t>
      </w:r>
    </w:p>
    <w:p w14:paraId="380D80B7" w14:textId="77777777" w:rsidR="00B13C4C" w:rsidRPr="00B13C4C" w:rsidRDefault="00B13C4C" w:rsidP="00CF1AF5">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Giải hệ phương trình </w:t>
      </w:r>
      <w:r w:rsidRPr="00B13C4C">
        <w:rPr>
          <w:rFonts w:ascii="Times New Roman" w:hAnsi="Times New Roman" w:cs="Times New Roman"/>
          <w:position w:val="-30"/>
          <w:sz w:val="24"/>
          <w:szCs w:val="24"/>
        </w:rPr>
        <w:object w:dxaOrig="680" w:dyaOrig="720" w14:anchorId="4FB4D1F0">
          <v:shape id="_x0000_i4707" type="#_x0000_t75" style="width:34.2pt;height:36pt" o:ole="">
            <v:imagedata r:id="rId5741" o:title=""/>
          </v:shape>
          <o:OLEObject Type="Embed" ProgID="Equation.DSMT4" ShapeID="_x0000_i4707" DrawAspect="Content" ObjectID="_1699837991" r:id="rId5742"/>
        </w:object>
      </w:r>
    </w:p>
    <w:p w14:paraId="790FB528"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600" w:dyaOrig="320" w14:anchorId="66E6B1F6">
          <v:shape id="_x0000_i4708" type="#_x0000_t75" style="width:79.8pt;height:16.2pt" o:ole="">
            <v:imagedata r:id="rId5743" o:title=""/>
          </v:shape>
          <o:OLEObject Type="Embed" ProgID="Equation.DSMT4" ShapeID="_x0000_i4708" DrawAspect="Content" ObjectID="_1699837992" r:id="rId574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760" w:dyaOrig="320" w14:anchorId="3B461909">
          <v:shape id="_x0000_i4709" type="#_x0000_t75" style="width:88.2pt;height:16.2pt" o:ole="">
            <v:imagedata r:id="rId5745" o:title=""/>
          </v:shape>
          <o:OLEObject Type="Embed" ProgID="Equation.DSMT4" ShapeID="_x0000_i4709" DrawAspect="Content" ObjectID="_1699837993" r:id="rId5746"/>
        </w:object>
      </w:r>
      <w:r w:rsidRPr="00B13C4C">
        <w:rPr>
          <w:rFonts w:ascii="Times New Roman" w:hAnsi="Times New Roman" w:cs="Times New Roman"/>
          <w:sz w:val="24"/>
          <w:szCs w:val="24"/>
        </w:rPr>
        <w:t>.</w:t>
      </w:r>
    </w:p>
    <w:p w14:paraId="6AA5C713"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760" w:dyaOrig="320" w14:anchorId="0B3B52FA">
          <v:shape id="_x0000_i4710" type="#_x0000_t75" style="width:88.2pt;height:16.2pt" o:ole="">
            <v:imagedata r:id="rId5747" o:title=""/>
          </v:shape>
          <o:OLEObject Type="Embed" ProgID="Equation.DSMT4" ShapeID="_x0000_i4710" DrawAspect="Content" ObjectID="_1699837994" r:id="rId574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640" w:dyaOrig="320" w14:anchorId="7DEAF917">
          <v:shape id="_x0000_i4711" type="#_x0000_t75" style="width:82.2pt;height:16.2pt" o:ole="">
            <v:imagedata r:id="rId5749" o:title=""/>
          </v:shape>
          <o:OLEObject Type="Embed" ProgID="Equation.DSMT4" ShapeID="_x0000_i4711" DrawAspect="Content" ObjectID="_1699837995" r:id="rId5750"/>
        </w:object>
      </w:r>
      <w:r w:rsidRPr="00B13C4C">
        <w:rPr>
          <w:rFonts w:ascii="Times New Roman" w:hAnsi="Times New Roman" w:cs="Times New Roman"/>
          <w:sz w:val="24"/>
          <w:szCs w:val="24"/>
        </w:rPr>
        <w:t>.</w:t>
      </w:r>
    </w:p>
    <w:p w14:paraId="74D3145E" w14:textId="77777777" w:rsidR="00B13C4C" w:rsidRPr="00B13C4C" w:rsidRDefault="00B13C4C" w:rsidP="00CF1AF5">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Điều kiện xác định của phương trình </w:t>
      </w:r>
      <w:r w:rsidRPr="00B13C4C">
        <w:rPr>
          <w:rFonts w:ascii="Times New Roman" w:hAnsi="Times New Roman" w:cs="Times New Roman"/>
          <w:position w:val="-8"/>
          <w:sz w:val="24"/>
          <w:szCs w:val="24"/>
        </w:rPr>
        <w:object w:dxaOrig="1939" w:dyaOrig="360" w14:anchorId="3A62D101">
          <v:shape id="_x0000_i4712" type="#_x0000_t75" style="width:97.2pt;height:18pt" o:ole="">
            <v:imagedata r:id="rId5751" o:title=""/>
          </v:shape>
          <o:OLEObject Type="Embed" ProgID="Equation.DSMT4" ShapeID="_x0000_i4712" DrawAspect="Content" ObjectID="_1699837996" r:id="rId5752"/>
        </w:object>
      </w:r>
      <w:r w:rsidRPr="00B13C4C">
        <w:rPr>
          <w:rFonts w:ascii="Times New Roman" w:hAnsi="Times New Roman" w:cs="Times New Roman"/>
          <w:sz w:val="24"/>
          <w:szCs w:val="24"/>
        </w:rPr>
        <w:t xml:space="preserve"> là:</w:t>
      </w:r>
    </w:p>
    <w:p w14:paraId="60C14CA3"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560" w:dyaOrig="279" w14:anchorId="7BF8F1B2">
          <v:shape id="_x0000_i4713" type="#_x0000_t75" style="width:28.2pt;height:13.8pt" o:ole="">
            <v:imagedata r:id="rId5753" o:title=""/>
          </v:shape>
          <o:OLEObject Type="Embed" ProgID="Equation.DSMT4" ShapeID="_x0000_i4713" DrawAspect="Content" ObjectID="_1699837997" r:id="rId575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540" w:dyaOrig="279" w14:anchorId="185D2DCE">
          <v:shape id="_x0000_i4714" type="#_x0000_t75" style="width:27pt;height:13.8pt" o:ole="">
            <v:imagedata r:id="rId5755" o:title=""/>
          </v:shape>
          <o:OLEObject Type="Embed" ProgID="Equation.DSMT4" ShapeID="_x0000_i4714" DrawAspect="Content" ObjectID="_1699837998" r:id="rId575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540" w:dyaOrig="279" w14:anchorId="49B3004B">
          <v:shape id="_x0000_i4715" type="#_x0000_t75" style="width:27pt;height:13.8pt" o:ole="">
            <v:imagedata r:id="rId5757" o:title=""/>
          </v:shape>
          <o:OLEObject Type="Embed" ProgID="Equation.DSMT4" ShapeID="_x0000_i4715" DrawAspect="Content" ObjectID="_1699837999" r:id="rId575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560" w:dyaOrig="279" w14:anchorId="731F0985">
          <v:shape id="_x0000_i4716" type="#_x0000_t75" style="width:28.2pt;height:13.8pt" o:ole="">
            <v:imagedata r:id="rId5759" o:title=""/>
          </v:shape>
          <o:OLEObject Type="Embed" ProgID="Equation.DSMT4" ShapeID="_x0000_i4716" DrawAspect="Content" ObjectID="_1699838000" r:id="rId5760"/>
        </w:object>
      </w:r>
      <w:r w:rsidRPr="00B13C4C">
        <w:rPr>
          <w:rFonts w:ascii="Times New Roman" w:hAnsi="Times New Roman" w:cs="Times New Roman"/>
          <w:sz w:val="24"/>
          <w:szCs w:val="24"/>
        </w:rPr>
        <w:t>.</w:t>
      </w:r>
    </w:p>
    <w:p w14:paraId="72A5F808" w14:textId="77777777" w:rsidR="00B13C4C" w:rsidRPr="00B13C4C" w:rsidRDefault="00B13C4C" w:rsidP="00CF1AF5">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lastRenderedPageBreak/>
        <w:t>Câu 12: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Phần bù của nửa khoảng </w:t>
      </w:r>
      <w:r w:rsidRPr="00B13C4C">
        <w:rPr>
          <w:rFonts w:ascii="Times New Roman" w:hAnsi="Times New Roman" w:cs="Times New Roman"/>
          <w:position w:val="-10"/>
          <w:sz w:val="24"/>
          <w:szCs w:val="24"/>
        </w:rPr>
        <w:object w:dxaOrig="639" w:dyaOrig="320" w14:anchorId="08BD3013">
          <v:shape id="_x0000_i4717" type="#_x0000_t75" style="width:31.8pt;height:16.2pt" o:ole="">
            <v:imagedata r:id="rId5761" o:title=""/>
          </v:shape>
          <o:OLEObject Type="Embed" ProgID="Equation.DSMT4" ShapeID="_x0000_i4717" DrawAspect="Content" ObjectID="_1699838001" r:id="rId5762"/>
        </w:object>
      </w:r>
      <w:r w:rsidRPr="00B13C4C">
        <w:rPr>
          <w:rFonts w:ascii="Times New Roman" w:hAnsi="Times New Roman" w:cs="Times New Roman"/>
          <w:sz w:val="24"/>
          <w:szCs w:val="24"/>
        </w:rPr>
        <w:t xml:space="preserve"> trong </w:t>
      </w:r>
      <w:r w:rsidRPr="00B13C4C">
        <w:rPr>
          <w:rFonts w:ascii="Times New Roman" w:hAnsi="Times New Roman" w:cs="Times New Roman"/>
          <w:position w:val="-4"/>
          <w:sz w:val="24"/>
          <w:szCs w:val="24"/>
        </w:rPr>
        <w:object w:dxaOrig="260" w:dyaOrig="260" w14:anchorId="5CEA0D03">
          <v:shape id="_x0000_i4718" type="#_x0000_t75" style="width:13.2pt;height:13.2pt" o:ole="">
            <v:imagedata r:id="rId5763" o:title=""/>
          </v:shape>
          <o:OLEObject Type="Embed" ProgID="Equation.DSMT4" ShapeID="_x0000_i4718" DrawAspect="Content" ObjectID="_1699838002" r:id="rId5764"/>
        </w:object>
      </w:r>
      <w:r w:rsidRPr="00B13C4C">
        <w:rPr>
          <w:rFonts w:ascii="Times New Roman" w:hAnsi="Times New Roman" w:cs="Times New Roman"/>
          <w:sz w:val="24"/>
          <w:szCs w:val="24"/>
        </w:rPr>
        <w:t xml:space="preserve"> là:</w:t>
      </w:r>
    </w:p>
    <w:p w14:paraId="64293D8B"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760" w:dyaOrig="320" w14:anchorId="1A020A34">
          <v:shape id="_x0000_i4719" type="#_x0000_t75" style="width:88.2pt;height:16.2pt" o:ole="">
            <v:imagedata r:id="rId5765" o:title=""/>
          </v:shape>
          <o:OLEObject Type="Embed" ProgID="Equation.DSMT4" ShapeID="_x0000_i4719" DrawAspect="Content" ObjectID="_1699838003" r:id="rId576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880" w:dyaOrig="320" w14:anchorId="5B4E25C3">
          <v:shape id="_x0000_i4720" type="#_x0000_t75" style="width:43.8pt;height:16.2pt" o:ole="">
            <v:imagedata r:id="rId5767" o:title=""/>
          </v:shape>
          <o:OLEObject Type="Embed" ProgID="Equation.DSMT4" ShapeID="_x0000_i4720" DrawAspect="Content" ObjectID="_1699838004" r:id="rId5768"/>
        </w:object>
      </w:r>
      <w:r w:rsidRPr="00B13C4C">
        <w:rPr>
          <w:rFonts w:ascii="Times New Roman" w:hAnsi="Times New Roman" w:cs="Times New Roman"/>
          <w:sz w:val="24"/>
          <w:szCs w:val="24"/>
        </w:rPr>
        <w:t>.</w:t>
      </w:r>
    </w:p>
    <w:p w14:paraId="1D2AFA67"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700" w:dyaOrig="320" w14:anchorId="600B7E82">
          <v:shape id="_x0000_i4721" type="#_x0000_t75" style="width:34.8pt;height:16.2pt" o:ole="">
            <v:imagedata r:id="rId5769" o:title=""/>
          </v:shape>
          <o:OLEObject Type="Embed" ProgID="Equation.DSMT4" ShapeID="_x0000_i4721" DrawAspect="Content" ObjectID="_1699838005" r:id="rId577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760" w:dyaOrig="320" w14:anchorId="340124CF">
          <v:shape id="_x0000_i4722" type="#_x0000_t75" style="width:88.2pt;height:16.2pt" o:ole="">
            <v:imagedata r:id="rId5771" o:title=""/>
          </v:shape>
          <o:OLEObject Type="Embed" ProgID="Equation.DSMT4" ShapeID="_x0000_i4722" DrawAspect="Content" ObjectID="_1699838006" r:id="rId5772"/>
        </w:object>
      </w:r>
      <w:r w:rsidRPr="00B13C4C">
        <w:rPr>
          <w:rFonts w:ascii="Times New Roman" w:hAnsi="Times New Roman" w:cs="Times New Roman"/>
          <w:sz w:val="24"/>
          <w:szCs w:val="24"/>
        </w:rPr>
        <w:t>.</w:t>
      </w:r>
    </w:p>
    <w:p w14:paraId="14D51364" w14:textId="77777777" w:rsidR="00B13C4C" w:rsidRPr="00B13C4C" w:rsidRDefault="00B13C4C" w:rsidP="00CF1AF5">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mặt phẳng tọa độ </w:t>
      </w:r>
      <w:r w:rsidRPr="00B13C4C">
        <w:rPr>
          <w:rFonts w:ascii="Times New Roman" w:hAnsi="Times New Roman" w:cs="Times New Roman"/>
          <w:position w:val="-10"/>
          <w:sz w:val="24"/>
          <w:szCs w:val="24"/>
        </w:rPr>
        <w:object w:dxaOrig="460" w:dyaOrig="320" w14:anchorId="2AEDDC09">
          <v:shape id="_x0000_i4723" type="#_x0000_t75" style="width:22.8pt;height:16.2pt" o:ole="">
            <v:imagedata r:id="rId5773" o:title=""/>
          </v:shape>
          <o:OLEObject Type="Embed" ProgID="Equation.DSMT4" ShapeID="_x0000_i4723" DrawAspect="Content" ObjectID="_1699838007" r:id="rId5774"/>
        </w:object>
      </w:r>
      <w:r w:rsidRPr="00B13C4C">
        <w:rPr>
          <w:rFonts w:ascii="Times New Roman" w:hAnsi="Times New Roman" w:cs="Times New Roman"/>
          <w:sz w:val="24"/>
          <w:szCs w:val="24"/>
        </w:rPr>
        <w:t xml:space="preserve">, cho hai véctơ </w:t>
      </w:r>
      <w:r w:rsidRPr="00B13C4C">
        <w:rPr>
          <w:rFonts w:ascii="Times New Roman" w:hAnsi="Times New Roman" w:cs="Times New Roman"/>
          <w:position w:val="-10"/>
          <w:sz w:val="24"/>
          <w:szCs w:val="24"/>
        </w:rPr>
        <w:object w:dxaOrig="2400" w:dyaOrig="380" w14:anchorId="021F2003">
          <v:shape id="_x0000_i4724" type="#_x0000_t75" style="width:120pt;height:19.2pt" o:ole="">
            <v:imagedata r:id="rId5775" o:title=""/>
          </v:shape>
          <o:OLEObject Type="Embed" ProgID="Equation.DSMT4" ShapeID="_x0000_i4724" DrawAspect="Content" ObjectID="_1699838008" r:id="rId5776"/>
        </w:object>
      </w:r>
      <w:r w:rsidRPr="00B13C4C">
        <w:rPr>
          <w:rFonts w:ascii="Times New Roman" w:hAnsi="Times New Roman" w:cs="Times New Roman"/>
          <w:sz w:val="24"/>
          <w:szCs w:val="24"/>
        </w:rPr>
        <w:t xml:space="preserve">. Tìm tất cả các giá trị nguyên dương của </w:t>
      </w:r>
      <w:r w:rsidRPr="00B13C4C">
        <w:rPr>
          <w:rFonts w:ascii="Times New Roman" w:hAnsi="Times New Roman" w:cs="Times New Roman"/>
          <w:position w:val="-6"/>
          <w:sz w:val="24"/>
          <w:szCs w:val="24"/>
        </w:rPr>
        <w:object w:dxaOrig="260" w:dyaOrig="220" w14:anchorId="7F1BC54A">
          <v:shape id="_x0000_i4725" type="#_x0000_t75" style="width:13.2pt;height:10.8pt" o:ole="">
            <v:imagedata r:id="rId5777" o:title=""/>
          </v:shape>
          <o:OLEObject Type="Embed" ProgID="Equation.DSMT4" ShapeID="_x0000_i4725" DrawAspect="Content" ObjectID="_1699838009" r:id="rId5778"/>
        </w:object>
      </w:r>
      <w:r w:rsidRPr="00B13C4C">
        <w:rPr>
          <w:rFonts w:ascii="Times New Roman" w:hAnsi="Times New Roman" w:cs="Times New Roman"/>
          <w:sz w:val="24"/>
          <w:szCs w:val="24"/>
        </w:rPr>
        <w:t xml:space="preserve"> để góc giữa hai vécto </w:t>
      </w:r>
      <w:r w:rsidRPr="00B13C4C">
        <w:rPr>
          <w:rFonts w:ascii="Times New Roman" w:hAnsi="Times New Roman" w:cs="Times New Roman"/>
          <w:position w:val="-6"/>
          <w:sz w:val="24"/>
          <w:szCs w:val="24"/>
        </w:rPr>
        <w:object w:dxaOrig="200" w:dyaOrig="279" w14:anchorId="676C9C8C">
          <v:shape id="_x0000_i4726" type="#_x0000_t75" style="width:10.2pt;height:13.8pt" o:ole="">
            <v:imagedata r:id="rId5779" o:title=""/>
          </v:shape>
          <o:OLEObject Type="Embed" ProgID="Equation.DSMT4" ShapeID="_x0000_i4726" DrawAspect="Content" ObjectID="_1699838010" r:id="rId5780"/>
        </w:object>
      </w:r>
      <w:r w:rsidRPr="00B13C4C">
        <w:rPr>
          <w:rFonts w:ascii="Times New Roman" w:hAnsi="Times New Roman" w:cs="Times New Roman"/>
          <w:sz w:val="24"/>
          <w:szCs w:val="24"/>
        </w:rPr>
        <w:t xml:space="preserve"> và </w:t>
      </w:r>
      <w:r w:rsidRPr="00B13C4C">
        <w:rPr>
          <w:rFonts w:ascii="Times New Roman" w:hAnsi="Times New Roman" w:cs="Times New Roman"/>
          <w:position w:val="-6"/>
          <w:sz w:val="24"/>
          <w:szCs w:val="24"/>
        </w:rPr>
        <w:object w:dxaOrig="220" w:dyaOrig="340" w14:anchorId="4CBE9095">
          <v:shape id="_x0000_i4727" type="#_x0000_t75" style="width:10.8pt;height:16.8pt" o:ole="">
            <v:imagedata r:id="rId5781" o:title=""/>
          </v:shape>
          <o:OLEObject Type="Embed" ProgID="Equation.DSMT4" ShapeID="_x0000_i4727" DrawAspect="Content" ObjectID="_1699838011" r:id="rId5782"/>
        </w:object>
      </w:r>
      <w:r w:rsidRPr="00B13C4C">
        <w:rPr>
          <w:rFonts w:ascii="Times New Roman" w:hAnsi="Times New Roman" w:cs="Times New Roman"/>
          <w:sz w:val="24"/>
          <w:szCs w:val="24"/>
        </w:rPr>
        <w:t xml:space="preserve"> bằng </w:t>
      </w:r>
      <w:r w:rsidRPr="00B13C4C">
        <w:rPr>
          <w:rFonts w:ascii="Times New Roman" w:hAnsi="Times New Roman" w:cs="Times New Roman"/>
          <w:position w:val="-6"/>
          <w:sz w:val="24"/>
          <w:szCs w:val="24"/>
        </w:rPr>
        <w:object w:dxaOrig="380" w:dyaOrig="320" w14:anchorId="45BD8948">
          <v:shape id="_x0000_i4728" type="#_x0000_t75" style="width:19.2pt;height:16.2pt" o:ole="">
            <v:imagedata r:id="rId5783" o:title=""/>
          </v:shape>
          <o:OLEObject Type="Embed" ProgID="Equation.DSMT4" ShapeID="_x0000_i4728" DrawAspect="Content" ObjectID="_1699838012" r:id="rId5784"/>
        </w:object>
      </w:r>
      <w:r w:rsidRPr="00B13C4C">
        <w:rPr>
          <w:rFonts w:ascii="Times New Roman" w:hAnsi="Times New Roman" w:cs="Times New Roman"/>
          <w:sz w:val="24"/>
          <w:szCs w:val="24"/>
        </w:rPr>
        <w:t>.</w:t>
      </w:r>
    </w:p>
    <w:p w14:paraId="4D55B23A"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560" w:dyaOrig="279" w14:anchorId="1348713E">
          <v:shape id="_x0000_i4729" type="#_x0000_t75" style="width:28.2pt;height:13.8pt" o:ole="">
            <v:imagedata r:id="rId5785" o:title=""/>
          </v:shape>
          <o:OLEObject Type="Embed" ProgID="Equation.DSMT4" ShapeID="_x0000_i4729" DrawAspect="Content" ObjectID="_1699838013" r:id="rId578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219" w:dyaOrig="320" w14:anchorId="5D2D0215">
          <v:shape id="_x0000_i4730" type="#_x0000_t75" style="width:61.2pt;height:16.2pt" o:ole="">
            <v:imagedata r:id="rId5787" o:title=""/>
          </v:shape>
          <o:OLEObject Type="Embed" ProgID="Equation.DSMT4" ShapeID="_x0000_i4730" DrawAspect="Content" ObjectID="_1699838014" r:id="rId578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620" w:dyaOrig="279" w14:anchorId="22B5C010">
          <v:shape id="_x0000_i4731" type="#_x0000_t75" style="width:31.2pt;height:13.8pt" o:ole="">
            <v:imagedata r:id="rId5789" o:title=""/>
          </v:shape>
          <o:OLEObject Type="Embed" ProgID="Equation.DSMT4" ShapeID="_x0000_i4731" DrawAspect="Content" ObjectID="_1699838015" r:id="rId579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180" w:dyaOrig="320" w14:anchorId="3195F6E3">
          <v:shape id="_x0000_i4732" type="#_x0000_t75" style="width:58.8pt;height:16.2pt" o:ole="">
            <v:imagedata r:id="rId5791" o:title=""/>
          </v:shape>
          <o:OLEObject Type="Embed" ProgID="Equation.DSMT4" ShapeID="_x0000_i4732" DrawAspect="Content" ObjectID="_1699838016" r:id="rId5792"/>
        </w:object>
      </w:r>
      <w:r w:rsidRPr="00B13C4C">
        <w:rPr>
          <w:rFonts w:ascii="Times New Roman" w:hAnsi="Times New Roman" w:cs="Times New Roman"/>
          <w:sz w:val="24"/>
          <w:szCs w:val="24"/>
        </w:rPr>
        <w:t>.</w:t>
      </w:r>
    </w:p>
    <w:p w14:paraId="6BA33F2C" w14:textId="77777777" w:rsidR="00B13C4C" w:rsidRPr="00B13C4C" w:rsidRDefault="00B13C4C" w:rsidP="00CF1AF5">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hàm số </w:t>
      </w:r>
      <w:r w:rsidRPr="00B13C4C">
        <w:rPr>
          <w:rFonts w:ascii="Times New Roman" w:hAnsi="Times New Roman" w:cs="Times New Roman"/>
          <w:position w:val="-10"/>
          <w:sz w:val="24"/>
          <w:szCs w:val="24"/>
        </w:rPr>
        <w:object w:dxaOrig="2100" w:dyaOrig="360" w14:anchorId="612D2A78">
          <v:shape id="_x0000_i4733" type="#_x0000_t75" style="width:105pt;height:18pt" o:ole="">
            <v:imagedata r:id="rId5793" o:title=""/>
          </v:shape>
          <o:OLEObject Type="Embed" ProgID="Equation.DSMT4" ShapeID="_x0000_i4733" DrawAspect="Content" ObjectID="_1699838017" r:id="rId5794"/>
        </w:object>
      </w:r>
      <w:r w:rsidRPr="00B13C4C">
        <w:rPr>
          <w:rFonts w:ascii="Times New Roman" w:hAnsi="Times New Roman" w:cs="Times New Roman"/>
          <w:sz w:val="24"/>
          <w:szCs w:val="24"/>
        </w:rPr>
        <w:t>. Khẳng định nào sau đây là sai?</w:t>
      </w:r>
    </w:p>
    <w:p w14:paraId="70BB6E99"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 xml:space="preserve">Hàm số đồng biến trên khoảng </w:t>
      </w:r>
      <w:r w:rsidRPr="00B13C4C">
        <w:rPr>
          <w:rFonts w:ascii="Times New Roman" w:hAnsi="Times New Roman" w:cs="Times New Roman"/>
          <w:position w:val="-28"/>
          <w:sz w:val="24"/>
          <w:szCs w:val="24"/>
        </w:rPr>
        <w:object w:dxaOrig="1160" w:dyaOrig="680" w14:anchorId="1CC32CCA">
          <v:shape id="_x0000_i4734" type="#_x0000_t75" style="width:58.2pt;height:34.2pt" o:ole="">
            <v:imagedata r:id="rId5795" o:title=""/>
          </v:shape>
          <o:OLEObject Type="Embed" ProgID="Equation.DSMT4" ShapeID="_x0000_i4734" DrawAspect="Content" ObjectID="_1699838018" r:id="rId5796"/>
        </w:object>
      </w:r>
      <w:r w:rsidRPr="00B13C4C">
        <w:rPr>
          <w:rFonts w:ascii="Times New Roman" w:hAnsi="Times New Roman" w:cs="Times New Roman"/>
          <w:sz w:val="24"/>
          <w:szCs w:val="24"/>
        </w:rPr>
        <w:t xml:space="preserve"> khi </w:t>
      </w:r>
      <w:r w:rsidRPr="00B13C4C">
        <w:rPr>
          <w:rFonts w:ascii="Times New Roman" w:hAnsi="Times New Roman" w:cs="Times New Roman"/>
          <w:position w:val="-6"/>
          <w:sz w:val="24"/>
          <w:szCs w:val="24"/>
        </w:rPr>
        <w:object w:dxaOrig="560" w:dyaOrig="279" w14:anchorId="069A0A24">
          <v:shape id="_x0000_i4735" type="#_x0000_t75" style="width:28.2pt;height:13.8pt" o:ole="">
            <v:imagedata r:id="rId5797" o:title=""/>
          </v:shape>
          <o:OLEObject Type="Embed" ProgID="Equation.DSMT4" ShapeID="_x0000_i4735" DrawAspect="Content" ObjectID="_1699838019" r:id="rId5798"/>
        </w:object>
      </w:r>
      <w:r w:rsidRPr="00B13C4C">
        <w:rPr>
          <w:rFonts w:ascii="Times New Roman" w:hAnsi="Times New Roman" w:cs="Times New Roman"/>
          <w:sz w:val="24"/>
          <w:szCs w:val="24"/>
        </w:rPr>
        <w:t>.</w:t>
      </w:r>
    </w:p>
    <w:p w14:paraId="618EC7E9"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 xml:space="preserve">Đồ thị hàm số có đỉnh là điểm </w:t>
      </w:r>
      <w:r w:rsidRPr="00B13C4C">
        <w:rPr>
          <w:rFonts w:ascii="Times New Roman" w:hAnsi="Times New Roman" w:cs="Times New Roman"/>
          <w:position w:val="-28"/>
          <w:sz w:val="24"/>
          <w:szCs w:val="24"/>
        </w:rPr>
        <w:object w:dxaOrig="1320" w:dyaOrig="680" w14:anchorId="5E83C8DD">
          <v:shape id="_x0000_i4736" type="#_x0000_t75" style="width:66pt;height:34.2pt" o:ole="">
            <v:imagedata r:id="rId5799" o:title=""/>
          </v:shape>
          <o:OLEObject Type="Embed" ProgID="Equation.DSMT4" ShapeID="_x0000_i4736" DrawAspect="Content" ObjectID="_1699838020" r:id="rId5800"/>
        </w:object>
      </w:r>
      <w:r w:rsidRPr="00B13C4C">
        <w:rPr>
          <w:rFonts w:ascii="Times New Roman" w:hAnsi="Times New Roman" w:cs="Times New Roman"/>
          <w:sz w:val="24"/>
          <w:szCs w:val="24"/>
        </w:rPr>
        <w:t>.</w:t>
      </w:r>
    </w:p>
    <w:p w14:paraId="3D9817E0"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 xml:space="preserve">Hàm số đồng biến trên khoảng </w:t>
      </w:r>
      <w:r w:rsidRPr="00B13C4C">
        <w:rPr>
          <w:rFonts w:ascii="Times New Roman" w:hAnsi="Times New Roman" w:cs="Times New Roman"/>
          <w:position w:val="-28"/>
          <w:sz w:val="24"/>
          <w:szCs w:val="24"/>
        </w:rPr>
        <w:object w:dxaOrig="1180" w:dyaOrig="680" w14:anchorId="00BDB290">
          <v:shape id="_x0000_i4737" type="#_x0000_t75" style="width:58.8pt;height:34.2pt" o:ole="">
            <v:imagedata r:id="rId5801" o:title=""/>
          </v:shape>
          <o:OLEObject Type="Embed" ProgID="Equation.DSMT4" ShapeID="_x0000_i4737" DrawAspect="Content" ObjectID="_1699838021" r:id="rId5802"/>
        </w:object>
      </w:r>
      <w:r w:rsidRPr="00B13C4C">
        <w:rPr>
          <w:rFonts w:ascii="Times New Roman" w:hAnsi="Times New Roman" w:cs="Times New Roman"/>
          <w:sz w:val="24"/>
          <w:szCs w:val="24"/>
        </w:rPr>
        <w:t xml:space="preserve"> khi </w:t>
      </w:r>
      <w:r w:rsidRPr="00B13C4C">
        <w:rPr>
          <w:rFonts w:ascii="Times New Roman" w:hAnsi="Times New Roman" w:cs="Times New Roman"/>
          <w:position w:val="-6"/>
          <w:sz w:val="24"/>
          <w:szCs w:val="24"/>
        </w:rPr>
        <w:object w:dxaOrig="560" w:dyaOrig="279" w14:anchorId="0877DD7D">
          <v:shape id="_x0000_i4738" type="#_x0000_t75" style="width:28.2pt;height:13.8pt" o:ole="">
            <v:imagedata r:id="rId5803" o:title=""/>
          </v:shape>
          <o:OLEObject Type="Embed" ProgID="Equation.DSMT4" ShapeID="_x0000_i4738" DrawAspect="Content" ObjectID="_1699838022" r:id="rId5804"/>
        </w:object>
      </w:r>
      <w:r w:rsidRPr="00B13C4C">
        <w:rPr>
          <w:rFonts w:ascii="Times New Roman" w:hAnsi="Times New Roman" w:cs="Times New Roman"/>
          <w:sz w:val="24"/>
          <w:szCs w:val="24"/>
        </w:rPr>
        <w:t>.</w:t>
      </w:r>
    </w:p>
    <w:p w14:paraId="0ED8CB3D"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Đồ thị hàm số là một đường cong parabol.</w:t>
      </w:r>
    </w:p>
    <w:p w14:paraId="2DF994FD" w14:textId="77777777" w:rsidR="00B13C4C" w:rsidRPr="00B13C4C" w:rsidRDefault="00B13C4C" w:rsidP="00CF1AF5">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parabol </w:t>
      </w:r>
      <w:r w:rsidRPr="00B13C4C">
        <w:rPr>
          <w:rFonts w:ascii="Times New Roman" w:hAnsi="Times New Roman" w:cs="Times New Roman"/>
          <w:position w:val="-10"/>
          <w:sz w:val="24"/>
          <w:szCs w:val="24"/>
        </w:rPr>
        <w:object w:dxaOrig="1920" w:dyaOrig="360" w14:anchorId="7978A71A">
          <v:shape id="_x0000_i4739" type="#_x0000_t75" style="width:96pt;height:18pt" o:ole="">
            <v:imagedata r:id="rId5805" o:title=""/>
          </v:shape>
          <o:OLEObject Type="Embed" ProgID="Equation.DSMT4" ShapeID="_x0000_i4739" DrawAspect="Content" ObjectID="_1699838023" r:id="rId5806"/>
        </w:object>
      </w:r>
      <w:r w:rsidRPr="00B13C4C">
        <w:rPr>
          <w:rFonts w:ascii="Times New Roman" w:hAnsi="Times New Roman" w:cs="Times New Roman"/>
          <w:sz w:val="24"/>
          <w:szCs w:val="24"/>
        </w:rPr>
        <w:t xml:space="preserve"> và đường thẳng </w:t>
      </w:r>
      <w:r w:rsidRPr="00B13C4C">
        <w:rPr>
          <w:rFonts w:ascii="Times New Roman" w:hAnsi="Times New Roman" w:cs="Times New Roman"/>
          <w:position w:val="-10"/>
          <w:sz w:val="24"/>
          <w:szCs w:val="24"/>
        </w:rPr>
        <w:object w:dxaOrig="1420" w:dyaOrig="320" w14:anchorId="24AF799C">
          <v:shape id="_x0000_i4740" type="#_x0000_t75" style="width:70.8pt;height:16.2pt" o:ole="">
            <v:imagedata r:id="rId5807" o:title=""/>
          </v:shape>
          <o:OLEObject Type="Embed" ProgID="Equation.DSMT4" ShapeID="_x0000_i4740" DrawAspect="Content" ObjectID="_1699838024" r:id="rId5808"/>
        </w:object>
      </w:r>
      <w:r w:rsidRPr="00B13C4C">
        <w:rPr>
          <w:rFonts w:ascii="Times New Roman" w:hAnsi="Times New Roman" w:cs="Times New Roman"/>
          <w:sz w:val="24"/>
          <w:szCs w:val="24"/>
        </w:rPr>
        <w:t xml:space="preserve">. Biết rằng có hai giá trị của </w:t>
      </w:r>
      <w:r w:rsidRPr="00B13C4C">
        <w:rPr>
          <w:rFonts w:ascii="Times New Roman" w:hAnsi="Times New Roman" w:cs="Times New Roman"/>
          <w:position w:val="-6"/>
          <w:sz w:val="24"/>
          <w:szCs w:val="24"/>
        </w:rPr>
        <w:object w:dxaOrig="260" w:dyaOrig="220" w14:anchorId="7AD919C7">
          <v:shape id="_x0000_i4741" type="#_x0000_t75" style="width:13.2pt;height:10.8pt" o:ole="">
            <v:imagedata r:id="rId5809" o:title=""/>
          </v:shape>
          <o:OLEObject Type="Embed" ProgID="Equation.DSMT4" ShapeID="_x0000_i4741" DrawAspect="Content" ObjectID="_1699838025" r:id="rId5810"/>
        </w:object>
      </w:r>
      <w:r w:rsidRPr="00B13C4C">
        <w:rPr>
          <w:rFonts w:ascii="Times New Roman" w:hAnsi="Times New Roman" w:cs="Times New Roman"/>
          <w:sz w:val="24"/>
          <w:szCs w:val="24"/>
        </w:rPr>
        <w:t xml:space="preserve"> là </w:t>
      </w:r>
      <w:r w:rsidRPr="00B13C4C">
        <w:rPr>
          <w:rFonts w:ascii="Times New Roman" w:hAnsi="Times New Roman" w:cs="Times New Roman"/>
          <w:position w:val="-12"/>
          <w:sz w:val="24"/>
          <w:szCs w:val="24"/>
        </w:rPr>
        <w:object w:dxaOrig="639" w:dyaOrig="360" w14:anchorId="75BEEBC3">
          <v:shape id="_x0000_i4742" type="#_x0000_t75" style="width:31.8pt;height:18pt" o:ole="">
            <v:imagedata r:id="rId5811" o:title=""/>
          </v:shape>
          <o:OLEObject Type="Embed" ProgID="Equation.DSMT4" ShapeID="_x0000_i4742" DrawAspect="Content" ObjectID="_1699838026" r:id="rId5812"/>
        </w:object>
      </w:r>
      <w:r w:rsidRPr="00B13C4C">
        <w:rPr>
          <w:rFonts w:ascii="Times New Roman" w:hAnsi="Times New Roman" w:cs="Times New Roman"/>
          <w:sz w:val="24"/>
          <w:szCs w:val="24"/>
        </w:rPr>
        <w:t xml:space="preserve"> để (</w:t>
      </w:r>
      <w:r w:rsidRPr="00B13C4C">
        <w:rPr>
          <w:rFonts w:ascii="Times New Roman" w:hAnsi="Times New Roman" w:cs="Times New Roman"/>
          <w:position w:val="-6"/>
          <w:sz w:val="24"/>
          <w:szCs w:val="24"/>
        </w:rPr>
        <w:object w:dxaOrig="220" w:dyaOrig="279" w14:anchorId="38679D70">
          <v:shape id="_x0000_i4743" type="#_x0000_t75" style="width:10.8pt;height:13.8pt" o:ole="">
            <v:imagedata r:id="rId5813" o:title=""/>
          </v:shape>
          <o:OLEObject Type="Embed" ProgID="Equation.DSMT4" ShapeID="_x0000_i4743" DrawAspect="Content" ObjectID="_1699838027" r:id="rId5814"/>
        </w:object>
      </w:r>
      <w:r w:rsidRPr="00B13C4C">
        <w:rPr>
          <w:rFonts w:ascii="Times New Roman" w:hAnsi="Times New Roman" w:cs="Times New Roman"/>
          <w:sz w:val="24"/>
          <w:szCs w:val="24"/>
        </w:rPr>
        <w:t xml:space="preserve">) cắt </w:t>
      </w:r>
      <w:r w:rsidRPr="00B13C4C">
        <w:rPr>
          <w:rFonts w:ascii="Times New Roman" w:hAnsi="Times New Roman" w:cs="Times New Roman"/>
          <w:position w:val="-10"/>
          <w:sz w:val="24"/>
          <w:szCs w:val="24"/>
        </w:rPr>
        <w:object w:dxaOrig="400" w:dyaOrig="320" w14:anchorId="7A0FA66E">
          <v:shape id="_x0000_i4744" type="#_x0000_t75" style="width:19.8pt;height:16.2pt" o:ole="">
            <v:imagedata r:id="rId5815" o:title=""/>
          </v:shape>
          <o:OLEObject Type="Embed" ProgID="Equation.DSMT4" ShapeID="_x0000_i4744" DrawAspect="Content" ObjectID="_1699838028" r:id="rId5816"/>
        </w:object>
      </w:r>
      <w:r w:rsidRPr="00B13C4C">
        <w:rPr>
          <w:rFonts w:ascii="Times New Roman" w:hAnsi="Times New Roman" w:cs="Times New Roman"/>
          <w:sz w:val="24"/>
          <w:szCs w:val="24"/>
        </w:rPr>
        <w:t xml:space="preserve"> tại hai điểm phân biệt </w:t>
      </w:r>
      <w:r w:rsidRPr="00B13C4C">
        <w:rPr>
          <w:rFonts w:ascii="Times New Roman" w:hAnsi="Times New Roman" w:cs="Times New Roman"/>
          <w:position w:val="-10"/>
          <w:sz w:val="24"/>
          <w:szCs w:val="24"/>
        </w:rPr>
        <w:object w:dxaOrig="480" w:dyaOrig="320" w14:anchorId="4570B482">
          <v:shape id="_x0000_i4745" type="#_x0000_t75" style="width:24pt;height:16.2pt" o:ole="">
            <v:imagedata r:id="rId5817" o:title=""/>
          </v:shape>
          <o:OLEObject Type="Embed" ProgID="Equation.DSMT4" ShapeID="_x0000_i4745" DrawAspect="Content" ObjectID="_1699838029" r:id="rId5818"/>
        </w:object>
      </w:r>
      <w:r w:rsidRPr="00B13C4C">
        <w:rPr>
          <w:rFonts w:ascii="Times New Roman" w:hAnsi="Times New Roman" w:cs="Times New Roman"/>
          <w:sz w:val="24"/>
          <w:szCs w:val="24"/>
        </w:rPr>
        <w:t xml:space="preserve"> sao cho diện tích tam giác </w:t>
      </w:r>
      <w:r w:rsidRPr="00B13C4C">
        <w:rPr>
          <w:rFonts w:ascii="Times New Roman" w:hAnsi="Times New Roman" w:cs="Times New Roman"/>
          <w:position w:val="-6"/>
          <w:sz w:val="24"/>
          <w:szCs w:val="24"/>
        </w:rPr>
        <w:object w:dxaOrig="540" w:dyaOrig="279" w14:anchorId="0FC9C475">
          <v:shape id="_x0000_i4746" type="#_x0000_t75" style="width:27pt;height:13.8pt" o:ole="">
            <v:imagedata r:id="rId5819" o:title=""/>
          </v:shape>
          <o:OLEObject Type="Embed" ProgID="Equation.DSMT4" ShapeID="_x0000_i4746" DrawAspect="Content" ObjectID="_1699838030" r:id="rId5820"/>
        </w:object>
      </w:r>
      <w:r w:rsidRPr="00B13C4C">
        <w:rPr>
          <w:rFonts w:ascii="Times New Roman" w:hAnsi="Times New Roman" w:cs="Times New Roman"/>
          <w:sz w:val="24"/>
          <w:szCs w:val="24"/>
        </w:rPr>
        <w:t xml:space="preserve"> bẳng </w:t>
      </w:r>
      <w:r w:rsidRPr="00B13C4C">
        <w:rPr>
          <w:rFonts w:ascii="Times New Roman" w:hAnsi="Times New Roman" w:cs="Times New Roman"/>
          <w:position w:val="-24"/>
          <w:sz w:val="24"/>
          <w:szCs w:val="24"/>
        </w:rPr>
        <w:object w:dxaOrig="240" w:dyaOrig="620" w14:anchorId="4A827F31">
          <v:shape id="_x0000_i4747" type="#_x0000_t75" style="width:12pt;height:31.2pt" o:ole="">
            <v:imagedata r:id="rId5821" o:title=""/>
          </v:shape>
          <o:OLEObject Type="Embed" ProgID="Equation.DSMT4" ShapeID="_x0000_i4747" DrawAspect="Content" ObjectID="_1699838031" r:id="rId5822"/>
        </w:object>
      </w:r>
      <w:r w:rsidRPr="00B13C4C">
        <w:rPr>
          <w:rFonts w:ascii="Times New Roman" w:hAnsi="Times New Roman" w:cs="Times New Roman"/>
          <w:sz w:val="24"/>
          <w:szCs w:val="24"/>
        </w:rPr>
        <w:t xml:space="preserve">. Tính giá trị biểu thức </w:t>
      </w:r>
      <w:r w:rsidRPr="00B13C4C">
        <w:rPr>
          <w:rFonts w:ascii="Times New Roman" w:hAnsi="Times New Roman" w:cs="Times New Roman"/>
          <w:position w:val="-12"/>
          <w:sz w:val="24"/>
          <w:szCs w:val="24"/>
        </w:rPr>
        <w:object w:dxaOrig="1219" w:dyaOrig="380" w14:anchorId="0B56479B">
          <v:shape id="_x0000_i4748" type="#_x0000_t75" style="width:61.2pt;height:19.2pt" o:ole="">
            <v:imagedata r:id="rId5823" o:title=""/>
          </v:shape>
          <o:OLEObject Type="Embed" ProgID="Equation.DSMT4" ShapeID="_x0000_i4748" DrawAspect="Content" ObjectID="_1699838032" r:id="rId5824"/>
        </w:object>
      </w:r>
      <w:r w:rsidRPr="00B13C4C">
        <w:rPr>
          <w:rFonts w:ascii="Times New Roman" w:hAnsi="Times New Roman" w:cs="Times New Roman"/>
          <w:sz w:val="24"/>
          <w:szCs w:val="24"/>
        </w:rPr>
        <w:t>.</w:t>
      </w:r>
    </w:p>
    <w:p w14:paraId="5AD57FBB"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700" w:dyaOrig="279" w14:anchorId="0805BFC2">
          <v:shape id="_x0000_i4749" type="#_x0000_t75" style="width:34.8pt;height:13.8pt" o:ole="">
            <v:imagedata r:id="rId5825" o:title=""/>
          </v:shape>
          <o:OLEObject Type="Embed" ProgID="Equation.DSMT4" ShapeID="_x0000_i4749" DrawAspect="Content" ObjectID="_1699838033" r:id="rId582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580" w:dyaOrig="279" w14:anchorId="5F9A1CAA">
          <v:shape id="_x0000_i4750" type="#_x0000_t75" style="width:28.8pt;height:13.8pt" o:ole="">
            <v:imagedata r:id="rId5827" o:title=""/>
          </v:shape>
          <o:OLEObject Type="Embed" ProgID="Equation.DSMT4" ShapeID="_x0000_i4750" DrawAspect="Content" ObjectID="_1699838034" r:id="rId582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720" w:dyaOrig="279" w14:anchorId="364A7F86">
          <v:shape id="_x0000_i4751" type="#_x0000_t75" style="width:36pt;height:13.8pt" o:ole="">
            <v:imagedata r:id="rId5829" o:title=""/>
          </v:shape>
          <o:OLEObject Type="Embed" ProgID="Equation.DSMT4" ShapeID="_x0000_i4751" DrawAspect="Content" ObjectID="_1699838035" r:id="rId583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680" w:dyaOrig="279" w14:anchorId="630B0262">
          <v:shape id="_x0000_i4752" type="#_x0000_t75" style="width:34.2pt;height:13.8pt" o:ole="">
            <v:imagedata r:id="rId5831" o:title=""/>
          </v:shape>
          <o:OLEObject Type="Embed" ProgID="Equation.DSMT4" ShapeID="_x0000_i4752" DrawAspect="Content" ObjectID="_1699838036" r:id="rId5832"/>
        </w:object>
      </w:r>
      <w:r w:rsidRPr="00B13C4C">
        <w:rPr>
          <w:rFonts w:ascii="Times New Roman" w:hAnsi="Times New Roman" w:cs="Times New Roman"/>
          <w:sz w:val="24"/>
          <w:szCs w:val="24"/>
        </w:rPr>
        <w:t>.</w:t>
      </w:r>
    </w:p>
    <w:p w14:paraId="4B921042" w14:textId="77777777" w:rsidR="00B13C4C" w:rsidRPr="00B13C4C" w:rsidRDefault="00B13C4C" w:rsidP="00CF1AF5">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Khẳng định nào sau đây là khẳng định đúng?</w:t>
      </w:r>
    </w:p>
    <w:p w14:paraId="3D86A053"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2280" w:dyaOrig="320" w14:anchorId="3867471D">
          <v:shape id="_x0000_i4753" type="#_x0000_t75" style="width:114pt;height:16.2pt" o:ole="">
            <v:imagedata r:id="rId5833" o:title=""/>
          </v:shape>
          <o:OLEObject Type="Embed" ProgID="Equation.DSMT4" ShapeID="_x0000_i4753" DrawAspect="Content" ObjectID="_1699838037" r:id="rId583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2280" w:dyaOrig="320" w14:anchorId="6D1FF162">
          <v:shape id="_x0000_i4754" type="#_x0000_t75" style="width:114pt;height:16.2pt" o:ole="">
            <v:imagedata r:id="rId5835" o:title=""/>
          </v:shape>
          <o:OLEObject Type="Embed" ProgID="Equation.DSMT4" ShapeID="_x0000_i4754" DrawAspect="Content" ObjectID="_1699838038" r:id="rId5836"/>
        </w:object>
      </w:r>
      <w:r w:rsidRPr="00B13C4C">
        <w:rPr>
          <w:rFonts w:ascii="Times New Roman" w:hAnsi="Times New Roman" w:cs="Times New Roman"/>
          <w:sz w:val="24"/>
          <w:szCs w:val="24"/>
        </w:rPr>
        <w:t>.</w:t>
      </w:r>
    </w:p>
    <w:p w14:paraId="70C15CA7"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2280" w:dyaOrig="320" w14:anchorId="7D7C323C">
          <v:shape id="_x0000_i4755" type="#_x0000_t75" style="width:114pt;height:16.2pt" o:ole="">
            <v:imagedata r:id="rId5837" o:title=""/>
          </v:shape>
          <o:OLEObject Type="Embed" ProgID="Equation.DSMT4" ShapeID="_x0000_i4755" DrawAspect="Content" ObjectID="_1699838039" r:id="rId583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2280" w:dyaOrig="320" w14:anchorId="20A02EE5">
          <v:shape id="_x0000_i4756" type="#_x0000_t75" style="width:114pt;height:16.2pt" o:ole="">
            <v:imagedata r:id="rId5839" o:title=""/>
          </v:shape>
          <o:OLEObject Type="Embed" ProgID="Equation.DSMT4" ShapeID="_x0000_i4756" DrawAspect="Content" ObjectID="_1699838040" r:id="rId5840"/>
        </w:object>
      </w:r>
      <w:r w:rsidRPr="00B13C4C">
        <w:rPr>
          <w:rFonts w:ascii="Times New Roman" w:hAnsi="Times New Roman" w:cs="Times New Roman"/>
          <w:sz w:val="24"/>
          <w:szCs w:val="24"/>
        </w:rPr>
        <w:t>.</w:t>
      </w:r>
    </w:p>
    <w:p w14:paraId="450C5DF7" w14:textId="77777777" w:rsidR="00B13C4C" w:rsidRPr="00B13C4C" w:rsidRDefault="00B13C4C" w:rsidP="00CF1AF5">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Số nghiệm của phương trình </w:t>
      </w:r>
      <w:r w:rsidRPr="00B13C4C">
        <w:rPr>
          <w:rFonts w:ascii="Times New Roman" w:hAnsi="Times New Roman" w:cs="Times New Roman"/>
          <w:position w:val="-8"/>
          <w:sz w:val="24"/>
          <w:szCs w:val="24"/>
        </w:rPr>
        <w:object w:dxaOrig="2560" w:dyaOrig="360" w14:anchorId="3C33CDD9">
          <v:shape id="_x0000_i4757" type="#_x0000_t75" style="width:127.8pt;height:18pt" o:ole="">
            <v:imagedata r:id="rId5841" o:title=""/>
          </v:shape>
          <o:OLEObject Type="Embed" ProgID="Equation.DSMT4" ShapeID="_x0000_i4757" DrawAspect="Content" ObjectID="_1699838041" r:id="rId5842"/>
        </w:object>
      </w:r>
      <w:r w:rsidRPr="00B13C4C">
        <w:rPr>
          <w:rFonts w:ascii="Times New Roman" w:hAnsi="Times New Roman" w:cs="Times New Roman"/>
          <w:sz w:val="24"/>
          <w:szCs w:val="24"/>
        </w:rPr>
        <w:t xml:space="preserve"> là:</w:t>
      </w:r>
    </w:p>
    <w:p w14:paraId="067DAAC5"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1.</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0.</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3.</w:t>
      </w:r>
    </w:p>
    <w:p w14:paraId="1E0CF979" w14:textId="77777777" w:rsidR="00B13C4C" w:rsidRPr="00B13C4C" w:rsidRDefault="00B13C4C" w:rsidP="00CF1AF5">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ba điểm </w:t>
      </w:r>
      <w:r w:rsidRPr="00B13C4C">
        <w:rPr>
          <w:rFonts w:ascii="Times New Roman" w:hAnsi="Times New Roman" w:cs="Times New Roman"/>
          <w:position w:val="-10"/>
          <w:sz w:val="24"/>
          <w:szCs w:val="24"/>
        </w:rPr>
        <w:object w:dxaOrig="740" w:dyaOrig="320" w14:anchorId="2A6CE2B0">
          <v:shape id="_x0000_i4758" type="#_x0000_t75" style="width:37.2pt;height:16.2pt" o:ole="">
            <v:imagedata r:id="rId5843" o:title=""/>
          </v:shape>
          <o:OLEObject Type="Embed" ProgID="Equation.DSMT4" ShapeID="_x0000_i4758" DrawAspect="Content" ObjectID="_1699838042" r:id="rId5844"/>
        </w:object>
      </w:r>
      <w:r w:rsidRPr="00B13C4C">
        <w:rPr>
          <w:rFonts w:ascii="Times New Roman" w:hAnsi="Times New Roman" w:cs="Times New Roman"/>
          <w:sz w:val="24"/>
          <w:szCs w:val="24"/>
        </w:rPr>
        <w:t xml:space="preserve"> phân biệt. Đẳng thức nào sau đây là đẳng thức sai?</w:t>
      </w:r>
    </w:p>
    <w:p w14:paraId="72CB4962"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1500" w:dyaOrig="340" w14:anchorId="2E414026">
          <v:shape id="_x0000_i4759" type="#_x0000_t75" style="width:75pt;height:16.8pt" o:ole="">
            <v:imagedata r:id="rId5845" o:title=""/>
          </v:shape>
          <o:OLEObject Type="Embed" ProgID="Equation.DSMT4" ShapeID="_x0000_i4759" DrawAspect="Content" ObjectID="_1699838043" r:id="rId584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1440" w:dyaOrig="340" w14:anchorId="1846ACDA">
          <v:shape id="_x0000_i4760" type="#_x0000_t75" style="width:1in;height:16.8pt" o:ole="">
            <v:imagedata r:id="rId5847" o:title=""/>
          </v:shape>
          <o:OLEObject Type="Embed" ProgID="Equation.DSMT4" ShapeID="_x0000_i4760" DrawAspect="Content" ObjectID="_1699838044" r:id="rId584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1520" w:dyaOrig="340" w14:anchorId="6A61DFC4">
          <v:shape id="_x0000_i4761" type="#_x0000_t75" style="width:76.2pt;height:16.8pt" o:ole="">
            <v:imagedata r:id="rId5849" o:title=""/>
          </v:shape>
          <o:OLEObject Type="Embed" ProgID="Equation.DSMT4" ShapeID="_x0000_i4761" DrawAspect="Content" ObjectID="_1699838045" r:id="rId585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1480" w:dyaOrig="340" w14:anchorId="47D2415D">
          <v:shape id="_x0000_i4762" type="#_x0000_t75" style="width:73.8pt;height:16.8pt" o:ole="">
            <v:imagedata r:id="rId5851" o:title=""/>
          </v:shape>
          <o:OLEObject Type="Embed" ProgID="Equation.DSMT4" ShapeID="_x0000_i4762" DrawAspect="Content" ObjectID="_1699838046" r:id="rId5852"/>
        </w:object>
      </w:r>
      <w:r w:rsidRPr="00B13C4C">
        <w:rPr>
          <w:rFonts w:ascii="Times New Roman" w:hAnsi="Times New Roman" w:cs="Times New Roman"/>
          <w:sz w:val="24"/>
          <w:szCs w:val="24"/>
        </w:rPr>
        <w:t>.</w:t>
      </w:r>
    </w:p>
    <w:p w14:paraId="7BCB17CE" w14:textId="77777777" w:rsidR="00B13C4C" w:rsidRPr="00B13C4C" w:rsidRDefault="00B13C4C" w:rsidP="00CF1AF5">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Số nghiệm của phương trình </w:t>
      </w:r>
      <w:r w:rsidRPr="00B13C4C">
        <w:rPr>
          <w:rFonts w:ascii="Times New Roman" w:hAnsi="Times New Roman" w:cs="Times New Roman"/>
          <w:position w:val="-28"/>
          <w:sz w:val="24"/>
          <w:szCs w:val="24"/>
        </w:rPr>
        <w:object w:dxaOrig="2620" w:dyaOrig="660" w14:anchorId="68225A7C">
          <v:shape id="_x0000_i4763" type="#_x0000_t75" style="width:130.8pt;height:33pt" o:ole="">
            <v:imagedata r:id="rId5853" o:title=""/>
          </v:shape>
          <o:OLEObject Type="Embed" ProgID="Equation.DSMT4" ShapeID="_x0000_i4763" DrawAspect="Content" ObjectID="_1699838047" r:id="rId5854"/>
        </w:object>
      </w:r>
      <w:r w:rsidRPr="00B13C4C">
        <w:rPr>
          <w:rFonts w:ascii="Times New Roman" w:hAnsi="Times New Roman" w:cs="Times New Roman"/>
          <w:sz w:val="24"/>
          <w:szCs w:val="24"/>
        </w:rPr>
        <w:t xml:space="preserve"> là:</w:t>
      </w:r>
    </w:p>
    <w:p w14:paraId="395D268F"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1.</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3.</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0.</w:t>
      </w:r>
    </w:p>
    <w:p w14:paraId="459D0501" w14:textId="77777777" w:rsidR="00B13C4C" w:rsidRPr="00B13C4C" w:rsidRDefault="00B13C4C" w:rsidP="00CF1AF5">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Tại một công trình xây dựng có ba tổ công nhân cùng làm các chậu hoa giống nhau. Số chậu của tổ </w:t>
      </w:r>
      <w:r w:rsidRPr="00B13C4C">
        <w:rPr>
          <w:rFonts w:ascii="Times New Roman" w:hAnsi="Times New Roman" w:cs="Times New Roman"/>
          <w:position w:val="-10"/>
          <w:sz w:val="24"/>
          <w:szCs w:val="24"/>
        </w:rPr>
        <w:object w:dxaOrig="360" w:dyaOrig="320" w14:anchorId="08F62EC0">
          <v:shape id="_x0000_i4764" type="#_x0000_t75" style="width:18pt;height:16.2pt" o:ole="">
            <v:imagedata r:id="rId5855" o:title=""/>
          </v:shape>
          <o:OLEObject Type="Embed" ProgID="Equation.DSMT4" ShapeID="_x0000_i4764" DrawAspect="Content" ObjectID="_1699838048" r:id="rId5856"/>
        </w:object>
      </w:r>
      <w:r w:rsidRPr="00B13C4C">
        <w:rPr>
          <w:rFonts w:ascii="Times New Roman" w:hAnsi="Times New Roman" w:cs="Times New Roman"/>
          <w:sz w:val="24"/>
          <w:szCs w:val="24"/>
        </w:rPr>
        <w:t xml:space="preserve"> làm trong 1 giờ ít hơn tổng số chậu của tổ </w:t>
      </w:r>
      <w:r w:rsidRPr="00B13C4C">
        <w:rPr>
          <w:rFonts w:ascii="Times New Roman" w:hAnsi="Times New Roman" w:cs="Times New Roman"/>
          <w:position w:val="-10"/>
          <w:sz w:val="24"/>
          <w:szCs w:val="24"/>
        </w:rPr>
        <w:object w:dxaOrig="440" w:dyaOrig="320" w14:anchorId="676C3E36">
          <v:shape id="_x0000_i4765" type="#_x0000_t75" style="width:22.2pt;height:16.2pt" o:ole="">
            <v:imagedata r:id="rId5857" o:title=""/>
          </v:shape>
          <o:OLEObject Type="Embed" ProgID="Equation.DSMT4" ShapeID="_x0000_i4765" DrawAspect="Content" ObjectID="_1699838049" r:id="rId5858"/>
        </w:object>
      </w:r>
      <w:r w:rsidRPr="00B13C4C">
        <w:rPr>
          <w:rFonts w:ascii="Times New Roman" w:hAnsi="Times New Roman" w:cs="Times New Roman"/>
          <w:sz w:val="24"/>
          <w:szCs w:val="24"/>
        </w:rPr>
        <w:t xml:space="preserve"> và tổ </w:t>
      </w:r>
      <w:r w:rsidRPr="00B13C4C">
        <w:rPr>
          <w:rFonts w:ascii="Times New Roman" w:hAnsi="Times New Roman" w:cs="Times New Roman"/>
          <w:position w:val="-10"/>
          <w:sz w:val="24"/>
          <w:szCs w:val="24"/>
        </w:rPr>
        <w:object w:dxaOrig="520" w:dyaOrig="320" w14:anchorId="3E9B7BE1">
          <v:shape id="_x0000_i4766" type="#_x0000_t75" style="width:25.8pt;height:16.2pt" o:ole="">
            <v:imagedata r:id="rId5859" o:title=""/>
          </v:shape>
          <o:OLEObject Type="Embed" ProgID="Equation.DSMT4" ShapeID="_x0000_i4766" DrawAspect="Content" ObjectID="_1699838050" r:id="rId5860"/>
        </w:object>
      </w:r>
      <w:r w:rsidRPr="00B13C4C">
        <w:rPr>
          <w:rFonts w:ascii="Times New Roman" w:hAnsi="Times New Roman" w:cs="Times New Roman"/>
          <w:sz w:val="24"/>
          <w:szCs w:val="24"/>
        </w:rPr>
        <w:t xml:space="preserve"> làm trong 1 giờ là 5 chậu. Tổng số chậu của tổ </w:t>
      </w:r>
      <w:r w:rsidRPr="00B13C4C">
        <w:rPr>
          <w:rFonts w:ascii="Times New Roman" w:hAnsi="Times New Roman" w:cs="Times New Roman"/>
          <w:position w:val="-10"/>
          <w:sz w:val="24"/>
          <w:szCs w:val="24"/>
        </w:rPr>
        <w:object w:dxaOrig="360" w:dyaOrig="320" w14:anchorId="6DEC2D8B">
          <v:shape id="_x0000_i4767" type="#_x0000_t75" style="width:18pt;height:16.2pt" o:ole="">
            <v:imagedata r:id="rId5861" o:title=""/>
          </v:shape>
          <o:OLEObject Type="Embed" ProgID="Equation.DSMT4" ShapeID="_x0000_i4767" DrawAspect="Content" ObjectID="_1699838051" r:id="rId5862"/>
        </w:object>
      </w:r>
      <w:r w:rsidRPr="00B13C4C">
        <w:rPr>
          <w:rFonts w:ascii="Times New Roman" w:hAnsi="Times New Roman" w:cs="Times New Roman"/>
          <w:sz w:val="24"/>
          <w:szCs w:val="24"/>
        </w:rPr>
        <w:t xml:space="preserve"> làm trong 4 giờ và tổ </w:t>
      </w:r>
      <w:r w:rsidRPr="00B13C4C">
        <w:rPr>
          <w:rFonts w:ascii="Times New Roman" w:hAnsi="Times New Roman" w:cs="Times New Roman"/>
          <w:position w:val="-10"/>
          <w:sz w:val="24"/>
          <w:szCs w:val="24"/>
        </w:rPr>
        <w:object w:dxaOrig="440" w:dyaOrig="320" w14:anchorId="189C204A">
          <v:shape id="_x0000_i4768" type="#_x0000_t75" style="width:22.2pt;height:16.2pt" o:ole="">
            <v:imagedata r:id="rId5863" o:title=""/>
          </v:shape>
          <o:OLEObject Type="Embed" ProgID="Equation.DSMT4" ShapeID="_x0000_i4768" DrawAspect="Content" ObjectID="_1699838052" r:id="rId5864"/>
        </w:object>
      </w:r>
      <w:r w:rsidRPr="00B13C4C">
        <w:rPr>
          <w:rFonts w:ascii="Times New Roman" w:hAnsi="Times New Roman" w:cs="Times New Roman"/>
          <w:sz w:val="24"/>
          <w:szCs w:val="24"/>
        </w:rPr>
        <w:t xml:space="preserve"> làm trong 3 giờ nhiều hơn số chậu của tổ (III) làm trong 5 giờ là 30 chậu. Số chậu của tồ </w:t>
      </w:r>
      <w:r w:rsidRPr="00B13C4C">
        <w:rPr>
          <w:rFonts w:ascii="Times New Roman" w:hAnsi="Times New Roman" w:cs="Times New Roman"/>
          <w:position w:val="-10"/>
          <w:sz w:val="24"/>
          <w:szCs w:val="24"/>
        </w:rPr>
        <w:object w:dxaOrig="360" w:dyaOrig="320" w14:anchorId="388F74D9">
          <v:shape id="_x0000_i4769" type="#_x0000_t75" style="width:18pt;height:16.2pt" o:ole="">
            <v:imagedata r:id="rId5865" o:title=""/>
          </v:shape>
          <o:OLEObject Type="Embed" ProgID="Equation.DSMT4" ShapeID="_x0000_i4769" DrawAspect="Content" ObjectID="_1699838053" r:id="rId5866"/>
        </w:object>
      </w:r>
      <w:r w:rsidRPr="00B13C4C">
        <w:rPr>
          <w:rFonts w:ascii="Times New Roman" w:hAnsi="Times New Roman" w:cs="Times New Roman"/>
          <w:sz w:val="24"/>
          <w:szCs w:val="24"/>
        </w:rPr>
        <w:t xml:space="preserve"> làm trong 2 giờ cộng với số chậu của tồ (II) làm trong 5 giờ và số chậu của tổ (</w:t>
      </w:r>
      <w:r w:rsidRPr="00B13C4C">
        <w:rPr>
          <w:rFonts w:ascii="Times New Roman" w:hAnsi="Times New Roman" w:cs="Times New Roman"/>
          <w:position w:val="-4"/>
          <w:sz w:val="24"/>
          <w:szCs w:val="24"/>
        </w:rPr>
        <w:object w:dxaOrig="340" w:dyaOrig="260" w14:anchorId="72828AFC">
          <v:shape id="_x0000_i4770" type="#_x0000_t75" style="width:16.8pt;height:13.2pt" o:ole="">
            <v:imagedata r:id="rId5867" o:title=""/>
          </v:shape>
          <o:OLEObject Type="Embed" ProgID="Equation.DSMT4" ShapeID="_x0000_i4770" DrawAspect="Content" ObjectID="_1699838054" r:id="rId5868"/>
        </w:object>
      </w:r>
      <w:r w:rsidRPr="00B13C4C">
        <w:rPr>
          <w:rFonts w:ascii="Times New Roman" w:hAnsi="Times New Roman" w:cs="Times New Roman"/>
          <w:sz w:val="24"/>
          <w:szCs w:val="24"/>
        </w:rPr>
        <w:t xml:space="preserve">) làm trong 3 giờ là 76 chậu. Biết rằng số chậu của mỗi tổ làm trong 1 giờ là không đổi. Hỏi trong 1 giờ tổ </w:t>
      </w:r>
      <w:r w:rsidRPr="00B13C4C">
        <w:rPr>
          <w:rFonts w:ascii="Times New Roman" w:hAnsi="Times New Roman" w:cs="Times New Roman"/>
          <w:position w:val="-10"/>
          <w:sz w:val="24"/>
          <w:szCs w:val="24"/>
        </w:rPr>
        <w:object w:dxaOrig="360" w:dyaOrig="320" w14:anchorId="151AE3CE">
          <v:shape id="_x0000_i4771" type="#_x0000_t75" style="width:18pt;height:16.2pt" o:ole="">
            <v:imagedata r:id="rId5869" o:title=""/>
          </v:shape>
          <o:OLEObject Type="Embed" ProgID="Equation.DSMT4" ShapeID="_x0000_i4771" DrawAspect="Content" ObjectID="_1699838055" r:id="rId5870"/>
        </w:object>
      </w:r>
      <w:r w:rsidRPr="00B13C4C">
        <w:rPr>
          <w:rFonts w:ascii="Times New Roman" w:hAnsi="Times New Roman" w:cs="Times New Roman"/>
          <w:sz w:val="24"/>
          <w:szCs w:val="24"/>
        </w:rPr>
        <w:t xml:space="preserve"> làm được bao nhiêu chậu?</w:t>
      </w:r>
    </w:p>
    <w:p w14:paraId="33D5D506"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6.</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8.</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9.</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7.</w:t>
      </w:r>
    </w:p>
    <w:p w14:paraId="2D5A22F8" w14:textId="77777777" w:rsidR="00B13C4C" w:rsidRPr="00B13C4C" w:rsidRDefault="00B13C4C" w:rsidP="00CF1AF5">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Một lớp học có 25 học sinh giỏi môn Toán, 23 học sinh giỏi môn Lý, 14 học sinh giỏi cả môn Toán và Lý và có 6 học sinh không giỏi môn nào cả. Hỏi lớp đó có bao nhiêu học sinh?</w:t>
      </w:r>
    </w:p>
    <w:p w14:paraId="75FC4B1F"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26.</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54.</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68.</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40.</w:t>
      </w:r>
    </w:p>
    <w:p w14:paraId="6ADAEBF4" w14:textId="77777777" w:rsidR="00B13C4C" w:rsidRPr="00B13C4C" w:rsidRDefault="00B13C4C" w:rsidP="00CF1AF5">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hai tập hợp </w:t>
      </w:r>
      <w:r w:rsidRPr="00B13C4C">
        <w:rPr>
          <w:rFonts w:ascii="Times New Roman" w:hAnsi="Times New Roman" w:cs="Times New Roman"/>
          <w:position w:val="-10"/>
          <w:sz w:val="24"/>
          <w:szCs w:val="24"/>
        </w:rPr>
        <w:object w:dxaOrig="2000" w:dyaOrig="320" w14:anchorId="43A20BDC">
          <v:shape id="_x0000_i4772" type="#_x0000_t75" style="width:100.2pt;height:16.2pt" o:ole="">
            <v:imagedata r:id="rId5871" o:title=""/>
          </v:shape>
          <o:OLEObject Type="Embed" ProgID="Equation.DSMT4" ShapeID="_x0000_i4772" DrawAspect="Content" ObjectID="_1699838056" r:id="rId5872"/>
        </w:object>
      </w:r>
      <w:r w:rsidRPr="00B13C4C">
        <w:rPr>
          <w:rFonts w:ascii="Times New Roman" w:hAnsi="Times New Roman" w:cs="Times New Roman"/>
          <w:sz w:val="24"/>
          <w:szCs w:val="24"/>
        </w:rPr>
        <w:t xml:space="preserve">. Tìm </w:t>
      </w:r>
      <w:r w:rsidRPr="00B13C4C">
        <w:rPr>
          <w:rFonts w:ascii="Times New Roman" w:hAnsi="Times New Roman" w:cs="Times New Roman"/>
          <w:position w:val="-4"/>
          <w:sz w:val="24"/>
          <w:szCs w:val="24"/>
        </w:rPr>
        <w:object w:dxaOrig="660" w:dyaOrig="260" w14:anchorId="3AADCF57">
          <v:shape id="_x0000_i4773" type="#_x0000_t75" style="width:33pt;height:13.2pt" o:ole="">
            <v:imagedata r:id="rId5873" o:title=""/>
          </v:shape>
          <o:OLEObject Type="Embed" ProgID="Equation.DSMT4" ShapeID="_x0000_i4773" DrawAspect="Content" ObjectID="_1699838057" r:id="rId5874"/>
        </w:object>
      </w:r>
      <w:r w:rsidRPr="00B13C4C">
        <w:rPr>
          <w:rFonts w:ascii="Times New Roman" w:hAnsi="Times New Roman" w:cs="Times New Roman"/>
          <w:sz w:val="24"/>
          <w:szCs w:val="24"/>
        </w:rPr>
        <w:t>.</w:t>
      </w:r>
    </w:p>
    <w:p w14:paraId="6B9AEE0B"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639" w:dyaOrig="320" w14:anchorId="38F7FCF8">
          <v:shape id="_x0000_i4774" type="#_x0000_t75" style="width:31.8pt;height:16.2pt" o:ole="">
            <v:imagedata r:id="rId5875" o:title=""/>
          </v:shape>
          <o:OLEObject Type="Embed" ProgID="Equation.DSMT4" ShapeID="_x0000_i4774" DrawAspect="Content" ObjectID="_1699838058" r:id="rId587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540" w:dyaOrig="320" w14:anchorId="1CB0910F">
          <v:shape id="_x0000_i4775" type="#_x0000_t75" style="width:27pt;height:16.2pt" o:ole="">
            <v:imagedata r:id="rId5877" o:title=""/>
          </v:shape>
          <o:OLEObject Type="Embed" ProgID="Equation.DSMT4" ShapeID="_x0000_i4775" DrawAspect="Content" ObjectID="_1699838059" r:id="rId587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660" w:dyaOrig="320" w14:anchorId="3CB9B38F">
          <v:shape id="_x0000_i4776" type="#_x0000_t75" style="width:33pt;height:16.2pt" o:ole="">
            <v:imagedata r:id="rId5879" o:title=""/>
          </v:shape>
          <o:OLEObject Type="Embed" ProgID="Equation.DSMT4" ShapeID="_x0000_i4776" DrawAspect="Content" ObjectID="_1699838060" r:id="rId588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520" w:dyaOrig="320" w14:anchorId="3B2A36E3">
          <v:shape id="_x0000_i4777" type="#_x0000_t75" style="width:25.8pt;height:16.2pt" o:ole="">
            <v:imagedata r:id="rId5881" o:title=""/>
          </v:shape>
          <o:OLEObject Type="Embed" ProgID="Equation.DSMT4" ShapeID="_x0000_i4777" DrawAspect="Content" ObjectID="_1699838061" r:id="rId5882"/>
        </w:object>
      </w:r>
      <w:r w:rsidRPr="00B13C4C">
        <w:rPr>
          <w:rFonts w:ascii="Times New Roman" w:hAnsi="Times New Roman" w:cs="Times New Roman"/>
          <w:sz w:val="24"/>
          <w:szCs w:val="24"/>
        </w:rPr>
        <w:t>.</w:t>
      </w:r>
    </w:p>
    <w:p w14:paraId="31AB0652" w14:textId="77777777" w:rsidR="00B13C4C" w:rsidRPr="00B13C4C" w:rsidRDefault="00B13C4C" w:rsidP="00CF1AF5">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lastRenderedPageBreak/>
        <w:t>Câu 23: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Có bao nhiêu giá trị </w:t>
      </w:r>
      <w:r w:rsidRPr="00B13C4C">
        <w:rPr>
          <w:rFonts w:ascii="Times New Roman" w:hAnsi="Times New Roman" w:cs="Times New Roman"/>
          <w:position w:val="-6"/>
          <w:sz w:val="24"/>
          <w:szCs w:val="24"/>
        </w:rPr>
        <w:object w:dxaOrig="260" w:dyaOrig="220" w14:anchorId="5D88764F">
          <v:shape id="_x0000_i4778" type="#_x0000_t75" style="width:13.2pt;height:10.8pt" o:ole="">
            <v:imagedata r:id="rId5883" o:title=""/>
          </v:shape>
          <o:OLEObject Type="Embed" ProgID="Equation.DSMT4" ShapeID="_x0000_i4778" DrawAspect="Content" ObjectID="_1699838062" r:id="rId5884"/>
        </w:object>
      </w:r>
      <w:r w:rsidRPr="00B13C4C">
        <w:rPr>
          <w:rFonts w:ascii="Times New Roman" w:hAnsi="Times New Roman" w:cs="Times New Roman"/>
          <w:sz w:val="24"/>
          <w:szCs w:val="24"/>
        </w:rPr>
        <w:t xml:space="preserve"> sao cho phương trình </w:t>
      </w:r>
      <w:r w:rsidRPr="00B13C4C">
        <w:rPr>
          <w:rFonts w:ascii="Times New Roman" w:hAnsi="Times New Roman" w:cs="Times New Roman"/>
          <w:position w:val="-6"/>
          <w:sz w:val="24"/>
          <w:szCs w:val="24"/>
        </w:rPr>
        <w:object w:dxaOrig="1620" w:dyaOrig="320" w14:anchorId="572F985A">
          <v:shape id="_x0000_i4779" type="#_x0000_t75" style="width:81pt;height:16.2pt" o:ole="">
            <v:imagedata r:id="rId5885" o:title=""/>
          </v:shape>
          <o:OLEObject Type="Embed" ProgID="Equation.DSMT4" ShapeID="_x0000_i4779" DrawAspect="Content" ObjectID="_1699838063" r:id="rId5886"/>
        </w:object>
      </w:r>
      <w:r w:rsidRPr="00B13C4C">
        <w:rPr>
          <w:rFonts w:ascii="Times New Roman" w:hAnsi="Times New Roman" w:cs="Times New Roman"/>
          <w:sz w:val="24"/>
          <w:szCs w:val="24"/>
        </w:rPr>
        <w:t xml:space="preserve"> có 2 nghiệm phân biệt </w:t>
      </w:r>
      <w:r w:rsidRPr="00B13C4C">
        <w:rPr>
          <w:rFonts w:ascii="Times New Roman" w:hAnsi="Times New Roman" w:cs="Times New Roman"/>
          <w:position w:val="-12"/>
          <w:sz w:val="24"/>
          <w:szCs w:val="24"/>
        </w:rPr>
        <w:object w:dxaOrig="540" w:dyaOrig="360" w14:anchorId="57F4A4DD">
          <v:shape id="_x0000_i4780" type="#_x0000_t75" style="width:27pt;height:18pt" o:ole="">
            <v:imagedata r:id="rId5887" o:title=""/>
          </v:shape>
          <o:OLEObject Type="Embed" ProgID="Equation.DSMT4" ShapeID="_x0000_i4780" DrawAspect="Content" ObjectID="_1699838064" r:id="rId5888"/>
        </w:object>
      </w:r>
      <w:r w:rsidRPr="00B13C4C">
        <w:rPr>
          <w:rFonts w:ascii="Times New Roman" w:hAnsi="Times New Roman" w:cs="Times New Roman"/>
          <w:sz w:val="24"/>
          <w:szCs w:val="24"/>
        </w:rPr>
        <w:t xml:space="preserve"> thỏa mãn </w:t>
      </w:r>
      <w:r w:rsidRPr="00B13C4C">
        <w:rPr>
          <w:rFonts w:ascii="Times New Roman" w:hAnsi="Times New Roman" w:cs="Times New Roman"/>
          <w:position w:val="-12"/>
          <w:sz w:val="24"/>
          <w:szCs w:val="24"/>
        </w:rPr>
        <w:object w:dxaOrig="1700" w:dyaOrig="380" w14:anchorId="5F6588E7">
          <v:shape id="_x0000_i4781" type="#_x0000_t75" style="width:85.2pt;height:19.2pt" o:ole="">
            <v:imagedata r:id="rId5889" o:title=""/>
          </v:shape>
          <o:OLEObject Type="Embed" ProgID="Equation.DSMT4" ShapeID="_x0000_i4781" DrawAspect="Content" ObjectID="_1699838065" r:id="rId5890"/>
        </w:object>
      </w:r>
      <w:r w:rsidRPr="00B13C4C">
        <w:rPr>
          <w:rFonts w:ascii="Times New Roman" w:hAnsi="Times New Roman" w:cs="Times New Roman"/>
          <w:sz w:val="24"/>
          <w:szCs w:val="24"/>
        </w:rPr>
        <w:t>?</w:t>
      </w:r>
    </w:p>
    <w:p w14:paraId="091E480A"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1.</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4.</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0.</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2.</w:t>
      </w:r>
    </w:p>
    <w:p w14:paraId="69BE6FB6" w14:textId="77777777" w:rsidR="00B13C4C" w:rsidRPr="00B13C4C" w:rsidRDefault="00B13C4C" w:rsidP="00CF1AF5">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Tìm tất cả các giá trị của tham số </w:t>
      </w:r>
      <w:r w:rsidRPr="00B13C4C">
        <w:rPr>
          <w:rFonts w:ascii="Times New Roman" w:hAnsi="Times New Roman" w:cs="Times New Roman"/>
          <w:position w:val="-6"/>
          <w:sz w:val="24"/>
          <w:szCs w:val="24"/>
        </w:rPr>
        <w:object w:dxaOrig="260" w:dyaOrig="220" w14:anchorId="5541DEDB">
          <v:shape id="_x0000_i4782" type="#_x0000_t75" style="width:13.2pt;height:10.8pt" o:ole="">
            <v:imagedata r:id="rId5891" o:title=""/>
          </v:shape>
          <o:OLEObject Type="Embed" ProgID="Equation.DSMT4" ShapeID="_x0000_i4782" DrawAspect="Content" ObjectID="_1699838066" r:id="rId5892"/>
        </w:object>
      </w:r>
      <w:r w:rsidRPr="00B13C4C">
        <w:rPr>
          <w:rFonts w:ascii="Times New Roman" w:hAnsi="Times New Roman" w:cs="Times New Roman"/>
          <w:sz w:val="24"/>
          <w:szCs w:val="24"/>
        </w:rPr>
        <w:t xml:space="preserve"> để hàm số </w:t>
      </w:r>
      <w:r w:rsidRPr="00B13C4C">
        <w:rPr>
          <w:rFonts w:ascii="Times New Roman" w:hAnsi="Times New Roman" w:cs="Times New Roman"/>
          <w:position w:val="-16"/>
          <w:sz w:val="24"/>
          <w:szCs w:val="24"/>
        </w:rPr>
        <w:object w:dxaOrig="2140" w:dyaOrig="440" w14:anchorId="5B0F68B3">
          <v:shape id="_x0000_i4783" type="#_x0000_t75" style="width:106.8pt;height:22.2pt" o:ole="">
            <v:imagedata r:id="rId5893" o:title=""/>
          </v:shape>
          <o:OLEObject Type="Embed" ProgID="Equation.DSMT4" ShapeID="_x0000_i4783" DrawAspect="Content" ObjectID="_1699838067" r:id="rId5894"/>
        </w:object>
      </w:r>
      <w:r w:rsidRPr="00B13C4C">
        <w:rPr>
          <w:rFonts w:ascii="Times New Roman" w:hAnsi="Times New Roman" w:cs="Times New Roman"/>
          <w:sz w:val="24"/>
          <w:szCs w:val="24"/>
        </w:rPr>
        <w:t xml:space="preserve"> đồng biến trền </w:t>
      </w:r>
      <w:r w:rsidRPr="00B13C4C">
        <w:rPr>
          <w:rFonts w:ascii="Times New Roman" w:hAnsi="Times New Roman" w:cs="Times New Roman"/>
          <w:position w:val="-6"/>
          <w:sz w:val="24"/>
          <w:szCs w:val="24"/>
        </w:rPr>
        <w:object w:dxaOrig="300" w:dyaOrig="279" w14:anchorId="79307F81">
          <v:shape id="_x0000_i4784" type="#_x0000_t75" style="width:15pt;height:13.8pt" o:ole="">
            <v:imagedata r:id="rId5895" o:title=""/>
          </v:shape>
          <o:OLEObject Type="Embed" ProgID="Equation.DSMT4" ShapeID="_x0000_i4784" DrawAspect="Content" ObjectID="_1699838068" r:id="rId5896"/>
        </w:object>
      </w:r>
    </w:p>
    <w:p w14:paraId="49D08F47"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1040" w:dyaOrig="279" w14:anchorId="549867F4">
          <v:shape id="_x0000_i4785" type="#_x0000_t75" style="width:52.2pt;height:13.8pt" o:ole="">
            <v:imagedata r:id="rId5897" o:title=""/>
          </v:shape>
          <o:OLEObject Type="Embed" ProgID="Equation.DSMT4" ShapeID="_x0000_i4785" DrawAspect="Content" ObjectID="_1699838069" r:id="rId589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30"/>
          <w:sz w:val="24"/>
          <w:szCs w:val="24"/>
        </w:rPr>
        <w:object w:dxaOrig="660" w:dyaOrig="720" w14:anchorId="75D8F1A6">
          <v:shape id="_x0000_i4786" type="#_x0000_t75" style="width:33pt;height:36pt" o:ole="">
            <v:imagedata r:id="rId5899" o:title=""/>
          </v:shape>
          <o:OLEObject Type="Embed" ProgID="Equation.DSMT4" ShapeID="_x0000_i4786" DrawAspect="Content" ObjectID="_1699838070" r:id="rId590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30"/>
          <w:sz w:val="24"/>
          <w:szCs w:val="24"/>
        </w:rPr>
        <w:object w:dxaOrig="660" w:dyaOrig="720" w14:anchorId="1EBB70BB">
          <v:shape id="_x0000_i4787" type="#_x0000_t75" style="width:33pt;height:36pt" o:ole="">
            <v:imagedata r:id="rId5901" o:title=""/>
          </v:shape>
          <o:OLEObject Type="Embed" ProgID="Equation.DSMT4" ShapeID="_x0000_i4787" DrawAspect="Content" ObjectID="_1699838071" r:id="rId590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1040" w:dyaOrig="279" w14:anchorId="17E0807D">
          <v:shape id="_x0000_i4788" type="#_x0000_t75" style="width:52.2pt;height:13.8pt" o:ole="">
            <v:imagedata r:id="rId5903" o:title=""/>
          </v:shape>
          <o:OLEObject Type="Embed" ProgID="Equation.DSMT4" ShapeID="_x0000_i4788" DrawAspect="Content" ObjectID="_1699838072" r:id="rId5904"/>
        </w:object>
      </w:r>
      <w:r w:rsidRPr="00B13C4C">
        <w:rPr>
          <w:rFonts w:ascii="Times New Roman" w:hAnsi="Times New Roman" w:cs="Times New Roman"/>
          <w:sz w:val="24"/>
          <w:szCs w:val="24"/>
        </w:rPr>
        <w:t>.</w:t>
      </w:r>
    </w:p>
    <w:p w14:paraId="611581CA" w14:textId="77777777" w:rsidR="00B13C4C" w:rsidRPr="00B13C4C" w:rsidRDefault="00B13C4C" w:rsidP="00CF1AF5">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Số nghiệm của phương trình </w:t>
      </w:r>
      <w:r w:rsidRPr="00B13C4C">
        <w:rPr>
          <w:rFonts w:ascii="Times New Roman" w:hAnsi="Times New Roman" w:cs="Times New Roman"/>
          <w:position w:val="-8"/>
          <w:sz w:val="24"/>
          <w:szCs w:val="24"/>
        </w:rPr>
        <w:object w:dxaOrig="1560" w:dyaOrig="400" w14:anchorId="1AAE0AFD">
          <v:shape id="_x0000_i4789" type="#_x0000_t75" style="width:78pt;height:19.8pt" o:ole="">
            <v:imagedata r:id="rId5905" o:title=""/>
          </v:shape>
          <o:OLEObject Type="Embed" ProgID="Equation.DSMT4" ShapeID="_x0000_i4789" DrawAspect="Content" ObjectID="_1699838073" r:id="rId5906"/>
        </w:object>
      </w:r>
      <w:r w:rsidRPr="00B13C4C">
        <w:rPr>
          <w:rFonts w:ascii="Times New Roman" w:hAnsi="Times New Roman" w:cs="Times New Roman"/>
          <w:sz w:val="24"/>
          <w:szCs w:val="24"/>
        </w:rPr>
        <w:t xml:space="preserve"> là</w:t>
      </w:r>
    </w:p>
    <w:p w14:paraId="11210AE9"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0.</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3.</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1.</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2.</w:t>
      </w:r>
    </w:p>
    <w:p w14:paraId="3BAC4F08" w14:textId="77777777" w:rsidR="00B13C4C" w:rsidRPr="00B13C4C" w:rsidRDefault="00B13C4C" w:rsidP="00CF1AF5">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hệ trục tọa độ </w:t>
      </w:r>
      <w:r w:rsidRPr="00B13C4C">
        <w:rPr>
          <w:rFonts w:ascii="Times New Roman" w:hAnsi="Times New Roman" w:cs="Times New Roman"/>
          <w:position w:val="-10"/>
          <w:sz w:val="24"/>
          <w:szCs w:val="24"/>
        </w:rPr>
        <w:object w:dxaOrig="460" w:dyaOrig="320" w14:anchorId="21E83BA4">
          <v:shape id="_x0000_i4790" type="#_x0000_t75" style="width:22.8pt;height:16.2pt" o:ole="">
            <v:imagedata r:id="rId5907" o:title=""/>
          </v:shape>
          <o:OLEObject Type="Embed" ProgID="Equation.DSMT4" ShapeID="_x0000_i4790" DrawAspect="Content" ObjectID="_1699838074" r:id="rId5908"/>
        </w:object>
      </w:r>
      <w:r w:rsidRPr="00B13C4C">
        <w:rPr>
          <w:rFonts w:ascii="Times New Roman" w:hAnsi="Times New Roman" w:cs="Times New Roman"/>
          <w:sz w:val="24"/>
          <w:szCs w:val="24"/>
        </w:rPr>
        <w:t xml:space="preserve">, cho hai điểm </w:t>
      </w:r>
      <w:r w:rsidRPr="00B13C4C">
        <w:rPr>
          <w:rFonts w:ascii="Times New Roman" w:hAnsi="Times New Roman" w:cs="Times New Roman"/>
          <w:position w:val="-10"/>
          <w:sz w:val="24"/>
          <w:szCs w:val="24"/>
        </w:rPr>
        <w:object w:dxaOrig="1620" w:dyaOrig="320" w14:anchorId="6544D11A">
          <v:shape id="_x0000_i4791" type="#_x0000_t75" style="width:81pt;height:16.2pt" o:ole="">
            <v:imagedata r:id="rId5909" o:title=""/>
          </v:shape>
          <o:OLEObject Type="Embed" ProgID="Equation.DSMT4" ShapeID="_x0000_i4791" DrawAspect="Content" ObjectID="_1699838075" r:id="rId5910"/>
        </w:object>
      </w:r>
      <w:r w:rsidRPr="00B13C4C">
        <w:rPr>
          <w:rFonts w:ascii="Times New Roman" w:hAnsi="Times New Roman" w:cs="Times New Roman"/>
          <w:sz w:val="24"/>
          <w:szCs w:val="24"/>
        </w:rPr>
        <w:t xml:space="preserve">. Tính độ dài véctơ </w:t>
      </w:r>
      <w:r w:rsidRPr="00B13C4C">
        <w:rPr>
          <w:rFonts w:ascii="Times New Roman" w:hAnsi="Times New Roman" w:cs="Times New Roman"/>
          <w:position w:val="-6"/>
          <w:sz w:val="24"/>
          <w:szCs w:val="24"/>
        </w:rPr>
        <w:object w:dxaOrig="460" w:dyaOrig="340" w14:anchorId="1C16BA13">
          <v:shape id="_x0000_i4792" type="#_x0000_t75" style="width:22.8pt;height:16.8pt" o:ole="">
            <v:imagedata r:id="rId5911" o:title=""/>
          </v:shape>
          <o:OLEObject Type="Embed" ProgID="Equation.DSMT4" ShapeID="_x0000_i4792" DrawAspect="Content" ObjectID="_1699838076" r:id="rId5912"/>
        </w:object>
      </w:r>
      <w:r w:rsidRPr="00B13C4C">
        <w:rPr>
          <w:rFonts w:ascii="Times New Roman" w:hAnsi="Times New Roman" w:cs="Times New Roman"/>
          <w:sz w:val="24"/>
          <w:szCs w:val="24"/>
        </w:rPr>
        <w:t>.</w:t>
      </w:r>
    </w:p>
    <w:p w14:paraId="5C60BD32"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200" w:dyaOrig="380" w14:anchorId="2EED2666">
          <v:shape id="_x0000_i4793" type="#_x0000_t75" style="width:60pt;height:19.2pt" o:ole="">
            <v:imagedata r:id="rId5913" o:title=""/>
          </v:shape>
          <o:OLEObject Type="Embed" ProgID="Equation.DSMT4" ShapeID="_x0000_i4793" DrawAspect="Content" ObjectID="_1699838077" r:id="rId591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920" w:dyaOrig="380" w14:anchorId="5AE6D312">
          <v:shape id="_x0000_i4794" type="#_x0000_t75" style="width:46.2pt;height:19.2pt" o:ole="">
            <v:imagedata r:id="rId5915" o:title=""/>
          </v:shape>
          <o:OLEObject Type="Embed" ProgID="Equation.DSMT4" ShapeID="_x0000_i4794" DrawAspect="Content" ObjectID="_1699838078" r:id="rId591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240" w:dyaOrig="380" w14:anchorId="643C4655">
          <v:shape id="_x0000_i4795" type="#_x0000_t75" style="width:61.8pt;height:19.2pt" o:ole="">
            <v:imagedata r:id="rId5917" o:title=""/>
          </v:shape>
          <o:OLEObject Type="Embed" ProgID="Equation.DSMT4" ShapeID="_x0000_i4795" DrawAspect="Content" ObjectID="_1699838079" r:id="rId591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920" w:dyaOrig="380" w14:anchorId="77632130">
          <v:shape id="_x0000_i4796" type="#_x0000_t75" style="width:46.2pt;height:19.2pt" o:ole="">
            <v:imagedata r:id="rId5919" o:title=""/>
          </v:shape>
          <o:OLEObject Type="Embed" ProgID="Equation.DSMT4" ShapeID="_x0000_i4796" DrawAspect="Content" ObjectID="_1699838080" r:id="rId5920"/>
        </w:object>
      </w:r>
      <w:r w:rsidRPr="00B13C4C">
        <w:rPr>
          <w:rFonts w:ascii="Times New Roman" w:hAnsi="Times New Roman" w:cs="Times New Roman"/>
          <w:sz w:val="24"/>
          <w:szCs w:val="24"/>
        </w:rPr>
        <w:t>.</w:t>
      </w:r>
    </w:p>
    <w:p w14:paraId="06471876" w14:textId="77777777" w:rsidR="00B13C4C" w:rsidRPr="00B13C4C" w:rsidRDefault="00B13C4C" w:rsidP="00CF1AF5">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hàm số </w:t>
      </w:r>
      <w:r w:rsidRPr="00B13C4C">
        <w:rPr>
          <w:rFonts w:ascii="Times New Roman" w:hAnsi="Times New Roman" w:cs="Times New Roman"/>
          <w:position w:val="-10"/>
          <w:sz w:val="24"/>
          <w:szCs w:val="24"/>
        </w:rPr>
        <w:object w:dxaOrig="920" w:dyaOrig="320" w14:anchorId="30FD275F">
          <v:shape id="_x0000_i4797" type="#_x0000_t75" style="width:46.2pt;height:16.2pt" o:ole="">
            <v:imagedata r:id="rId5921" o:title=""/>
          </v:shape>
          <o:OLEObject Type="Embed" ProgID="Equation.DSMT4" ShapeID="_x0000_i4797" DrawAspect="Content" ObjectID="_1699838081" r:id="rId5922"/>
        </w:object>
      </w:r>
      <w:r w:rsidRPr="00B13C4C">
        <w:rPr>
          <w:rFonts w:ascii="Times New Roman" w:hAnsi="Times New Roman" w:cs="Times New Roman"/>
          <w:sz w:val="24"/>
          <w:szCs w:val="24"/>
        </w:rPr>
        <w:t xml:space="preserve"> có đồ thị như hình vẽ bên. Phương trình </w:t>
      </w:r>
      <w:r w:rsidRPr="00B13C4C">
        <w:rPr>
          <w:rFonts w:ascii="Times New Roman" w:hAnsi="Times New Roman" w:cs="Times New Roman"/>
          <w:position w:val="-10"/>
          <w:sz w:val="24"/>
          <w:szCs w:val="24"/>
        </w:rPr>
        <w:object w:dxaOrig="2340" w:dyaOrig="360" w14:anchorId="7ADC47F1">
          <v:shape id="_x0000_i4798" type="#_x0000_t75" style="width:117pt;height:18pt" o:ole="">
            <v:imagedata r:id="rId5923" o:title=""/>
          </v:shape>
          <o:OLEObject Type="Embed" ProgID="Equation.DSMT4" ShapeID="_x0000_i4798" DrawAspect="Content" ObjectID="_1699838082" r:id="rId5924"/>
        </w:object>
      </w:r>
      <w:r w:rsidRPr="00B13C4C">
        <w:rPr>
          <w:rFonts w:ascii="Times New Roman" w:hAnsi="Times New Roman" w:cs="Times New Roman"/>
          <w:sz w:val="24"/>
          <w:szCs w:val="24"/>
        </w:rPr>
        <w:t xml:space="preserve"> có bao nhiêu nghiệm?</w:t>
      </w:r>
    </w:p>
    <w:p w14:paraId="70820C8E" w14:textId="77777777" w:rsidR="00B13C4C" w:rsidRPr="00B13C4C" w:rsidRDefault="00B13C4C" w:rsidP="00CF1AF5">
      <w:pPr>
        <w:ind w:left="992" w:hanging="992"/>
        <w:jc w:val="center"/>
        <w:rPr>
          <w:rFonts w:ascii="Times New Roman" w:hAnsi="Times New Roman" w:cs="Times New Roman"/>
          <w:sz w:val="24"/>
          <w:szCs w:val="24"/>
        </w:rPr>
      </w:pPr>
      <w:r w:rsidRPr="00B13C4C">
        <w:rPr>
          <w:rFonts w:ascii="Times New Roman" w:hAnsi="Times New Roman" w:cs="Times New Roman"/>
          <w:noProof/>
          <w:sz w:val="24"/>
          <w:szCs w:val="24"/>
        </w:rPr>
        <w:drawing>
          <wp:inline distT="0" distB="0" distL="0" distR="0" wp14:anchorId="6D94C8A5" wp14:editId="7FE25FE4">
            <wp:extent cx="1438503" cy="1630680"/>
            <wp:effectExtent l="0" t="0" r="9525"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25"/>
                    <a:stretch>
                      <a:fillRect/>
                    </a:stretch>
                  </pic:blipFill>
                  <pic:spPr>
                    <a:xfrm>
                      <a:off x="0" y="0"/>
                      <a:ext cx="1445473" cy="1638581"/>
                    </a:xfrm>
                    <a:prstGeom prst="rect">
                      <a:avLst/>
                    </a:prstGeom>
                  </pic:spPr>
                </pic:pic>
              </a:graphicData>
            </a:graphic>
          </wp:inline>
        </w:drawing>
      </w:r>
    </w:p>
    <w:p w14:paraId="48288B70"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6.</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8.</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7.</w:t>
      </w:r>
    </w:p>
    <w:p w14:paraId="567A183C" w14:textId="77777777" w:rsidR="00B13C4C" w:rsidRPr="00B13C4C" w:rsidRDefault="00B13C4C" w:rsidP="00CF1AF5">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Hệ phương trình </w:t>
      </w:r>
      <w:r w:rsidRPr="00B13C4C">
        <w:rPr>
          <w:rFonts w:ascii="Times New Roman" w:hAnsi="Times New Roman" w:cs="Times New Roman"/>
          <w:position w:val="-30"/>
          <w:sz w:val="24"/>
          <w:szCs w:val="24"/>
        </w:rPr>
        <w:object w:dxaOrig="680" w:dyaOrig="720" w14:anchorId="6FC0DFFC">
          <v:shape id="_x0000_i4799" type="#_x0000_t75" style="width:34.2pt;height:36pt" o:ole="">
            <v:imagedata r:id="rId5926" o:title=""/>
          </v:shape>
          <o:OLEObject Type="Embed" ProgID="Equation.DSMT4" ShapeID="_x0000_i4799" DrawAspect="Content" ObjectID="_1699838083" r:id="rId5927"/>
        </w:object>
      </w:r>
    </w:p>
    <w:p w14:paraId="250099C1"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840" w:dyaOrig="320" w14:anchorId="555DB511">
          <v:shape id="_x0000_i4800" type="#_x0000_t75" style="width:42pt;height:16.2pt" o:ole="">
            <v:imagedata r:id="rId5928" o:title=""/>
          </v:shape>
          <o:OLEObject Type="Embed" ProgID="Equation.DSMT4" ShapeID="_x0000_i4800" DrawAspect="Content" ObjectID="_1699838084" r:id="rId592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960" w:dyaOrig="320" w14:anchorId="06F82405">
          <v:shape id="_x0000_i4801" type="#_x0000_t75" style="width:48pt;height:16.2pt" o:ole="">
            <v:imagedata r:id="rId5930" o:title=""/>
          </v:shape>
          <o:OLEObject Type="Embed" ProgID="Equation.DSMT4" ShapeID="_x0000_i4801" DrawAspect="Content" ObjectID="_1699838085" r:id="rId593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840" w:dyaOrig="320" w14:anchorId="788A9B4B">
          <v:shape id="_x0000_i4802" type="#_x0000_t75" style="width:42pt;height:16.2pt" o:ole="">
            <v:imagedata r:id="rId5932" o:title=""/>
          </v:shape>
          <o:OLEObject Type="Embed" ProgID="Equation.DSMT4" ShapeID="_x0000_i4802" DrawAspect="Content" ObjectID="_1699838086" r:id="rId593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820" w:dyaOrig="320" w14:anchorId="78749763">
          <v:shape id="_x0000_i4803" type="#_x0000_t75" style="width:40.8pt;height:16.2pt" o:ole="">
            <v:imagedata r:id="rId5934" o:title=""/>
          </v:shape>
          <o:OLEObject Type="Embed" ProgID="Equation.DSMT4" ShapeID="_x0000_i4803" DrawAspect="Content" ObjectID="_1699838087" r:id="rId5935"/>
        </w:object>
      </w:r>
      <w:r w:rsidRPr="00B13C4C">
        <w:rPr>
          <w:rFonts w:ascii="Times New Roman" w:hAnsi="Times New Roman" w:cs="Times New Roman"/>
          <w:sz w:val="24"/>
          <w:szCs w:val="24"/>
        </w:rPr>
        <w:t>.</w:t>
      </w:r>
    </w:p>
    <w:p w14:paraId="2317406E" w14:textId="77777777" w:rsidR="00B13C4C" w:rsidRPr="00B13C4C" w:rsidRDefault="00B13C4C" w:rsidP="00CF1AF5">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Phương trình </w:t>
      </w:r>
      <w:r w:rsidRPr="00B13C4C">
        <w:rPr>
          <w:rFonts w:ascii="Times New Roman" w:hAnsi="Times New Roman" w:cs="Times New Roman"/>
          <w:position w:val="-28"/>
          <w:sz w:val="24"/>
          <w:szCs w:val="24"/>
        </w:rPr>
        <w:object w:dxaOrig="2680" w:dyaOrig="660" w14:anchorId="2BE096A5">
          <v:shape id="_x0000_i4804" type="#_x0000_t75" style="width:133.8pt;height:33pt" o:ole="">
            <v:imagedata r:id="rId5936" o:title=""/>
          </v:shape>
          <o:OLEObject Type="Embed" ProgID="Equation.DSMT4" ShapeID="_x0000_i4804" DrawAspect="Content" ObjectID="_1699838088" r:id="rId5937"/>
        </w:object>
      </w:r>
      <w:r w:rsidRPr="00B13C4C">
        <w:rPr>
          <w:rFonts w:ascii="Times New Roman" w:hAnsi="Times New Roman" w:cs="Times New Roman"/>
          <w:sz w:val="24"/>
          <w:szCs w:val="24"/>
        </w:rPr>
        <w:t xml:space="preserve"> có bao nhiĉu nghiệm?</w:t>
      </w:r>
    </w:p>
    <w:p w14:paraId="4E0F8218"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1.</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3.</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0.</w:t>
      </w:r>
    </w:p>
    <w:p w14:paraId="43FEAD28" w14:textId="77777777" w:rsidR="00B13C4C" w:rsidRPr="00B13C4C" w:rsidRDefault="00B13C4C" w:rsidP="00CF1AF5">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Đỉnh của đồ thị của hàm số </w:t>
      </w:r>
      <w:r w:rsidRPr="00B13C4C">
        <w:rPr>
          <w:rFonts w:ascii="Times New Roman" w:hAnsi="Times New Roman" w:cs="Times New Roman"/>
          <w:position w:val="-10"/>
          <w:sz w:val="24"/>
          <w:szCs w:val="24"/>
        </w:rPr>
        <w:object w:dxaOrig="1460" w:dyaOrig="360" w14:anchorId="61FFFE26">
          <v:shape id="_x0000_i4805" type="#_x0000_t75" style="width:73.2pt;height:18pt" o:ole="">
            <v:imagedata r:id="rId5938" o:title=""/>
          </v:shape>
          <o:OLEObject Type="Embed" ProgID="Equation.DSMT4" ShapeID="_x0000_i4805" DrawAspect="Content" ObjectID="_1699838089" r:id="rId5939"/>
        </w:object>
      </w:r>
      <w:r w:rsidRPr="00B13C4C">
        <w:rPr>
          <w:rFonts w:ascii="Times New Roman" w:hAnsi="Times New Roman" w:cs="Times New Roman"/>
          <w:sz w:val="24"/>
          <w:szCs w:val="24"/>
        </w:rPr>
        <w:t xml:space="preserve"> là</w:t>
      </w:r>
    </w:p>
    <w:p w14:paraId="1C45BA97"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780" w:dyaOrig="320" w14:anchorId="34C5D936">
          <v:shape id="_x0000_i4806" type="#_x0000_t75" style="width:39pt;height:16.2pt" o:ole="">
            <v:imagedata r:id="rId5940" o:title=""/>
          </v:shape>
          <o:OLEObject Type="Embed" ProgID="Equation.DSMT4" ShapeID="_x0000_i4806" DrawAspect="Content" ObjectID="_1699838090" r:id="rId594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800" w:dyaOrig="320" w14:anchorId="252ACB8E">
          <v:shape id="_x0000_i4807" type="#_x0000_t75" style="width:40.2pt;height:16.2pt" o:ole="">
            <v:imagedata r:id="rId5942" o:title=""/>
          </v:shape>
          <o:OLEObject Type="Embed" ProgID="Equation.DSMT4" ShapeID="_x0000_i4807" DrawAspect="Content" ObjectID="_1699838091" r:id="rId594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800" w:dyaOrig="320" w14:anchorId="75CFBF61">
          <v:shape id="_x0000_i4808" type="#_x0000_t75" style="width:40.2pt;height:16.2pt" o:ole="">
            <v:imagedata r:id="rId5944" o:title=""/>
          </v:shape>
          <o:OLEObject Type="Embed" ProgID="Equation.DSMT4" ShapeID="_x0000_i4808" DrawAspect="Content" ObjectID="_1699838092" r:id="rId594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680" w:dyaOrig="320" w14:anchorId="3DEDE04D">
          <v:shape id="_x0000_i4809" type="#_x0000_t75" style="width:34.2pt;height:16.2pt" o:ole="">
            <v:imagedata r:id="rId5946" o:title=""/>
          </v:shape>
          <o:OLEObject Type="Embed" ProgID="Equation.DSMT4" ShapeID="_x0000_i4809" DrawAspect="Content" ObjectID="_1699838093" r:id="rId5947"/>
        </w:object>
      </w:r>
      <w:r w:rsidRPr="00B13C4C">
        <w:rPr>
          <w:rFonts w:ascii="Times New Roman" w:hAnsi="Times New Roman" w:cs="Times New Roman"/>
          <w:sz w:val="24"/>
          <w:szCs w:val="24"/>
        </w:rPr>
        <w:t>.</w:t>
      </w:r>
    </w:p>
    <w:p w14:paraId="3A13EB47" w14:textId="77777777" w:rsidR="00B13C4C" w:rsidRPr="00B13C4C" w:rsidRDefault="00B13C4C" w:rsidP="00CF1AF5">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parabol </w:t>
      </w:r>
      <w:r w:rsidRPr="00B13C4C">
        <w:rPr>
          <w:rFonts w:ascii="Times New Roman" w:hAnsi="Times New Roman" w:cs="Times New Roman"/>
          <w:position w:val="-10"/>
          <w:sz w:val="24"/>
          <w:szCs w:val="24"/>
        </w:rPr>
        <w:object w:dxaOrig="400" w:dyaOrig="320" w14:anchorId="69C2D1BF">
          <v:shape id="_x0000_i4810" type="#_x0000_t75" style="width:19.8pt;height:16.2pt" o:ole="">
            <v:imagedata r:id="rId5948" o:title=""/>
          </v:shape>
          <o:OLEObject Type="Embed" ProgID="Equation.DSMT4" ShapeID="_x0000_i4810" DrawAspect="Content" ObjectID="_1699838094" r:id="rId5949"/>
        </w:object>
      </w:r>
      <w:r w:rsidRPr="00B13C4C">
        <w:rPr>
          <w:rFonts w:ascii="Times New Roman" w:hAnsi="Times New Roman" w:cs="Times New Roman"/>
          <w:sz w:val="24"/>
          <w:szCs w:val="24"/>
        </w:rPr>
        <w:t xml:space="preserve"> có phương trình </w:t>
      </w:r>
      <w:r w:rsidRPr="00B13C4C">
        <w:rPr>
          <w:rFonts w:ascii="Times New Roman" w:hAnsi="Times New Roman" w:cs="Times New Roman"/>
          <w:position w:val="-10"/>
          <w:sz w:val="24"/>
          <w:szCs w:val="24"/>
        </w:rPr>
        <w:object w:dxaOrig="1540" w:dyaOrig="360" w14:anchorId="71F57C2D">
          <v:shape id="_x0000_i4811" type="#_x0000_t75" style="width:76.8pt;height:18pt" o:ole="">
            <v:imagedata r:id="rId5950" o:title=""/>
          </v:shape>
          <o:OLEObject Type="Embed" ProgID="Equation.DSMT4" ShapeID="_x0000_i4811" DrawAspect="Content" ObjectID="_1699838095" r:id="rId5951"/>
        </w:object>
      </w:r>
      <w:r w:rsidRPr="00B13C4C">
        <w:rPr>
          <w:rFonts w:ascii="Times New Roman" w:hAnsi="Times New Roman" w:cs="Times New Roman"/>
          <w:sz w:val="24"/>
          <w:szCs w:val="24"/>
        </w:rPr>
        <w:t xml:space="preserve">. Tìm </w:t>
      </w:r>
      <w:r w:rsidRPr="00B13C4C">
        <w:rPr>
          <w:rFonts w:ascii="Times New Roman" w:hAnsi="Times New Roman" w:cs="Times New Roman"/>
          <w:position w:val="-6"/>
          <w:sz w:val="24"/>
          <w:szCs w:val="24"/>
        </w:rPr>
        <w:object w:dxaOrig="859" w:dyaOrig="279" w14:anchorId="71A9CAD9">
          <v:shape id="_x0000_i4812" type="#_x0000_t75" style="width:43.2pt;height:13.8pt" o:ole="">
            <v:imagedata r:id="rId5952" o:title=""/>
          </v:shape>
          <o:OLEObject Type="Embed" ProgID="Equation.DSMT4" ShapeID="_x0000_i4812" DrawAspect="Content" ObjectID="_1699838096" r:id="rId5953"/>
        </w:object>
      </w:r>
      <w:r w:rsidRPr="00B13C4C">
        <w:rPr>
          <w:rFonts w:ascii="Times New Roman" w:hAnsi="Times New Roman" w:cs="Times New Roman"/>
          <w:sz w:val="24"/>
          <w:szCs w:val="24"/>
        </w:rPr>
        <w:t xml:space="preserve">, biết </w:t>
      </w:r>
      <w:r w:rsidRPr="00B13C4C">
        <w:rPr>
          <w:rFonts w:ascii="Times New Roman" w:hAnsi="Times New Roman" w:cs="Times New Roman"/>
          <w:position w:val="-10"/>
          <w:sz w:val="24"/>
          <w:szCs w:val="24"/>
        </w:rPr>
        <w:object w:dxaOrig="400" w:dyaOrig="320" w14:anchorId="19D7D474">
          <v:shape id="_x0000_i4813" type="#_x0000_t75" style="width:19.8pt;height:16.2pt" o:ole="">
            <v:imagedata r:id="rId5954" o:title=""/>
          </v:shape>
          <o:OLEObject Type="Embed" ProgID="Equation.DSMT4" ShapeID="_x0000_i4813" DrawAspect="Content" ObjectID="_1699838097" r:id="rId5955"/>
        </w:object>
      </w:r>
      <w:r w:rsidRPr="00B13C4C">
        <w:rPr>
          <w:rFonts w:ascii="Times New Roman" w:hAnsi="Times New Roman" w:cs="Times New Roman"/>
          <w:sz w:val="24"/>
          <w:szCs w:val="24"/>
        </w:rPr>
        <w:t xml:space="preserve"> đi quia điểm </w:t>
      </w:r>
      <w:r w:rsidRPr="00B13C4C">
        <w:rPr>
          <w:rFonts w:ascii="Times New Roman" w:hAnsi="Times New Roman" w:cs="Times New Roman"/>
          <w:position w:val="-10"/>
          <w:sz w:val="24"/>
          <w:szCs w:val="24"/>
        </w:rPr>
        <w:object w:dxaOrig="720" w:dyaOrig="320" w14:anchorId="07FE3618">
          <v:shape id="_x0000_i4814" type="#_x0000_t75" style="width:36pt;height:16.2pt" o:ole="">
            <v:imagedata r:id="rId5956" o:title=""/>
          </v:shape>
          <o:OLEObject Type="Embed" ProgID="Equation.DSMT4" ShapeID="_x0000_i4814" DrawAspect="Content" ObjectID="_1699838098" r:id="rId5957"/>
        </w:object>
      </w:r>
      <w:r w:rsidRPr="00B13C4C">
        <w:rPr>
          <w:rFonts w:ascii="Times New Roman" w:hAnsi="Times New Roman" w:cs="Times New Roman"/>
          <w:sz w:val="24"/>
          <w:szCs w:val="24"/>
        </w:rPr>
        <w:t xml:space="preserve"> và có đỉnh </w:t>
      </w:r>
      <w:r w:rsidRPr="00B13C4C">
        <w:rPr>
          <w:rFonts w:ascii="Times New Roman" w:hAnsi="Times New Roman" w:cs="Times New Roman"/>
          <w:position w:val="-10"/>
          <w:sz w:val="24"/>
          <w:szCs w:val="24"/>
        </w:rPr>
        <w:object w:dxaOrig="800" w:dyaOrig="320" w14:anchorId="3E6DE2ED">
          <v:shape id="_x0000_i4815" type="#_x0000_t75" style="width:40.2pt;height:16.2pt" o:ole="">
            <v:imagedata r:id="rId5958" o:title=""/>
          </v:shape>
          <o:OLEObject Type="Embed" ProgID="Equation.DSMT4" ShapeID="_x0000_i4815" DrawAspect="Content" ObjectID="_1699838099" r:id="rId5959"/>
        </w:object>
      </w:r>
      <w:r w:rsidRPr="00B13C4C">
        <w:rPr>
          <w:rFonts w:ascii="Times New Roman" w:hAnsi="Times New Roman" w:cs="Times New Roman"/>
          <w:sz w:val="24"/>
          <w:szCs w:val="24"/>
        </w:rPr>
        <w:t>.</w:t>
      </w:r>
    </w:p>
    <w:p w14:paraId="2935D404"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1219" w:dyaOrig="279" w14:anchorId="18A77E62">
          <v:shape id="_x0000_i4816" type="#_x0000_t75" style="width:61.2pt;height:13.8pt" o:ole="">
            <v:imagedata r:id="rId5960" o:title=""/>
          </v:shape>
          <o:OLEObject Type="Embed" ProgID="Equation.DSMT4" ShapeID="_x0000_i4816" DrawAspect="Content" ObjectID="_1699838100" r:id="rId596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1200" w:dyaOrig="279" w14:anchorId="6CA838BC">
          <v:shape id="_x0000_i4817" type="#_x0000_t75" style="width:60pt;height:13.8pt" o:ole="">
            <v:imagedata r:id="rId5962" o:title=""/>
          </v:shape>
          <o:OLEObject Type="Embed" ProgID="Equation.DSMT4" ShapeID="_x0000_i4817" DrawAspect="Content" ObjectID="_1699838101" r:id="rId596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1219" w:dyaOrig="279" w14:anchorId="0C957AE9">
          <v:shape id="_x0000_i4818" type="#_x0000_t75" style="width:61.2pt;height:13.8pt" o:ole="">
            <v:imagedata r:id="rId5964" o:title=""/>
          </v:shape>
          <o:OLEObject Type="Embed" ProgID="Equation.DSMT4" ShapeID="_x0000_i4818" DrawAspect="Content" ObjectID="_1699838102" r:id="rId596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1200" w:dyaOrig="279" w14:anchorId="5D9904CD">
          <v:shape id="_x0000_i4819" type="#_x0000_t75" style="width:60pt;height:13.8pt" o:ole="">
            <v:imagedata r:id="rId5966" o:title=""/>
          </v:shape>
          <o:OLEObject Type="Embed" ProgID="Equation.DSMT4" ShapeID="_x0000_i4819" DrawAspect="Content" ObjectID="_1699838103" r:id="rId5967"/>
        </w:object>
      </w:r>
      <w:r w:rsidRPr="00B13C4C">
        <w:rPr>
          <w:rFonts w:ascii="Times New Roman" w:hAnsi="Times New Roman" w:cs="Times New Roman"/>
          <w:sz w:val="24"/>
          <w:szCs w:val="24"/>
        </w:rPr>
        <w:t>.</w:t>
      </w:r>
    </w:p>
    <w:p w14:paraId="11137366" w14:textId="77777777" w:rsidR="00B13C4C" w:rsidRPr="00B13C4C" w:rsidRDefault="00B13C4C" w:rsidP="00CF1AF5">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Phương trình </w:t>
      </w:r>
      <w:r w:rsidRPr="00B13C4C">
        <w:rPr>
          <w:rFonts w:ascii="Times New Roman" w:hAnsi="Times New Roman" w:cs="Times New Roman"/>
          <w:position w:val="-10"/>
          <w:sz w:val="24"/>
          <w:szCs w:val="24"/>
        </w:rPr>
        <w:object w:dxaOrig="1540" w:dyaOrig="320" w14:anchorId="525A033D">
          <v:shape id="_x0000_i4820" type="#_x0000_t75" style="width:76.8pt;height:16.2pt" o:ole="">
            <v:imagedata r:id="rId5968" o:title=""/>
          </v:shape>
          <o:OLEObject Type="Embed" ProgID="Equation.DSMT4" ShapeID="_x0000_i4820" DrawAspect="Content" ObjectID="_1699838104" r:id="rId5969"/>
        </w:object>
      </w:r>
      <w:r w:rsidRPr="00B13C4C">
        <w:rPr>
          <w:rFonts w:ascii="Times New Roman" w:hAnsi="Times New Roman" w:cs="Times New Roman"/>
          <w:sz w:val="24"/>
          <w:szCs w:val="24"/>
        </w:rPr>
        <w:t xml:space="preserve"> có hai nghiệm </w:t>
      </w:r>
      <w:r w:rsidRPr="00B13C4C">
        <w:rPr>
          <w:rFonts w:ascii="Times New Roman" w:hAnsi="Times New Roman" w:cs="Times New Roman"/>
          <w:position w:val="-12"/>
          <w:sz w:val="24"/>
          <w:szCs w:val="24"/>
        </w:rPr>
        <w:object w:dxaOrig="540" w:dyaOrig="360" w14:anchorId="623B2209">
          <v:shape id="_x0000_i4821" type="#_x0000_t75" style="width:27pt;height:18pt" o:ole="">
            <v:imagedata r:id="rId5970" o:title=""/>
          </v:shape>
          <o:OLEObject Type="Embed" ProgID="Equation.DSMT4" ShapeID="_x0000_i4821" DrawAspect="Content" ObjectID="_1699838105" r:id="rId5971"/>
        </w:object>
      </w:r>
      <w:r w:rsidRPr="00B13C4C">
        <w:rPr>
          <w:rFonts w:ascii="Times New Roman" w:hAnsi="Times New Roman" w:cs="Times New Roman"/>
          <w:sz w:val="24"/>
          <w:szCs w:val="24"/>
        </w:rPr>
        <w:t xml:space="preserve">. Tính </w:t>
      </w:r>
      <w:r w:rsidRPr="00B13C4C">
        <w:rPr>
          <w:rFonts w:ascii="Times New Roman" w:hAnsi="Times New Roman" w:cs="Times New Roman"/>
          <w:position w:val="-12"/>
          <w:sz w:val="24"/>
          <w:szCs w:val="24"/>
        </w:rPr>
        <w:object w:dxaOrig="660" w:dyaOrig="360" w14:anchorId="11959C2C">
          <v:shape id="_x0000_i4822" type="#_x0000_t75" style="width:33pt;height:18pt" o:ole="">
            <v:imagedata r:id="rId5972" o:title=""/>
          </v:shape>
          <o:OLEObject Type="Embed" ProgID="Equation.DSMT4" ShapeID="_x0000_i4822" DrawAspect="Content" ObjectID="_1699838106" r:id="rId5973"/>
        </w:object>
      </w:r>
      <w:r w:rsidRPr="00B13C4C">
        <w:rPr>
          <w:rFonts w:ascii="Times New Roman" w:hAnsi="Times New Roman" w:cs="Times New Roman"/>
          <w:sz w:val="24"/>
          <w:szCs w:val="24"/>
        </w:rPr>
        <w:t>.</w:t>
      </w:r>
    </w:p>
    <w:p w14:paraId="323ED0A5"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499" w:dyaOrig="620" w14:anchorId="339502DA">
          <v:shape id="_x0000_i4823" type="#_x0000_t75" style="width:25.2pt;height:31.2pt" o:ole="">
            <v:imagedata r:id="rId5974" o:title=""/>
          </v:shape>
          <o:OLEObject Type="Embed" ProgID="Equation.DSMT4" ShapeID="_x0000_i4823" DrawAspect="Content" ObjectID="_1699838107" r:id="rId597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520" w:dyaOrig="620" w14:anchorId="769B27E1">
          <v:shape id="_x0000_i4824" type="#_x0000_t75" style="width:25.8pt;height:31.2pt" o:ole="">
            <v:imagedata r:id="rId5976" o:title=""/>
          </v:shape>
          <o:OLEObject Type="Embed" ProgID="Equation.DSMT4" ShapeID="_x0000_i4824" DrawAspect="Content" ObjectID="_1699838108" r:id="rId597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240" w:dyaOrig="620" w14:anchorId="3955D5E7">
          <v:shape id="_x0000_i4825" type="#_x0000_t75" style="width:12pt;height:31.2pt" o:ole="">
            <v:imagedata r:id="rId5978" o:title=""/>
          </v:shape>
          <o:OLEObject Type="Embed" ProgID="Equation.DSMT4" ShapeID="_x0000_i4825" DrawAspect="Content" ObjectID="_1699838109" r:id="rId597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320" w:dyaOrig="620" w14:anchorId="2CFBDFCD">
          <v:shape id="_x0000_i4826" type="#_x0000_t75" style="width:16.2pt;height:31.2pt" o:ole="">
            <v:imagedata r:id="rId5980" o:title=""/>
          </v:shape>
          <o:OLEObject Type="Embed" ProgID="Equation.DSMT4" ShapeID="_x0000_i4826" DrawAspect="Content" ObjectID="_1699838110" r:id="rId5981"/>
        </w:object>
      </w:r>
      <w:r w:rsidRPr="00B13C4C">
        <w:rPr>
          <w:rFonts w:ascii="Times New Roman" w:hAnsi="Times New Roman" w:cs="Times New Roman"/>
          <w:sz w:val="24"/>
          <w:szCs w:val="24"/>
        </w:rPr>
        <w:t>.</w:t>
      </w:r>
    </w:p>
    <w:p w14:paraId="2ED71373" w14:textId="77777777" w:rsidR="00B13C4C" w:rsidRPr="00B13C4C" w:rsidRDefault="00B13C4C" w:rsidP="00CF1AF5">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hai tập hợp </w:t>
      </w:r>
      <w:r w:rsidRPr="00B13C4C">
        <w:rPr>
          <w:rFonts w:ascii="Times New Roman" w:hAnsi="Times New Roman" w:cs="Times New Roman"/>
          <w:position w:val="-10"/>
          <w:sz w:val="24"/>
          <w:szCs w:val="24"/>
        </w:rPr>
        <w:object w:dxaOrig="980" w:dyaOrig="320" w14:anchorId="55C58FFE">
          <v:shape id="_x0000_i4827" type="#_x0000_t75" style="width:49.2pt;height:16.2pt" o:ole="">
            <v:imagedata r:id="rId5982" o:title=""/>
          </v:shape>
          <o:OLEObject Type="Embed" ProgID="Equation.DSMT4" ShapeID="_x0000_i4827" DrawAspect="Content" ObjectID="_1699838111" r:id="rId5983"/>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960" w:dyaOrig="320" w14:anchorId="1731D8EB">
          <v:shape id="_x0000_i4828" type="#_x0000_t75" style="width:48pt;height:16.2pt" o:ole="">
            <v:imagedata r:id="rId5984" o:title=""/>
          </v:shape>
          <o:OLEObject Type="Embed" ProgID="Equation.DSMT4" ShapeID="_x0000_i4828" DrawAspect="Content" ObjectID="_1699838112" r:id="rId5985"/>
        </w:object>
      </w:r>
      <w:r w:rsidRPr="00B13C4C">
        <w:rPr>
          <w:rFonts w:ascii="Times New Roman" w:hAnsi="Times New Roman" w:cs="Times New Roman"/>
          <w:sz w:val="24"/>
          <w:szCs w:val="24"/>
        </w:rPr>
        <w:t xml:space="preserve">. Tìm tất cả các giá trị của </w:t>
      </w:r>
      <w:r w:rsidRPr="00B13C4C">
        <w:rPr>
          <w:rFonts w:ascii="Times New Roman" w:hAnsi="Times New Roman" w:cs="Times New Roman"/>
          <w:position w:val="-6"/>
          <w:sz w:val="24"/>
          <w:szCs w:val="24"/>
        </w:rPr>
        <w:object w:dxaOrig="560" w:dyaOrig="279" w14:anchorId="6E5B7A72">
          <v:shape id="_x0000_i4829" type="#_x0000_t75" style="width:28.2pt;height:13.8pt" o:ole="">
            <v:imagedata r:id="rId5986" o:title=""/>
          </v:shape>
          <o:OLEObject Type="Embed" ProgID="Equation.DSMT4" ShapeID="_x0000_i4829" DrawAspect="Content" ObjectID="_1699838113" r:id="rId5987"/>
        </w:object>
      </w:r>
      <w:r w:rsidRPr="00B13C4C">
        <w:rPr>
          <w:rFonts w:ascii="Times New Roman" w:hAnsi="Times New Roman" w:cs="Times New Roman"/>
          <w:sz w:val="24"/>
          <w:szCs w:val="24"/>
        </w:rPr>
        <w:t xml:space="preserve"> để </w:t>
      </w:r>
      <w:r w:rsidRPr="00B13C4C">
        <w:rPr>
          <w:rFonts w:ascii="Times New Roman" w:hAnsi="Times New Roman" w:cs="Times New Roman"/>
          <w:position w:val="-4"/>
          <w:sz w:val="24"/>
          <w:szCs w:val="24"/>
        </w:rPr>
        <w:object w:dxaOrig="880" w:dyaOrig="260" w14:anchorId="467567C4">
          <v:shape id="_x0000_i4830" type="#_x0000_t75" style="width:43.8pt;height:13.2pt" o:ole="">
            <v:imagedata r:id="rId5988" o:title=""/>
          </v:shape>
          <o:OLEObject Type="Embed" ProgID="Equation.DSMT4" ShapeID="_x0000_i4830" DrawAspect="Content" ObjectID="_1699838114" r:id="rId5989"/>
        </w:object>
      </w:r>
      <w:r w:rsidRPr="00B13C4C">
        <w:rPr>
          <w:rFonts w:ascii="Times New Roman" w:hAnsi="Times New Roman" w:cs="Times New Roman"/>
          <w:sz w:val="24"/>
          <w:szCs w:val="24"/>
        </w:rPr>
        <w:t xml:space="preserve"> </w:t>
      </w:r>
      <w:r w:rsidRPr="00B13C4C">
        <w:rPr>
          <w:rFonts w:ascii="Times New Roman" w:hAnsi="Times New Roman" w:cs="Times New Roman"/>
          <w:position w:val="-6"/>
          <w:sz w:val="24"/>
          <w:szCs w:val="24"/>
        </w:rPr>
        <w:object w:dxaOrig="300" w:dyaOrig="279" w14:anchorId="211AA9E4">
          <v:shape id="_x0000_i4831" type="#_x0000_t75" style="width:15pt;height:13.8pt" o:ole="">
            <v:imagedata r:id="rId5990" o:title=""/>
          </v:shape>
          <o:OLEObject Type="Embed" ProgID="Equation.DSMT4" ShapeID="_x0000_i4831" DrawAspect="Content" ObjectID="_1699838115" r:id="rId5991"/>
        </w:object>
      </w:r>
    </w:p>
    <w:p w14:paraId="0C11DD86"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540" w:dyaOrig="279" w14:anchorId="16F44195">
          <v:shape id="_x0000_i4832" type="#_x0000_t75" style="width:27pt;height:13.8pt" o:ole="">
            <v:imagedata r:id="rId5992" o:title=""/>
          </v:shape>
          <o:OLEObject Type="Embed" ProgID="Equation.DSMT4" ShapeID="_x0000_i4832" DrawAspect="Content" ObjectID="_1699838116" r:id="rId599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540" w:dyaOrig="279" w14:anchorId="3384BBFC">
          <v:shape id="_x0000_i4833" type="#_x0000_t75" style="width:27pt;height:13.8pt" o:ole="">
            <v:imagedata r:id="rId5994" o:title=""/>
          </v:shape>
          <o:OLEObject Type="Embed" ProgID="Equation.DSMT4" ShapeID="_x0000_i4833" DrawAspect="Content" ObjectID="_1699838117" r:id="rId599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560" w:dyaOrig="279" w14:anchorId="062C77A2">
          <v:shape id="_x0000_i4834" type="#_x0000_t75" style="width:28.2pt;height:13.8pt" o:ole="">
            <v:imagedata r:id="rId5996" o:title=""/>
          </v:shape>
          <o:OLEObject Type="Embed" ProgID="Equation.DSMT4" ShapeID="_x0000_i4834" DrawAspect="Content" ObjectID="_1699838118" r:id="rId599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30"/>
          <w:sz w:val="24"/>
          <w:szCs w:val="24"/>
        </w:rPr>
        <w:object w:dxaOrig="660" w:dyaOrig="720" w14:anchorId="72F64775">
          <v:shape id="_x0000_i4835" type="#_x0000_t75" style="width:33pt;height:36pt" o:ole="">
            <v:imagedata r:id="rId5998" o:title=""/>
          </v:shape>
          <o:OLEObject Type="Embed" ProgID="Equation.DSMT4" ShapeID="_x0000_i4835" DrawAspect="Content" ObjectID="_1699838119" r:id="rId5999"/>
        </w:object>
      </w:r>
      <w:r w:rsidRPr="00B13C4C">
        <w:rPr>
          <w:rFonts w:ascii="Times New Roman" w:hAnsi="Times New Roman" w:cs="Times New Roman"/>
          <w:sz w:val="24"/>
          <w:szCs w:val="24"/>
        </w:rPr>
        <w:t>.</w:t>
      </w:r>
    </w:p>
    <w:p w14:paraId="246C20BE" w14:textId="77777777" w:rsidR="00B13C4C" w:rsidRPr="00B13C4C" w:rsidRDefault="00B13C4C" w:rsidP="00CF1AF5">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Trong các hàm số sau, hàm số nào là hàm số chẳn?</w:t>
      </w:r>
    </w:p>
    <w:p w14:paraId="6330E24D"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lastRenderedPageBreak/>
        <w:t xml:space="preserve">A. </w:t>
      </w:r>
      <w:r w:rsidRPr="00B13C4C">
        <w:rPr>
          <w:rFonts w:ascii="Times New Roman" w:hAnsi="Times New Roman" w:cs="Times New Roman"/>
          <w:position w:val="-24"/>
          <w:sz w:val="24"/>
          <w:szCs w:val="24"/>
        </w:rPr>
        <w:object w:dxaOrig="1040" w:dyaOrig="620" w14:anchorId="6D2049E3">
          <v:shape id="_x0000_i4836" type="#_x0000_t75" style="width:52.2pt;height:31.2pt" o:ole="">
            <v:imagedata r:id="rId6000" o:title=""/>
          </v:shape>
          <o:OLEObject Type="Embed" ProgID="Equation.DSMT4" ShapeID="_x0000_i4836" DrawAspect="Content" ObjectID="_1699838120" r:id="rId6001"/>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1060" w:dyaOrig="620" w14:anchorId="0ABF895F">
          <v:shape id="_x0000_i4837" type="#_x0000_t75" style="width:52.8pt;height:31.2pt" o:ole="">
            <v:imagedata r:id="rId6002" o:title=""/>
          </v:shape>
          <o:OLEObject Type="Embed" ProgID="Equation.DSMT4" ShapeID="_x0000_i4837" DrawAspect="Content" ObjectID="_1699838121" r:id="rId6003"/>
        </w:object>
      </w:r>
      <w:r w:rsidRPr="00B13C4C">
        <w:rPr>
          <w:rFonts w:ascii="Times New Roman" w:hAnsi="Times New Roman" w:cs="Times New Roman"/>
          <w:sz w:val="24"/>
          <w:szCs w:val="24"/>
        </w:rPr>
        <w:t>.</w:t>
      </w:r>
    </w:p>
    <w:p w14:paraId="65669689"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1640" w:dyaOrig="620" w14:anchorId="7105B762">
          <v:shape id="_x0000_i4838" type="#_x0000_t75" style="width:82.2pt;height:31.2pt" o:ole="">
            <v:imagedata r:id="rId6004" o:title=""/>
          </v:shape>
          <o:OLEObject Type="Embed" ProgID="Equation.DSMT4" ShapeID="_x0000_i4838" DrawAspect="Content" ObjectID="_1699838122" r:id="rId600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2659" w:dyaOrig="360" w14:anchorId="03591B73">
          <v:shape id="_x0000_i4839" type="#_x0000_t75" style="width:133.2pt;height:18pt" o:ole="">
            <v:imagedata r:id="rId6006" o:title=""/>
          </v:shape>
          <o:OLEObject Type="Embed" ProgID="Equation.DSMT4" ShapeID="_x0000_i4839" DrawAspect="Content" ObjectID="_1699838123" r:id="rId6007"/>
        </w:object>
      </w:r>
      <w:r w:rsidRPr="00B13C4C">
        <w:rPr>
          <w:rFonts w:ascii="Times New Roman" w:hAnsi="Times New Roman" w:cs="Times New Roman"/>
          <w:sz w:val="24"/>
          <w:szCs w:val="24"/>
        </w:rPr>
        <w:t>.</w:t>
      </w:r>
    </w:p>
    <w:p w14:paraId="2BA9FB8F" w14:textId="77777777" w:rsidR="00B13C4C" w:rsidRPr="00B13C4C" w:rsidRDefault="00B13C4C" w:rsidP="00CF1AF5">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Tìm </w:t>
      </w:r>
      <w:r w:rsidRPr="00B13C4C">
        <w:rPr>
          <w:rFonts w:ascii="Times New Roman" w:hAnsi="Times New Roman" w:cs="Times New Roman"/>
          <w:position w:val="-6"/>
          <w:sz w:val="24"/>
          <w:szCs w:val="24"/>
        </w:rPr>
        <w:object w:dxaOrig="260" w:dyaOrig="220" w14:anchorId="0C7EAD2C">
          <v:shape id="_x0000_i4840" type="#_x0000_t75" style="width:13.2pt;height:10.8pt" o:ole="">
            <v:imagedata r:id="rId6008" o:title=""/>
          </v:shape>
          <o:OLEObject Type="Embed" ProgID="Equation.DSMT4" ShapeID="_x0000_i4840" DrawAspect="Content" ObjectID="_1699838124" r:id="rId6009"/>
        </w:object>
      </w:r>
      <w:r w:rsidRPr="00B13C4C">
        <w:rPr>
          <w:rFonts w:ascii="Times New Roman" w:hAnsi="Times New Roman" w:cs="Times New Roman"/>
          <w:sz w:val="24"/>
          <w:szCs w:val="24"/>
        </w:rPr>
        <w:t xml:space="preserve"> đề hàm số </w:t>
      </w:r>
      <w:r w:rsidRPr="00B13C4C">
        <w:rPr>
          <w:rFonts w:ascii="Times New Roman" w:hAnsi="Times New Roman" w:cs="Times New Roman"/>
          <w:position w:val="-24"/>
          <w:sz w:val="24"/>
          <w:szCs w:val="24"/>
        </w:rPr>
        <w:object w:dxaOrig="1860" w:dyaOrig="680" w14:anchorId="72C632C5">
          <v:shape id="_x0000_i4841" type="#_x0000_t75" style="width:93pt;height:34.2pt" o:ole="">
            <v:imagedata r:id="rId6010" o:title=""/>
          </v:shape>
          <o:OLEObject Type="Embed" ProgID="Equation.DSMT4" ShapeID="_x0000_i4841" DrawAspect="Content" ObjectID="_1699838125" r:id="rId6011"/>
        </w:object>
      </w:r>
      <w:r w:rsidRPr="00B13C4C">
        <w:rPr>
          <w:rFonts w:ascii="Times New Roman" w:hAnsi="Times New Roman" w:cs="Times New Roman"/>
          <w:sz w:val="24"/>
          <w:szCs w:val="24"/>
        </w:rPr>
        <w:t xml:space="preserve"> có tập xác định là </w:t>
      </w:r>
      <w:r w:rsidRPr="00B13C4C">
        <w:rPr>
          <w:rFonts w:ascii="Times New Roman" w:hAnsi="Times New Roman" w:cs="Times New Roman"/>
          <w:position w:val="-4"/>
          <w:sz w:val="24"/>
          <w:szCs w:val="24"/>
        </w:rPr>
        <w:object w:dxaOrig="260" w:dyaOrig="260" w14:anchorId="38969BD7">
          <v:shape id="_x0000_i4842" type="#_x0000_t75" style="width:13.2pt;height:13.2pt" o:ole="">
            <v:imagedata r:id="rId6012" o:title=""/>
          </v:shape>
          <o:OLEObject Type="Embed" ProgID="Equation.DSMT4" ShapeID="_x0000_i4842" DrawAspect="Content" ObjectID="_1699838126" r:id="rId6013"/>
        </w:object>
      </w:r>
      <w:r w:rsidRPr="00B13C4C">
        <w:rPr>
          <w:rFonts w:ascii="Times New Roman" w:hAnsi="Times New Roman" w:cs="Times New Roman"/>
          <w:sz w:val="24"/>
          <w:szCs w:val="24"/>
        </w:rPr>
        <w:t>.</w:t>
      </w:r>
    </w:p>
    <w:p w14:paraId="3324651B" w14:textId="77777777" w:rsidR="00B13C4C" w:rsidRPr="00B13C4C" w:rsidRDefault="00B13C4C" w:rsidP="00CF1AF5">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600" w:dyaOrig="279" w14:anchorId="04E54CB8">
          <v:shape id="_x0000_i4843" type="#_x0000_t75" style="width:30pt;height:13.8pt" o:ole="">
            <v:imagedata r:id="rId6014" o:title=""/>
          </v:shape>
          <o:OLEObject Type="Embed" ProgID="Equation.DSMT4" ShapeID="_x0000_i4843" DrawAspect="Content" ObjectID="_1699838127" r:id="rId601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560" w:dyaOrig="279" w14:anchorId="6BBCD880">
          <v:shape id="_x0000_i4844" type="#_x0000_t75" style="width:28.2pt;height:13.8pt" o:ole="">
            <v:imagedata r:id="rId6016" o:title=""/>
          </v:shape>
          <o:OLEObject Type="Embed" ProgID="Equation.DSMT4" ShapeID="_x0000_i4844" DrawAspect="Content" ObjectID="_1699838128" r:id="rId601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620" w:dyaOrig="279" w14:anchorId="46CAA667">
          <v:shape id="_x0000_i4845" type="#_x0000_t75" style="width:31.2pt;height:13.8pt" o:ole="">
            <v:imagedata r:id="rId6018" o:title=""/>
          </v:shape>
          <o:OLEObject Type="Embed" ProgID="Equation.DSMT4" ShapeID="_x0000_i4845" DrawAspect="Content" ObjectID="_1699838129" r:id="rId6019"/>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600" w:dyaOrig="279" w14:anchorId="675E99A7">
          <v:shape id="_x0000_i4846" type="#_x0000_t75" style="width:30pt;height:13.8pt" o:ole="">
            <v:imagedata r:id="rId6020" o:title=""/>
          </v:shape>
          <o:OLEObject Type="Embed" ProgID="Equation.DSMT4" ShapeID="_x0000_i4846" DrawAspect="Content" ObjectID="_1699838130" r:id="rId6021"/>
        </w:object>
      </w:r>
      <w:r w:rsidRPr="00B13C4C">
        <w:rPr>
          <w:rFonts w:ascii="Times New Roman" w:hAnsi="Times New Roman" w:cs="Times New Roman"/>
          <w:sz w:val="24"/>
          <w:szCs w:val="24"/>
        </w:rPr>
        <w:t>.</w:t>
      </w:r>
    </w:p>
    <w:p w14:paraId="16479394" w14:textId="77777777" w:rsidR="00B13C4C" w:rsidRPr="00B13C4C" w:rsidRDefault="00B13C4C" w:rsidP="00CF1AF5">
      <w:pPr>
        <w:ind w:left="992"/>
        <w:rPr>
          <w:rFonts w:ascii="Times New Roman" w:hAnsi="Times New Roman" w:cs="Times New Roman"/>
          <w:sz w:val="24"/>
          <w:szCs w:val="24"/>
        </w:rPr>
      </w:pPr>
      <w:r w:rsidRPr="00B13C4C">
        <w:rPr>
          <w:rFonts w:ascii="Times New Roman" w:hAnsi="Times New Roman" w:cs="Times New Roman"/>
          <w:b/>
          <w:sz w:val="24"/>
          <w:szCs w:val="24"/>
        </w:rPr>
        <w:t>Phần II: Tự luận</w:t>
      </w:r>
    </w:p>
    <w:p w14:paraId="52F55547" w14:textId="77777777" w:rsidR="00B13C4C" w:rsidRPr="00B13C4C" w:rsidRDefault="00B13C4C" w:rsidP="00CF1AF5">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1: </w:t>
      </w:r>
      <w:r w:rsidRPr="00B13C4C">
        <w:rPr>
          <w:rFonts w:ascii="Times New Roman" w:hAnsi="Times New Roman" w:cs="Times New Roman"/>
          <w:sz w:val="24"/>
          <w:szCs w:val="24"/>
        </w:rPr>
        <w:t xml:space="preserve">Cho hai tập hợp </w:t>
      </w:r>
      <w:r w:rsidRPr="00B13C4C">
        <w:rPr>
          <w:rFonts w:ascii="Times New Roman" w:hAnsi="Times New Roman" w:cs="Times New Roman"/>
          <w:position w:val="-10"/>
          <w:sz w:val="24"/>
          <w:szCs w:val="24"/>
        </w:rPr>
        <w:object w:dxaOrig="4740" w:dyaOrig="320" w14:anchorId="33398C83">
          <v:shape id="_x0000_i4847" type="#_x0000_t75" style="width:237pt;height:16.2pt" o:ole="">
            <v:imagedata r:id="rId6022" o:title=""/>
          </v:shape>
          <o:OLEObject Type="Embed" ProgID="Equation.DSMT4" ShapeID="_x0000_i4847" DrawAspect="Content" ObjectID="_1699838131" r:id="rId6023"/>
        </w:object>
      </w:r>
      <w:r w:rsidRPr="00B13C4C">
        <w:rPr>
          <w:rFonts w:ascii="Times New Roman" w:hAnsi="Times New Roman" w:cs="Times New Roman"/>
          <w:sz w:val="24"/>
          <w:szCs w:val="24"/>
        </w:rPr>
        <w:t xml:space="preserve">. Tìm </w:t>
      </w:r>
      <w:r w:rsidRPr="00B13C4C">
        <w:rPr>
          <w:rFonts w:ascii="Times New Roman" w:hAnsi="Times New Roman" w:cs="Times New Roman"/>
          <w:position w:val="-4"/>
          <w:sz w:val="24"/>
          <w:szCs w:val="24"/>
        </w:rPr>
        <w:object w:dxaOrig="660" w:dyaOrig="260" w14:anchorId="41D04632">
          <v:shape id="_x0000_i4848" type="#_x0000_t75" style="width:33pt;height:13.2pt" o:ole="">
            <v:imagedata r:id="rId6024" o:title=""/>
          </v:shape>
          <o:OLEObject Type="Embed" ProgID="Equation.DSMT4" ShapeID="_x0000_i4848" DrawAspect="Content" ObjectID="_1699838132" r:id="rId6025"/>
        </w:object>
      </w:r>
      <w:r w:rsidRPr="00B13C4C">
        <w:rPr>
          <w:rFonts w:ascii="Times New Roman" w:hAnsi="Times New Roman" w:cs="Times New Roman"/>
          <w:sz w:val="24"/>
          <w:szCs w:val="24"/>
        </w:rPr>
        <w:t xml:space="preserve">, </w:t>
      </w:r>
      <w:r w:rsidRPr="00B13C4C">
        <w:rPr>
          <w:rFonts w:ascii="Times New Roman" w:hAnsi="Times New Roman" w:cs="Times New Roman"/>
          <w:position w:val="-10"/>
          <w:sz w:val="24"/>
          <w:szCs w:val="24"/>
        </w:rPr>
        <w:object w:dxaOrig="1219" w:dyaOrig="320" w14:anchorId="6E21C660">
          <v:shape id="_x0000_i4849" type="#_x0000_t75" style="width:61.2pt;height:16.2pt" o:ole="">
            <v:imagedata r:id="rId6026" o:title=""/>
          </v:shape>
          <o:OLEObject Type="Embed" ProgID="Equation.DSMT4" ShapeID="_x0000_i4849" DrawAspect="Content" ObjectID="_1699838133" r:id="rId6027"/>
        </w:object>
      </w:r>
    </w:p>
    <w:p w14:paraId="28D56DB2" w14:textId="77777777" w:rsidR="00B13C4C" w:rsidRPr="00B13C4C" w:rsidRDefault="00B13C4C" w:rsidP="00CF1AF5">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2: </w:t>
      </w:r>
      <w:r w:rsidRPr="00B13C4C">
        <w:rPr>
          <w:rFonts w:ascii="Times New Roman" w:hAnsi="Times New Roman" w:cs="Times New Roman"/>
          <w:sz w:val="24"/>
          <w:szCs w:val="24"/>
        </w:rPr>
        <w:t xml:space="preserve">Xác định parabol </w:t>
      </w:r>
      <w:r w:rsidRPr="00B13C4C">
        <w:rPr>
          <w:rFonts w:ascii="Times New Roman" w:hAnsi="Times New Roman" w:cs="Times New Roman"/>
          <w:position w:val="-10"/>
          <w:sz w:val="24"/>
          <w:szCs w:val="24"/>
        </w:rPr>
        <w:object w:dxaOrig="2040" w:dyaOrig="360" w14:anchorId="20C44564">
          <v:shape id="_x0000_i4850" type="#_x0000_t75" style="width:102pt;height:18pt" o:ole="">
            <v:imagedata r:id="rId6028" o:title=""/>
          </v:shape>
          <o:OLEObject Type="Embed" ProgID="Equation.DSMT4" ShapeID="_x0000_i4850" DrawAspect="Content" ObjectID="_1699838134" r:id="rId6029"/>
        </w:object>
      </w:r>
      <w:r w:rsidRPr="00B13C4C">
        <w:rPr>
          <w:rFonts w:ascii="Times New Roman" w:hAnsi="Times New Roman" w:cs="Times New Roman"/>
          <w:sz w:val="24"/>
          <w:szCs w:val="24"/>
        </w:rPr>
        <w:t xml:space="preserve"> biết đỉnh của </w:t>
      </w:r>
      <w:r w:rsidRPr="00B13C4C">
        <w:rPr>
          <w:rFonts w:ascii="Times New Roman" w:hAnsi="Times New Roman" w:cs="Times New Roman"/>
          <w:position w:val="-10"/>
          <w:sz w:val="24"/>
          <w:szCs w:val="24"/>
        </w:rPr>
        <w:object w:dxaOrig="400" w:dyaOrig="320" w14:anchorId="24A6D230">
          <v:shape id="_x0000_i4851" type="#_x0000_t75" style="width:19.8pt;height:16.2pt" o:ole="">
            <v:imagedata r:id="rId6030" o:title=""/>
          </v:shape>
          <o:OLEObject Type="Embed" ProgID="Equation.DSMT4" ShapeID="_x0000_i4851" DrawAspect="Content" ObjectID="_1699838135" r:id="rId6031"/>
        </w:object>
      </w:r>
      <w:r w:rsidRPr="00B13C4C">
        <w:rPr>
          <w:rFonts w:ascii="Times New Roman" w:hAnsi="Times New Roman" w:cs="Times New Roman"/>
          <w:sz w:val="24"/>
          <w:szCs w:val="24"/>
        </w:rPr>
        <w:t xml:space="preserve"> có hoành độ bằng 2 và </w:t>
      </w:r>
      <w:r w:rsidRPr="00B13C4C">
        <w:rPr>
          <w:rFonts w:ascii="Times New Roman" w:hAnsi="Times New Roman" w:cs="Times New Roman"/>
          <w:position w:val="-10"/>
          <w:sz w:val="24"/>
          <w:szCs w:val="24"/>
        </w:rPr>
        <w:object w:dxaOrig="400" w:dyaOrig="320" w14:anchorId="2EDA5281">
          <v:shape id="_x0000_i4852" type="#_x0000_t75" style="width:19.8pt;height:16.2pt" o:ole="">
            <v:imagedata r:id="rId6032" o:title=""/>
          </v:shape>
          <o:OLEObject Type="Embed" ProgID="Equation.DSMT4" ShapeID="_x0000_i4852" DrawAspect="Content" ObjectID="_1699838136" r:id="rId6033"/>
        </w:object>
      </w:r>
      <w:r w:rsidRPr="00B13C4C">
        <w:rPr>
          <w:rFonts w:ascii="Times New Roman" w:hAnsi="Times New Roman" w:cs="Times New Roman"/>
          <w:sz w:val="24"/>
          <w:szCs w:val="24"/>
        </w:rPr>
        <w:t xml:space="preserve"> đi qua điểm </w:t>
      </w:r>
      <w:r w:rsidRPr="00B13C4C">
        <w:rPr>
          <w:rFonts w:ascii="Times New Roman" w:hAnsi="Times New Roman" w:cs="Times New Roman"/>
          <w:position w:val="-10"/>
          <w:sz w:val="24"/>
          <w:szCs w:val="24"/>
        </w:rPr>
        <w:object w:dxaOrig="980" w:dyaOrig="320" w14:anchorId="089BFB41">
          <v:shape id="_x0000_i4853" type="#_x0000_t75" style="width:49.2pt;height:16.2pt" o:ole="">
            <v:imagedata r:id="rId6034" o:title=""/>
          </v:shape>
          <o:OLEObject Type="Embed" ProgID="Equation.DSMT4" ShapeID="_x0000_i4853" DrawAspect="Content" ObjectID="_1699838137" r:id="rId6035"/>
        </w:object>
      </w:r>
      <w:r w:rsidRPr="00B13C4C">
        <w:rPr>
          <w:rFonts w:ascii="Times New Roman" w:hAnsi="Times New Roman" w:cs="Times New Roman"/>
          <w:sz w:val="24"/>
          <w:szCs w:val="24"/>
        </w:rPr>
        <w:t>.</w:t>
      </w:r>
    </w:p>
    <w:p w14:paraId="1EDE0488" w14:textId="77777777" w:rsidR="00B13C4C" w:rsidRPr="00B13C4C" w:rsidRDefault="00B13C4C" w:rsidP="00CF1AF5">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3: </w:t>
      </w:r>
      <w:r w:rsidRPr="00B13C4C">
        <w:rPr>
          <w:rFonts w:ascii="Times New Roman" w:hAnsi="Times New Roman" w:cs="Times New Roman"/>
          <w:sz w:val="24"/>
          <w:szCs w:val="24"/>
        </w:rPr>
        <w:t xml:space="preserve">Giải phương trình: </w:t>
      </w:r>
      <w:r w:rsidRPr="00B13C4C">
        <w:rPr>
          <w:rFonts w:ascii="Times New Roman" w:hAnsi="Times New Roman" w:cs="Times New Roman"/>
          <w:position w:val="-8"/>
          <w:sz w:val="24"/>
          <w:szCs w:val="24"/>
        </w:rPr>
        <w:object w:dxaOrig="1540" w:dyaOrig="360" w14:anchorId="63029EAA">
          <v:shape id="_x0000_i4854" type="#_x0000_t75" style="width:76.8pt;height:18pt" o:ole="">
            <v:imagedata r:id="rId6036" o:title=""/>
          </v:shape>
          <o:OLEObject Type="Embed" ProgID="Equation.DSMT4" ShapeID="_x0000_i4854" DrawAspect="Content" ObjectID="_1699838138" r:id="rId6037"/>
        </w:object>
      </w:r>
      <w:r w:rsidRPr="00B13C4C">
        <w:rPr>
          <w:rFonts w:ascii="Times New Roman" w:hAnsi="Times New Roman" w:cs="Times New Roman"/>
          <w:sz w:val="24"/>
          <w:szCs w:val="24"/>
        </w:rPr>
        <w:t>.</w:t>
      </w:r>
    </w:p>
    <w:p w14:paraId="46609818" w14:textId="77777777" w:rsidR="00B13C4C" w:rsidRPr="00B13C4C" w:rsidRDefault="00B13C4C" w:rsidP="00CF1AF5">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4: </w:t>
      </w:r>
      <w:r w:rsidRPr="00B13C4C">
        <w:rPr>
          <w:rFonts w:ascii="Times New Roman" w:hAnsi="Times New Roman" w:cs="Times New Roman"/>
          <w:sz w:val="24"/>
          <w:szCs w:val="24"/>
        </w:rPr>
        <w:t xml:space="preserve">Cho bốn điểm </w:t>
      </w:r>
      <w:r w:rsidRPr="00B13C4C">
        <w:rPr>
          <w:rFonts w:ascii="Times New Roman" w:hAnsi="Times New Roman" w:cs="Times New Roman"/>
          <w:position w:val="-10"/>
          <w:sz w:val="24"/>
          <w:szCs w:val="24"/>
        </w:rPr>
        <w:object w:dxaOrig="1100" w:dyaOrig="320" w14:anchorId="768DC67B">
          <v:shape id="_x0000_i4855" type="#_x0000_t75" style="width:55.2pt;height:16.2pt" o:ole="">
            <v:imagedata r:id="rId6038" o:title=""/>
          </v:shape>
          <o:OLEObject Type="Embed" ProgID="Equation.DSMT4" ShapeID="_x0000_i4855" DrawAspect="Content" ObjectID="_1699838139" r:id="rId6039"/>
        </w:object>
      </w:r>
      <w:r w:rsidRPr="00B13C4C">
        <w:rPr>
          <w:rFonts w:ascii="Times New Roman" w:hAnsi="Times New Roman" w:cs="Times New Roman"/>
          <w:sz w:val="24"/>
          <w:szCs w:val="24"/>
        </w:rPr>
        <w:t xml:space="preserve">. Chứng minh rằng: </w:t>
      </w:r>
      <w:r w:rsidRPr="00B13C4C">
        <w:rPr>
          <w:rFonts w:ascii="Times New Roman" w:hAnsi="Times New Roman" w:cs="Times New Roman"/>
          <w:position w:val="-10"/>
          <w:sz w:val="24"/>
          <w:szCs w:val="24"/>
        </w:rPr>
        <w:object w:dxaOrig="2180" w:dyaOrig="380" w14:anchorId="38045E03">
          <v:shape id="_x0000_i4856" type="#_x0000_t75" style="width:109.2pt;height:19.2pt" o:ole="">
            <v:imagedata r:id="rId6040" o:title=""/>
          </v:shape>
          <o:OLEObject Type="Embed" ProgID="Equation.DSMT4" ShapeID="_x0000_i4856" DrawAspect="Content" ObjectID="_1699838140" r:id="rId6041"/>
        </w:object>
      </w:r>
      <w:r w:rsidRPr="00B13C4C">
        <w:rPr>
          <w:rFonts w:ascii="Times New Roman" w:hAnsi="Times New Roman" w:cs="Times New Roman"/>
          <w:sz w:val="24"/>
          <w:szCs w:val="24"/>
        </w:rPr>
        <w:t>.</w:t>
      </w:r>
    </w:p>
    <w:p w14:paraId="02B79D86" w14:textId="77777777" w:rsidR="00B13C4C" w:rsidRPr="00B13C4C" w:rsidRDefault="00B13C4C" w:rsidP="00CF1AF5">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5: </w:t>
      </w:r>
      <w:r w:rsidRPr="00B13C4C">
        <w:rPr>
          <w:rFonts w:ascii="Times New Roman" w:hAnsi="Times New Roman" w:cs="Times New Roman"/>
          <w:sz w:val="24"/>
          <w:szCs w:val="24"/>
        </w:rPr>
        <w:t xml:space="preserve">Trong mặt phẳng </w:t>
      </w:r>
      <w:r w:rsidRPr="00B13C4C">
        <w:rPr>
          <w:rFonts w:ascii="Times New Roman" w:hAnsi="Times New Roman" w:cs="Times New Roman"/>
          <w:position w:val="-10"/>
          <w:sz w:val="24"/>
          <w:szCs w:val="24"/>
        </w:rPr>
        <w:object w:dxaOrig="460" w:dyaOrig="320" w14:anchorId="1A976059">
          <v:shape id="_x0000_i4857" type="#_x0000_t75" style="width:22.8pt;height:16.2pt" o:ole="">
            <v:imagedata r:id="rId6042" o:title=""/>
          </v:shape>
          <o:OLEObject Type="Embed" ProgID="Equation.DSMT4" ShapeID="_x0000_i4857" DrawAspect="Content" ObjectID="_1699838141" r:id="rId6043"/>
        </w:object>
      </w:r>
      <w:r w:rsidRPr="00B13C4C">
        <w:rPr>
          <w:rFonts w:ascii="Times New Roman" w:hAnsi="Times New Roman" w:cs="Times New Roman"/>
          <w:sz w:val="24"/>
          <w:szCs w:val="24"/>
        </w:rPr>
        <w:t xml:space="preserve">, cho ba điểm </w:t>
      </w:r>
      <w:r w:rsidRPr="00B13C4C">
        <w:rPr>
          <w:rFonts w:ascii="Times New Roman" w:hAnsi="Times New Roman" w:cs="Times New Roman"/>
          <w:position w:val="-10"/>
          <w:sz w:val="24"/>
          <w:szCs w:val="24"/>
        </w:rPr>
        <w:object w:dxaOrig="2680" w:dyaOrig="320" w14:anchorId="3C580635">
          <v:shape id="_x0000_i4858" type="#_x0000_t75" style="width:133.8pt;height:16.2pt" o:ole="">
            <v:imagedata r:id="rId6044" o:title=""/>
          </v:shape>
          <o:OLEObject Type="Embed" ProgID="Equation.DSMT4" ShapeID="_x0000_i4858" DrawAspect="Content" ObjectID="_1699838142" r:id="rId6045"/>
        </w:object>
      </w:r>
      <w:r w:rsidRPr="00B13C4C">
        <w:rPr>
          <w:rFonts w:ascii="Times New Roman" w:hAnsi="Times New Roman" w:cs="Times New Roman"/>
          <w:sz w:val="24"/>
          <w:szCs w:val="24"/>
        </w:rPr>
        <w:t xml:space="preserve">. Tìm tọa độ của điểm </w:t>
      </w:r>
      <w:r w:rsidRPr="00B13C4C">
        <w:rPr>
          <w:rFonts w:ascii="Times New Roman" w:hAnsi="Times New Roman" w:cs="Times New Roman"/>
          <w:position w:val="-4"/>
          <w:sz w:val="24"/>
          <w:szCs w:val="24"/>
        </w:rPr>
        <w:object w:dxaOrig="240" w:dyaOrig="260" w14:anchorId="17F2EADC">
          <v:shape id="_x0000_i4859" type="#_x0000_t75" style="width:12pt;height:13.2pt" o:ole="">
            <v:imagedata r:id="rId6046" o:title=""/>
          </v:shape>
          <o:OLEObject Type="Embed" ProgID="Equation.DSMT4" ShapeID="_x0000_i4859" DrawAspect="Content" ObjectID="_1699838143" r:id="rId6047"/>
        </w:object>
      </w:r>
      <w:r w:rsidRPr="00B13C4C">
        <w:rPr>
          <w:rFonts w:ascii="Times New Roman" w:hAnsi="Times New Roman" w:cs="Times New Roman"/>
          <w:sz w:val="24"/>
          <w:szCs w:val="24"/>
        </w:rPr>
        <w:t xml:space="preserve"> trên trục </w:t>
      </w:r>
      <w:r w:rsidRPr="00B13C4C">
        <w:rPr>
          <w:rFonts w:ascii="Times New Roman" w:hAnsi="Times New Roman" w:cs="Times New Roman"/>
          <w:position w:val="-6"/>
          <w:sz w:val="24"/>
          <w:szCs w:val="24"/>
        </w:rPr>
        <w:object w:dxaOrig="360" w:dyaOrig="279" w14:anchorId="5D28B7F6">
          <v:shape id="_x0000_i4860" type="#_x0000_t75" style="width:18pt;height:13.8pt" o:ole="">
            <v:imagedata r:id="rId6048" o:title=""/>
          </v:shape>
          <o:OLEObject Type="Embed" ProgID="Equation.DSMT4" ShapeID="_x0000_i4860" DrawAspect="Content" ObjectID="_1699838144" r:id="rId6049"/>
        </w:object>
      </w:r>
      <w:r w:rsidRPr="00B13C4C">
        <w:rPr>
          <w:rFonts w:ascii="Times New Roman" w:hAnsi="Times New Roman" w:cs="Times New Roman"/>
          <w:sz w:val="24"/>
          <w:szCs w:val="24"/>
        </w:rPr>
        <w:t xml:space="preserve"> sao cho </w:t>
      </w:r>
      <w:r w:rsidRPr="00B13C4C">
        <w:rPr>
          <w:rFonts w:ascii="Times New Roman" w:hAnsi="Times New Roman" w:cs="Times New Roman"/>
          <w:position w:val="-10"/>
          <w:sz w:val="24"/>
          <w:szCs w:val="24"/>
        </w:rPr>
        <w:object w:dxaOrig="1700" w:dyaOrig="380" w14:anchorId="7E26417D">
          <v:shape id="_x0000_i4861" type="#_x0000_t75" style="width:85.2pt;height:19.2pt" o:ole="">
            <v:imagedata r:id="rId6050" o:title=""/>
          </v:shape>
          <o:OLEObject Type="Embed" ProgID="Equation.DSMT4" ShapeID="_x0000_i4861" DrawAspect="Content" ObjectID="_1699838145" r:id="rId6051"/>
        </w:object>
      </w:r>
      <w:r w:rsidRPr="00B13C4C">
        <w:rPr>
          <w:rFonts w:ascii="Times New Roman" w:hAnsi="Times New Roman" w:cs="Times New Roman"/>
          <w:sz w:val="24"/>
          <w:szCs w:val="24"/>
        </w:rPr>
        <w:t xml:space="preserve"> nhỏ nhất.</w:t>
      </w:r>
    </w:p>
    <w:p w14:paraId="5922D81F" w14:textId="77777777" w:rsidR="00B13C4C" w:rsidRPr="00B13C4C" w:rsidRDefault="00B13C4C" w:rsidP="00CF1AF5">
      <w:pPr>
        <w:ind w:left="992" w:hanging="992"/>
        <w:jc w:val="center"/>
        <w:rPr>
          <w:rFonts w:ascii="Times New Roman" w:hAnsi="Times New Roman" w:cs="Times New Roman"/>
          <w:b/>
          <w:sz w:val="24"/>
          <w:szCs w:val="24"/>
        </w:rPr>
      </w:pPr>
      <w:r w:rsidRPr="00B13C4C">
        <w:rPr>
          <w:rFonts w:ascii="Times New Roman" w:hAnsi="Times New Roman" w:cs="Times New Roman"/>
          <w:b/>
          <w:sz w:val="24"/>
          <w:szCs w:val="24"/>
        </w:rPr>
        <w:t>BẢNG ĐÁP ÁN</w:t>
      </w:r>
    </w:p>
    <w:tbl>
      <w:tblPr>
        <w:tblStyle w:val="TableGrid"/>
        <w:tblW w:w="0" w:type="auto"/>
        <w:tblInd w:w="992" w:type="dxa"/>
        <w:tblLook w:val="04A0" w:firstRow="1" w:lastRow="0" w:firstColumn="1" w:lastColumn="0" w:noHBand="0" w:noVBand="1"/>
      </w:tblPr>
      <w:tblGrid>
        <w:gridCol w:w="510"/>
        <w:gridCol w:w="510"/>
        <w:gridCol w:w="511"/>
        <w:gridCol w:w="511"/>
        <w:gridCol w:w="511"/>
        <w:gridCol w:w="511"/>
        <w:gridCol w:w="511"/>
        <w:gridCol w:w="511"/>
        <w:gridCol w:w="511"/>
        <w:gridCol w:w="511"/>
        <w:gridCol w:w="512"/>
        <w:gridCol w:w="512"/>
        <w:gridCol w:w="512"/>
        <w:gridCol w:w="512"/>
        <w:gridCol w:w="512"/>
        <w:gridCol w:w="512"/>
        <w:gridCol w:w="512"/>
        <w:gridCol w:w="512"/>
      </w:tblGrid>
      <w:tr w:rsidR="00B13C4C" w:rsidRPr="00B13C4C" w14:paraId="703DC347" w14:textId="77777777" w:rsidTr="00B13C4C">
        <w:tc>
          <w:tcPr>
            <w:tcW w:w="566" w:type="dxa"/>
            <w:shd w:val="clear" w:color="auto" w:fill="FFFF32"/>
          </w:tcPr>
          <w:p w14:paraId="6DBC8D9A" w14:textId="7D8C2496"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w:t>
            </w:r>
          </w:p>
        </w:tc>
        <w:tc>
          <w:tcPr>
            <w:tcW w:w="566" w:type="dxa"/>
            <w:shd w:val="clear" w:color="auto" w:fill="FFFF32"/>
          </w:tcPr>
          <w:p w14:paraId="75913385" w14:textId="04649A9D"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w:t>
            </w:r>
          </w:p>
        </w:tc>
        <w:tc>
          <w:tcPr>
            <w:tcW w:w="566" w:type="dxa"/>
            <w:shd w:val="clear" w:color="auto" w:fill="FFFF32"/>
          </w:tcPr>
          <w:p w14:paraId="5E7268C8" w14:textId="228C1FED"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w:t>
            </w:r>
          </w:p>
        </w:tc>
        <w:tc>
          <w:tcPr>
            <w:tcW w:w="566" w:type="dxa"/>
            <w:shd w:val="clear" w:color="auto" w:fill="FFFF32"/>
          </w:tcPr>
          <w:p w14:paraId="662A970C" w14:textId="74B184FC"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4</w:t>
            </w:r>
          </w:p>
        </w:tc>
        <w:tc>
          <w:tcPr>
            <w:tcW w:w="566" w:type="dxa"/>
            <w:shd w:val="clear" w:color="auto" w:fill="FFFF32"/>
          </w:tcPr>
          <w:p w14:paraId="0AF191C3" w14:textId="5947B919"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5</w:t>
            </w:r>
          </w:p>
        </w:tc>
        <w:tc>
          <w:tcPr>
            <w:tcW w:w="566" w:type="dxa"/>
            <w:shd w:val="clear" w:color="auto" w:fill="FFFF32"/>
          </w:tcPr>
          <w:p w14:paraId="7071969E" w14:textId="2F94D02C"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6</w:t>
            </w:r>
          </w:p>
        </w:tc>
        <w:tc>
          <w:tcPr>
            <w:tcW w:w="566" w:type="dxa"/>
            <w:shd w:val="clear" w:color="auto" w:fill="FFFF32"/>
          </w:tcPr>
          <w:p w14:paraId="50AC0EC1" w14:textId="7B02E486"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7</w:t>
            </w:r>
          </w:p>
        </w:tc>
        <w:tc>
          <w:tcPr>
            <w:tcW w:w="566" w:type="dxa"/>
            <w:shd w:val="clear" w:color="auto" w:fill="FFFF32"/>
          </w:tcPr>
          <w:p w14:paraId="73BED68E" w14:textId="3905DFE4"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8</w:t>
            </w:r>
          </w:p>
        </w:tc>
        <w:tc>
          <w:tcPr>
            <w:tcW w:w="566" w:type="dxa"/>
            <w:shd w:val="clear" w:color="auto" w:fill="FFFF32"/>
          </w:tcPr>
          <w:p w14:paraId="7B39FA9F" w14:textId="316B075E"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9</w:t>
            </w:r>
          </w:p>
        </w:tc>
        <w:tc>
          <w:tcPr>
            <w:tcW w:w="566" w:type="dxa"/>
            <w:shd w:val="clear" w:color="auto" w:fill="FFFF32"/>
          </w:tcPr>
          <w:p w14:paraId="7A509B79" w14:textId="72067D4F"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10</w:t>
            </w:r>
          </w:p>
        </w:tc>
        <w:tc>
          <w:tcPr>
            <w:tcW w:w="567" w:type="dxa"/>
            <w:shd w:val="clear" w:color="auto" w:fill="FFFF32"/>
          </w:tcPr>
          <w:p w14:paraId="01695896" w14:textId="7E022992"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11</w:t>
            </w:r>
          </w:p>
        </w:tc>
        <w:tc>
          <w:tcPr>
            <w:tcW w:w="567" w:type="dxa"/>
            <w:shd w:val="clear" w:color="auto" w:fill="FFFF32"/>
          </w:tcPr>
          <w:p w14:paraId="41782E0F" w14:textId="3401B934"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12</w:t>
            </w:r>
          </w:p>
        </w:tc>
        <w:tc>
          <w:tcPr>
            <w:tcW w:w="567" w:type="dxa"/>
            <w:shd w:val="clear" w:color="auto" w:fill="FFFF32"/>
          </w:tcPr>
          <w:p w14:paraId="3A8BDECD" w14:textId="412AE0C6"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13</w:t>
            </w:r>
          </w:p>
        </w:tc>
        <w:tc>
          <w:tcPr>
            <w:tcW w:w="567" w:type="dxa"/>
            <w:shd w:val="clear" w:color="auto" w:fill="FFFF32"/>
          </w:tcPr>
          <w:p w14:paraId="22EF2C40" w14:textId="24FDE073"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14</w:t>
            </w:r>
          </w:p>
        </w:tc>
        <w:tc>
          <w:tcPr>
            <w:tcW w:w="567" w:type="dxa"/>
            <w:shd w:val="clear" w:color="auto" w:fill="FFFF32"/>
          </w:tcPr>
          <w:p w14:paraId="4C815B8E" w14:textId="3A98716C"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15</w:t>
            </w:r>
          </w:p>
        </w:tc>
        <w:tc>
          <w:tcPr>
            <w:tcW w:w="567" w:type="dxa"/>
            <w:shd w:val="clear" w:color="auto" w:fill="FFFF32"/>
          </w:tcPr>
          <w:p w14:paraId="19A23B4B" w14:textId="05440751"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16</w:t>
            </w:r>
          </w:p>
        </w:tc>
        <w:tc>
          <w:tcPr>
            <w:tcW w:w="567" w:type="dxa"/>
            <w:shd w:val="clear" w:color="auto" w:fill="FFFF32"/>
          </w:tcPr>
          <w:p w14:paraId="7FC96484" w14:textId="1DD9620E"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17</w:t>
            </w:r>
          </w:p>
        </w:tc>
        <w:tc>
          <w:tcPr>
            <w:tcW w:w="567" w:type="dxa"/>
            <w:shd w:val="clear" w:color="auto" w:fill="FFFF32"/>
          </w:tcPr>
          <w:p w14:paraId="6C22059A" w14:textId="37936C55"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18</w:t>
            </w:r>
          </w:p>
        </w:tc>
      </w:tr>
      <w:tr w:rsidR="00B13C4C" w:rsidRPr="00B13C4C" w14:paraId="5D5E3B0B" w14:textId="77777777" w:rsidTr="00B13C4C">
        <w:tc>
          <w:tcPr>
            <w:tcW w:w="566" w:type="dxa"/>
            <w:tcBorders>
              <w:bottom w:val="single" w:sz="4" w:space="0" w:color="auto"/>
            </w:tcBorders>
          </w:tcPr>
          <w:p w14:paraId="0C796F03" w14:textId="34E3C48D"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Borders>
              <w:bottom w:val="single" w:sz="4" w:space="0" w:color="auto"/>
            </w:tcBorders>
          </w:tcPr>
          <w:p w14:paraId="29A46F14" w14:textId="20F81AC2"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Borders>
              <w:bottom w:val="single" w:sz="4" w:space="0" w:color="auto"/>
            </w:tcBorders>
          </w:tcPr>
          <w:p w14:paraId="24461375" w14:textId="69274D88"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Borders>
              <w:bottom w:val="single" w:sz="4" w:space="0" w:color="auto"/>
            </w:tcBorders>
          </w:tcPr>
          <w:p w14:paraId="2F652408" w14:textId="23D63812"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Borders>
              <w:bottom w:val="single" w:sz="4" w:space="0" w:color="auto"/>
            </w:tcBorders>
          </w:tcPr>
          <w:p w14:paraId="5624070B" w14:textId="6C31BFF6"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Borders>
              <w:bottom w:val="single" w:sz="4" w:space="0" w:color="auto"/>
            </w:tcBorders>
          </w:tcPr>
          <w:p w14:paraId="3F2F1D6B" w14:textId="4B9E2DC3"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Borders>
              <w:bottom w:val="single" w:sz="4" w:space="0" w:color="auto"/>
            </w:tcBorders>
          </w:tcPr>
          <w:p w14:paraId="0D886558" w14:textId="0E4E732D"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Borders>
              <w:bottom w:val="single" w:sz="4" w:space="0" w:color="auto"/>
            </w:tcBorders>
          </w:tcPr>
          <w:p w14:paraId="44A4A1C8" w14:textId="72A536F3"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Borders>
              <w:bottom w:val="single" w:sz="4" w:space="0" w:color="auto"/>
            </w:tcBorders>
          </w:tcPr>
          <w:p w14:paraId="7ADF5410" w14:textId="4739EB8F"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Borders>
              <w:bottom w:val="single" w:sz="4" w:space="0" w:color="auto"/>
            </w:tcBorders>
          </w:tcPr>
          <w:p w14:paraId="64A8E4EB" w14:textId="140E9A5A"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Borders>
              <w:bottom w:val="single" w:sz="4" w:space="0" w:color="auto"/>
            </w:tcBorders>
          </w:tcPr>
          <w:p w14:paraId="3E62F5FF" w14:textId="0F443A8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7" w:type="dxa"/>
            <w:tcBorders>
              <w:bottom w:val="single" w:sz="4" w:space="0" w:color="auto"/>
            </w:tcBorders>
          </w:tcPr>
          <w:p w14:paraId="7583FD51" w14:textId="4785F9A0"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7" w:type="dxa"/>
            <w:tcBorders>
              <w:bottom w:val="single" w:sz="4" w:space="0" w:color="auto"/>
            </w:tcBorders>
          </w:tcPr>
          <w:p w14:paraId="639A09C7" w14:textId="79C64BE2"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Borders>
              <w:bottom w:val="single" w:sz="4" w:space="0" w:color="auto"/>
            </w:tcBorders>
          </w:tcPr>
          <w:p w14:paraId="27761327" w14:textId="475A185C"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Borders>
              <w:bottom w:val="single" w:sz="4" w:space="0" w:color="auto"/>
            </w:tcBorders>
          </w:tcPr>
          <w:p w14:paraId="77C97C4E" w14:textId="6665539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Borders>
              <w:bottom w:val="single" w:sz="4" w:space="0" w:color="auto"/>
            </w:tcBorders>
          </w:tcPr>
          <w:p w14:paraId="07B2C4EF" w14:textId="5845B834"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7" w:type="dxa"/>
            <w:tcBorders>
              <w:bottom w:val="single" w:sz="4" w:space="0" w:color="auto"/>
            </w:tcBorders>
          </w:tcPr>
          <w:p w14:paraId="7039BD64" w14:textId="05B87AA3"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Borders>
              <w:bottom w:val="single" w:sz="4" w:space="0" w:color="auto"/>
            </w:tcBorders>
          </w:tcPr>
          <w:p w14:paraId="7223AAD9" w14:textId="1145673B"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r>
      <w:tr w:rsidR="00B13C4C" w:rsidRPr="00B13C4C" w14:paraId="4C8C409F" w14:textId="77777777" w:rsidTr="00B13C4C">
        <w:tc>
          <w:tcPr>
            <w:tcW w:w="566" w:type="dxa"/>
            <w:shd w:val="clear" w:color="auto" w:fill="FFFF32"/>
          </w:tcPr>
          <w:p w14:paraId="030C0AB6" w14:textId="2DAFCA07"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19</w:t>
            </w:r>
          </w:p>
        </w:tc>
        <w:tc>
          <w:tcPr>
            <w:tcW w:w="566" w:type="dxa"/>
            <w:shd w:val="clear" w:color="auto" w:fill="FFFF32"/>
          </w:tcPr>
          <w:p w14:paraId="0003A94F" w14:textId="4BE63D84"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20</w:t>
            </w:r>
          </w:p>
        </w:tc>
        <w:tc>
          <w:tcPr>
            <w:tcW w:w="566" w:type="dxa"/>
            <w:shd w:val="clear" w:color="auto" w:fill="FFFF32"/>
          </w:tcPr>
          <w:p w14:paraId="2782F03A" w14:textId="5AD2DC06"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21</w:t>
            </w:r>
          </w:p>
        </w:tc>
        <w:tc>
          <w:tcPr>
            <w:tcW w:w="566" w:type="dxa"/>
            <w:shd w:val="clear" w:color="auto" w:fill="FFFF32"/>
          </w:tcPr>
          <w:p w14:paraId="6546B834" w14:textId="664FC1AC"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22</w:t>
            </w:r>
          </w:p>
        </w:tc>
        <w:tc>
          <w:tcPr>
            <w:tcW w:w="566" w:type="dxa"/>
            <w:shd w:val="clear" w:color="auto" w:fill="FFFF32"/>
          </w:tcPr>
          <w:p w14:paraId="65159BD3" w14:textId="1CC5C81E"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23</w:t>
            </w:r>
          </w:p>
        </w:tc>
        <w:tc>
          <w:tcPr>
            <w:tcW w:w="566" w:type="dxa"/>
            <w:shd w:val="clear" w:color="auto" w:fill="FFFF32"/>
          </w:tcPr>
          <w:p w14:paraId="0907CDF0" w14:textId="6A9AD833"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24</w:t>
            </w:r>
          </w:p>
        </w:tc>
        <w:tc>
          <w:tcPr>
            <w:tcW w:w="566" w:type="dxa"/>
            <w:shd w:val="clear" w:color="auto" w:fill="FFFF32"/>
          </w:tcPr>
          <w:p w14:paraId="0B743354" w14:textId="51650A4C"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25</w:t>
            </w:r>
          </w:p>
        </w:tc>
        <w:tc>
          <w:tcPr>
            <w:tcW w:w="566" w:type="dxa"/>
            <w:shd w:val="clear" w:color="auto" w:fill="FFFF32"/>
          </w:tcPr>
          <w:p w14:paraId="03E1C768" w14:textId="2C48E36C"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26</w:t>
            </w:r>
          </w:p>
        </w:tc>
        <w:tc>
          <w:tcPr>
            <w:tcW w:w="566" w:type="dxa"/>
            <w:shd w:val="clear" w:color="auto" w:fill="FFFF32"/>
          </w:tcPr>
          <w:p w14:paraId="07AB8281" w14:textId="03496999"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27</w:t>
            </w:r>
          </w:p>
        </w:tc>
        <w:tc>
          <w:tcPr>
            <w:tcW w:w="566" w:type="dxa"/>
            <w:shd w:val="clear" w:color="auto" w:fill="FFFF32"/>
          </w:tcPr>
          <w:p w14:paraId="59BA384C" w14:textId="3264D160"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28</w:t>
            </w:r>
          </w:p>
        </w:tc>
        <w:tc>
          <w:tcPr>
            <w:tcW w:w="567" w:type="dxa"/>
            <w:shd w:val="clear" w:color="auto" w:fill="FFFF32"/>
          </w:tcPr>
          <w:p w14:paraId="580EA69B" w14:textId="60C10B98"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29</w:t>
            </w:r>
          </w:p>
        </w:tc>
        <w:tc>
          <w:tcPr>
            <w:tcW w:w="567" w:type="dxa"/>
            <w:shd w:val="clear" w:color="auto" w:fill="FFFF32"/>
          </w:tcPr>
          <w:p w14:paraId="451A70D5" w14:textId="68E6AE24"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30</w:t>
            </w:r>
          </w:p>
        </w:tc>
        <w:tc>
          <w:tcPr>
            <w:tcW w:w="567" w:type="dxa"/>
            <w:shd w:val="clear" w:color="auto" w:fill="FFFF32"/>
          </w:tcPr>
          <w:p w14:paraId="22678421" w14:textId="74B398CE"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31</w:t>
            </w:r>
          </w:p>
        </w:tc>
        <w:tc>
          <w:tcPr>
            <w:tcW w:w="567" w:type="dxa"/>
            <w:shd w:val="clear" w:color="auto" w:fill="FFFF32"/>
          </w:tcPr>
          <w:p w14:paraId="7844BD47" w14:textId="28FA0F19"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32</w:t>
            </w:r>
          </w:p>
        </w:tc>
        <w:tc>
          <w:tcPr>
            <w:tcW w:w="567" w:type="dxa"/>
            <w:shd w:val="clear" w:color="auto" w:fill="FFFF32"/>
          </w:tcPr>
          <w:p w14:paraId="001E3E17" w14:textId="1C21FA17"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33</w:t>
            </w:r>
          </w:p>
        </w:tc>
        <w:tc>
          <w:tcPr>
            <w:tcW w:w="567" w:type="dxa"/>
            <w:shd w:val="clear" w:color="auto" w:fill="FFFF32"/>
          </w:tcPr>
          <w:p w14:paraId="23409E0C" w14:textId="5E840D2F"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34</w:t>
            </w:r>
          </w:p>
        </w:tc>
        <w:tc>
          <w:tcPr>
            <w:tcW w:w="567" w:type="dxa"/>
            <w:shd w:val="clear" w:color="auto" w:fill="FFFF32"/>
          </w:tcPr>
          <w:p w14:paraId="00FBF3DA" w14:textId="0AFAB332"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35</w:t>
            </w:r>
          </w:p>
        </w:tc>
        <w:tc>
          <w:tcPr>
            <w:tcW w:w="567" w:type="dxa"/>
            <w:shd w:val="clear" w:color="auto" w:fill="FFFF32"/>
          </w:tcPr>
          <w:p w14:paraId="5CC6AA9D" w14:textId="4EB946F3"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36</w:t>
            </w:r>
          </w:p>
        </w:tc>
      </w:tr>
      <w:tr w:rsidR="00B13C4C" w:rsidRPr="00B13C4C" w14:paraId="6A0283EE" w14:textId="77777777" w:rsidTr="00B13C4C">
        <w:tc>
          <w:tcPr>
            <w:tcW w:w="566" w:type="dxa"/>
          </w:tcPr>
          <w:p w14:paraId="3B97F52B" w14:textId="2E95F5C3"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Pr>
          <w:p w14:paraId="4FA5518E" w14:textId="4A01FD93"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Pr>
          <w:p w14:paraId="143693BF" w14:textId="4969D209"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Pr>
          <w:p w14:paraId="0CCED417" w14:textId="7BAB70B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Pr>
          <w:p w14:paraId="75AB37B1" w14:textId="7B11222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Pr>
          <w:p w14:paraId="44846A20" w14:textId="5B5933F9"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Pr>
          <w:p w14:paraId="26E82BF6" w14:textId="082BBBA4"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Pr>
          <w:p w14:paraId="33EB4A25" w14:textId="10CA3070"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Pr>
          <w:p w14:paraId="648835BF" w14:textId="37B0F275"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Pr>
          <w:p w14:paraId="5882C517" w14:textId="1A524E12"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7" w:type="dxa"/>
          </w:tcPr>
          <w:p w14:paraId="2BCFE1FE" w14:textId="6289BAAA"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Pr>
          <w:p w14:paraId="611D908F" w14:textId="58CAF974"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Pr>
          <w:p w14:paraId="463F9C22" w14:textId="7DD0ADFB"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Pr>
          <w:p w14:paraId="1155AA8F" w14:textId="49AF640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7" w:type="dxa"/>
          </w:tcPr>
          <w:p w14:paraId="1E7CDA23" w14:textId="689D4578"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7" w:type="dxa"/>
          </w:tcPr>
          <w:p w14:paraId="36C92E4F" w14:textId="747F0021"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Pr>
          <w:p w14:paraId="5F024C03" w14:textId="4734F5A3"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Pr>
          <w:p w14:paraId="762AFB95" w14:textId="77777777" w:rsidR="00B13C4C" w:rsidRPr="00B13C4C" w:rsidRDefault="00B13C4C" w:rsidP="00B13C4C">
            <w:pPr>
              <w:ind w:left="-57" w:right="-57"/>
              <w:jc w:val="center"/>
              <w:rPr>
                <w:rFonts w:ascii="Times New Roman" w:hAnsi="Times New Roman" w:cs="Times New Roman"/>
                <w:b/>
                <w:color w:val="0000FF"/>
                <w:sz w:val="24"/>
                <w:szCs w:val="24"/>
              </w:rPr>
            </w:pPr>
          </w:p>
        </w:tc>
      </w:tr>
    </w:tbl>
    <w:p w14:paraId="39E3AE80" w14:textId="77777777" w:rsidR="00B13C4C" w:rsidRPr="00B13C4C" w:rsidRDefault="00B13C4C" w:rsidP="0068543C">
      <w:pPr>
        <w:ind w:left="992"/>
        <w:jc w:val="center"/>
        <w:rPr>
          <w:rFonts w:ascii="Times New Roman" w:hAnsi="Times New Roman" w:cs="Times New Roman"/>
          <w:b/>
          <w:sz w:val="24"/>
          <w:szCs w:val="24"/>
        </w:rPr>
      </w:pPr>
      <w:r w:rsidRPr="00B13C4C">
        <w:rPr>
          <w:rFonts w:ascii="Times New Roman" w:hAnsi="Times New Roman" w:cs="Times New Roman"/>
          <w:b/>
          <w:sz w:val="24"/>
          <w:szCs w:val="24"/>
        </w:rPr>
        <w:t>ĐỀ 15-15</w:t>
      </w:r>
    </w:p>
    <w:p w14:paraId="6EAA2D1A" w14:textId="77777777" w:rsidR="00B13C4C" w:rsidRPr="00B13C4C" w:rsidRDefault="00B13C4C" w:rsidP="0068543C">
      <w:pPr>
        <w:ind w:left="992"/>
        <w:rPr>
          <w:rFonts w:ascii="Times New Roman" w:hAnsi="Times New Roman" w:cs="Times New Roman"/>
          <w:sz w:val="24"/>
          <w:szCs w:val="24"/>
        </w:rPr>
      </w:pPr>
      <w:r w:rsidRPr="00B13C4C">
        <w:rPr>
          <w:rFonts w:ascii="Times New Roman" w:hAnsi="Times New Roman" w:cs="Times New Roman"/>
          <w:b/>
          <w:sz w:val="24"/>
          <w:szCs w:val="24"/>
        </w:rPr>
        <w:t>Phần I: Trắc nghiệm</w:t>
      </w:r>
    </w:p>
    <w:p w14:paraId="11913F07" w14:textId="77777777" w:rsidR="00B13C4C" w:rsidRPr="00B13C4C" w:rsidRDefault="00B13C4C" w:rsidP="0068543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phương trình </w:t>
      </w:r>
      <w:r w:rsidRPr="00B13C4C">
        <w:rPr>
          <w:rFonts w:ascii="Times New Roman" w:hAnsi="Times New Roman" w:cs="Times New Roman"/>
          <w:position w:val="-10"/>
          <w:sz w:val="24"/>
          <w:szCs w:val="24"/>
        </w:rPr>
        <w:object w:dxaOrig="3100" w:dyaOrig="360" w14:anchorId="64C05006">
          <v:shape id="_x0000_i4862" type="#_x0000_t75" style="width:154.8pt;height:18pt" o:ole="">
            <v:imagedata r:id="rId6052" o:title=""/>
          </v:shape>
          <o:OLEObject Type="Embed" ProgID="Equation.DSMT4" ShapeID="_x0000_i4862" DrawAspect="Content" ObjectID="_1699838146" r:id="rId6053"/>
        </w:object>
      </w:r>
      <w:r w:rsidRPr="00B13C4C">
        <w:rPr>
          <w:rFonts w:ascii="Times New Roman" w:hAnsi="Times New Roman" w:cs="Times New Roman"/>
          <w:sz w:val="24"/>
          <w:szCs w:val="24"/>
        </w:rPr>
        <w:t xml:space="preserve"> (1). Có bao nhiêu giá trị nguyên của tham số </w:t>
      </w:r>
      <w:r w:rsidRPr="00B13C4C">
        <w:rPr>
          <w:rFonts w:ascii="Times New Roman" w:hAnsi="Times New Roman" w:cs="Times New Roman"/>
          <w:position w:val="-6"/>
          <w:sz w:val="24"/>
          <w:szCs w:val="24"/>
        </w:rPr>
        <w:object w:dxaOrig="260" w:dyaOrig="220" w14:anchorId="40CAE812">
          <v:shape id="_x0000_i4863" type="#_x0000_t75" style="width:13.2pt;height:10.8pt" o:ole="">
            <v:imagedata r:id="rId6054" o:title=""/>
          </v:shape>
          <o:OLEObject Type="Embed" ProgID="Equation.DSMT4" ShapeID="_x0000_i4863" DrawAspect="Content" ObjectID="_1699838147" r:id="rId6055"/>
        </w:object>
      </w:r>
      <w:r w:rsidRPr="00B13C4C">
        <w:rPr>
          <w:rFonts w:ascii="Times New Roman" w:hAnsi="Times New Roman" w:cs="Times New Roman"/>
          <w:sz w:val="24"/>
          <w:szCs w:val="24"/>
        </w:rPr>
        <w:t xml:space="preserve"> để phương trình (1) vô nghiệm?</w:t>
      </w:r>
    </w:p>
    <w:p w14:paraId="0C2B9755"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7.</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6.</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4.</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5.</w:t>
      </w:r>
    </w:p>
    <w:p w14:paraId="7F595CA9" w14:textId="77777777" w:rsidR="00B13C4C" w:rsidRPr="00B13C4C" w:rsidRDefault="00B13C4C" w:rsidP="0068543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hàm số </w:t>
      </w:r>
      <w:r w:rsidRPr="00B13C4C">
        <w:rPr>
          <w:rFonts w:ascii="Times New Roman" w:hAnsi="Times New Roman" w:cs="Times New Roman"/>
          <w:position w:val="-10"/>
          <w:sz w:val="24"/>
          <w:szCs w:val="24"/>
        </w:rPr>
        <w:object w:dxaOrig="1540" w:dyaOrig="360" w14:anchorId="4335D7FA">
          <v:shape id="_x0000_i4864" type="#_x0000_t75" style="width:76.8pt;height:18pt" o:ole="">
            <v:imagedata r:id="rId6056" o:title=""/>
          </v:shape>
          <o:OLEObject Type="Embed" ProgID="Equation.DSMT4" ShapeID="_x0000_i4864" DrawAspect="Content" ObjectID="_1699838148" r:id="rId6057"/>
        </w:object>
      </w:r>
      <w:r w:rsidRPr="00B13C4C">
        <w:rPr>
          <w:rFonts w:ascii="Times New Roman" w:hAnsi="Times New Roman" w:cs="Times New Roman"/>
          <w:sz w:val="24"/>
          <w:szCs w:val="24"/>
        </w:rPr>
        <w:t xml:space="preserve"> có đồ thị là parabol trong hình vẽ bên. Khẳng định nào sau đây là đúng?</w:t>
      </w:r>
    </w:p>
    <w:p w14:paraId="2244B5DC" w14:textId="77777777" w:rsidR="00B13C4C" w:rsidRPr="00B13C4C" w:rsidRDefault="00B13C4C" w:rsidP="0068543C">
      <w:pPr>
        <w:ind w:left="992" w:hanging="992"/>
        <w:jc w:val="center"/>
        <w:rPr>
          <w:rFonts w:ascii="Times New Roman" w:hAnsi="Times New Roman" w:cs="Times New Roman"/>
          <w:sz w:val="24"/>
          <w:szCs w:val="24"/>
        </w:rPr>
      </w:pPr>
      <w:r w:rsidRPr="00B13C4C">
        <w:rPr>
          <w:rFonts w:ascii="Times New Roman" w:hAnsi="Times New Roman" w:cs="Times New Roman"/>
          <w:noProof/>
          <w:sz w:val="24"/>
          <w:szCs w:val="24"/>
        </w:rPr>
        <w:drawing>
          <wp:inline distT="0" distB="0" distL="0" distR="0" wp14:anchorId="7DF59B42" wp14:editId="525237AC">
            <wp:extent cx="1379220" cy="1256074"/>
            <wp:effectExtent l="0" t="0" r="0" b="127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58"/>
                    <a:stretch>
                      <a:fillRect/>
                    </a:stretch>
                  </pic:blipFill>
                  <pic:spPr>
                    <a:xfrm>
                      <a:off x="0" y="0"/>
                      <a:ext cx="1390199" cy="1266072"/>
                    </a:xfrm>
                    <a:prstGeom prst="rect">
                      <a:avLst/>
                    </a:prstGeom>
                  </pic:spPr>
                </pic:pic>
              </a:graphicData>
            </a:graphic>
          </wp:inline>
        </w:drawing>
      </w:r>
    </w:p>
    <w:p w14:paraId="41017324"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660" w:dyaOrig="320" w14:anchorId="03AB58B5">
          <v:shape id="_x0000_i4865" type="#_x0000_t75" style="width:82.8pt;height:16.2pt" o:ole="">
            <v:imagedata r:id="rId6059" o:title=""/>
          </v:shape>
          <o:OLEObject Type="Embed" ProgID="Equation.DSMT4" ShapeID="_x0000_i4865" DrawAspect="Content" ObjectID="_1699838149" r:id="rId606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660" w:dyaOrig="320" w14:anchorId="5F76C4C9">
          <v:shape id="_x0000_i4866" type="#_x0000_t75" style="width:82.8pt;height:16.2pt" o:ole="">
            <v:imagedata r:id="rId6061" o:title=""/>
          </v:shape>
          <o:OLEObject Type="Embed" ProgID="Equation.DSMT4" ShapeID="_x0000_i4866" DrawAspect="Content" ObjectID="_1699838150" r:id="rId6062"/>
        </w:object>
      </w:r>
      <w:r w:rsidRPr="00B13C4C">
        <w:rPr>
          <w:rFonts w:ascii="Times New Roman" w:hAnsi="Times New Roman" w:cs="Times New Roman"/>
          <w:sz w:val="24"/>
          <w:szCs w:val="24"/>
        </w:rPr>
        <w:t>.</w:t>
      </w:r>
    </w:p>
    <w:p w14:paraId="6FAB0B16"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660" w:dyaOrig="320" w14:anchorId="6A68333A">
          <v:shape id="_x0000_i4867" type="#_x0000_t75" style="width:82.8pt;height:16.2pt" o:ole="">
            <v:imagedata r:id="rId6063" o:title=""/>
          </v:shape>
          <o:OLEObject Type="Embed" ProgID="Equation.DSMT4" ShapeID="_x0000_i4867" DrawAspect="Content" ObjectID="_1699838151" r:id="rId606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660" w:dyaOrig="320" w14:anchorId="3A821A9A">
          <v:shape id="_x0000_i4868" type="#_x0000_t75" style="width:82.8pt;height:16.2pt" o:ole="">
            <v:imagedata r:id="rId6065" o:title=""/>
          </v:shape>
          <o:OLEObject Type="Embed" ProgID="Equation.DSMT4" ShapeID="_x0000_i4868" DrawAspect="Content" ObjectID="_1699838152" r:id="rId6066"/>
        </w:object>
      </w:r>
      <w:r w:rsidRPr="00B13C4C">
        <w:rPr>
          <w:rFonts w:ascii="Times New Roman" w:hAnsi="Times New Roman" w:cs="Times New Roman"/>
          <w:sz w:val="24"/>
          <w:szCs w:val="24"/>
        </w:rPr>
        <w:t>.</w:t>
      </w:r>
    </w:p>
    <w:p w14:paraId="0FD5311F" w14:textId="77777777" w:rsidR="00B13C4C" w:rsidRPr="00B13C4C" w:rsidRDefault="00B13C4C" w:rsidP="0068543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2 véctor </w:t>
      </w:r>
      <w:r w:rsidRPr="00B13C4C">
        <w:rPr>
          <w:rFonts w:ascii="Times New Roman" w:hAnsi="Times New Roman" w:cs="Times New Roman"/>
          <w:position w:val="-10"/>
          <w:sz w:val="24"/>
          <w:szCs w:val="24"/>
        </w:rPr>
        <w:object w:dxaOrig="2320" w:dyaOrig="360" w14:anchorId="2C435A51">
          <v:shape id="_x0000_i4869" type="#_x0000_t75" style="width:115.8pt;height:18pt" o:ole="">
            <v:imagedata r:id="rId6067" o:title=""/>
          </v:shape>
          <o:OLEObject Type="Embed" ProgID="Equation.DSMT4" ShapeID="_x0000_i4869" DrawAspect="Content" ObjectID="_1699838153" r:id="rId6068"/>
        </w:object>
      </w:r>
      <w:r w:rsidRPr="00B13C4C">
        <w:rPr>
          <w:rFonts w:ascii="Times New Roman" w:hAnsi="Times New Roman" w:cs="Times New Roman"/>
          <w:sz w:val="24"/>
          <w:szCs w:val="24"/>
        </w:rPr>
        <w:t xml:space="preserve"> và </w:t>
      </w:r>
      <w:r w:rsidRPr="00B13C4C">
        <w:rPr>
          <w:rFonts w:ascii="Times New Roman" w:hAnsi="Times New Roman" w:cs="Times New Roman"/>
          <w:position w:val="-10"/>
          <w:sz w:val="24"/>
          <w:szCs w:val="24"/>
        </w:rPr>
        <w:object w:dxaOrig="1140" w:dyaOrig="360" w14:anchorId="2EEC9D22">
          <v:shape id="_x0000_i4870" type="#_x0000_t75" style="width:57pt;height:18pt" o:ole="">
            <v:imagedata r:id="rId6069" o:title=""/>
          </v:shape>
          <o:OLEObject Type="Embed" ProgID="Equation.DSMT4" ShapeID="_x0000_i4870" DrawAspect="Content" ObjectID="_1699838154" r:id="rId6070"/>
        </w:object>
      </w:r>
      <w:r w:rsidRPr="00B13C4C">
        <w:rPr>
          <w:rFonts w:ascii="Times New Roman" w:hAnsi="Times New Roman" w:cs="Times New Roman"/>
          <w:sz w:val="24"/>
          <w:szCs w:val="24"/>
        </w:rPr>
        <w:t xml:space="preserve">. Tìm </w:t>
      </w:r>
      <w:r w:rsidRPr="00B13C4C">
        <w:rPr>
          <w:rFonts w:ascii="Times New Roman" w:hAnsi="Times New Roman" w:cs="Times New Roman"/>
          <w:position w:val="-6"/>
          <w:sz w:val="24"/>
          <w:szCs w:val="24"/>
        </w:rPr>
        <w:object w:dxaOrig="260" w:dyaOrig="220" w14:anchorId="4654F4AC">
          <v:shape id="_x0000_i4871" type="#_x0000_t75" style="width:13.2pt;height:10.8pt" o:ole="">
            <v:imagedata r:id="rId6071" o:title=""/>
          </v:shape>
          <o:OLEObject Type="Embed" ProgID="Equation.DSMT4" ShapeID="_x0000_i4871" DrawAspect="Content" ObjectID="_1699838155" r:id="rId6072"/>
        </w:object>
      </w:r>
      <w:r w:rsidRPr="00B13C4C">
        <w:rPr>
          <w:rFonts w:ascii="Times New Roman" w:hAnsi="Times New Roman" w:cs="Times New Roman"/>
          <w:sz w:val="24"/>
          <w:szCs w:val="24"/>
        </w:rPr>
        <w:t xml:space="preserve"> đề hai véctơ cùng phương.</w:t>
      </w:r>
    </w:p>
    <w:p w14:paraId="00CA3BEC"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639" w:dyaOrig="620" w14:anchorId="443B43B9">
          <v:shape id="_x0000_i4872" type="#_x0000_t75" style="width:31.8pt;height:31.2pt" o:ole="">
            <v:imagedata r:id="rId6073" o:title=""/>
          </v:shape>
          <o:OLEObject Type="Embed" ProgID="Equation.DSMT4" ShapeID="_x0000_i4872" DrawAspect="Content" ObjectID="_1699838156" r:id="rId607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720" w:dyaOrig="620" w14:anchorId="30A1F6DC">
          <v:shape id="_x0000_i4873" type="#_x0000_t75" style="width:36pt;height:31.2pt" o:ole="">
            <v:imagedata r:id="rId6075" o:title=""/>
          </v:shape>
          <o:OLEObject Type="Embed" ProgID="Equation.DSMT4" ShapeID="_x0000_i4873" DrawAspect="Content" ObjectID="_1699838157" r:id="rId607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639" w:dyaOrig="620" w14:anchorId="508829EA">
          <v:shape id="_x0000_i4874" type="#_x0000_t75" style="width:31.8pt;height:31.2pt" o:ole="">
            <v:imagedata r:id="rId6077" o:title=""/>
          </v:shape>
          <o:OLEObject Type="Embed" ProgID="Equation.DSMT4" ShapeID="_x0000_i4874" DrawAspect="Content" ObjectID="_1699838158" r:id="rId607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639" w:dyaOrig="620" w14:anchorId="12BCE79A">
          <v:shape id="_x0000_i4875" type="#_x0000_t75" style="width:31.8pt;height:31.2pt" o:ole="">
            <v:imagedata r:id="rId6079" o:title=""/>
          </v:shape>
          <o:OLEObject Type="Embed" ProgID="Equation.DSMT4" ShapeID="_x0000_i4875" DrawAspect="Content" ObjectID="_1699838159" r:id="rId6080"/>
        </w:object>
      </w:r>
      <w:r w:rsidRPr="00B13C4C">
        <w:rPr>
          <w:rFonts w:ascii="Times New Roman" w:hAnsi="Times New Roman" w:cs="Times New Roman"/>
          <w:sz w:val="24"/>
          <w:szCs w:val="24"/>
        </w:rPr>
        <w:t>.</w:t>
      </w:r>
    </w:p>
    <w:p w14:paraId="69696F0D" w14:textId="77777777" w:rsidR="00B13C4C" w:rsidRPr="00B13C4C" w:rsidRDefault="00B13C4C" w:rsidP="0068543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hai véc to </w:t>
      </w:r>
      <w:r w:rsidRPr="00B13C4C">
        <w:rPr>
          <w:rFonts w:ascii="Times New Roman" w:hAnsi="Times New Roman" w:cs="Times New Roman"/>
          <w:position w:val="-6"/>
          <w:sz w:val="24"/>
          <w:szCs w:val="24"/>
        </w:rPr>
        <w:object w:dxaOrig="200" w:dyaOrig="279" w14:anchorId="740DC081">
          <v:shape id="_x0000_i4876" type="#_x0000_t75" style="width:10.2pt;height:13.8pt" o:ole="">
            <v:imagedata r:id="rId6081" o:title=""/>
          </v:shape>
          <o:OLEObject Type="Embed" ProgID="Equation.DSMT4" ShapeID="_x0000_i4876" DrawAspect="Content" ObjectID="_1699838160" r:id="rId6082"/>
        </w:object>
      </w:r>
      <w:r w:rsidRPr="00B13C4C">
        <w:rPr>
          <w:rFonts w:ascii="Times New Roman" w:hAnsi="Times New Roman" w:cs="Times New Roman"/>
          <w:sz w:val="24"/>
          <w:szCs w:val="24"/>
        </w:rPr>
        <w:t xml:space="preserve"> và </w:t>
      </w:r>
      <w:r w:rsidRPr="00B13C4C">
        <w:rPr>
          <w:rFonts w:ascii="Times New Roman" w:hAnsi="Times New Roman" w:cs="Times New Roman"/>
          <w:position w:val="-6"/>
          <w:sz w:val="24"/>
          <w:szCs w:val="24"/>
        </w:rPr>
        <w:object w:dxaOrig="220" w:dyaOrig="340" w14:anchorId="4E9F1298">
          <v:shape id="_x0000_i4877" type="#_x0000_t75" style="width:10.8pt;height:16.8pt" o:ole="">
            <v:imagedata r:id="rId6083" o:title=""/>
          </v:shape>
          <o:OLEObject Type="Embed" ProgID="Equation.DSMT4" ShapeID="_x0000_i4877" DrawAspect="Content" ObjectID="_1699838161" r:id="rId6084"/>
        </w:object>
      </w:r>
      <w:r w:rsidRPr="00B13C4C">
        <w:rPr>
          <w:rFonts w:ascii="Times New Roman" w:hAnsi="Times New Roman" w:cs="Times New Roman"/>
          <w:sz w:val="24"/>
          <w:szCs w:val="24"/>
        </w:rPr>
        <w:t>. Đẳng thức nào sau đây sai?</w:t>
      </w:r>
    </w:p>
    <w:p w14:paraId="0CD626E9"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lastRenderedPageBreak/>
        <w:t xml:space="preserve">A. </w:t>
      </w:r>
      <w:r w:rsidRPr="00B13C4C">
        <w:rPr>
          <w:rFonts w:ascii="Times New Roman" w:hAnsi="Times New Roman" w:cs="Times New Roman"/>
          <w:position w:val="-10"/>
          <w:sz w:val="24"/>
          <w:szCs w:val="24"/>
        </w:rPr>
        <w:object w:dxaOrig="2340" w:dyaOrig="380" w14:anchorId="47992344">
          <v:shape id="_x0000_i4878" type="#_x0000_t75" style="width:117pt;height:19.2pt" o:ole="">
            <v:imagedata r:id="rId6085" o:title=""/>
          </v:shape>
          <o:OLEObject Type="Embed" ProgID="Equation.DSMT4" ShapeID="_x0000_i4878" DrawAspect="Content" ObjectID="_1699838162" r:id="rId608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3080" w:dyaOrig="620" w14:anchorId="58EABD92">
          <v:shape id="_x0000_i4879" type="#_x0000_t75" style="width:154.2pt;height:31.2pt" o:ole="">
            <v:imagedata r:id="rId6087" o:title=""/>
          </v:shape>
          <o:OLEObject Type="Embed" ProgID="Equation.DSMT4" ShapeID="_x0000_i4879" DrawAspect="Content" ObjectID="_1699838163" r:id="rId6088"/>
        </w:object>
      </w:r>
      <w:r w:rsidRPr="00B13C4C">
        <w:rPr>
          <w:rFonts w:ascii="Times New Roman" w:hAnsi="Times New Roman" w:cs="Times New Roman"/>
          <w:sz w:val="24"/>
          <w:szCs w:val="24"/>
        </w:rPr>
        <w:t>.</w:t>
      </w:r>
    </w:p>
    <w:p w14:paraId="0E9F67C7" w14:textId="6A7CFAED"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540" w:dyaOrig="380" w14:anchorId="40776A06">
          <v:shape id="_x0000_i4880" type="#_x0000_t75" style="width:76.8pt;height:19.2pt" o:ole="">
            <v:imagedata r:id="rId6089" o:title=""/>
          </v:shape>
          <o:OLEObject Type="Embed" ProgID="Equation.DSMT4" ShapeID="_x0000_i4880" DrawAspect="Content" ObjectID="_1699838164" r:id="rId609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3080" w:dyaOrig="620" w14:anchorId="402B35CE">
          <v:shape id="_x0000_i4881" type="#_x0000_t75" style="width:154.2pt;height:31.2pt" o:ole="">
            <v:imagedata r:id="rId6091" o:title=""/>
          </v:shape>
          <o:OLEObject Type="Embed" ProgID="Equation.DSMT4" ShapeID="_x0000_i4881" DrawAspect="Content" ObjectID="_1699838165" r:id="rId6092"/>
        </w:object>
      </w:r>
      <w:r w:rsidRPr="00B13C4C">
        <w:rPr>
          <w:rFonts w:ascii="Times New Roman" w:hAnsi="Times New Roman" w:cs="Times New Roman"/>
          <w:sz w:val="24"/>
          <w:szCs w:val="24"/>
        </w:rPr>
        <w:t>.</w:t>
      </w:r>
    </w:p>
    <w:p w14:paraId="145CFA70" w14:textId="77777777" w:rsidR="00B13C4C" w:rsidRPr="00B13C4C" w:rsidRDefault="00B13C4C" w:rsidP="0068543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mệnh đề </w:t>
      </w:r>
      <w:r w:rsidRPr="00B13C4C">
        <w:rPr>
          <w:rFonts w:ascii="Times New Roman" w:hAnsi="Times New Roman" w:cs="Times New Roman"/>
          <w:position w:val="-6"/>
          <w:sz w:val="24"/>
          <w:szCs w:val="24"/>
        </w:rPr>
        <w:object w:dxaOrig="320" w:dyaOrig="279" w14:anchorId="54BC0091">
          <v:shape id="_x0000_i4882" type="#_x0000_t75" style="width:16.2pt;height:13.8pt" o:ole="">
            <v:imagedata r:id="rId6093" o:title=""/>
          </v:shape>
          <o:OLEObject Type="Embed" ProgID="Equation.DSMT4" ShapeID="_x0000_i4882" DrawAspect="Content" ObjectID="_1699838166" r:id="rId6094"/>
        </w:object>
      </w:r>
      <w:r w:rsidRPr="00B13C4C">
        <w:rPr>
          <w:rFonts w:ascii="Times New Roman" w:hAnsi="Times New Roman" w:cs="Times New Roman"/>
          <w:sz w:val="24"/>
          <w:szCs w:val="24"/>
        </w:rPr>
        <w:t xml:space="preserve"> " </w:t>
      </w:r>
      <w:r w:rsidRPr="00B13C4C">
        <w:rPr>
          <w:rFonts w:ascii="Times New Roman" w:hAnsi="Times New Roman" w:cs="Times New Roman"/>
          <w:position w:val="-10"/>
          <w:sz w:val="24"/>
          <w:szCs w:val="24"/>
        </w:rPr>
        <w:object w:dxaOrig="2079" w:dyaOrig="360" w14:anchorId="4B6EA79F">
          <v:shape id="_x0000_i4883" type="#_x0000_t75" style="width:103.8pt;height:18pt" o:ole="">
            <v:imagedata r:id="rId6095" o:title=""/>
          </v:shape>
          <o:OLEObject Type="Embed" ProgID="Equation.DSMT4" ShapeID="_x0000_i4883" DrawAspect="Content" ObjectID="_1699838167" r:id="rId6096"/>
        </w:object>
      </w:r>
      <w:r w:rsidRPr="00B13C4C">
        <w:rPr>
          <w:rFonts w:ascii="Times New Roman" w:hAnsi="Times New Roman" w:cs="Times New Roman"/>
          <w:sz w:val="24"/>
          <w:szCs w:val="24"/>
        </w:rPr>
        <w:t xml:space="preserve"> ". Mệnh đề phủ định của </w:t>
      </w:r>
      <w:r w:rsidRPr="00B13C4C">
        <w:rPr>
          <w:rFonts w:ascii="Times New Roman" w:hAnsi="Times New Roman" w:cs="Times New Roman"/>
          <w:position w:val="-4"/>
          <w:sz w:val="24"/>
          <w:szCs w:val="24"/>
        </w:rPr>
        <w:object w:dxaOrig="240" w:dyaOrig="260" w14:anchorId="6F215CA5">
          <v:shape id="_x0000_i4884" type="#_x0000_t75" style="width:12pt;height:13.2pt" o:ole="">
            <v:imagedata r:id="rId6097" o:title=""/>
          </v:shape>
          <o:OLEObject Type="Embed" ProgID="Equation.DSMT4" ShapeID="_x0000_i4884" DrawAspect="Content" ObjectID="_1699838168" r:id="rId6098"/>
        </w:object>
      </w:r>
      <w:r w:rsidRPr="00B13C4C">
        <w:rPr>
          <w:rFonts w:ascii="Times New Roman" w:hAnsi="Times New Roman" w:cs="Times New Roman"/>
          <w:sz w:val="24"/>
          <w:szCs w:val="24"/>
        </w:rPr>
        <w:t xml:space="preserve"> là:</w:t>
      </w:r>
    </w:p>
    <w:p w14:paraId="4E00568E"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2060" w:dyaOrig="360" w14:anchorId="6DEC16A2">
          <v:shape id="_x0000_i4885" type="#_x0000_t75" style="width:103.2pt;height:18pt" o:ole="">
            <v:imagedata r:id="rId6099" o:title=""/>
          </v:shape>
          <o:OLEObject Type="Embed" ProgID="Equation.DSMT4" ShapeID="_x0000_i4885" DrawAspect="Content" ObjectID="_1699838169" r:id="rId610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2100" w:dyaOrig="360" w14:anchorId="152D25E3">
          <v:shape id="_x0000_i4886" type="#_x0000_t75" style="width:105pt;height:18pt" o:ole="">
            <v:imagedata r:id="rId6101" o:title=""/>
          </v:shape>
          <o:OLEObject Type="Embed" ProgID="Equation.DSMT4" ShapeID="_x0000_i4886" DrawAspect="Content" ObjectID="_1699838170" r:id="rId6102"/>
        </w:object>
      </w:r>
      <w:r w:rsidRPr="00B13C4C">
        <w:rPr>
          <w:rFonts w:ascii="Times New Roman" w:hAnsi="Times New Roman" w:cs="Times New Roman"/>
          <w:sz w:val="24"/>
          <w:szCs w:val="24"/>
        </w:rPr>
        <w:t>.</w:t>
      </w:r>
    </w:p>
    <w:p w14:paraId="7E056471"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2060" w:dyaOrig="360" w14:anchorId="001331A3">
          <v:shape id="_x0000_i4887" type="#_x0000_t75" style="width:103.2pt;height:18pt" o:ole="">
            <v:imagedata r:id="rId6103" o:title=""/>
          </v:shape>
          <o:OLEObject Type="Embed" ProgID="Equation.DSMT4" ShapeID="_x0000_i4887" DrawAspect="Content" ObjectID="_1699838171" r:id="rId610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 xml:space="preserve">Không tồn tại </w:t>
      </w:r>
      <w:r w:rsidRPr="00B13C4C">
        <w:rPr>
          <w:rFonts w:ascii="Times New Roman" w:hAnsi="Times New Roman" w:cs="Times New Roman"/>
          <w:position w:val="-6"/>
          <w:sz w:val="24"/>
          <w:szCs w:val="24"/>
        </w:rPr>
        <w:object w:dxaOrig="1579" w:dyaOrig="320" w14:anchorId="7B63E838">
          <v:shape id="_x0000_i4888" type="#_x0000_t75" style="width:79.2pt;height:16.2pt" o:ole="">
            <v:imagedata r:id="rId6105" o:title=""/>
          </v:shape>
          <o:OLEObject Type="Embed" ProgID="Equation.DSMT4" ShapeID="_x0000_i4888" DrawAspect="Content" ObjectID="_1699838172" r:id="rId6106"/>
        </w:object>
      </w:r>
      <w:r w:rsidRPr="00B13C4C">
        <w:rPr>
          <w:rFonts w:ascii="Times New Roman" w:hAnsi="Times New Roman" w:cs="Times New Roman"/>
          <w:sz w:val="24"/>
          <w:szCs w:val="24"/>
        </w:rPr>
        <w:t>.</w:t>
      </w:r>
    </w:p>
    <w:p w14:paraId="2FEB419B" w14:textId="77777777" w:rsidR="00B13C4C" w:rsidRPr="00B13C4C" w:rsidRDefault="00B13C4C" w:rsidP="0068543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Số nghiệm của phương trình </w:t>
      </w:r>
      <w:r w:rsidRPr="00B13C4C">
        <w:rPr>
          <w:rFonts w:ascii="Times New Roman" w:hAnsi="Times New Roman" w:cs="Times New Roman"/>
          <w:position w:val="-8"/>
          <w:sz w:val="24"/>
          <w:szCs w:val="24"/>
        </w:rPr>
        <w:object w:dxaOrig="3240" w:dyaOrig="400" w14:anchorId="42D09A6A">
          <v:shape id="_x0000_i4889" type="#_x0000_t75" style="width:162pt;height:19.8pt" o:ole="">
            <v:imagedata r:id="rId6107" o:title=""/>
          </v:shape>
          <o:OLEObject Type="Embed" ProgID="Equation.DSMT4" ShapeID="_x0000_i4889" DrawAspect="Content" ObjectID="_1699838173" r:id="rId6108"/>
        </w:object>
      </w:r>
      <w:r w:rsidRPr="00B13C4C">
        <w:rPr>
          <w:rFonts w:ascii="Times New Roman" w:hAnsi="Times New Roman" w:cs="Times New Roman"/>
          <w:sz w:val="24"/>
          <w:szCs w:val="24"/>
        </w:rPr>
        <w:t xml:space="preserve"> là.</w:t>
      </w:r>
    </w:p>
    <w:p w14:paraId="6F40A934"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4.</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1.</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180" w:dyaOrig="279" w14:anchorId="57C0B58A">
          <v:shape id="_x0000_i4890" type="#_x0000_t75" style="width:9pt;height:13.8pt" o:ole="">
            <v:imagedata r:id="rId6109" o:title=""/>
          </v:shape>
          <o:OLEObject Type="Embed" ProgID="Equation.DSMT4" ShapeID="_x0000_i4890" DrawAspect="Content" ObjectID="_1699838174" r:id="rId611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2.</w:t>
      </w:r>
    </w:p>
    <w:p w14:paraId="1EA81E30" w14:textId="77777777" w:rsidR="00B13C4C" w:rsidRPr="00B13C4C" w:rsidRDefault="00B13C4C" w:rsidP="0068543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Số các tập hợp con có 3 phần tử có chứa </w:t>
      </w:r>
      <w:r w:rsidRPr="00B13C4C">
        <w:rPr>
          <w:rFonts w:ascii="Times New Roman" w:hAnsi="Times New Roman" w:cs="Times New Roman"/>
          <w:position w:val="-10"/>
          <w:sz w:val="24"/>
          <w:szCs w:val="24"/>
        </w:rPr>
        <w:object w:dxaOrig="400" w:dyaOrig="320" w14:anchorId="17015197">
          <v:shape id="_x0000_i4891" type="#_x0000_t75" style="width:19.8pt;height:16.2pt" o:ole="">
            <v:imagedata r:id="rId6111" o:title=""/>
          </v:shape>
          <o:OLEObject Type="Embed" ProgID="Equation.DSMT4" ShapeID="_x0000_i4891" DrawAspect="Content" ObjectID="_1699838175" r:id="rId6112"/>
        </w:object>
      </w:r>
      <w:r w:rsidRPr="00B13C4C">
        <w:rPr>
          <w:rFonts w:ascii="Times New Roman" w:hAnsi="Times New Roman" w:cs="Times New Roman"/>
          <w:sz w:val="24"/>
          <w:szCs w:val="24"/>
        </w:rPr>
        <w:t xml:space="preserve"> của tập hợp </w:t>
      </w:r>
      <w:r w:rsidRPr="00B13C4C">
        <w:rPr>
          <w:rFonts w:ascii="Times New Roman" w:hAnsi="Times New Roman" w:cs="Times New Roman"/>
          <w:position w:val="-10"/>
          <w:sz w:val="24"/>
          <w:szCs w:val="24"/>
        </w:rPr>
        <w:object w:dxaOrig="2100" w:dyaOrig="320" w14:anchorId="28A3DB42">
          <v:shape id="_x0000_i4892" type="#_x0000_t75" style="width:105pt;height:16.2pt" o:ole="">
            <v:imagedata r:id="rId6113" o:title=""/>
          </v:shape>
          <o:OLEObject Type="Embed" ProgID="Equation.DSMT4" ShapeID="_x0000_i4892" DrawAspect="Content" ObjectID="_1699838176" r:id="rId6114"/>
        </w:object>
      </w:r>
      <w:r w:rsidRPr="00B13C4C">
        <w:rPr>
          <w:rFonts w:ascii="Times New Roman" w:hAnsi="Times New Roman" w:cs="Times New Roman"/>
          <w:sz w:val="24"/>
          <w:szCs w:val="24"/>
        </w:rPr>
        <w:t xml:space="preserve"> là:</w:t>
      </w:r>
    </w:p>
    <w:p w14:paraId="329AD94D"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7.</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5.</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180" w:dyaOrig="279" w14:anchorId="311F3ECE">
          <v:shape id="_x0000_i4893" type="#_x0000_t75" style="width:9pt;height:13.8pt" o:ole="">
            <v:imagedata r:id="rId6115" o:title=""/>
          </v:shape>
          <o:OLEObject Type="Embed" ProgID="Equation.DSMT4" ShapeID="_x0000_i4893" DrawAspect="Content" ObjectID="_1699838177" r:id="rId611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6.</w:t>
      </w:r>
    </w:p>
    <w:p w14:paraId="798F2BD9" w14:textId="77777777" w:rsidR="00B13C4C" w:rsidRPr="00B13C4C" w:rsidRDefault="00B13C4C" w:rsidP="0068543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Tập xác định </w:t>
      </w:r>
      <w:r w:rsidRPr="00B13C4C">
        <w:rPr>
          <w:rFonts w:ascii="Times New Roman" w:hAnsi="Times New Roman" w:cs="Times New Roman"/>
          <w:position w:val="-4"/>
          <w:sz w:val="24"/>
          <w:szCs w:val="24"/>
        </w:rPr>
        <w:object w:dxaOrig="260" w:dyaOrig="260" w14:anchorId="16B937C9">
          <v:shape id="_x0000_i4894" type="#_x0000_t75" style="width:13.2pt;height:13.2pt" o:ole="">
            <v:imagedata r:id="rId6117" o:title=""/>
          </v:shape>
          <o:OLEObject Type="Embed" ProgID="Equation.DSMT4" ShapeID="_x0000_i4894" DrawAspect="Content" ObjectID="_1699838178" r:id="rId6118"/>
        </w:object>
      </w:r>
      <w:r w:rsidRPr="00B13C4C">
        <w:rPr>
          <w:rFonts w:ascii="Times New Roman" w:hAnsi="Times New Roman" w:cs="Times New Roman"/>
          <w:sz w:val="24"/>
          <w:szCs w:val="24"/>
        </w:rPr>
        <w:t xml:space="preserve"> của hàm số </w:t>
      </w:r>
      <w:r w:rsidRPr="00B13C4C">
        <w:rPr>
          <w:rFonts w:ascii="Times New Roman" w:hAnsi="Times New Roman" w:cs="Times New Roman"/>
          <w:position w:val="-30"/>
          <w:sz w:val="24"/>
          <w:szCs w:val="24"/>
        </w:rPr>
        <w:object w:dxaOrig="1760" w:dyaOrig="680" w14:anchorId="5A9DD06B">
          <v:shape id="_x0000_i4895" type="#_x0000_t75" style="width:88.2pt;height:34.2pt" o:ole="">
            <v:imagedata r:id="rId6119" o:title=""/>
          </v:shape>
          <o:OLEObject Type="Embed" ProgID="Equation.DSMT4" ShapeID="_x0000_i4895" DrawAspect="Content" ObjectID="_1699838179" r:id="rId6120"/>
        </w:object>
      </w:r>
      <w:r w:rsidRPr="00B13C4C">
        <w:rPr>
          <w:rFonts w:ascii="Times New Roman" w:hAnsi="Times New Roman" w:cs="Times New Roman"/>
          <w:sz w:val="24"/>
          <w:szCs w:val="24"/>
        </w:rPr>
        <w:t xml:space="preserve"> là</w:t>
      </w:r>
    </w:p>
    <w:p w14:paraId="04920B9D"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140" w:dyaOrig="320" w14:anchorId="73516DC3">
          <v:shape id="_x0000_i4896" type="#_x0000_t75" style="width:57pt;height:16.2pt" o:ole="">
            <v:imagedata r:id="rId6121" o:title=""/>
          </v:shape>
          <o:OLEObject Type="Embed" ProgID="Equation.DSMT4" ShapeID="_x0000_i4896" DrawAspect="Content" ObjectID="_1699838180" r:id="rId612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820" w:dyaOrig="320" w14:anchorId="15ECCA54">
          <v:shape id="_x0000_i4897" type="#_x0000_t75" style="width:91.2pt;height:16.2pt" o:ole="">
            <v:imagedata r:id="rId6123" o:title=""/>
          </v:shape>
          <o:OLEObject Type="Embed" ProgID="Equation.DSMT4" ShapeID="_x0000_i4897" DrawAspect="Content" ObjectID="_1699838181" r:id="rId6124"/>
        </w:object>
      </w:r>
      <w:r w:rsidRPr="00B13C4C">
        <w:rPr>
          <w:rFonts w:ascii="Times New Roman" w:hAnsi="Times New Roman" w:cs="Times New Roman"/>
          <w:sz w:val="24"/>
          <w:szCs w:val="24"/>
        </w:rPr>
        <w:t>.</w:t>
      </w:r>
    </w:p>
    <w:p w14:paraId="71D4292C"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760" w:dyaOrig="320" w14:anchorId="381AAEFD">
          <v:shape id="_x0000_i4898" type="#_x0000_t75" style="width:88.2pt;height:16.2pt" o:ole="">
            <v:imagedata r:id="rId6125" o:title=""/>
          </v:shape>
          <o:OLEObject Type="Embed" ProgID="Equation.DSMT4" ShapeID="_x0000_i4898" DrawAspect="Content" ObjectID="_1699838182" r:id="rId612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700" w:dyaOrig="279" w14:anchorId="72B7FBC5">
          <v:shape id="_x0000_i4899" type="#_x0000_t75" style="width:34.8pt;height:13.8pt" o:ole="">
            <v:imagedata r:id="rId6127" o:title=""/>
          </v:shape>
          <o:OLEObject Type="Embed" ProgID="Equation.DSMT4" ShapeID="_x0000_i4899" DrawAspect="Content" ObjectID="_1699838183" r:id="rId6128"/>
        </w:object>
      </w:r>
      <w:r w:rsidRPr="00B13C4C">
        <w:rPr>
          <w:rFonts w:ascii="Times New Roman" w:hAnsi="Times New Roman" w:cs="Times New Roman"/>
          <w:sz w:val="24"/>
          <w:szCs w:val="24"/>
        </w:rPr>
        <w:t>.</w:t>
      </w:r>
    </w:p>
    <w:p w14:paraId="733C8474" w14:textId="77777777" w:rsidR="00B13C4C" w:rsidRPr="00B13C4C" w:rsidRDefault="00B13C4C" w:rsidP="0068543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Hình vẽ nào sau đây (phần không bị gạch) minh họa cho tập hợp </w:t>
      </w:r>
      <w:r w:rsidRPr="00B13C4C">
        <w:rPr>
          <w:rFonts w:ascii="Times New Roman" w:hAnsi="Times New Roman" w:cs="Times New Roman"/>
          <w:position w:val="-10"/>
          <w:sz w:val="24"/>
          <w:szCs w:val="24"/>
        </w:rPr>
        <w:object w:dxaOrig="499" w:dyaOrig="320" w14:anchorId="1742A8EF">
          <v:shape id="_x0000_i4900" type="#_x0000_t75" style="width:25.2pt;height:16.2pt" o:ole="">
            <v:imagedata r:id="rId6129" o:title=""/>
          </v:shape>
          <o:OLEObject Type="Embed" ProgID="Equation.DSMT4" ShapeID="_x0000_i4900" DrawAspect="Content" ObjectID="_1699838184" r:id="rId6130"/>
        </w:object>
      </w:r>
      <w:r w:rsidRPr="00B13C4C">
        <w:rPr>
          <w:rFonts w:ascii="Times New Roman" w:hAnsi="Times New Roman" w:cs="Times New Roman"/>
          <w:sz w:val="24"/>
          <w:szCs w:val="24"/>
        </w:rPr>
        <w:t>?</w:t>
      </w:r>
    </w:p>
    <w:p w14:paraId="73B23F90"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b/>
          <w:bCs/>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noProof/>
          <w:sz w:val="24"/>
          <w:szCs w:val="24"/>
        </w:rPr>
        <w:drawing>
          <wp:inline distT="0" distB="0" distL="0" distR="0" wp14:anchorId="372EB5B3" wp14:editId="15FD634E">
            <wp:extent cx="2499577" cy="320068"/>
            <wp:effectExtent l="0" t="0" r="0" b="381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31"/>
                    <a:stretch>
                      <a:fillRect/>
                    </a:stretch>
                  </pic:blipFill>
                  <pic:spPr>
                    <a:xfrm>
                      <a:off x="0" y="0"/>
                      <a:ext cx="2499577" cy="320068"/>
                    </a:xfrm>
                    <a:prstGeom prst="rect">
                      <a:avLst/>
                    </a:prstGeom>
                  </pic:spPr>
                </pic:pic>
              </a:graphicData>
            </a:graphic>
          </wp:inline>
        </w:drawing>
      </w:r>
      <w:r w:rsidRPr="00B13C4C">
        <w:rPr>
          <w:rFonts w:ascii="Times New Roman" w:hAnsi="Times New Roman" w:cs="Times New Roman"/>
          <w:b/>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noProof/>
          <w:sz w:val="24"/>
          <w:szCs w:val="24"/>
        </w:rPr>
        <w:drawing>
          <wp:inline distT="0" distB="0" distL="0" distR="0" wp14:anchorId="34D7618E" wp14:editId="45C66398">
            <wp:extent cx="2530059" cy="327688"/>
            <wp:effectExtent l="0" t="0" r="381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32"/>
                    <a:stretch>
                      <a:fillRect/>
                    </a:stretch>
                  </pic:blipFill>
                  <pic:spPr>
                    <a:xfrm>
                      <a:off x="0" y="0"/>
                      <a:ext cx="2530059" cy="327688"/>
                    </a:xfrm>
                    <a:prstGeom prst="rect">
                      <a:avLst/>
                    </a:prstGeom>
                  </pic:spPr>
                </pic:pic>
              </a:graphicData>
            </a:graphic>
          </wp:inline>
        </w:drawing>
      </w:r>
    </w:p>
    <w:p w14:paraId="183D6709"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noProof/>
          <w:sz w:val="24"/>
          <w:szCs w:val="24"/>
        </w:rPr>
        <w:drawing>
          <wp:inline distT="0" distB="0" distL="0" distR="0" wp14:anchorId="66E7A458" wp14:editId="5F98B3E9">
            <wp:extent cx="2514818" cy="35055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33"/>
                    <a:stretch>
                      <a:fillRect/>
                    </a:stretch>
                  </pic:blipFill>
                  <pic:spPr>
                    <a:xfrm>
                      <a:off x="0" y="0"/>
                      <a:ext cx="2514818" cy="350550"/>
                    </a:xfrm>
                    <a:prstGeom prst="rect">
                      <a:avLst/>
                    </a:prstGeom>
                  </pic:spPr>
                </pic:pic>
              </a:graphicData>
            </a:graphic>
          </wp:inline>
        </w:drawing>
      </w:r>
      <w:r w:rsidRPr="00B13C4C">
        <w:rPr>
          <w:rFonts w:ascii="Times New Roman" w:hAnsi="Times New Roman" w:cs="Times New Roman"/>
          <w:b/>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noProof/>
          <w:sz w:val="24"/>
          <w:szCs w:val="24"/>
        </w:rPr>
        <w:drawing>
          <wp:inline distT="0" distB="0" distL="0" distR="0" wp14:anchorId="003AD9B9" wp14:editId="6CBF4D25">
            <wp:extent cx="2514818" cy="358171"/>
            <wp:effectExtent l="0" t="0" r="0" b="381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34"/>
                    <a:stretch>
                      <a:fillRect/>
                    </a:stretch>
                  </pic:blipFill>
                  <pic:spPr>
                    <a:xfrm>
                      <a:off x="0" y="0"/>
                      <a:ext cx="2514818" cy="358171"/>
                    </a:xfrm>
                    <a:prstGeom prst="rect">
                      <a:avLst/>
                    </a:prstGeom>
                  </pic:spPr>
                </pic:pic>
              </a:graphicData>
            </a:graphic>
          </wp:inline>
        </w:drawing>
      </w:r>
    </w:p>
    <w:p w14:paraId="06A67128" w14:textId="77777777" w:rsidR="00B13C4C" w:rsidRPr="00B13C4C" w:rsidRDefault="00B13C4C" w:rsidP="0068543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w:t>
      </w:r>
      <w:r w:rsidRPr="00B13C4C">
        <w:rPr>
          <w:rFonts w:ascii="Times New Roman" w:hAnsi="Times New Roman" w:cs="Times New Roman"/>
          <w:position w:val="-6"/>
          <w:sz w:val="24"/>
          <w:szCs w:val="24"/>
        </w:rPr>
        <w:object w:dxaOrig="680" w:dyaOrig="279" w14:anchorId="73578FBE">
          <v:shape id="_x0000_i4901" type="#_x0000_t75" style="width:34.2pt;height:13.8pt" o:ole="">
            <v:imagedata r:id="rId6135" o:title=""/>
          </v:shape>
          <o:OLEObject Type="Embed" ProgID="Equation.DSMT4" ShapeID="_x0000_i4901" DrawAspect="Content" ObjectID="_1699838185" r:id="rId6136"/>
        </w:object>
      </w:r>
      <w:r w:rsidRPr="00B13C4C">
        <w:rPr>
          <w:rFonts w:ascii="Times New Roman" w:hAnsi="Times New Roman" w:cs="Times New Roman"/>
          <w:sz w:val="24"/>
          <w:szCs w:val="24"/>
        </w:rPr>
        <w:t xml:space="preserve"> có trọng tâm </w:t>
      </w:r>
      <w:r w:rsidRPr="00B13C4C">
        <w:rPr>
          <w:rFonts w:ascii="Times New Roman" w:hAnsi="Times New Roman" w:cs="Times New Roman"/>
          <w:position w:val="-6"/>
          <w:sz w:val="24"/>
          <w:szCs w:val="24"/>
        </w:rPr>
        <w:object w:dxaOrig="260" w:dyaOrig="279" w14:anchorId="013271B3">
          <v:shape id="_x0000_i4902" type="#_x0000_t75" style="width:13.2pt;height:13.8pt" o:ole="">
            <v:imagedata r:id="rId6137" o:title=""/>
          </v:shape>
          <o:OLEObject Type="Embed" ProgID="Equation.DSMT4" ShapeID="_x0000_i4902" DrawAspect="Content" ObjectID="_1699838186" r:id="rId6138"/>
        </w:object>
      </w:r>
      <w:r w:rsidRPr="00B13C4C">
        <w:rPr>
          <w:rFonts w:ascii="Times New Roman" w:hAnsi="Times New Roman" w:cs="Times New Roman"/>
          <w:sz w:val="24"/>
          <w:szCs w:val="24"/>
        </w:rPr>
        <w:t xml:space="preserve">. I là trung điểm của </w:t>
      </w:r>
      <w:r w:rsidRPr="00B13C4C">
        <w:rPr>
          <w:rFonts w:ascii="Times New Roman" w:hAnsi="Times New Roman" w:cs="Times New Roman"/>
          <w:position w:val="-6"/>
          <w:sz w:val="24"/>
          <w:szCs w:val="24"/>
        </w:rPr>
        <w:object w:dxaOrig="400" w:dyaOrig="279" w14:anchorId="0740954E">
          <v:shape id="_x0000_i4903" type="#_x0000_t75" style="width:19.8pt;height:13.8pt" o:ole="">
            <v:imagedata r:id="rId6139" o:title=""/>
          </v:shape>
          <o:OLEObject Type="Embed" ProgID="Equation.DSMT4" ShapeID="_x0000_i4903" DrawAspect="Content" ObjectID="_1699838187" r:id="rId6140"/>
        </w:object>
      </w:r>
      <w:r w:rsidRPr="00B13C4C">
        <w:rPr>
          <w:rFonts w:ascii="Times New Roman" w:hAnsi="Times New Roman" w:cs="Times New Roman"/>
          <w:sz w:val="24"/>
          <w:szCs w:val="24"/>
        </w:rPr>
        <w:t xml:space="preserve">. Tập hợp điểm </w:t>
      </w:r>
      <w:r w:rsidRPr="00B13C4C">
        <w:rPr>
          <w:rFonts w:ascii="Times New Roman" w:hAnsi="Times New Roman" w:cs="Times New Roman"/>
          <w:position w:val="-4"/>
          <w:sz w:val="24"/>
          <w:szCs w:val="24"/>
        </w:rPr>
        <w:object w:dxaOrig="320" w:dyaOrig="260" w14:anchorId="53AC8A6E">
          <v:shape id="_x0000_i4904" type="#_x0000_t75" style="width:16.2pt;height:13.2pt" o:ole="">
            <v:imagedata r:id="rId6141" o:title=""/>
          </v:shape>
          <o:OLEObject Type="Embed" ProgID="Equation.DSMT4" ShapeID="_x0000_i4904" DrawAspect="Content" ObjectID="_1699838188" r:id="rId6142"/>
        </w:object>
      </w:r>
      <w:r w:rsidRPr="00B13C4C">
        <w:rPr>
          <w:rFonts w:ascii="Times New Roman" w:hAnsi="Times New Roman" w:cs="Times New Roman"/>
          <w:sz w:val="24"/>
          <w:szCs w:val="24"/>
        </w:rPr>
        <w:t xml:space="preserve"> sao cho: </w:t>
      </w:r>
      <w:r w:rsidRPr="00B13C4C">
        <w:rPr>
          <w:rFonts w:ascii="Times New Roman" w:hAnsi="Times New Roman" w:cs="Times New Roman"/>
          <w:position w:val="-10"/>
          <w:sz w:val="24"/>
          <w:szCs w:val="24"/>
        </w:rPr>
        <w:object w:dxaOrig="3360" w:dyaOrig="380" w14:anchorId="1D47930A">
          <v:shape id="_x0000_i4905" type="#_x0000_t75" style="width:168pt;height:19.2pt" o:ole="">
            <v:imagedata r:id="rId6143" o:title=""/>
          </v:shape>
          <o:OLEObject Type="Embed" ProgID="Equation.DSMT4" ShapeID="_x0000_i4905" DrawAspect="Content" ObjectID="_1699838189" r:id="rId6144"/>
        </w:object>
      </w:r>
      <w:r w:rsidRPr="00B13C4C">
        <w:rPr>
          <w:rFonts w:ascii="Times New Roman" w:hAnsi="Times New Roman" w:cs="Times New Roman"/>
          <w:sz w:val="24"/>
          <w:szCs w:val="24"/>
        </w:rPr>
        <w:t xml:space="preserve"> là:</w:t>
      </w:r>
    </w:p>
    <w:p w14:paraId="3A4FB771"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 xml:space="preserve">đường thẳng </w:t>
      </w:r>
      <w:r w:rsidRPr="00B13C4C">
        <w:rPr>
          <w:rFonts w:ascii="Times New Roman" w:hAnsi="Times New Roman" w:cs="Times New Roman"/>
          <w:position w:val="-6"/>
          <w:sz w:val="24"/>
          <w:szCs w:val="24"/>
        </w:rPr>
        <w:object w:dxaOrig="340" w:dyaOrig="279" w14:anchorId="5DE0A62C">
          <v:shape id="_x0000_i4906" type="#_x0000_t75" style="width:16.8pt;height:13.8pt" o:ole="">
            <v:imagedata r:id="rId6145" o:title=""/>
          </v:shape>
          <o:OLEObject Type="Embed" ProgID="Equation.DSMT4" ShapeID="_x0000_i4906" DrawAspect="Content" ObjectID="_1699838190" r:id="rId614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 xml:space="preserve">đường tròn ngoại tiếp </w:t>
      </w:r>
      <w:r w:rsidRPr="00B13C4C">
        <w:rPr>
          <w:rFonts w:ascii="Times New Roman" w:hAnsi="Times New Roman" w:cs="Times New Roman"/>
          <w:position w:val="-6"/>
          <w:sz w:val="24"/>
          <w:szCs w:val="24"/>
        </w:rPr>
        <w:object w:dxaOrig="680" w:dyaOrig="279" w14:anchorId="0E53C107">
          <v:shape id="_x0000_i4907" type="#_x0000_t75" style="width:34.2pt;height:13.8pt" o:ole="">
            <v:imagedata r:id="rId6147" o:title=""/>
          </v:shape>
          <o:OLEObject Type="Embed" ProgID="Equation.DSMT4" ShapeID="_x0000_i4907" DrawAspect="Content" ObjectID="_1699838191" r:id="rId6148"/>
        </w:object>
      </w:r>
      <w:r w:rsidRPr="00B13C4C">
        <w:rPr>
          <w:rFonts w:ascii="Times New Roman" w:hAnsi="Times New Roman" w:cs="Times New Roman"/>
          <w:sz w:val="24"/>
          <w:szCs w:val="24"/>
        </w:rPr>
        <w:t>.</w:t>
      </w:r>
    </w:p>
    <w:p w14:paraId="1F3D2E76"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 xml:space="preserve">đường trung trực của đoạn </w:t>
      </w:r>
      <w:r w:rsidRPr="00B13C4C">
        <w:rPr>
          <w:rFonts w:ascii="Times New Roman" w:hAnsi="Times New Roman" w:cs="Times New Roman"/>
          <w:position w:val="-6"/>
          <w:sz w:val="24"/>
          <w:szCs w:val="24"/>
        </w:rPr>
        <w:object w:dxaOrig="340" w:dyaOrig="279" w14:anchorId="3E20D141">
          <v:shape id="_x0000_i4908" type="#_x0000_t75" style="width:16.8pt;height:13.8pt" o:ole="">
            <v:imagedata r:id="rId6149" o:title=""/>
          </v:shape>
          <o:OLEObject Type="Embed" ProgID="Equation.DSMT4" ShapeID="_x0000_i4908" DrawAspect="Content" ObjectID="_1699838192" r:id="rId615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 xml:space="preserve">đường trung trực của đoạn </w:t>
      </w:r>
      <w:r w:rsidRPr="00B13C4C">
        <w:rPr>
          <w:rFonts w:ascii="Times New Roman" w:hAnsi="Times New Roman" w:cs="Times New Roman"/>
          <w:position w:val="-4"/>
          <w:sz w:val="24"/>
          <w:szCs w:val="24"/>
        </w:rPr>
        <w:object w:dxaOrig="340" w:dyaOrig="260" w14:anchorId="0C088ECC">
          <v:shape id="_x0000_i4909" type="#_x0000_t75" style="width:16.8pt;height:13.2pt" o:ole="">
            <v:imagedata r:id="rId6151" o:title=""/>
          </v:shape>
          <o:OLEObject Type="Embed" ProgID="Equation.DSMT4" ShapeID="_x0000_i4909" DrawAspect="Content" ObjectID="_1699838193" r:id="rId6152"/>
        </w:object>
      </w:r>
      <w:r w:rsidRPr="00B13C4C">
        <w:rPr>
          <w:rFonts w:ascii="Times New Roman" w:hAnsi="Times New Roman" w:cs="Times New Roman"/>
          <w:sz w:val="24"/>
          <w:szCs w:val="24"/>
        </w:rPr>
        <w:t>.</w:t>
      </w:r>
    </w:p>
    <w:p w14:paraId="092C387E" w14:textId="77777777" w:rsidR="00B13C4C" w:rsidRPr="00B13C4C" w:rsidRDefault="00B13C4C" w:rsidP="0068543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w:t>
      </w:r>
      <w:r w:rsidRPr="00B13C4C">
        <w:rPr>
          <w:rFonts w:ascii="Times New Roman" w:hAnsi="Times New Roman" w:cs="Times New Roman"/>
          <w:position w:val="-6"/>
          <w:sz w:val="24"/>
          <w:szCs w:val="24"/>
        </w:rPr>
        <w:object w:dxaOrig="680" w:dyaOrig="279" w14:anchorId="3F5AD5F7">
          <v:shape id="_x0000_i4910" type="#_x0000_t75" style="width:34.2pt;height:13.8pt" o:ole="">
            <v:imagedata r:id="rId6153" o:title=""/>
          </v:shape>
          <o:OLEObject Type="Embed" ProgID="Equation.DSMT4" ShapeID="_x0000_i4910" DrawAspect="Content" ObjectID="_1699838194" r:id="rId6154"/>
        </w:object>
      </w:r>
      <w:r w:rsidRPr="00B13C4C">
        <w:rPr>
          <w:rFonts w:ascii="Times New Roman" w:hAnsi="Times New Roman" w:cs="Times New Roman"/>
          <w:sz w:val="24"/>
          <w:szCs w:val="24"/>
        </w:rPr>
        <w:t xml:space="preserve">. Trên </w:t>
      </w:r>
      <w:r w:rsidRPr="00B13C4C">
        <w:rPr>
          <w:rFonts w:ascii="Times New Roman" w:hAnsi="Times New Roman" w:cs="Times New Roman"/>
          <w:position w:val="-6"/>
          <w:sz w:val="24"/>
          <w:szCs w:val="24"/>
        </w:rPr>
        <w:object w:dxaOrig="400" w:dyaOrig="279" w14:anchorId="1ACF44DE">
          <v:shape id="_x0000_i4911" type="#_x0000_t75" style="width:19.8pt;height:13.8pt" o:ole="">
            <v:imagedata r:id="rId6155" o:title=""/>
          </v:shape>
          <o:OLEObject Type="Embed" ProgID="Equation.DSMT4" ShapeID="_x0000_i4911" DrawAspect="Content" ObjectID="_1699838195" r:id="rId6156"/>
        </w:object>
      </w:r>
      <w:r w:rsidRPr="00B13C4C">
        <w:rPr>
          <w:rFonts w:ascii="Times New Roman" w:hAnsi="Times New Roman" w:cs="Times New Roman"/>
          <w:sz w:val="24"/>
          <w:szCs w:val="24"/>
        </w:rPr>
        <w:t xml:space="preserve"> lấy điểm </w:t>
      </w:r>
      <w:r w:rsidRPr="00B13C4C">
        <w:rPr>
          <w:rFonts w:ascii="Times New Roman" w:hAnsi="Times New Roman" w:cs="Times New Roman"/>
          <w:position w:val="-4"/>
          <w:sz w:val="24"/>
          <w:szCs w:val="24"/>
        </w:rPr>
        <w:object w:dxaOrig="260" w:dyaOrig="260" w14:anchorId="1C91ADDA">
          <v:shape id="_x0000_i4912" type="#_x0000_t75" style="width:13.2pt;height:13.2pt" o:ole="">
            <v:imagedata r:id="rId6157" o:title=""/>
          </v:shape>
          <o:OLEObject Type="Embed" ProgID="Equation.DSMT4" ShapeID="_x0000_i4912" DrawAspect="Content" ObjectID="_1699838196" r:id="rId6158"/>
        </w:object>
      </w:r>
      <w:r w:rsidRPr="00B13C4C">
        <w:rPr>
          <w:rFonts w:ascii="Times New Roman" w:hAnsi="Times New Roman" w:cs="Times New Roman"/>
          <w:sz w:val="24"/>
          <w:szCs w:val="24"/>
        </w:rPr>
        <w:t xml:space="preserve"> sao cho </w:t>
      </w:r>
      <w:r w:rsidRPr="00B13C4C">
        <w:rPr>
          <w:rFonts w:ascii="Times New Roman" w:hAnsi="Times New Roman" w:cs="Times New Roman"/>
          <w:position w:val="-24"/>
          <w:sz w:val="24"/>
          <w:szCs w:val="24"/>
        </w:rPr>
        <w:object w:dxaOrig="1160" w:dyaOrig="620" w14:anchorId="1BC73653">
          <v:shape id="_x0000_i4913" type="#_x0000_t75" style="width:58.2pt;height:31.2pt" o:ole="">
            <v:imagedata r:id="rId6159" o:title=""/>
          </v:shape>
          <o:OLEObject Type="Embed" ProgID="Equation.DSMT4" ShapeID="_x0000_i4913" DrawAspect="Content" ObjectID="_1699838197" r:id="rId6160"/>
        </w:object>
      </w:r>
      <w:r w:rsidRPr="00B13C4C">
        <w:rPr>
          <w:rFonts w:ascii="Times New Roman" w:hAnsi="Times New Roman" w:cs="Times New Roman"/>
          <w:sz w:val="24"/>
          <w:szCs w:val="24"/>
        </w:rPr>
        <w:t xml:space="preserve">. Khi đó phân tích </w:t>
      </w:r>
      <w:r w:rsidRPr="00B13C4C">
        <w:rPr>
          <w:rFonts w:ascii="Times New Roman" w:hAnsi="Times New Roman" w:cs="Times New Roman"/>
          <w:position w:val="-4"/>
          <w:sz w:val="24"/>
          <w:szCs w:val="24"/>
        </w:rPr>
        <w:object w:dxaOrig="420" w:dyaOrig="320" w14:anchorId="447BD57C">
          <v:shape id="_x0000_i4914" type="#_x0000_t75" style="width:21pt;height:16.2pt" o:ole="">
            <v:imagedata r:id="rId6161" o:title=""/>
          </v:shape>
          <o:OLEObject Type="Embed" ProgID="Equation.DSMT4" ShapeID="_x0000_i4914" DrawAspect="Content" ObjectID="_1699838198" r:id="rId6162"/>
        </w:object>
      </w:r>
      <w:r w:rsidRPr="00B13C4C">
        <w:rPr>
          <w:rFonts w:ascii="Times New Roman" w:hAnsi="Times New Roman" w:cs="Times New Roman"/>
          <w:sz w:val="24"/>
          <w:szCs w:val="24"/>
        </w:rPr>
        <w:t xml:space="preserve"> theo các véctơ </w:t>
      </w:r>
      <w:r w:rsidRPr="00B13C4C">
        <w:rPr>
          <w:rFonts w:ascii="Times New Roman" w:hAnsi="Times New Roman" w:cs="Times New Roman"/>
          <w:position w:val="-4"/>
          <w:sz w:val="24"/>
          <w:szCs w:val="24"/>
        </w:rPr>
        <w:object w:dxaOrig="400" w:dyaOrig="320" w14:anchorId="5DB9CCE3">
          <v:shape id="_x0000_i4915" type="#_x0000_t75" style="width:19.8pt;height:16.2pt" o:ole="">
            <v:imagedata r:id="rId6163" o:title=""/>
          </v:shape>
          <o:OLEObject Type="Embed" ProgID="Equation.DSMT4" ShapeID="_x0000_i4915" DrawAspect="Content" ObjectID="_1699838199" r:id="rId6164"/>
        </w:object>
      </w:r>
      <w:r w:rsidRPr="00B13C4C">
        <w:rPr>
          <w:rFonts w:ascii="Times New Roman" w:hAnsi="Times New Roman" w:cs="Times New Roman"/>
          <w:sz w:val="24"/>
          <w:szCs w:val="24"/>
        </w:rPr>
        <w:t xml:space="preserve"> và </w:t>
      </w:r>
      <w:r w:rsidRPr="00B13C4C">
        <w:rPr>
          <w:rFonts w:ascii="Times New Roman" w:hAnsi="Times New Roman" w:cs="Times New Roman"/>
          <w:position w:val="-6"/>
          <w:sz w:val="24"/>
          <w:szCs w:val="24"/>
        </w:rPr>
        <w:object w:dxaOrig="420" w:dyaOrig="340" w14:anchorId="3BF60E4F">
          <v:shape id="_x0000_i4916" type="#_x0000_t75" style="width:21pt;height:16.8pt" o:ole="">
            <v:imagedata r:id="rId6165" o:title=""/>
          </v:shape>
          <o:OLEObject Type="Embed" ProgID="Equation.DSMT4" ShapeID="_x0000_i4916" DrawAspect="Content" ObjectID="_1699838200" r:id="rId6166"/>
        </w:object>
      </w:r>
      <w:r w:rsidRPr="00B13C4C">
        <w:rPr>
          <w:rFonts w:ascii="Times New Roman" w:hAnsi="Times New Roman" w:cs="Times New Roman"/>
          <w:sz w:val="24"/>
          <w:szCs w:val="24"/>
        </w:rPr>
        <w:t>.</w:t>
      </w:r>
    </w:p>
    <w:p w14:paraId="007FE22A"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1900" w:dyaOrig="620" w14:anchorId="698FD17A">
          <v:shape id="_x0000_i4917" type="#_x0000_t75" style="width:94.8pt;height:31.2pt" o:ole="">
            <v:imagedata r:id="rId6167" o:title=""/>
          </v:shape>
          <o:OLEObject Type="Embed" ProgID="Equation.DSMT4" ShapeID="_x0000_i4917" DrawAspect="Content" ObjectID="_1699838201" r:id="rId616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1900" w:dyaOrig="620" w14:anchorId="4D641AEC">
          <v:shape id="_x0000_i4918" type="#_x0000_t75" style="width:94.8pt;height:31.2pt" o:ole="">
            <v:imagedata r:id="rId6169" o:title=""/>
          </v:shape>
          <o:OLEObject Type="Embed" ProgID="Equation.DSMT4" ShapeID="_x0000_i4918" DrawAspect="Content" ObjectID="_1699838202" r:id="rId6170"/>
        </w:object>
      </w:r>
      <w:r w:rsidRPr="00B13C4C">
        <w:rPr>
          <w:rFonts w:ascii="Times New Roman" w:hAnsi="Times New Roman" w:cs="Times New Roman"/>
          <w:sz w:val="24"/>
          <w:szCs w:val="24"/>
        </w:rPr>
        <w:t>.</w:t>
      </w:r>
    </w:p>
    <w:p w14:paraId="45141510"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1719" w:dyaOrig="620" w14:anchorId="1469B544">
          <v:shape id="_x0000_i4919" type="#_x0000_t75" style="width:85.8pt;height:31.2pt" o:ole="">
            <v:imagedata r:id="rId6171" o:title=""/>
          </v:shape>
          <o:OLEObject Type="Embed" ProgID="Equation.DSMT4" ShapeID="_x0000_i4919" DrawAspect="Content" ObjectID="_1699838203" r:id="rId617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1880" w:dyaOrig="620" w14:anchorId="365BA9E6">
          <v:shape id="_x0000_i4920" type="#_x0000_t75" style="width:94.2pt;height:31.2pt" o:ole="">
            <v:imagedata r:id="rId6173" o:title=""/>
          </v:shape>
          <o:OLEObject Type="Embed" ProgID="Equation.DSMT4" ShapeID="_x0000_i4920" DrawAspect="Content" ObjectID="_1699838204" r:id="rId6174"/>
        </w:object>
      </w:r>
      <w:r w:rsidRPr="00B13C4C">
        <w:rPr>
          <w:rFonts w:ascii="Times New Roman" w:hAnsi="Times New Roman" w:cs="Times New Roman"/>
          <w:sz w:val="24"/>
          <w:szCs w:val="24"/>
        </w:rPr>
        <w:t>.</w:t>
      </w:r>
    </w:p>
    <w:p w14:paraId="2E78DC4F" w14:textId="77777777" w:rsidR="00B13C4C" w:rsidRPr="00B13C4C" w:rsidRDefault="00B13C4C" w:rsidP="0068543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Phương trình </w:t>
      </w:r>
      <w:r w:rsidRPr="00B13C4C">
        <w:rPr>
          <w:rFonts w:ascii="Times New Roman" w:hAnsi="Times New Roman" w:cs="Times New Roman"/>
          <w:position w:val="-6"/>
          <w:sz w:val="24"/>
          <w:szCs w:val="24"/>
        </w:rPr>
        <w:object w:dxaOrig="1680" w:dyaOrig="320" w14:anchorId="7591BF3B">
          <v:shape id="_x0000_i4921" type="#_x0000_t75" style="width:84pt;height:16.2pt" o:ole="">
            <v:imagedata r:id="rId6175" o:title=""/>
          </v:shape>
          <o:OLEObject Type="Embed" ProgID="Equation.DSMT4" ShapeID="_x0000_i4921" DrawAspect="Content" ObjectID="_1699838205" r:id="rId6176"/>
        </w:object>
      </w:r>
      <w:r w:rsidRPr="00B13C4C">
        <w:rPr>
          <w:rFonts w:ascii="Times New Roman" w:hAnsi="Times New Roman" w:cs="Times New Roman"/>
          <w:sz w:val="24"/>
          <w:szCs w:val="24"/>
        </w:rPr>
        <w:t xml:space="preserve"> có tập nghiệm </w:t>
      </w:r>
      <w:r w:rsidRPr="00B13C4C">
        <w:rPr>
          <w:rFonts w:ascii="Times New Roman" w:hAnsi="Times New Roman" w:cs="Times New Roman"/>
          <w:position w:val="-6"/>
          <w:sz w:val="24"/>
          <w:szCs w:val="24"/>
        </w:rPr>
        <w:object w:dxaOrig="639" w:dyaOrig="279" w14:anchorId="7362431A">
          <v:shape id="_x0000_i4922" type="#_x0000_t75" style="width:31.8pt;height:13.8pt" o:ole="">
            <v:imagedata r:id="rId6177" o:title=""/>
          </v:shape>
          <o:OLEObject Type="Embed" ProgID="Equation.DSMT4" ShapeID="_x0000_i4922" DrawAspect="Content" ObjectID="_1699838206" r:id="rId6178"/>
        </w:object>
      </w:r>
      <w:r w:rsidRPr="00B13C4C">
        <w:rPr>
          <w:rFonts w:ascii="Times New Roman" w:hAnsi="Times New Roman" w:cs="Times New Roman"/>
          <w:sz w:val="24"/>
          <w:szCs w:val="24"/>
        </w:rPr>
        <w:t xml:space="preserve"> khi và chỉ khi:</w:t>
      </w:r>
    </w:p>
    <w:p w14:paraId="6DA88B4D"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720" w:dyaOrig="279" w14:anchorId="1BB52247">
          <v:shape id="_x0000_i4923" type="#_x0000_t75" style="width:36pt;height:13.8pt" o:ole="">
            <v:imagedata r:id="rId6179" o:title=""/>
          </v:shape>
          <o:OLEObject Type="Embed" ProgID="Equation.DSMT4" ShapeID="_x0000_i4923" DrawAspect="Content" ObjectID="_1699838207" r:id="rId618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560" w:dyaOrig="279" w14:anchorId="0EF0AB94">
          <v:shape id="_x0000_i4924" type="#_x0000_t75" style="width:28.2pt;height:13.8pt" o:ole="">
            <v:imagedata r:id="rId6181" o:title=""/>
          </v:shape>
          <o:OLEObject Type="Embed" ProgID="Equation.DSMT4" ShapeID="_x0000_i4924" DrawAspect="Content" ObjectID="_1699838208" r:id="rId618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720" w:dyaOrig="279" w14:anchorId="41F2FF91">
          <v:shape id="_x0000_i4925" type="#_x0000_t75" style="width:36pt;height:13.8pt" o:ole="">
            <v:imagedata r:id="rId6183" o:title=""/>
          </v:shape>
          <o:OLEObject Type="Embed" ProgID="Equation.DSMT4" ShapeID="_x0000_i4925" DrawAspect="Content" ObjectID="_1699838209" r:id="rId618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720" w:dyaOrig="279" w14:anchorId="22433D5D">
          <v:shape id="_x0000_i4926" type="#_x0000_t75" style="width:36pt;height:13.8pt" o:ole="">
            <v:imagedata r:id="rId6185" o:title=""/>
          </v:shape>
          <o:OLEObject Type="Embed" ProgID="Equation.DSMT4" ShapeID="_x0000_i4926" DrawAspect="Content" ObjectID="_1699838210" r:id="rId6186"/>
        </w:object>
      </w:r>
      <w:r w:rsidRPr="00B13C4C">
        <w:rPr>
          <w:rFonts w:ascii="Times New Roman" w:hAnsi="Times New Roman" w:cs="Times New Roman"/>
          <w:sz w:val="24"/>
          <w:szCs w:val="24"/>
        </w:rPr>
        <w:t>.</w:t>
      </w:r>
    </w:p>
    <w:p w14:paraId="75F5098C" w14:textId="77777777" w:rsidR="00B13C4C" w:rsidRPr="00B13C4C" w:rsidRDefault="00B13C4C" w:rsidP="0068543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Xác định tọa độ của véctơ </w:t>
      </w:r>
      <w:r w:rsidRPr="00B13C4C">
        <w:rPr>
          <w:rFonts w:ascii="Times New Roman" w:hAnsi="Times New Roman" w:cs="Times New Roman"/>
          <w:position w:val="-6"/>
          <w:sz w:val="24"/>
          <w:szCs w:val="24"/>
        </w:rPr>
        <w:object w:dxaOrig="1040" w:dyaOrig="340" w14:anchorId="0895CA8B">
          <v:shape id="_x0000_i4927" type="#_x0000_t75" style="width:52.2pt;height:16.8pt" o:ole="">
            <v:imagedata r:id="rId6187" o:title=""/>
          </v:shape>
          <o:OLEObject Type="Embed" ProgID="Equation.DSMT4" ShapeID="_x0000_i4927" DrawAspect="Content" ObjectID="_1699838211" r:id="rId6188"/>
        </w:object>
      </w:r>
      <w:r w:rsidRPr="00B13C4C">
        <w:rPr>
          <w:rFonts w:ascii="Times New Roman" w:hAnsi="Times New Roman" w:cs="Times New Roman"/>
          <w:sz w:val="24"/>
          <w:szCs w:val="24"/>
        </w:rPr>
        <w:t xml:space="preserve"> biết </w:t>
      </w:r>
      <w:r w:rsidRPr="00B13C4C">
        <w:rPr>
          <w:rFonts w:ascii="Times New Roman" w:hAnsi="Times New Roman" w:cs="Times New Roman"/>
          <w:position w:val="-10"/>
          <w:sz w:val="24"/>
          <w:szCs w:val="24"/>
        </w:rPr>
        <w:object w:dxaOrig="2000" w:dyaOrig="380" w14:anchorId="7587DAFC">
          <v:shape id="_x0000_i4928" type="#_x0000_t75" style="width:100.2pt;height:19.2pt" o:ole="">
            <v:imagedata r:id="rId6189" o:title=""/>
          </v:shape>
          <o:OLEObject Type="Embed" ProgID="Equation.DSMT4" ShapeID="_x0000_i4928" DrawAspect="Content" ObjectID="_1699838212" r:id="rId6190"/>
        </w:object>
      </w:r>
      <w:r w:rsidRPr="00B13C4C">
        <w:rPr>
          <w:rFonts w:ascii="Times New Roman" w:hAnsi="Times New Roman" w:cs="Times New Roman"/>
          <w:sz w:val="24"/>
          <w:szCs w:val="24"/>
        </w:rPr>
        <w:t>.</w:t>
      </w:r>
    </w:p>
    <w:p w14:paraId="547C345F"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080" w:dyaOrig="320" w14:anchorId="77E8E0FE">
          <v:shape id="_x0000_i4929" type="#_x0000_t75" style="width:54pt;height:16.2pt" o:ole="">
            <v:imagedata r:id="rId6191" o:title=""/>
          </v:shape>
          <o:OLEObject Type="Embed" ProgID="Equation.DSMT4" ShapeID="_x0000_i4929" DrawAspect="Content" ObjectID="_1699838213" r:id="rId619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240" w:dyaOrig="320" w14:anchorId="3C0C5C65">
          <v:shape id="_x0000_i4930" type="#_x0000_t75" style="width:61.8pt;height:16.2pt" o:ole="">
            <v:imagedata r:id="rId6193" o:title=""/>
          </v:shape>
          <o:OLEObject Type="Embed" ProgID="Equation.DSMT4" ShapeID="_x0000_i4930" DrawAspect="Content" ObjectID="_1699838214" r:id="rId619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100" w:dyaOrig="320" w14:anchorId="41416CBA">
          <v:shape id="_x0000_i4931" type="#_x0000_t75" style="width:55.2pt;height:16.2pt" o:ole="">
            <v:imagedata r:id="rId6195" o:title=""/>
          </v:shape>
          <o:OLEObject Type="Embed" ProgID="Equation.DSMT4" ShapeID="_x0000_i4931" DrawAspect="Content" ObjectID="_1699838215" r:id="rId619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020" w:dyaOrig="320" w14:anchorId="05F4F3D7">
          <v:shape id="_x0000_i4932" type="#_x0000_t75" style="width:51pt;height:16.2pt" o:ole="">
            <v:imagedata r:id="rId6197" o:title=""/>
          </v:shape>
          <o:OLEObject Type="Embed" ProgID="Equation.DSMT4" ShapeID="_x0000_i4932" DrawAspect="Content" ObjectID="_1699838216" r:id="rId6198"/>
        </w:object>
      </w:r>
      <w:r w:rsidRPr="00B13C4C">
        <w:rPr>
          <w:rFonts w:ascii="Times New Roman" w:hAnsi="Times New Roman" w:cs="Times New Roman"/>
          <w:sz w:val="24"/>
          <w:szCs w:val="24"/>
        </w:rPr>
        <w:t>.</w:t>
      </w:r>
    </w:p>
    <w:p w14:paraId="3BF20BBC" w14:textId="77777777" w:rsidR="00B13C4C" w:rsidRPr="00B13C4C" w:rsidRDefault="00B13C4C" w:rsidP="0068543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Đường thẳng đi qua điểm </w:t>
      </w:r>
      <w:r w:rsidRPr="00B13C4C">
        <w:rPr>
          <w:rFonts w:ascii="Times New Roman" w:hAnsi="Times New Roman" w:cs="Times New Roman"/>
          <w:position w:val="-10"/>
          <w:sz w:val="24"/>
          <w:szCs w:val="24"/>
        </w:rPr>
        <w:object w:dxaOrig="920" w:dyaOrig="320" w14:anchorId="213B3189">
          <v:shape id="_x0000_i4933" type="#_x0000_t75" style="width:46.2pt;height:16.2pt" o:ole="">
            <v:imagedata r:id="rId6199" o:title=""/>
          </v:shape>
          <o:OLEObject Type="Embed" ProgID="Equation.DSMT4" ShapeID="_x0000_i4933" DrawAspect="Content" ObjectID="_1699838217" r:id="rId6200"/>
        </w:object>
      </w:r>
      <w:r w:rsidRPr="00B13C4C">
        <w:rPr>
          <w:rFonts w:ascii="Times New Roman" w:hAnsi="Times New Roman" w:cs="Times New Roman"/>
          <w:sz w:val="24"/>
          <w:szCs w:val="24"/>
        </w:rPr>
        <w:t xml:space="preserve"> và vuông góc với đường thẳng </w:t>
      </w:r>
      <w:r w:rsidRPr="00B13C4C">
        <w:rPr>
          <w:rFonts w:ascii="Times New Roman" w:hAnsi="Times New Roman" w:cs="Times New Roman"/>
          <w:position w:val="-24"/>
          <w:sz w:val="24"/>
          <w:szCs w:val="24"/>
        </w:rPr>
        <w:object w:dxaOrig="1240" w:dyaOrig="620" w14:anchorId="76E8119C">
          <v:shape id="_x0000_i4934" type="#_x0000_t75" style="width:61.8pt;height:31.2pt" o:ole="">
            <v:imagedata r:id="rId6201" o:title=""/>
          </v:shape>
          <o:OLEObject Type="Embed" ProgID="Equation.DSMT4" ShapeID="_x0000_i4934" DrawAspect="Content" ObjectID="_1699838218" r:id="rId6202"/>
        </w:object>
      </w:r>
      <w:r w:rsidRPr="00B13C4C">
        <w:rPr>
          <w:rFonts w:ascii="Times New Roman" w:hAnsi="Times New Roman" w:cs="Times New Roman"/>
          <w:sz w:val="24"/>
          <w:szCs w:val="24"/>
        </w:rPr>
        <w:t xml:space="preserve"> có phương trình là</w:t>
      </w:r>
    </w:p>
    <w:p w14:paraId="4FB9025D"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140" w:dyaOrig="320" w14:anchorId="3FF87A65">
          <v:shape id="_x0000_i4935" type="#_x0000_t75" style="width:57pt;height:16.2pt" o:ole="">
            <v:imagedata r:id="rId6203" o:title=""/>
          </v:shape>
          <o:OLEObject Type="Embed" ProgID="Equation.DSMT4" ShapeID="_x0000_i4935" DrawAspect="Content" ObjectID="_1699838219" r:id="rId620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999" w:dyaOrig="320" w14:anchorId="3A7C3DBF">
          <v:shape id="_x0000_i4936" type="#_x0000_t75" style="width:49.8pt;height:16.2pt" o:ole="">
            <v:imagedata r:id="rId6205" o:title=""/>
          </v:shape>
          <o:OLEObject Type="Embed" ProgID="Equation.DSMT4" ShapeID="_x0000_i4936" DrawAspect="Content" ObjectID="_1699838220" r:id="rId620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160" w:dyaOrig="320" w14:anchorId="4B59A60C">
          <v:shape id="_x0000_i4937" type="#_x0000_t75" style="width:58.2pt;height:16.2pt" o:ole="">
            <v:imagedata r:id="rId6207" o:title=""/>
          </v:shape>
          <o:OLEObject Type="Embed" ProgID="Equation.DSMT4" ShapeID="_x0000_i4937" DrawAspect="Content" ObjectID="_1699838221" r:id="rId620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020" w:dyaOrig="320" w14:anchorId="4943F625">
          <v:shape id="_x0000_i4938" type="#_x0000_t75" style="width:51pt;height:16.2pt" o:ole="">
            <v:imagedata r:id="rId6209" o:title=""/>
          </v:shape>
          <o:OLEObject Type="Embed" ProgID="Equation.DSMT4" ShapeID="_x0000_i4938" DrawAspect="Content" ObjectID="_1699838222" r:id="rId6210"/>
        </w:object>
      </w:r>
      <w:r w:rsidRPr="00B13C4C">
        <w:rPr>
          <w:rFonts w:ascii="Times New Roman" w:hAnsi="Times New Roman" w:cs="Times New Roman"/>
          <w:sz w:val="24"/>
          <w:szCs w:val="24"/>
        </w:rPr>
        <w:t>.</w:t>
      </w:r>
    </w:p>
    <w:p w14:paraId="079C862D" w14:textId="77777777" w:rsidR="00B13C4C" w:rsidRPr="00B13C4C" w:rsidRDefault="00B13C4C" w:rsidP="0068543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6 điểm </w:t>
      </w:r>
      <w:r w:rsidRPr="00B13C4C">
        <w:rPr>
          <w:rFonts w:ascii="Times New Roman" w:hAnsi="Times New Roman" w:cs="Times New Roman"/>
          <w:position w:val="-10"/>
          <w:sz w:val="24"/>
          <w:szCs w:val="24"/>
        </w:rPr>
        <w:object w:dxaOrig="1540" w:dyaOrig="320" w14:anchorId="4F46D6D6">
          <v:shape id="_x0000_i4939" type="#_x0000_t75" style="width:76.8pt;height:16.2pt" o:ole="">
            <v:imagedata r:id="rId6211" o:title=""/>
          </v:shape>
          <o:OLEObject Type="Embed" ProgID="Equation.DSMT4" ShapeID="_x0000_i4939" DrawAspect="Content" ObjectID="_1699838223" r:id="rId6212"/>
        </w:object>
      </w:r>
      <w:r w:rsidRPr="00B13C4C">
        <w:rPr>
          <w:rFonts w:ascii="Times New Roman" w:hAnsi="Times New Roman" w:cs="Times New Roman"/>
          <w:sz w:val="24"/>
          <w:szCs w:val="24"/>
        </w:rPr>
        <w:t xml:space="preserve"> phân biệt. Trong các đẳng thức sau đây, đẳng thức nào sai?</w:t>
      </w:r>
    </w:p>
    <w:p w14:paraId="1AD41E67"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2340" w:dyaOrig="340" w14:anchorId="6BACB112">
          <v:shape id="_x0000_i4940" type="#_x0000_t75" style="width:117pt;height:16.8pt" o:ole="">
            <v:imagedata r:id="rId6213" o:title=""/>
          </v:shape>
          <o:OLEObject Type="Embed" ProgID="Equation.DSMT4" ShapeID="_x0000_i4940" DrawAspect="Content" ObjectID="_1699838224" r:id="rId621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2380" w:dyaOrig="340" w14:anchorId="5B11FDDE">
          <v:shape id="_x0000_i4941" type="#_x0000_t75" style="width:118.8pt;height:16.8pt" o:ole="">
            <v:imagedata r:id="rId6215" o:title=""/>
          </v:shape>
          <o:OLEObject Type="Embed" ProgID="Equation.DSMT4" ShapeID="_x0000_i4941" DrawAspect="Content" ObjectID="_1699838225" r:id="rId6216"/>
        </w:object>
      </w:r>
      <w:r w:rsidRPr="00B13C4C">
        <w:rPr>
          <w:rFonts w:ascii="Times New Roman" w:hAnsi="Times New Roman" w:cs="Times New Roman"/>
          <w:sz w:val="24"/>
          <w:szCs w:val="24"/>
        </w:rPr>
        <w:t>.</w:t>
      </w:r>
    </w:p>
    <w:p w14:paraId="569F15C8"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lastRenderedPageBreak/>
        <w:t xml:space="preserve">C. </w:t>
      </w:r>
      <w:r w:rsidRPr="00B13C4C">
        <w:rPr>
          <w:rFonts w:ascii="Times New Roman" w:hAnsi="Times New Roman" w:cs="Times New Roman"/>
          <w:position w:val="-6"/>
          <w:sz w:val="24"/>
          <w:szCs w:val="24"/>
        </w:rPr>
        <w:object w:dxaOrig="3140" w:dyaOrig="340" w14:anchorId="5C451114">
          <v:shape id="_x0000_i4942" type="#_x0000_t75" style="width:157.2pt;height:16.8pt" o:ole="">
            <v:imagedata r:id="rId6217" o:title=""/>
          </v:shape>
          <o:OLEObject Type="Embed" ProgID="Equation.DSMT4" ShapeID="_x0000_i4942" DrawAspect="Content" ObjectID="_1699838226" r:id="rId621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3140" w:dyaOrig="340" w14:anchorId="60AD0787">
          <v:shape id="_x0000_i4943" type="#_x0000_t75" style="width:157.2pt;height:16.8pt" o:ole="">
            <v:imagedata r:id="rId6219" o:title=""/>
          </v:shape>
          <o:OLEObject Type="Embed" ProgID="Equation.DSMT4" ShapeID="_x0000_i4943" DrawAspect="Content" ObjectID="_1699838227" r:id="rId6220"/>
        </w:object>
      </w:r>
      <w:r w:rsidRPr="00B13C4C">
        <w:rPr>
          <w:rFonts w:ascii="Times New Roman" w:hAnsi="Times New Roman" w:cs="Times New Roman"/>
          <w:sz w:val="24"/>
          <w:szCs w:val="24"/>
        </w:rPr>
        <w:t>.</w:t>
      </w:r>
    </w:p>
    <w:p w14:paraId="3013749F" w14:textId="77777777" w:rsidR="00B13C4C" w:rsidRPr="00B13C4C" w:rsidRDefault="00B13C4C" w:rsidP="0068543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Số nghiệm của phương trình </w:t>
      </w:r>
      <w:r w:rsidRPr="00B13C4C">
        <w:rPr>
          <w:rFonts w:ascii="Times New Roman" w:hAnsi="Times New Roman" w:cs="Times New Roman"/>
          <w:position w:val="-24"/>
          <w:sz w:val="24"/>
          <w:szCs w:val="24"/>
        </w:rPr>
        <w:object w:dxaOrig="2900" w:dyaOrig="660" w14:anchorId="6906A905">
          <v:shape id="_x0000_i4944" type="#_x0000_t75" style="width:145.2pt;height:33pt" o:ole="">
            <v:imagedata r:id="rId6221" o:title=""/>
          </v:shape>
          <o:OLEObject Type="Embed" ProgID="Equation.DSMT4" ShapeID="_x0000_i4944" DrawAspect="Content" ObjectID="_1699838228" r:id="rId6222"/>
        </w:object>
      </w:r>
      <w:r w:rsidRPr="00B13C4C">
        <w:rPr>
          <w:rFonts w:ascii="Times New Roman" w:hAnsi="Times New Roman" w:cs="Times New Roman"/>
          <w:sz w:val="24"/>
          <w:szCs w:val="24"/>
        </w:rPr>
        <w:t xml:space="preserve"> là</w:t>
      </w:r>
    </w:p>
    <w:p w14:paraId="756DBEDE"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3.</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1.</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0.</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2.</w:t>
      </w:r>
    </w:p>
    <w:p w14:paraId="0E4032F4" w14:textId="77777777" w:rsidR="00B13C4C" w:rsidRPr="00B13C4C" w:rsidRDefault="00B13C4C" w:rsidP="0068543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góc </w:t>
      </w:r>
      <w:r w:rsidRPr="00B13C4C">
        <w:rPr>
          <w:rFonts w:ascii="Times New Roman" w:hAnsi="Times New Roman" w:cs="Times New Roman"/>
          <w:position w:val="-16"/>
          <w:sz w:val="24"/>
          <w:szCs w:val="24"/>
        </w:rPr>
        <w:object w:dxaOrig="1460" w:dyaOrig="440" w14:anchorId="3F8F22FF">
          <v:shape id="_x0000_i4945" type="#_x0000_t75" style="width:73.2pt;height:22.2pt" o:ole="">
            <v:imagedata r:id="rId6223" o:title=""/>
          </v:shape>
          <o:OLEObject Type="Embed" ProgID="Equation.DSMT4" ShapeID="_x0000_i4945" DrawAspect="Content" ObjectID="_1699838229" r:id="rId6224"/>
        </w:object>
      </w:r>
      <w:r w:rsidRPr="00B13C4C">
        <w:rPr>
          <w:rFonts w:ascii="Times New Roman" w:hAnsi="Times New Roman" w:cs="Times New Roman"/>
          <w:sz w:val="24"/>
          <w:szCs w:val="24"/>
        </w:rPr>
        <w:t>. Khẳng định nào sau đây đúng?</w:t>
      </w:r>
    </w:p>
    <w:p w14:paraId="4FEF681F"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560" w:dyaOrig="279" w14:anchorId="713E65FA">
          <v:shape id="_x0000_i4946" type="#_x0000_t75" style="width:28.2pt;height:13.8pt" o:ole="">
            <v:imagedata r:id="rId6225" o:title=""/>
          </v:shape>
          <o:OLEObject Type="Embed" ProgID="Equation.DSMT4" ShapeID="_x0000_i4946" DrawAspect="Content" ObjectID="_1699838230" r:id="rId6226"/>
        </w:object>
      </w:r>
      <w:r w:rsidRPr="00B13C4C">
        <w:rPr>
          <w:rFonts w:ascii="Times New Roman" w:hAnsi="Times New Roman" w:cs="Times New Roman"/>
          <w:sz w:val="24"/>
          <w:szCs w:val="24"/>
        </w:rPr>
        <w:t xml:space="preserve"> và </w:t>
      </w:r>
      <w:r w:rsidRPr="00B13C4C">
        <w:rPr>
          <w:rFonts w:ascii="Times New Roman" w:hAnsi="Times New Roman" w:cs="Times New Roman"/>
          <w:position w:val="-6"/>
          <w:sz w:val="24"/>
          <w:szCs w:val="24"/>
        </w:rPr>
        <w:object w:dxaOrig="560" w:dyaOrig="260" w14:anchorId="01DB23C1">
          <v:shape id="_x0000_i4947" type="#_x0000_t75" style="width:28.2pt;height:13.2pt" o:ole="">
            <v:imagedata r:id="rId6227" o:title=""/>
          </v:shape>
          <o:OLEObject Type="Embed" ProgID="Equation.DSMT4" ShapeID="_x0000_i4947" DrawAspect="Content" ObjectID="_1699838231" r:id="rId6228"/>
        </w:object>
      </w:r>
      <w:r w:rsidRPr="00B13C4C">
        <w:rPr>
          <w:rFonts w:ascii="Times New Roman" w:hAnsi="Times New Roman" w:cs="Times New Roman"/>
          <w:sz w:val="24"/>
          <w:szCs w:val="24"/>
        </w:rPr>
        <w:t xml:space="preserve"> cùng dấu.</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 xml:space="preserve">Tích </w:t>
      </w:r>
      <w:r w:rsidRPr="00B13C4C">
        <w:rPr>
          <w:rFonts w:ascii="Times New Roman" w:hAnsi="Times New Roman" w:cs="Times New Roman"/>
          <w:position w:val="-6"/>
          <w:sz w:val="24"/>
          <w:szCs w:val="24"/>
        </w:rPr>
        <w:object w:dxaOrig="1180" w:dyaOrig="279" w14:anchorId="4EF7675F">
          <v:shape id="_x0000_i4948" type="#_x0000_t75" style="width:58.8pt;height:13.8pt" o:ole="">
            <v:imagedata r:id="rId6229" o:title=""/>
          </v:shape>
          <o:OLEObject Type="Embed" ProgID="Equation.DSMT4" ShapeID="_x0000_i4948" DrawAspect="Content" ObjectID="_1699838232" r:id="rId6230"/>
        </w:object>
      </w:r>
      <w:r w:rsidRPr="00B13C4C">
        <w:rPr>
          <w:rFonts w:ascii="Times New Roman" w:hAnsi="Times New Roman" w:cs="Times New Roman"/>
          <w:sz w:val="24"/>
          <w:szCs w:val="24"/>
        </w:rPr>
        <w:t xml:space="preserve"> mang dấu dương.</w:t>
      </w:r>
    </w:p>
    <w:p w14:paraId="2E7A50EB"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 xml:space="preserve">Tích </w:t>
      </w:r>
      <w:r w:rsidRPr="00B13C4C">
        <w:rPr>
          <w:rFonts w:ascii="Times New Roman" w:hAnsi="Times New Roman" w:cs="Times New Roman"/>
          <w:position w:val="-6"/>
          <w:sz w:val="24"/>
          <w:szCs w:val="24"/>
        </w:rPr>
        <w:object w:dxaOrig="1160" w:dyaOrig="279" w14:anchorId="04459391">
          <v:shape id="_x0000_i4949" type="#_x0000_t75" style="width:58.2pt;height:13.8pt" o:ole="">
            <v:imagedata r:id="rId6231" o:title=""/>
          </v:shape>
          <o:OLEObject Type="Embed" ProgID="Equation.DSMT4" ShapeID="_x0000_i4949" DrawAspect="Content" ObjectID="_1699838233" r:id="rId6232"/>
        </w:object>
      </w:r>
      <w:r w:rsidRPr="00B13C4C">
        <w:rPr>
          <w:rFonts w:ascii="Times New Roman" w:hAnsi="Times New Roman" w:cs="Times New Roman"/>
          <w:sz w:val="24"/>
          <w:szCs w:val="24"/>
        </w:rPr>
        <w:t xml:space="preserve"> mang dấu dương.</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560" w:dyaOrig="279" w14:anchorId="7C3AC2F1">
          <v:shape id="_x0000_i4950" type="#_x0000_t75" style="width:28.2pt;height:13.8pt" o:ole="">
            <v:imagedata r:id="rId6233" o:title=""/>
          </v:shape>
          <o:OLEObject Type="Embed" ProgID="Equation.DSMT4" ShapeID="_x0000_i4950" DrawAspect="Content" ObjectID="_1699838234" r:id="rId6234"/>
        </w:object>
      </w:r>
      <w:r w:rsidRPr="00B13C4C">
        <w:rPr>
          <w:rFonts w:ascii="Times New Roman" w:hAnsi="Times New Roman" w:cs="Times New Roman"/>
          <w:sz w:val="24"/>
          <w:szCs w:val="24"/>
        </w:rPr>
        <w:t xml:space="preserve"> và </w:t>
      </w:r>
      <w:r w:rsidRPr="00B13C4C">
        <w:rPr>
          <w:rFonts w:ascii="Times New Roman" w:hAnsi="Times New Roman" w:cs="Times New Roman"/>
          <w:position w:val="-6"/>
          <w:sz w:val="24"/>
          <w:szCs w:val="24"/>
        </w:rPr>
        <w:object w:dxaOrig="580" w:dyaOrig="260" w14:anchorId="75558A43">
          <v:shape id="_x0000_i4951" type="#_x0000_t75" style="width:28.8pt;height:13.2pt" o:ole="">
            <v:imagedata r:id="rId6235" o:title=""/>
          </v:shape>
          <o:OLEObject Type="Embed" ProgID="Equation.DSMT4" ShapeID="_x0000_i4951" DrawAspect="Content" ObjectID="_1699838235" r:id="rId6236"/>
        </w:object>
      </w:r>
      <w:r w:rsidRPr="00B13C4C">
        <w:rPr>
          <w:rFonts w:ascii="Times New Roman" w:hAnsi="Times New Roman" w:cs="Times New Roman"/>
          <w:sz w:val="24"/>
          <w:szCs w:val="24"/>
        </w:rPr>
        <w:t xml:space="preserve"> cùng dấu dương.</w:t>
      </w:r>
    </w:p>
    <w:p w14:paraId="257F112D" w14:textId="77777777" w:rsidR="00B13C4C" w:rsidRPr="00B13C4C" w:rsidRDefault="00B13C4C" w:rsidP="0068543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tam giác </w:t>
      </w:r>
      <w:r w:rsidRPr="00B13C4C">
        <w:rPr>
          <w:rFonts w:ascii="Times New Roman" w:hAnsi="Times New Roman" w:cs="Times New Roman"/>
          <w:position w:val="-6"/>
          <w:sz w:val="24"/>
          <w:szCs w:val="24"/>
        </w:rPr>
        <w:object w:dxaOrig="560" w:dyaOrig="279" w14:anchorId="6DA63023">
          <v:shape id="_x0000_i4952" type="#_x0000_t75" style="width:28.2pt;height:13.8pt" o:ole="">
            <v:imagedata r:id="rId6237" o:title=""/>
          </v:shape>
          <o:OLEObject Type="Embed" ProgID="Equation.DSMT4" ShapeID="_x0000_i4952" DrawAspect="Content" ObjectID="_1699838236" r:id="rId6238"/>
        </w:object>
      </w:r>
      <w:r w:rsidRPr="00B13C4C">
        <w:rPr>
          <w:rFonts w:ascii="Times New Roman" w:hAnsi="Times New Roman" w:cs="Times New Roman"/>
          <w:sz w:val="24"/>
          <w:szCs w:val="24"/>
        </w:rPr>
        <w:t xml:space="preserve"> đều cạnh bằng </w:t>
      </w:r>
      <w:r w:rsidRPr="00B13C4C">
        <w:rPr>
          <w:rFonts w:ascii="Times New Roman" w:hAnsi="Times New Roman" w:cs="Times New Roman"/>
          <w:position w:val="-6"/>
          <w:sz w:val="24"/>
          <w:szCs w:val="24"/>
        </w:rPr>
        <w:object w:dxaOrig="200" w:dyaOrig="220" w14:anchorId="1B919C0A">
          <v:shape id="_x0000_i4953" type="#_x0000_t75" style="width:10.2pt;height:10.8pt" o:ole="">
            <v:imagedata r:id="rId6239" o:title=""/>
          </v:shape>
          <o:OLEObject Type="Embed" ProgID="Equation.DSMT4" ShapeID="_x0000_i4953" DrawAspect="Content" ObjectID="_1699838237" r:id="rId6240"/>
        </w:object>
      </w:r>
      <w:r w:rsidRPr="00B13C4C">
        <w:rPr>
          <w:rFonts w:ascii="Times New Roman" w:hAnsi="Times New Roman" w:cs="Times New Roman"/>
          <w:sz w:val="24"/>
          <w:szCs w:val="24"/>
        </w:rPr>
        <w:t xml:space="preserve">. Tính tích vô hướng </w:t>
      </w:r>
      <w:r w:rsidRPr="00B13C4C">
        <w:rPr>
          <w:rFonts w:ascii="Times New Roman" w:hAnsi="Times New Roman" w:cs="Times New Roman"/>
          <w:position w:val="-6"/>
          <w:sz w:val="24"/>
          <w:szCs w:val="24"/>
        </w:rPr>
        <w:object w:dxaOrig="840" w:dyaOrig="340" w14:anchorId="3C1BDFB5">
          <v:shape id="_x0000_i4954" type="#_x0000_t75" style="width:42pt;height:16.8pt" o:ole="">
            <v:imagedata r:id="rId6241" o:title=""/>
          </v:shape>
          <o:OLEObject Type="Embed" ProgID="Equation.DSMT4" ShapeID="_x0000_i4954" DrawAspect="Content" ObjectID="_1699838238" r:id="rId6242"/>
        </w:object>
      </w:r>
      <w:r w:rsidRPr="00B13C4C">
        <w:rPr>
          <w:rFonts w:ascii="Times New Roman" w:hAnsi="Times New Roman" w:cs="Times New Roman"/>
          <w:sz w:val="24"/>
          <w:szCs w:val="24"/>
        </w:rPr>
        <w:t>.</w:t>
      </w:r>
    </w:p>
    <w:p w14:paraId="16C2C1F8"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1640" w:dyaOrig="680" w14:anchorId="146205D0">
          <v:shape id="_x0000_i4955" type="#_x0000_t75" style="width:82.2pt;height:34.2pt" o:ole="">
            <v:imagedata r:id="rId6243" o:title=""/>
          </v:shape>
          <o:OLEObject Type="Embed" ProgID="Equation.DSMT4" ShapeID="_x0000_i4955" DrawAspect="Content" ObjectID="_1699838239" r:id="rId624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1800" w:dyaOrig="680" w14:anchorId="0F85B4FD">
          <v:shape id="_x0000_i4956" type="#_x0000_t75" style="width:90pt;height:34.2pt" o:ole="">
            <v:imagedata r:id="rId6245" o:title=""/>
          </v:shape>
          <o:OLEObject Type="Embed" ProgID="Equation.DSMT4" ShapeID="_x0000_i4956" DrawAspect="Content" ObjectID="_1699838240" r:id="rId6246"/>
        </w:object>
      </w:r>
      <w:r w:rsidRPr="00B13C4C">
        <w:rPr>
          <w:rFonts w:ascii="Times New Roman" w:hAnsi="Times New Roman" w:cs="Times New Roman"/>
          <w:sz w:val="24"/>
          <w:szCs w:val="24"/>
        </w:rPr>
        <w:t>.</w:t>
      </w:r>
    </w:p>
    <w:p w14:paraId="4897F9AC"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1340" w:dyaOrig="660" w14:anchorId="177CF8C6">
          <v:shape id="_x0000_i4957" type="#_x0000_t75" style="width:67.2pt;height:33pt" o:ole="">
            <v:imagedata r:id="rId6247" o:title=""/>
          </v:shape>
          <o:OLEObject Type="Embed" ProgID="Equation.DSMT4" ShapeID="_x0000_i4957" DrawAspect="Content" ObjectID="_1699838241" r:id="rId624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1520" w:dyaOrig="660" w14:anchorId="30607383">
          <v:shape id="_x0000_i4958" type="#_x0000_t75" style="width:76.2pt;height:33pt" o:ole="">
            <v:imagedata r:id="rId6249" o:title=""/>
          </v:shape>
          <o:OLEObject Type="Embed" ProgID="Equation.DSMT4" ShapeID="_x0000_i4958" DrawAspect="Content" ObjectID="_1699838242" r:id="rId6250"/>
        </w:object>
      </w:r>
      <w:r w:rsidRPr="00B13C4C">
        <w:rPr>
          <w:rFonts w:ascii="Times New Roman" w:hAnsi="Times New Roman" w:cs="Times New Roman"/>
          <w:sz w:val="24"/>
          <w:szCs w:val="24"/>
        </w:rPr>
        <w:t>.</w:t>
      </w:r>
    </w:p>
    <w:p w14:paraId="09520644" w14:textId="77777777" w:rsidR="00B13C4C" w:rsidRPr="00B13C4C" w:rsidRDefault="00B13C4C" w:rsidP="0068543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19: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w:t>
      </w:r>
      <w:r w:rsidRPr="00B13C4C">
        <w:rPr>
          <w:rFonts w:ascii="Times New Roman" w:hAnsi="Times New Roman" w:cs="Times New Roman"/>
          <w:position w:val="-6"/>
          <w:sz w:val="24"/>
          <w:szCs w:val="24"/>
        </w:rPr>
        <w:object w:dxaOrig="680" w:dyaOrig="279" w14:anchorId="7F3C292D">
          <v:shape id="_x0000_i4959" type="#_x0000_t75" style="width:34.2pt;height:13.8pt" o:ole="">
            <v:imagedata r:id="rId6251" o:title=""/>
          </v:shape>
          <o:OLEObject Type="Embed" ProgID="Equation.DSMT4" ShapeID="_x0000_i4959" DrawAspect="Content" ObjectID="_1699838243" r:id="rId6252"/>
        </w:object>
      </w:r>
      <w:r w:rsidRPr="00B13C4C">
        <w:rPr>
          <w:rFonts w:ascii="Times New Roman" w:hAnsi="Times New Roman" w:cs="Times New Roman"/>
          <w:sz w:val="24"/>
          <w:szCs w:val="24"/>
        </w:rPr>
        <w:t xml:space="preserve"> đều cạnh </w:t>
      </w:r>
      <w:r w:rsidRPr="00B13C4C">
        <w:rPr>
          <w:rFonts w:ascii="Times New Roman" w:hAnsi="Times New Roman" w:cs="Times New Roman"/>
          <w:position w:val="-6"/>
          <w:sz w:val="24"/>
          <w:szCs w:val="24"/>
        </w:rPr>
        <w:object w:dxaOrig="200" w:dyaOrig="220" w14:anchorId="42049337">
          <v:shape id="_x0000_i4960" type="#_x0000_t75" style="width:10.2pt;height:10.8pt" o:ole="">
            <v:imagedata r:id="rId6253" o:title=""/>
          </v:shape>
          <o:OLEObject Type="Embed" ProgID="Equation.DSMT4" ShapeID="_x0000_i4960" DrawAspect="Content" ObjectID="_1699838244" r:id="rId6254"/>
        </w:object>
      </w:r>
      <w:r w:rsidRPr="00B13C4C">
        <w:rPr>
          <w:rFonts w:ascii="Times New Roman" w:hAnsi="Times New Roman" w:cs="Times New Roman"/>
          <w:sz w:val="24"/>
          <w:szCs w:val="24"/>
        </w:rPr>
        <w:t xml:space="preserve">. Độ dài véctơ tổng: </w:t>
      </w:r>
      <w:r w:rsidRPr="00B13C4C">
        <w:rPr>
          <w:rFonts w:ascii="Times New Roman" w:hAnsi="Times New Roman" w:cs="Times New Roman"/>
          <w:position w:val="-10"/>
          <w:sz w:val="24"/>
          <w:szCs w:val="24"/>
        </w:rPr>
        <w:object w:dxaOrig="1100" w:dyaOrig="380" w14:anchorId="4490862A">
          <v:shape id="_x0000_i4961" type="#_x0000_t75" style="width:55.2pt;height:19.2pt" o:ole="">
            <v:imagedata r:id="rId6255" o:title=""/>
          </v:shape>
          <o:OLEObject Type="Embed" ProgID="Equation.DSMT4" ShapeID="_x0000_i4961" DrawAspect="Content" ObjectID="_1699838245" r:id="rId6256"/>
        </w:object>
      </w:r>
      <w:r w:rsidRPr="00B13C4C">
        <w:rPr>
          <w:rFonts w:ascii="Times New Roman" w:hAnsi="Times New Roman" w:cs="Times New Roman"/>
          <w:sz w:val="24"/>
          <w:szCs w:val="24"/>
        </w:rPr>
        <w:t xml:space="preserve"> là</w:t>
      </w:r>
    </w:p>
    <w:p w14:paraId="2AC71CD2"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8"/>
          <w:sz w:val="24"/>
          <w:szCs w:val="24"/>
        </w:rPr>
        <w:object w:dxaOrig="499" w:dyaOrig="360" w14:anchorId="7777C349">
          <v:shape id="_x0000_i4962" type="#_x0000_t75" style="width:25.2pt;height:18pt" o:ole="">
            <v:imagedata r:id="rId6257" o:title=""/>
          </v:shape>
          <o:OLEObject Type="Embed" ProgID="Equation.DSMT4" ShapeID="_x0000_i4962" DrawAspect="Content" ObjectID="_1699838246" r:id="rId625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540" w:dyaOrig="680" w14:anchorId="488BB30B">
          <v:shape id="_x0000_i4963" type="#_x0000_t75" style="width:27pt;height:34.2pt" o:ole="">
            <v:imagedata r:id="rId6259" o:title=""/>
          </v:shape>
          <o:OLEObject Type="Embed" ProgID="Equation.DSMT4" ShapeID="_x0000_i4963" DrawAspect="Content" ObjectID="_1699838247" r:id="rId626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8"/>
          <w:sz w:val="24"/>
          <w:szCs w:val="24"/>
        </w:rPr>
        <w:object w:dxaOrig="620" w:dyaOrig="360" w14:anchorId="326079A6">
          <v:shape id="_x0000_i4964" type="#_x0000_t75" style="width:31.2pt;height:18pt" o:ole="">
            <v:imagedata r:id="rId6261" o:title=""/>
          </v:shape>
          <o:OLEObject Type="Embed" ProgID="Equation.DSMT4" ShapeID="_x0000_i4964" DrawAspect="Content" ObjectID="_1699838248" r:id="rId626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8"/>
          <w:sz w:val="24"/>
          <w:szCs w:val="24"/>
        </w:rPr>
        <w:object w:dxaOrig="360" w:dyaOrig="360" w14:anchorId="3A27A82D">
          <v:shape id="_x0000_i4965" type="#_x0000_t75" style="width:18pt;height:18pt" o:ole="">
            <v:imagedata r:id="rId6263" o:title=""/>
          </v:shape>
          <o:OLEObject Type="Embed" ProgID="Equation.DSMT4" ShapeID="_x0000_i4965" DrawAspect="Content" ObjectID="_1699838249" r:id="rId6264"/>
        </w:object>
      </w:r>
      <w:r w:rsidRPr="00B13C4C">
        <w:rPr>
          <w:rFonts w:ascii="Times New Roman" w:hAnsi="Times New Roman" w:cs="Times New Roman"/>
          <w:sz w:val="24"/>
          <w:szCs w:val="24"/>
        </w:rPr>
        <w:t>.</w:t>
      </w:r>
    </w:p>
    <w:p w14:paraId="33A96E05" w14:textId="77777777" w:rsidR="00B13C4C" w:rsidRPr="00B13C4C" w:rsidRDefault="00B13C4C" w:rsidP="0068543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Trong hệ tọa độ </w:t>
      </w:r>
      <w:r w:rsidRPr="00B13C4C">
        <w:rPr>
          <w:rFonts w:ascii="Times New Roman" w:hAnsi="Times New Roman" w:cs="Times New Roman"/>
          <w:position w:val="-10"/>
          <w:sz w:val="24"/>
          <w:szCs w:val="24"/>
        </w:rPr>
        <w:object w:dxaOrig="460" w:dyaOrig="320" w14:anchorId="1E6B9C25">
          <v:shape id="_x0000_i4966" type="#_x0000_t75" style="width:22.8pt;height:16.2pt" o:ole="">
            <v:imagedata r:id="rId6265" o:title=""/>
          </v:shape>
          <o:OLEObject Type="Embed" ProgID="Equation.DSMT4" ShapeID="_x0000_i4966" DrawAspect="Content" ObjectID="_1699838250" r:id="rId6266"/>
        </w:object>
      </w:r>
      <w:r w:rsidRPr="00B13C4C">
        <w:rPr>
          <w:rFonts w:ascii="Times New Roman" w:hAnsi="Times New Roman" w:cs="Times New Roman"/>
          <w:sz w:val="24"/>
          <w:szCs w:val="24"/>
        </w:rPr>
        <w:t xml:space="preserve">, cho 3 điểm </w:t>
      </w:r>
      <w:r w:rsidRPr="00B13C4C">
        <w:rPr>
          <w:rFonts w:ascii="Times New Roman" w:hAnsi="Times New Roman" w:cs="Times New Roman"/>
          <w:position w:val="-10"/>
          <w:sz w:val="24"/>
          <w:szCs w:val="24"/>
        </w:rPr>
        <w:object w:dxaOrig="2240" w:dyaOrig="320" w14:anchorId="2151EA18">
          <v:shape id="_x0000_i4967" type="#_x0000_t75" style="width:112.2pt;height:16.2pt" o:ole="">
            <v:imagedata r:id="rId6267" o:title=""/>
          </v:shape>
          <o:OLEObject Type="Embed" ProgID="Equation.DSMT4" ShapeID="_x0000_i4967" DrawAspect="Content" ObjectID="_1699838251" r:id="rId6268"/>
        </w:object>
      </w:r>
      <w:r w:rsidRPr="00B13C4C">
        <w:rPr>
          <w:rFonts w:ascii="Times New Roman" w:hAnsi="Times New Roman" w:cs="Times New Roman"/>
          <w:sz w:val="24"/>
          <w:szCs w:val="24"/>
        </w:rPr>
        <w:t xml:space="preserve">. Tìm tọa độ điểm </w:t>
      </w:r>
      <w:r w:rsidRPr="00B13C4C">
        <w:rPr>
          <w:rFonts w:ascii="Times New Roman" w:hAnsi="Times New Roman" w:cs="Times New Roman"/>
          <w:position w:val="-4"/>
          <w:sz w:val="24"/>
          <w:szCs w:val="24"/>
        </w:rPr>
        <w:object w:dxaOrig="260" w:dyaOrig="260" w14:anchorId="5E8E6C77">
          <v:shape id="_x0000_i4968" type="#_x0000_t75" style="width:13.2pt;height:13.2pt" o:ole="">
            <v:imagedata r:id="rId6269" o:title=""/>
          </v:shape>
          <o:OLEObject Type="Embed" ProgID="Equation.DSMT4" ShapeID="_x0000_i4968" DrawAspect="Content" ObjectID="_1699838252" r:id="rId6270"/>
        </w:object>
      </w:r>
      <w:r w:rsidRPr="00B13C4C">
        <w:rPr>
          <w:rFonts w:ascii="Times New Roman" w:hAnsi="Times New Roman" w:cs="Times New Roman"/>
          <w:sz w:val="24"/>
          <w:szCs w:val="24"/>
        </w:rPr>
        <w:t xml:space="preserve"> để </w:t>
      </w:r>
      <w:r w:rsidRPr="00B13C4C">
        <w:rPr>
          <w:rFonts w:ascii="Times New Roman" w:hAnsi="Times New Roman" w:cs="Times New Roman"/>
          <w:position w:val="-6"/>
          <w:sz w:val="24"/>
          <w:szCs w:val="24"/>
        </w:rPr>
        <w:object w:dxaOrig="720" w:dyaOrig="279" w14:anchorId="18E3F197">
          <v:shape id="_x0000_i4969" type="#_x0000_t75" style="width:36pt;height:13.8pt" o:ole="">
            <v:imagedata r:id="rId6271" o:title=""/>
          </v:shape>
          <o:OLEObject Type="Embed" ProgID="Equation.DSMT4" ShapeID="_x0000_i4969" DrawAspect="Content" ObjectID="_1699838253" r:id="rId6272"/>
        </w:object>
      </w:r>
      <w:r w:rsidRPr="00B13C4C">
        <w:rPr>
          <w:rFonts w:ascii="Times New Roman" w:hAnsi="Times New Roman" w:cs="Times New Roman"/>
          <w:sz w:val="24"/>
          <w:szCs w:val="24"/>
        </w:rPr>
        <w:t xml:space="preserve"> là hình bình hành.</w:t>
      </w:r>
    </w:p>
    <w:p w14:paraId="05EE8578"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740" w:dyaOrig="320" w14:anchorId="7BB7F7F5">
          <v:shape id="_x0000_i4970" type="#_x0000_t75" style="width:37.2pt;height:16.2pt" o:ole="">
            <v:imagedata r:id="rId6273" o:title=""/>
          </v:shape>
          <o:OLEObject Type="Embed" ProgID="Equation.DSMT4" ShapeID="_x0000_i4970" DrawAspect="Content" ObjectID="_1699838254" r:id="rId627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880" w:dyaOrig="320" w14:anchorId="5BB0647E">
          <v:shape id="_x0000_i4971" type="#_x0000_t75" style="width:43.8pt;height:16.2pt" o:ole="">
            <v:imagedata r:id="rId6275" o:title=""/>
          </v:shape>
          <o:OLEObject Type="Embed" ProgID="Equation.DSMT4" ShapeID="_x0000_i4971" DrawAspect="Content" ObjectID="_1699838255" r:id="rId627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880" w:dyaOrig="320" w14:anchorId="190C2498">
          <v:shape id="_x0000_i4972" type="#_x0000_t75" style="width:43.8pt;height:16.2pt" o:ole="">
            <v:imagedata r:id="rId6277" o:title=""/>
          </v:shape>
          <o:OLEObject Type="Embed" ProgID="Equation.DSMT4" ShapeID="_x0000_i4972" DrawAspect="Content" ObjectID="_1699838256" r:id="rId627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999" w:dyaOrig="320" w14:anchorId="01E4A780">
          <v:shape id="_x0000_i4973" type="#_x0000_t75" style="width:49.8pt;height:16.2pt" o:ole="">
            <v:imagedata r:id="rId6279" o:title=""/>
          </v:shape>
          <o:OLEObject Type="Embed" ProgID="Equation.DSMT4" ShapeID="_x0000_i4973" DrawAspect="Content" ObjectID="_1699838257" r:id="rId6280"/>
        </w:object>
      </w:r>
      <w:r w:rsidRPr="00B13C4C">
        <w:rPr>
          <w:rFonts w:ascii="Times New Roman" w:hAnsi="Times New Roman" w:cs="Times New Roman"/>
          <w:sz w:val="24"/>
          <w:szCs w:val="24"/>
        </w:rPr>
        <w:t>.</w:t>
      </w:r>
    </w:p>
    <w:p w14:paraId="2A83034B" w14:textId="77777777" w:rsidR="00B13C4C" w:rsidRPr="00B13C4C" w:rsidRDefault="00B13C4C" w:rsidP="0068543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tam giác đều cạnh </w:t>
      </w:r>
      <w:r w:rsidRPr="00B13C4C">
        <w:rPr>
          <w:rFonts w:ascii="Times New Roman" w:hAnsi="Times New Roman" w:cs="Times New Roman"/>
          <w:position w:val="-6"/>
          <w:sz w:val="24"/>
          <w:szCs w:val="24"/>
        </w:rPr>
        <w:object w:dxaOrig="200" w:dyaOrig="220" w14:anchorId="3BFA8988">
          <v:shape id="_x0000_i4974" type="#_x0000_t75" style="width:10.2pt;height:10.8pt" o:ole="">
            <v:imagedata r:id="rId6281" o:title=""/>
          </v:shape>
          <o:OLEObject Type="Embed" ProgID="Equation.DSMT4" ShapeID="_x0000_i4974" DrawAspect="Content" ObjectID="_1699838258" r:id="rId6282"/>
        </w:object>
      </w:r>
      <w:r w:rsidRPr="00B13C4C">
        <w:rPr>
          <w:rFonts w:ascii="Times New Roman" w:hAnsi="Times New Roman" w:cs="Times New Roman"/>
          <w:sz w:val="24"/>
          <w:szCs w:val="24"/>
        </w:rPr>
        <w:t xml:space="preserve">. Khi đó </w:t>
      </w:r>
      <w:r w:rsidRPr="00B13C4C">
        <w:rPr>
          <w:rFonts w:ascii="Times New Roman" w:hAnsi="Times New Roman" w:cs="Times New Roman"/>
          <w:position w:val="-10"/>
          <w:sz w:val="24"/>
          <w:szCs w:val="24"/>
        </w:rPr>
        <w:object w:dxaOrig="1060" w:dyaOrig="380" w14:anchorId="157AEA72">
          <v:shape id="_x0000_i4975" type="#_x0000_t75" style="width:52.8pt;height:19.2pt" o:ole="">
            <v:imagedata r:id="rId6283" o:title=""/>
          </v:shape>
          <o:OLEObject Type="Embed" ProgID="Equation.DSMT4" ShapeID="_x0000_i4975" DrawAspect="Content" ObjectID="_1699838259" r:id="rId6284"/>
        </w:object>
      </w:r>
      <w:r w:rsidRPr="00B13C4C">
        <w:rPr>
          <w:rFonts w:ascii="Times New Roman" w:hAnsi="Times New Roman" w:cs="Times New Roman"/>
          <w:sz w:val="24"/>
          <w:szCs w:val="24"/>
        </w:rPr>
        <w:t xml:space="preserve"> bẳng</w:t>
      </w:r>
    </w:p>
    <w:p w14:paraId="7F221EA5"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6"/>
          <w:sz w:val="24"/>
          <w:szCs w:val="24"/>
        </w:rPr>
        <w:object w:dxaOrig="200" w:dyaOrig="279" w14:anchorId="2780DF32">
          <v:shape id="_x0000_i4976" type="#_x0000_t75" style="width:10.2pt;height:13.8pt" o:ole="">
            <v:imagedata r:id="rId6285" o:title=""/>
          </v:shape>
          <o:OLEObject Type="Embed" ProgID="Equation.DSMT4" ShapeID="_x0000_i4976" DrawAspect="Content" ObjectID="_1699838260" r:id="rId628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320" w:dyaOrig="279" w14:anchorId="15FF5B75">
          <v:shape id="_x0000_i4977" type="#_x0000_t75" style="width:16.2pt;height:13.8pt" o:ole="">
            <v:imagedata r:id="rId6287" o:title=""/>
          </v:shape>
          <o:OLEObject Type="Embed" ProgID="Equation.DSMT4" ShapeID="_x0000_i4977" DrawAspect="Content" ObjectID="_1699838261" r:id="rId628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0.</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200" w:dyaOrig="220" w14:anchorId="00644643">
          <v:shape id="_x0000_i4978" type="#_x0000_t75" style="width:10.2pt;height:10.8pt" o:ole="">
            <v:imagedata r:id="rId6289" o:title=""/>
          </v:shape>
          <o:OLEObject Type="Embed" ProgID="Equation.DSMT4" ShapeID="_x0000_i4978" DrawAspect="Content" ObjectID="_1699838262" r:id="rId6290"/>
        </w:object>
      </w:r>
      <w:r w:rsidRPr="00B13C4C">
        <w:rPr>
          <w:rFonts w:ascii="Times New Roman" w:hAnsi="Times New Roman" w:cs="Times New Roman"/>
          <w:sz w:val="24"/>
          <w:szCs w:val="24"/>
        </w:rPr>
        <w:t>.</w:t>
      </w:r>
    </w:p>
    <w:p w14:paraId="5AFEAE4E" w14:textId="77777777" w:rsidR="00B13C4C" w:rsidRPr="00B13C4C" w:rsidRDefault="00B13C4C" w:rsidP="0068543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Số nghiệm của phương trình </w:t>
      </w:r>
      <w:r w:rsidRPr="00B13C4C">
        <w:rPr>
          <w:rFonts w:ascii="Times New Roman" w:hAnsi="Times New Roman" w:cs="Times New Roman"/>
          <w:position w:val="-6"/>
          <w:sz w:val="24"/>
          <w:szCs w:val="24"/>
        </w:rPr>
        <w:object w:dxaOrig="1540" w:dyaOrig="320" w14:anchorId="21E83901">
          <v:shape id="_x0000_i4979" type="#_x0000_t75" style="width:76.8pt;height:16.2pt" o:ole="">
            <v:imagedata r:id="rId6291" o:title=""/>
          </v:shape>
          <o:OLEObject Type="Embed" ProgID="Equation.DSMT4" ShapeID="_x0000_i4979" DrawAspect="Content" ObjectID="_1699838263" r:id="rId6292"/>
        </w:object>
      </w:r>
      <w:r w:rsidRPr="00B13C4C">
        <w:rPr>
          <w:rFonts w:ascii="Times New Roman" w:hAnsi="Times New Roman" w:cs="Times New Roman"/>
          <w:sz w:val="24"/>
          <w:szCs w:val="24"/>
        </w:rPr>
        <w:t xml:space="preserve"> là</w:t>
      </w:r>
    </w:p>
    <w:p w14:paraId="7771C4AB"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3.</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0.</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4.</w:t>
      </w:r>
    </w:p>
    <w:p w14:paraId="6292C842" w14:textId="77777777" w:rsidR="00B13C4C" w:rsidRPr="00B13C4C" w:rsidRDefault="00B13C4C" w:rsidP="0068543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w:t>
      </w:r>
      <w:r w:rsidRPr="00B13C4C">
        <w:rPr>
          <w:rFonts w:ascii="Times New Roman" w:hAnsi="Times New Roman" w:cs="Times New Roman"/>
          <w:position w:val="-10"/>
          <w:sz w:val="24"/>
          <w:szCs w:val="24"/>
        </w:rPr>
        <w:object w:dxaOrig="1579" w:dyaOrig="320" w14:anchorId="64DFABD6">
          <v:shape id="_x0000_i4980" type="#_x0000_t75" style="width:79.2pt;height:16.2pt" o:ole="">
            <v:imagedata r:id="rId6293" o:title=""/>
          </v:shape>
          <o:OLEObject Type="Embed" ProgID="Equation.DSMT4" ShapeID="_x0000_i4980" DrawAspect="Content" ObjectID="_1699838264" r:id="rId6294"/>
        </w:object>
      </w:r>
      <w:r w:rsidRPr="00B13C4C">
        <w:rPr>
          <w:rFonts w:ascii="Times New Roman" w:hAnsi="Times New Roman" w:cs="Times New Roman"/>
          <w:sz w:val="24"/>
          <w:szCs w:val="24"/>
        </w:rPr>
        <w:t xml:space="preserve">. Tọa độ trung điểm của đoạn thẳng </w:t>
      </w:r>
      <w:r w:rsidRPr="00B13C4C">
        <w:rPr>
          <w:rFonts w:ascii="Times New Roman" w:hAnsi="Times New Roman" w:cs="Times New Roman"/>
          <w:position w:val="-4"/>
          <w:sz w:val="24"/>
          <w:szCs w:val="24"/>
        </w:rPr>
        <w:object w:dxaOrig="400" w:dyaOrig="260" w14:anchorId="73D01C1D">
          <v:shape id="_x0000_i4981" type="#_x0000_t75" style="width:19.8pt;height:13.2pt" o:ole="">
            <v:imagedata r:id="rId6295" o:title=""/>
          </v:shape>
          <o:OLEObject Type="Embed" ProgID="Equation.DSMT4" ShapeID="_x0000_i4981" DrawAspect="Content" ObjectID="_1699838265" r:id="rId6296"/>
        </w:object>
      </w:r>
      <w:r w:rsidRPr="00B13C4C">
        <w:rPr>
          <w:rFonts w:ascii="Times New Roman" w:hAnsi="Times New Roman" w:cs="Times New Roman"/>
          <w:sz w:val="24"/>
          <w:szCs w:val="24"/>
        </w:rPr>
        <w:t xml:space="preserve"> là</w:t>
      </w:r>
    </w:p>
    <w:p w14:paraId="34197ACC"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680" w:dyaOrig="320" w14:anchorId="11D3698B">
          <v:shape id="_x0000_i4982" type="#_x0000_t75" style="width:34.2pt;height:16.2pt" o:ole="">
            <v:imagedata r:id="rId6297" o:title=""/>
          </v:shape>
          <o:OLEObject Type="Embed" ProgID="Equation.DSMT4" ShapeID="_x0000_i4982" DrawAspect="Content" ObjectID="_1699838266" r:id="rId629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499" w:dyaOrig="320" w14:anchorId="7684A746">
          <v:shape id="_x0000_i4983" type="#_x0000_t75" style="width:25.2pt;height:16.2pt" o:ole="">
            <v:imagedata r:id="rId6299" o:title=""/>
          </v:shape>
          <o:OLEObject Type="Embed" ProgID="Equation.DSMT4" ShapeID="_x0000_i4983" DrawAspect="Content" ObjectID="_1699838267" r:id="rId630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700" w:dyaOrig="320" w14:anchorId="5A1227F5">
          <v:shape id="_x0000_i4984" type="#_x0000_t75" style="width:34.8pt;height:16.2pt" o:ole="">
            <v:imagedata r:id="rId6301" o:title=""/>
          </v:shape>
          <o:OLEObject Type="Embed" ProgID="Equation.DSMT4" ShapeID="_x0000_i4984" DrawAspect="Content" ObjectID="_1699838268" r:id="rId630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680" w:dyaOrig="320" w14:anchorId="0593C1D7">
          <v:shape id="_x0000_i4985" type="#_x0000_t75" style="width:34.2pt;height:16.2pt" o:ole="">
            <v:imagedata r:id="rId6303" o:title=""/>
          </v:shape>
          <o:OLEObject Type="Embed" ProgID="Equation.DSMT4" ShapeID="_x0000_i4985" DrawAspect="Content" ObjectID="_1699838269" r:id="rId6304"/>
        </w:object>
      </w:r>
      <w:r w:rsidRPr="00B13C4C">
        <w:rPr>
          <w:rFonts w:ascii="Times New Roman" w:hAnsi="Times New Roman" w:cs="Times New Roman"/>
          <w:sz w:val="24"/>
          <w:szCs w:val="24"/>
        </w:rPr>
        <w:t>.</w:t>
      </w:r>
    </w:p>
    <w:p w14:paraId="5088B063" w14:textId="77777777" w:rsidR="00B13C4C" w:rsidRPr="00B13C4C" w:rsidRDefault="00B13C4C" w:rsidP="0068543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hai tập hợp </w:t>
      </w:r>
      <w:r w:rsidRPr="00B13C4C">
        <w:rPr>
          <w:rFonts w:ascii="Times New Roman" w:hAnsi="Times New Roman" w:cs="Times New Roman"/>
          <w:position w:val="-10"/>
          <w:sz w:val="24"/>
          <w:szCs w:val="24"/>
        </w:rPr>
        <w:object w:dxaOrig="1880" w:dyaOrig="320" w14:anchorId="108014CC">
          <v:shape id="_x0000_i4986" type="#_x0000_t75" style="width:94.2pt;height:16.2pt" o:ole="">
            <v:imagedata r:id="rId6305" o:title=""/>
          </v:shape>
          <o:OLEObject Type="Embed" ProgID="Equation.DSMT4" ShapeID="_x0000_i4986" DrawAspect="Content" ObjectID="_1699838270" r:id="rId6306"/>
        </w:object>
      </w:r>
      <w:r w:rsidRPr="00B13C4C">
        <w:rPr>
          <w:rFonts w:ascii="Times New Roman" w:hAnsi="Times New Roman" w:cs="Times New Roman"/>
          <w:sz w:val="24"/>
          <w:szCs w:val="24"/>
        </w:rPr>
        <w:t xml:space="preserve">. Xác định tập hợp </w:t>
      </w:r>
      <w:r w:rsidRPr="00B13C4C">
        <w:rPr>
          <w:rFonts w:ascii="Times New Roman" w:hAnsi="Times New Roman" w:cs="Times New Roman"/>
          <w:position w:val="-4"/>
          <w:sz w:val="24"/>
          <w:szCs w:val="24"/>
        </w:rPr>
        <w:object w:dxaOrig="660" w:dyaOrig="260" w14:anchorId="1CAA98B9">
          <v:shape id="_x0000_i4987" type="#_x0000_t75" style="width:33pt;height:13.2pt" o:ole="">
            <v:imagedata r:id="rId6307" o:title=""/>
          </v:shape>
          <o:OLEObject Type="Embed" ProgID="Equation.DSMT4" ShapeID="_x0000_i4987" DrawAspect="Content" ObjectID="_1699838271" r:id="rId6308"/>
        </w:object>
      </w:r>
      <w:r w:rsidRPr="00B13C4C">
        <w:rPr>
          <w:rFonts w:ascii="Times New Roman" w:hAnsi="Times New Roman" w:cs="Times New Roman"/>
          <w:sz w:val="24"/>
          <w:szCs w:val="24"/>
        </w:rPr>
        <w:t>?</w:t>
      </w:r>
    </w:p>
    <w:p w14:paraId="26E39C5C"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340" w:dyaOrig="320" w14:anchorId="57B1B70A">
          <v:shape id="_x0000_i4988" type="#_x0000_t75" style="width:67.2pt;height:16.2pt" o:ole="">
            <v:imagedata r:id="rId6309" o:title=""/>
          </v:shape>
          <o:OLEObject Type="Embed" ProgID="Equation.DSMT4" ShapeID="_x0000_i4988" DrawAspect="Content" ObjectID="_1699838272" r:id="rId631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320" w:dyaOrig="320" w14:anchorId="57C7DF8F">
          <v:shape id="_x0000_i4989" type="#_x0000_t75" style="width:66pt;height:16.2pt" o:ole="">
            <v:imagedata r:id="rId6311" o:title=""/>
          </v:shape>
          <o:OLEObject Type="Embed" ProgID="Equation.DSMT4" ShapeID="_x0000_i4989" DrawAspect="Content" ObjectID="_1699838273" r:id="rId631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320" w:dyaOrig="320" w14:anchorId="29D8647E">
          <v:shape id="_x0000_i4990" type="#_x0000_t75" style="width:66pt;height:16.2pt" o:ole="">
            <v:imagedata r:id="rId6313" o:title=""/>
          </v:shape>
          <o:OLEObject Type="Embed" ProgID="Equation.DSMT4" ShapeID="_x0000_i4990" DrawAspect="Content" ObjectID="_1699838274" r:id="rId631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320" w:dyaOrig="320" w14:anchorId="6D93ECB2">
          <v:shape id="_x0000_i4991" type="#_x0000_t75" style="width:66pt;height:16.2pt" o:ole="">
            <v:imagedata r:id="rId6315" o:title=""/>
          </v:shape>
          <o:OLEObject Type="Embed" ProgID="Equation.DSMT4" ShapeID="_x0000_i4991" DrawAspect="Content" ObjectID="_1699838275" r:id="rId6316"/>
        </w:object>
      </w:r>
      <w:r w:rsidRPr="00B13C4C">
        <w:rPr>
          <w:rFonts w:ascii="Times New Roman" w:hAnsi="Times New Roman" w:cs="Times New Roman"/>
          <w:sz w:val="24"/>
          <w:szCs w:val="24"/>
        </w:rPr>
        <w:t>.</w:t>
      </w:r>
    </w:p>
    <w:p w14:paraId="04F23976" w14:textId="77777777" w:rsidR="00B13C4C" w:rsidRPr="00B13C4C" w:rsidRDefault="00B13C4C" w:rsidP="0068543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Số nghiệm của phương trình </w:t>
      </w:r>
      <w:r w:rsidRPr="00B13C4C">
        <w:rPr>
          <w:rFonts w:ascii="Times New Roman" w:hAnsi="Times New Roman" w:cs="Times New Roman"/>
          <w:position w:val="-8"/>
          <w:sz w:val="24"/>
          <w:szCs w:val="24"/>
        </w:rPr>
        <w:object w:dxaOrig="2140" w:dyaOrig="400" w14:anchorId="5EEC47F9">
          <v:shape id="_x0000_i4992" type="#_x0000_t75" style="width:106.8pt;height:19.8pt" o:ole="">
            <v:imagedata r:id="rId6317" o:title=""/>
          </v:shape>
          <o:OLEObject Type="Embed" ProgID="Equation.DSMT4" ShapeID="_x0000_i4992" DrawAspect="Content" ObjectID="_1699838276" r:id="rId6318"/>
        </w:object>
      </w:r>
      <w:r w:rsidRPr="00B13C4C">
        <w:rPr>
          <w:rFonts w:ascii="Times New Roman" w:hAnsi="Times New Roman" w:cs="Times New Roman"/>
          <w:sz w:val="24"/>
          <w:szCs w:val="24"/>
        </w:rPr>
        <w:t xml:space="preserve"> là</w:t>
      </w:r>
    </w:p>
    <w:p w14:paraId="5B9314A5"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3.</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0.</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1.</w:t>
      </w:r>
    </w:p>
    <w:p w14:paraId="348BE14C" w14:textId="77777777" w:rsidR="00B13C4C" w:rsidRPr="00B13C4C" w:rsidRDefault="00B13C4C" w:rsidP="0068543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26:</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Gọi </w:t>
      </w:r>
      <w:r w:rsidRPr="00B13C4C">
        <w:rPr>
          <w:rFonts w:ascii="Times New Roman" w:hAnsi="Times New Roman" w:cs="Times New Roman"/>
          <w:position w:val="-10"/>
          <w:sz w:val="24"/>
          <w:szCs w:val="24"/>
        </w:rPr>
        <w:object w:dxaOrig="560" w:dyaOrig="320" w14:anchorId="2991F719">
          <v:shape id="_x0000_i4993" type="#_x0000_t75" style="width:28.2pt;height:16.2pt" o:ole="">
            <v:imagedata r:id="rId6319" o:title=""/>
          </v:shape>
          <o:OLEObject Type="Embed" ProgID="Equation.DSMT4" ShapeID="_x0000_i4993" DrawAspect="Content" ObjectID="_1699838277" r:id="rId6320"/>
        </w:object>
      </w:r>
      <w:r w:rsidRPr="00B13C4C">
        <w:rPr>
          <w:rFonts w:ascii="Times New Roman" w:hAnsi="Times New Roman" w:cs="Times New Roman"/>
          <w:sz w:val="24"/>
          <w:szCs w:val="24"/>
        </w:rPr>
        <w:t xml:space="preserve"> là nghiệm của phương trình </w:t>
      </w:r>
      <w:r w:rsidRPr="00B13C4C">
        <w:rPr>
          <w:rFonts w:ascii="Times New Roman" w:hAnsi="Times New Roman" w:cs="Times New Roman"/>
          <w:position w:val="-50"/>
          <w:sz w:val="24"/>
          <w:szCs w:val="24"/>
        </w:rPr>
        <w:object w:dxaOrig="2079" w:dyaOrig="1120" w14:anchorId="5FC1332D">
          <v:shape id="_x0000_i4994" type="#_x0000_t75" style="width:103.8pt;height:55.8pt" o:ole="">
            <v:imagedata r:id="rId6321" o:title=""/>
          </v:shape>
          <o:OLEObject Type="Embed" ProgID="Equation.DSMT4" ShapeID="_x0000_i4994" DrawAspect="Content" ObjectID="_1699838278" r:id="rId6322"/>
        </w:object>
      </w:r>
      <w:r w:rsidRPr="00B13C4C">
        <w:rPr>
          <w:rFonts w:ascii="Times New Roman" w:hAnsi="Times New Roman" w:cs="Times New Roman"/>
          <w:sz w:val="24"/>
          <w:szCs w:val="24"/>
        </w:rPr>
        <w:t xml:space="preserve">. Khi đó </w:t>
      </w:r>
      <w:r w:rsidRPr="00B13C4C">
        <w:rPr>
          <w:rFonts w:ascii="Times New Roman" w:hAnsi="Times New Roman" w:cs="Times New Roman"/>
          <w:position w:val="-6"/>
          <w:sz w:val="24"/>
          <w:szCs w:val="24"/>
        </w:rPr>
        <w:object w:dxaOrig="540" w:dyaOrig="279" w14:anchorId="11D52EED">
          <v:shape id="_x0000_i4995" type="#_x0000_t75" style="width:27pt;height:13.8pt" o:ole="">
            <v:imagedata r:id="rId6323" o:title=""/>
          </v:shape>
          <o:OLEObject Type="Embed" ProgID="Equation.DSMT4" ShapeID="_x0000_i4995" DrawAspect="Content" ObjectID="_1699838279" r:id="rId6324"/>
        </w:object>
      </w:r>
      <w:r w:rsidRPr="00B13C4C">
        <w:rPr>
          <w:rFonts w:ascii="Times New Roman" w:hAnsi="Times New Roman" w:cs="Times New Roman"/>
          <w:sz w:val="24"/>
          <w:szCs w:val="24"/>
        </w:rPr>
        <w:t xml:space="preserve"> bằng</w:t>
      </w:r>
    </w:p>
    <w:p w14:paraId="754EF4E7"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4.</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6"/>
          <w:sz w:val="24"/>
          <w:szCs w:val="24"/>
        </w:rPr>
        <w:object w:dxaOrig="320" w:dyaOrig="279" w14:anchorId="3A75EAF4">
          <v:shape id="_x0000_i4996" type="#_x0000_t75" style="width:16.2pt;height:13.8pt" o:ole="">
            <v:imagedata r:id="rId6325" o:title=""/>
          </v:shape>
          <o:OLEObject Type="Embed" ProgID="Equation.DSMT4" ShapeID="_x0000_i4996" DrawAspect="Content" ObjectID="_1699838280" r:id="rId632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4"/>
          <w:sz w:val="24"/>
          <w:szCs w:val="24"/>
        </w:rPr>
        <w:object w:dxaOrig="320" w:dyaOrig="260" w14:anchorId="58C35699">
          <v:shape id="_x0000_i4997" type="#_x0000_t75" style="width:16.2pt;height:13.2pt" o:ole="">
            <v:imagedata r:id="rId6327" o:title=""/>
          </v:shape>
          <o:OLEObject Type="Embed" ProgID="Equation.DSMT4" ShapeID="_x0000_i4997" DrawAspect="Content" ObjectID="_1699838281" r:id="rId632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6.</w:t>
      </w:r>
    </w:p>
    <w:p w14:paraId="71162904" w14:textId="77777777" w:rsidR="00B13C4C" w:rsidRPr="00B13C4C" w:rsidRDefault="00B13C4C" w:rsidP="0068543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27:</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Nghiệm của hệ </w:t>
      </w:r>
      <w:r w:rsidRPr="00B13C4C">
        <w:rPr>
          <w:rFonts w:ascii="Times New Roman" w:hAnsi="Times New Roman" w:cs="Times New Roman"/>
          <w:position w:val="-50"/>
          <w:sz w:val="24"/>
          <w:szCs w:val="24"/>
        </w:rPr>
        <w:object w:dxaOrig="2079" w:dyaOrig="1120" w14:anchorId="58DE221E">
          <v:shape id="_x0000_i4998" type="#_x0000_t75" style="width:103.8pt;height:55.8pt" o:ole="">
            <v:imagedata r:id="rId6329" o:title=""/>
          </v:shape>
          <o:OLEObject Type="Embed" ProgID="Equation.DSMT4" ShapeID="_x0000_i4998" DrawAspect="Content" ObjectID="_1699838282" r:id="rId6330"/>
        </w:object>
      </w:r>
    </w:p>
    <w:p w14:paraId="7A307C41"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859" w:dyaOrig="320" w14:anchorId="5CCFC05F">
          <v:shape id="_x0000_i4999" type="#_x0000_t75" style="width:43.2pt;height:16.2pt" o:ole="">
            <v:imagedata r:id="rId6331" o:title=""/>
          </v:shape>
          <o:OLEObject Type="Embed" ProgID="Equation.DSMT4" ShapeID="_x0000_i4999" DrawAspect="Content" ObjectID="_1699838283" r:id="rId633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859" w:dyaOrig="320" w14:anchorId="2913F6CC">
          <v:shape id="_x0000_i5000" type="#_x0000_t75" style="width:43.2pt;height:16.2pt" o:ole="">
            <v:imagedata r:id="rId6333" o:title=""/>
          </v:shape>
          <o:OLEObject Type="Embed" ProgID="Equation.DSMT4" ShapeID="_x0000_i5000" DrawAspect="Content" ObjectID="_1699838284" r:id="rId633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140" w:dyaOrig="320" w14:anchorId="7DEFB45E">
          <v:shape id="_x0000_i5001" type="#_x0000_t75" style="width:57pt;height:16.2pt" o:ole="">
            <v:imagedata r:id="rId6335" o:title=""/>
          </v:shape>
          <o:OLEObject Type="Embed" ProgID="Equation.DSMT4" ShapeID="_x0000_i5001" DrawAspect="Content" ObjectID="_1699838285" r:id="rId633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720" w:dyaOrig="320" w14:anchorId="6FE76631">
          <v:shape id="_x0000_i5002" type="#_x0000_t75" style="width:36pt;height:16.2pt" o:ole="">
            <v:imagedata r:id="rId6337" o:title=""/>
          </v:shape>
          <o:OLEObject Type="Embed" ProgID="Equation.DSMT4" ShapeID="_x0000_i5002" DrawAspect="Content" ObjectID="_1699838286" r:id="rId6338"/>
        </w:object>
      </w:r>
      <w:r w:rsidRPr="00B13C4C">
        <w:rPr>
          <w:rFonts w:ascii="Times New Roman" w:hAnsi="Times New Roman" w:cs="Times New Roman"/>
          <w:sz w:val="24"/>
          <w:szCs w:val="24"/>
        </w:rPr>
        <w:t>.</w:t>
      </w:r>
    </w:p>
    <w:p w14:paraId="311BC8EB" w14:textId="77777777" w:rsidR="00B13C4C" w:rsidRPr="00B13C4C" w:rsidRDefault="00B13C4C" w:rsidP="0068543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28:</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Khoảng đồng biến của hàm số </w:t>
      </w:r>
      <w:r w:rsidRPr="00B13C4C">
        <w:rPr>
          <w:rFonts w:ascii="Times New Roman" w:hAnsi="Times New Roman" w:cs="Times New Roman"/>
          <w:position w:val="-10"/>
          <w:sz w:val="24"/>
          <w:szCs w:val="24"/>
        </w:rPr>
        <w:object w:dxaOrig="1460" w:dyaOrig="360" w14:anchorId="1B48634F">
          <v:shape id="_x0000_i5003" type="#_x0000_t75" style="width:73.2pt;height:18pt" o:ole="">
            <v:imagedata r:id="rId6339" o:title=""/>
          </v:shape>
          <o:OLEObject Type="Embed" ProgID="Equation.DSMT4" ShapeID="_x0000_i5003" DrawAspect="Content" ObjectID="_1699838287" r:id="rId6340"/>
        </w:object>
      </w:r>
      <w:r w:rsidRPr="00B13C4C">
        <w:rPr>
          <w:rFonts w:ascii="Times New Roman" w:hAnsi="Times New Roman" w:cs="Times New Roman"/>
          <w:sz w:val="24"/>
          <w:szCs w:val="24"/>
        </w:rPr>
        <w:t xml:space="preserve"> là</w:t>
      </w:r>
    </w:p>
    <w:p w14:paraId="11F7AA3A"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700" w:dyaOrig="320" w14:anchorId="43168AC4">
          <v:shape id="_x0000_i5004" type="#_x0000_t75" style="width:34.8pt;height:16.2pt" o:ole="">
            <v:imagedata r:id="rId6341" o:title=""/>
          </v:shape>
          <o:OLEObject Type="Embed" ProgID="Equation.DSMT4" ShapeID="_x0000_i5004" DrawAspect="Content" ObjectID="_1699838288" r:id="rId634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859" w:dyaOrig="320" w14:anchorId="52D65C77">
          <v:shape id="_x0000_i5005" type="#_x0000_t75" style="width:43.2pt;height:16.2pt" o:ole="">
            <v:imagedata r:id="rId6343" o:title=""/>
          </v:shape>
          <o:OLEObject Type="Embed" ProgID="Equation.DSMT4" ShapeID="_x0000_i5005" DrawAspect="Content" ObjectID="_1699838289" r:id="rId634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700" w:dyaOrig="320" w14:anchorId="04A62437">
          <v:shape id="_x0000_i5006" type="#_x0000_t75" style="width:34.8pt;height:16.2pt" o:ole="">
            <v:imagedata r:id="rId6345" o:title=""/>
          </v:shape>
          <o:OLEObject Type="Embed" ProgID="Equation.DSMT4" ShapeID="_x0000_i5006" DrawAspect="Content" ObjectID="_1699838290" r:id="rId634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859" w:dyaOrig="320" w14:anchorId="74C8036E">
          <v:shape id="_x0000_i5007" type="#_x0000_t75" style="width:43.2pt;height:16.2pt" o:ole="">
            <v:imagedata r:id="rId6347" o:title=""/>
          </v:shape>
          <o:OLEObject Type="Embed" ProgID="Equation.DSMT4" ShapeID="_x0000_i5007" DrawAspect="Content" ObjectID="_1699838291" r:id="rId6348"/>
        </w:object>
      </w:r>
      <w:r w:rsidRPr="00B13C4C">
        <w:rPr>
          <w:rFonts w:ascii="Times New Roman" w:hAnsi="Times New Roman" w:cs="Times New Roman"/>
          <w:sz w:val="24"/>
          <w:szCs w:val="24"/>
        </w:rPr>
        <w:t>.</w:t>
      </w:r>
    </w:p>
    <w:p w14:paraId="654A3827" w14:textId="77777777" w:rsidR="00B13C4C" w:rsidRPr="00B13C4C" w:rsidRDefault="00B13C4C" w:rsidP="0068543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lastRenderedPageBreak/>
        <w:t>Câu 29:</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w:t>
      </w:r>
      <w:r w:rsidRPr="00B13C4C">
        <w:rPr>
          <w:rFonts w:ascii="Times New Roman" w:hAnsi="Times New Roman" w:cs="Times New Roman"/>
          <w:position w:val="-10"/>
          <w:sz w:val="24"/>
          <w:szCs w:val="24"/>
        </w:rPr>
        <w:object w:dxaOrig="1920" w:dyaOrig="380" w14:anchorId="38388EAB">
          <v:shape id="_x0000_i5008" type="#_x0000_t75" style="width:96pt;height:19.2pt" o:ole="">
            <v:imagedata r:id="rId6349" o:title=""/>
          </v:shape>
          <o:OLEObject Type="Embed" ProgID="Equation.DSMT4" ShapeID="_x0000_i5008" DrawAspect="Content" ObjectID="_1699838292" r:id="rId6350"/>
        </w:object>
      </w:r>
      <w:r w:rsidRPr="00B13C4C">
        <w:rPr>
          <w:rFonts w:ascii="Times New Roman" w:hAnsi="Times New Roman" w:cs="Times New Roman"/>
          <w:sz w:val="24"/>
          <w:szCs w:val="24"/>
        </w:rPr>
        <w:t xml:space="preserve">. Tích vô hướng của 2 véctơ </w:t>
      </w:r>
      <w:r w:rsidRPr="00B13C4C">
        <w:rPr>
          <w:rFonts w:ascii="Times New Roman" w:hAnsi="Times New Roman" w:cs="Times New Roman"/>
          <w:position w:val="-6"/>
          <w:sz w:val="24"/>
          <w:szCs w:val="24"/>
        </w:rPr>
        <w:object w:dxaOrig="380" w:dyaOrig="340" w14:anchorId="6CC60BC3">
          <v:shape id="_x0000_i5009" type="#_x0000_t75" style="width:19.2pt;height:16.8pt" o:ole="">
            <v:imagedata r:id="rId6351" o:title=""/>
          </v:shape>
          <o:OLEObject Type="Embed" ProgID="Equation.DSMT4" ShapeID="_x0000_i5009" DrawAspect="Content" ObjectID="_1699838293" r:id="rId6352"/>
        </w:object>
      </w:r>
      <w:r w:rsidRPr="00B13C4C">
        <w:rPr>
          <w:rFonts w:ascii="Times New Roman" w:hAnsi="Times New Roman" w:cs="Times New Roman"/>
          <w:sz w:val="24"/>
          <w:szCs w:val="24"/>
        </w:rPr>
        <w:t xml:space="preserve"> là:</w:t>
      </w:r>
    </w:p>
    <w:p w14:paraId="6B591C23"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1.</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3.</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4.</w:t>
      </w:r>
    </w:p>
    <w:p w14:paraId="5499611A" w14:textId="77777777" w:rsidR="00B13C4C" w:rsidRPr="00B13C4C" w:rsidRDefault="00B13C4C" w:rsidP="0068543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30:</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các vectơ </w:t>
      </w:r>
      <w:r w:rsidRPr="00B13C4C">
        <w:rPr>
          <w:rFonts w:ascii="Times New Roman" w:hAnsi="Times New Roman" w:cs="Times New Roman"/>
          <w:position w:val="-10"/>
          <w:sz w:val="24"/>
          <w:szCs w:val="24"/>
        </w:rPr>
        <w:object w:dxaOrig="2240" w:dyaOrig="380" w14:anchorId="04BE2949">
          <v:shape id="_x0000_i5010" type="#_x0000_t75" style="width:112.2pt;height:19.2pt" o:ole="">
            <v:imagedata r:id="rId6353" o:title=""/>
          </v:shape>
          <o:OLEObject Type="Embed" ProgID="Equation.DSMT4" ShapeID="_x0000_i5010" DrawAspect="Content" ObjectID="_1699838294" r:id="rId6354"/>
        </w:object>
      </w:r>
      <w:r w:rsidRPr="00B13C4C">
        <w:rPr>
          <w:rFonts w:ascii="Times New Roman" w:hAnsi="Times New Roman" w:cs="Times New Roman"/>
          <w:sz w:val="24"/>
          <w:szCs w:val="24"/>
        </w:rPr>
        <w:t xml:space="preserve">. Khi đó </w:t>
      </w:r>
      <w:r w:rsidRPr="00B13C4C">
        <w:rPr>
          <w:rFonts w:ascii="Times New Roman" w:hAnsi="Times New Roman" w:cs="Times New Roman"/>
          <w:position w:val="-10"/>
          <w:sz w:val="24"/>
          <w:szCs w:val="24"/>
        </w:rPr>
        <w:object w:dxaOrig="920" w:dyaOrig="380" w14:anchorId="0E42894C">
          <v:shape id="_x0000_i5011" type="#_x0000_t75" style="width:46.2pt;height:19.2pt" o:ole="">
            <v:imagedata r:id="rId6355" o:title=""/>
          </v:shape>
          <o:OLEObject Type="Embed" ProgID="Equation.DSMT4" ShapeID="_x0000_i5011" DrawAspect="Content" ObjectID="_1699838295" r:id="rId6356"/>
        </w:object>
      </w:r>
      <w:r w:rsidRPr="00B13C4C">
        <w:rPr>
          <w:rFonts w:ascii="Times New Roman" w:hAnsi="Times New Roman" w:cs="Times New Roman"/>
          <w:sz w:val="24"/>
          <w:szCs w:val="24"/>
        </w:rPr>
        <w:t xml:space="preserve"> bằng</w:t>
      </w:r>
    </w:p>
    <w:p w14:paraId="1B2EFBFD"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24"/>
          <w:sz w:val="24"/>
          <w:szCs w:val="24"/>
        </w:rPr>
        <w:object w:dxaOrig="580" w:dyaOrig="680" w14:anchorId="2999EFCB">
          <v:shape id="_x0000_i5012" type="#_x0000_t75" style="width:28.8pt;height:34.2pt" o:ole="">
            <v:imagedata r:id="rId6357" o:title=""/>
          </v:shape>
          <o:OLEObject Type="Embed" ProgID="Equation.DSMT4" ShapeID="_x0000_i5012" DrawAspect="Content" ObjectID="_1699838296" r:id="rId635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24"/>
          <w:sz w:val="24"/>
          <w:szCs w:val="24"/>
        </w:rPr>
        <w:object w:dxaOrig="420" w:dyaOrig="680" w14:anchorId="119107A8">
          <v:shape id="_x0000_i5013" type="#_x0000_t75" style="width:21pt;height:34.2pt" o:ole="">
            <v:imagedata r:id="rId6359" o:title=""/>
          </v:shape>
          <o:OLEObject Type="Embed" ProgID="Equation.DSMT4" ShapeID="_x0000_i5013" DrawAspect="Content" ObjectID="_1699838297" r:id="rId636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24"/>
          <w:sz w:val="24"/>
          <w:szCs w:val="24"/>
        </w:rPr>
        <w:object w:dxaOrig="400" w:dyaOrig="680" w14:anchorId="03DF6165">
          <v:shape id="_x0000_i5014" type="#_x0000_t75" style="width:19.8pt;height:34.2pt" o:ole="">
            <v:imagedata r:id="rId6361" o:title=""/>
          </v:shape>
          <o:OLEObject Type="Embed" ProgID="Equation.DSMT4" ShapeID="_x0000_i5014" DrawAspect="Content" ObjectID="_1699838298" r:id="rId636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24"/>
          <w:sz w:val="24"/>
          <w:szCs w:val="24"/>
        </w:rPr>
        <w:object w:dxaOrig="240" w:dyaOrig="620" w14:anchorId="2BA81D5C">
          <v:shape id="_x0000_i5015" type="#_x0000_t75" style="width:12pt;height:31.2pt" o:ole="">
            <v:imagedata r:id="rId6363" o:title=""/>
          </v:shape>
          <o:OLEObject Type="Embed" ProgID="Equation.DSMT4" ShapeID="_x0000_i5015" DrawAspect="Content" ObjectID="_1699838299" r:id="rId6364"/>
        </w:object>
      </w:r>
      <w:r w:rsidRPr="00B13C4C">
        <w:rPr>
          <w:rFonts w:ascii="Times New Roman" w:hAnsi="Times New Roman" w:cs="Times New Roman"/>
          <w:sz w:val="24"/>
          <w:szCs w:val="24"/>
        </w:rPr>
        <w:t>.</w:t>
      </w:r>
    </w:p>
    <w:p w14:paraId="7485CEB5" w14:textId="77777777" w:rsidR="00B13C4C" w:rsidRPr="00B13C4C" w:rsidRDefault="00B13C4C" w:rsidP="0068543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31:</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Biết hàm số </w:t>
      </w:r>
      <w:r w:rsidRPr="00B13C4C">
        <w:rPr>
          <w:rFonts w:ascii="Times New Roman" w:hAnsi="Times New Roman" w:cs="Times New Roman"/>
          <w:position w:val="-10"/>
          <w:sz w:val="24"/>
          <w:szCs w:val="24"/>
        </w:rPr>
        <w:object w:dxaOrig="1540" w:dyaOrig="360" w14:anchorId="6B7B18B4">
          <v:shape id="_x0000_i5016" type="#_x0000_t75" style="width:76.8pt;height:18pt" o:ole="">
            <v:imagedata r:id="rId6365" o:title=""/>
          </v:shape>
          <o:OLEObject Type="Embed" ProgID="Equation.DSMT4" ShapeID="_x0000_i5016" DrawAspect="Content" ObjectID="_1699838300" r:id="rId6366"/>
        </w:object>
      </w:r>
      <w:r w:rsidRPr="00B13C4C">
        <w:rPr>
          <w:rFonts w:ascii="Times New Roman" w:hAnsi="Times New Roman" w:cs="Times New Roman"/>
          <w:sz w:val="24"/>
          <w:szCs w:val="24"/>
        </w:rPr>
        <w:t xml:space="preserve"> đạt giá trị lớn nhất bằng 1 tại </w:t>
      </w:r>
      <w:r w:rsidRPr="00B13C4C">
        <w:rPr>
          <w:rFonts w:ascii="Times New Roman" w:hAnsi="Times New Roman" w:cs="Times New Roman"/>
          <w:position w:val="-6"/>
          <w:sz w:val="24"/>
          <w:szCs w:val="24"/>
        </w:rPr>
        <w:object w:dxaOrig="520" w:dyaOrig="279" w14:anchorId="6C6F99C3">
          <v:shape id="_x0000_i5017" type="#_x0000_t75" style="width:25.8pt;height:13.8pt" o:ole="">
            <v:imagedata r:id="rId6367" o:title=""/>
          </v:shape>
          <o:OLEObject Type="Embed" ProgID="Equation.DSMT4" ShapeID="_x0000_i5017" DrawAspect="Content" ObjectID="_1699838301" r:id="rId6368"/>
        </w:object>
      </w:r>
      <w:r w:rsidRPr="00B13C4C">
        <w:rPr>
          <w:rFonts w:ascii="Times New Roman" w:hAnsi="Times New Roman" w:cs="Times New Roman"/>
          <w:sz w:val="24"/>
          <w:szCs w:val="24"/>
        </w:rPr>
        <w:t xml:space="preserve"> và đồ thị của nó đi qua điểm </w:t>
      </w:r>
      <w:r w:rsidRPr="00B13C4C">
        <w:rPr>
          <w:rFonts w:ascii="Times New Roman" w:hAnsi="Times New Roman" w:cs="Times New Roman"/>
          <w:position w:val="-10"/>
          <w:sz w:val="24"/>
          <w:szCs w:val="24"/>
        </w:rPr>
        <w:object w:dxaOrig="720" w:dyaOrig="320" w14:anchorId="106ACF18">
          <v:shape id="_x0000_i5018" type="#_x0000_t75" style="width:36pt;height:16.2pt" o:ole="">
            <v:imagedata r:id="rId6369" o:title=""/>
          </v:shape>
          <o:OLEObject Type="Embed" ProgID="Equation.DSMT4" ShapeID="_x0000_i5018" DrawAspect="Content" ObjectID="_1699838302" r:id="rId6370"/>
        </w:object>
      </w:r>
      <w:r w:rsidRPr="00B13C4C">
        <w:rPr>
          <w:rFonts w:ascii="Times New Roman" w:hAnsi="Times New Roman" w:cs="Times New Roman"/>
          <w:sz w:val="24"/>
          <w:szCs w:val="24"/>
        </w:rPr>
        <w:t xml:space="preserve">. Khi đó, </w:t>
      </w:r>
      <w:r w:rsidRPr="00B13C4C">
        <w:rPr>
          <w:rFonts w:ascii="Times New Roman" w:hAnsi="Times New Roman" w:cs="Times New Roman"/>
          <w:position w:val="-6"/>
          <w:sz w:val="24"/>
          <w:szCs w:val="24"/>
        </w:rPr>
        <w:object w:dxaOrig="1080" w:dyaOrig="279" w14:anchorId="6C978BEE">
          <v:shape id="_x0000_i5019" type="#_x0000_t75" style="width:54pt;height:13.8pt" o:ole="">
            <v:imagedata r:id="rId6371" o:title=""/>
          </v:shape>
          <o:OLEObject Type="Embed" ProgID="Equation.DSMT4" ShapeID="_x0000_i5019" DrawAspect="Content" ObjectID="_1699838303" r:id="rId6372"/>
        </w:object>
      </w:r>
      <w:r w:rsidRPr="00B13C4C">
        <w:rPr>
          <w:rFonts w:ascii="Times New Roman" w:hAnsi="Times New Roman" w:cs="Times New Roman"/>
          <w:sz w:val="24"/>
          <w:szCs w:val="24"/>
        </w:rPr>
        <w:t xml:space="preserve"> bằng</w:t>
      </w:r>
    </w:p>
    <w:p w14:paraId="4C57DFA1"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6.</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3.</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6"/>
          <w:sz w:val="24"/>
          <w:szCs w:val="24"/>
        </w:rPr>
        <w:object w:dxaOrig="320" w:dyaOrig="279" w14:anchorId="0CE01CDB">
          <v:shape id="_x0000_i5020" type="#_x0000_t75" style="width:16.2pt;height:13.8pt" o:ole="">
            <v:imagedata r:id="rId6373" o:title=""/>
          </v:shape>
          <o:OLEObject Type="Embed" ProgID="Equation.DSMT4" ShapeID="_x0000_i5020" DrawAspect="Content" ObjectID="_1699838304" r:id="rId637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6"/>
          <w:sz w:val="24"/>
          <w:szCs w:val="24"/>
        </w:rPr>
        <w:object w:dxaOrig="320" w:dyaOrig="279" w14:anchorId="0CBFA68C">
          <v:shape id="_x0000_i5021" type="#_x0000_t75" style="width:16.2pt;height:13.8pt" o:ole="">
            <v:imagedata r:id="rId6375" o:title=""/>
          </v:shape>
          <o:OLEObject Type="Embed" ProgID="Equation.DSMT4" ShapeID="_x0000_i5021" DrawAspect="Content" ObjectID="_1699838305" r:id="rId6376"/>
        </w:object>
      </w:r>
      <w:r w:rsidRPr="00B13C4C">
        <w:rPr>
          <w:rFonts w:ascii="Times New Roman" w:hAnsi="Times New Roman" w:cs="Times New Roman"/>
          <w:sz w:val="24"/>
          <w:szCs w:val="24"/>
        </w:rPr>
        <w:t>.</w:t>
      </w:r>
    </w:p>
    <w:p w14:paraId="622AF04A" w14:textId="77777777" w:rsidR="00B13C4C" w:rsidRPr="00B13C4C" w:rsidRDefault="00B13C4C" w:rsidP="0068543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32:</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Xác định hàm số </w:t>
      </w:r>
      <w:r w:rsidRPr="00B13C4C">
        <w:rPr>
          <w:rFonts w:ascii="Times New Roman" w:hAnsi="Times New Roman" w:cs="Times New Roman"/>
          <w:position w:val="-10"/>
          <w:sz w:val="24"/>
          <w:szCs w:val="24"/>
        </w:rPr>
        <w:object w:dxaOrig="1020" w:dyaOrig="320" w14:anchorId="2F650A0C">
          <v:shape id="_x0000_i5022" type="#_x0000_t75" style="width:51pt;height:16.2pt" o:ole="">
            <v:imagedata r:id="rId6377" o:title=""/>
          </v:shape>
          <o:OLEObject Type="Embed" ProgID="Equation.DSMT4" ShapeID="_x0000_i5022" DrawAspect="Content" ObjectID="_1699838306" r:id="rId6378"/>
        </w:object>
      </w:r>
      <w:r w:rsidRPr="00B13C4C">
        <w:rPr>
          <w:rFonts w:ascii="Times New Roman" w:hAnsi="Times New Roman" w:cs="Times New Roman"/>
          <w:sz w:val="24"/>
          <w:szCs w:val="24"/>
        </w:rPr>
        <w:t xml:space="preserve"> biết đồ thị của nó đi qua hai điểm </w:t>
      </w:r>
      <w:r w:rsidRPr="00B13C4C">
        <w:rPr>
          <w:rFonts w:ascii="Times New Roman" w:hAnsi="Times New Roman" w:cs="Times New Roman"/>
          <w:position w:val="-10"/>
          <w:sz w:val="24"/>
          <w:szCs w:val="24"/>
        </w:rPr>
        <w:object w:dxaOrig="1579" w:dyaOrig="320" w14:anchorId="523F493F">
          <v:shape id="_x0000_i5023" type="#_x0000_t75" style="width:79.2pt;height:16.2pt" o:ole="">
            <v:imagedata r:id="rId6379" o:title=""/>
          </v:shape>
          <o:OLEObject Type="Embed" ProgID="Equation.DSMT4" ShapeID="_x0000_i5023" DrawAspect="Content" ObjectID="_1699838307" r:id="rId6380"/>
        </w:object>
      </w:r>
      <w:r w:rsidRPr="00B13C4C">
        <w:rPr>
          <w:rFonts w:ascii="Times New Roman" w:hAnsi="Times New Roman" w:cs="Times New Roman"/>
          <w:sz w:val="24"/>
          <w:szCs w:val="24"/>
        </w:rPr>
        <w:t>.</w:t>
      </w:r>
    </w:p>
    <w:p w14:paraId="245127B1"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020" w:dyaOrig="320" w14:anchorId="60E9DC63">
          <v:shape id="_x0000_i5024" type="#_x0000_t75" style="width:51pt;height:16.2pt" o:ole="">
            <v:imagedata r:id="rId6381" o:title=""/>
          </v:shape>
          <o:OLEObject Type="Embed" ProgID="Equation.DSMT4" ShapeID="_x0000_i5024" DrawAspect="Content" ObjectID="_1699838308" r:id="rId6382"/>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020" w:dyaOrig="320" w14:anchorId="06B8AE64">
          <v:shape id="_x0000_i5025" type="#_x0000_t75" style="width:51pt;height:16.2pt" o:ole="">
            <v:imagedata r:id="rId6383" o:title=""/>
          </v:shape>
          <o:OLEObject Type="Embed" ProgID="Equation.DSMT4" ShapeID="_x0000_i5025" DrawAspect="Content" ObjectID="_1699838309" r:id="rId6384"/>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020" w:dyaOrig="320" w14:anchorId="7606DF6F">
          <v:shape id="_x0000_i5026" type="#_x0000_t75" style="width:51pt;height:16.2pt" o:ole="">
            <v:imagedata r:id="rId6385" o:title=""/>
          </v:shape>
          <o:OLEObject Type="Embed" ProgID="Equation.DSMT4" ShapeID="_x0000_i5026" DrawAspect="Content" ObjectID="_1699838310" r:id="rId638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100" w:dyaOrig="320" w14:anchorId="00B68C81">
          <v:shape id="_x0000_i5027" type="#_x0000_t75" style="width:55.2pt;height:16.2pt" o:ole="">
            <v:imagedata r:id="rId6387" o:title=""/>
          </v:shape>
          <o:OLEObject Type="Embed" ProgID="Equation.DSMT4" ShapeID="_x0000_i5027" DrawAspect="Content" ObjectID="_1699838311" r:id="rId6388"/>
        </w:object>
      </w:r>
      <w:r w:rsidRPr="00B13C4C">
        <w:rPr>
          <w:rFonts w:ascii="Times New Roman" w:hAnsi="Times New Roman" w:cs="Times New Roman"/>
          <w:sz w:val="24"/>
          <w:szCs w:val="24"/>
        </w:rPr>
        <w:t>.</w:t>
      </w:r>
    </w:p>
    <w:p w14:paraId="586C7EDA" w14:textId="77777777" w:rsidR="00B13C4C" w:rsidRPr="00B13C4C" w:rsidRDefault="00B13C4C" w:rsidP="0068543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33:</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w:t>
      </w:r>
      <w:r w:rsidRPr="00B13C4C">
        <w:rPr>
          <w:rFonts w:ascii="Times New Roman" w:hAnsi="Times New Roman" w:cs="Times New Roman"/>
          <w:position w:val="-10"/>
          <w:sz w:val="24"/>
          <w:szCs w:val="24"/>
        </w:rPr>
        <w:object w:dxaOrig="2420" w:dyaOrig="320" w14:anchorId="7638E8FB">
          <v:shape id="_x0000_i5028" type="#_x0000_t75" style="width:121.2pt;height:16.2pt" o:ole="">
            <v:imagedata r:id="rId6389" o:title=""/>
          </v:shape>
          <o:OLEObject Type="Embed" ProgID="Equation.DSMT4" ShapeID="_x0000_i5028" DrawAspect="Content" ObjectID="_1699838312" r:id="rId6390"/>
        </w:object>
      </w:r>
      <w:r w:rsidRPr="00B13C4C">
        <w:rPr>
          <w:rFonts w:ascii="Times New Roman" w:hAnsi="Times New Roman" w:cs="Times New Roman"/>
          <w:sz w:val="24"/>
          <w:szCs w:val="24"/>
        </w:rPr>
        <w:t xml:space="preserve">. Tọa độ điểm </w:t>
      </w:r>
      <w:r w:rsidRPr="00B13C4C">
        <w:rPr>
          <w:rFonts w:ascii="Times New Roman" w:hAnsi="Times New Roman" w:cs="Times New Roman"/>
          <w:position w:val="-4"/>
          <w:sz w:val="24"/>
          <w:szCs w:val="24"/>
        </w:rPr>
        <w:object w:dxaOrig="260" w:dyaOrig="260" w14:anchorId="004EE744">
          <v:shape id="_x0000_i5029" type="#_x0000_t75" style="width:13.2pt;height:13.2pt" o:ole="">
            <v:imagedata r:id="rId6391" o:title=""/>
          </v:shape>
          <o:OLEObject Type="Embed" ProgID="Equation.DSMT4" ShapeID="_x0000_i5029" DrawAspect="Content" ObjectID="_1699838313" r:id="rId6392"/>
        </w:object>
      </w:r>
      <w:r w:rsidRPr="00B13C4C">
        <w:rPr>
          <w:rFonts w:ascii="Times New Roman" w:hAnsi="Times New Roman" w:cs="Times New Roman"/>
          <w:sz w:val="24"/>
          <w:szCs w:val="24"/>
        </w:rPr>
        <w:t xml:space="preserve"> để tứ giác </w:t>
      </w:r>
      <w:r w:rsidRPr="00B13C4C">
        <w:rPr>
          <w:rFonts w:ascii="Times New Roman" w:hAnsi="Times New Roman" w:cs="Times New Roman"/>
          <w:position w:val="-6"/>
          <w:sz w:val="24"/>
          <w:szCs w:val="24"/>
        </w:rPr>
        <w:object w:dxaOrig="720" w:dyaOrig="279" w14:anchorId="6E0AC0F1">
          <v:shape id="_x0000_i5030" type="#_x0000_t75" style="width:36pt;height:13.8pt" o:ole="">
            <v:imagedata r:id="rId6393" o:title=""/>
          </v:shape>
          <o:OLEObject Type="Embed" ProgID="Equation.DSMT4" ShapeID="_x0000_i5030" DrawAspect="Content" ObjectID="_1699838314" r:id="rId6394"/>
        </w:object>
      </w:r>
      <w:r w:rsidRPr="00B13C4C">
        <w:rPr>
          <w:rFonts w:ascii="Times New Roman" w:hAnsi="Times New Roman" w:cs="Times New Roman"/>
          <w:sz w:val="24"/>
          <w:szCs w:val="24"/>
        </w:rPr>
        <w:t xml:space="preserve"> là hình bình hành là:</w:t>
      </w:r>
    </w:p>
    <w:p w14:paraId="554B4AF5"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840" w:dyaOrig="320" w14:anchorId="2D98C1F5">
          <v:shape id="_x0000_i5031" type="#_x0000_t75" style="width:42pt;height:16.2pt" o:ole="">
            <v:imagedata r:id="rId6395" o:title=""/>
          </v:shape>
          <o:OLEObject Type="Embed" ProgID="Equation.DSMT4" ShapeID="_x0000_i5031" DrawAspect="Content" ObjectID="_1699838315" r:id="rId6396"/>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840" w:dyaOrig="320" w14:anchorId="5855A526">
          <v:shape id="_x0000_i5032" type="#_x0000_t75" style="width:42pt;height:16.2pt" o:ole="">
            <v:imagedata r:id="rId6397" o:title=""/>
          </v:shape>
          <o:OLEObject Type="Embed" ProgID="Equation.DSMT4" ShapeID="_x0000_i5032" DrawAspect="Content" ObjectID="_1699838316" r:id="rId6398"/>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760" w:dyaOrig="320" w14:anchorId="68AD9824">
          <v:shape id="_x0000_i5033" type="#_x0000_t75" style="width:37.8pt;height:16.2pt" o:ole="">
            <v:imagedata r:id="rId6399" o:title=""/>
          </v:shape>
          <o:OLEObject Type="Embed" ProgID="Equation.DSMT4" ShapeID="_x0000_i5033" DrawAspect="Content" ObjectID="_1699838317" r:id="rId6400"/>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700" w:dyaOrig="320" w14:anchorId="66B28826">
          <v:shape id="_x0000_i5034" type="#_x0000_t75" style="width:34.8pt;height:16.2pt" o:ole="">
            <v:imagedata r:id="rId6401" o:title=""/>
          </v:shape>
          <o:OLEObject Type="Embed" ProgID="Equation.DSMT4" ShapeID="_x0000_i5034" DrawAspect="Content" ObjectID="_1699838318" r:id="rId6402"/>
        </w:object>
      </w:r>
      <w:r w:rsidRPr="00B13C4C">
        <w:rPr>
          <w:rFonts w:ascii="Times New Roman" w:hAnsi="Times New Roman" w:cs="Times New Roman"/>
          <w:sz w:val="24"/>
          <w:szCs w:val="24"/>
        </w:rPr>
        <w:t>.</w:t>
      </w:r>
    </w:p>
    <w:p w14:paraId="44878A12" w14:textId="77777777" w:rsidR="00B13C4C" w:rsidRPr="00B13C4C" w:rsidRDefault="00B13C4C" w:rsidP="00AD763D">
      <w:pPr>
        <w:tabs>
          <w:tab w:val="left" w:pos="992"/>
        </w:tabs>
        <w:spacing w:before="120" w:after="0"/>
        <w:ind w:left="992" w:hanging="992"/>
        <w:rPr>
          <w:rFonts w:ascii="Times New Roman" w:hAnsi="Times New Roman" w:cs="Times New Roman"/>
          <w:sz w:val="24"/>
          <w:szCs w:val="24"/>
        </w:rPr>
      </w:pPr>
      <w:r w:rsidRPr="00B13C4C">
        <w:rPr>
          <w:rFonts w:ascii="Times New Roman" w:hAnsi="Times New Roman" w:cs="Times New Roman"/>
          <w:b/>
          <w:color w:val="0000FF"/>
          <w:sz w:val="24"/>
          <w:szCs w:val="24"/>
        </w:rPr>
        <w:t>Câu 34:</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hàm số </w:t>
      </w:r>
      <w:r w:rsidRPr="00B13C4C">
        <w:rPr>
          <w:rFonts w:ascii="Times New Roman" w:hAnsi="Times New Roman" w:cs="Times New Roman"/>
          <w:position w:val="-10"/>
          <w:sz w:val="24"/>
          <w:szCs w:val="24"/>
        </w:rPr>
        <w:object w:dxaOrig="920" w:dyaOrig="320" w14:anchorId="6A1E094C">
          <v:shape id="_x0000_i5035" type="#_x0000_t75" style="width:46.2pt;height:16.2pt" o:ole="">
            <v:imagedata r:id="rId6403" o:title=""/>
          </v:shape>
          <o:OLEObject Type="Embed" ProgID="Equation.DSMT4" ShapeID="_x0000_i5035" DrawAspect="Content" ObjectID="_1699838319" r:id="rId6404"/>
        </w:object>
      </w:r>
      <w:r w:rsidRPr="00B13C4C">
        <w:rPr>
          <w:rFonts w:ascii="Times New Roman" w:hAnsi="Times New Roman" w:cs="Times New Roman"/>
          <w:sz w:val="24"/>
          <w:szCs w:val="24"/>
        </w:rPr>
        <w:t xml:space="preserve"> có đồ thị như hình vẽ bên. Số nghiệm của phương trình </w:t>
      </w:r>
      <w:r w:rsidRPr="00B13C4C">
        <w:rPr>
          <w:rFonts w:ascii="Times New Roman" w:hAnsi="Times New Roman" w:cs="Times New Roman"/>
          <w:position w:val="-10"/>
          <w:sz w:val="24"/>
          <w:szCs w:val="24"/>
        </w:rPr>
        <w:object w:dxaOrig="1780" w:dyaOrig="360" w14:anchorId="1D578D3E">
          <v:shape id="_x0000_i5036" type="#_x0000_t75" style="width:88.8pt;height:18pt" o:ole="">
            <v:imagedata r:id="rId6405" o:title=""/>
          </v:shape>
          <o:OLEObject Type="Embed" ProgID="Equation.DSMT4" ShapeID="_x0000_i5036" DrawAspect="Content" ObjectID="_1699838320" r:id="rId6406"/>
        </w:object>
      </w:r>
      <w:r w:rsidRPr="00B13C4C">
        <w:rPr>
          <w:rFonts w:ascii="Times New Roman" w:hAnsi="Times New Roman" w:cs="Times New Roman"/>
          <w:sz w:val="24"/>
          <w:szCs w:val="24"/>
        </w:rPr>
        <w:t xml:space="preserve"> là</w:t>
      </w:r>
    </w:p>
    <w:p w14:paraId="1EC8B20D" w14:textId="77777777" w:rsidR="00B13C4C" w:rsidRPr="00B13C4C" w:rsidRDefault="00B13C4C" w:rsidP="0068543C">
      <w:pPr>
        <w:spacing w:before="120" w:after="0"/>
        <w:ind w:left="992" w:hanging="992"/>
        <w:jc w:val="center"/>
        <w:rPr>
          <w:rFonts w:ascii="Times New Roman" w:hAnsi="Times New Roman" w:cs="Times New Roman"/>
          <w:sz w:val="24"/>
          <w:szCs w:val="24"/>
        </w:rPr>
      </w:pPr>
      <w:r w:rsidRPr="00B13C4C">
        <w:rPr>
          <w:rFonts w:ascii="Times New Roman" w:hAnsi="Times New Roman" w:cs="Times New Roman"/>
          <w:noProof/>
          <w:sz w:val="24"/>
          <w:szCs w:val="24"/>
        </w:rPr>
        <w:drawing>
          <wp:inline distT="0" distB="0" distL="0" distR="0" wp14:anchorId="01FF7477" wp14:editId="4023AA02">
            <wp:extent cx="1516380" cy="1434413"/>
            <wp:effectExtent l="0" t="0" r="762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07"/>
                    <a:stretch>
                      <a:fillRect/>
                    </a:stretch>
                  </pic:blipFill>
                  <pic:spPr>
                    <a:xfrm>
                      <a:off x="0" y="0"/>
                      <a:ext cx="1524927" cy="1442498"/>
                    </a:xfrm>
                    <a:prstGeom prst="rect">
                      <a:avLst/>
                    </a:prstGeom>
                  </pic:spPr>
                </pic:pic>
              </a:graphicData>
            </a:graphic>
          </wp:inline>
        </w:drawing>
      </w:r>
    </w:p>
    <w:p w14:paraId="14636A93"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sz w:val="24"/>
          <w:szCs w:val="24"/>
        </w:rPr>
        <w:t>2.</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sz w:val="24"/>
          <w:szCs w:val="24"/>
        </w:rPr>
        <w:t>3.</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sz w:val="24"/>
          <w:szCs w:val="24"/>
        </w:rPr>
        <w:t>4.</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sz w:val="24"/>
          <w:szCs w:val="24"/>
        </w:rPr>
        <w:t>5.</w:t>
      </w:r>
    </w:p>
    <w:p w14:paraId="44FC58AD" w14:textId="77777777" w:rsidR="00B13C4C" w:rsidRPr="00B13C4C" w:rsidRDefault="00B13C4C" w:rsidP="0068543C">
      <w:pPr>
        <w:tabs>
          <w:tab w:val="left" w:pos="992"/>
        </w:tabs>
        <w:spacing w:before="120" w:after="0"/>
        <w:ind w:left="992" w:hanging="992"/>
        <w:jc w:val="both"/>
        <w:rPr>
          <w:rFonts w:ascii="Times New Roman" w:hAnsi="Times New Roman" w:cs="Times New Roman"/>
          <w:sz w:val="24"/>
          <w:szCs w:val="24"/>
        </w:rPr>
      </w:pPr>
      <w:r w:rsidRPr="00B13C4C">
        <w:rPr>
          <w:rFonts w:ascii="Times New Roman" w:hAnsi="Times New Roman" w:cs="Times New Roman"/>
          <w:b/>
          <w:color w:val="0000FF"/>
          <w:sz w:val="24"/>
          <w:szCs w:val="24"/>
        </w:rPr>
        <w:t>Câu 35:</w:t>
      </w:r>
      <w:r w:rsidRPr="00B13C4C">
        <w:rPr>
          <w:rFonts w:ascii="Times New Roman" w:hAnsi="Times New Roman" w:cs="Times New Roman"/>
          <w:b/>
          <w:color w:val="0000FF"/>
          <w:sz w:val="24"/>
          <w:szCs w:val="24"/>
        </w:rPr>
        <w:tab/>
      </w:r>
      <w:r w:rsidRPr="00B13C4C">
        <w:rPr>
          <w:rFonts w:ascii="Times New Roman" w:hAnsi="Times New Roman" w:cs="Times New Roman"/>
          <w:sz w:val="24"/>
          <w:szCs w:val="24"/>
        </w:rPr>
        <w:t xml:space="preserve">Cho hai tập hợp </w:t>
      </w:r>
      <w:r w:rsidRPr="00B13C4C">
        <w:rPr>
          <w:rFonts w:ascii="Times New Roman" w:hAnsi="Times New Roman" w:cs="Times New Roman"/>
          <w:position w:val="-10"/>
          <w:sz w:val="24"/>
          <w:szCs w:val="24"/>
        </w:rPr>
        <w:object w:dxaOrig="1880" w:dyaOrig="320" w14:anchorId="42D234D4">
          <v:shape id="_x0000_i5037" type="#_x0000_t75" style="width:94.2pt;height:16.2pt" o:ole="">
            <v:imagedata r:id="rId6408" o:title=""/>
          </v:shape>
          <o:OLEObject Type="Embed" ProgID="Equation.DSMT4" ShapeID="_x0000_i5037" DrawAspect="Content" ObjectID="_1699838321" r:id="rId6409"/>
        </w:object>
      </w:r>
      <w:r w:rsidRPr="00B13C4C">
        <w:rPr>
          <w:rFonts w:ascii="Times New Roman" w:hAnsi="Times New Roman" w:cs="Times New Roman"/>
          <w:sz w:val="24"/>
          <w:szCs w:val="24"/>
        </w:rPr>
        <w:t xml:space="preserve">. Xác định tập hợp </w:t>
      </w:r>
      <w:r w:rsidRPr="00B13C4C">
        <w:rPr>
          <w:rFonts w:ascii="Times New Roman" w:hAnsi="Times New Roman" w:cs="Times New Roman"/>
          <w:position w:val="-4"/>
          <w:sz w:val="24"/>
          <w:szCs w:val="24"/>
        </w:rPr>
        <w:object w:dxaOrig="660" w:dyaOrig="260" w14:anchorId="1541706D">
          <v:shape id="_x0000_i5038" type="#_x0000_t75" style="width:33pt;height:13.2pt" o:ole="">
            <v:imagedata r:id="rId6410" o:title=""/>
          </v:shape>
          <o:OLEObject Type="Embed" ProgID="Equation.DSMT4" ShapeID="_x0000_i5038" DrawAspect="Content" ObjectID="_1699838322" r:id="rId6411"/>
        </w:object>
      </w:r>
      <w:r w:rsidRPr="00B13C4C">
        <w:rPr>
          <w:rFonts w:ascii="Times New Roman" w:hAnsi="Times New Roman" w:cs="Times New Roman"/>
          <w:sz w:val="24"/>
          <w:szCs w:val="24"/>
        </w:rPr>
        <w:t>?</w:t>
      </w:r>
    </w:p>
    <w:p w14:paraId="1FE2C56F" w14:textId="77777777" w:rsidR="00B13C4C" w:rsidRPr="00B13C4C" w:rsidRDefault="00B13C4C" w:rsidP="0068543C">
      <w:pPr>
        <w:tabs>
          <w:tab w:val="left" w:pos="3402"/>
          <w:tab w:val="left" w:pos="5669"/>
          <w:tab w:val="left" w:pos="7937"/>
        </w:tabs>
        <w:spacing w:after="0"/>
        <w:ind w:left="992"/>
        <w:jc w:val="both"/>
        <w:rPr>
          <w:rFonts w:ascii="Times New Roman" w:hAnsi="Times New Roman" w:cs="Times New Roman"/>
          <w:sz w:val="24"/>
          <w:szCs w:val="24"/>
        </w:rPr>
      </w:pPr>
      <w:r w:rsidRPr="00B13C4C">
        <w:rPr>
          <w:rFonts w:ascii="Times New Roman" w:hAnsi="Times New Roman" w:cs="Times New Roman"/>
          <w:b/>
          <w:color w:val="0000FF"/>
          <w:sz w:val="24"/>
          <w:szCs w:val="24"/>
        </w:rPr>
        <w:t xml:space="preserve">A. </w:t>
      </w:r>
      <w:r w:rsidRPr="00B13C4C">
        <w:rPr>
          <w:rFonts w:ascii="Times New Roman" w:hAnsi="Times New Roman" w:cs="Times New Roman"/>
          <w:position w:val="-10"/>
          <w:sz w:val="24"/>
          <w:szCs w:val="24"/>
        </w:rPr>
        <w:object w:dxaOrig="1340" w:dyaOrig="320" w14:anchorId="0A82BD0C">
          <v:shape id="_x0000_i5039" type="#_x0000_t75" style="width:67.2pt;height:16.2pt" o:ole="">
            <v:imagedata r:id="rId6412" o:title=""/>
          </v:shape>
          <o:OLEObject Type="Embed" ProgID="Equation.DSMT4" ShapeID="_x0000_i5039" DrawAspect="Content" ObjectID="_1699838323" r:id="rId6413"/>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B. </w:t>
      </w:r>
      <w:r w:rsidRPr="00B13C4C">
        <w:rPr>
          <w:rFonts w:ascii="Times New Roman" w:hAnsi="Times New Roman" w:cs="Times New Roman"/>
          <w:position w:val="-10"/>
          <w:sz w:val="24"/>
          <w:szCs w:val="24"/>
        </w:rPr>
        <w:object w:dxaOrig="1359" w:dyaOrig="320" w14:anchorId="549B38B8">
          <v:shape id="_x0000_i5040" type="#_x0000_t75" style="width:67.8pt;height:16.2pt" o:ole="">
            <v:imagedata r:id="rId6414" o:title=""/>
          </v:shape>
          <o:OLEObject Type="Embed" ProgID="Equation.DSMT4" ShapeID="_x0000_i5040" DrawAspect="Content" ObjectID="_1699838324" r:id="rId6415"/>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C. </w:t>
      </w:r>
      <w:r w:rsidRPr="00B13C4C">
        <w:rPr>
          <w:rFonts w:ascii="Times New Roman" w:hAnsi="Times New Roman" w:cs="Times New Roman"/>
          <w:position w:val="-10"/>
          <w:sz w:val="24"/>
          <w:szCs w:val="24"/>
        </w:rPr>
        <w:object w:dxaOrig="1320" w:dyaOrig="320" w14:anchorId="61DBCFFF">
          <v:shape id="_x0000_i5041" type="#_x0000_t75" style="width:66pt;height:16.2pt" o:ole="">
            <v:imagedata r:id="rId6416" o:title=""/>
          </v:shape>
          <o:OLEObject Type="Embed" ProgID="Equation.DSMT4" ShapeID="_x0000_i5041" DrawAspect="Content" ObjectID="_1699838325" r:id="rId6417"/>
        </w:object>
      </w:r>
      <w:r w:rsidRPr="00B13C4C">
        <w:rPr>
          <w:rFonts w:ascii="Times New Roman" w:hAnsi="Times New Roman" w:cs="Times New Roman"/>
          <w:sz w:val="24"/>
          <w:szCs w:val="24"/>
        </w:rPr>
        <w:t>.</w:t>
      </w:r>
      <w:r w:rsidRPr="00B13C4C">
        <w:rPr>
          <w:rFonts w:ascii="Times New Roman" w:hAnsi="Times New Roman" w:cs="Times New Roman"/>
          <w:sz w:val="24"/>
          <w:szCs w:val="24"/>
        </w:rPr>
        <w:tab/>
      </w:r>
      <w:r w:rsidRPr="00B13C4C">
        <w:rPr>
          <w:rFonts w:ascii="Times New Roman" w:hAnsi="Times New Roman" w:cs="Times New Roman"/>
          <w:b/>
          <w:color w:val="0000FF"/>
          <w:sz w:val="24"/>
          <w:szCs w:val="24"/>
        </w:rPr>
        <w:t xml:space="preserve">D. </w:t>
      </w:r>
      <w:r w:rsidRPr="00B13C4C">
        <w:rPr>
          <w:rFonts w:ascii="Times New Roman" w:hAnsi="Times New Roman" w:cs="Times New Roman"/>
          <w:position w:val="-10"/>
          <w:sz w:val="24"/>
          <w:szCs w:val="24"/>
        </w:rPr>
        <w:object w:dxaOrig="1380" w:dyaOrig="320" w14:anchorId="48C74BB8">
          <v:shape id="_x0000_i5042" type="#_x0000_t75" style="width:69pt;height:16.2pt" o:ole="">
            <v:imagedata r:id="rId6418" o:title=""/>
          </v:shape>
          <o:OLEObject Type="Embed" ProgID="Equation.DSMT4" ShapeID="_x0000_i5042" DrawAspect="Content" ObjectID="_1699838326" r:id="rId6419"/>
        </w:object>
      </w:r>
      <w:r w:rsidRPr="00B13C4C">
        <w:rPr>
          <w:rFonts w:ascii="Times New Roman" w:hAnsi="Times New Roman" w:cs="Times New Roman"/>
          <w:sz w:val="24"/>
          <w:szCs w:val="24"/>
        </w:rPr>
        <w:t>.</w:t>
      </w:r>
    </w:p>
    <w:p w14:paraId="59BCEBF8" w14:textId="77777777" w:rsidR="00B13C4C" w:rsidRPr="00B13C4C" w:rsidRDefault="00B13C4C" w:rsidP="0068543C">
      <w:pPr>
        <w:ind w:left="992"/>
        <w:rPr>
          <w:rFonts w:ascii="Times New Roman" w:hAnsi="Times New Roman" w:cs="Times New Roman"/>
          <w:sz w:val="24"/>
          <w:szCs w:val="24"/>
        </w:rPr>
      </w:pPr>
      <w:r w:rsidRPr="00B13C4C">
        <w:rPr>
          <w:rFonts w:ascii="Times New Roman" w:hAnsi="Times New Roman" w:cs="Times New Roman"/>
          <w:b/>
          <w:sz w:val="24"/>
          <w:szCs w:val="24"/>
        </w:rPr>
        <w:t>Phần II: Tự luận</w:t>
      </w:r>
    </w:p>
    <w:p w14:paraId="3FB56F39" w14:textId="77777777" w:rsidR="00B13C4C" w:rsidRPr="00B13C4C" w:rsidRDefault="00B13C4C" w:rsidP="0068543C">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1: </w:t>
      </w:r>
      <w:r w:rsidRPr="00B13C4C">
        <w:rPr>
          <w:rFonts w:ascii="Times New Roman" w:hAnsi="Times New Roman" w:cs="Times New Roman"/>
          <w:sz w:val="24"/>
          <w:szCs w:val="24"/>
        </w:rPr>
        <w:t xml:space="preserve">Cho parabol </w:t>
      </w:r>
      <w:r w:rsidRPr="00B13C4C">
        <w:rPr>
          <w:rFonts w:ascii="Times New Roman" w:hAnsi="Times New Roman" w:cs="Times New Roman"/>
          <w:position w:val="-10"/>
          <w:sz w:val="24"/>
          <w:szCs w:val="24"/>
        </w:rPr>
        <w:object w:dxaOrig="2280" w:dyaOrig="360" w14:anchorId="20B0A2C5">
          <v:shape id="_x0000_i5043" type="#_x0000_t75" style="width:114pt;height:18pt" o:ole="">
            <v:imagedata r:id="rId6420" o:title=""/>
          </v:shape>
          <o:OLEObject Type="Embed" ProgID="Equation.DSMT4" ShapeID="_x0000_i5043" DrawAspect="Content" ObjectID="_1699838327" r:id="rId6421"/>
        </w:object>
      </w:r>
      <w:r w:rsidRPr="00B13C4C">
        <w:rPr>
          <w:rFonts w:ascii="Times New Roman" w:hAnsi="Times New Roman" w:cs="Times New Roman"/>
          <w:sz w:val="24"/>
          <w:szCs w:val="24"/>
        </w:rPr>
        <w:t xml:space="preserve"> và đường thẳng </w:t>
      </w:r>
      <w:r w:rsidRPr="00B13C4C">
        <w:rPr>
          <w:rFonts w:ascii="Times New Roman" w:hAnsi="Times New Roman" w:cs="Times New Roman"/>
          <w:position w:val="-10"/>
          <w:sz w:val="24"/>
          <w:szCs w:val="24"/>
        </w:rPr>
        <w:object w:dxaOrig="1680" w:dyaOrig="320" w14:anchorId="336119A3">
          <v:shape id="_x0000_i5044" type="#_x0000_t75" style="width:84pt;height:16.2pt" o:ole="">
            <v:imagedata r:id="rId6422" o:title=""/>
          </v:shape>
          <o:OLEObject Type="Embed" ProgID="Equation.DSMT4" ShapeID="_x0000_i5044" DrawAspect="Content" ObjectID="_1699838328" r:id="rId6423"/>
        </w:object>
      </w:r>
      <w:r w:rsidRPr="00B13C4C">
        <w:rPr>
          <w:rFonts w:ascii="Times New Roman" w:hAnsi="Times New Roman" w:cs="Times New Roman"/>
          <w:sz w:val="24"/>
          <w:szCs w:val="24"/>
        </w:rPr>
        <w:t>.</w:t>
      </w:r>
    </w:p>
    <w:p w14:paraId="2E78A74A" w14:textId="77777777" w:rsidR="00B13C4C" w:rsidRPr="00B13C4C" w:rsidRDefault="00B13C4C" w:rsidP="0068543C">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a. Khảo sát sự biến thiên và vẽ đồ thị hàm số </w:t>
      </w:r>
      <w:r w:rsidRPr="00B13C4C">
        <w:rPr>
          <w:rFonts w:ascii="Times New Roman" w:hAnsi="Times New Roman" w:cs="Times New Roman"/>
          <w:position w:val="-10"/>
          <w:sz w:val="24"/>
          <w:szCs w:val="24"/>
        </w:rPr>
        <w:object w:dxaOrig="400" w:dyaOrig="320" w14:anchorId="2F21534A">
          <v:shape id="_x0000_i5045" type="#_x0000_t75" style="width:19.8pt;height:16.2pt" o:ole="">
            <v:imagedata r:id="rId6424" o:title=""/>
          </v:shape>
          <o:OLEObject Type="Embed" ProgID="Equation.DSMT4" ShapeID="_x0000_i5045" DrawAspect="Content" ObjectID="_1699838329" r:id="rId6425"/>
        </w:object>
      </w:r>
      <w:r w:rsidRPr="00B13C4C">
        <w:rPr>
          <w:rFonts w:ascii="Times New Roman" w:hAnsi="Times New Roman" w:cs="Times New Roman"/>
          <w:sz w:val="24"/>
          <w:szCs w:val="24"/>
        </w:rPr>
        <w:t xml:space="preserve"> khi </w:t>
      </w:r>
      <w:r w:rsidRPr="00B13C4C">
        <w:rPr>
          <w:rFonts w:ascii="Times New Roman" w:hAnsi="Times New Roman" w:cs="Times New Roman"/>
          <w:position w:val="-6"/>
          <w:sz w:val="24"/>
          <w:szCs w:val="24"/>
        </w:rPr>
        <w:object w:dxaOrig="620" w:dyaOrig="279" w14:anchorId="2C8505E4">
          <v:shape id="_x0000_i5046" type="#_x0000_t75" style="width:31.2pt;height:13.8pt" o:ole="">
            <v:imagedata r:id="rId6426" o:title=""/>
          </v:shape>
          <o:OLEObject Type="Embed" ProgID="Equation.DSMT4" ShapeID="_x0000_i5046" DrawAspect="Content" ObjectID="_1699838330" r:id="rId6427"/>
        </w:object>
      </w:r>
      <w:r w:rsidRPr="00B13C4C">
        <w:rPr>
          <w:rFonts w:ascii="Times New Roman" w:hAnsi="Times New Roman" w:cs="Times New Roman"/>
          <w:sz w:val="24"/>
          <w:szCs w:val="24"/>
        </w:rPr>
        <w:t>.</w:t>
      </w:r>
    </w:p>
    <w:p w14:paraId="65B68398" w14:textId="77777777" w:rsidR="00B13C4C" w:rsidRPr="00B13C4C" w:rsidRDefault="00B13C4C" w:rsidP="0068543C">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b. Tìm tất cả các giả trị thực của </w:t>
      </w:r>
      <w:r w:rsidRPr="00B13C4C">
        <w:rPr>
          <w:rFonts w:ascii="Times New Roman" w:hAnsi="Times New Roman" w:cs="Times New Roman"/>
          <w:position w:val="-6"/>
          <w:sz w:val="24"/>
          <w:szCs w:val="24"/>
        </w:rPr>
        <w:object w:dxaOrig="260" w:dyaOrig="220" w14:anchorId="063FC4AA">
          <v:shape id="_x0000_i5047" type="#_x0000_t75" style="width:13.2pt;height:10.8pt" o:ole="">
            <v:imagedata r:id="rId6428" o:title=""/>
          </v:shape>
          <o:OLEObject Type="Embed" ProgID="Equation.DSMT4" ShapeID="_x0000_i5047" DrawAspect="Content" ObjectID="_1699838331" r:id="rId6429"/>
        </w:object>
      </w:r>
      <w:r w:rsidRPr="00B13C4C">
        <w:rPr>
          <w:rFonts w:ascii="Times New Roman" w:hAnsi="Times New Roman" w:cs="Times New Roman"/>
          <w:sz w:val="24"/>
          <w:szCs w:val="24"/>
        </w:rPr>
        <w:t xml:space="preserve"> để </w:t>
      </w:r>
      <w:r w:rsidRPr="00B13C4C">
        <w:rPr>
          <w:rFonts w:ascii="Times New Roman" w:hAnsi="Times New Roman" w:cs="Times New Roman"/>
          <w:position w:val="-6"/>
          <w:sz w:val="24"/>
          <w:szCs w:val="24"/>
        </w:rPr>
        <w:object w:dxaOrig="300" w:dyaOrig="279" w14:anchorId="57685026">
          <v:shape id="_x0000_i5048" type="#_x0000_t75" style="width:15pt;height:13.8pt" o:ole="">
            <v:imagedata r:id="rId6430" o:title=""/>
          </v:shape>
          <o:OLEObject Type="Embed" ProgID="Equation.DSMT4" ShapeID="_x0000_i5048" DrawAspect="Content" ObjectID="_1699838332" r:id="rId6431"/>
        </w:object>
      </w:r>
      <w:r w:rsidRPr="00B13C4C">
        <w:rPr>
          <w:rFonts w:ascii="Times New Roman" w:hAnsi="Times New Roman" w:cs="Times New Roman"/>
          <w:sz w:val="24"/>
          <w:szCs w:val="24"/>
        </w:rPr>
        <w:t xml:space="preserve"> cắt </w:t>
      </w:r>
      <w:r w:rsidRPr="00B13C4C">
        <w:rPr>
          <w:rFonts w:ascii="Times New Roman" w:hAnsi="Times New Roman" w:cs="Times New Roman"/>
          <w:position w:val="-10"/>
          <w:sz w:val="24"/>
          <w:szCs w:val="24"/>
        </w:rPr>
        <w:object w:dxaOrig="400" w:dyaOrig="320" w14:anchorId="57D7A9F4">
          <v:shape id="_x0000_i5049" type="#_x0000_t75" style="width:19.8pt;height:16.2pt" o:ole="">
            <v:imagedata r:id="rId6432" o:title=""/>
          </v:shape>
          <o:OLEObject Type="Embed" ProgID="Equation.DSMT4" ShapeID="_x0000_i5049" DrawAspect="Content" ObjectID="_1699838333" r:id="rId6433"/>
        </w:object>
      </w:r>
      <w:r w:rsidRPr="00B13C4C">
        <w:rPr>
          <w:rFonts w:ascii="Times New Roman" w:hAnsi="Times New Roman" w:cs="Times New Roman"/>
          <w:sz w:val="24"/>
          <w:szCs w:val="24"/>
        </w:rPr>
        <w:t xml:space="preserve"> tại hai điểm phân biệt có hoành độ âm.</w:t>
      </w:r>
    </w:p>
    <w:p w14:paraId="25E34386" w14:textId="77777777" w:rsidR="00B13C4C" w:rsidRPr="00B13C4C" w:rsidRDefault="00B13C4C" w:rsidP="0068543C">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2: </w:t>
      </w:r>
      <w:r w:rsidRPr="00B13C4C">
        <w:rPr>
          <w:rFonts w:ascii="Times New Roman" w:hAnsi="Times New Roman" w:cs="Times New Roman"/>
          <w:sz w:val="24"/>
          <w:szCs w:val="24"/>
        </w:rPr>
        <w:t xml:space="preserve">Giải phương trình </w:t>
      </w:r>
      <w:r w:rsidRPr="00B13C4C">
        <w:rPr>
          <w:rFonts w:ascii="Times New Roman" w:hAnsi="Times New Roman" w:cs="Times New Roman"/>
          <w:position w:val="-8"/>
          <w:sz w:val="24"/>
          <w:szCs w:val="24"/>
        </w:rPr>
        <w:object w:dxaOrig="2060" w:dyaOrig="400" w14:anchorId="079FE1EA">
          <v:shape id="_x0000_i5050" type="#_x0000_t75" style="width:103.2pt;height:19.8pt" o:ole="">
            <v:imagedata r:id="rId6434" o:title=""/>
          </v:shape>
          <o:OLEObject Type="Embed" ProgID="Equation.DSMT4" ShapeID="_x0000_i5050" DrawAspect="Content" ObjectID="_1699838334" r:id="rId6435"/>
        </w:object>
      </w:r>
    </w:p>
    <w:p w14:paraId="1AA23556" w14:textId="77777777" w:rsidR="00B13C4C" w:rsidRPr="00B13C4C" w:rsidRDefault="00B13C4C" w:rsidP="0068543C">
      <w:pPr>
        <w:ind w:left="992" w:hanging="992"/>
        <w:jc w:val="both"/>
        <w:rPr>
          <w:rFonts w:ascii="Times New Roman" w:hAnsi="Times New Roman" w:cs="Times New Roman"/>
          <w:sz w:val="24"/>
          <w:szCs w:val="24"/>
        </w:rPr>
      </w:pPr>
      <w:r w:rsidRPr="00B13C4C">
        <w:rPr>
          <w:rFonts w:ascii="Times New Roman" w:hAnsi="Times New Roman" w:cs="Times New Roman"/>
          <w:b/>
          <w:sz w:val="24"/>
          <w:szCs w:val="24"/>
        </w:rPr>
        <w:t xml:space="preserve">Bài 3: </w:t>
      </w:r>
      <w:r w:rsidRPr="00B13C4C">
        <w:rPr>
          <w:rFonts w:ascii="Times New Roman" w:hAnsi="Times New Roman" w:cs="Times New Roman"/>
          <w:sz w:val="24"/>
          <w:szCs w:val="24"/>
        </w:rPr>
        <w:t xml:space="preserve">Trong mặt phẳng </w:t>
      </w:r>
      <w:r w:rsidRPr="00B13C4C">
        <w:rPr>
          <w:rFonts w:ascii="Times New Roman" w:hAnsi="Times New Roman" w:cs="Times New Roman"/>
          <w:position w:val="-10"/>
          <w:sz w:val="24"/>
          <w:szCs w:val="24"/>
        </w:rPr>
        <w:object w:dxaOrig="460" w:dyaOrig="320" w14:anchorId="1BAA938B">
          <v:shape id="_x0000_i5051" type="#_x0000_t75" style="width:22.8pt;height:16.2pt" o:ole="">
            <v:imagedata r:id="rId6436" o:title=""/>
          </v:shape>
          <o:OLEObject Type="Embed" ProgID="Equation.DSMT4" ShapeID="_x0000_i5051" DrawAspect="Content" ObjectID="_1699838335" r:id="rId6437"/>
        </w:object>
      </w:r>
      <w:r w:rsidRPr="00B13C4C">
        <w:rPr>
          <w:rFonts w:ascii="Times New Roman" w:hAnsi="Times New Roman" w:cs="Times New Roman"/>
          <w:sz w:val="24"/>
          <w:szCs w:val="24"/>
        </w:rPr>
        <w:t xml:space="preserve">, cho tam giác </w:t>
      </w:r>
      <w:r w:rsidRPr="00B13C4C">
        <w:rPr>
          <w:rFonts w:ascii="Times New Roman" w:hAnsi="Times New Roman" w:cs="Times New Roman"/>
          <w:position w:val="-6"/>
          <w:sz w:val="24"/>
          <w:szCs w:val="24"/>
        </w:rPr>
        <w:object w:dxaOrig="560" w:dyaOrig="279" w14:anchorId="79EB048C">
          <v:shape id="_x0000_i5052" type="#_x0000_t75" style="width:28.2pt;height:13.8pt" o:ole="">
            <v:imagedata r:id="rId6438" o:title=""/>
          </v:shape>
          <o:OLEObject Type="Embed" ProgID="Equation.DSMT4" ShapeID="_x0000_i5052" DrawAspect="Content" ObjectID="_1699838336" r:id="rId6439"/>
        </w:object>
      </w:r>
      <w:r w:rsidRPr="00B13C4C">
        <w:rPr>
          <w:rFonts w:ascii="Times New Roman" w:hAnsi="Times New Roman" w:cs="Times New Roman"/>
          <w:sz w:val="24"/>
          <w:szCs w:val="24"/>
        </w:rPr>
        <w:t xml:space="preserve"> có </w:t>
      </w:r>
      <w:r w:rsidRPr="00B13C4C">
        <w:rPr>
          <w:rFonts w:ascii="Times New Roman" w:hAnsi="Times New Roman" w:cs="Times New Roman"/>
          <w:position w:val="-10"/>
          <w:sz w:val="24"/>
          <w:szCs w:val="24"/>
        </w:rPr>
        <w:object w:dxaOrig="2260" w:dyaOrig="320" w14:anchorId="481A72E2">
          <v:shape id="_x0000_i5053" type="#_x0000_t75" style="width:112.8pt;height:16.2pt" o:ole="">
            <v:imagedata r:id="rId6440" o:title=""/>
          </v:shape>
          <o:OLEObject Type="Embed" ProgID="Equation.DSMT4" ShapeID="_x0000_i5053" DrawAspect="Content" ObjectID="_1699838337" r:id="rId6441"/>
        </w:object>
      </w:r>
      <w:r w:rsidRPr="00B13C4C">
        <w:rPr>
          <w:rFonts w:ascii="Times New Roman" w:hAnsi="Times New Roman" w:cs="Times New Roman"/>
          <w:sz w:val="24"/>
          <w:szCs w:val="24"/>
        </w:rPr>
        <w:t>.</w:t>
      </w:r>
    </w:p>
    <w:p w14:paraId="5BE4ECEC" w14:textId="77777777" w:rsidR="00B13C4C" w:rsidRPr="00B13C4C" w:rsidRDefault="00B13C4C" w:rsidP="0068543C">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a. Tìm tọa độ trọng tâm </w:t>
      </w:r>
      <w:r w:rsidRPr="00B13C4C">
        <w:rPr>
          <w:rFonts w:ascii="Times New Roman" w:hAnsi="Times New Roman" w:cs="Times New Roman"/>
          <w:position w:val="-6"/>
          <w:sz w:val="24"/>
          <w:szCs w:val="24"/>
        </w:rPr>
        <w:object w:dxaOrig="260" w:dyaOrig="279" w14:anchorId="39B6240A">
          <v:shape id="_x0000_i5054" type="#_x0000_t75" style="width:13.2pt;height:13.8pt" o:ole="">
            <v:imagedata r:id="rId6442" o:title=""/>
          </v:shape>
          <o:OLEObject Type="Embed" ProgID="Equation.DSMT4" ShapeID="_x0000_i5054" DrawAspect="Content" ObjectID="_1699838338" r:id="rId6443"/>
        </w:object>
      </w:r>
      <w:r w:rsidRPr="00B13C4C">
        <w:rPr>
          <w:rFonts w:ascii="Times New Roman" w:hAnsi="Times New Roman" w:cs="Times New Roman"/>
          <w:sz w:val="24"/>
          <w:szCs w:val="24"/>
        </w:rPr>
        <w:t xml:space="preserve"> và trực tâm </w:t>
      </w:r>
      <w:r w:rsidRPr="00B13C4C">
        <w:rPr>
          <w:rFonts w:ascii="Times New Roman" w:hAnsi="Times New Roman" w:cs="Times New Roman"/>
          <w:position w:val="-4"/>
          <w:sz w:val="24"/>
          <w:szCs w:val="24"/>
        </w:rPr>
        <w:object w:dxaOrig="279" w:dyaOrig="260" w14:anchorId="1B91689B">
          <v:shape id="_x0000_i5055" type="#_x0000_t75" style="width:13.8pt;height:13.2pt" o:ole="">
            <v:imagedata r:id="rId6444" o:title=""/>
          </v:shape>
          <o:OLEObject Type="Embed" ProgID="Equation.DSMT4" ShapeID="_x0000_i5055" DrawAspect="Content" ObjectID="_1699838339" r:id="rId6445"/>
        </w:object>
      </w:r>
      <w:r w:rsidRPr="00B13C4C">
        <w:rPr>
          <w:rFonts w:ascii="Times New Roman" w:hAnsi="Times New Roman" w:cs="Times New Roman"/>
          <w:sz w:val="24"/>
          <w:szCs w:val="24"/>
        </w:rPr>
        <w:t xml:space="preserve"> của tam giác </w:t>
      </w:r>
      <w:r w:rsidRPr="00B13C4C">
        <w:rPr>
          <w:rFonts w:ascii="Times New Roman" w:hAnsi="Times New Roman" w:cs="Times New Roman"/>
          <w:position w:val="-6"/>
          <w:sz w:val="24"/>
          <w:szCs w:val="24"/>
        </w:rPr>
        <w:object w:dxaOrig="560" w:dyaOrig="279" w14:anchorId="3466B509">
          <v:shape id="_x0000_i5056" type="#_x0000_t75" style="width:28.2pt;height:13.8pt" o:ole="">
            <v:imagedata r:id="rId6446" o:title=""/>
          </v:shape>
          <o:OLEObject Type="Embed" ProgID="Equation.DSMT4" ShapeID="_x0000_i5056" DrawAspect="Content" ObjectID="_1699838340" r:id="rId6447"/>
        </w:object>
      </w:r>
      <w:r w:rsidRPr="00B13C4C">
        <w:rPr>
          <w:rFonts w:ascii="Times New Roman" w:hAnsi="Times New Roman" w:cs="Times New Roman"/>
          <w:sz w:val="24"/>
          <w:szCs w:val="24"/>
        </w:rPr>
        <w:t>.</w:t>
      </w:r>
    </w:p>
    <w:p w14:paraId="7861FAEA" w14:textId="77777777" w:rsidR="00B13C4C" w:rsidRPr="00B13C4C" w:rsidRDefault="00B13C4C" w:rsidP="0068543C">
      <w:pPr>
        <w:ind w:left="992"/>
        <w:jc w:val="both"/>
        <w:rPr>
          <w:rFonts w:ascii="Times New Roman" w:hAnsi="Times New Roman" w:cs="Times New Roman"/>
          <w:sz w:val="24"/>
          <w:szCs w:val="24"/>
        </w:rPr>
      </w:pPr>
      <w:r w:rsidRPr="00B13C4C">
        <w:rPr>
          <w:rFonts w:ascii="Times New Roman" w:hAnsi="Times New Roman" w:cs="Times New Roman"/>
          <w:sz w:val="24"/>
          <w:szCs w:val="24"/>
        </w:rPr>
        <w:t xml:space="preserve">b. Tìm tọa độ điểm </w:t>
      </w:r>
      <w:r w:rsidRPr="00B13C4C">
        <w:rPr>
          <w:rFonts w:ascii="Times New Roman" w:hAnsi="Times New Roman" w:cs="Times New Roman"/>
          <w:position w:val="-4"/>
          <w:sz w:val="24"/>
          <w:szCs w:val="24"/>
        </w:rPr>
        <w:object w:dxaOrig="320" w:dyaOrig="260" w14:anchorId="633BF2FC">
          <v:shape id="_x0000_i5057" type="#_x0000_t75" style="width:16.2pt;height:13.2pt" o:ole="">
            <v:imagedata r:id="rId6448" o:title=""/>
          </v:shape>
          <o:OLEObject Type="Embed" ProgID="Equation.DSMT4" ShapeID="_x0000_i5057" DrawAspect="Content" ObjectID="_1699838341" r:id="rId6449"/>
        </w:object>
      </w:r>
      <w:r w:rsidRPr="00B13C4C">
        <w:rPr>
          <w:rFonts w:ascii="Times New Roman" w:hAnsi="Times New Roman" w:cs="Times New Roman"/>
          <w:sz w:val="24"/>
          <w:szCs w:val="24"/>
        </w:rPr>
        <w:t xml:space="preserve"> thuộc trục hoành sao cho </w:t>
      </w:r>
      <w:r w:rsidRPr="00B13C4C">
        <w:rPr>
          <w:rFonts w:ascii="Times New Roman" w:hAnsi="Times New Roman" w:cs="Times New Roman"/>
          <w:position w:val="-10"/>
          <w:sz w:val="24"/>
          <w:szCs w:val="24"/>
        </w:rPr>
        <w:object w:dxaOrig="1160" w:dyaOrig="320" w14:anchorId="0DE589C9">
          <v:shape id="_x0000_i5058" type="#_x0000_t75" style="width:58.2pt;height:16.2pt" o:ole="">
            <v:imagedata r:id="rId6450" o:title=""/>
          </v:shape>
          <o:OLEObject Type="Embed" ProgID="Equation.DSMT4" ShapeID="_x0000_i5058" DrawAspect="Content" ObjectID="_1699838342" r:id="rId6451"/>
        </w:object>
      </w:r>
      <w:r w:rsidRPr="00B13C4C">
        <w:rPr>
          <w:rFonts w:ascii="Times New Roman" w:hAnsi="Times New Roman" w:cs="Times New Roman"/>
          <w:sz w:val="24"/>
          <w:szCs w:val="24"/>
        </w:rPr>
        <w:t xml:space="preserve"> đạt giá trị nhỏ nhất.</w:t>
      </w:r>
    </w:p>
    <w:p w14:paraId="61E3D366" w14:textId="77777777" w:rsidR="00B13C4C" w:rsidRPr="00B13C4C" w:rsidRDefault="00B13C4C" w:rsidP="0068543C">
      <w:pPr>
        <w:ind w:left="992"/>
        <w:jc w:val="center"/>
        <w:rPr>
          <w:rFonts w:ascii="Times New Roman" w:hAnsi="Times New Roman" w:cs="Times New Roman"/>
          <w:b/>
          <w:sz w:val="24"/>
          <w:szCs w:val="24"/>
        </w:rPr>
      </w:pPr>
      <w:r w:rsidRPr="00B13C4C">
        <w:rPr>
          <w:rFonts w:ascii="Times New Roman" w:hAnsi="Times New Roman" w:cs="Times New Roman"/>
          <w:b/>
          <w:sz w:val="24"/>
          <w:szCs w:val="24"/>
        </w:rPr>
        <w:t>BẢNG ĐÁP ÁN</w:t>
      </w:r>
    </w:p>
    <w:tbl>
      <w:tblPr>
        <w:tblStyle w:val="TableGrid"/>
        <w:tblW w:w="0" w:type="auto"/>
        <w:tblInd w:w="992" w:type="dxa"/>
        <w:tblLook w:val="04A0" w:firstRow="1" w:lastRow="0" w:firstColumn="1" w:lastColumn="0" w:noHBand="0" w:noVBand="1"/>
      </w:tblPr>
      <w:tblGrid>
        <w:gridCol w:w="510"/>
        <w:gridCol w:w="510"/>
        <w:gridCol w:w="511"/>
        <w:gridCol w:w="511"/>
        <w:gridCol w:w="511"/>
        <w:gridCol w:w="511"/>
        <w:gridCol w:w="511"/>
        <w:gridCol w:w="511"/>
        <w:gridCol w:w="511"/>
        <w:gridCol w:w="511"/>
        <w:gridCol w:w="512"/>
        <w:gridCol w:w="512"/>
        <w:gridCol w:w="512"/>
        <w:gridCol w:w="512"/>
        <w:gridCol w:w="512"/>
        <w:gridCol w:w="512"/>
        <w:gridCol w:w="512"/>
        <w:gridCol w:w="512"/>
      </w:tblGrid>
      <w:tr w:rsidR="00B13C4C" w:rsidRPr="00B13C4C" w14:paraId="2AE864F8" w14:textId="77777777" w:rsidTr="00B13C4C">
        <w:tc>
          <w:tcPr>
            <w:tcW w:w="566" w:type="dxa"/>
            <w:shd w:val="clear" w:color="auto" w:fill="FFFF32"/>
          </w:tcPr>
          <w:p w14:paraId="310668AE" w14:textId="3C1A9F69"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w:t>
            </w:r>
          </w:p>
        </w:tc>
        <w:tc>
          <w:tcPr>
            <w:tcW w:w="566" w:type="dxa"/>
            <w:shd w:val="clear" w:color="auto" w:fill="FFFF32"/>
          </w:tcPr>
          <w:p w14:paraId="5DEAB9FE" w14:textId="6462560F"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w:t>
            </w:r>
          </w:p>
        </w:tc>
        <w:tc>
          <w:tcPr>
            <w:tcW w:w="566" w:type="dxa"/>
            <w:shd w:val="clear" w:color="auto" w:fill="FFFF32"/>
          </w:tcPr>
          <w:p w14:paraId="10EE3CDD" w14:textId="2B8C7244"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w:t>
            </w:r>
          </w:p>
        </w:tc>
        <w:tc>
          <w:tcPr>
            <w:tcW w:w="566" w:type="dxa"/>
            <w:shd w:val="clear" w:color="auto" w:fill="FFFF32"/>
          </w:tcPr>
          <w:p w14:paraId="1EA199DE" w14:textId="460854FF"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4</w:t>
            </w:r>
          </w:p>
        </w:tc>
        <w:tc>
          <w:tcPr>
            <w:tcW w:w="566" w:type="dxa"/>
            <w:shd w:val="clear" w:color="auto" w:fill="FFFF32"/>
          </w:tcPr>
          <w:p w14:paraId="38989A3D" w14:textId="48B1A09D"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5</w:t>
            </w:r>
          </w:p>
        </w:tc>
        <w:tc>
          <w:tcPr>
            <w:tcW w:w="566" w:type="dxa"/>
            <w:shd w:val="clear" w:color="auto" w:fill="FFFF32"/>
          </w:tcPr>
          <w:p w14:paraId="5161DFAA" w14:textId="616B890A"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6</w:t>
            </w:r>
          </w:p>
        </w:tc>
        <w:tc>
          <w:tcPr>
            <w:tcW w:w="566" w:type="dxa"/>
            <w:shd w:val="clear" w:color="auto" w:fill="FFFF32"/>
          </w:tcPr>
          <w:p w14:paraId="32CE5DDE" w14:textId="757534F3"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7</w:t>
            </w:r>
          </w:p>
        </w:tc>
        <w:tc>
          <w:tcPr>
            <w:tcW w:w="566" w:type="dxa"/>
            <w:shd w:val="clear" w:color="auto" w:fill="FFFF32"/>
          </w:tcPr>
          <w:p w14:paraId="31F3D0B6" w14:textId="2C7D32D5"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8</w:t>
            </w:r>
          </w:p>
        </w:tc>
        <w:tc>
          <w:tcPr>
            <w:tcW w:w="566" w:type="dxa"/>
            <w:shd w:val="clear" w:color="auto" w:fill="FFFF32"/>
          </w:tcPr>
          <w:p w14:paraId="719A9F65" w14:textId="5A13E63A"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9</w:t>
            </w:r>
          </w:p>
        </w:tc>
        <w:tc>
          <w:tcPr>
            <w:tcW w:w="566" w:type="dxa"/>
            <w:shd w:val="clear" w:color="auto" w:fill="FFFF32"/>
          </w:tcPr>
          <w:p w14:paraId="53E1D842" w14:textId="48741889"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10</w:t>
            </w:r>
          </w:p>
        </w:tc>
        <w:tc>
          <w:tcPr>
            <w:tcW w:w="567" w:type="dxa"/>
            <w:shd w:val="clear" w:color="auto" w:fill="FFFF32"/>
          </w:tcPr>
          <w:p w14:paraId="1A322B7A" w14:textId="28DE14F7"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11</w:t>
            </w:r>
          </w:p>
        </w:tc>
        <w:tc>
          <w:tcPr>
            <w:tcW w:w="567" w:type="dxa"/>
            <w:shd w:val="clear" w:color="auto" w:fill="FFFF32"/>
          </w:tcPr>
          <w:p w14:paraId="11BAB673" w14:textId="6AD70F5C"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12</w:t>
            </w:r>
          </w:p>
        </w:tc>
        <w:tc>
          <w:tcPr>
            <w:tcW w:w="567" w:type="dxa"/>
            <w:shd w:val="clear" w:color="auto" w:fill="FFFF32"/>
          </w:tcPr>
          <w:p w14:paraId="42F6060F" w14:textId="57752F23"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13</w:t>
            </w:r>
          </w:p>
        </w:tc>
        <w:tc>
          <w:tcPr>
            <w:tcW w:w="567" w:type="dxa"/>
            <w:shd w:val="clear" w:color="auto" w:fill="FFFF32"/>
          </w:tcPr>
          <w:p w14:paraId="735354B3" w14:textId="459E2F27"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14</w:t>
            </w:r>
          </w:p>
        </w:tc>
        <w:tc>
          <w:tcPr>
            <w:tcW w:w="567" w:type="dxa"/>
            <w:shd w:val="clear" w:color="auto" w:fill="FFFF32"/>
          </w:tcPr>
          <w:p w14:paraId="5EE53C67" w14:textId="6083B20C"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15</w:t>
            </w:r>
          </w:p>
        </w:tc>
        <w:tc>
          <w:tcPr>
            <w:tcW w:w="567" w:type="dxa"/>
            <w:shd w:val="clear" w:color="auto" w:fill="FFFF32"/>
          </w:tcPr>
          <w:p w14:paraId="1B4B327B" w14:textId="3752701E"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16</w:t>
            </w:r>
          </w:p>
        </w:tc>
        <w:tc>
          <w:tcPr>
            <w:tcW w:w="567" w:type="dxa"/>
            <w:shd w:val="clear" w:color="auto" w:fill="FFFF32"/>
          </w:tcPr>
          <w:p w14:paraId="2EDC6436" w14:textId="70A40F1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17</w:t>
            </w:r>
          </w:p>
        </w:tc>
        <w:tc>
          <w:tcPr>
            <w:tcW w:w="567" w:type="dxa"/>
            <w:shd w:val="clear" w:color="auto" w:fill="FFFF32"/>
          </w:tcPr>
          <w:p w14:paraId="57FD490D" w14:textId="60E46156"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18</w:t>
            </w:r>
          </w:p>
        </w:tc>
      </w:tr>
      <w:tr w:rsidR="00B13C4C" w:rsidRPr="00B13C4C" w14:paraId="690E931A" w14:textId="77777777" w:rsidTr="00B13C4C">
        <w:tc>
          <w:tcPr>
            <w:tcW w:w="566" w:type="dxa"/>
            <w:tcBorders>
              <w:bottom w:val="single" w:sz="4" w:space="0" w:color="auto"/>
            </w:tcBorders>
          </w:tcPr>
          <w:p w14:paraId="3076517D" w14:textId="2A9BD53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Borders>
              <w:bottom w:val="single" w:sz="4" w:space="0" w:color="auto"/>
            </w:tcBorders>
          </w:tcPr>
          <w:p w14:paraId="4621089E" w14:textId="374F6484"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Borders>
              <w:bottom w:val="single" w:sz="4" w:space="0" w:color="auto"/>
            </w:tcBorders>
          </w:tcPr>
          <w:p w14:paraId="7C5477ED" w14:textId="7BCFE501"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Borders>
              <w:bottom w:val="single" w:sz="4" w:space="0" w:color="auto"/>
            </w:tcBorders>
          </w:tcPr>
          <w:p w14:paraId="4F89B9D4" w14:textId="71915B62"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Borders>
              <w:bottom w:val="single" w:sz="4" w:space="0" w:color="auto"/>
            </w:tcBorders>
          </w:tcPr>
          <w:p w14:paraId="71AAE83C" w14:textId="706BC0E6"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Borders>
              <w:bottom w:val="single" w:sz="4" w:space="0" w:color="auto"/>
            </w:tcBorders>
          </w:tcPr>
          <w:p w14:paraId="449C270E" w14:textId="70D432F5"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Borders>
              <w:bottom w:val="single" w:sz="4" w:space="0" w:color="auto"/>
            </w:tcBorders>
          </w:tcPr>
          <w:p w14:paraId="3593153C" w14:textId="17B3E781"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Borders>
              <w:bottom w:val="single" w:sz="4" w:space="0" w:color="auto"/>
            </w:tcBorders>
          </w:tcPr>
          <w:p w14:paraId="66A26DC5" w14:textId="6BC4F523"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Borders>
              <w:bottom w:val="single" w:sz="4" w:space="0" w:color="auto"/>
            </w:tcBorders>
          </w:tcPr>
          <w:p w14:paraId="005A09A5" w14:textId="7DFD1F2C"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Borders>
              <w:bottom w:val="single" w:sz="4" w:space="0" w:color="auto"/>
            </w:tcBorders>
          </w:tcPr>
          <w:p w14:paraId="1930A1B6" w14:textId="72A1C4B5"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Borders>
              <w:bottom w:val="single" w:sz="4" w:space="0" w:color="auto"/>
            </w:tcBorders>
          </w:tcPr>
          <w:p w14:paraId="79B88162" w14:textId="430438FB"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Borders>
              <w:bottom w:val="single" w:sz="4" w:space="0" w:color="auto"/>
            </w:tcBorders>
          </w:tcPr>
          <w:p w14:paraId="364872A3" w14:textId="140ADE50"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Borders>
              <w:bottom w:val="single" w:sz="4" w:space="0" w:color="auto"/>
            </w:tcBorders>
          </w:tcPr>
          <w:p w14:paraId="1462A1C5" w14:textId="7FFF507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Borders>
              <w:bottom w:val="single" w:sz="4" w:space="0" w:color="auto"/>
            </w:tcBorders>
          </w:tcPr>
          <w:p w14:paraId="26E4D224" w14:textId="00BEE849"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7" w:type="dxa"/>
            <w:tcBorders>
              <w:bottom w:val="single" w:sz="4" w:space="0" w:color="auto"/>
            </w:tcBorders>
          </w:tcPr>
          <w:p w14:paraId="335E852C" w14:textId="36E1E028"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7" w:type="dxa"/>
            <w:tcBorders>
              <w:bottom w:val="single" w:sz="4" w:space="0" w:color="auto"/>
            </w:tcBorders>
          </w:tcPr>
          <w:p w14:paraId="4C27B782" w14:textId="12613BBF"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7" w:type="dxa"/>
            <w:tcBorders>
              <w:bottom w:val="single" w:sz="4" w:space="0" w:color="auto"/>
            </w:tcBorders>
          </w:tcPr>
          <w:p w14:paraId="2AB7DDDB" w14:textId="373DCBD4"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Borders>
              <w:bottom w:val="single" w:sz="4" w:space="0" w:color="auto"/>
            </w:tcBorders>
          </w:tcPr>
          <w:p w14:paraId="6AC6D60D" w14:textId="58C15BC1"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r>
      <w:tr w:rsidR="00B13C4C" w:rsidRPr="00B13C4C" w14:paraId="3B129A1F" w14:textId="77777777" w:rsidTr="00B13C4C">
        <w:tc>
          <w:tcPr>
            <w:tcW w:w="566" w:type="dxa"/>
            <w:shd w:val="clear" w:color="auto" w:fill="FFFF32"/>
          </w:tcPr>
          <w:p w14:paraId="6F2E3950" w14:textId="34771B0D"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19</w:t>
            </w:r>
          </w:p>
        </w:tc>
        <w:tc>
          <w:tcPr>
            <w:tcW w:w="566" w:type="dxa"/>
            <w:shd w:val="clear" w:color="auto" w:fill="FFFF32"/>
          </w:tcPr>
          <w:p w14:paraId="5B59AF57" w14:textId="58559065"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20</w:t>
            </w:r>
          </w:p>
        </w:tc>
        <w:tc>
          <w:tcPr>
            <w:tcW w:w="566" w:type="dxa"/>
            <w:shd w:val="clear" w:color="auto" w:fill="FFFF32"/>
          </w:tcPr>
          <w:p w14:paraId="1AA8916C" w14:textId="65916840"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21</w:t>
            </w:r>
          </w:p>
        </w:tc>
        <w:tc>
          <w:tcPr>
            <w:tcW w:w="566" w:type="dxa"/>
            <w:shd w:val="clear" w:color="auto" w:fill="FFFF32"/>
          </w:tcPr>
          <w:p w14:paraId="4FDF9687" w14:textId="16595F3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22</w:t>
            </w:r>
          </w:p>
        </w:tc>
        <w:tc>
          <w:tcPr>
            <w:tcW w:w="566" w:type="dxa"/>
            <w:shd w:val="clear" w:color="auto" w:fill="FFFF32"/>
          </w:tcPr>
          <w:p w14:paraId="4F9E9F05" w14:textId="7DA71732"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23</w:t>
            </w:r>
          </w:p>
        </w:tc>
        <w:tc>
          <w:tcPr>
            <w:tcW w:w="566" w:type="dxa"/>
            <w:shd w:val="clear" w:color="auto" w:fill="FFFF32"/>
          </w:tcPr>
          <w:p w14:paraId="134764D3" w14:textId="0E31E549"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24</w:t>
            </w:r>
          </w:p>
        </w:tc>
        <w:tc>
          <w:tcPr>
            <w:tcW w:w="566" w:type="dxa"/>
            <w:shd w:val="clear" w:color="auto" w:fill="FFFF32"/>
          </w:tcPr>
          <w:p w14:paraId="34F3BC9C" w14:textId="2B35C869"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25</w:t>
            </w:r>
          </w:p>
        </w:tc>
        <w:tc>
          <w:tcPr>
            <w:tcW w:w="566" w:type="dxa"/>
            <w:shd w:val="clear" w:color="auto" w:fill="FFFF32"/>
          </w:tcPr>
          <w:p w14:paraId="05976ADE" w14:textId="49562209"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26</w:t>
            </w:r>
          </w:p>
        </w:tc>
        <w:tc>
          <w:tcPr>
            <w:tcW w:w="566" w:type="dxa"/>
            <w:shd w:val="clear" w:color="auto" w:fill="FFFF32"/>
          </w:tcPr>
          <w:p w14:paraId="1CEB70FC" w14:textId="08648E76"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27</w:t>
            </w:r>
          </w:p>
        </w:tc>
        <w:tc>
          <w:tcPr>
            <w:tcW w:w="566" w:type="dxa"/>
            <w:shd w:val="clear" w:color="auto" w:fill="FFFF32"/>
          </w:tcPr>
          <w:p w14:paraId="0F5A3F14" w14:textId="14B9FA85"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28</w:t>
            </w:r>
          </w:p>
        </w:tc>
        <w:tc>
          <w:tcPr>
            <w:tcW w:w="567" w:type="dxa"/>
            <w:shd w:val="clear" w:color="auto" w:fill="FFFF32"/>
          </w:tcPr>
          <w:p w14:paraId="14329957" w14:textId="3DCC75E4"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29</w:t>
            </w:r>
          </w:p>
        </w:tc>
        <w:tc>
          <w:tcPr>
            <w:tcW w:w="567" w:type="dxa"/>
            <w:shd w:val="clear" w:color="auto" w:fill="FFFF32"/>
          </w:tcPr>
          <w:p w14:paraId="7431657C" w14:textId="67D380CB"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30</w:t>
            </w:r>
          </w:p>
        </w:tc>
        <w:tc>
          <w:tcPr>
            <w:tcW w:w="567" w:type="dxa"/>
            <w:shd w:val="clear" w:color="auto" w:fill="FFFF32"/>
          </w:tcPr>
          <w:p w14:paraId="260F3FCF" w14:textId="3800EB33"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31</w:t>
            </w:r>
          </w:p>
        </w:tc>
        <w:tc>
          <w:tcPr>
            <w:tcW w:w="567" w:type="dxa"/>
            <w:shd w:val="clear" w:color="auto" w:fill="FFFF32"/>
          </w:tcPr>
          <w:p w14:paraId="320FA21F" w14:textId="164BDC3F"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32</w:t>
            </w:r>
          </w:p>
        </w:tc>
        <w:tc>
          <w:tcPr>
            <w:tcW w:w="567" w:type="dxa"/>
            <w:shd w:val="clear" w:color="auto" w:fill="FFFF32"/>
          </w:tcPr>
          <w:p w14:paraId="1CCB4266" w14:textId="774D12C2"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33</w:t>
            </w:r>
          </w:p>
        </w:tc>
        <w:tc>
          <w:tcPr>
            <w:tcW w:w="567" w:type="dxa"/>
            <w:shd w:val="clear" w:color="auto" w:fill="FFFF32"/>
          </w:tcPr>
          <w:p w14:paraId="3CBF134E" w14:textId="62D58D51"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34</w:t>
            </w:r>
          </w:p>
        </w:tc>
        <w:tc>
          <w:tcPr>
            <w:tcW w:w="567" w:type="dxa"/>
            <w:shd w:val="clear" w:color="auto" w:fill="FFFF32"/>
          </w:tcPr>
          <w:p w14:paraId="09545F6C" w14:textId="359B4B8C"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35</w:t>
            </w:r>
          </w:p>
        </w:tc>
        <w:tc>
          <w:tcPr>
            <w:tcW w:w="567" w:type="dxa"/>
            <w:shd w:val="clear" w:color="auto" w:fill="FFFF32"/>
          </w:tcPr>
          <w:p w14:paraId="04DD5BAC" w14:textId="21ADFBA6" w:rsidR="00B13C4C" w:rsidRPr="00B13C4C" w:rsidRDefault="00B13C4C" w:rsidP="00B13C4C">
            <w:pPr>
              <w:ind w:left="-57" w:right="-57"/>
              <w:jc w:val="center"/>
              <w:rPr>
                <w:rFonts w:ascii="Times New Roman" w:hAnsi="Times New Roman" w:cs="Times New Roman"/>
                <w:b/>
                <w:color w:val="008000"/>
                <w:sz w:val="24"/>
                <w:szCs w:val="24"/>
              </w:rPr>
            </w:pPr>
            <w:r>
              <w:rPr>
                <w:rFonts w:ascii="Times New Roman" w:hAnsi="Times New Roman" w:cs="Times New Roman"/>
                <w:b/>
                <w:color w:val="008000"/>
                <w:sz w:val="24"/>
                <w:szCs w:val="24"/>
              </w:rPr>
              <w:t>36</w:t>
            </w:r>
          </w:p>
        </w:tc>
      </w:tr>
      <w:tr w:rsidR="00B13C4C" w:rsidRPr="00B13C4C" w14:paraId="1E870013" w14:textId="77777777" w:rsidTr="00B13C4C">
        <w:tc>
          <w:tcPr>
            <w:tcW w:w="566" w:type="dxa"/>
          </w:tcPr>
          <w:p w14:paraId="53AF596C" w14:textId="0CE9EFDB"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Pr>
          <w:p w14:paraId="09066CFD" w14:textId="05A357E3"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Pr>
          <w:p w14:paraId="568FD6D6" w14:textId="666F6333"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Pr>
          <w:p w14:paraId="6731C108" w14:textId="5A3D7D28"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C</w:t>
            </w:r>
          </w:p>
        </w:tc>
        <w:tc>
          <w:tcPr>
            <w:tcW w:w="566" w:type="dxa"/>
          </w:tcPr>
          <w:p w14:paraId="7AC74252" w14:textId="03F75B60"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Pr>
          <w:p w14:paraId="49482BA4" w14:textId="43791E4F"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Pr>
          <w:p w14:paraId="70BF0320" w14:textId="188C8B8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6" w:type="dxa"/>
          </w:tcPr>
          <w:p w14:paraId="6AE7C694" w14:textId="62D170D0"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6" w:type="dxa"/>
          </w:tcPr>
          <w:p w14:paraId="58BA0198" w14:textId="17E1D34D"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6" w:type="dxa"/>
          </w:tcPr>
          <w:p w14:paraId="72DBF85C" w14:textId="4D73EE7D"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Pr>
          <w:p w14:paraId="7BD3E0F2" w14:textId="7391101E"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Pr>
          <w:p w14:paraId="0A69AA1D" w14:textId="1F243F85"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Pr>
          <w:p w14:paraId="12AFDA4D" w14:textId="4CA5851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Pr>
          <w:p w14:paraId="7F56858C" w14:textId="04EFB0E8"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Pr>
          <w:p w14:paraId="354E5A4D" w14:textId="7A6256D2"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B</w:t>
            </w:r>
          </w:p>
        </w:tc>
        <w:tc>
          <w:tcPr>
            <w:tcW w:w="567" w:type="dxa"/>
          </w:tcPr>
          <w:p w14:paraId="19EAFAFD" w14:textId="29A9AC61"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A</w:t>
            </w:r>
          </w:p>
        </w:tc>
        <w:tc>
          <w:tcPr>
            <w:tcW w:w="567" w:type="dxa"/>
          </w:tcPr>
          <w:p w14:paraId="66AB8C88" w14:textId="6D46C2E7" w:rsidR="00B13C4C" w:rsidRPr="00B13C4C" w:rsidRDefault="00B13C4C" w:rsidP="00B13C4C">
            <w:pPr>
              <w:ind w:left="-57" w:right="-57"/>
              <w:jc w:val="center"/>
              <w:rPr>
                <w:rFonts w:ascii="Times New Roman" w:hAnsi="Times New Roman" w:cs="Times New Roman"/>
                <w:b/>
                <w:color w:val="0000FF"/>
                <w:sz w:val="24"/>
                <w:szCs w:val="24"/>
              </w:rPr>
            </w:pPr>
            <w:r>
              <w:rPr>
                <w:rFonts w:ascii="Times New Roman" w:hAnsi="Times New Roman" w:cs="Times New Roman"/>
                <w:b/>
                <w:color w:val="0000FF"/>
                <w:sz w:val="24"/>
                <w:szCs w:val="24"/>
              </w:rPr>
              <w:t>D</w:t>
            </w:r>
          </w:p>
        </w:tc>
        <w:tc>
          <w:tcPr>
            <w:tcW w:w="567" w:type="dxa"/>
          </w:tcPr>
          <w:p w14:paraId="5E3B2854" w14:textId="77777777" w:rsidR="00B13C4C" w:rsidRPr="00B13C4C" w:rsidRDefault="00B13C4C" w:rsidP="00B13C4C">
            <w:pPr>
              <w:ind w:left="-57" w:right="-57"/>
              <w:jc w:val="center"/>
              <w:rPr>
                <w:rFonts w:ascii="Times New Roman" w:hAnsi="Times New Roman" w:cs="Times New Roman"/>
                <w:b/>
                <w:color w:val="0000FF"/>
                <w:sz w:val="24"/>
                <w:szCs w:val="24"/>
              </w:rPr>
            </w:pPr>
          </w:p>
        </w:tc>
      </w:tr>
    </w:tbl>
    <w:p w14:paraId="5257661F" w14:textId="77777777" w:rsidR="00B13C4C" w:rsidRPr="00B13C4C" w:rsidRDefault="00B13C4C" w:rsidP="0068543C">
      <w:pPr>
        <w:ind w:left="992"/>
        <w:jc w:val="center"/>
        <w:rPr>
          <w:rFonts w:ascii="Times New Roman" w:hAnsi="Times New Roman" w:cs="Times New Roman"/>
          <w:b/>
          <w:sz w:val="24"/>
          <w:szCs w:val="24"/>
        </w:rPr>
      </w:pPr>
    </w:p>
    <w:p w14:paraId="33A17FC1" w14:textId="77777777" w:rsidR="00B13C4C" w:rsidRPr="00B13C4C" w:rsidRDefault="00B13C4C" w:rsidP="00CF1AF5">
      <w:pPr>
        <w:ind w:left="992" w:hanging="992"/>
        <w:jc w:val="center"/>
        <w:rPr>
          <w:rFonts w:ascii="Times New Roman" w:hAnsi="Times New Roman" w:cs="Times New Roman"/>
          <w:b/>
          <w:sz w:val="24"/>
          <w:szCs w:val="24"/>
        </w:rPr>
      </w:pPr>
    </w:p>
    <w:p w14:paraId="1A7AEAD9" w14:textId="77777777" w:rsidR="00B13C4C" w:rsidRPr="00B13C4C" w:rsidRDefault="00B13C4C" w:rsidP="00A34187">
      <w:pPr>
        <w:ind w:left="992" w:hanging="992"/>
        <w:jc w:val="center"/>
        <w:rPr>
          <w:rFonts w:ascii="Times New Roman" w:hAnsi="Times New Roman" w:cs="Times New Roman"/>
          <w:b/>
          <w:sz w:val="24"/>
          <w:szCs w:val="24"/>
        </w:rPr>
      </w:pPr>
    </w:p>
    <w:p w14:paraId="4232A74C" w14:textId="77777777" w:rsidR="00B13C4C" w:rsidRPr="00B13C4C" w:rsidRDefault="00B13C4C" w:rsidP="00297746">
      <w:pPr>
        <w:ind w:left="992"/>
        <w:jc w:val="center"/>
        <w:rPr>
          <w:rFonts w:ascii="Times New Roman" w:hAnsi="Times New Roman" w:cs="Times New Roman"/>
          <w:b/>
          <w:sz w:val="24"/>
          <w:szCs w:val="24"/>
        </w:rPr>
      </w:pPr>
    </w:p>
    <w:p w14:paraId="627EA91F" w14:textId="77777777" w:rsidR="00B13C4C" w:rsidRPr="00B13C4C" w:rsidRDefault="00B13C4C" w:rsidP="004C6EF1">
      <w:pPr>
        <w:ind w:left="992" w:hanging="992"/>
        <w:jc w:val="center"/>
        <w:rPr>
          <w:rFonts w:ascii="Times New Roman" w:hAnsi="Times New Roman" w:cs="Times New Roman"/>
          <w:b/>
          <w:sz w:val="24"/>
          <w:szCs w:val="24"/>
        </w:rPr>
      </w:pPr>
    </w:p>
    <w:p w14:paraId="166501EC" w14:textId="77777777" w:rsidR="00B13C4C" w:rsidRPr="00B13C4C" w:rsidRDefault="00B13C4C" w:rsidP="003C0C39">
      <w:pPr>
        <w:ind w:left="992"/>
        <w:jc w:val="center"/>
        <w:rPr>
          <w:rFonts w:ascii="Times New Roman" w:hAnsi="Times New Roman" w:cs="Times New Roman"/>
          <w:b/>
          <w:sz w:val="24"/>
          <w:szCs w:val="24"/>
        </w:rPr>
      </w:pPr>
    </w:p>
    <w:p w14:paraId="2FBABCF4" w14:textId="77777777" w:rsidR="00B13C4C" w:rsidRPr="00B13C4C" w:rsidRDefault="00B13C4C" w:rsidP="007470AF">
      <w:pPr>
        <w:ind w:left="992" w:hanging="992"/>
        <w:jc w:val="center"/>
        <w:rPr>
          <w:rFonts w:ascii="Times New Roman" w:hAnsi="Times New Roman" w:cs="Times New Roman"/>
          <w:b/>
          <w:sz w:val="24"/>
          <w:szCs w:val="24"/>
        </w:rPr>
      </w:pPr>
    </w:p>
    <w:p w14:paraId="2F915972" w14:textId="77777777" w:rsidR="00B13C4C" w:rsidRPr="00B13C4C" w:rsidRDefault="00B13C4C" w:rsidP="00B34D5C">
      <w:pPr>
        <w:ind w:left="992"/>
        <w:jc w:val="center"/>
        <w:rPr>
          <w:rFonts w:ascii="Times New Roman" w:hAnsi="Times New Roman" w:cs="Times New Roman"/>
          <w:b/>
          <w:sz w:val="24"/>
          <w:szCs w:val="24"/>
        </w:rPr>
      </w:pPr>
    </w:p>
    <w:p w14:paraId="14CC95C3" w14:textId="77777777" w:rsidR="00B13C4C" w:rsidRPr="00B13C4C" w:rsidRDefault="00B13C4C" w:rsidP="00FC7DAE">
      <w:pPr>
        <w:ind w:left="992" w:hanging="992"/>
        <w:jc w:val="center"/>
        <w:rPr>
          <w:rFonts w:ascii="Times New Roman" w:hAnsi="Times New Roman" w:cs="Times New Roman"/>
          <w:b/>
          <w:sz w:val="24"/>
          <w:szCs w:val="24"/>
        </w:rPr>
      </w:pPr>
    </w:p>
    <w:p w14:paraId="5379C510" w14:textId="77777777" w:rsidR="00B13C4C" w:rsidRPr="00B13C4C" w:rsidRDefault="00B13C4C" w:rsidP="0068432A">
      <w:pPr>
        <w:ind w:left="992"/>
        <w:jc w:val="center"/>
        <w:rPr>
          <w:rFonts w:ascii="Times New Roman" w:hAnsi="Times New Roman" w:cs="Times New Roman"/>
          <w:b/>
          <w:sz w:val="24"/>
          <w:szCs w:val="24"/>
        </w:rPr>
      </w:pPr>
    </w:p>
    <w:p w14:paraId="456B6AF6" w14:textId="77777777" w:rsidR="00B13C4C" w:rsidRPr="00B13C4C" w:rsidRDefault="00B13C4C" w:rsidP="008F4990">
      <w:pPr>
        <w:ind w:left="992"/>
        <w:jc w:val="center"/>
        <w:rPr>
          <w:rFonts w:ascii="Times New Roman" w:hAnsi="Times New Roman" w:cs="Times New Roman"/>
          <w:b/>
          <w:sz w:val="24"/>
          <w:szCs w:val="24"/>
        </w:rPr>
      </w:pPr>
    </w:p>
    <w:p w14:paraId="22DCA73C" w14:textId="77777777" w:rsidR="00B13C4C" w:rsidRPr="00B13C4C" w:rsidRDefault="00B13C4C" w:rsidP="009A6992">
      <w:pPr>
        <w:ind w:left="992"/>
        <w:jc w:val="center"/>
        <w:rPr>
          <w:rFonts w:ascii="Times New Roman" w:hAnsi="Times New Roman" w:cs="Times New Roman"/>
          <w:b/>
          <w:sz w:val="24"/>
          <w:szCs w:val="24"/>
        </w:rPr>
      </w:pPr>
    </w:p>
    <w:p w14:paraId="3EFDC2AE" w14:textId="77777777" w:rsidR="00B13C4C" w:rsidRPr="00B13C4C" w:rsidRDefault="00B13C4C" w:rsidP="000C3D1E">
      <w:pPr>
        <w:ind w:left="992" w:hanging="992"/>
        <w:jc w:val="center"/>
        <w:rPr>
          <w:rFonts w:ascii="Times New Roman" w:hAnsi="Times New Roman" w:cs="Times New Roman"/>
          <w:b/>
          <w:sz w:val="24"/>
          <w:szCs w:val="24"/>
        </w:rPr>
      </w:pPr>
    </w:p>
    <w:p w14:paraId="250F6047" w14:textId="77777777" w:rsidR="00B13C4C" w:rsidRPr="00B13C4C" w:rsidRDefault="00B13C4C" w:rsidP="001978C4">
      <w:pPr>
        <w:ind w:left="992" w:hanging="992"/>
        <w:jc w:val="center"/>
        <w:rPr>
          <w:rFonts w:ascii="Times New Roman" w:hAnsi="Times New Roman" w:cs="Times New Roman"/>
          <w:b/>
          <w:sz w:val="24"/>
          <w:szCs w:val="24"/>
        </w:rPr>
      </w:pPr>
    </w:p>
    <w:p w14:paraId="1DCF3627" w14:textId="77777777" w:rsidR="004C7529" w:rsidRPr="00B13C4C" w:rsidRDefault="004C7529" w:rsidP="004C7529">
      <w:pPr>
        <w:spacing w:before="120" w:after="0" w:line="276" w:lineRule="auto"/>
        <w:ind w:left="992" w:hanging="992"/>
        <w:jc w:val="center"/>
        <w:rPr>
          <w:rFonts w:ascii="Times New Roman" w:hAnsi="Times New Roman" w:cs="Times New Roman"/>
          <w:b/>
          <w:sz w:val="24"/>
          <w:szCs w:val="24"/>
        </w:rPr>
      </w:pPr>
    </w:p>
    <w:sectPr w:rsidR="004C7529" w:rsidRPr="00B13C4C" w:rsidSect="004C7529">
      <w:pgSz w:w="11906" w:h="16838"/>
      <w:pgMar w:top="850" w:right="850" w:bottom="850" w:left="850"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F466C6"/>
    <w:multiLevelType w:val="hybridMultilevel"/>
    <w:tmpl w:val="A04E6478"/>
    <w:lvl w:ilvl="0" w:tplc="D5CA318C">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5B773B0"/>
    <w:multiLevelType w:val="hybridMultilevel"/>
    <w:tmpl w:val="1E68F6E6"/>
    <w:lvl w:ilvl="0" w:tplc="5B4857E6">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9147675"/>
    <w:multiLevelType w:val="hybridMultilevel"/>
    <w:tmpl w:val="44DE64B6"/>
    <w:lvl w:ilvl="0" w:tplc="E9480B76">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9CB5F8F"/>
    <w:multiLevelType w:val="hybridMultilevel"/>
    <w:tmpl w:val="D65C22D6"/>
    <w:lvl w:ilvl="0" w:tplc="FC32AE02">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D0625F"/>
    <w:multiLevelType w:val="hybridMultilevel"/>
    <w:tmpl w:val="37BA605A"/>
    <w:lvl w:ilvl="0" w:tplc="5B4857E6">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B449EB"/>
    <w:multiLevelType w:val="hybridMultilevel"/>
    <w:tmpl w:val="12A49ED2"/>
    <w:lvl w:ilvl="0" w:tplc="FC32AE02">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0479AA"/>
    <w:multiLevelType w:val="hybridMultilevel"/>
    <w:tmpl w:val="ECB44D18"/>
    <w:lvl w:ilvl="0" w:tplc="D5CA318C">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B24001"/>
    <w:multiLevelType w:val="hybridMultilevel"/>
    <w:tmpl w:val="FA1485FC"/>
    <w:lvl w:ilvl="0" w:tplc="7A3268BC">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E55351"/>
    <w:multiLevelType w:val="hybridMultilevel"/>
    <w:tmpl w:val="EFD2116C"/>
    <w:lvl w:ilvl="0" w:tplc="A64896CC">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B97B62"/>
    <w:multiLevelType w:val="hybridMultilevel"/>
    <w:tmpl w:val="FC70ECBE"/>
    <w:lvl w:ilvl="0" w:tplc="5B4857E6">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FE647B"/>
    <w:multiLevelType w:val="hybridMultilevel"/>
    <w:tmpl w:val="AAF645C8"/>
    <w:lvl w:ilvl="0" w:tplc="CAB2C52A">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EE124A"/>
    <w:multiLevelType w:val="hybridMultilevel"/>
    <w:tmpl w:val="D3AC1CD6"/>
    <w:lvl w:ilvl="0" w:tplc="A64896CC">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170AA6"/>
    <w:multiLevelType w:val="hybridMultilevel"/>
    <w:tmpl w:val="65B433D6"/>
    <w:lvl w:ilvl="0" w:tplc="1D522B32">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567513"/>
    <w:multiLevelType w:val="hybridMultilevel"/>
    <w:tmpl w:val="6AB890B4"/>
    <w:lvl w:ilvl="0" w:tplc="AEC6934E">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743457"/>
    <w:multiLevelType w:val="hybridMultilevel"/>
    <w:tmpl w:val="24808948"/>
    <w:lvl w:ilvl="0" w:tplc="86804306">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FE482C"/>
    <w:multiLevelType w:val="hybridMultilevel"/>
    <w:tmpl w:val="FF389BBA"/>
    <w:lvl w:ilvl="0" w:tplc="A64896CC">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044BA2"/>
    <w:multiLevelType w:val="hybridMultilevel"/>
    <w:tmpl w:val="88DCFE4A"/>
    <w:lvl w:ilvl="0" w:tplc="F4142FD6">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E0035D"/>
    <w:multiLevelType w:val="hybridMultilevel"/>
    <w:tmpl w:val="5F549458"/>
    <w:lvl w:ilvl="0" w:tplc="CE2C196C">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470B3C"/>
    <w:multiLevelType w:val="hybridMultilevel"/>
    <w:tmpl w:val="652229A4"/>
    <w:lvl w:ilvl="0" w:tplc="A64896CC">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894CB9"/>
    <w:multiLevelType w:val="hybridMultilevel"/>
    <w:tmpl w:val="A07E84CA"/>
    <w:lvl w:ilvl="0" w:tplc="A64896CC">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8D6889"/>
    <w:multiLevelType w:val="hybridMultilevel"/>
    <w:tmpl w:val="3FD2CC1E"/>
    <w:lvl w:ilvl="0" w:tplc="AEC6934E">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BB04D5"/>
    <w:multiLevelType w:val="hybridMultilevel"/>
    <w:tmpl w:val="E2BE2C58"/>
    <w:lvl w:ilvl="0" w:tplc="C8E0D43E">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3B349E"/>
    <w:multiLevelType w:val="hybridMultilevel"/>
    <w:tmpl w:val="819841BC"/>
    <w:lvl w:ilvl="0" w:tplc="FC32AE02">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B647D7"/>
    <w:multiLevelType w:val="hybridMultilevel"/>
    <w:tmpl w:val="09C89A62"/>
    <w:lvl w:ilvl="0" w:tplc="AEC6934E">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9C41F6"/>
    <w:multiLevelType w:val="hybridMultilevel"/>
    <w:tmpl w:val="9A1C972A"/>
    <w:lvl w:ilvl="0" w:tplc="E4647BE8">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8FE6C09"/>
    <w:multiLevelType w:val="hybridMultilevel"/>
    <w:tmpl w:val="0F8238EA"/>
    <w:lvl w:ilvl="0" w:tplc="5302F0C8">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FDE4C3F"/>
    <w:multiLevelType w:val="hybridMultilevel"/>
    <w:tmpl w:val="876CC75A"/>
    <w:lvl w:ilvl="0" w:tplc="F4142FD6">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32"/>
  </w:num>
  <w:num w:numId="3">
    <w:abstractNumId w:val="22"/>
  </w:num>
  <w:num w:numId="4">
    <w:abstractNumId w:val="8"/>
  </w:num>
  <w:num w:numId="5">
    <w:abstractNumId w:val="6"/>
  </w:num>
  <w:num w:numId="6">
    <w:abstractNumId w:val="5"/>
  </w:num>
  <w:num w:numId="7">
    <w:abstractNumId w:val="4"/>
  </w:num>
  <w:num w:numId="8">
    <w:abstractNumId w:val="7"/>
  </w:num>
  <w:num w:numId="9">
    <w:abstractNumId w:val="3"/>
  </w:num>
  <w:num w:numId="10">
    <w:abstractNumId w:val="2"/>
  </w:num>
  <w:num w:numId="11">
    <w:abstractNumId w:val="1"/>
  </w:num>
  <w:num w:numId="12">
    <w:abstractNumId w:val="0"/>
  </w:num>
  <w:num w:numId="13">
    <w:abstractNumId w:val="24"/>
  </w:num>
  <w:num w:numId="14">
    <w:abstractNumId w:val="28"/>
  </w:num>
  <w:num w:numId="15">
    <w:abstractNumId w:val="17"/>
  </w:num>
  <w:num w:numId="16">
    <w:abstractNumId w:val="20"/>
  </w:num>
  <w:num w:numId="17">
    <w:abstractNumId w:val="27"/>
  </w:num>
  <w:num w:numId="18">
    <w:abstractNumId w:val="25"/>
  </w:num>
  <w:num w:numId="19">
    <w:abstractNumId w:val="35"/>
  </w:num>
  <w:num w:numId="20">
    <w:abstractNumId w:val="23"/>
  </w:num>
  <w:num w:numId="21">
    <w:abstractNumId w:val="34"/>
  </w:num>
  <w:num w:numId="22">
    <w:abstractNumId w:val="12"/>
  </w:num>
  <w:num w:numId="23">
    <w:abstractNumId w:val="14"/>
  </w:num>
  <w:num w:numId="24">
    <w:abstractNumId w:val="31"/>
  </w:num>
  <w:num w:numId="25">
    <w:abstractNumId w:val="21"/>
  </w:num>
  <w:num w:numId="26">
    <w:abstractNumId w:val="30"/>
  </w:num>
  <w:num w:numId="27">
    <w:abstractNumId w:val="26"/>
  </w:num>
  <w:num w:numId="28">
    <w:abstractNumId w:val="16"/>
  </w:num>
  <w:num w:numId="29">
    <w:abstractNumId w:val="19"/>
  </w:num>
  <w:num w:numId="30">
    <w:abstractNumId w:val="11"/>
  </w:num>
  <w:num w:numId="31">
    <w:abstractNumId w:val="15"/>
  </w:num>
  <w:num w:numId="32">
    <w:abstractNumId w:val="9"/>
  </w:num>
  <w:num w:numId="33">
    <w:abstractNumId w:val="33"/>
  </w:num>
  <w:num w:numId="34">
    <w:abstractNumId w:val="18"/>
  </w:num>
  <w:num w:numId="35">
    <w:abstractNumId w:val="13"/>
  </w:num>
  <w:num w:numId="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529"/>
    <w:rsid w:val="00052210"/>
    <w:rsid w:val="0015614A"/>
    <w:rsid w:val="004C7529"/>
    <w:rsid w:val="004F2829"/>
    <w:rsid w:val="00697C5B"/>
    <w:rsid w:val="00B13C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580D2"/>
  <w15:chartTrackingRefBased/>
  <w15:docId w15:val="{FC082B2E-A13A-4306-8DE9-1AE914213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3C4C"/>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B13C4C"/>
    <w:pPr>
      <w:keepNext/>
      <w:keepLines/>
      <w:spacing w:before="200" w:after="0" w:line="276" w:lineRule="auto"/>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B13C4C"/>
    <w:pPr>
      <w:keepNext/>
      <w:keepLines/>
      <w:spacing w:before="200" w:after="0" w:line="276" w:lineRule="auto"/>
      <w:outlineLvl w:val="2"/>
    </w:pPr>
    <w:rPr>
      <w:rFonts w:asciiTheme="majorHAnsi" w:eastAsiaTheme="majorEastAsia" w:hAnsiTheme="majorHAnsi" w:cstheme="majorBidi"/>
      <w:b/>
      <w:bCs/>
      <w:color w:val="4472C4" w:themeColor="accent1"/>
      <w:sz w:val="24"/>
    </w:rPr>
  </w:style>
  <w:style w:type="paragraph" w:styleId="Heading4">
    <w:name w:val="heading 4"/>
    <w:basedOn w:val="Normal"/>
    <w:next w:val="Normal"/>
    <w:link w:val="Heading4Char"/>
    <w:uiPriority w:val="9"/>
    <w:semiHidden/>
    <w:unhideWhenUsed/>
    <w:qFormat/>
    <w:rsid w:val="00B13C4C"/>
    <w:pPr>
      <w:keepNext/>
      <w:keepLines/>
      <w:spacing w:before="200" w:after="0" w:line="276" w:lineRule="auto"/>
      <w:outlineLvl w:val="3"/>
    </w:pPr>
    <w:rPr>
      <w:rFonts w:asciiTheme="majorHAnsi" w:eastAsiaTheme="majorEastAsia" w:hAnsiTheme="majorHAnsi" w:cstheme="majorBidi"/>
      <w:b/>
      <w:bCs/>
      <w:i/>
      <w:iCs/>
      <w:color w:val="4472C4" w:themeColor="accent1"/>
      <w:sz w:val="24"/>
    </w:rPr>
  </w:style>
  <w:style w:type="paragraph" w:styleId="Heading5">
    <w:name w:val="heading 5"/>
    <w:basedOn w:val="Normal"/>
    <w:next w:val="Normal"/>
    <w:link w:val="Heading5Char"/>
    <w:uiPriority w:val="9"/>
    <w:semiHidden/>
    <w:unhideWhenUsed/>
    <w:qFormat/>
    <w:rsid w:val="00B13C4C"/>
    <w:pPr>
      <w:keepNext/>
      <w:keepLines/>
      <w:spacing w:before="200" w:after="0" w:line="276" w:lineRule="auto"/>
      <w:outlineLvl w:val="4"/>
    </w:pPr>
    <w:rPr>
      <w:rFonts w:asciiTheme="majorHAnsi" w:eastAsiaTheme="majorEastAsia" w:hAnsiTheme="majorHAnsi" w:cstheme="majorBidi"/>
      <w:color w:val="1F3763" w:themeColor="accent1" w:themeShade="7F"/>
      <w:sz w:val="24"/>
    </w:rPr>
  </w:style>
  <w:style w:type="paragraph" w:styleId="Heading6">
    <w:name w:val="heading 6"/>
    <w:basedOn w:val="Normal"/>
    <w:next w:val="Normal"/>
    <w:link w:val="Heading6Char"/>
    <w:uiPriority w:val="9"/>
    <w:semiHidden/>
    <w:unhideWhenUsed/>
    <w:qFormat/>
    <w:rsid w:val="00B13C4C"/>
    <w:pPr>
      <w:keepNext/>
      <w:keepLines/>
      <w:spacing w:before="200" w:after="0" w:line="276" w:lineRule="auto"/>
      <w:outlineLvl w:val="5"/>
    </w:pPr>
    <w:rPr>
      <w:rFonts w:asciiTheme="majorHAnsi" w:eastAsiaTheme="majorEastAsia" w:hAnsiTheme="majorHAnsi" w:cstheme="majorBidi"/>
      <w:i/>
      <w:iCs/>
      <w:color w:val="1F3763" w:themeColor="accent1" w:themeShade="7F"/>
      <w:sz w:val="24"/>
    </w:rPr>
  </w:style>
  <w:style w:type="paragraph" w:styleId="Heading7">
    <w:name w:val="heading 7"/>
    <w:basedOn w:val="Normal"/>
    <w:next w:val="Normal"/>
    <w:link w:val="Heading7Char"/>
    <w:uiPriority w:val="9"/>
    <w:semiHidden/>
    <w:unhideWhenUsed/>
    <w:qFormat/>
    <w:rsid w:val="00B13C4C"/>
    <w:pPr>
      <w:keepNext/>
      <w:keepLines/>
      <w:spacing w:before="200" w:after="0" w:line="276" w:lineRule="auto"/>
      <w:outlineLvl w:val="6"/>
    </w:pPr>
    <w:rPr>
      <w:rFonts w:asciiTheme="majorHAnsi" w:eastAsiaTheme="majorEastAsia" w:hAnsiTheme="majorHAnsi" w:cstheme="majorBidi"/>
      <w:i/>
      <w:iCs/>
      <w:color w:val="404040" w:themeColor="text1" w:themeTint="BF"/>
      <w:sz w:val="24"/>
    </w:rPr>
  </w:style>
  <w:style w:type="paragraph" w:styleId="Heading8">
    <w:name w:val="heading 8"/>
    <w:basedOn w:val="Normal"/>
    <w:next w:val="Normal"/>
    <w:link w:val="Heading8Char"/>
    <w:uiPriority w:val="9"/>
    <w:semiHidden/>
    <w:unhideWhenUsed/>
    <w:qFormat/>
    <w:rsid w:val="00B13C4C"/>
    <w:pPr>
      <w:keepNext/>
      <w:keepLines/>
      <w:spacing w:before="200" w:after="0" w:line="276" w:lineRule="auto"/>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Heading9Char"/>
    <w:uiPriority w:val="9"/>
    <w:semiHidden/>
    <w:unhideWhenUsed/>
    <w:qFormat/>
    <w:rsid w:val="00B13C4C"/>
    <w:pPr>
      <w:keepNext/>
      <w:keepLines/>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7529"/>
    <w:pPr>
      <w:ind w:left="720"/>
      <w:contextualSpacing/>
    </w:pPr>
  </w:style>
  <w:style w:type="character" w:customStyle="1" w:styleId="Other">
    <w:name w:val="Other_"/>
    <w:basedOn w:val="DefaultParagraphFont"/>
    <w:link w:val="Other0"/>
    <w:uiPriority w:val="99"/>
    <w:rsid w:val="004C7529"/>
    <w:rPr>
      <w:rFonts w:ascii="Times New Roman" w:hAnsi="Times New Roman" w:cs="Times New Roman"/>
      <w:color w:val="0000FF"/>
    </w:rPr>
  </w:style>
  <w:style w:type="paragraph" w:customStyle="1" w:styleId="Other0">
    <w:name w:val="Other"/>
    <w:basedOn w:val="Normal"/>
    <w:link w:val="Other"/>
    <w:uiPriority w:val="99"/>
    <w:rsid w:val="004C7529"/>
    <w:pPr>
      <w:spacing w:after="0" w:line="240" w:lineRule="auto"/>
      <w:ind w:firstLine="110"/>
    </w:pPr>
    <w:rPr>
      <w:rFonts w:ascii="Times New Roman" w:hAnsi="Times New Roman" w:cs="Times New Roman"/>
      <w:color w:val="0000FF"/>
    </w:rPr>
  </w:style>
  <w:style w:type="table" w:styleId="TableGrid">
    <w:name w:val="Table Grid"/>
    <w:basedOn w:val="TableNormal"/>
    <w:uiPriority w:val="39"/>
    <w:rsid w:val="004C75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13C4C"/>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B13C4C"/>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sid w:val="00B13C4C"/>
    <w:rPr>
      <w:rFonts w:asciiTheme="majorHAnsi" w:eastAsiaTheme="majorEastAsia" w:hAnsiTheme="majorHAnsi" w:cstheme="majorBidi"/>
      <w:b/>
      <w:bCs/>
      <w:color w:val="4472C4" w:themeColor="accent1"/>
      <w:sz w:val="24"/>
    </w:rPr>
  </w:style>
  <w:style w:type="character" w:customStyle="1" w:styleId="Heading4Char">
    <w:name w:val="Heading 4 Char"/>
    <w:basedOn w:val="DefaultParagraphFont"/>
    <w:link w:val="Heading4"/>
    <w:uiPriority w:val="9"/>
    <w:semiHidden/>
    <w:rsid w:val="00B13C4C"/>
    <w:rPr>
      <w:rFonts w:asciiTheme="majorHAnsi" w:eastAsiaTheme="majorEastAsia" w:hAnsiTheme="majorHAnsi" w:cstheme="majorBidi"/>
      <w:b/>
      <w:bCs/>
      <w:i/>
      <w:iCs/>
      <w:color w:val="4472C4" w:themeColor="accent1"/>
      <w:sz w:val="24"/>
    </w:rPr>
  </w:style>
  <w:style w:type="character" w:customStyle="1" w:styleId="Heading5Char">
    <w:name w:val="Heading 5 Char"/>
    <w:basedOn w:val="DefaultParagraphFont"/>
    <w:link w:val="Heading5"/>
    <w:uiPriority w:val="9"/>
    <w:semiHidden/>
    <w:rsid w:val="00B13C4C"/>
    <w:rPr>
      <w:rFonts w:asciiTheme="majorHAnsi" w:eastAsiaTheme="majorEastAsia" w:hAnsiTheme="majorHAnsi" w:cstheme="majorBidi"/>
      <w:color w:val="1F3763" w:themeColor="accent1" w:themeShade="7F"/>
      <w:sz w:val="24"/>
    </w:rPr>
  </w:style>
  <w:style w:type="character" w:customStyle="1" w:styleId="Heading6Char">
    <w:name w:val="Heading 6 Char"/>
    <w:basedOn w:val="DefaultParagraphFont"/>
    <w:link w:val="Heading6"/>
    <w:uiPriority w:val="9"/>
    <w:semiHidden/>
    <w:rsid w:val="00B13C4C"/>
    <w:rPr>
      <w:rFonts w:asciiTheme="majorHAnsi" w:eastAsiaTheme="majorEastAsia" w:hAnsiTheme="majorHAnsi" w:cstheme="majorBidi"/>
      <w:i/>
      <w:iCs/>
      <w:color w:val="1F3763" w:themeColor="accent1" w:themeShade="7F"/>
      <w:sz w:val="24"/>
    </w:rPr>
  </w:style>
  <w:style w:type="character" w:customStyle="1" w:styleId="Heading7Char">
    <w:name w:val="Heading 7 Char"/>
    <w:basedOn w:val="DefaultParagraphFont"/>
    <w:link w:val="Heading7"/>
    <w:uiPriority w:val="9"/>
    <w:semiHidden/>
    <w:rsid w:val="00B13C4C"/>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B13C4C"/>
    <w:rPr>
      <w:rFonts w:asciiTheme="majorHAnsi" w:eastAsiaTheme="majorEastAsia" w:hAnsiTheme="majorHAnsi" w:cstheme="majorBidi"/>
      <w:color w:val="4472C4" w:themeColor="accent1"/>
      <w:sz w:val="20"/>
      <w:szCs w:val="20"/>
    </w:rPr>
  </w:style>
  <w:style w:type="character" w:customStyle="1" w:styleId="Heading9Char">
    <w:name w:val="Heading 9 Char"/>
    <w:basedOn w:val="DefaultParagraphFont"/>
    <w:link w:val="Heading9"/>
    <w:uiPriority w:val="9"/>
    <w:semiHidden/>
    <w:rsid w:val="00B13C4C"/>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B13C4C"/>
    <w:pPr>
      <w:tabs>
        <w:tab w:val="center" w:pos="4680"/>
        <w:tab w:val="right" w:pos="9360"/>
      </w:tabs>
      <w:spacing w:after="0" w:line="240" w:lineRule="auto"/>
    </w:pPr>
    <w:rPr>
      <w:rFonts w:ascii="Times New Roman" w:eastAsiaTheme="minorEastAsia" w:hAnsi="Times New Roman"/>
      <w:sz w:val="24"/>
    </w:rPr>
  </w:style>
  <w:style w:type="character" w:customStyle="1" w:styleId="HeaderChar">
    <w:name w:val="Header Char"/>
    <w:basedOn w:val="DefaultParagraphFont"/>
    <w:link w:val="Header"/>
    <w:uiPriority w:val="99"/>
    <w:rsid w:val="00B13C4C"/>
    <w:rPr>
      <w:rFonts w:ascii="Times New Roman" w:eastAsiaTheme="minorEastAsia" w:hAnsi="Times New Roman"/>
      <w:sz w:val="24"/>
    </w:rPr>
  </w:style>
  <w:style w:type="paragraph" w:styleId="Footer">
    <w:name w:val="footer"/>
    <w:basedOn w:val="Normal"/>
    <w:link w:val="FooterChar"/>
    <w:uiPriority w:val="99"/>
    <w:unhideWhenUsed/>
    <w:rsid w:val="00B13C4C"/>
    <w:pPr>
      <w:tabs>
        <w:tab w:val="center" w:pos="4680"/>
        <w:tab w:val="right" w:pos="9360"/>
      </w:tabs>
      <w:spacing w:after="0" w:line="240" w:lineRule="auto"/>
    </w:pPr>
    <w:rPr>
      <w:rFonts w:ascii="Times New Roman" w:eastAsiaTheme="minorEastAsia" w:hAnsi="Times New Roman"/>
      <w:sz w:val="24"/>
    </w:rPr>
  </w:style>
  <w:style w:type="character" w:customStyle="1" w:styleId="FooterChar">
    <w:name w:val="Footer Char"/>
    <w:basedOn w:val="DefaultParagraphFont"/>
    <w:link w:val="Footer"/>
    <w:uiPriority w:val="99"/>
    <w:rsid w:val="00B13C4C"/>
    <w:rPr>
      <w:rFonts w:ascii="Times New Roman" w:eastAsiaTheme="minorEastAsia" w:hAnsi="Times New Roman"/>
      <w:sz w:val="24"/>
    </w:rPr>
  </w:style>
  <w:style w:type="paragraph" w:styleId="NoSpacing">
    <w:name w:val="No Spacing"/>
    <w:uiPriority w:val="1"/>
    <w:qFormat/>
    <w:rsid w:val="00B13C4C"/>
    <w:pPr>
      <w:spacing w:after="0" w:line="240" w:lineRule="auto"/>
    </w:pPr>
    <w:rPr>
      <w:rFonts w:eastAsiaTheme="minorEastAsia"/>
    </w:rPr>
  </w:style>
  <w:style w:type="paragraph" w:styleId="Title">
    <w:name w:val="Title"/>
    <w:basedOn w:val="Normal"/>
    <w:next w:val="Normal"/>
    <w:link w:val="TitleChar"/>
    <w:uiPriority w:val="10"/>
    <w:qFormat/>
    <w:rsid w:val="00B13C4C"/>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B13C4C"/>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B13C4C"/>
    <w:pPr>
      <w:numPr>
        <w:ilvl w:val="1"/>
      </w:numPr>
      <w:spacing w:after="200" w:line="276" w:lineRule="auto"/>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B13C4C"/>
    <w:rPr>
      <w:rFonts w:asciiTheme="majorHAnsi" w:eastAsiaTheme="majorEastAsia" w:hAnsiTheme="majorHAnsi" w:cstheme="majorBidi"/>
      <w:i/>
      <w:iCs/>
      <w:color w:val="4472C4" w:themeColor="accent1"/>
      <w:spacing w:val="15"/>
      <w:sz w:val="24"/>
      <w:szCs w:val="24"/>
    </w:rPr>
  </w:style>
  <w:style w:type="paragraph" w:styleId="BodyText">
    <w:name w:val="Body Text"/>
    <w:basedOn w:val="Normal"/>
    <w:link w:val="BodyTextChar"/>
    <w:uiPriority w:val="99"/>
    <w:unhideWhenUsed/>
    <w:rsid w:val="00B13C4C"/>
    <w:pPr>
      <w:spacing w:after="120" w:line="276" w:lineRule="auto"/>
    </w:pPr>
    <w:rPr>
      <w:rFonts w:ascii="Times New Roman" w:eastAsiaTheme="minorEastAsia" w:hAnsi="Times New Roman"/>
      <w:sz w:val="24"/>
    </w:rPr>
  </w:style>
  <w:style w:type="character" w:customStyle="1" w:styleId="BodyTextChar">
    <w:name w:val="Body Text Char"/>
    <w:basedOn w:val="DefaultParagraphFont"/>
    <w:link w:val="BodyText"/>
    <w:uiPriority w:val="99"/>
    <w:rsid w:val="00B13C4C"/>
    <w:rPr>
      <w:rFonts w:ascii="Times New Roman" w:eastAsiaTheme="minorEastAsia" w:hAnsi="Times New Roman"/>
      <w:sz w:val="24"/>
    </w:rPr>
  </w:style>
  <w:style w:type="paragraph" w:styleId="BodyText2">
    <w:name w:val="Body Text 2"/>
    <w:basedOn w:val="Normal"/>
    <w:link w:val="BodyText2Char"/>
    <w:uiPriority w:val="99"/>
    <w:unhideWhenUsed/>
    <w:rsid w:val="00B13C4C"/>
    <w:pPr>
      <w:spacing w:after="120" w:line="480" w:lineRule="auto"/>
    </w:pPr>
    <w:rPr>
      <w:rFonts w:ascii="Times New Roman" w:eastAsiaTheme="minorEastAsia" w:hAnsi="Times New Roman"/>
      <w:sz w:val="24"/>
    </w:rPr>
  </w:style>
  <w:style w:type="character" w:customStyle="1" w:styleId="BodyText2Char">
    <w:name w:val="Body Text 2 Char"/>
    <w:basedOn w:val="DefaultParagraphFont"/>
    <w:link w:val="BodyText2"/>
    <w:uiPriority w:val="99"/>
    <w:rsid w:val="00B13C4C"/>
    <w:rPr>
      <w:rFonts w:ascii="Times New Roman" w:eastAsiaTheme="minorEastAsia" w:hAnsi="Times New Roman"/>
      <w:sz w:val="24"/>
    </w:rPr>
  </w:style>
  <w:style w:type="paragraph" w:styleId="BodyText3">
    <w:name w:val="Body Text 3"/>
    <w:basedOn w:val="Normal"/>
    <w:link w:val="BodyText3Char"/>
    <w:uiPriority w:val="99"/>
    <w:unhideWhenUsed/>
    <w:rsid w:val="00B13C4C"/>
    <w:pPr>
      <w:spacing w:after="120" w:line="276" w:lineRule="auto"/>
    </w:pPr>
    <w:rPr>
      <w:rFonts w:ascii="Times New Roman" w:eastAsiaTheme="minorEastAsia" w:hAnsi="Times New Roman"/>
      <w:sz w:val="16"/>
      <w:szCs w:val="16"/>
    </w:rPr>
  </w:style>
  <w:style w:type="character" w:customStyle="1" w:styleId="BodyText3Char">
    <w:name w:val="Body Text 3 Char"/>
    <w:basedOn w:val="DefaultParagraphFont"/>
    <w:link w:val="BodyText3"/>
    <w:uiPriority w:val="99"/>
    <w:rsid w:val="00B13C4C"/>
    <w:rPr>
      <w:rFonts w:ascii="Times New Roman" w:eastAsiaTheme="minorEastAsia" w:hAnsi="Times New Roman"/>
      <w:sz w:val="16"/>
      <w:szCs w:val="16"/>
    </w:rPr>
  </w:style>
  <w:style w:type="paragraph" w:styleId="List">
    <w:name w:val="List"/>
    <w:basedOn w:val="Normal"/>
    <w:uiPriority w:val="99"/>
    <w:unhideWhenUsed/>
    <w:rsid w:val="00B13C4C"/>
    <w:pPr>
      <w:spacing w:after="200" w:line="276" w:lineRule="auto"/>
      <w:ind w:left="360" w:hanging="360"/>
      <w:contextualSpacing/>
    </w:pPr>
    <w:rPr>
      <w:rFonts w:ascii="Times New Roman" w:eastAsiaTheme="minorEastAsia" w:hAnsi="Times New Roman"/>
      <w:sz w:val="24"/>
    </w:rPr>
  </w:style>
  <w:style w:type="paragraph" w:styleId="List2">
    <w:name w:val="List 2"/>
    <w:basedOn w:val="Normal"/>
    <w:uiPriority w:val="99"/>
    <w:unhideWhenUsed/>
    <w:rsid w:val="00B13C4C"/>
    <w:pPr>
      <w:spacing w:after="200" w:line="276" w:lineRule="auto"/>
      <w:ind w:left="720" w:hanging="360"/>
      <w:contextualSpacing/>
    </w:pPr>
    <w:rPr>
      <w:rFonts w:ascii="Times New Roman" w:eastAsiaTheme="minorEastAsia" w:hAnsi="Times New Roman"/>
      <w:sz w:val="24"/>
    </w:rPr>
  </w:style>
  <w:style w:type="paragraph" w:styleId="List3">
    <w:name w:val="List 3"/>
    <w:basedOn w:val="Normal"/>
    <w:uiPriority w:val="99"/>
    <w:unhideWhenUsed/>
    <w:rsid w:val="00B13C4C"/>
    <w:pPr>
      <w:spacing w:after="200" w:line="276" w:lineRule="auto"/>
      <w:ind w:left="1080" w:hanging="360"/>
      <w:contextualSpacing/>
    </w:pPr>
    <w:rPr>
      <w:rFonts w:ascii="Times New Roman" w:eastAsiaTheme="minorEastAsia" w:hAnsi="Times New Roman"/>
      <w:sz w:val="24"/>
    </w:rPr>
  </w:style>
  <w:style w:type="paragraph" w:styleId="ListBullet">
    <w:name w:val="List Bullet"/>
    <w:basedOn w:val="Normal"/>
    <w:uiPriority w:val="99"/>
    <w:unhideWhenUsed/>
    <w:rsid w:val="00B13C4C"/>
    <w:pPr>
      <w:numPr>
        <w:numId w:val="4"/>
      </w:numPr>
      <w:spacing w:after="200" w:line="276" w:lineRule="auto"/>
      <w:contextualSpacing/>
    </w:pPr>
    <w:rPr>
      <w:rFonts w:ascii="Times New Roman" w:eastAsiaTheme="minorEastAsia" w:hAnsi="Times New Roman"/>
      <w:sz w:val="24"/>
    </w:rPr>
  </w:style>
  <w:style w:type="paragraph" w:styleId="ListBullet2">
    <w:name w:val="List Bullet 2"/>
    <w:basedOn w:val="Normal"/>
    <w:uiPriority w:val="99"/>
    <w:unhideWhenUsed/>
    <w:rsid w:val="00B13C4C"/>
    <w:pPr>
      <w:numPr>
        <w:numId w:val="5"/>
      </w:numPr>
      <w:spacing w:after="200" w:line="276" w:lineRule="auto"/>
      <w:contextualSpacing/>
    </w:pPr>
    <w:rPr>
      <w:rFonts w:ascii="Times New Roman" w:eastAsiaTheme="minorEastAsia" w:hAnsi="Times New Roman"/>
      <w:sz w:val="24"/>
    </w:rPr>
  </w:style>
  <w:style w:type="paragraph" w:styleId="ListBullet3">
    <w:name w:val="List Bullet 3"/>
    <w:basedOn w:val="Normal"/>
    <w:uiPriority w:val="99"/>
    <w:unhideWhenUsed/>
    <w:rsid w:val="00B13C4C"/>
    <w:pPr>
      <w:numPr>
        <w:numId w:val="6"/>
      </w:numPr>
      <w:spacing w:after="200" w:line="276" w:lineRule="auto"/>
      <w:contextualSpacing/>
    </w:pPr>
    <w:rPr>
      <w:rFonts w:ascii="Times New Roman" w:eastAsiaTheme="minorEastAsia" w:hAnsi="Times New Roman"/>
      <w:sz w:val="24"/>
    </w:rPr>
  </w:style>
  <w:style w:type="paragraph" w:styleId="ListNumber">
    <w:name w:val="List Number"/>
    <w:basedOn w:val="Normal"/>
    <w:uiPriority w:val="99"/>
    <w:unhideWhenUsed/>
    <w:rsid w:val="00B13C4C"/>
    <w:pPr>
      <w:numPr>
        <w:numId w:val="8"/>
      </w:numPr>
      <w:spacing w:after="200" w:line="276" w:lineRule="auto"/>
      <w:contextualSpacing/>
    </w:pPr>
    <w:rPr>
      <w:rFonts w:ascii="Times New Roman" w:eastAsiaTheme="minorEastAsia" w:hAnsi="Times New Roman"/>
      <w:sz w:val="24"/>
    </w:rPr>
  </w:style>
  <w:style w:type="paragraph" w:styleId="ListNumber2">
    <w:name w:val="List Number 2"/>
    <w:basedOn w:val="Normal"/>
    <w:uiPriority w:val="99"/>
    <w:unhideWhenUsed/>
    <w:rsid w:val="00B13C4C"/>
    <w:pPr>
      <w:numPr>
        <w:numId w:val="9"/>
      </w:numPr>
      <w:spacing w:after="200" w:line="276" w:lineRule="auto"/>
      <w:contextualSpacing/>
    </w:pPr>
    <w:rPr>
      <w:rFonts w:ascii="Times New Roman" w:eastAsiaTheme="minorEastAsia" w:hAnsi="Times New Roman"/>
      <w:sz w:val="24"/>
    </w:rPr>
  </w:style>
  <w:style w:type="paragraph" w:styleId="ListNumber3">
    <w:name w:val="List Number 3"/>
    <w:basedOn w:val="Normal"/>
    <w:uiPriority w:val="99"/>
    <w:unhideWhenUsed/>
    <w:rsid w:val="00B13C4C"/>
    <w:pPr>
      <w:numPr>
        <w:numId w:val="10"/>
      </w:numPr>
      <w:spacing w:after="200" w:line="276" w:lineRule="auto"/>
      <w:contextualSpacing/>
    </w:pPr>
    <w:rPr>
      <w:rFonts w:ascii="Times New Roman" w:eastAsiaTheme="minorEastAsia" w:hAnsi="Times New Roman"/>
      <w:sz w:val="24"/>
    </w:rPr>
  </w:style>
  <w:style w:type="paragraph" w:styleId="ListContinue">
    <w:name w:val="List Continue"/>
    <w:basedOn w:val="Normal"/>
    <w:uiPriority w:val="99"/>
    <w:unhideWhenUsed/>
    <w:rsid w:val="00B13C4C"/>
    <w:pPr>
      <w:spacing w:after="120" w:line="276" w:lineRule="auto"/>
      <w:ind w:left="360"/>
      <w:contextualSpacing/>
    </w:pPr>
    <w:rPr>
      <w:rFonts w:ascii="Times New Roman" w:eastAsiaTheme="minorEastAsia" w:hAnsi="Times New Roman"/>
      <w:sz w:val="24"/>
    </w:rPr>
  </w:style>
  <w:style w:type="paragraph" w:styleId="ListContinue2">
    <w:name w:val="List Continue 2"/>
    <w:basedOn w:val="Normal"/>
    <w:uiPriority w:val="99"/>
    <w:unhideWhenUsed/>
    <w:rsid w:val="00B13C4C"/>
    <w:pPr>
      <w:spacing w:after="120" w:line="276" w:lineRule="auto"/>
      <w:ind w:left="720"/>
      <w:contextualSpacing/>
    </w:pPr>
    <w:rPr>
      <w:rFonts w:ascii="Times New Roman" w:eastAsiaTheme="minorEastAsia" w:hAnsi="Times New Roman"/>
      <w:sz w:val="24"/>
    </w:rPr>
  </w:style>
  <w:style w:type="paragraph" w:styleId="ListContinue3">
    <w:name w:val="List Continue 3"/>
    <w:basedOn w:val="Normal"/>
    <w:uiPriority w:val="99"/>
    <w:unhideWhenUsed/>
    <w:rsid w:val="00B13C4C"/>
    <w:pPr>
      <w:spacing w:after="120" w:line="276" w:lineRule="auto"/>
      <w:ind w:left="1080"/>
      <w:contextualSpacing/>
    </w:pPr>
    <w:rPr>
      <w:rFonts w:ascii="Times New Roman" w:eastAsiaTheme="minorEastAsia" w:hAnsi="Times New Roman"/>
      <w:sz w:val="24"/>
    </w:rPr>
  </w:style>
  <w:style w:type="paragraph" w:styleId="MacroText">
    <w:name w:val="macro"/>
    <w:link w:val="MacroTextChar"/>
    <w:uiPriority w:val="99"/>
    <w:unhideWhenUsed/>
    <w:rsid w:val="00B13C4C"/>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sz w:val="20"/>
      <w:szCs w:val="20"/>
    </w:rPr>
  </w:style>
  <w:style w:type="character" w:customStyle="1" w:styleId="MacroTextChar">
    <w:name w:val="Macro Text Char"/>
    <w:basedOn w:val="DefaultParagraphFont"/>
    <w:link w:val="MacroText"/>
    <w:uiPriority w:val="99"/>
    <w:rsid w:val="00B13C4C"/>
    <w:rPr>
      <w:rFonts w:ascii="Courier" w:eastAsiaTheme="minorEastAsia" w:hAnsi="Courier"/>
      <w:sz w:val="20"/>
      <w:szCs w:val="20"/>
    </w:rPr>
  </w:style>
  <w:style w:type="paragraph" w:styleId="Quote">
    <w:name w:val="Quote"/>
    <w:basedOn w:val="Normal"/>
    <w:next w:val="Normal"/>
    <w:link w:val="QuoteChar"/>
    <w:uiPriority w:val="29"/>
    <w:qFormat/>
    <w:rsid w:val="00B13C4C"/>
    <w:pPr>
      <w:spacing w:after="200" w:line="276" w:lineRule="auto"/>
    </w:pPr>
    <w:rPr>
      <w:rFonts w:ascii="Times New Roman" w:eastAsiaTheme="minorEastAsia" w:hAnsi="Times New Roman"/>
      <w:i/>
      <w:iCs/>
      <w:color w:val="000000" w:themeColor="text1"/>
      <w:sz w:val="24"/>
    </w:rPr>
  </w:style>
  <w:style w:type="character" w:customStyle="1" w:styleId="QuoteChar">
    <w:name w:val="Quote Char"/>
    <w:basedOn w:val="DefaultParagraphFont"/>
    <w:link w:val="Quote"/>
    <w:uiPriority w:val="29"/>
    <w:rsid w:val="00B13C4C"/>
    <w:rPr>
      <w:rFonts w:ascii="Times New Roman" w:eastAsiaTheme="minorEastAsia" w:hAnsi="Times New Roman"/>
      <w:i/>
      <w:iCs/>
      <w:color w:val="000000" w:themeColor="text1"/>
      <w:sz w:val="24"/>
    </w:rPr>
  </w:style>
  <w:style w:type="paragraph" w:styleId="Caption">
    <w:name w:val="caption"/>
    <w:basedOn w:val="Normal"/>
    <w:next w:val="Normal"/>
    <w:uiPriority w:val="35"/>
    <w:semiHidden/>
    <w:unhideWhenUsed/>
    <w:qFormat/>
    <w:rsid w:val="00B13C4C"/>
    <w:pPr>
      <w:spacing w:after="200" w:line="240" w:lineRule="auto"/>
    </w:pPr>
    <w:rPr>
      <w:rFonts w:ascii="Times New Roman" w:eastAsiaTheme="minorEastAsia" w:hAnsi="Times New Roman"/>
      <w:b/>
      <w:bCs/>
      <w:color w:val="4472C4" w:themeColor="accent1"/>
      <w:sz w:val="18"/>
      <w:szCs w:val="18"/>
    </w:rPr>
  </w:style>
  <w:style w:type="character" w:styleId="Strong">
    <w:name w:val="Strong"/>
    <w:basedOn w:val="DefaultParagraphFont"/>
    <w:uiPriority w:val="22"/>
    <w:qFormat/>
    <w:rsid w:val="00B13C4C"/>
    <w:rPr>
      <w:b/>
      <w:bCs/>
    </w:rPr>
  </w:style>
  <w:style w:type="character" w:styleId="Emphasis">
    <w:name w:val="Emphasis"/>
    <w:basedOn w:val="DefaultParagraphFont"/>
    <w:uiPriority w:val="20"/>
    <w:qFormat/>
    <w:rsid w:val="00B13C4C"/>
    <w:rPr>
      <w:i/>
      <w:iCs/>
    </w:rPr>
  </w:style>
  <w:style w:type="paragraph" w:styleId="IntenseQuote">
    <w:name w:val="Intense Quote"/>
    <w:basedOn w:val="Normal"/>
    <w:next w:val="Normal"/>
    <w:link w:val="IntenseQuoteChar"/>
    <w:uiPriority w:val="30"/>
    <w:qFormat/>
    <w:rsid w:val="00B13C4C"/>
    <w:pPr>
      <w:pBdr>
        <w:bottom w:val="single" w:sz="4" w:space="4" w:color="4472C4" w:themeColor="accent1"/>
      </w:pBdr>
      <w:spacing w:before="200" w:after="280" w:line="276" w:lineRule="auto"/>
      <w:ind w:left="936" w:right="936"/>
    </w:pPr>
    <w:rPr>
      <w:rFonts w:ascii="Times New Roman" w:eastAsiaTheme="minorEastAsia" w:hAnsi="Times New Roman"/>
      <w:b/>
      <w:bCs/>
      <w:i/>
      <w:iCs/>
      <w:color w:val="4472C4" w:themeColor="accent1"/>
      <w:sz w:val="24"/>
    </w:rPr>
  </w:style>
  <w:style w:type="character" w:customStyle="1" w:styleId="IntenseQuoteChar">
    <w:name w:val="Intense Quote Char"/>
    <w:basedOn w:val="DefaultParagraphFont"/>
    <w:link w:val="IntenseQuote"/>
    <w:uiPriority w:val="30"/>
    <w:rsid w:val="00B13C4C"/>
    <w:rPr>
      <w:rFonts w:ascii="Times New Roman" w:eastAsiaTheme="minorEastAsia" w:hAnsi="Times New Roman"/>
      <w:b/>
      <w:bCs/>
      <w:i/>
      <w:iCs/>
      <w:color w:val="4472C4" w:themeColor="accent1"/>
      <w:sz w:val="24"/>
    </w:rPr>
  </w:style>
  <w:style w:type="character" w:styleId="SubtleEmphasis">
    <w:name w:val="Subtle Emphasis"/>
    <w:basedOn w:val="DefaultParagraphFont"/>
    <w:uiPriority w:val="19"/>
    <w:qFormat/>
    <w:rsid w:val="00B13C4C"/>
    <w:rPr>
      <w:i/>
      <w:iCs/>
      <w:color w:val="808080" w:themeColor="text1" w:themeTint="7F"/>
    </w:rPr>
  </w:style>
  <w:style w:type="character" w:styleId="IntenseEmphasis">
    <w:name w:val="Intense Emphasis"/>
    <w:basedOn w:val="DefaultParagraphFont"/>
    <w:uiPriority w:val="21"/>
    <w:qFormat/>
    <w:rsid w:val="00B13C4C"/>
    <w:rPr>
      <w:b/>
      <w:bCs/>
      <w:i/>
      <w:iCs/>
      <w:color w:val="4472C4" w:themeColor="accent1"/>
    </w:rPr>
  </w:style>
  <w:style w:type="character" w:styleId="SubtleReference">
    <w:name w:val="Subtle Reference"/>
    <w:basedOn w:val="DefaultParagraphFont"/>
    <w:uiPriority w:val="31"/>
    <w:qFormat/>
    <w:rsid w:val="00B13C4C"/>
    <w:rPr>
      <w:smallCaps/>
      <w:color w:val="ED7D31" w:themeColor="accent2"/>
      <w:u w:val="single"/>
    </w:rPr>
  </w:style>
  <w:style w:type="character" w:styleId="IntenseReference">
    <w:name w:val="Intense Reference"/>
    <w:basedOn w:val="DefaultParagraphFont"/>
    <w:uiPriority w:val="32"/>
    <w:qFormat/>
    <w:rsid w:val="00B13C4C"/>
    <w:rPr>
      <w:b/>
      <w:bCs/>
      <w:smallCaps/>
      <w:color w:val="ED7D31" w:themeColor="accent2"/>
      <w:spacing w:val="5"/>
      <w:u w:val="single"/>
    </w:rPr>
  </w:style>
  <w:style w:type="character" w:styleId="BookTitle">
    <w:name w:val="Book Title"/>
    <w:basedOn w:val="DefaultParagraphFont"/>
    <w:uiPriority w:val="33"/>
    <w:qFormat/>
    <w:rsid w:val="00B13C4C"/>
    <w:rPr>
      <w:b/>
      <w:bCs/>
      <w:smallCaps/>
      <w:spacing w:val="5"/>
    </w:rPr>
  </w:style>
  <w:style w:type="paragraph" w:styleId="TOCHeading">
    <w:name w:val="TOC Heading"/>
    <w:basedOn w:val="Heading1"/>
    <w:next w:val="Normal"/>
    <w:uiPriority w:val="39"/>
    <w:semiHidden/>
    <w:unhideWhenUsed/>
    <w:qFormat/>
    <w:rsid w:val="00B13C4C"/>
    <w:pPr>
      <w:outlineLvl w:val="9"/>
    </w:pPr>
  </w:style>
  <w:style w:type="table" w:styleId="LightShading">
    <w:name w:val="Light Shading"/>
    <w:basedOn w:val="TableNormal"/>
    <w:uiPriority w:val="60"/>
    <w:rsid w:val="00B13C4C"/>
    <w:pPr>
      <w:spacing w:after="0" w:line="240" w:lineRule="auto"/>
    </w:pPr>
    <w:rPr>
      <w:rFonts w:eastAsiaTheme="minorEastAsia"/>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B13C4C"/>
    <w:pPr>
      <w:spacing w:after="0" w:line="240" w:lineRule="auto"/>
    </w:pPr>
    <w:rPr>
      <w:rFonts w:eastAsiaTheme="minorEastAsia"/>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B13C4C"/>
    <w:pPr>
      <w:spacing w:after="0" w:line="240" w:lineRule="auto"/>
    </w:pPr>
    <w:rPr>
      <w:rFonts w:eastAsiaTheme="minorEastAsia"/>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B13C4C"/>
    <w:pPr>
      <w:spacing w:after="0" w:line="240" w:lineRule="auto"/>
    </w:pPr>
    <w:rPr>
      <w:rFonts w:eastAsiaTheme="minorEastAsia"/>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B13C4C"/>
    <w:pPr>
      <w:spacing w:after="0" w:line="240" w:lineRule="auto"/>
    </w:pPr>
    <w:rPr>
      <w:rFonts w:eastAsiaTheme="minorEastAsia"/>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B13C4C"/>
    <w:pPr>
      <w:spacing w:after="0" w:line="240" w:lineRule="auto"/>
    </w:pPr>
    <w:rPr>
      <w:rFonts w:eastAsiaTheme="minorEastAsia"/>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B13C4C"/>
    <w:pPr>
      <w:spacing w:after="0" w:line="240" w:lineRule="auto"/>
    </w:pPr>
    <w:rPr>
      <w:rFonts w:eastAsiaTheme="minorEastAsia"/>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B13C4C"/>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B13C4C"/>
    <w:pPr>
      <w:spacing w:after="0" w:line="240" w:lineRule="auto"/>
    </w:pPr>
    <w:rPr>
      <w:rFonts w:eastAsiaTheme="minorEastAsi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B13C4C"/>
    <w:pPr>
      <w:spacing w:after="0" w:line="240" w:lineRule="auto"/>
    </w:pPr>
    <w:rPr>
      <w:rFonts w:eastAsiaTheme="minorEastAsia"/>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B13C4C"/>
    <w:pPr>
      <w:spacing w:after="0" w:line="240" w:lineRule="auto"/>
    </w:pPr>
    <w:rPr>
      <w:rFonts w:eastAsiaTheme="minorEastAsi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B13C4C"/>
    <w:pPr>
      <w:spacing w:after="0" w:line="240" w:lineRule="auto"/>
    </w:pPr>
    <w:rPr>
      <w:rFonts w:eastAsiaTheme="minorEastAsia"/>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B13C4C"/>
    <w:pPr>
      <w:spacing w:after="0" w:line="240" w:lineRule="auto"/>
    </w:pPr>
    <w:rPr>
      <w:rFonts w:eastAsiaTheme="minorEastAsia"/>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B13C4C"/>
    <w:pPr>
      <w:spacing w:after="0" w:line="240" w:lineRule="auto"/>
    </w:pPr>
    <w:rPr>
      <w:rFonts w:eastAsiaTheme="minorEastAsia"/>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B13C4C"/>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B13C4C"/>
    <w:pPr>
      <w:spacing w:after="0" w:line="240" w:lineRule="auto"/>
    </w:pPr>
    <w:rPr>
      <w:rFonts w:eastAsiaTheme="minorEastAsi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B13C4C"/>
    <w:pPr>
      <w:spacing w:after="0" w:line="240" w:lineRule="auto"/>
    </w:pPr>
    <w:rPr>
      <w:rFonts w:eastAsiaTheme="minorEastAsia"/>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B13C4C"/>
    <w:pPr>
      <w:spacing w:after="0" w:line="240" w:lineRule="auto"/>
    </w:pPr>
    <w:rPr>
      <w:rFonts w:eastAsiaTheme="minorEastAsi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B13C4C"/>
    <w:pPr>
      <w:spacing w:after="0" w:line="240" w:lineRule="auto"/>
    </w:pPr>
    <w:rPr>
      <w:rFonts w:eastAsiaTheme="minorEastAsia"/>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B13C4C"/>
    <w:pPr>
      <w:spacing w:after="0" w:line="240" w:lineRule="auto"/>
    </w:pPr>
    <w:rPr>
      <w:rFonts w:eastAsiaTheme="minorEastAsia"/>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B13C4C"/>
    <w:pPr>
      <w:spacing w:after="0" w:line="240" w:lineRule="auto"/>
    </w:pPr>
    <w:rPr>
      <w:rFonts w:eastAsiaTheme="minorEastAsia"/>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B13C4C"/>
    <w:pPr>
      <w:spacing w:after="0" w:line="240" w:lineRule="auto"/>
    </w:pPr>
    <w:rPr>
      <w:rFonts w:eastAsiaTheme="minorEastAs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B13C4C"/>
    <w:pPr>
      <w:spacing w:after="0" w:line="240" w:lineRule="auto"/>
    </w:pPr>
    <w:rPr>
      <w:rFonts w:eastAsiaTheme="minorEastAsia"/>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B13C4C"/>
    <w:pPr>
      <w:spacing w:after="0" w:line="240" w:lineRule="auto"/>
    </w:pPr>
    <w:rPr>
      <w:rFonts w:eastAsiaTheme="minorEastAsia"/>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B13C4C"/>
    <w:pPr>
      <w:spacing w:after="0" w:line="240" w:lineRule="auto"/>
    </w:pPr>
    <w:rPr>
      <w:rFonts w:eastAsiaTheme="minorEastAsia"/>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B13C4C"/>
    <w:pPr>
      <w:spacing w:after="0" w:line="240" w:lineRule="auto"/>
    </w:pPr>
    <w:rPr>
      <w:rFonts w:eastAsiaTheme="minorEastAsia"/>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B13C4C"/>
    <w:pPr>
      <w:spacing w:after="0" w:line="240" w:lineRule="auto"/>
    </w:pPr>
    <w:rPr>
      <w:rFonts w:eastAsiaTheme="minorEastAsia"/>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B13C4C"/>
    <w:pPr>
      <w:spacing w:after="0" w:line="240" w:lineRule="auto"/>
    </w:pPr>
    <w:rPr>
      <w:rFonts w:eastAsiaTheme="minorEastAsia"/>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B13C4C"/>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B13C4C"/>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B13C4C"/>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B13C4C"/>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B13C4C"/>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B13C4C"/>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B13C4C"/>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B13C4C"/>
    <w:pPr>
      <w:spacing w:after="0" w:line="240" w:lineRule="auto"/>
    </w:pPr>
    <w:rPr>
      <w:rFonts w:eastAsiaTheme="minorEastAsia"/>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B13C4C"/>
    <w:pPr>
      <w:spacing w:after="0" w:line="240" w:lineRule="auto"/>
    </w:pPr>
    <w:rPr>
      <w:rFonts w:eastAsiaTheme="minorEastAsia"/>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B13C4C"/>
    <w:pPr>
      <w:spacing w:after="0" w:line="240" w:lineRule="auto"/>
    </w:pPr>
    <w:rPr>
      <w:rFonts w:eastAsiaTheme="minorEastAsia"/>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B13C4C"/>
    <w:pPr>
      <w:spacing w:after="0" w:line="240" w:lineRule="auto"/>
    </w:pPr>
    <w:rPr>
      <w:rFonts w:eastAsiaTheme="minorEastAsia"/>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B13C4C"/>
    <w:pPr>
      <w:spacing w:after="0" w:line="240" w:lineRule="auto"/>
    </w:pPr>
    <w:rPr>
      <w:rFonts w:eastAsiaTheme="minorEastAsia"/>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B13C4C"/>
    <w:pPr>
      <w:spacing w:after="0" w:line="240" w:lineRule="auto"/>
    </w:pPr>
    <w:rPr>
      <w:rFonts w:eastAsiaTheme="minorEastAsia"/>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B13C4C"/>
    <w:pPr>
      <w:spacing w:after="0" w:line="240" w:lineRule="auto"/>
    </w:pPr>
    <w:rPr>
      <w:rFonts w:eastAsiaTheme="minorEastAsia"/>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B13C4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B13C4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B13C4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B13C4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B13C4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B13C4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B13C4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B13C4C"/>
    <w:pPr>
      <w:spacing w:after="0" w:line="240" w:lineRule="auto"/>
    </w:pPr>
    <w:rPr>
      <w:rFonts w:eastAsiaTheme="minorEastAs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B13C4C"/>
    <w:pPr>
      <w:spacing w:after="0" w:line="240" w:lineRule="auto"/>
    </w:pPr>
    <w:rPr>
      <w:rFonts w:eastAsiaTheme="minorEastAsia"/>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B13C4C"/>
    <w:pPr>
      <w:spacing w:after="0" w:line="240" w:lineRule="auto"/>
    </w:pPr>
    <w:rPr>
      <w:rFonts w:eastAsiaTheme="minorEastAsia"/>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B13C4C"/>
    <w:pPr>
      <w:spacing w:after="0" w:line="240" w:lineRule="auto"/>
    </w:pPr>
    <w:rPr>
      <w:rFonts w:eastAsiaTheme="minorEastAsia"/>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B13C4C"/>
    <w:pPr>
      <w:spacing w:after="0" w:line="240" w:lineRule="auto"/>
    </w:pPr>
    <w:rPr>
      <w:rFonts w:eastAsiaTheme="minorEastAsia"/>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B13C4C"/>
    <w:pPr>
      <w:spacing w:after="0" w:line="240" w:lineRule="auto"/>
    </w:pPr>
    <w:rPr>
      <w:rFonts w:eastAsiaTheme="minorEastAsia"/>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B13C4C"/>
    <w:pPr>
      <w:spacing w:after="0" w:line="240" w:lineRule="auto"/>
    </w:pPr>
    <w:rPr>
      <w:rFonts w:eastAsiaTheme="minorEastAsia"/>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B13C4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B13C4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B13C4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B13C4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B13C4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B13C4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B13C4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B13C4C"/>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B13C4C"/>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B13C4C"/>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B13C4C"/>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B13C4C"/>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B13C4C"/>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B13C4C"/>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B13C4C"/>
    <w:pPr>
      <w:spacing w:after="0" w:line="240" w:lineRule="auto"/>
    </w:pPr>
    <w:rPr>
      <w:rFonts w:eastAsiaTheme="minorEastAsia"/>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B13C4C"/>
    <w:pPr>
      <w:spacing w:after="0" w:line="240" w:lineRule="auto"/>
    </w:pPr>
    <w:rPr>
      <w:rFonts w:eastAsiaTheme="minorEastAsia"/>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B13C4C"/>
    <w:pPr>
      <w:spacing w:after="0" w:line="240" w:lineRule="auto"/>
    </w:pPr>
    <w:rPr>
      <w:rFonts w:eastAsiaTheme="minorEastAsia"/>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B13C4C"/>
    <w:pPr>
      <w:spacing w:after="0" w:line="240" w:lineRule="auto"/>
    </w:pPr>
    <w:rPr>
      <w:rFonts w:eastAsiaTheme="minorEastAsia"/>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B13C4C"/>
    <w:pPr>
      <w:spacing w:after="0" w:line="240" w:lineRule="auto"/>
    </w:pPr>
    <w:rPr>
      <w:rFonts w:eastAsiaTheme="minorEastAsia"/>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B13C4C"/>
    <w:pPr>
      <w:spacing w:after="0" w:line="240" w:lineRule="auto"/>
    </w:pPr>
    <w:rPr>
      <w:rFonts w:eastAsiaTheme="minorEastAsia"/>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B13C4C"/>
    <w:pPr>
      <w:spacing w:after="0" w:line="240" w:lineRule="auto"/>
    </w:pPr>
    <w:rPr>
      <w:rFonts w:eastAsiaTheme="minorEastAsia"/>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B13C4C"/>
    <w:pPr>
      <w:spacing w:after="0" w:line="240" w:lineRule="auto"/>
    </w:pPr>
    <w:rPr>
      <w:rFonts w:eastAsiaTheme="minorEastAsia"/>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B13C4C"/>
    <w:pPr>
      <w:spacing w:after="0" w:line="240" w:lineRule="auto"/>
    </w:pPr>
    <w:rPr>
      <w:rFonts w:eastAsiaTheme="minorEastAsia"/>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B13C4C"/>
    <w:pPr>
      <w:spacing w:after="0" w:line="240" w:lineRule="auto"/>
    </w:pPr>
    <w:rPr>
      <w:rFonts w:eastAsiaTheme="minorEastAsia"/>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B13C4C"/>
    <w:pPr>
      <w:spacing w:after="0" w:line="240" w:lineRule="auto"/>
    </w:pPr>
    <w:rPr>
      <w:rFonts w:eastAsiaTheme="minorEastAsia"/>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B13C4C"/>
    <w:pPr>
      <w:spacing w:after="0" w:line="240" w:lineRule="auto"/>
    </w:pPr>
    <w:rPr>
      <w:rFonts w:eastAsiaTheme="minorEastAsia"/>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B13C4C"/>
    <w:pPr>
      <w:spacing w:after="0" w:line="240" w:lineRule="auto"/>
    </w:pPr>
    <w:rPr>
      <w:rFonts w:eastAsiaTheme="minorEastAsia"/>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B13C4C"/>
    <w:pPr>
      <w:spacing w:after="0" w:line="240" w:lineRule="auto"/>
    </w:pPr>
    <w:rPr>
      <w:rFonts w:eastAsiaTheme="minorEastAsia"/>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B13C4C"/>
    <w:pPr>
      <w:spacing w:after="0" w:line="240" w:lineRule="auto"/>
    </w:pPr>
    <w:rPr>
      <w:rFonts w:eastAsiaTheme="minorEastAsi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B13C4C"/>
    <w:pPr>
      <w:spacing w:after="0" w:line="240" w:lineRule="auto"/>
    </w:pPr>
    <w:rPr>
      <w:rFonts w:eastAsiaTheme="minorEastAsia"/>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B13C4C"/>
    <w:pPr>
      <w:spacing w:after="0" w:line="240" w:lineRule="auto"/>
    </w:pPr>
    <w:rPr>
      <w:rFonts w:eastAsiaTheme="minorEastAsia"/>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B13C4C"/>
    <w:pPr>
      <w:spacing w:after="0" w:line="240" w:lineRule="auto"/>
    </w:pPr>
    <w:rPr>
      <w:rFonts w:eastAsiaTheme="minorEastAsia"/>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B13C4C"/>
    <w:pPr>
      <w:spacing w:after="0" w:line="240" w:lineRule="auto"/>
    </w:pPr>
    <w:rPr>
      <w:rFonts w:eastAsiaTheme="minorEastAsia"/>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B13C4C"/>
    <w:pPr>
      <w:spacing w:after="0" w:line="240" w:lineRule="auto"/>
    </w:pPr>
    <w:rPr>
      <w:rFonts w:eastAsiaTheme="minorEastAsia"/>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B13C4C"/>
    <w:pPr>
      <w:spacing w:after="0" w:line="240" w:lineRule="auto"/>
    </w:pPr>
    <w:rPr>
      <w:rFonts w:eastAsiaTheme="minorEastAsia"/>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B13C4C"/>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B13C4C"/>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B13C4C"/>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B13C4C"/>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B13C4C"/>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B13C4C"/>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B13C4C"/>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827" Type="http://schemas.openxmlformats.org/officeDocument/2006/relationships/oleObject" Target="embeddings/oleObject907.bin"/><Relationship Id="rId3182" Type="http://schemas.openxmlformats.org/officeDocument/2006/relationships/oleObject" Target="embeddings/oleObject1575.bin"/><Relationship Id="rId4233" Type="http://schemas.openxmlformats.org/officeDocument/2006/relationships/image" Target="media/image2132.wmf"/><Relationship Id="rId3999" Type="http://schemas.openxmlformats.org/officeDocument/2006/relationships/image" Target="media/image2015.wmf"/><Relationship Id="rId4300" Type="http://schemas.openxmlformats.org/officeDocument/2006/relationships/image" Target="media/image2166.wmf"/><Relationship Id="rId170" Type="http://schemas.openxmlformats.org/officeDocument/2006/relationships/image" Target="media/image86.wmf"/><Relationship Id="rId6058" Type="http://schemas.openxmlformats.org/officeDocument/2006/relationships/image" Target="media/image3048.png"/><Relationship Id="rId5074" Type="http://schemas.openxmlformats.org/officeDocument/2006/relationships/oleObject" Target="embeddings/oleObject2516.bin"/><Relationship Id="rId6125" Type="http://schemas.openxmlformats.org/officeDocument/2006/relationships/image" Target="media/image3082.wmf"/><Relationship Id="rId987" Type="http://schemas.openxmlformats.org/officeDocument/2006/relationships/oleObject" Target="embeddings/oleObject488.bin"/><Relationship Id="rId2668" Type="http://schemas.openxmlformats.org/officeDocument/2006/relationships/image" Target="media/image1346.wmf"/><Relationship Id="rId3719" Type="http://schemas.openxmlformats.org/officeDocument/2006/relationships/image" Target="media/image1873.png"/><Relationship Id="rId4090" Type="http://schemas.openxmlformats.org/officeDocument/2006/relationships/oleObject" Target="embeddings/oleObject2026.bin"/><Relationship Id="rId1684" Type="http://schemas.openxmlformats.org/officeDocument/2006/relationships/oleObject" Target="embeddings/oleObject836.bin"/><Relationship Id="rId2735" Type="http://schemas.openxmlformats.org/officeDocument/2006/relationships/oleObject" Target="embeddings/oleObject1352.bin"/><Relationship Id="rId5141" Type="http://schemas.openxmlformats.org/officeDocument/2006/relationships/image" Target="media/image2588.wmf"/><Relationship Id="rId707" Type="http://schemas.openxmlformats.org/officeDocument/2006/relationships/oleObject" Target="embeddings/oleObject348.bin"/><Relationship Id="rId1337" Type="http://schemas.openxmlformats.org/officeDocument/2006/relationships/oleObject" Target="embeddings/oleObject663.bin"/><Relationship Id="rId1751" Type="http://schemas.openxmlformats.org/officeDocument/2006/relationships/image" Target="media/image878.wmf"/><Relationship Id="rId2802" Type="http://schemas.openxmlformats.org/officeDocument/2006/relationships/image" Target="media/image1413.wmf"/><Relationship Id="rId5958" Type="http://schemas.openxmlformats.org/officeDocument/2006/relationships/image" Target="media/image2998.wmf"/><Relationship Id="rId43" Type="http://schemas.openxmlformats.org/officeDocument/2006/relationships/image" Target="media/image22.wmf"/><Relationship Id="rId1404" Type="http://schemas.openxmlformats.org/officeDocument/2006/relationships/image" Target="media/image704.wmf"/><Relationship Id="rId3576" Type="http://schemas.openxmlformats.org/officeDocument/2006/relationships/image" Target="media/image1801.wmf"/><Relationship Id="rId4627" Type="http://schemas.openxmlformats.org/officeDocument/2006/relationships/oleObject" Target="embeddings/oleObject2293.bin"/><Relationship Id="rId4974" Type="http://schemas.openxmlformats.org/officeDocument/2006/relationships/oleObject" Target="embeddings/oleObject2466.bin"/><Relationship Id="rId497" Type="http://schemas.openxmlformats.org/officeDocument/2006/relationships/image" Target="media/image250.wmf"/><Relationship Id="rId2178" Type="http://schemas.openxmlformats.org/officeDocument/2006/relationships/oleObject" Target="embeddings/oleObject1078.bin"/><Relationship Id="rId3229" Type="http://schemas.openxmlformats.org/officeDocument/2006/relationships/image" Target="media/image1627.wmf"/><Relationship Id="rId3990" Type="http://schemas.openxmlformats.org/officeDocument/2006/relationships/oleObject" Target="embeddings/oleObject1976.bin"/><Relationship Id="rId1194" Type="http://schemas.openxmlformats.org/officeDocument/2006/relationships/image" Target="media/image599.wmf"/><Relationship Id="rId2592" Type="http://schemas.openxmlformats.org/officeDocument/2006/relationships/oleObject" Target="embeddings/oleObject1281.bin"/><Relationship Id="rId3643" Type="http://schemas.openxmlformats.org/officeDocument/2006/relationships/image" Target="media/image1835.wmf"/><Relationship Id="rId217" Type="http://schemas.openxmlformats.org/officeDocument/2006/relationships/oleObject" Target="embeddings/oleObject104.bin"/><Relationship Id="rId564" Type="http://schemas.openxmlformats.org/officeDocument/2006/relationships/oleObject" Target="embeddings/oleObject277.bin"/><Relationship Id="rId2245" Type="http://schemas.openxmlformats.org/officeDocument/2006/relationships/image" Target="media/image1130.wmf"/><Relationship Id="rId3710" Type="http://schemas.openxmlformats.org/officeDocument/2006/relationships/oleObject" Target="embeddings/oleObject1838.bin"/><Relationship Id="rId631" Type="http://schemas.openxmlformats.org/officeDocument/2006/relationships/oleObject" Target="embeddings/oleObject310.bin"/><Relationship Id="rId1261" Type="http://schemas.openxmlformats.org/officeDocument/2006/relationships/oleObject" Target="embeddings/oleObject625.bin"/><Relationship Id="rId2312" Type="http://schemas.openxmlformats.org/officeDocument/2006/relationships/image" Target="media/image1166.wmf"/><Relationship Id="rId5468" Type="http://schemas.openxmlformats.org/officeDocument/2006/relationships/image" Target="media/image2752.wmf"/><Relationship Id="rId5882" Type="http://schemas.openxmlformats.org/officeDocument/2006/relationships/oleObject" Target="embeddings/oleObject2919.bin"/><Relationship Id="rId4484" Type="http://schemas.openxmlformats.org/officeDocument/2006/relationships/image" Target="media/image2258.wmf"/><Relationship Id="rId5535" Type="http://schemas.openxmlformats.org/officeDocument/2006/relationships/oleObject" Target="embeddings/oleObject2746.bin"/><Relationship Id="rId3086" Type="http://schemas.openxmlformats.org/officeDocument/2006/relationships/image" Target="media/image1555.wmf"/><Relationship Id="rId4137" Type="http://schemas.openxmlformats.org/officeDocument/2006/relationships/image" Target="media/image2084.wmf"/><Relationship Id="rId4551" Type="http://schemas.openxmlformats.org/officeDocument/2006/relationships/image" Target="media/image2292.wmf"/><Relationship Id="rId3153" Type="http://schemas.openxmlformats.org/officeDocument/2006/relationships/image" Target="media/image1589.wmf"/><Relationship Id="rId4204" Type="http://schemas.openxmlformats.org/officeDocument/2006/relationships/oleObject" Target="embeddings/oleObject2083.bin"/><Relationship Id="rId5602" Type="http://schemas.openxmlformats.org/officeDocument/2006/relationships/image" Target="media/image2819.wmf"/><Relationship Id="rId141" Type="http://schemas.openxmlformats.org/officeDocument/2006/relationships/oleObject" Target="embeddings/oleObject66.bin"/><Relationship Id="rId3220" Type="http://schemas.openxmlformats.org/officeDocument/2006/relationships/oleObject" Target="embeddings/oleObject1594.bin"/><Relationship Id="rId6029" Type="http://schemas.openxmlformats.org/officeDocument/2006/relationships/oleObject" Target="embeddings/oleObject2992.bin"/><Relationship Id="rId6376" Type="http://schemas.openxmlformats.org/officeDocument/2006/relationships/oleObject" Target="embeddings/oleObject3163.bin"/><Relationship Id="rId7" Type="http://schemas.openxmlformats.org/officeDocument/2006/relationships/image" Target="media/image2.wmf"/><Relationship Id="rId2986" Type="http://schemas.openxmlformats.org/officeDocument/2006/relationships/image" Target="media/image1505.wmf"/><Relationship Id="rId5392" Type="http://schemas.openxmlformats.org/officeDocument/2006/relationships/image" Target="media/image2714.wmf"/><Relationship Id="rId6443" Type="http://schemas.openxmlformats.org/officeDocument/2006/relationships/oleObject" Target="embeddings/oleObject3196.bin"/><Relationship Id="rId958" Type="http://schemas.openxmlformats.org/officeDocument/2006/relationships/image" Target="media/image481.wmf"/><Relationship Id="rId1588" Type="http://schemas.openxmlformats.org/officeDocument/2006/relationships/oleObject" Target="embeddings/oleObject788.bin"/><Relationship Id="rId2639" Type="http://schemas.openxmlformats.org/officeDocument/2006/relationships/oleObject" Target="embeddings/oleObject1304.bin"/><Relationship Id="rId5045" Type="http://schemas.openxmlformats.org/officeDocument/2006/relationships/image" Target="media/image2540.wmf"/><Relationship Id="rId1655" Type="http://schemas.openxmlformats.org/officeDocument/2006/relationships/image" Target="media/image830.wmf"/><Relationship Id="rId2706" Type="http://schemas.openxmlformats.org/officeDocument/2006/relationships/image" Target="media/image1365.wmf"/><Relationship Id="rId4061" Type="http://schemas.openxmlformats.org/officeDocument/2006/relationships/image" Target="media/image2046.wmf"/><Relationship Id="rId5112" Type="http://schemas.openxmlformats.org/officeDocument/2006/relationships/oleObject" Target="embeddings/oleObject2535.bin"/><Relationship Id="rId1308" Type="http://schemas.openxmlformats.org/officeDocument/2006/relationships/image" Target="media/image656.wmf"/><Relationship Id="rId1722" Type="http://schemas.openxmlformats.org/officeDocument/2006/relationships/oleObject" Target="embeddings/oleObject855.bin"/><Relationship Id="rId4878" Type="http://schemas.openxmlformats.org/officeDocument/2006/relationships/image" Target="media/image2456.wmf"/><Relationship Id="rId5929" Type="http://schemas.openxmlformats.org/officeDocument/2006/relationships/oleObject" Target="embeddings/oleObject2942.bin"/><Relationship Id="rId14" Type="http://schemas.openxmlformats.org/officeDocument/2006/relationships/oleObject" Target="embeddings/oleObject5.bin"/><Relationship Id="rId3894" Type="http://schemas.openxmlformats.org/officeDocument/2006/relationships/image" Target="media/image1962.wmf"/><Relationship Id="rId4945" Type="http://schemas.openxmlformats.org/officeDocument/2006/relationships/image" Target="media/image2490.wmf"/><Relationship Id="rId2496" Type="http://schemas.openxmlformats.org/officeDocument/2006/relationships/oleObject" Target="embeddings/oleObject1233.bin"/><Relationship Id="rId3547" Type="http://schemas.openxmlformats.org/officeDocument/2006/relationships/oleObject" Target="embeddings/oleObject1757.bin"/><Relationship Id="rId3961" Type="http://schemas.openxmlformats.org/officeDocument/2006/relationships/image" Target="media/image1996.wmf"/><Relationship Id="rId468" Type="http://schemas.openxmlformats.org/officeDocument/2006/relationships/oleObject" Target="embeddings/oleObject229.bin"/><Relationship Id="rId882" Type="http://schemas.openxmlformats.org/officeDocument/2006/relationships/image" Target="media/image443.wmf"/><Relationship Id="rId1098" Type="http://schemas.openxmlformats.org/officeDocument/2006/relationships/image" Target="media/image551.wmf"/><Relationship Id="rId2149" Type="http://schemas.openxmlformats.org/officeDocument/2006/relationships/image" Target="media/image1082.wmf"/><Relationship Id="rId2563" Type="http://schemas.openxmlformats.org/officeDocument/2006/relationships/image" Target="media/image1293.wmf"/><Relationship Id="rId3614" Type="http://schemas.openxmlformats.org/officeDocument/2006/relationships/image" Target="media/image1820.wmf"/><Relationship Id="rId6020" Type="http://schemas.openxmlformats.org/officeDocument/2006/relationships/image" Target="media/image3029.wmf"/><Relationship Id="rId535" Type="http://schemas.openxmlformats.org/officeDocument/2006/relationships/image" Target="media/image269.wmf"/><Relationship Id="rId1165" Type="http://schemas.openxmlformats.org/officeDocument/2006/relationships/oleObject" Target="embeddings/oleObject577.bin"/><Relationship Id="rId2216" Type="http://schemas.openxmlformats.org/officeDocument/2006/relationships/oleObject" Target="embeddings/oleObject1097.bin"/><Relationship Id="rId2630" Type="http://schemas.openxmlformats.org/officeDocument/2006/relationships/image" Target="media/image1327.wmf"/><Relationship Id="rId5786" Type="http://schemas.openxmlformats.org/officeDocument/2006/relationships/oleObject" Target="embeddings/oleObject2871.bin"/><Relationship Id="rId602" Type="http://schemas.openxmlformats.org/officeDocument/2006/relationships/image" Target="media/image303.wmf"/><Relationship Id="rId1232" Type="http://schemas.openxmlformats.org/officeDocument/2006/relationships/image" Target="media/image618.wmf"/><Relationship Id="rId4388" Type="http://schemas.openxmlformats.org/officeDocument/2006/relationships/image" Target="media/image2210.wmf"/><Relationship Id="rId5439" Type="http://schemas.openxmlformats.org/officeDocument/2006/relationships/oleObject" Target="embeddings/oleObject2698.bin"/><Relationship Id="rId5853" Type="http://schemas.openxmlformats.org/officeDocument/2006/relationships/image" Target="media/image2945.wmf"/><Relationship Id="rId3057" Type="http://schemas.openxmlformats.org/officeDocument/2006/relationships/oleObject" Target="embeddings/oleObject1513.bin"/><Relationship Id="rId4108" Type="http://schemas.openxmlformats.org/officeDocument/2006/relationships/oleObject" Target="embeddings/oleObject2035.bin"/><Relationship Id="rId4455" Type="http://schemas.openxmlformats.org/officeDocument/2006/relationships/oleObject" Target="embeddings/oleObject2208.bin"/><Relationship Id="rId5506" Type="http://schemas.openxmlformats.org/officeDocument/2006/relationships/image" Target="media/image2771.wmf"/><Relationship Id="rId5920" Type="http://schemas.openxmlformats.org/officeDocument/2006/relationships/oleObject" Target="embeddings/oleObject2938.bin"/><Relationship Id="rId3471" Type="http://schemas.openxmlformats.org/officeDocument/2006/relationships/oleObject" Target="embeddings/oleObject1719.bin"/><Relationship Id="rId4522" Type="http://schemas.openxmlformats.org/officeDocument/2006/relationships/oleObject" Target="embeddings/oleObject2241.bin"/><Relationship Id="rId392" Type="http://schemas.openxmlformats.org/officeDocument/2006/relationships/image" Target="media/image197.wmf"/><Relationship Id="rId2073" Type="http://schemas.openxmlformats.org/officeDocument/2006/relationships/image" Target="media/image1044.wmf"/><Relationship Id="rId3124" Type="http://schemas.openxmlformats.org/officeDocument/2006/relationships/oleObject" Target="embeddings/oleObject1546.bin"/><Relationship Id="rId2140" Type="http://schemas.openxmlformats.org/officeDocument/2006/relationships/oleObject" Target="embeddings/oleObject1059.bin"/><Relationship Id="rId5296" Type="http://schemas.openxmlformats.org/officeDocument/2006/relationships/image" Target="media/image2666.wmf"/><Relationship Id="rId6347" Type="http://schemas.openxmlformats.org/officeDocument/2006/relationships/image" Target="media/image3195.wmf"/><Relationship Id="rId112" Type="http://schemas.openxmlformats.org/officeDocument/2006/relationships/image" Target="media/image57.wmf"/><Relationship Id="rId5363" Type="http://schemas.openxmlformats.org/officeDocument/2006/relationships/oleObject" Target="embeddings/oleObject2660.bin"/><Relationship Id="rId6414" Type="http://schemas.openxmlformats.org/officeDocument/2006/relationships/image" Target="media/image3229.wmf"/><Relationship Id="rId2957" Type="http://schemas.openxmlformats.org/officeDocument/2006/relationships/oleObject" Target="embeddings/oleObject1463.bin"/><Relationship Id="rId5016" Type="http://schemas.openxmlformats.org/officeDocument/2006/relationships/oleObject" Target="embeddings/oleObject2487.bin"/><Relationship Id="rId929" Type="http://schemas.openxmlformats.org/officeDocument/2006/relationships/oleObject" Target="embeddings/oleObject459.bin"/><Relationship Id="rId1559" Type="http://schemas.openxmlformats.org/officeDocument/2006/relationships/image" Target="media/image782.wmf"/><Relationship Id="rId1973" Type="http://schemas.openxmlformats.org/officeDocument/2006/relationships/oleObject" Target="embeddings/oleObject978.bin"/><Relationship Id="rId4032" Type="http://schemas.openxmlformats.org/officeDocument/2006/relationships/oleObject" Target="embeddings/oleObject1997.bin"/><Relationship Id="rId5430" Type="http://schemas.openxmlformats.org/officeDocument/2006/relationships/image" Target="media/image2733.wmf"/><Relationship Id="rId1626" Type="http://schemas.openxmlformats.org/officeDocument/2006/relationships/oleObject" Target="embeddings/oleObject807.bin"/><Relationship Id="rId3798" Type="http://schemas.openxmlformats.org/officeDocument/2006/relationships/image" Target="media/image1914.wmf"/><Relationship Id="rId4849" Type="http://schemas.openxmlformats.org/officeDocument/2006/relationships/oleObject" Target="embeddings/oleObject2404.bin"/><Relationship Id="rId3865" Type="http://schemas.openxmlformats.org/officeDocument/2006/relationships/oleObject" Target="embeddings/oleObject1914.bin"/><Relationship Id="rId4916" Type="http://schemas.openxmlformats.org/officeDocument/2006/relationships/oleObject" Target="embeddings/oleObject2437.bin"/><Relationship Id="rId6271" Type="http://schemas.openxmlformats.org/officeDocument/2006/relationships/image" Target="media/image3157.wmf"/><Relationship Id="rId786" Type="http://schemas.openxmlformats.org/officeDocument/2006/relationships/image" Target="media/image395.wmf"/><Relationship Id="rId2467" Type="http://schemas.openxmlformats.org/officeDocument/2006/relationships/image" Target="media/image1245.wmf"/><Relationship Id="rId3518" Type="http://schemas.openxmlformats.org/officeDocument/2006/relationships/image" Target="media/image1772.wmf"/><Relationship Id="rId439" Type="http://schemas.openxmlformats.org/officeDocument/2006/relationships/image" Target="media/image221.wmf"/><Relationship Id="rId1069" Type="http://schemas.openxmlformats.org/officeDocument/2006/relationships/oleObject" Target="embeddings/oleObject529.bin"/><Relationship Id="rId1483" Type="http://schemas.openxmlformats.org/officeDocument/2006/relationships/image" Target="media/image744.wmf"/><Relationship Id="rId2881" Type="http://schemas.openxmlformats.org/officeDocument/2006/relationships/oleObject" Target="embeddings/oleObject1425.bin"/><Relationship Id="rId3932" Type="http://schemas.openxmlformats.org/officeDocument/2006/relationships/image" Target="media/image1981.wmf"/><Relationship Id="rId506" Type="http://schemas.openxmlformats.org/officeDocument/2006/relationships/oleObject" Target="embeddings/oleObject248.bin"/><Relationship Id="rId853" Type="http://schemas.openxmlformats.org/officeDocument/2006/relationships/oleObject" Target="embeddings/oleObject421.bin"/><Relationship Id="rId1136" Type="http://schemas.openxmlformats.org/officeDocument/2006/relationships/image" Target="media/image570.wmf"/><Relationship Id="rId2534" Type="http://schemas.openxmlformats.org/officeDocument/2006/relationships/oleObject" Target="embeddings/oleObject1252.bin"/><Relationship Id="rId920" Type="http://schemas.openxmlformats.org/officeDocument/2006/relationships/image" Target="media/image462.wmf"/><Relationship Id="rId1550" Type="http://schemas.openxmlformats.org/officeDocument/2006/relationships/oleObject" Target="embeddings/oleObject769.bin"/><Relationship Id="rId2601" Type="http://schemas.openxmlformats.org/officeDocument/2006/relationships/image" Target="media/image1312.png"/><Relationship Id="rId5757" Type="http://schemas.openxmlformats.org/officeDocument/2006/relationships/image" Target="media/image2897.wmf"/><Relationship Id="rId1203" Type="http://schemas.openxmlformats.org/officeDocument/2006/relationships/oleObject" Target="embeddings/oleObject596.bin"/><Relationship Id="rId4359" Type="http://schemas.openxmlformats.org/officeDocument/2006/relationships/oleObject" Target="embeddings/oleObject2160.bin"/><Relationship Id="rId4773" Type="http://schemas.openxmlformats.org/officeDocument/2006/relationships/oleObject" Target="embeddings/oleObject2366.bin"/><Relationship Id="rId5824" Type="http://schemas.openxmlformats.org/officeDocument/2006/relationships/oleObject" Target="embeddings/oleObject2890.bin"/><Relationship Id="rId3375" Type="http://schemas.openxmlformats.org/officeDocument/2006/relationships/oleObject" Target="embeddings/oleObject1671.bin"/><Relationship Id="rId4426" Type="http://schemas.openxmlformats.org/officeDocument/2006/relationships/image" Target="media/image2229.wmf"/><Relationship Id="rId4840" Type="http://schemas.openxmlformats.org/officeDocument/2006/relationships/image" Target="media/image2437.wmf"/><Relationship Id="rId296" Type="http://schemas.openxmlformats.org/officeDocument/2006/relationships/image" Target="media/image149.wmf"/><Relationship Id="rId2391" Type="http://schemas.openxmlformats.org/officeDocument/2006/relationships/image" Target="media/image1206.wmf"/><Relationship Id="rId3028" Type="http://schemas.openxmlformats.org/officeDocument/2006/relationships/image" Target="media/image1526.wmf"/><Relationship Id="rId3442" Type="http://schemas.openxmlformats.org/officeDocument/2006/relationships/image" Target="media/image1734.wmf"/><Relationship Id="rId363" Type="http://schemas.openxmlformats.org/officeDocument/2006/relationships/oleObject" Target="embeddings/oleObject177.bin"/><Relationship Id="rId2044" Type="http://schemas.openxmlformats.org/officeDocument/2006/relationships/image" Target="media/image1029.wmf"/><Relationship Id="rId430" Type="http://schemas.openxmlformats.org/officeDocument/2006/relationships/oleObject" Target="embeddings/oleObject210.bin"/><Relationship Id="rId1060" Type="http://schemas.openxmlformats.org/officeDocument/2006/relationships/image" Target="media/image532.wmf"/><Relationship Id="rId2111" Type="http://schemas.openxmlformats.org/officeDocument/2006/relationships/image" Target="media/image1063.wmf"/><Relationship Id="rId5267" Type="http://schemas.openxmlformats.org/officeDocument/2006/relationships/oleObject" Target="embeddings/oleObject2612.bin"/><Relationship Id="rId6318" Type="http://schemas.openxmlformats.org/officeDocument/2006/relationships/oleObject" Target="embeddings/oleObject3134.bin"/><Relationship Id="rId5681" Type="http://schemas.openxmlformats.org/officeDocument/2006/relationships/oleObject" Target="embeddings/oleObject2819.bin"/><Relationship Id="rId1877" Type="http://schemas.openxmlformats.org/officeDocument/2006/relationships/oleObject" Target="embeddings/oleObject932.bin"/><Relationship Id="rId2928" Type="http://schemas.openxmlformats.org/officeDocument/2006/relationships/image" Target="media/image1476.wmf"/><Relationship Id="rId4283" Type="http://schemas.openxmlformats.org/officeDocument/2006/relationships/oleObject" Target="embeddings/oleObject2122.bin"/><Relationship Id="rId5334" Type="http://schemas.openxmlformats.org/officeDocument/2006/relationships/image" Target="media/image2685.wmf"/><Relationship Id="rId1944" Type="http://schemas.openxmlformats.org/officeDocument/2006/relationships/image" Target="media/image977.wmf"/><Relationship Id="rId4350" Type="http://schemas.openxmlformats.org/officeDocument/2006/relationships/image" Target="media/image2191.wmf"/><Relationship Id="rId5401" Type="http://schemas.openxmlformats.org/officeDocument/2006/relationships/oleObject" Target="embeddings/oleObject2679.bin"/><Relationship Id="rId4003" Type="http://schemas.openxmlformats.org/officeDocument/2006/relationships/image" Target="media/image2017.wmf"/><Relationship Id="rId6175" Type="http://schemas.openxmlformats.org/officeDocument/2006/relationships/image" Target="media/image3109.wmf"/><Relationship Id="rId3769" Type="http://schemas.openxmlformats.org/officeDocument/2006/relationships/oleObject" Target="embeddings/oleObject1866.bin"/><Relationship Id="rId5191" Type="http://schemas.openxmlformats.org/officeDocument/2006/relationships/image" Target="media/image2613.wmf"/><Relationship Id="rId6242" Type="http://schemas.openxmlformats.org/officeDocument/2006/relationships/oleObject" Target="embeddings/oleObject3096.bin"/><Relationship Id="rId2785" Type="http://schemas.openxmlformats.org/officeDocument/2006/relationships/oleObject" Target="embeddings/oleObject1377.bin"/><Relationship Id="rId3836" Type="http://schemas.openxmlformats.org/officeDocument/2006/relationships/image" Target="media/image1933.wmf"/><Relationship Id="rId757" Type="http://schemas.openxmlformats.org/officeDocument/2006/relationships/oleObject" Target="embeddings/oleObject373.bin"/><Relationship Id="rId1387" Type="http://schemas.openxmlformats.org/officeDocument/2006/relationships/oleObject" Target="embeddings/oleObject688.bin"/><Relationship Id="rId2438" Type="http://schemas.openxmlformats.org/officeDocument/2006/relationships/oleObject" Target="embeddings/oleObject1204.bin"/><Relationship Id="rId2852" Type="http://schemas.openxmlformats.org/officeDocument/2006/relationships/image" Target="media/image1438.wmf"/><Relationship Id="rId3903" Type="http://schemas.openxmlformats.org/officeDocument/2006/relationships/oleObject" Target="embeddings/oleObject1933.bin"/><Relationship Id="rId93" Type="http://schemas.openxmlformats.org/officeDocument/2006/relationships/oleObject" Target="embeddings/oleObject42.bin"/><Relationship Id="rId824" Type="http://schemas.openxmlformats.org/officeDocument/2006/relationships/image" Target="media/image414.wmf"/><Relationship Id="rId1454" Type="http://schemas.openxmlformats.org/officeDocument/2006/relationships/oleObject" Target="embeddings/oleObject721.bin"/><Relationship Id="rId2505" Type="http://schemas.openxmlformats.org/officeDocument/2006/relationships/image" Target="media/image1264.wmf"/><Relationship Id="rId1107" Type="http://schemas.openxmlformats.org/officeDocument/2006/relationships/oleObject" Target="embeddings/oleObject548.bin"/><Relationship Id="rId1521" Type="http://schemas.openxmlformats.org/officeDocument/2006/relationships/image" Target="media/image763.wmf"/><Relationship Id="rId4677" Type="http://schemas.openxmlformats.org/officeDocument/2006/relationships/oleObject" Target="embeddings/oleObject2318.bin"/><Relationship Id="rId5728" Type="http://schemas.openxmlformats.org/officeDocument/2006/relationships/oleObject" Target="embeddings/oleObject2842.bin"/><Relationship Id="rId3279" Type="http://schemas.openxmlformats.org/officeDocument/2006/relationships/image" Target="media/image1652.wmf"/><Relationship Id="rId3693" Type="http://schemas.openxmlformats.org/officeDocument/2006/relationships/image" Target="media/image1860.wmf"/><Relationship Id="rId2295" Type="http://schemas.openxmlformats.org/officeDocument/2006/relationships/image" Target="media/image1157.wmf"/><Relationship Id="rId3346" Type="http://schemas.openxmlformats.org/officeDocument/2006/relationships/image" Target="media/image1686.wmf"/><Relationship Id="rId4744" Type="http://schemas.openxmlformats.org/officeDocument/2006/relationships/image" Target="media/image2389.wmf"/><Relationship Id="rId267" Type="http://schemas.openxmlformats.org/officeDocument/2006/relationships/oleObject" Target="embeddings/oleObject129.bin"/><Relationship Id="rId3760" Type="http://schemas.openxmlformats.org/officeDocument/2006/relationships/image" Target="media/image1895.wmf"/><Relationship Id="rId4811" Type="http://schemas.openxmlformats.org/officeDocument/2006/relationships/oleObject" Target="embeddings/oleObject2385.bin"/><Relationship Id="rId681" Type="http://schemas.openxmlformats.org/officeDocument/2006/relationships/oleObject" Target="embeddings/oleObject335.bin"/><Relationship Id="rId2362" Type="http://schemas.openxmlformats.org/officeDocument/2006/relationships/oleObject" Target="embeddings/oleObject1167.bin"/><Relationship Id="rId3413" Type="http://schemas.openxmlformats.org/officeDocument/2006/relationships/oleObject" Target="embeddings/oleObject1690.bin"/><Relationship Id="rId334" Type="http://schemas.openxmlformats.org/officeDocument/2006/relationships/image" Target="media/image168.wmf"/><Relationship Id="rId2015" Type="http://schemas.openxmlformats.org/officeDocument/2006/relationships/oleObject" Target="embeddings/oleObject997.bin"/><Relationship Id="rId5585" Type="http://schemas.openxmlformats.org/officeDocument/2006/relationships/oleObject" Target="embeddings/oleObject2771.bin"/><Relationship Id="rId401" Type="http://schemas.openxmlformats.org/officeDocument/2006/relationships/oleObject" Target="embeddings/oleObject196.bin"/><Relationship Id="rId1031" Type="http://schemas.openxmlformats.org/officeDocument/2006/relationships/oleObject" Target="embeddings/oleObject510.bin"/><Relationship Id="rId4187" Type="http://schemas.openxmlformats.org/officeDocument/2006/relationships/image" Target="media/image2109.wmf"/><Relationship Id="rId5238" Type="http://schemas.openxmlformats.org/officeDocument/2006/relationships/oleObject" Target="embeddings/oleObject2598.bin"/><Relationship Id="rId5652" Type="http://schemas.openxmlformats.org/officeDocument/2006/relationships/image" Target="media/image2844.wmf"/><Relationship Id="rId4254" Type="http://schemas.openxmlformats.org/officeDocument/2006/relationships/oleObject" Target="embeddings/oleObject2108.bin"/><Relationship Id="rId5305" Type="http://schemas.openxmlformats.org/officeDocument/2006/relationships/oleObject" Target="embeddings/oleObject2631.bin"/><Relationship Id="rId1848" Type="http://schemas.openxmlformats.org/officeDocument/2006/relationships/image" Target="media/image927.wmf"/><Relationship Id="rId3270" Type="http://schemas.openxmlformats.org/officeDocument/2006/relationships/oleObject" Target="embeddings/oleObject1619.bin"/><Relationship Id="rId4321" Type="http://schemas.openxmlformats.org/officeDocument/2006/relationships/oleObject" Target="embeddings/oleObject2141.bin"/><Relationship Id="rId191" Type="http://schemas.openxmlformats.org/officeDocument/2006/relationships/oleObject" Target="embeddings/oleObject91.bin"/><Relationship Id="rId1915" Type="http://schemas.openxmlformats.org/officeDocument/2006/relationships/oleObject" Target="embeddings/oleObject951.bin"/><Relationship Id="rId6079" Type="http://schemas.openxmlformats.org/officeDocument/2006/relationships/image" Target="media/image3059.wmf"/><Relationship Id="rId5095" Type="http://schemas.openxmlformats.org/officeDocument/2006/relationships/image" Target="media/image2565.wmf"/><Relationship Id="rId2689" Type="http://schemas.openxmlformats.org/officeDocument/2006/relationships/oleObject" Target="embeddings/oleObject1329.bin"/><Relationship Id="rId6146" Type="http://schemas.openxmlformats.org/officeDocument/2006/relationships/oleObject" Target="embeddings/oleObject3048.bin"/><Relationship Id="rId2756" Type="http://schemas.openxmlformats.org/officeDocument/2006/relationships/image" Target="media/image1390.wmf"/><Relationship Id="rId3807" Type="http://schemas.openxmlformats.org/officeDocument/2006/relationships/oleObject" Target="embeddings/oleObject1885.bin"/><Relationship Id="rId5162" Type="http://schemas.openxmlformats.org/officeDocument/2006/relationships/oleObject" Target="embeddings/oleObject2560.bin"/><Relationship Id="rId6213" Type="http://schemas.openxmlformats.org/officeDocument/2006/relationships/image" Target="media/image3128.wmf"/><Relationship Id="rId728" Type="http://schemas.openxmlformats.org/officeDocument/2006/relationships/image" Target="media/image366.wmf"/><Relationship Id="rId1358" Type="http://schemas.openxmlformats.org/officeDocument/2006/relationships/image" Target="media/image681.wmf"/><Relationship Id="rId1772" Type="http://schemas.openxmlformats.org/officeDocument/2006/relationships/oleObject" Target="embeddings/oleObject880.bin"/><Relationship Id="rId2409" Type="http://schemas.openxmlformats.org/officeDocument/2006/relationships/oleObject" Target="embeddings/oleObject1190.bin"/><Relationship Id="rId5979" Type="http://schemas.openxmlformats.org/officeDocument/2006/relationships/oleObject" Target="embeddings/oleObject2967.bin"/><Relationship Id="rId64" Type="http://schemas.openxmlformats.org/officeDocument/2006/relationships/image" Target="media/image33.wmf"/><Relationship Id="rId1425" Type="http://schemas.openxmlformats.org/officeDocument/2006/relationships/oleObject" Target="embeddings/oleObject707.bin"/><Relationship Id="rId2823" Type="http://schemas.openxmlformats.org/officeDocument/2006/relationships/oleObject" Target="embeddings/oleObject1396.bin"/><Relationship Id="rId4995" Type="http://schemas.openxmlformats.org/officeDocument/2006/relationships/image" Target="media/image2515.wmf"/><Relationship Id="rId2199" Type="http://schemas.openxmlformats.org/officeDocument/2006/relationships/image" Target="media/image1107.wmf"/><Relationship Id="rId3597" Type="http://schemas.openxmlformats.org/officeDocument/2006/relationships/oleObject" Target="embeddings/oleObject1782.bin"/><Relationship Id="rId4648" Type="http://schemas.openxmlformats.org/officeDocument/2006/relationships/image" Target="media/image2341.wmf"/><Relationship Id="rId6070" Type="http://schemas.openxmlformats.org/officeDocument/2006/relationships/oleObject" Target="embeddings/oleObject3012.bin"/><Relationship Id="rId3664" Type="http://schemas.openxmlformats.org/officeDocument/2006/relationships/oleObject" Target="embeddings/oleObject1815.bin"/><Relationship Id="rId4715" Type="http://schemas.openxmlformats.org/officeDocument/2006/relationships/oleObject" Target="embeddings/oleObject2337.bin"/><Relationship Id="rId585" Type="http://schemas.openxmlformats.org/officeDocument/2006/relationships/image" Target="media/image294.wmf"/><Relationship Id="rId2266" Type="http://schemas.openxmlformats.org/officeDocument/2006/relationships/oleObject" Target="embeddings/oleObject1122.bin"/><Relationship Id="rId2680" Type="http://schemas.openxmlformats.org/officeDocument/2006/relationships/image" Target="media/image1352.wmf"/><Relationship Id="rId3317" Type="http://schemas.openxmlformats.org/officeDocument/2006/relationships/image" Target="media/image1671.wmf"/><Relationship Id="rId3731" Type="http://schemas.openxmlformats.org/officeDocument/2006/relationships/oleObject" Target="embeddings/oleObject1848.bin"/><Relationship Id="rId238" Type="http://schemas.openxmlformats.org/officeDocument/2006/relationships/image" Target="media/image120.wmf"/><Relationship Id="rId652" Type="http://schemas.openxmlformats.org/officeDocument/2006/relationships/image" Target="media/image328.wmf"/><Relationship Id="rId1282" Type="http://schemas.openxmlformats.org/officeDocument/2006/relationships/image" Target="media/image643.wmf"/><Relationship Id="rId2333" Type="http://schemas.openxmlformats.org/officeDocument/2006/relationships/oleObject" Target="embeddings/oleObject1153.bin"/><Relationship Id="rId5489" Type="http://schemas.openxmlformats.org/officeDocument/2006/relationships/oleObject" Target="embeddings/oleObject2723.bin"/><Relationship Id="rId305" Type="http://schemas.openxmlformats.org/officeDocument/2006/relationships/oleObject" Target="embeddings/oleObject148.bin"/><Relationship Id="rId2400" Type="http://schemas.openxmlformats.org/officeDocument/2006/relationships/image" Target="media/image1211.wmf"/><Relationship Id="rId5556" Type="http://schemas.openxmlformats.org/officeDocument/2006/relationships/image" Target="media/image2796.wmf"/><Relationship Id="rId1002" Type="http://schemas.openxmlformats.org/officeDocument/2006/relationships/image" Target="media/image503.wmf"/><Relationship Id="rId4158" Type="http://schemas.openxmlformats.org/officeDocument/2006/relationships/oleObject" Target="embeddings/oleObject2060.bin"/><Relationship Id="rId5209" Type="http://schemas.openxmlformats.org/officeDocument/2006/relationships/image" Target="media/image2622.wmf"/><Relationship Id="rId5970" Type="http://schemas.openxmlformats.org/officeDocument/2006/relationships/image" Target="media/image3004.wmf"/><Relationship Id="rId3174" Type="http://schemas.openxmlformats.org/officeDocument/2006/relationships/oleObject" Target="embeddings/oleObject1571.bin"/><Relationship Id="rId4572" Type="http://schemas.openxmlformats.org/officeDocument/2006/relationships/oleObject" Target="embeddings/oleObject2266.bin"/><Relationship Id="rId5623" Type="http://schemas.openxmlformats.org/officeDocument/2006/relationships/oleObject" Target="embeddings/oleObject2790.bin"/><Relationship Id="rId1819" Type="http://schemas.openxmlformats.org/officeDocument/2006/relationships/image" Target="media/image912.png"/><Relationship Id="rId4225" Type="http://schemas.openxmlformats.org/officeDocument/2006/relationships/image" Target="media/image2128.wmf"/><Relationship Id="rId2190" Type="http://schemas.openxmlformats.org/officeDocument/2006/relationships/oleObject" Target="embeddings/oleObject1084.bin"/><Relationship Id="rId3241" Type="http://schemas.openxmlformats.org/officeDocument/2006/relationships/image" Target="media/image1633.wmf"/><Relationship Id="rId6397" Type="http://schemas.openxmlformats.org/officeDocument/2006/relationships/image" Target="media/image3220.wmf"/><Relationship Id="rId162" Type="http://schemas.openxmlformats.org/officeDocument/2006/relationships/image" Target="media/image82.wmf"/><Relationship Id="rId979" Type="http://schemas.openxmlformats.org/officeDocument/2006/relationships/oleObject" Target="embeddings/oleObject484.bin"/><Relationship Id="rId5066" Type="http://schemas.openxmlformats.org/officeDocument/2006/relationships/oleObject" Target="embeddings/oleObject2512.bin"/><Relationship Id="rId5480" Type="http://schemas.openxmlformats.org/officeDocument/2006/relationships/image" Target="media/image2758.wmf"/><Relationship Id="rId6117" Type="http://schemas.openxmlformats.org/officeDocument/2006/relationships/image" Target="media/image3078.wmf"/><Relationship Id="rId4082" Type="http://schemas.openxmlformats.org/officeDocument/2006/relationships/oleObject" Target="embeddings/oleObject2022.bin"/><Relationship Id="rId5133" Type="http://schemas.openxmlformats.org/officeDocument/2006/relationships/image" Target="media/image2584.wmf"/><Relationship Id="rId1676" Type="http://schemas.openxmlformats.org/officeDocument/2006/relationships/oleObject" Target="embeddings/oleObject832.bin"/><Relationship Id="rId2727" Type="http://schemas.openxmlformats.org/officeDocument/2006/relationships/oleObject" Target="embeddings/oleObject1348.bin"/><Relationship Id="rId1329" Type="http://schemas.openxmlformats.org/officeDocument/2006/relationships/oleObject" Target="embeddings/oleObject659.bin"/><Relationship Id="rId1743" Type="http://schemas.openxmlformats.org/officeDocument/2006/relationships/image" Target="media/image874.wmf"/><Relationship Id="rId4899" Type="http://schemas.openxmlformats.org/officeDocument/2006/relationships/image" Target="media/image2467.wmf"/><Relationship Id="rId5200" Type="http://schemas.openxmlformats.org/officeDocument/2006/relationships/oleObject" Target="embeddings/oleObject2579.bin"/><Relationship Id="rId35" Type="http://schemas.openxmlformats.org/officeDocument/2006/relationships/image" Target="media/image18.wmf"/><Relationship Id="rId1810" Type="http://schemas.openxmlformats.org/officeDocument/2006/relationships/oleObject" Target="embeddings/oleObject899.bin"/><Relationship Id="rId4966" Type="http://schemas.openxmlformats.org/officeDocument/2006/relationships/oleObject" Target="embeddings/oleObject2462.bin"/><Relationship Id="rId3568" Type="http://schemas.openxmlformats.org/officeDocument/2006/relationships/image" Target="media/image1797.wmf"/><Relationship Id="rId3982" Type="http://schemas.openxmlformats.org/officeDocument/2006/relationships/oleObject" Target="embeddings/oleObject1972.bin"/><Relationship Id="rId4619" Type="http://schemas.openxmlformats.org/officeDocument/2006/relationships/oleObject" Target="embeddings/oleObject2289.bin"/><Relationship Id="rId489" Type="http://schemas.openxmlformats.org/officeDocument/2006/relationships/image" Target="media/image246.wmf"/><Relationship Id="rId2584" Type="http://schemas.openxmlformats.org/officeDocument/2006/relationships/oleObject" Target="embeddings/oleObject1277.bin"/><Relationship Id="rId3635" Type="http://schemas.openxmlformats.org/officeDocument/2006/relationships/image" Target="media/image1831.wmf"/><Relationship Id="rId6041" Type="http://schemas.openxmlformats.org/officeDocument/2006/relationships/oleObject" Target="embeddings/oleObject2998.bin"/><Relationship Id="rId556" Type="http://schemas.openxmlformats.org/officeDocument/2006/relationships/oleObject" Target="embeddings/oleObject273.bin"/><Relationship Id="rId1186" Type="http://schemas.openxmlformats.org/officeDocument/2006/relationships/image" Target="media/image595.wmf"/><Relationship Id="rId2237" Type="http://schemas.openxmlformats.org/officeDocument/2006/relationships/image" Target="media/image1126.wmf"/><Relationship Id="rId209" Type="http://schemas.openxmlformats.org/officeDocument/2006/relationships/oleObject" Target="embeddings/oleObject100.bin"/><Relationship Id="rId970" Type="http://schemas.openxmlformats.org/officeDocument/2006/relationships/image" Target="media/image487.wmf"/><Relationship Id="rId1253" Type="http://schemas.openxmlformats.org/officeDocument/2006/relationships/oleObject" Target="embeddings/oleObject621.bin"/><Relationship Id="rId2651" Type="http://schemas.openxmlformats.org/officeDocument/2006/relationships/oleObject" Target="embeddings/oleObject1310.bin"/><Relationship Id="rId3702" Type="http://schemas.openxmlformats.org/officeDocument/2006/relationships/oleObject" Target="embeddings/oleObject1834.bin"/><Relationship Id="rId623" Type="http://schemas.openxmlformats.org/officeDocument/2006/relationships/oleObject" Target="embeddings/oleObject306.bin"/><Relationship Id="rId2304" Type="http://schemas.openxmlformats.org/officeDocument/2006/relationships/oleObject" Target="embeddings/oleObject1139.bin"/><Relationship Id="rId5874" Type="http://schemas.openxmlformats.org/officeDocument/2006/relationships/oleObject" Target="embeddings/oleObject2915.bin"/><Relationship Id="rId1320" Type="http://schemas.openxmlformats.org/officeDocument/2006/relationships/image" Target="media/image662.wmf"/><Relationship Id="rId4476" Type="http://schemas.openxmlformats.org/officeDocument/2006/relationships/image" Target="media/image2254.wmf"/><Relationship Id="rId4890" Type="http://schemas.openxmlformats.org/officeDocument/2006/relationships/oleObject" Target="embeddings/oleObject2424.bin"/><Relationship Id="rId5527" Type="http://schemas.openxmlformats.org/officeDocument/2006/relationships/oleObject" Target="embeddings/oleObject2742.bin"/><Relationship Id="rId5941" Type="http://schemas.openxmlformats.org/officeDocument/2006/relationships/oleObject" Target="embeddings/oleObject2948.bin"/><Relationship Id="rId3078" Type="http://schemas.openxmlformats.org/officeDocument/2006/relationships/image" Target="media/image1551.wmf"/><Relationship Id="rId3492" Type="http://schemas.openxmlformats.org/officeDocument/2006/relationships/image" Target="media/image1759.wmf"/><Relationship Id="rId4129" Type="http://schemas.openxmlformats.org/officeDocument/2006/relationships/image" Target="media/image2080.wmf"/><Relationship Id="rId4543" Type="http://schemas.openxmlformats.org/officeDocument/2006/relationships/image" Target="media/image2288.wmf"/><Relationship Id="rId2094" Type="http://schemas.openxmlformats.org/officeDocument/2006/relationships/oleObject" Target="embeddings/oleObject1036.bin"/><Relationship Id="rId3145" Type="http://schemas.openxmlformats.org/officeDocument/2006/relationships/image" Target="media/image1585.wmf"/><Relationship Id="rId4610" Type="http://schemas.openxmlformats.org/officeDocument/2006/relationships/image" Target="media/image2322.wmf"/><Relationship Id="rId480" Type="http://schemas.openxmlformats.org/officeDocument/2006/relationships/oleObject" Target="embeddings/oleObject235.bin"/><Relationship Id="rId2161" Type="http://schemas.openxmlformats.org/officeDocument/2006/relationships/image" Target="media/image1088.wmf"/><Relationship Id="rId3212" Type="http://schemas.openxmlformats.org/officeDocument/2006/relationships/oleObject" Target="embeddings/oleObject1590.bin"/><Relationship Id="rId6368" Type="http://schemas.openxmlformats.org/officeDocument/2006/relationships/oleObject" Target="embeddings/oleObject3159.bin"/><Relationship Id="rId133" Type="http://schemas.openxmlformats.org/officeDocument/2006/relationships/oleObject" Target="embeddings/oleObject62.bin"/><Relationship Id="rId5384" Type="http://schemas.openxmlformats.org/officeDocument/2006/relationships/image" Target="media/image2710.wmf"/><Relationship Id="rId200" Type="http://schemas.openxmlformats.org/officeDocument/2006/relationships/image" Target="media/image101.wmf"/><Relationship Id="rId2978" Type="http://schemas.openxmlformats.org/officeDocument/2006/relationships/image" Target="media/image1501.wmf"/><Relationship Id="rId5037" Type="http://schemas.openxmlformats.org/officeDocument/2006/relationships/image" Target="media/image2536.wmf"/><Relationship Id="rId6435" Type="http://schemas.openxmlformats.org/officeDocument/2006/relationships/oleObject" Target="embeddings/oleObject3192.bin"/><Relationship Id="rId1994" Type="http://schemas.openxmlformats.org/officeDocument/2006/relationships/image" Target="media/image1004.wmf"/><Relationship Id="rId5451" Type="http://schemas.openxmlformats.org/officeDocument/2006/relationships/oleObject" Target="embeddings/oleObject2704.bin"/><Relationship Id="rId1647" Type="http://schemas.openxmlformats.org/officeDocument/2006/relationships/image" Target="media/image826.wmf"/><Relationship Id="rId4053" Type="http://schemas.openxmlformats.org/officeDocument/2006/relationships/image" Target="media/image2042.wmf"/><Relationship Id="rId5104" Type="http://schemas.openxmlformats.org/officeDocument/2006/relationships/oleObject" Target="embeddings/oleObject2531.bin"/><Relationship Id="rId1714" Type="http://schemas.openxmlformats.org/officeDocument/2006/relationships/oleObject" Target="embeddings/oleObject851.bin"/><Relationship Id="rId4120" Type="http://schemas.openxmlformats.org/officeDocument/2006/relationships/oleObject" Target="embeddings/oleObject2041.bin"/><Relationship Id="rId6292" Type="http://schemas.openxmlformats.org/officeDocument/2006/relationships/oleObject" Target="embeddings/oleObject3121.bin"/><Relationship Id="rId2488" Type="http://schemas.openxmlformats.org/officeDocument/2006/relationships/oleObject" Target="embeddings/oleObject1229.bin"/><Relationship Id="rId3886" Type="http://schemas.openxmlformats.org/officeDocument/2006/relationships/image" Target="media/image1958.wmf"/><Relationship Id="rId4937" Type="http://schemas.openxmlformats.org/officeDocument/2006/relationships/image" Target="media/image2486.wmf"/><Relationship Id="rId3539" Type="http://schemas.openxmlformats.org/officeDocument/2006/relationships/oleObject" Target="embeddings/oleObject1753.bin"/><Relationship Id="rId3953" Type="http://schemas.openxmlformats.org/officeDocument/2006/relationships/image" Target="media/image1992.wmf"/><Relationship Id="rId6012" Type="http://schemas.openxmlformats.org/officeDocument/2006/relationships/image" Target="media/image3025.wmf"/><Relationship Id="rId874" Type="http://schemas.openxmlformats.org/officeDocument/2006/relationships/image" Target="media/image439.wmf"/><Relationship Id="rId2555" Type="http://schemas.openxmlformats.org/officeDocument/2006/relationships/image" Target="media/image1289.wmf"/><Relationship Id="rId3606" Type="http://schemas.openxmlformats.org/officeDocument/2006/relationships/image" Target="media/image1816.wmf"/><Relationship Id="rId527" Type="http://schemas.openxmlformats.org/officeDocument/2006/relationships/image" Target="media/image265.wmf"/><Relationship Id="rId941" Type="http://schemas.openxmlformats.org/officeDocument/2006/relationships/oleObject" Target="embeddings/oleObject465.bin"/><Relationship Id="rId1157" Type="http://schemas.openxmlformats.org/officeDocument/2006/relationships/oleObject" Target="embeddings/oleObject573.bin"/><Relationship Id="rId1571" Type="http://schemas.openxmlformats.org/officeDocument/2006/relationships/image" Target="media/image788.wmf"/><Relationship Id="rId2208" Type="http://schemas.openxmlformats.org/officeDocument/2006/relationships/oleObject" Target="embeddings/oleObject1093.bin"/><Relationship Id="rId2622" Type="http://schemas.openxmlformats.org/officeDocument/2006/relationships/image" Target="media/image1323.wmf"/><Relationship Id="rId5778" Type="http://schemas.openxmlformats.org/officeDocument/2006/relationships/oleObject" Target="embeddings/oleObject2867.bin"/><Relationship Id="rId1224" Type="http://schemas.openxmlformats.org/officeDocument/2006/relationships/image" Target="media/image614.wmf"/><Relationship Id="rId4794" Type="http://schemas.openxmlformats.org/officeDocument/2006/relationships/image" Target="media/image2414.wmf"/><Relationship Id="rId5845" Type="http://schemas.openxmlformats.org/officeDocument/2006/relationships/image" Target="media/image2941.wmf"/><Relationship Id="rId3396" Type="http://schemas.openxmlformats.org/officeDocument/2006/relationships/image" Target="media/image1711.wmf"/><Relationship Id="rId4447" Type="http://schemas.openxmlformats.org/officeDocument/2006/relationships/oleObject" Target="embeddings/oleObject2204.bin"/><Relationship Id="rId3049" Type="http://schemas.openxmlformats.org/officeDocument/2006/relationships/oleObject" Target="embeddings/oleObject1509.bin"/><Relationship Id="rId3463" Type="http://schemas.openxmlformats.org/officeDocument/2006/relationships/oleObject" Target="embeddings/oleObject1715.bin"/><Relationship Id="rId4861" Type="http://schemas.openxmlformats.org/officeDocument/2006/relationships/oleObject" Target="embeddings/oleObject2410.bin"/><Relationship Id="rId5912" Type="http://schemas.openxmlformats.org/officeDocument/2006/relationships/oleObject" Target="embeddings/oleObject2934.bin"/><Relationship Id="rId384" Type="http://schemas.openxmlformats.org/officeDocument/2006/relationships/image" Target="media/image193.wmf"/><Relationship Id="rId2065" Type="http://schemas.openxmlformats.org/officeDocument/2006/relationships/image" Target="media/image1040.wmf"/><Relationship Id="rId3116" Type="http://schemas.openxmlformats.org/officeDocument/2006/relationships/oleObject" Target="embeddings/oleObject1542.bin"/><Relationship Id="rId4514" Type="http://schemas.openxmlformats.org/officeDocument/2006/relationships/oleObject" Target="embeddings/oleObject2237.bin"/><Relationship Id="rId1081" Type="http://schemas.openxmlformats.org/officeDocument/2006/relationships/oleObject" Target="embeddings/oleObject535.bin"/><Relationship Id="rId3530" Type="http://schemas.openxmlformats.org/officeDocument/2006/relationships/image" Target="media/image1778.wmf"/><Relationship Id="rId451" Type="http://schemas.openxmlformats.org/officeDocument/2006/relationships/image" Target="media/image227.wmf"/><Relationship Id="rId2132" Type="http://schemas.openxmlformats.org/officeDocument/2006/relationships/oleObject" Target="embeddings/oleObject1055.bin"/><Relationship Id="rId5288" Type="http://schemas.openxmlformats.org/officeDocument/2006/relationships/image" Target="media/image2662.wmf"/><Relationship Id="rId6339" Type="http://schemas.openxmlformats.org/officeDocument/2006/relationships/image" Target="media/image3191.wmf"/><Relationship Id="rId104" Type="http://schemas.openxmlformats.org/officeDocument/2006/relationships/image" Target="media/image53.wmf"/><Relationship Id="rId1898" Type="http://schemas.openxmlformats.org/officeDocument/2006/relationships/image" Target="media/image952.wmf"/><Relationship Id="rId2949" Type="http://schemas.openxmlformats.org/officeDocument/2006/relationships/oleObject" Target="embeddings/oleObject1459.bin"/><Relationship Id="rId5355" Type="http://schemas.openxmlformats.org/officeDocument/2006/relationships/oleObject" Target="embeddings/oleObject2656.bin"/><Relationship Id="rId6406" Type="http://schemas.openxmlformats.org/officeDocument/2006/relationships/oleObject" Target="embeddings/oleObject3178.bin"/><Relationship Id="rId4371" Type="http://schemas.openxmlformats.org/officeDocument/2006/relationships/oleObject" Target="embeddings/oleObject2166.bin"/><Relationship Id="rId5008" Type="http://schemas.openxmlformats.org/officeDocument/2006/relationships/oleObject" Target="embeddings/oleObject2483.bin"/><Relationship Id="rId5422" Type="http://schemas.openxmlformats.org/officeDocument/2006/relationships/image" Target="media/image2729.wmf"/><Relationship Id="rId1965" Type="http://schemas.openxmlformats.org/officeDocument/2006/relationships/oleObject" Target="embeddings/oleObject974.bin"/><Relationship Id="rId4024" Type="http://schemas.openxmlformats.org/officeDocument/2006/relationships/oleObject" Target="embeddings/oleObject1993.bin"/><Relationship Id="rId1618" Type="http://schemas.openxmlformats.org/officeDocument/2006/relationships/oleObject" Target="embeddings/oleObject803.bin"/><Relationship Id="rId3040" Type="http://schemas.openxmlformats.org/officeDocument/2006/relationships/image" Target="media/image1532.wmf"/><Relationship Id="rId6196" Type="http://schemas.openxmlformats.org/officeDocument/2006/relationships/oleObject" Target="embeddings/oleObject3073.bin"/><Relationship Id="rId3857" Type="http://schemas.openxmlformats.org/officeDocument/2006/relationships/oleObject" Target="embeddings/oleObject1910.bin"/><Relationship Id="rId4908" Type="http://schemas.openxmlformats.org/officeDocument/2006/relationships/oleObject" Target="embeddings/oleObject2433.bin"/><Relationship Id="rId6263" Type="http://schemas.openxmlformats.org/officeDocument/2006/relationships/image" Target="media/image3153.wmf"/><Relationship Id="rId778" Type="http://schemas.openxmlformats.org/officeDocument/2006/relationships/image" Target="media/image391.wmf"/><Relationship Id="rId2459" Type="http://schemas.openxmlformats.org/officeDocument/2006/relationships/image" Target="media/image1241.wmf"/><Relationship Id="rId2873" Type="http://schemas.openxmlformats.org/officeDocument/2006/relationships/oleObject" Target="embeddings/oleObject1421.bin"/><Relationship Id="rId3924" Type="http://schemas.openxmlformats.org/officeDocument/2006/relationships/image" Target="media/image1977.wmf"/><Relationship Id="rId6330" Type="http://schemas.openxmlformats.org/officeDocument/2006/relationships/oleObject" Target="embeddings/oleObject3140.bin"/><Relationship Id="rId845" Type="http://schemas.openxmlformats.org/officeDocument/2006/relationships/oleObject" Target="embeddings/oleObject417.bin"/><Relationship Id="rId1475" Type="http://schemas.openxmlformats.org/officeDocument/2006/relationships/image" Target="media/image740.wmf"/><Relationship Id="rId2526" Type="http://schemas.openxmlformats.org/officeDocument/2006/relationships/oleObject" Target="embeddings/oleObject1248.bin"/><Relationship Id="rId1128" Type="http://schemas.openxmlformats.org/officeDocument/2006/relationships/image" Target="media/image566.wmf"/><Relationship Id="rId1542" Type="http://schemas.openxmlformats.org/officeDocument/2006/relationships/oleObject" Target="embeddings/oleObject765.bin"/><Relationship Id="rId2940" Type="http://schemas.openxmlformats.org/officeDocument/2006/relationships/image" Target="media/image1482.wmf"/><Relationship Id="rId4698" Type="http://schemas.openxmlformats.org/officeDocument/2006/relationships/image" Target="media/image2366.wmf"/><Relationship Id="rId5749" Type="http://schemas.openxmlformats.org/officeDocument/2006/relationships/image" Target="media/image2893.wmf"/><Relationship Id="rId912" Type="http://schemas.openxmlformats.org/officeDocument/2006/relationships/image" Target="media/image458.wmf"/><Relationship Id="rId4765" Type="http://schemas.openxmlformats.org/officeDocument/2006/relationships/oleObject" Target="embeddings/oleObject2362.bin"/><Relationship Id="rId5816" Type="http://schemas.openxmlformats.org/officeDocument/2006/relationships/oleObject" Target="embeddings/oleObject2886.bin"/><Relationship Id="rId288" Type="http://schemas.openxmlformats.org/officeDocument/2006/relationships/image" Target="media/image145.wmf"/><Relationship Id="rId3367" Type="http://schemas.openxmlformats.org/officeDocument/2006/relationships/oleObject" Target="embeddings/oleObject1667.bin"/><Relationship Id="rId3781" Type="http://schemas.openxmlformats.org/officeDocument/2006/relationships/oleObject" Target="embeddings/oleObject1872.bin"/><Relationship Id="rId4418" Type="http://schemas.openxmlformats.org/officeDocument/2006/relationships/image" Target="media/image2225.wmf"/><Relationship Id="rId4832" Type="http://schemas.openxmlformats.org/officeDocument/2006/relationships/image" Target="media/image2433.wmf"/><Relationship Id="rId2383" Type="http://schemas.openxmlformats.org/officeDocument/2006/relationships/image" Target="media/image1202.wmf"/><Relationship Id="rId3434" Type="http://schemas.openxmlformats.org/officeDocument/2006/relationships/image" Target="media/image1730.wmf"/><Relationship Id="rId355" Type="http://schemas.openxmlformats.org/officeDocument/2006/relationships/oleObject" Target="embeddings/oleObject173.bin"/><Relationship Id="rId2036" Type="http://schemas.openxmlformats.org/officeDocument/2006/relationships/image" Target="media/image1025.wmf"/><Relationship Id="rId2450" Type="http://schemas.openxmlformats.org/officeDocument/2006/relationships/oleObject" Target="embeddings/oleObject1210.bin"/><Relationship Id="rId3501" Type="http://schemas.openxmlformats.org/officeDocument/2006/relationships/oleObject" Target="embeddings/oleObject1734.bin"/><Relationship Id="rId422" Type="http://schemas.openxmlformats.org/officeDocument/2006/relationships/image" Target="media/image212.png"/><Relationship Id="rId1052" Type="http://schemas.openxmlformats.org/officeDocument/2006/relationships/image" Target="media/image528.wmf"/><Relationship Id="rId2103" Type="http://schemas.openxmlformats.org/officeDocument/2006/relationships/image" Target="media/image1059.wmf"/><Relationship Id="rId5259" Type="http://schemas.openxmlformats.org/officeDocument/2006/relationships/image" Target="media/image2647.wmf"/><Relationship Id="rId5673" Type="http://schemas.openxmlformats.org/officeDocument/2006/relationships/oleObject" Target="embeddings/oleObject2815.bin"/><Relationship Id="rId4275" Type="http://schemas.openxmlformats.org/officeDocument/2006/relationships/image" Target="media/image2153.png"/><Relationship Id="rId5326" Type="http://schemas.openxmlformats.org/officeDocument/2006/relationships/image" Target="media/image2681.wmf"/><Relationship Id="rId1869" Type="http://schemas.openxmlformats.org/officeDocument/2006/relationships/oleObject" Target="embeddings/oleObject928.bin"/><Relationship Id="rId3291" Type="http://schemas.openxmlformats.org/officeDocument/2006/relationships/image" Target="media/image1658.wmf"/><Relationship Id="rId5740" Type="http://schemas.openxmlformats.org/officeDocument/2006/relationships/oleObject" Target="embeddings/oleObject2848.bin"/><Relationship Id="rId1936" Type="http://schemas.openxmlformats.org/officeDocument/2006/relationships/image" Target="media/image973.wmf"/><Relationship Id="rId4342" Type="http://schemas.openxmlformats.org/officeDocument/2006/relationships/image" Target="media/image2187.wmf"/><Relationship Id="rId3011" Type="http://schemas.openxmlformats.org/officeDocument/2006/relationships/oleObject" Target="embeddings/oleObject1490.bin"/><Relationship Id="rId6167" Type="http://schemas.openxmlformats.org/officeDocument/2006/relationships/image" Target="media/image3105.wmf"/><Relationship Id="rId2777" Type="http://schemas.openxmlformats.org/officeDocument/2006/relationships/oleObject" Target="embeddings/oleObject1373.bin"/><Relationship Id="rId5183" Type="http://schemas.openxmlformats.org/officeDocument/2006/relationships/image" Target="media/image2609.wmf"/><Relationship Id="rId6234" Type="http://schemas.openxmlformats.org/officeDocument/2006/relationships/oleObject" Target="embeddings/oleObject3092.bin"/><Relationship Id="rId749" Type="http://schemas.openxmlformats.org/officeDocument/2006/relationships/oleObject" Target="embeddings/oleObject369.bin"/><Relationship Id="rId1379" Type="http://schemas.openxmlformats.org/officeDocument/2006/relationships/oleObject" Target="embeddings/oleObject684.bin"/><Relationship Id="rId3828" Type="http://schemas.openxmlformats.org/officeDocument/2006/relationships/image" Target="media/image1929.wmf"/><Relationship Id="rId5250" Type="http://schemas.openxmlformats.org/officeDocument/2006/relationships/oleObject" Target="embeddings/oleObject2604.bin"/><Relationship Id="rId6301" Type="http://schemas.openxmlformats.org/officeDocument/2006/relationships/image" Target="media/image3172.wmf"/><Relationship Id="rId1793" Type="http://schemas.openxmlformats.org/officeDocument/2006/relationships/image" Target="media/image899.wmf"/><Relationship Id="rId2844" Type="http://schemas.openxmlformats.org/officeDocument/2006/relationships/image" Target="media/image1434.wmf"/><Relationship Id="rId85" Type="http://schemas.openxmlformats.org/officeDocument/2006/relationships/oleObject" Target="embeddings/oleObject38.bin"/><Relationship Id="rId816" Type="http://schemas.openxmlformats.org/officeDocument/2006/relationships/image" Target="media/image410.wmf"/><Relationship Id="rId1446" Type="http://schemas.openxmlformats.org/officeDocument/2006/relationships/oleObject" Target="embeddings/oleObject717.bin"/><Relationship Id="rId1860" Type="http://schemas.openxmlformats.org/officeDocument/2006/relationships/image" Target="media/image933.wmf"/><Relationship Id="rId2911" Type="http://schemas.openxmlformats.org/officeDocument/2006/relationships/oleObject" Target="embeddings/oleObject1440.bin"/><Relationship Id="rId1513" Type="http://schemas.openxmlformats.org/officeDocument/2006/relationships/image" Target="media/image759.wmf"/><Relationship Id="rId4669" Type="http://schemas.openxmlformats.org/officeDocument/2006/relationships/oleObject" Target="embeddings/oleObject2314.bin"/><Relationship Id="rId3685" Type="http://schemas.openxmlformats.org/officeDocument/2006/relationships/image" Target="media/image1856.wmf"/><Relationship Id="rId4736" Type="http://schemas.openxmlformats.org/officeDocument/2006/relationships/image" Target="media/image2385.wmf"/><Relationship Id="rId6091" Type="http://schemas.openxmlformats.org/officeDocument/2006/relationships/image" Target="media/image3065.wmf"/><Relationship Id="rId2287" Type="http://schemas.openxmlformats.org/officeDocument/2006/relationships/image" Target="media/image1153.wmf"/><Relationship Id="rId3338" Type="http://schemas.openxmlformats.org/officeDocument/2006/relationships/oleObject" Target="embeddings/oleObject1653.bin"/><Relationship Id="rId3752" Type="http://schemas.openxmlformats.org/officeDocument/2006/relationships/image" Target="media/image1891.wmf"/><Relationship Id="rId259" Type="http://schemas.openxmlformats.org/officeDocument/2006/relationships/oleObject" Target="embeddings/oleObject125.bin"/><Relationship Id="rId673" Type="http://schemas.openxmlformats.org/officeDocument/2006/relationships/oleObject" Target="embeddings/oleObject331.bin"/><Relationship Id="rId2354" Type="http://schemas.openxmlformats.org/officeDocument/2006/relationships/oleObject" Target="embeddings/oleObject1163.bin"/><Relationship Id="rId3405" Type="http://schemas.openxmlformats.org/officeDocument/2006/relationships/oleObject" Target="embeddings/oleObject1686.bin"/><Relationship Id="rId4803" Type="http://schemas.openxmlformats.org/officeDocument/2006/relationships/oleObject" Target="embeddings/oleObject2381.bin"/><Relationship Id="rId326" Type="http://schemas.openxmlformats.org/officeDocument/2006/relationships/image" Target="media/image164.wmf"/><Relationship Id="rId1370" Type="http://schemas.openxmlformats.org/officeDocument/2006/relationships/image" Target="media/image687.wmf"/><Relationship Id="rId2007" Type="http://schemas.openxmlformats.org/officeDocument/2006/relationships/oleObject" Target="embeddings/oleObject993.bin"/><Relationship Id="rId740" Type="http://schemas.openxmlformats.org/officeDocument/2006/relationships/image" Target="media/image372.wmf"/><Relationship Id="rId1023" Type="http://schemas.openxmlformats.org/officeDocument/2006/relationships/oleObject" Target="embeddings/oleObject506.bin"/><Relationship Id="rId2421" Type="http://schemas.openxmlformats.org/officeDocument/2006/relationships/image" Target="media/image1222.wmf"/><Relationship Id="rId4179" Type="http://schemas.openxmlformats.org/officeDocument/2006/relationships/image" Target="media/image2105.wmf"/><Relationship Id="rId5577" Type="http://schemas.openxmlformats.org/officeDocument/2006/relationships/oleObject" Target="embeddings/oleObject2767.bin"/><Relationship Id="rId5991" Type="http://schemas.openxmlformats.org/officeDocument/2006/relationships/oleObject" Target="embeddings/oleObject2973.bin"/><Relationship Id="rId4593" Type="http://schemas.openxmlformats.org/officeDocument/2006/relationships/oleObject" Target="embeddings/oleObject2276.bin"/><Relationship Id="rId5644" Type="http://schemas.openxmlformats.org/officeDocument/2006/relationships/image" Target="media/image2840.wmf"/><Relationship Id="rId3195" Type="http://schemas.openxmlformats.org/officeDocument/2006/relationships/image" Target="media/image1610.wmf"/><Relationship Id="rId4246" Type="http://schemas.openxmlformats.org/officeDocument/2006/relationships/oleObject" Target="embeddings/oleObject2104.bin"/><Relationship Id="rId4660" Type="http://schemas.openxmlformats.org/officeDocument/2006/relationships/image" Target="media/image2347.wmf"/><Relationship Id="rId5711" Type="http://schemas.openxmlformats.org/officeDocument/2006/relationships/image" Target="media/image2874.wmf"/><Relationship Id="rId3262" Type="http://schemas.openxmlformats.org/officeDocument/2006/relationships/oleObject" Target="embeddings/oleObject1615.bin"/><Relationship Id="rId4313" Type="http://schemas.openxmlformats.org/officeDocument/2006/relationships/oleObject" Target="embeddings/oleObject2137.bin"/><Relationship Id="rId183" Type="http://schemas.openxmlformats.org/officeDocument/2006/relationships/oleObject" Target="embeddings/oleObject87.bin"/><Relationship Id="rId1907" Type="http://schemas.openxmlformats.org/officeDocument/2006/relationships/oleObject" Target="embeddings/oleObject947.bin"/><Relationship Id="rId250" Type="http://schemas.openxmlformats.org/officeDocument/2006/relationships/image" Target="media/image126.wmf"/><Relationship Id="rId5087" Type="http://schemas.openxmlformats.org/officeDocument/2006/relationships/image" Target="media/image2561.wmf"/><Relationship Id="rId6138" Type="http://schemas.openxmlformats.org/officeDocument/2006/relationships/oleObject" Target="embeddings/oleObject3044.bin"/><Relationship Id="rId5154" Type="http://schemas.openxmlformats.org/officeDocument/2006/relationships/oleObject" Target="embeddings/oleObject2556.bin"/><Relationship Id="rId1697" Type="http://schemas.openxmlformats.org/officeDocument/2006/relationships/image" Target="media/image851.wmf"/><Relationship Id="rId2748" Type="http://schemas.openxmlformats.org/officeDocument/2006/relationships/image" Target="media/image1386.wmf"/><Relationship Id="rId6205" Type="http://schemas.openxmlformats.org/officeDocument/2006/relationships/image" Target="media/image3124.wmf"/><Relationship Id="rId1764" Type="http://schemas.openxmlformats.org/officeDocument/2006/relationships/oleObject" Target="embeddings/oleObject876.bin"/><Relationship Id="rId2815" Type="http://schemas.openxmlformats.org/officeDocument/2006/relationships/oleObject" Target="embeddings/oleObject1392.bin"/><Relationship Id="rId4170" Type="http://schemas.openxmlformats.org/officeDocument/2006/relationships/oleObject" Target="embeddings/oleObject2066.bin"/><Relationship Id="rId5221" Type="http://schemas.openxmlformats.org/officeDocument/2006/relationships/image" Target="media/image2628.wmf"/><Relationship Id="rId56" Type="http://schemas.openxmlformats.org/officeDocument/2006/relationships/image" Target="media/image29.wmf"/><Relationship Id="rId1417" Type="http://schemas.openxmlformats.org/officeDocument/2006/relationships/oleObject" Target="embeddings/oleObject703.bin"/><Relationship Id="rId1831" Type="http://schemas.openxmlformats.org/officeDocument/2006/relationships/oleObject" Target="embeddings/oleObject909.bin"/><Relationship Id="rId4987" Type="http://schemas.openxmlformats.org/officeDocument/2006/relationships/image" Target="media/image2511.wmf"/><Relationship Id="rId3589" Type="http://schemas.openxmlformats.org/officeDocument/2006/relationships/oleObject" Target="embeddings/oleObject1778.bin"/><Relationship Id="rId6062" Type="http://schemas.openxmlformats.org/officeDocument/2006/relationships/oleObject" Target="embeddings/oleObject3008.bin"/><Relationship Id="rId577" Type="http://schemas.openxmlformats.org/officeDocument/2006/relationships/image" Target="media/image290.wmf"/><Relationship Id="rId2258" Type="http://schemas.openxmlformats.org/officeDocument/2006/relationships/oleObject" Target="embeddings/oleObject1118.bin"/><Relationship Id="rId3656" Type="http://schemas.openxmlformats.org/officeDocument/2006/relationships/oleObject" Target="embeddings/oleObject1811.bin"/><Relationship Id="rId4707" Type="http://schemas.openxmlformats.org/officeDocument/2006/relationships/oleObject" Target="embeddings/oleObject2333.bin"/><Relationship Id="rId991" Type="http://schemas.openxmlformats.org/officeDocument/2006/relationships/oleObject" Target="embeddings/oleObject490.bin"/><Relationship Id="rId2672" Type="http://schemas.openxmlformats.org/officeDocument/2006/relationships/image" Target="media/image1348.wmf"/><Relationship Id="rId3309" Type="http://schemas.openxmlformats.org/officeDocument/2006/relationships/image" Target="media/image1667.wmf"/><Relationship Id="rId3723" Type="http://schemas.openxmlformats.org/officeDocument/2006/relationships/oleObject" Target="embeddings/oleObject1844.bin"/><Relationship Id="rId644" Type="http://schemas.openxmlformats.org/officeDocument/2006/relationships/image" Target="media/image324.wmf"/><Relationship Id="rId1274" Type="http://schemas.openxmlformats.org/officeDocument/2006/relationships/image" Target="media/image639.wmf"/><Relationship Id="rId2325" Type="http://schemas.openxmlformats.org/officeDocument/2006/relationships/oleObject" Target="embeddings/oleObject1149.bin"/><Relationship Id="rId5895" Type="http://schemas.openxmlformats.org/officeDocument/2006/relationships/image" Target="media/image2966.wmf"/><Relationship Id="rId711" Type="http://schemas.openxmlformats.org/officeDocument/2006/relationships/oleObject" Target="embeddings/oleObject350.bin"/><Relationship Id="rId1341" Type="http://schemas.openxmlformats.org/officeDocument/2006/relationships/oleObject" Target="embeddings/oleObject665.bin"/><Relationship Id="rId4497" Type="http://schemas.openxmlformats.org/officeDocument/2006/relationships/oleObject" Target="embeddings/oleObject2229.bin"/><Relationship Id="rId5548" Type="http://schemas.openxmlformats.org/officeDocument/2006/relationships/image" Target="media/image2792.wmf"/><Relationship Id="rId5962" Type="http://schemas.openxmlformats.org/officeDocument/2006/relationships/image" Target="media/image3000.wmf"/><Relationship Id="rId3099" Type="http://schemas.openxmlformats.org/officeDocument/2006/relationships/oleObject" Target="embeddings/oleObject1534.bin"/><Relationship Id="rId4564" Type="http://schemas.openxmlformats.org/officeDocument/2006/relationships/oleObject" Target="embeddings/oleObject2262.bin"/><Relationship Id="rId5615" Type="http://schemas.openxmlformats.org/officeDocument/2006/relationships/oleObject" Target="embeddings/oleObject2786.bin"/><Relationship Id="rId3166" Type="http://schemas.openxmlformats.org/officeDocument/2006/relationships/oleObject" Target="embeddings/oleObject1567.bin"/><Relationship Id="rId3580" Type="http://schemas.openxmlformats.org/officeDocument/2006/relationships/image" Target="media/image1803.wmf"/><Relationship Id="rId4217" Type="http://schemas.openxmlformats.org/officeDocument/2006/relationships/image" Target="media/image2124.wmf"/><Relationship Id="rId2182" Type="http://schemas.openxmlformats.org/officeDocument/2006/relationships/oleObject" Target="embeddings/oleObject1080.bin"/><Relationship Id="rId3233" Type="http://schemas.openxmlformats.org/officeDocument/2006/relationships/image" Target="media/image1629.wmf"/><Relationship Id="rId4631" Type="http://schemas.openxmlformats.org/officeDocument/2006/relationships/oleObject" Target="embeddings/oleObject2295.bin"/><Relationship Id="rId6389" Type="http://schemas.openxmlformats.org/officeDocument/2006/relationships/image" Target="media/image3216.wmf"/><Relationship Id="rId154" Type="http://schemas.openxmlformats.org/officeDocument/2006/relationships/image" Target="media/image78.wmf"/><Relationship Id="rId2999" Type="http://schemas.openxmlformats.org/officeDocument/2006/relationships/oleObject" Target="embeddings/oleObject1484.bin"/><Relationship Id="rId3300" Type="http://schemas.openxmlformats.org/officeDocument/2006/relationships/oleObject" Target="embeddings/oleObject1634.bin"/><Relationship Id="rId221" Type="http://schemas.openxmlformats.org/officeDocument/2006/relationships/oleObject" Target="embeddings/oleObject106.bin"/><Relationship Id="rId5058" Type="http://schemas.openxmlformats.org/officeDocument/2006/relationships/oleObject" Target="embeddings/oleObject2508.bin"/><Relationship Id="rId5472" Type="http://schemas.openxmlformats.org/officeDocument/2006/relationships/image" Target="media/image2754.wmf"/><Relationship Id="rId6109" Type="http://schemas.openxmlformats.org/officeDocument/2006/relationships/image" Target="media/image3074.wmf"/><Relationship Id="rId1668" Type="http://schemas.openxmlformats.org/officeDocument/2006/relationships/oleObject" Target="embeddings/oleObject828.bin"/><Relationship Id="rId2719" Type="http://schemas.openxmlformats.org/officeDocument/2006/relationships/oleObject" Target="embeddings/oleObject1344.bin"/><Relationship Id="rId4074" Type="http://schemas.openxmlformats.org/officeDocument/2006/relationships/oleObject" Target="embeddings/oleObject2018.bin"/><Relationship Id="rId5125" Type="http://schemas.openxmlformats.org/officeDocument/2006/relationships/image" Target="media/image2580.wmf"/><Relationship Id="rId3090" Type="http://schemas.openxmlformats.org/officeDocument/2006/relationships/image" Target="media/image1557.wmf"/><Relationship Id="rId4141" Type="http://schemas.openxmlformats.org/officeDocument/2006/relationships/image" Target="media/image2086.wmf"/><Relationship Id="rId1735" Type="http://schemas.openxmlformats.org/officeDocument/2006/relationships/image" Target="media/image870.wmf"/><Relationship Id="rId27" Type="http://schemas.openxmlformats.org/officeDocument/2006/relationships/image" Target="media/image12.png"/><Relationship Id="rId1802" Type="http://schemas.openxmlformats.org/officeDocument/2006/relationships/oleObject" Target="embeddings/oleObject895.bin"/><Relationship Id="rId4958" Type="http://schemas.openxmlformats.org/officeDocument/2006/relationships/oleObject" Target="embeddings/oleObject2458.bin"/><Relationship Id="rId3974" Type="http://schemas.openxmlformats.org/officeDocument/2006/relationships/oleObject" Target="embeddings/oleObject1968.bin"/><Relationship Id="rId6380" Type="http://schemas.openxmlformats.org/officeDocument/2006/relationships/oleObject" Target="embeddings/oleObject3165.bin"/><Relationship Id="rId895" Type="http://schemas.openxmlformats.org/officeDocument/2006/relationships/oleObject" Target="embeddings/oleObject442.bin"/><Relationship Id="rId2576" Type="http://schemas.openxmlformats.org/officeDocument/2006/relationships/oleObject" Target="embeddings/oleObject1273.bin"/><Relationship Id="rId2990" Type="http://schemas.openxmlformats.org/officeDocument/2006/relationships/image" Target="media/image1507.wmf"/><Relationship Id="rId3627" Type="http://schemas.openxmlformats.org/officeDocument/2006/relationships/image" Target="media/image1827.wmf"/><Relationship Id="rId6033" Type="http://schemas.openxmlformats.org/officeDocument/2006/relationships/oleObject" Target="embeddings/oleObject2994.bin"/><Relationship Id="rId548" Type="http://schemas.openxmlformats.org/officeDocument/2006/relationships/oleObject" Target="embeddings/oleObject269.bin"/><Relationship Id="rId962" Type="http://schemas.openxmlformats.org/officeDocument/2006/relationships/image" Target="media/image483.wmf"/><Relationship Id="rId1178" Type="http://schemas.openxmlformats.org/officeDocument/2006/relationships/image" Target="media/image591.wmf"/><Relationship Id="rId1592" Type="http://schemas.openxmlformats.org/officeDocument/2006/relationships/oleObject" Target="embeddings/oleObject790.bin"/><Relationship Id="rId2229" Type="http://schemas.openxmlformats.org/officeDocument/2006/relationships/image" Target="media/image1122.wmf"/><Relationship Id="rId2643" Type="http://schemas.openxmlformats.org/officeDocument/2006/relationships/oleObject" Target="embeddings/oleObject1306.bin"/><Relationship Id="rId5799" Type="http://schemas.openxmlformats.org/officeDocument/2006/relationships/image" Target="media/image2918.wmf"/><Relationship Id="rId6100" Type="http://schemas.openxmlformats.org/officeDocument/2006/relationships/oleObject" Target="embeddings/oleObject3027.bin"/><Relationship Id="rId615" Type="http://schemas.openxmlformats.org/officeDocument/2006/relationships/oleObject" Target="embeddings/oleObject302.bin"/><Relationship Id="rId1245" Type="http://schemas.openxmlformats.org/officeDocument/2006/relationships/oleObject" Target="embeddings/oleObject617.bin"/><Relationship Id="rId1312" Type="http://schemas.openxmlformats.org/officeDocument/2006/relationships/image" Target="media/image658.wmf"/><Relationship Id="rId2710" Type="http://schemas.openxmlformats.org/officeDocument/2006/relationships/image" Target="media/image1367.wmf"/><Relationship Id="rId4468" Type="http://schemas.openxmlformats.org/officeDocument/2006/relationships/image" Target="media/image2250.wmf"/><Relationship Id="rId5866" Type="http://schemas.openxmlformats.org/officeDocument/2006/relationships/oleObject" Target="embeddings/oleObject2911.bin"/><Relationship Id="rId4882" Type="http://schemas.openxmlformats.org/officeDocument/2006/relationships/image" Target="media/image2458.wmf"/><Relationship Id="rId5519" Type="http://schemas.openxmlformats.org/officeDocument/2006/relationships/oleObject" Target="embeddings/oleObject2738.bin"/><Relationship Id="rId5933" Type="http://schemas.openxmlformats.org/officeDocument/2006/relationships/oleObject" Target="embeddings/oleObject2944.bin"/><Relationship Id="rId2086" Type="http://schemas.openxmlformats.org/officeDocument/2006/relationships/oleObject" Target="embeddings/oleObject1032.bin"/><Relationship Id="rId3484" Type="http://schemas.openxmlformats.org/officeDocument/2006/relationships/image" Target="media/image1755.wmf"/><Relationship Id="rId4535" Type="http://schemas.openxmlformats.org/officeDocument/2006/relationships/image" Target="media/image2284.wmf"/><Relationship Id="rId3137" Type="http://schemas.openxmlformats.org/officeDocument/2006/relationships/image" Target="media/image1581.wmf"/><Relationship Id="rId3551" Type="http://schemas.openxmlformats.org/officeDocument/2006/relationships/oleObject" Target="embeddings/oleObject1759.bin"/><Relationship Id="rId4602" Type="http://schemas.openxmlformats.org/officeDocument/2006/relationships/image" Target="media/image2318.wmf"/><Relationship Id="rId472" Type="http://schemas.openxmlformats.org/officeDocument/2006/relationships/oleObject" Target="embeddings/oleObject231.bin"/><Relationship Id="rId2153" Type="http://schemas.openxmlformats.org/officeDocument/2006/relationships/image" Target="media/image1084.wmf"/><Relationship Id="rId3204" Type="http://schemas.openxmlformats.org/officeDocument/2006/relationships/oleObject" Target="embeddings/oleObject1586.bin"/><Relationship Id="rId125" Type="http://schemas.openxmlformats.org/officeDocument/2006/relationships/oleObject" Target="embeddings/oleObject58.bin"/><Relationship Id="rId2220" Type="http://schemas.openxmlformats.org/officeDocument/2006/relationships/oleObject" Target="embeddings/oleObject1099.bin"/><Relationship Id="rId5376" Type="http://schemas.openxmlformats.org/officeDocument/2006/relationships/image" Target="media/image2706.wmf"/><Relationship Id="rId5790" Type="http://schemas.openxmlformats.org/officeDocument/2006/relationships/oleObject" Target="embeddings/oleObject2873.bin"/><Relationship Id="rId6427" Type="http://schemas.openxmlformats.org/officeDocument/2006/relationships/oleObject" Target="embeddings/oleObject3188.bin"/><Relationship Id="rId4392" Type="http://schemas.openxmlformats.org/officeDocument/2006/relationships/image" Target="media/image2212.wmf"/><Relationship Id="rId5029" Type="http://schemas.openxmlformats.org/officeDocument/2006/relationships/image" Target="media/image2532.wmf"/><Relationship Id="rId5443" Type="http://schemas.openxmlformats.org/officeDocument/2006/relationships/oleObject" Target="embeddings/oleObject2700.bin"/><Relationship Id="rId1986" Type="http://schemas.openxmlformats.org/officeDocument/2006/relationships/image" Target="media/image999.png"/><Relationship Id="rId4045" Type="http://schemas.openxmlformats.org/officeDocument/2006/relationships/image" Target="media/image2038.wmf"/><Relationship Id="rId1639" Type="http://schemas.openxmlformats.org/officeDocument/2006/relationships/image" Target="media/image822.wmf"/><Relationship Id="rId3061" Type="http://schemas.openxmlformats.org/officeDocument/2006/relationships/oleObject" Target="embeddings/oleObject1515.bin"/><Relationship Id="rId5510" Type="http://schemas.openxmlformats.org/officeDocument/2006/relationships/image" Target="media/image2773.wmf"/><Relationship Id="rId1706" Type="http://schemas.openxmlformats.org/officeDocument/2006/relationships/oleObject" Target="embeddings/oleObject847.bin"/><Relationship Id="rId4112" Type="http://schemas.openxmlformats.org/officeDocument/2006/relationships/oleObject" Target="embeddings/oleObject2037.bin"/><Relationship Id="rId3878" Type="http://schemas.openxmlformats.org/officeDocument/2006/relationships/image" Target="media/image1954.wmf"/><Relationship Id="rId4929" Type="http://schemas.openxmlformats.org/officeDocument/2006/relationships/image" Target="media/image2482.wmf"/><Relationship Id="rId6284" Type="http://schemas.openxmlformats.org/officeDocument/2006/relationships/oleObject" Target="embeddings/oleObject3117.bin"/><Relationship Id="rId799" Type="http://schemas.openxmlformats.org/officeDocument/2006/relationships/oleObject" Target="embeddings/oleObject394.bin"/><Relationship Id="rId2894" Type="http://schemas.openxmlformats.org/officeDocument/2006/relationships/image" Target="media/image1459.wmf"/><Relationship Id="rId6351" Type="http://schemas.openxmlformats.org/officeDocument/2006/relationships/image" Target="media/image3197.wmf"/><Relationship Id="rId866" Type="http://schemas.openxmlformats.org/officeDocument/2006/relationships/image" Target="media/image435.wmf"/><Relationship Id="rId1496" Type="http://schemas.openxmlformats.org/officeDocument/2006/relationships/oleObject" Target="embeddings/oleObject742.bin"/><Relationship Id="rId2547" Type="http://schemas.openxmlformats.org/officeDocument/2006/relationships/image" Target="media/image1285.wmf"/><Relationship Id="rId3945" Type="http://schemas.openxmlformats.org/officeDocument/2006/relationships/image" Target="media/image1988.wmf"/><Relationship Id="rId6004" Type="http://schemas.openxmlformats.org/officeDocument/2006/relationships/image" Target="media/image3021.wmf"/><Relationship Id="rId519" Type="http://schemas.openxmlformats.org/officeDocument/2006/relationships/image" Target="media/image261.wmf"/><Relationship Id="rId1149" Type="http://schemas.openxmlformats.org/officeDocument/2006/relationships/oleObject" Target="embeddings/oleObject569.bin"/><Relationship Id="rId2961" Type="http://schemas.openxmlformats.org/officeDocument/2006/relationships/oleObject" Target="embeddings/oleObject1465.bin"/><Relationship Id="rId5020" Type="http://schemas.openxmlformats.org/officeDocument/2006/relationships/oleObject" Target="embeddings/oleObject2489.bin"/><Relationship Id="rId933" Type="http://schemas.openxmlformats.org/officeDocument/2006/relationships/oleObject" Target="embeddings/oleObject461.bin"/><Relationship Id="rId1563" Type="http://schemas.openxmlformats.org/officeDocument/2006/relationships/image" Target="media/image784.wmf"/><Relationship Id="rId2614" Type="http://schemas.openxmlformats.org/officeDocument/2006/relationships/image" Target="media/image1319.wmf"/><Relationship Id="rId1216" Type="http://schemas.openxmlformats.org/officeDocument/2006/relationships/image" Target="media/image610.wmf"/><Relationship Id="rId1630" Type="http://schemas.openxmlformats.org/officeDocument/2006/relationships/oleObject" Target="embeddings/oleObject809.bin"/><Relationship Id="rId4786" Type="http://schemas.openxmlformats.org/officeDocument/2006/relationships/image" Target="media/image2410.wmf"/><Relationship Id="rId5837" Type="http://schemas.openxmlformats.org/officeDocument/2006/relationships/image" Target="media/image2937.wmf"/><Relationship Id="rId3388" Type="http://schemas.openxmlformats.org/officeDocument/2006/relationships/image" Target="media/image1707.wmf"/><Relationship Id="rId4439" Type="http://schemas.openxmlformats.org/officeDocument/2006/relationships/oleObject" Target="embeddings/oleObject2200.bin"/><Relationship Id="rId4853" Type="http://schemas.openxmlformats.org/officeDocument/2006/relationships/oleObject" Target="embeddings/oleObject2406.bin"/><Relationship Id="rId5904" Type="http://schemas.openxmlformats.org/officeDocument/2006/relationships/oleObject" Target="embeddings/oleObject2930.bin"/><Relationship Id="rId3455" Type="http://schemas.openxmlformats.org/officeDocument/2006/relationships/oleObject" Target="embeddings/oleObject1711.bin"/><Relationship Id="rId4506" Type="http://schemas.openxmlformats.org/officeDocument/2006/relationships/image" Target="media/image2269.wmf"/><Relationship Id="rId376" Type="http://schemas.openxmlformats.org/officeDocument/2006/relationships/image" Target="media/image189.wmf"/><Relationship Id="rId790" Type="http://schemas.openxmlformats.org/officeDocument/2006/relationships/image" Target="media/image397.wmf"/><Relationship Id="rId2057" Type="http://schemas.openxmlformats.org/officeDocument/2006/relationships/image" Target="media/image1036.wmf"/><Relationship Id="rId2471" Type="http://schemas.openxmlformats.org/officeDocument/2006/relationships/image" Target="media/image1247.wmf"/><Relationship Id="rId3108" Type="http://schemas.openxmlformats.org/officeDocument/2006/relationships/oleObject" Target="embeddings/oleObject1538.bin"/><Relationship Id="rId3522" Type="http://schemas.openxmlformats.org/officeDocument/2006/relationships/image" Target="media/image1774.wmf"/><Relationship Id="rId4920" Type="http://schemas.openxmlformats.org/officeDocument/2006/relationships/oleObject" Target="embeddings/oleObject2439.bin"/><Relationship Id="rId443" Type="http://schemas.openxmlformats.org/officeDocument/2006/relationships/image" Target="media/image223.wmf"/><Relationship Id="rId1073" Type="http://schemas.openxmlformats.org/officeDocument/2006/relationships/oleObject" Target="embeddings/oleObject531.bin"/><Relationship Id="rId2124" Type="http://schemas.openxmlformats.org/officeDocument/2006/relationships/oleObject" Target="embeddings/oleObject1051.bin"/><Relationship Id="rId1140" Type="http://schemas.openxmlformats.org/officeDocument/2006/relationships/image" Target="media/image572.wmf"/><Relationship Id="rId4296" Type="http://schemas.openxmlformats.org/officeDocument/2006/relationships/image" Target="media/image2164.wmf"/><Relationship Id="rId5694" Type="http://schemas.openxmlformats.org/officeDocument/2006/relationships/oleObject" Target="embeddings/oleObject2825.bin"/><Relationship Id="rId510" Type="http://schemas.openxmlformats.org/officeDocument/2006/relationships/oleObject" Target="embeddings/oleObject250.bin"/><Relationship Id="rId5347" Type="http://schemas.openxmlformats.org/officeDocument/2006/relationships/oleObject" Target="embeddings/oleObject2652.bin"/><Relationship Id="rId5761" Type="http://schemas.openxmlformats.org/officeDocument/2006/relationships/image" Target="media/image2899.wmf"/><Relationship Id="rId1957" Type="http://schemas.openxmlformats.org/officeDocument/2006/relationships/oleObject" Target="embeddings/oleObject970.bin"/><Relationship Id="rId4363" Type="http://schemas.openxmlformats.org/officeDocument/2006/relationships/oleObject" Target="embeddings/oleObject2162.bin"/><Relationship Id="rId5414" Type="http://schemas.openxmlformats.org/officeDocument/2006/relationships/image" Target="media/image2725.wmf"/><Relationship Id="rId4016" Type="http://schemas.openxmlformats.org/officeDocument/2006/relationships/oleObject" Target="embeddings/oleObject1989.bin"/><Relationship Id="rId4430" Type="http://schemas.openxmlformats.org/officeDocument/2006/relationships/image" Target="media/image2231.wmf"/><Relationship Id="rId3032" Type="http://schemas.openxmlformats.org/officeDocument/2006/relationships/image" Target="media/image1528.wmf"/><Relationship Id="rId6188" Type="http://schemas.openxmlformats.org/officeDocument/2006/relationships/oleObject" Target="embeddings/oleObject3069.bin"/><Relationship Id="rId6255" Type="http://schemas.openxmlformats.org/officeDocument/2006/relationships/image" Target="media/image3149.wmf"/><Relationship Id="rId2798" Type="http://schemas.openxmlformats.org/officeDocument/2006/relationships/image" Target="media/image1411.wmf"/><Relationship Id="rId3849" Type="http://schemas.openxmlformats.org/officeDocument/2006/relationships/oleObject" Target="embeddings/oleObject1906.bin"/><Relationship Id="rId5271" Type="http://schemas.openxmlformats.org/officeDocument/2006/relationships/oleObject" Target="embeddings/oleObject2614.bin"/><Relationship Id="rId2865" Type="http://schemas.openxmlformats.org/officeDocument/2006/relationships/oleObject" Target="embeddings/oleObject1417.bin"/><Relationship Id="rId3916" Type="http://schemas.openxmlformats.org/officeDocument/2006/relationships/image" Target="media/image1973.wmf"/><Relationship Id="rId6322" Type="http://schemas.openxmlformats.org/officeDocument/2006/relationships/oleObject" Target="embeddings/oleObject3136.bin"/><Relationship Id="rId837" Type="http://schemas.openxmlformats.org/officeDocument/2006/relationships/oleObject" Target="embeddings/oleObject413.bin"/><Relationship Id="rId1467" Type="http://schemas.openxmlformats.org/officeDocument/2006/relationships/image" Target="media/image736.wmf"/><Relationship Id="rId1881" Type="http://schemas.openxmlformats.org/officeDocument/2006/relationships/oleObject" Target="embeddings/oleObject934.bin"/><Relationship Id="rId2518" Type="http://schemas.openxmlformats.org/officeDocument/2006/relationships/oleObject" Target="embeddings/oleObject1244.bin"/><Relationship Id="rId2932" Type="http://schemas.openxmlformats.org/officeDocument/2006/relationships/image" Target="media/image1478.wmf"/><Relationship Id="rId904" Type="http://schemas.openxmlformats.org/officeDocument/2006/relationships/image" Target="media/image454.wmf"/><Relationship Id="rId1534" Type="http://schemas.openxmlformats.org/officeDocument/2006/relationships/oleObject" Target="embeddings/oleObject761.bin"/><Relationship Id="rId1601" Type="http://schemas.openxmlformats.org/officeDocument/2006/relationships/image" Target="media/image803.wmf"/><Relationship Id="rId4757" Type="http://schemas.openxmlformats.org/officeDocument/2006/relationships/oleObject" Target="embeddings/oleObject2358.bin"/><Relationship Id="rId3359" Type="http://schemas.openxmlformats.org/officeDocument/2006/relationships/oleObject" Target="embeddings/oleObject1663.bin"/><Relationship Id="rId5808" Type="http://schemas.openxmlformats.org/officeDocument/2006/relationships/oleObject" Target="embeddings/oleObject2882.bin"/><Relationship Id="rId694" Type="http://schemas.openxmlformats.org/officeDocument/2006/relationships/image" Target="media/image349.wmf"/><Relationship Id="rId2375" Type="http://schemas.openxmlformats.org/officeDocument/2006/relationships/image" Target="media/image1198.wmf"/><Relationship Id="rId3773" Type="http://schemas.openxmlformats.org/officeDocument/2006/relationships/oleObject" Target="embeddings/oleObject1868.bin"/><Relationship Id="rId4824" Type="http://schemas.openxmlformats.org/officeDocument/2006/relationships/image" Target="media/image2429.wmf"/><Relationship Id="rId347" Type="http://schemas.openxmlformats.org/officeDocument/2006/relationships/oleObject" Target="embeddings/oleObject169.bin"/><Relationship Id="rId2028" Type="http://schemas.openxmlformats.org/officeDocument/2006/relationships/image" Target="media/image1021.wmf"/><Relationship Id="rId3426" Type="http://schemas.openxmlformats.org/officeDocument/2006/relationships/image" Target="media/image1726.wmf"/><Relationship Id="rId3840" Type="http://schemas.openxmlformats.org/officeDocument/2006/relationships/image" Target="media/image1935.wmf"/><Relationship Id="rId761" Type="http://schemas.openxmlformats.org/officeDocument/2006/relationships/oleObject" Target="embeddings/oleObject375.bin"/><Relationship Id="rId1391" Type="http://schemas.openxmlformats.org/officeDocument/2006/relationships/oleObject" Target="embeddings/oleObject690.bin"/><Relationship Id="rId2442" Type="http://schemas.openxmlformats.org/officeDocument/2006/relationships/oleObject" Target="embeddings/oleObject1206.bin"/><Relationship Id="rId5598" Type="http://schemas.openxmlformats.org/officeDocument/2006/relationships/image" Target="media/image2817.wmf"/><Relationship Id="rId414" Type="http://schemas.openxmlformats.org/officeDocument/2006/relationships/image" Target="media/image208.wmf"/><Relationship Id="rId1044" Type="http://schemas.openxmlformats.org/officeDocument/2006/relationships/image" Target="media/image524.wmf"/><Relationship Id="rId5665" Type="http://schemas.openxmlformats.org/officeDocument/2006/relationships/oleObject" Target="embeddings/oleObject2811.bin"/><Relationship Id="rId1111" Type="http://schemas.openxmlformats.org/officeDocument/2006/relationships/oleObject" Target="embeddings/oleObject550.bin"/><Relationship Id="rId4267" Type="http://schemas.openxmlformats.org/officeDocument/2006/relationships/image" Target="media/image2149.wmf"/><Relationship Id="rId4681" Type="http://schemas.openxmlformats.org/officeDocument/2006/relationships/oleObject" Target="embeddings/oleObject2320.bin"/><Relationship Id="rId5318" Type="http://schemas.openxmlformats.org/officeDocument/2006/relationships/image" Target="media/image2677.wmf"/><Relationship Id="rId5732" Type="http://schemas.openxmlformats.org/officeDocument/2006/relationships/oleObject" Target="embeddings/oleObject2844.bin"/><Relationship Id="rId3283" Type="http://schemas.openxmlformats.org/officeDocument/2006/relationships/image" Target="media/image1654.wmf"/><Relationship Id="rId4334" Type="http://schemas.openxmlformats.org/officeDocument/2006/relationships/image" Target="media/image2183.wmf"/><Relationship Id="rId1928" Type="http://schemas.openxmlformats.org/officeDocument/2006/relationships/image" Target="media/image968.png"/><Relationship Id="rId3350" Type="http://schemas.openxmlformats.org/officeDocument/2006/relationships/image" Target="media/image1688.wmf"/><Relationship Id="rId271" Type="http://schemas.openxmlformats.org/officeDocument/2006/relationships/oleObject" Target="embeddings/oleObject131.bin"/><Relationship Id="rId3003" Type="http://schemas.openxmlformats.org/officeDocument/2006/relationships/oleObject" Target="embeddings/oleObject1486.bin"/><Relationship Id="rId4401" Type="http://schemas.openxmlformats.org/officeDocument/2006/relationships/oleObject" Target="embeddings/oleObject2181.bin"/><Relationship Id="rId6159" Type="http://schemas.openxmlformats.org/officeDocument/2006/relationships/image" Target="media/image3101.wmf"/><Relationship Id="rId2769" Type="http://schemas.openxmlformats.org/officeDocument/2006/relationships/oleObject" Target="embeddings/oleObject1369.bin"/><Relationship Id="rId5175" Type="http://schemas.openxmlformats.org/officeDocument/2006/relationships/image" Target="media/image2605.wmf"/><Relationship Id="rId6226" Type="http://schemas.openxmlformats.org/officeDocument/2006/relationships/oleObject" Target="embeddings/oleObject3088.bin"/><Relationship Id="rId1785" Type="http://schemas.openxmlformats.org/officeDocument/2006/relationships/image" Target="media/image895.wmf"/><Relationship Id="rId2836" Type="http://schemas.openxmlformats.org/officeDocument/2006/relationships/image" Target="media/image1430.wmf"/><Relationship Id="rId4191" Type="http://schemas.openxmlformats.org/officeDocument/2006/relationships/image" Target="media/image2111.wmf"/><Relationship Id="rId5242" Type="http://schemas.openxmlformats.org/officeDocument/2006/relationships/oleObject" Target="embeddings/oleObject2600.bin"/><Relationship Id="rId77" Type="http://schemas.openxmlformats.org/officeDocument/2006/relationships/oleObject" Target="embeddings/oleObject34.bin"/><Relationship Id="rId808" Type="http://schemas.openxmlformats.org/officeDocument/2006/relationships/image" Target="media/image406.wmf"/><Relationship Id="rId1438" Type="http://schemas.openxmlformats.org/officeDocument/2006/relationships/oleObject" Target="embeddings/oleObject713.bin"/><Relationship Id="rId1852" Type="http://schemas.openxmlformats.org/officeDocument/2006/relationships/image" Target="media/image929.wmf"/><Relationship Id="rId2903" Type="http://schemas.openxmlformats.org/officeDocument/2006/relationships/oleObject" Target="embeddings/oleObject1436.bin"/><Relationship Id="rId1505" Type="http://schemas.openxmlformats.org/officeDocument/2006/relationships/image" Target="media/image755.wmf"/><Relationship Id="rId6083" Type="http://schemas.openxmlformats.org/officeDocument/2006/relationships/image" Target="media/image3061.wmf"/><Relationship Id="rId3677" Type="http://schemas.openxmlformats.org/officeDocument/2006/relationships/image" Target="media/image1852.wmf"/><Relationship Id="rId4728" Type="http://schemas.openxmlformats.org/officeDocument/2006/relationships/image" Target="media/image2381.wmf"/><Relationship Id="rId598" Type="http://schemas.openxmlformats.org/officeDocument/2006/relationships/image" Target="media/image301.wmf"/><Relationship Id="rId2279" Type="http://schemas.openxmlformats.org/officeDocument/2006/relationships/image" Target="media/image1149.wmf"/><Relationship Id="rId2693" Type="http://schemas.openxmlformats.org/officeDocument/2006/relationships/oleObject" Target="embeddings/oleObject1331.bin"/><Relationship Id="rId3744" Type="http://schemas.openxmlformats.org/officeDocument/2006/relationships/image" Target="media/image1887.wmf"/><Relationship Id="rId6150" Type="http://schemas.openxmlformats.org/officeDocument/2006/relationships/oleObject" Target="embeddings/oleObject3050.bin"/><Relationship Id="rId665" Type="http://schemas.openxmlformats.org/officeDocument/2006/relationships/oleObject" Target="embeddings/oleObject327.bin"/><Relationship Id="rId1295" Type="http://schemas.openxmlformats.org/officeDocument/2006/relationships/oleObject" Target="embeddings/oleObject642.bin"/><Relationship Id="rId2346" Type="http://schemas.openxmlformats.org/officeDocument/2006/relationships/image" Target="media/image1183.wmf"/><Relationship Id="rId2760" Type="http://schemas.openxmlformats.org/officeDocument/2006/relationships/image" Target="media/image1392.wmf"/><Relationship Id="rId3811" Type="http://schemas.openxmlformats.org/officeDocument/2006/relationships/oleObject" Target="embeddings/oleObject1887.bin"/><Relationship Id="rId318" Type="http://schemas.openxmlformats.org/officeDocument/2006/relationships/image" Target="media/image160.wmf"/><Relationship Id="rId732" Type="http://schemas.openxmlformats.org/officeDocument/2006/relationships/image" Target="media/image368.wmf"/><Relationship Id="rId1362" Type="http://schemas.openxmlformats.org/officeDocument/2006/relationships/image" Target="media/image683.wmf"/><Relationship Id="rId2413" Type="http://schemas.openxmlformats.org/officeDocument/2006/relationships/image" Target="media/image1218.wmf"/><Relationship Id="rId5569" Type="http://schemas.openxmlformats.org/officeDocument/2006/relationships/oleObject" Target="embeddings/oleObject2763.bin"/><Relationship Id="rId1015" Type="http://schemas.openxmlformats.org/officeDocument/2006/relationships/oleObject" Target="embeddings/oleObject502.bin"/><Relationship Id="rId4585" Type="http://schemas.openxmlformats.org/officeDocument/2006/relationships/image" Target="media/image2309.wmf"/><Relationship Id="rId5983" Type="http://schemas.openxmlformats.org/officeDocument/2006/relationships/oleObject" Target="embeddings/oleObject2969.bin"/><Relationship Id="rId3187" Type="http://schemas.openxmlformats.org/officeDocument/2006/relationships/image" Target="media/image1606.wmf"/><Relationship Id="rId4238" Type="http://schemas.openxmlformats.org/officeDocument/2006/relationships/oleObject" Target="embeddings/oleObject2100.bin"/><Relationship Id="rId5636" Type="http://schemas.openxmlformats.org/officeDocument/2006/relationships/image" Target="media/image2836.wmf"/><Relationship Id="rId4652" Type="http://schemas.openxmlformats.org/officeDocument/2006/relationships/image" Target="media/image2343.wmf"/><Relationship Id="rId5703" Type="http://schemas.openxmlformats.org/officeDocument/2006/relationships/image" Target="media/image2870.wmf"/><Relationship Id="rId175" Type="http://schemas.openxmlformats.org/officeDocument/2006/relationships/oleObject" Target="embeddings/oleObject83.bin"/><Relationship Id="rId3254" Type="http://schemas.openxmlformats.org/officeDocument/2006/relationships/oleObject" Target="embeddings/oleObject1611.bin"/><Relationship Id="rId4305" Type="http://schemas.openxmlformats.org/officeDocument/2006/relationships/oleObject" Target="embeddings/oleObject2133.bin"/><Relationship Id="rId2270" Type="http://schemas.openxmlformats.org/officeDocument/2006/relationships/image" Target="media/image1144.png"/><Relationship Id="rId3321" Type="http://schemas.openxmlformats.org/officeDocument/2006/relationships/image" Target="media/image1673.wmf"/><Relationship Id="rId242" Type="http://schemas.openxmlformats.org/officeDocument/2006/relationships/image" Target="media/image122.wmf"/><Relationship Id="rId5079" Type="http://schemas.openxmlformats.org/officeDocument/2006/relationships/image" Target="media/image2557.wmf"/><Relationship Id="rId5493" Type="http://schemas.openxmlformats.org/officeDocument/2006/relationships/oleObject" Target="embeddings/oleObject2725.bin"/><Relationship Id="rId1689" Type="http://schemas.openxmlformats.org/officeDocument/2006/relationships/image" Target="media/image847.wmf"/><Relationship Id="rId4095" Type="http://schemas.openxmlformats.org/officeDocument/2006/relationships/image" Target="media/image2063.wmf"/><Relationship Id="rId5146" Type="http://schemas.openxmlformats.org/officeDocument/2006/relationships/oleObject" Target="embeddings/oleObject2552.bin"/><Relationship Id="rId5560" Type="http://schemas.openxmlformats.org/officeDocument/2006/relationships/image" Target="media/image2798.wmf"/><Relationship Id="rId4162" Type="http://schemas.openxmlformats.org/officeDocument/2006/relationships/oleObject" Target="embeddings/oleObject2062.bin"/><Relationship Id="rId5213" Type="http://schemas.openxmlformats.org/officeDocument/2006/relationships/image" Target="media/image2624.wmf"/><Relationship Id="rId1756" Type="http://schemas.openxmlformats.org/officeDocument/2006/relationships/oleObject" Target="embeddings/oleObject872.bin"/><Relationship Id="rId2807" Type="http://schemas.openxmlformats.org/officeDocument/2006/relationships/oleObject" Target="embeddings/oleObject1388.bin"/><Relationship Id="rId48" Type="http://schemas.openxmlformats.org/officeDocument/2006/relationships/image" Target="media/image25.wmf"/><Relationship Id="rId1409" Type="http://schemas.openxmlformats.org/officeDocument/2006/relationships/oleObject" Target="embeddings/oleObject699.bin"/><Relationship Id="rId1823" Type="http://schemas.openxmlformats.org/officeDocument/2006/relationships/oleObject" Target="embeddings/oleObject905.bin"/><Relationship Id="rId4979" Type="http://schemas.openxmlformats.org/officeDocument/2006/relationships/image" Target="media/image2507.wmf"/><Relationship Id="rId3995" Type="http://schemas.openxmlformats.org/officeDocument/2006/relationships/image" Target="media/image2013.wmf"/><Relationship Id="rId2597" Type="http://schemas.openxmlformats.org/officeDocument/2006/relationships/image" Target="media/image1310.wmf"/><Relationship Id="rId3648" Type="http://schemas.openxmlformats.org/officeDocument/2006/relationships/oleObject" Target="embeddings/oleObject1807.bin"/><Relationship Id="rId6054" Type="http://schemas.openxmlformats.org/officeDocument/2006/relationships/image" Target="media/image3046.wmf"/><Relationship Id="rId569" Type="http://schemas.openxmlformats.org/officeDocument/2006/relationships/image" Target="media/image286.wmf"/><Relationship Id="rId983" Type="http://schemas.openxmlformats.org/officeDocument/2006/relationships/oleObject" Target="embeddings/oleObject486.bin"/><Relationship Id="rId1199" Type="http://schemas.openxmlformats.org/officeDocument/2006/relationships/oleObject" Target="embeddings/oleObject594.bin"/><Relationship Id="rId2664" Type="http://schemas.openxmlformats.org/officeDocument/2006/relationships/image" Target="media/image1344.wmf"/><Relationship Id="rId5070" Type="http://schemas.openxmlformats.org/officeDocument/2006/relationships/oleObject" Target="embeddings/oleObject2514.bin"/><Relationship Id="rId6121" Type="http://schemas.openxmlformats.org/officeDocument/2006/relationships/image" Target="media/image3080.wmf"/><Relationship Id="rId636" Type="http://schemas.openxmlformats.org/officeDocument/2006/relationships/image" Target="media/image320.wmf"/><Relationship Id="rId1266" Type="http://schemas.openxmlformats.org/officeDocument/2006/relationships/image" Target="media/image635.wmf"/><Relationship Id="rId2317" Type="http://schemas.openxmlformats.org/officeDocument/2006/relationships/oleObject" Target="embeddings/oleObject1145.bin"/><Relationship Id="rId3715" Type="http://schemas.openxmlformats.org/officeDocument/2006/relationships/image" Target="media/image1871.wmf"/><Relationship Id="rId1680" Type="http://schemas.openxmlformats.org/officeDocument/2006/relationships/oleObject" Target="embeddings/oleObject834.bin"/><Relationship Id="rId2731" Type="http://schemas.openxmlformats.org/officeDocument/2006/relationships/oleObject" Target="embeddings/oleObject1350.bin"/><Relationship Id="rId5887" Type="http://schemas.openxmlformats.org/officeDocument/2006/relationships/image" Target="media/image2962.wmf"/><Relationship Id="rId703" Type="http://schemas.openxmlformats.org/officeDocument/2006/relationships/oleObject" Target="embeddings/oleObject346.bin"/><Relationship Id="rId1333" Type="http://schemas.openxmlformats.org/officeDocument/2006/relationships/oleObject" Target="embeddings/oleObject661.bin"/><Relationship Id="rId4489" Type="http://schemas.openxmlformats.org/officeDocument/2006/relationships/oleObject" Target="embeddings/oleObject2225.bin"/><Relationship Id="rId5954" Type="http://schemas.openxmlformats.org/officeDocument/2006/relationships/image" Target="media/image2996.wmf"/><Relationship Id="rId1400" Type="http://schemas.openxmlformats.org/officeDocument/2006/relationships/image" Target="media/image702.wmf"/><Relationship Id="rId4556" Type="http://schemas.openxmlformats.org/officeDocument/2006/relationships/oleObject" Target="embeddings/oleObject2258.bin"/><Relationship Id="rId4970" Type="http://schemas.openxmlformats.org/officeDocument/2006/relationships/oleObject" Target="embeddings/oleObject2464.bin"/><Relationship Id="rId5607" Type="http://schemas.openxmlformats.org/officeDocument/2006/relationships/oleObject" Target="embeddings/oleObject2782.bin"/><Relationship Id="rId3158" Type="http://schemas.openxmlformats.org/officeDocument/2006/relationships/oleObject" Target="embeddings/oleObject1563.bin"/><Relationship Id="rId3572" Type="http://schemas.openxmlformats.org/officeDocument/2006/relationships/image" Target="media/image1799.wmf"/><Relationship Id="rId4209" Type="http://schemas.openxmlformats.org/officeDocument/2006/relationships/image" Target="media/image2120.wmf"/><Relationship Id="rId4623" Type="http://schemas.openxmlformats.org/officeDocument/2006/relationships/oleObject" Target="embeddings/oleObject2291.bin"/><Relationship Id="rId493" Type="http://schemas.openxmlformats.org/officeDocument/2006/relationships/image" Target="media/image248.wmf"/><Relationship Id="rId2174" Type="http://schemas.openxmlformats.org/officeDocument/2006/relationships/oleObject" Target="embeddings/oleObject1076.bin"/><Relationship Id="rId3225" Type="http://schemas.openxmlformats.org/officeDocument/2006/relationships/image" Target="media/image1625.wmf"/><Relationship Id="rId146" Type="http://schemas.openxmlformats.org/officeDocument/2006/relationships/image" Target="media/image74.wmf"/><Relationship Id="rId560" Type="http://schemas.openxmlformats.org/officeDocument/2006/relationships/oleObject" Target="embeddings/oleObject275.bin"/><Relationship Id="rId1190" Type="http://schemas.openxmlformats.org/officeDocument/2006/relationships/image" Target="media/image597.wmf"/><Relationship Id="rId2241" Type="http://schemas.openxmlformats.org/officeDocument/2006/relationships/image" Target="media/image1128.wmf"/><Relationship Id="rId5397" Type="http://schemas.openxmlformats.org/officeDocument/2006/relationships/oleObject" Target="embeddings/oleObject2677.bin"/><Relationship Id="rId6448" Type="http://schemas.openxmlformats.org/officeDocument/2006/relationships/image" Target="media/image3246.wmf"/><Relationship Id="rId213" Type="http://schemas.openxmlformats.org/officeDocument/2006/relationships/oleObject" Target="embeddings/oleObject102.bin"/><Relationship Id="rId4066" Type="http://schemas.openxmlformats.org/officeDocument/2006/relationships/oleObject" Target="embeddings/oleObject2014.bin"/><Relationship Id="rId5464" Type="http://schemas.openxmlformats.org/officeDocument/2006/relationships/image" Target="media/image2750.wmf"/><Relationship Id="rId4480" Type="http://schemas.openxmlformats.org/officeDocument/2006/relationships/image" Target="media/image2256.wmf"/><Relationship Id="rId5117" Type="http://schemas.openxmlformats.org/officeDocument/2006/relationships/image" Target="media/image2576.wmf"/><Relationship Id="rId5531" Type="http://schemas.openxmlformats.org/officeDocument/2006/relationships/oleObject" Target="embeddings/oleObject2744.bin"/><Relationship Id="rId1727" Type="http://schemas.openxmlformats.org/officeDocument/2006/relationships/image" Target="media/image866.wmf"/><Relationship Id="rId3082" Type="http://schemas.openxmlformats.org/officeDocument/2006/relationships/image" Target="media/image1553.wmf"/><Relationship Id="rId4133" Type="http://schemas.openxmlformats.org/officeDocument/2006/relationships/image" Target="media/image2082.wmf"/><Relationship Id="rId19" Type="http://schemas.openxmlformats.org/officeDocument/2006/relationships/image" Target="media/image8.wmf"/><Relationship Id="rId3899" Type="http://schemas.openxmlformats.org/officeDocument/2006/relationships/oleObject" Target="embeddings/oleObject1931.bin"/><Relationship Id="rId4200" Type="http://schemas.openxmlformats.org/officeDocument/2006/relationships/oleObject" Target="embeddings/oleObject2081.bin"/><Relationship Id="rId6372" Type="http://schemas.openxmlformats.org/officeDocument/2006/relationships/oleObject" Target="embeddings/oleObject3161.bin"/><Relationship Id="rId3966" Type="http://schemas.openxmlformats.org/officeDocument/2006/relationships/oleObject" Target="embeddings/oleObject1964.bin"/><Relationship Id="rId6025" Type="http://schemas.openxmlformats.org/officeDocument/2006/relationships/oleObject" Target="embeddings/oleObject2990.bin"/><Relationship Id="rId3" Type="http://schemas.openxmlformats.org/officeDocument/2006/relationships/settings" Target="settings.xml"/><Relationship Id="rId887" Type="http://schemas.openxmlformats.org/officeDocument/2006/relationships/oleObject" Target="embeddings/oleObject438.bin"/><Relationship Id="rId2568" Type="http://schemas.openxmlformats.org/officeDocument/2006/relationships/oleObject" Target="embeddings/oleObject1269.bin"/><Relationship Id="rId2982" Type="http://schemas.openxmlformats.org/officeDocument/2006/relationships/image" Target="media/image1503.wmf"/><Relationship Id="rId3619" Type="http://schemas.openxmlformats.org/officeDocument/2006/relationships/oleObject" Target="embeddings/oleObject1793.bin"/><Relationship Id="rId5041" Type="http://schemas.openxmlformats.org/officeDocument/2006/relationships/image" Target="media/image2538.wmf"/><Relationship Id="rId954" Type="http://schemas.openxmlformats.org/officeDocument/2006/relationships/image" Target="media/image479.wmf"/><Relationship Id="rId1584" Type="http://schemas.openxmlformats.org/officeDocument/2006/relationships/oleObject" Target="embeddings/oleObject786.bin"/><Relationship Id="rId2635" Type="http://schemas.openxmlformats.org/officeDocument/2006/relationships/oleObject" Target="embeddings/oleObject1302.bin"/><Relationship Id="rId607" Type="http://schemas.openxmlformats.org/officeDocument/2006/relationships/oleObject" Target="embeddings/oleObject298.bin"/><Relationship Id="rId1237" Type="http://schemas.openxmlformats.org/officeDocument/2006/relationships/oleObject" Target="embeddings/oleObject613.bin"/><Relationship Id="rId1651" Type="http://schemas.openxmlformats.org/officeDocument/2006/relationships/image" Target="media/image828.wmf"/><Relationship Id="rId2702" Type="http://schemas.openxmlformats.org/officeDocument/2006/relationships/image" Target="media/image1363.wmf"/><Relationship Id="rId5858" Type="http://schemas.openxmlformats.org/officeDocument/2006/relationships/oleObject" Target="embeddings/oleObject2907.bin"/><Relationship Id="rId1304" Type="http://schemas.openxmlformats.org/officeDocument/2006/relationships/image" Target="media/image654.wmf"/><Relationship Id="rId4874" Type="http://schemas.openxmlformats.org/officeDocument/2006/relationships/image" Target="media/image2454.wmf"/><Relationship Id="rId3476" Type="http://schemas.openxmlformats.org/officeDocument/2006/relationships/image" Target="media/image1751.wmf"/><Relationship Id="rId4527" Type="http://schemas.openxmlformats.org/officeDocument/2006/relationships/image" Target="media/image2280.wmf"/><Relationship Id="rId5925" Type="http://schemas.openxmlformats.org/officeDocument/2006/relationships/image" Target="media/image2981.png"/><Relationship Id="rId10" Type="http://schemas.openxmlformats.org/officeDocument/2006/relationships/oleObject" Target="embeddings/oleObject3.bin"/><Relationship Id="rId397" Type="http://schemas.openxmlformats.org/officeDocument/2006/relationships/oleObject" Target="embeddings/oleObject194.bin"/><Relationship Id="rId2078" Type="http://schemas.openxmlformats.org/officeDocument/2006/relationships/oleObject" Target="embeddings/oleObject1028.bin"/><Relationship Id="rId2492" Type="http://schemas.openxmlformats.org/officeDocument/2006/relationships/oleObject" Target="embeddings/oleObject1231.bin"/><Relationship Id="rId3129" Type="http://schemas.openxmlformats.org/officeDocument/2006/relationships/image" Target="media/image1577.wmf"/><Relationship Id="rId3890" Type="http://schemas.openxmlformats.org/officeDocument/2006/relationships/image" Target="media/image1960.wmf"/><Relationship Id="rId4941" Type="http://schemas.openxmlformats.org/officeDocument/2006/relationships/image" Target="media/image2488.wmf"/><Relationship Id="rId464" Type="http://schemas.openxmlformats.org/officeDocument/2006/relationships/oleObject" Target="embeddings/oleObject227.bin"/><Relationship Id="rId1094" Type="http://schemas.openxmlformats.org/officeDocument/2006/relationships/image" Target="media/image549.wmf"/><Relationship Id="rId2145" Type="http://schemas.openxmlformats.org/officeDocument/2006/relationships/image" Target="media/image1080.wmf"/><Relationship Id="rId3543" Type="http://schemas.openxmlformats.org/officeDocument/2006/relationships/oleObject" Target="embeddings/oleObject1755.bin"/><Relationship Id="rId117" Type="http://schemas.openxmlformats.org/officeDocument/2006/relationships/oleObject" Target="embeddings/oleObject54.bin"/><Relationship Id="rId3610" Type="http://schemas.openxmlformats.org/officeDocument/2006/relationships/image" Target="media/image1818.wmf"/><Relationship Id="rId531" Type="http://schemas.openxmlformats.org/officeDocument/2006/relationships/image" Target="media/image267.wmf"/><Relationship Id="rId1161" Type="http://schemas.openxmlformats.org/officeDocument/2006/relationships/oleObject" Target="embeddings/oleObject575.bin"/><Relationship Id="rId2212" Type="http://schemas.openxmlformats.org/officeDocument/2006/relationships/oleObject" Target="embeddings/oleObject1095.bin"/><Relationship Id="rId5368" Type="http://schemas.openxmlformats.org/officeDocument/2006/relationships/image" Target="media/image2702.wmf"/><Relationship Id="rId5782" Type="http://schemas.openxmlformats.org/officeDocument/2006/relationships/oleObject" Target="embeddings/oleObject2869.bin"/><Relationship Id="rId6419" Type="http://schemas.openxmlformats.org/officeDocument/2006/relationships/oleObject" Target="embeddings/oleObject3184.bin"/><Relationship Id="rId1978" Type="http://schemas.openxmlformats.org/officeDocument/2006/relationships/image" Target="media/image994.wmf"/><Relationship Id="rId4384" Type="http://schemas.openxmlformats.org/officeDocument/2006/relationships/image" Target="media/image2208.wmf"/><Relationship Id="rId5435" Type="http://schemas.openxmlformats.org/officeDocument/2006/relationships/oleObject" Target="embeddings/oleObject2696.bin"/><Relationship Id="rId4037" Type="http://schemas.openxmlformats.org/officeDocument/2006/relationships/image" Target="media/image2034.wmf"/><Relationship Id="rId4451" Type="http://schemas.openxmlformats.org/officeDocument/2006/relationships/oleObject" Target="embeddings/oleObject2206.bin"/><Relationship Id="rId5502" Type="http://schemas.openxmlformats.org/officeDocument/2006/relationships/image" Target="media/image2769.wmf"/><Relationship Id="rId3053" Type="http://schemas.openxmlformats.org/officeDocument/2006/relationships/oleObject" Target="embeddings/oleObject1511.bin"/><Relationship Id="rId4104" Type="http://schemas.openxmlformats.org/officeDocument/2006/relationships/oleObject" Target="embeddings/oleObject2033.bin"/><Relationship Id="rId3120" Type="http://schemas.openxmlformats.org/officeDocument/2006/relationships/oleObject" Target="embeddings/oleObject1544.bin"/><Relationship Id="rId6276" Type="http://schemas.openxmlformats.org/officeDocument/2006/relationships/oleObject" Target="embeddings/oleObject3113.bin"/><Relationship Id="rId2886" Type="http://schemas.openxmlformats.org/officeDocument/2006/relationships/image" Target="media/image1455.wmf"/><Relationship Id="rId3937" Type="http://schemas.openxmlformats.org/officeDocument/2006/relationships/image" Target="media/image1984.wmf"/><Relationship Id="rId5292" Type="http://schemas.openxmlformats.org/officeDocument/2006/relationships/image" Target="media/image2664.wmf"/><Relationship Id="rId6343" Type="http://schemas.openxmlformats.org/officeDocument/2006/relationships/image" Target="media/image3193.wmf"/><Relationship Id="rId858" Type="http://schemas.openxmlformats.org/officeDocument/2006/relationships/image" Target="media/image431.wmf"/><Relationship Id="rId1488" Type="http://schemas.openxmlformats.org/officeDocument/2006/relationships/oleObject" Target="embeddings/oleObject738.bin"/><Relationship Id="rId2539" Type="http://schemas.openxmlformats.org/officeDocument/2006/relationships/image" Target="media/image1281.wmf"/><Relationship Id="rId2953" Type="http://schemas.openxmlformats.org/officeDocument/2006/relationships/oleObject" Target="embeddings/oleObject1461.bin"/><Relationship Id="rId6410" Type="http://schemas.openxmlformats.org/officeDocument/2006/relationships/image" Target="media/image3227.wmf"/><Relationship Id="rId925" Type="http://schemas.openxmlformats.org/officeDocument/2006/relationships/oleObject" Target="embeddings/oleObject457.bin"/><Relationship Id="rId1555" Type="http://schemas.openxmlformats.org/officeDocument/2006/relationships/image" Target="media/image780.wmf"/><Relationship Id="rId2606" Type="http://schemas.openxmlformats.org/officeDocument/2006/relationships/image" Target="media/image1315.wmf"/><Relationship Id="rId5012" Type="http://schemas.openxmlformats.org/officeDocument/2006/relationships/oleObject" Target="embeddings/oleObject2485.bin"/><Relationship Id="rId1208" Type="http://schemas.openxmlformats.org/officeDocument/2006/relationships/image" Target="media/image606.wmf"/><Relationship Id="rId1622" Type="http://schemas.openxmlformats.org/officeDocument/2006/relationships/oleObject" Target="embeddings/oleObject805.bin"/><Relationship Id="rId4778" Type="http://schemas.openxmlformats.org/officeDocument/2006/relationships/image" Target="media/image2406.wmf"/><Relationship Id="rId5829" Type="http://schemas.openxmlformats.org/officeDocument/2006/relationships/image" Target="media/image2933.wmf"/><Relationship Id="rId3794" Type="http://schemas.openxmlformats.org/officeDocument/2006/relationships/image" Target="media/image1912.wmf"/><Relationship Id="rId4845" Type="http://schemas.openxmlformats.org/officeDocument/2006/relationships/oleObject" Target="embeddings/oleObject2402.bin"/><Relationship Id="rId2396" Type="http://schemas.openxmlformats.org/officeDocument/2006/relationships/oleObject" Target="embeddings/oleObject1184.bin"/><Relationship Id="rId3447" Type="http://schemas.openxmlformats.org/officeDocument/2006/relationships/oleObject" Target="embeddings/oleObject1707.bin"/><Relationship Id="rId3861" Type="http://schemas.openxmlformats.org/officeDocument/2006/relationships/oleObject" Target="embeddings/oleObject1912.bin"/><Relationship Id="rId4912" Type="http://schemas.openxmlformats.org/officeDocument/2006/relationships/oleObject" Target="embeddings/oleObject2435.bin"/><Relationship Id="rId368" Type="http://schemas.openxmlformats.org/officeDocument/2006/relationships/image" Target="media/image185.wmf"/><Relationship Id="rId782" Type="http://schemas.openxmlformats.org/officeDocument/2006/relationships/image" Target="media/image393.wmf"/><Relationship Id="rId2049" Type="http://schemas.openxmlformats.org/officeDocument/2006/relationships/image" Target="media/image1032.wmf"/><Relationship Id="rId2463" Type="http://schemas.openxmlformats.org/officeDocument/2006/relationships/image" Target="media/image1243.wmf"/><Relationship Id="rId3514" Type="http://schemas.openxmlformats.org/officeDocument/2006/relationships/image" Target="media/image1770.wmf"/><Relationship Id="rId435" Type="http://schemas.openxmlformats.org/officeDocument/2006/relationships/image" Target="media/image219.wmf"/><Relationship Id="rId1065" Type="http://schemas.openxmlformats.org/officeDocument/2006/relationships/oleObject" Target="embeddings/oleObject527.bin"/><Relationship Id="rId2116" Type="http://schemas.openxmlformats.org/officeDocument/2006/relationships/oleObject" Target="embeddings/oleObject1047.bin"/><Relationship Id="rId2530" Type="http://schemas.openxmlformats.org/officeDocument/2006/relationships/oleObject" Target="embeddings/oleObject1250.bin"/><Relationship Id="rId5686" Type="http://schemas.openxmlformats.org/officeDocument/2006/relationships/image" Target="media/image2861.wmf"/><Relationship Id="rId502" Type="http://schemas.openxmlformats.org/officeDocument/2006/relationships/oleObject" Target="embeddings/oleObject246.bin"/><Relationship Id="rId1132" Type="http://schemas.openxmlformats.org/officeDocument/2006/relationships/image" Target="media/image568.wmf"/><Relationship Id="rId4288" Type="http://schemas.openxmlformats.org/officeDocument/2006/relationships/image" Target="media/image2160.wmf"/><Relationship Id="rId5339" Type="http://schemas.openxmlformats.org/officeDocument/2006/relationships/oleObject" Target="embeddings/oleObject2648.bin"/><Relationship Id="rId4355" Type="http://schemas.openxmlformats.org/officeDocument/2006/relationships/oleObject" Target="embeddings/oleObject2158.bin"/><Relationship Id="rId5753" Type="http://schemas.openxmlformats.org/officeDocument/2006/relationships/image" Target="media/image2895.wmf"/><Relationship Id="rId1949" Type="http://schemas.openxmlformats.org/officeDocument/2006/relationships/oleObject" Target="embeddings/oleObject966.bin"/><Relationship Id="rId4008" Type="http://schemas.openxmlformats.org/officeDocument/2006/relationships/oleObject" Target="embeddings/oleObject1985.bin"/><Relationship Id="rId5406" Type="http://schemas.openxmlformats.org/officeDocument/2006/relationships/image" Target="media/image2721.wmf"/><Relationship Id="rId5820" Type="http://schemas.openxmlformats.org/officeDocument/2006/relationships/oleObject" Target="embeddings/oleObject2888.bin"/><Relationship Id="rId292" Type="http://schemas.openxmlformats.org/officeDocument/2006/relationships/image" Target="media/image147.wmf"/><Relationship Id="rId3371" Type="http://schemas.openxmlformats.org/officeDocument/2006/relationships/oleObject" Target="embeddings/oleObject1669.bin"/><Relationship Id="rId4422" Type="http://schemas.openxmlformats.org/officeDocument/2006/relationships/image" Target="media/image2227.wmf"/><Relationship Id="rId3024" Type="http://schemas.openxmlformats.org/officeDocument/2006/relationships/image" Target="media/image1524.wmf"/><Relationship Id="rId2040" Type="http://schemas.openxmlformats.org/officeDocument/2006/relationships/image" Target="media/image1027.wmf"/><Relationship Id="rId5196" Type="http://schemas.openxmlformats.org/officeDocument/2006/relationships/oleObject" Target="embeddings/oleObject2577.bin"/><Relationship Id="rId6247" Type="http://schemas.openxmlformats.org/officeDocument/2006/relationships/image" Target="media/image3145.wmf"/><Relationship Id="rId5263" Type="http://schemas.openxmlformats.org/officeDocument/2006/relationships/image" Target="media/image2649.wmf"/><Relationship Id="rId6314" Type="http://schemas.openxmlformats.org/officeDocument/2006/relationships/oleObject" Target="embeddings/oleObject3132.bin"/><Relationship Id="rId1459" Type="http://schemas.openxmlformats.org/officeDocument/2006/relationships/image" Target="media/image732.wmf"/><Relationship Id="rId2857" Type="http://schemas.openxmlformats.org/officeDocument/2006/relationships/oleObject" Target="embeddings/oleObject1413.bin"/><Relationship Id="rId3908" Type="http://schemas.openxmlformats.org/officeDocument/2006/relationships/image" Target="media/image1969.wmf"/><Relationship Id="rId5330" Type="http://schemas.openxmlformats.org/officeDocument/2006/relationships/image" Target="media/image2683.wmf"/><Relationship Id="rId98" Type="http://schemas.openxmlformats.org/officeDocument/2006/relationships/image" Target="media/image50.wmf"/><Relationship Id="rId829" Type="http://schemas.openxmlformats.org/officeDocument/2006/relationships/oleObject" Target="embeddings/oleObject409.bin"/><Relationship Id="rId1873" Type="http://schemas.openxmlformats.org/officeDocument/2006/relationships/oleObject" Target="embeddings/oleObject930.bin"/><Relationship Id="rId2924" Type="http://schemas.openxmlformats.org/officeDocument/2006/relationships/image" Target="media/image1474.wmf"/><Relationship Id="rId1526" Type="http://schemas.openxmlformats.org/officeDocument/2006/relationships/oleObject" Target="embeddings/oleObject757.bin"/><Relationship Id="rId1940" Type="http://schemas.openxmlformats.org/officeDocument/2006/relationships/image" Target="media/image975.wmf"/><Relationship Id="rId3698" Type="http://schemas.openxmlformats.org/officeDocument/2006/relationships/oleObject" Target="embeddings/oleObject1832.bin"/><Relationship Id="rId4749" Type="http://schemas.openxmlformats.org/officeDocument/2006/relationships/oleObject" Target="embeddings/oleObject2354.bin"/><Relationship Id="rId3765" Type="http://schemas.openxmlformats.org/officeDocument/2006/relationships/oleObject" Target="embeddings/oleObject1864.bin"/><Relationship Id="rId4816" Type="http://schemas.openxmlformats.org/officeDocument/2006/relationships/image" Target="media/image2425.wmf"/><Relationship Id="rId6171" Type="http://schemas.openxmlformats.org/officeDocument/2006/relationships/image" Target="media/image3107.wmf"/><Relationship Id="rId686" Type="http://schemas.openxmlformats.org/officeDocument/2006/relationships/image" Target="media/image345.wmf"/><Relationship Id="rId2367" Type="http://schemas.openxmlformats.org/officeDocument/2006/relationships/image" Target="media/image1194.wmf"/><Relationship Id="rId2781" Type="http://schemas.openxmlformats.org/officeDocument/2006/relationships/oleObject" Target="embeddings/oleObject1375.bin"/><Relationship Id="rId3418" Type="http://schemas.openxmlformats.org/officeDocument/2006/relationships/image" Target="media/image1722.wmf"/><Relationship Id="rId339" Type="http://schemas.openxmlformats.org/officeDocument/2006/relationships/oleObject" Target="embeddings/oleObject165.bin"/><Relationship Id="rId753" Type="http://schemas.openxmlformats.org/officeDocument/2006/relationships/oleObject" Target="embeddings/oleObject371.bin"/><Relationship Id="rId1383" Type="http://schemas.openxmlformats.org/officeDocument/2006/relationships/oleObject" Target="embeddings/oleObject686.bin"/><Relationship Id="rId2434" Type="http://schemas.openxmlformats.org/officeDocument/2006/relationships/oleObject" Target="embeddings/oleObject1202.bin"/><Relationship Id="rId3832" Type="http://schemas.openxmlformats.org/officeDocument/2006/relationships/image" Target="media/image1931.wmf"/><Relationship Id="rId406" Type="http://schemas.openxmlformats.org/officeDocument/2006/relationships/image" Target="media/image204.wmf"/><Relationship Id="rId1036" Type="http://schemas.openxmlformats.org/officeDocument/2006/relationships/image" Target="media/image520.wmf"/><Relationship Id="rId820" Type="http://schemas.openxmlformats.org/officeDocument/2006/relationships/image" Target="media/image412.wmf"/><Relationship Id="rId1450" Type="http://schemas.openxmlformats.org/officeDocument/2006/relationships/oleObject" Target="embeddings/oleObject719.bin"/><Relationship Id="rId2501" Type="http://schemas.openxmlformats.org/officeDocument/2006/relationships/image" Target="media/image1262.wmf"/><Relationship Id="rId5657" Type="http://schemas.openxmlformats.org/officeDocument/2006/relationships/oleObject" Target="embeddings/oleObject2807.bin"/><Relationship Id="rId1103" Type="http://schemas.openxmlformats.org/officeDocument/2006/relationships/oleObject" Target="embeddings/oleObject546.bin"/><Relationship Id="rId4259" Type="http://schemas.openxmlformats.org/officeDocument/2006/relationships/image" Target="media/image2145.wmf"/><Relationship Id="rId4673" Type="http://schemas.openxmlformats.org/officeDocument/2006/relationships/oleObject" Target="embeddings/oleObject2316.bin"/><Relationship Id="rId5724" Type="http://schemas.openxmlformats.org/officeDocument/2006/relationships/oleObject" Target="embeddings/oleObject2840.bin"/><Relationship Id="rId3275" Type="http://schemas.openxmlformats.org/officeDocument/2006/relationships/image" Target="media/image1650.wmf"/><Relationship Id="rId4326" Type="http://schemas.openxmlformats.org/officeDocument/2006/relationships/image" Target="media/image2179.wmf"/><Relationship Id="rId4740" Type="http://schemas.openxmlformats.org/officeDocument/2006/relationships/image" Target="media/image2387.wmf"/><Relationship Id="rId196" Type="http://schemas.openxmlformats.org/officeDocument/2006/relationships/image" Target="media/image99.wmf"/><Relationship Id="rId2291" Type="http://schemas.openxmlformats.org/officeDocument/2006/relationships/image" Target="media/image1155.wmf"/><Relationship Id="rId3342" Type="http://schemas.openxmlformats.org/officeDocument/2006/relationships/oleObject" Target="embeddings/oleObject1655.bin"/><Relationship Id="rId263" Type="http://schemas.openxmlformats.org/officeDocument/2006/relationships/oleObject" Target="embeddings/oleObject127.bin"/><Relationship Id="rId330" Type="http://schemas.openxmlformats.org/officeDocument/2006/relationships/image" Target="media/image166.wmf"/><Relationship Id="rId2011" Type="http://schemas.openxmlformats.org/officeDocument/2006/relationships/oleObject" Target="embeddings/oleObject995.bin"/><Relationship Id="rId5167" Type="http://schemas.openxmlformats.org/officeDocument/2006/relationships/image" Target="media/image2601.wmf"/><Relationship Id="rId6218" Type="http://schemas.openxmlformats.org/officeDocument/2006/relationships/oleObject" Target="embeddings/oleObject3084.bin"/><Relationship Id="rId4183" Type="http://schemas.openxmlformats.org/officeDocument/2006/relationships/image" Target="media/image2107.wmf"/><Relationship Id="rId5581" Type="http://schemas.openxmlformats.org/officeDocument/2006/relationships/oleObject" Target="embeddings/oleObject2769.bin"/><Relationship Id="rId1777" Type="http://schemas.openxmlformats.org/officeDocument/2006/relationships/image" Target="media/image891.wmf"/><Relationship Id="rId2828" Type="http://schemas.openxmlformats.org/officeDocument/2006/relationships/image" Target="media/image1426.wmf"/><Relationship Id="rId5234" Type="http://schemas.openxmlformats.org/officeDocument/2006/relationships/oleObject" Target="embeddings/oleObject2596.bin"/><Relationship Id="rId69" Type="http://schemas.openxmlformats.org/officeDocument/2006/relationships/oleObject" Target="embeddings/oleObject30.bin"/><Relationship Id="rId1844" Type="http://schemas.openxmlformats.org/officeDocument/2006/relationships/image" Target="media/image925.wmf"/><Relationship Id="rId4250" Type="http://schemas.openxmlformats.org/officeDocument/2006/relationships/oleObject" Target="embeddings/oleObject2106.bin"/><Relationship Id="rId5301" Type="http://schemas.openxmlformats.org/officeDocument/2006/relationships/oleObject" Target="embeddings/oleObject2629.bin"/><Relationship Id="rId1911" Type="http://schemas.openxmlformats.org/officeDocument/2006/relationships/oleObject" Target="embeddings/oleObject949.bin"/><Relationship Id="rId3669" Type="http://schemas.openxmlformats.org/officeDocument/2006/relationships/image" Target="media/image1848.wmf"/><Relationship Id="rId6075" Type="http://schemas.openxmlformats.org/officeDocument/2006/relationships/image" Target="media/image3057.wmf"/><Relationship Id="rId5091" Type="http://schemas.openxmlformats.org/officeDocument/2006/relationships/image" Target="media/image2563.wmf"/><Relationship Id="rId6142" Type="http://schemas.openxmlformats.org/officeDocument/2006/relationships/oleObject" Target="embeddings/oleObject3046.bin"/><Relationship Id="rId1287" Type="http://schemas.openxmlformats.org/officeDocument/2006/relationships/oleObject" Target="embeddings/oleObject638.bin"/><Relationship Id="rId2685" Type="http://schemas.openxmlformats.org/officeDocument/2006/relationships/oleObject" Target="embeddings/oleObject1327.bin"/><Relationship Id="rId3736" Type="http://schemas.openxmlformats.org/officeDocument/2006/relationships/oleObject" Target="embeddings/oleObject1850.bin"/><Relationship Id="rId657" Type="http://schemas.openxmlformats.org/officeDocument/2006/relationships/oleObject" Target="embeddings/oleObject323.bin"/><Relationship Id="rId2338" Type="http://schemas.openxmlformats.org/officeDocument/2006/relationships/image" Target="media/image1179.wmf"/><Relationship Id="rId2752" Type="http://schemas.openxmlformats.org/officeDocument/2006/relationships/image" Target="media/image1388.wmf"/><Relationship Id="rId3803" Type="http://schemas.openxmlformats.org/officeDocument/2006/relationships/oleObject" Target="embeddings/oleObject1883.bin"/><Relationship Id="rId724" Type="http://schemas.openxmlformats.org/officeDocument/2006/relationships/image" Target="media/image364.wmf"/><Relationship Id="rId1354" Type="http://schemas.openxmlformats.org/officeDocument/2006/relationships/image" Target="media/image679.wmf"/><Relationship Id="rId2405" Type="http://schemas.openxmlformats.org/officeDocument/2006/relationships/oleObject" Target="embeddings/oleObject1188.bin"/><Relationship Id="rId5975" Type="http://schemas.openxmlformats.org/officeDocument/2006/relationships/oleObject" Target="embeddings/oleObject2965.bin"/><Relationship Id="rId60" Type="http://schemas.openxmlformats.org/officeDocument/2006/relationships/image" Target="media/image31.wmf"/><Relationship Id="rId1007" Type="http://schemas.openxmlformats.org/officeDocument/2006/relationships/oleObject" Target="embeddings/oleObject498.bin"/><Relationship Id="rId1421" Type="http://schemas.openxmlformats.org/officeDocument/2006/relationships/oleObject" Target="embeddings/oleObject705.bin"/><Relationship Id="rId4577" Type="http://schemas.openxmlformats.org/officeDocument/2006/relationships/image" Target="media/image2305.wmf"/><Relationship Id="rId4991" Type="http://schemas.openxmlformats.org/officeDocument/2006/relationships/image" Target="media/image2513.wmf"/><Relationship Id="rId5628" Type="http://schemas.openxmlformats.org/officeDocument/2006/relationships/image" Target="media/image2832.wmf"/><Relationship Id="rId3179" Type="http://schemas.openxmlformats.org/officeDocument/2006/relationships/image" Target="media/image1602.wmf"/><Relationship Id="rId3593" Type="http://schemas.openxmlformats.org/officeDocument/2006/relationships/oleObject" Target="embeddings/oleObject1780.bin"/><Relationship Id="rId4644" Type="http://schemas.openxmlformats.org/officeDocument/2006/relationships/image" Target="media/image2339.wmf"/><Relationship Id="rId2195" Type="http://schemas.openxmlformats.org/officeDocument/2006/relationships/image" Target="media/image1105.wmf"/><Relationship Id="rId3246" Type="http://schemas.openxmlformats.org/officeDocument/2006/relationships/oleObject" Target="embeddings/oleObject1607.bin"/><Relationship Id="rId167" Type="http://schemas.openxmlformats.org/officeDocument/2006/relationships/oleObject" Target="embeddings/oleObject79.bin"/><Relationship Id="rId581" Type="http://schemas.openxmlformats.org/officeDocument/2006/relationships/image" Target="media/image292.wmf"/><Relationship Id="rId2262" Type="http://schemas.openxmlformats.org/officeDocument/2006/relationships/oleObject" Target="embeddings/oleObject1120.bin"/><Relationship Id="rId3660" Type="http://schemas.openxmlformats.org/officeDocument/2006/relationships/oleObject" Target="embeddings/oleObject1813.bin"/><Relationship Id="rId4711" Type="http://schemas.openxmlformats.org/officeDocument/2006/relationships/oleObject" Target="embeddings/oleObject2335.bin"/><Relationship Id="rId234" Type="http://schemas.openxmlformats.org/officeDocument/2006/relationships/image" Target="media/image118.wmf"/><Relationship Id="rId3313" Type="http://schemas.openxmlformats.org/officeDocument/2006/relationships/image" Target="media/image1669.wmf"/><Relationship Id="rId5485" Type="http://schemas.openxmlformats.org/officeDocument/2006/relationships/oleObject" Target="embeddings/oleObject2721.bin"/><Relationship Id="rId301" Type="http://schemas.openxmlformats.org/officeDocument/2006/relationships/oleObject" Target="embeddings/oleObject146.bin"/><Relationship Id="rId4087" Type="http://schemas.openxmlformats.org/officeDocument/2006/relationships/image" Target="media/image2059.wmf"/><Relationship Id="rId5138" Type="http://schemas.openxmlformats.org/officeDocument/2006/relationships/oleObject" Target="embeddings/oleObject2548.bin"/><Relationship Id="rId5552" Type="http://schemas.openxmlformats.org/officeDocument/2006/relationships/image" Target="media/image2794.wmf"/><Relationship Id="rId1748" Type="http://schemas.openxmlformats.org/officeDocument/2006/relationships/oleObject" Target="embeddings/oleObject868.bin"/><Relationship Id="rId4154" Type="http://schemas.openxmlformats.org/officeDocument/2006/relationships/oleObject" Target="embeddings/oleObject2058.bin"/><Relationship Id="rId5205" Type="http://schemas.openxmlformats.org/officeDocument/2006/relationships/image" Target="media/image2620.wmf"/><Relationship Id="rId3170" Type="http://schemas.openxmlformats.org/officeDocument/2006/relationships/oleObject" Target="embeddings/oleObject1569.bin"/><Relationship Id="rId4221" Type="http://schemas.openxmlformats.org/officeDocument/2006/relationships/image" Target="media/image2126.wmf"/><Relationship Id="rId1815" Type="http://schemas.openxmlformats.org/officeDocument/2006/relationships/image" Target="media/image910.wmf"/><Relationship Id="rId6393" Type="http://schemas.openxmlformats.org/officeDocument/2006/relationships/image" Target="media/image3218.wmf"/><Relationship Id="rId3987" Type="http://schemas.openxmlformats.org/officeDocument/2006/relationships/image" Target="media/image2009.wmf"/><Relationship Id="rId6046" Type="http://schemas.openxmlformats.org/officeDocument/2006/relationships/image" Target="media/image3042.wmf"/><Relationship Id="rId2589" Type="http://schemas.openxmlformats.org/officeDocument/2006/relationships/image" Target="media/image1306.wmf"/><Relationship Id="rId975" Type="http://schemas.openxmlformats.org/officeDocument/2006/relationships/oleObject" Target="embeddings/oleObject482.bin"/><Relationship Id="rId2656" Type="http://schemas.openxmlformats.org/officeDocument/2006/relationships/image" Target="media/image1340.wmf"/><Relationship Id="rId3707" Type="http://schemas.openxmlformats.org/officeDocument/2006/relationships/image" Target="media/image1867.wmf"/><Relationship Id="rId5062" Type="http://schemas.openxmlformats.org/officeDocument/2006/relationships/oleObject" Target="embeddings/oleObject2510.bin"/><Relationship Id="rId6113" Type="http://schemas.openxmlformats.org/officeDocument/2006/relationships/image" Target="media/image3076.wmf"/><Relationship Id="rId628" Type="http://schemas.openxmlformats.org/officeDocument/2006/relationships/image" Target="media/image316.wmf"/><Relationship Id="rId1258" Type="http://schemas.openxmlformats.org/officeDocument/2006/relationships/image" Target="media/image631.wmf"/><Relationship Id="rId1672" Type="http://schemas.openxmlformats.org/officeDocument/2006/relationships/oleObject" Target="embeddings/oleObject830.bin"/><Relationship Id="rId2309" Type="http://schemas.openxmlformats.org/officeDocument/2006/relationships/image" Target="media/image1164.png"/><Relationship Id="rId2723" Type="http://schemas.openxmlformats.org/officeDocument/2006/relationships/oleObject" Target="embeddings/oleObject1346.bin"/><Relationship Id="rId5879" Type="http://schemas.openxmlformats.org/officeDocument/2006/relationships/image" Target="media/image2958.wmf"/><Relationship Id="rId1325" Type="http://schemas.openxmlformats.org/officeDocument/2006/relationships/oleObject" Target="embeddings/oleObject657.bin"/><Relationship Id="rId3497" Type="http://schemas.openxmlformats.org/officeDocument/2006/relationships/oleObject" Target="embeddings/oleObject1732.bin"/><Relationship Id="rId4895" Type="http://schemas.openxmlformats.org/officeDocument/2006/relationships/image" Target="media/image2465.wmf"/><Relationship Id="rId5946" Type="http://schemas.openxmlformats.org/officeDocument/2006/relationships/image" Target="media/image2992.wmf"/><Relationship Id="rId31" Type="http://schemas.openxmlformats.org/officeDocument/2006/relationships/image" Target="media/image16.wmf"/><Relationship Id="rId2099" Type="http://schemas.openxmlformats.org/officeDocument/2006/relationships/image" Target="media/image1057.wmf"/><Relationship Id="rId4548" Type="http://schemas.openxmlformats.org/officeDocument/2006/relationships/oleObject" Target="embeddings/oleObject2254.bin"/><Relationship Id="rId4962" Type="http://schemas.openxmlformats.org/officeDocument/2006/relationships/oleObject" Target="embeddings/oleObject2460.bin"/><Relationship Id="rId3564" Type="http://schemas.openxmlformats.org/officeDocument/2006/relationships/image" Target="media/image1795.wmf"/><Relationship Id="rId4615" Type="http://schemas.openxmlformats.org/officeDocument/2006/relationships/oleObject" Target="embeddings/oleObject2287.bin"/><Relationship Id="rId485" Type="http://schemas.openxmlformats.org/officeDocument/2006/relationships/image" Target="media/image244.wmf"/><Relationship Id="rId2166" Type="http://schemas.openxmlformats.org/officeDocument/2006/relationships/oleObject" Target="embeddings/oleObject1072.bin"/><Relationship Id="rId2580" Type="http://schemas.openxmlformats.org/officeDocument/2006/relationships/oleObject" Target="embeddings/oleObject1275.bin"/><Relationship Id="rId3217" Type="http://schemas.openxmlformats.org/officeDocument/2006/relationships/image" Target="media/image1621.wmf"/><Relationship Id="rId3631" Type="http://schemas.openxmlformats.org/officeDocument/2006/relationships/image" Target="media/image1829.wmf"/><Relationship Id="rId138" Type="http://schemas.openxmlformats.org/officeDocument/2006/relationships/image" Target="media/image70.wmf"/><Relationship Id="rId552" Type="http://schemas.openxmlformats.org/officeDocument/2006/relationships/oleObject" Target="embeddings/oleObject271.bin"/><Relationship Id="rId1182" Type="http://schemas.openxmlformats.org/officeDocument/2006/relationships/image" Target="media/image593.wmf"/><Relationship Id="rId2233" Type="http://schemas.openxmlformats.org/officeDocument/2006/relationships/image" Target="media/image1124.wmf"/><Relationship Id="rId5389" Type="http://schemas.openxmlformats.org/officeDocument/2006/relationships/oleObject" Target="embeddings/oleObject2673.bin"/><Relationship Id="rId205" Type="http://schemas.openxmlformats.org/officeDocument/2006/relationships/oleObject" Target="embeddings/oleObject98.bin"/><Relationship Id="rId2300" Type="http://schemas.openxmlformats.org/officeDocument/2006/relationships/oleObject" Target="embeddings/oleObject1137.bin"/><Relationship Id="rId5456" Type="http://schemas.openxmlformats.org/officeDocument/2006/relationships/image" Target="media/image2746.wmf"/><Relationship Id="rId1999" Type="http://schemas.openxmlformats.org/officeDocument/2006/relationships/oleObject" Target="embeddings/oleObject989.bin"/><Relationship Id="rId4058" Type="http://schemas.openxmlformats.org/officeDocument/2006/relationships/oleObject" Target="embeddings/oleObject2010.bin"/><Relationship Id="rId4472" Type="http://schemas.openxmlformats.org/officeDocument/2006/relationships/image" Target="media/image2252.wmf"/><Relationship Id="rId5109" Type="http://schemas.openxmlformats.org/officeDocument/2006/relationships/image" Target="media/image2572.wmf"/><Relationship Id="rId5870" Type="http://schemas.openxmlformats.org/officeDocument/2006/relationships/oleObject" Target="embeddings/oleObject2913.bin"/><Relationship Id="rId3074" Type="http://schemas.openxmlformats.org/officeDocument/2006/relationships/image" Target="media/image1549.wmf"/><Relationship Id="rId4125" Type="http://schemas.openxmlformats.org/officeDocument/2006/relationships/image" Target="media/image2078.wmf"/><Relationship Id="rId5523" Type="http://schemas.openxmlformats.org/officeDocument/2006/relationships/oleObject" Target="embeddings/oleObject2740.bin"/><Relationship Id="rId1719" Type="http://schemas.openxmlformats.org/officeDocument/2006/relationships/image" Target="media/image862.wmf"/><Relationship Id="rId2090" Type="http://schemas.openxmlformats.org/officeDocument/2006/relationships/oleObject" Target="embeddings/oleObject1034.bin"/><Relationship Id="rId3141" Type="http://schemas.openxmlformats.org/officeDocument/2006/relationships/image" Target="media/image1583.wmf"/><Relationship Id="rId6297" Type="http://schemas.openxmlformats.org/officeDocument/2006/relationships/image" Target="media/image3170.wmf"/><Relationship Id="rId3958" Type="http://schemas.openxmlformats.org/officeDocument/2006/relationships/oleObject" Target="embeddings/oleObject1960.bin"/><Relationship Id="rId6364" Type="http://schemas.openxmlformats.org/officeDocument/2006/relationships/oleObject" Target="embeddings/oleObject3157.bin"/><Relationship Id="rId879" Type="http://schemas.openxmlformats.org/officeDocument/2006/relationships/oleObject" Target="embeddings/oleObject434.bin"/><Relationship Id="rId5380" Type="http://schemas.openxmlformats.org/officeDocument/2006/relationships/image" Target="media/image2708.wmf"/><Relationship Id="rId6017" Type="http://schemas.openxmlformats.org/officeDocument/2006/relationships/oleObject" Target="embeddings/oleObject2986.bin"/><Relationship Id="rId6431" Type="http://schemas.openxmlformats.org/officeDocument/2006/relationships/oleObject" Target="embeddings/oleObject3190.bin"/><Relationship Id="rId1576" Type="http://schemas.openxmlformats.org/officeDocument/2006/relationships/oleObject" Target="embeddings/oleObject782.bin"/><Relationship Id="rId2974" Type="http://schemas.openxmlformats.org/officeDocument/2006/relationships/image" Target="media/image1499.wmf"/><Relationship Id="rId5033" Type="http://schemas.openxmlformats.org/officeDocument/2006/relationships/image" Target="media/image2534.wmf"/><Relationship Id="rId946" Type="http://schemas.openxmlformats.org/officeDocument/2006/relationships/image" Target="media/image475.wmf"/><Relationship Id="rId1229" Type="http://schemas.openxmlformats.org/officeDocument/2006/relationships/oleObject" Target="embeddings/oleObject609.bin"/><Relationship Id="rId1990" Type="http://schemas.openxmlformats.org/officeDocument/2006/relationships/image" Target="media/image1002.wmf"/><Relationship Id="rId2627" Type="http://schemas.openxmlformats.org/officeDocument/2006/relationships/oleObject" Target="embeddings/oleObject1298.bin"/><Relationship Id="rId5100" Type="http://schemas.openxmlformats.org/officeDocument/2006/relationships/oleObject" Target="embeddings/oleObject2529.bin"/><Relationship Id="rId1643" Type="http://schemas.openxmlformats.org/officeDocument/2006/relationships/image" Target="media/image824.wmf"/><Relationship Id="rId4799" Type="http://schemas.openxmlformats.org/officeDocument/2006/relationships/oleObject" Target="embeddings/oleObject2379.bin"/><Relationship Id="rId1710" Type="http://schemas.openxmlformats.org/officeDocument/2006/relationships/oleObject" Target="embeddings/oleObject849.bin"/><Relationship Id="rId4866" Type="http://schemas.openxmlformats.org/officeDocument/2006/relationships/image" Target="media/image2450.wmf"/><Relationship Id="rId5917" Type="http://schemas.openxmlformats.org/officeDocument/2006/relationships/image" Target="media/image2977.wmf"/><Relationship Id="rId3468" Type="http://schemas.openxmlformats.org/officeDocument/2006/relationships/image" Target="media/image1747.wmf"/><Relationship Id="rId3882" Type="http://schemas.openxmlformats.org/officeDocument/2006/relationships/image" Target="media/image1956.wmf"/><Relationship Id="rId4519" Type="http://schemas.openxmlformats.org/officeDocument/2006/relationships/image" Target="media/image2276.wmf"/><Relationship Id="rId4933" Type="http://schemas.openxmlformats.org/officeDocument/2006/relationships/image" Target="media/image2484.wmf"/><Relationship Id="rId389" Type="http://schemas.openxmlformats.org/officeDocument/2006/relationships/oleObject" Target="embeddings/oleObject190.bin"/><Relationship Id="rId2484" Type="http://schemas.openxmlformats.org/officeDocument/2006/relationships/oleObject" Target="embeddings/oleObject1227.bin"/><Relationship Id="rId3535" Type="http://schemas.openxmlformats.org/officeDocument/2006/relationships/oleObject" Target="embeddings/oleObject1751.bin"/><Relationship Id="rId456" Type="http://schemas.openxmlformats.org/officeDocument/2006/relationships/oleObject" Target="embeddings/oleObject223.bin"/><Relationship Id="rId870" Type="http://schemas.openxmlformats.org/officeDocument/2006/relationships/image" Target="media/image437.wmf"/><Relationship Id="rId1086" Type="http://schemas.openxmlformats.org/officeDocument/2006/relationships/image" Target="media/image545.wmf"/><Relationship Id="rId2137" Type="http://schemas.openxmlformats.org/officeDocument/2006/relationships/image" Target="media/image1076.wmf"/><Relationship Id="rId2551" Type="http://schemas.openxmlformats.org/officeDocument/2006/relationships/image" Target="media/image1287.wmf"/><Relationship Id="rId109" Type="http://schemas.openxmlformats.org/officeDocument/2006/relationships/oleObject" Target="embeddings/oleObject50.bin"/><Relationship Id="rId523" Type="http://schemas.openxmlformats.org/officeDocument/2006/relationships/image" Target="media/image263.wmf"/><Relationship Id="rId1153" Type="http://schemas.openxmlformats.org/officeDocument/2006/relationships/oleObject" Target="embeddings/oleObject571.bin"/><Relationship Id="rId2204" Type="http://schemas.openxmlformats.org/officeDocument/2006/relationships/oleObject" Target="embeddings/oleObject1091.bin"/><Relationship Id="rId3602" Type="http://schemas.openxmlformats.org/officeDocument/2006/relationships/image" Target="media/image1814.wmf"/><Relationship Id="rId5774" Type="http://schemas.openxmlformats.org/officeDocument/2006/relationships/oleObject" Target="embeddings/oleObject2865.bin"/><Relationship Id="rId1220" Type="http://schemas.openxmlformats.org/officeDocument/2006/relationships/image" Target="media/image612.wmf"/><Relationship Id="rId4376" Type="http://schemas.openxmlformats.org/officeDocument/2006/relationships/image" Target="media/image2204.wmf"/><Relationship Id="rId4790" Type="http://schemas.openxmlformats.org/officeDocument/2006/relationships/image" Target="media/image2412.wmf"/><Relationship Id="rId5427" Type="http://schemas.openxmlformats.org/officeDocument/2006/relationships/oleObject" Target="embeddings/oleObject2692.bin"/><Relationship Id="rId5841" Type="http://schemas.openxmlformats.org/officeDocument/2006/relationships/image" Target="media/image2939.wmf"/><Relationship Id="rId3392" Type="http://schemas.openxmlformats.org/officeDocument/2006/relationships/image" Target="media/image1709.wmf"/><Relationship Id="rId4029" Type="http://schemas.openxmlformats.org/officeDocument/2006/relationships/image" Target="media/image2030.wmf"/><Relationship Id="rId4443" Type="http://schemas.openxmlformats.org/officeDocument/2006/relationships/oleObject" Target="embeddings/oleObject2202.bin"/><Relationship Id="rId3045" Type="http://schemas.openxmlformats.org/officeDocument/2006/relationships/oleObject" Target="embeddings/oleObject1507.bin"/><Relationship Id="rId4510" Type="http://schemas.openxmlformats.org/officeDocument/2006/relationships/oleObject" Target="embeddings/oleObject2235.bin"/><Relationship Id="rId380" Type="http://schemas.openxmlformats.org/officeDocument/2006/relationships/image" Target="media/image191.wmf"/><Relationship Id="rId2061" Type="http://schemas.openxmlformats.org/officeDocument/2006/relationships/image" Target="media/image1038.wmf"/><Relationship Id="rId3112" Type="http://schemas.openxmlformats.org/officeDocument/2006/relationships/oleObject" Target="embeddings/oleObject1540.bin"/><Relationship Id="rId6268" Type="http://schemas.openxmlformats.org/officeDocument/2006/relationships/oleObject" Target="embeddings/oleObject3109.bin"/><Relationship Id="rId5284" Type="http://schemas.openxmlformats.org/officeDocument/2006/relationships/image" Target="media/image2660.wmf"/><Relationship Id="rId6335" Type="http://schemas.openxmlformats.org/officeDocument/2006/relationships/image" Target="media/image3189.wmf"/><Relationship Id="rId100" Type="http://schemas.openxmlformats.org/officeDocument/2006/relationships/image" Target="media/image51.wmf"/><Relationship Id="rId2878" Type="http://schemas.openxmlformats.org/officeDocument/2006/relationships/image" Target="media/image1451.wmf"/><Relationship Id="rId3929" Type="http://schemas.openxmlformats.org/officeDocument/2006/relationships/oleObject" Target="embeddings/oleObject1946.bin"/><Relationship Id="rId1894" Type="http://schemas.openxmlformats.org/officeDocument/2006/relationships/image" Target="media/image950.wmf"/><Relationship Id="rId2945" Type="http://schemas.openxmlformats.org/officeDocument/2006/relationships/oleObject" Target="embeddings/oleObject1457.bin"/><Relationship Id="rId5351" Type="http://schemas.openxmlformats.org/officeDocument/2006/relationships/oleObject" Target="embeddings/oleObject2654.bin"/><Relationship Id="rId6402" Type="http://schemas.openxmlformats.org/officeDocument/2006/relationships/oleObject" Target="embeddings/oleObject3176.bin"/><Relationship Id="rId917" Type="http://schemas.openxmlformats.org/officeDocument/2006/relationships/oleObject" Target="embeddings/oleObject453.bin"/><Relationship Id="rId1547" Type="http://schemas.openxmlformats.org/officeDocument/2006/relationships/image" Target="media/image776.wmf"/><Relationship Id="rId1961" Type="http://schemas.openxmlformats.org/officeDocument/2006/relationships/oleObject" Target="embeddings/oleObject972.bin"/><Relationship Id="rId5004" Type="http://schemas.openxmlformats.org/officeDocument/2006/relationships/oleObject" Target="embeddings/oleObject2481.bin"/><Relationship Id="rId1614" Type="http://schemas.openxmlformats.org/officeDocument/2006/relationships/oleObject" Target="embeddings/oleObject801.bin"/><Relationship Id="rId4020" Type="http://schemas.openxmlformats.org/officeDocument/2006/relationships/oleObject" Target="embeddings/oleObject1991.bin"/><Relationship Id="rId3786" Type="http://schemas.openxmlformats.org/officeDocument/2006/relationships/image" Target="media/image1908.wmf"/><Relationship Id="rId6192" Type="http://schemas.openxmlformats.org/officeDocument/2006/relationships/oleObject" Target="embeddings/oleObject3071.bin"/><Relationship Id="rId2388" Type="http://schemas.openxmlformats.org/officeDocument/2006/relationships/oleObject" Target="embeddings/oleObject1180.bin"/><Relationship Id="rId3439" Type="http://schemas.openxmlformats.org/officeDocument/2006/relationships/oleObject" Target="embeddings/oleObject1703.bin"/><Relationship Id="rId4837" Type="http://schemas.openxmlformats.org/officeDocument/2006/relationships/oleObject" Target="embeddings/oleObject2398.bin"/><Relationship Id="rId3853" Type="http://schemas.openxmlformats.org/officeDocument/2006/relationships/oleObject" Target="embeddings/oleObject1908.bin"/><Relationship Id="rId4904" Type="http://schemas.openxmlformats.org/officeDocument/2006/relationships/oleObject" Target="embeddings/oleObject2431.bin"/><Relationship Id="rId774" Type="http://schemas.openxmlformats.org/officeDocument/2006/relationships/image" Target="media/image389.wmf"/><Relationship Id="rId1057" Type="http://schemas.openxmlformats.org/officeDocument/2006/relationships/oleObject" Target="embeddings/oleObject523.bin"/><Relationship Id="rId2455" Type="http://schemas.openxmlformats.org/officeDocument/2006/relationships/image" Target="media/image1239.wmf"/><Relationship Id="rId3506" Type="http://schemas.openxmlformats.org/officeDocument/2006/relationships/image" Target="media/image1766.wmf"/><Relationship Id="rId3920" Type="http://schemas.openxmlformats.org/officeDocument/2006/relationships/image" Target="media/image1975.wmf"/><Relationship Id="rId427" Type="http://schemas.openxmlformats.org/officeDocument/2006/relationships/image" Target="media/image215.wmf"/><Relationship Id="rId841" Type="http://schemas.openxmlformats.org/officeDocument/2006/relationships/oleObject" Target="embeddings/oleObject415.bin"/><Relationship Id="rId1471" Type="http://schemas.openxmlformats.org/officeDocument/2006/relationships/image" Target="media/image738.wmf"/><Relationship Id="rId2108" Type="http://schemas.openxmlformats.org/officeDocument/2006/relationships/oleObject" Target="embeddings/oleObject1043.bin"/><Relationship Id="rId2522" Type="http://schemas.openxmlformats.org/officeDocument/2006/relationships/oleObject" Target="embeddings/oleObject1246.bin"/><Relationship Id="rId5678" Type="http://schemas.openxmlformats.org/officeDocument/2006/relationships/image" Target="media/image2857.wmf"/><Relationship Id="rId1124" Type="http://schemas.openxmlformats.org/officeDocument/2006/relationships/image" Target="media/image564.wmf"/><Relationship Id="rId4694" Type="http://schemas.openxmlformats.org/officeDocument/2006/relationships/image" Target="media/image2364.wmf"/><Relationship Id="rId5745" Type="http://schemas.openxmlformats.org/officeDocument/2006/relationships/image" Target="media/image2891.wmf"/><Relationship Id="rId3296" Type="http://schemas.openxmlformats.org/officeDocument/2006/relationships/oleObject" Target="embeddings/oleObject1632.bin"/><Relationship Id="rId4347" Type="http://schemas.openxmlformats.org/officeDocument/2006/relationships/oleObject" Target="embeddings/oleObject2154.bin"/><Relationship Id="rId4761" Type="http://schemas.openxmlformats.org/officeDocument/2006/relationships/oleObject" Target="embeddings/oleObject2360.bin"/><Relationship Id="rId3363" Type="http://schemas.openxmlformats.org/officeDocument/2006/relationships/oleObject" Target="embeddings/oleObject1665.bin"/><Relationship Id="rId4414" Type="http://schemas.openxmlformats.org/officeDocument/2006/relationships/image" Target="media/image2223.wmf"/><Relationship Id="rId5812" Type="http://schemas.openxmlformats.org/officeDocument/2006/relationships/oleObject" Target="embeddings/oleObject2884.bin"/><Relationship Id="rId284" Type="http://schemas.openxmlformats.org/officeDocument/2006/relationships/image" Target="media/image143.wmf"/><Relationship Id="rId3016" Type="http://schemas.openxmlformats.org/officeDocument/2006/relationships/image" Target="media/image1520.wmf"/><Relationship Id="rId3430" Type="http://schemas.openxmlformats.org/officeDocument/2006/relationships/image" Target="media/image1728.wmf"/><Relationship Id="rId5188" Type="http://schemas.openxmlformats.org/officeDocument/2006/relationships/oleObject" Target="embeddings/oleObject2573.bin"/><Relationship Id="rId351" Type="http://schemas.openxmlformats.org/officeDocument/2006/relationships/oleObject" Target="embeddings/oleObject171.bin"/><Relationship Id="rId2032" Type="http://schemas.openxmlformats.org/officeDocument/2006/relationships/image" Target="media/image1023.wmf"/><Relationship Id="rId6239" Type="http://schemas.openxmlformats.org/officeDocument/2006/relationships/image" Target="media/image3141.wmf"/><Relationship Id="rId1798" Type="http://schemas.openxmlformats.org/officeDocument/2006/relationships/oleObject" Target="embeddings/oleObject893.bin"/><Relationship Id="rId2849" Type="http://schemas.openxmlformats.org/officeDocument/2006/relationships/oleObject" Target="embeddings/oleObject1409.bin"/><Relationship Id="rId5255" Type="http://schemas.openxmlformats.org/officeDocument/2006/relationships/image" Target="media/image2645.wmf"/><Relationship Id="rId6306" Type="http://schemas.openxmlformats.org/officeDocument/2006/relationships/oleObject" Target="embeddings/oleObject3128.bin"/><Relationship Id="rId1865" Type="http://schemas.openxmlformats.org/officeDocument/2006/relationships/oleObject" Target="embeddings/oleObject926.bin"/><Relationship Id="rId4271" Type="http://schemas.openxmlformats.org/officeDocument/2006/relationships/image" Target="media/image2151.wmf"/><Relationship Id="rId5322" Type="http://schemas.openxmlformats.org/officeDocument/2006/relationships/image" Target="media/image2679.wmf"/><Relationship Id="rId1518" Type="http://schemas.openxmlformats.org/officeDocument/2006/relationships/oleObject" Target="embeddings/oleObject753.bin"/><Relationship Id="rId2916" Type="http://schemas.openxmlformats.org/officeDocument/2006/relationships/image" Target="media/image1470.wmf"/><Relationship Id="rId1932" Type="http://schemas.openxmlformats.org/officeDocument/2006/relationships/image" Target="media/image971.wmf"/><Relationship Id="rId6096" Type="http://schemas.openxmlformats.org/officeDocument/2006/relationships/oleObject" Target="embeddings/oleObject3025.bin"/><Relationship Id="rId6163" Type="http://schemas.openxmlformats.org/officeDocument/2006/relationships/image" Target="media/image3103.wmf"/><Relationship Id="rId3757" Type="http://schemas.openxmlformats.org/officeDocument/2006/relationships/oleObject" Target="embeddings/oleObject1860.bin"/><Relationship Id="rId4808" Type="http://schemas.openxmlformats.org/officeDocument/2006/relationships/image" Target="media/image2421.wmf"/><Relationship Id="rId678" Type="http://schemas.openxmlformats.org/officeDocument/2006/relationships/image" Target="media/image341.wmf"/><Relationship Id="rId2359" Type="http://schemas.openxmlformats.org/officeDocument/2006/relationships/image" Target="media/image1190.wmf"/><Relationship Id="rId2773" Type="http://schemas.openxmlformats.org/officeDocument/2006/relationships/oleObject" Target="embeddings/oleObject1371.bin"/><Relationship Id="rId3824" Type="http://schemas.openxmlformats.org/officeDocument/2006/relationships/image" Target="media/image1927.wmf"/><Relationship Id="rId6230" Type="http://schemas.openxmlformats.org/officeDocument/2006/relationships/oleObject" Target="embeddings/oleObject3090.bin"/><Relationship Id="rId745" Type="http://schemas.openxmlformats.org/officeDocument/2006/relationships/oleObject" Target="embeddings/oleObject367.bin"/><Relationship Id="rId1375" Type="http://schemas.openxmlformats.org/officeDocument/2006/relationships/oleObject" Target="embeddings/oleObject682.bin"/><Relationship Id="rId2426" Type="http://schemas.openxmlformats.org/officeDocument/2006/relationships/oleObject" Target="embeddings/oleObject1198.bin"/><Relationship Id="rId5996" Type="http://schemas.openxmlformats.org/officeDocument/2006/relationships/image" Target="media/image3017.wmf"/><Relationship Id="rId81" Type="http://schemas.openxmlformats.org/officeDocument/2006/relationships/oleObject" Target="embeddings/oleObject36.bin"/><Relationship Id="rId812" Type="http://schemas.openxmlformats.org/officeDocument/2006/relationships/image" Target="media/image408.wmf"/><Relationship Id="rId1028" Type="http://schemas.openxmlformats.org/officeDocument/2006/relationships/image" Target="media/image516.wmf"/><Relationship Id="rId1442" Type="http://schemas.openxmlformats.org/officeDocument/2006/relationships/oleObject" Target="embeddings/oleObject715.bin"/><Relationship Id="rId2840" Type="http://schemas.openxmlformats.org/officeDocument/2006/relationships/image" Target="media/image1432.wmf"/><Relationship Id="rId4598" Type="http://schemas.openxmlformats.org/officeDocument/2006/relationships/image" Target="media/image2316.wmf"/><Relationship Id="rId5649" Type="http://schemas.openxmlformats.org/officeDocument/2006/relationships/oleObject" Target="embeddings/oleObject2803.bin"/><Relationship Id="rId3267" Type="http://schemas.openxmlformats.org/officeDocument/2006/relationships/image" Target="media/image1646.wmf"/><Relationship Id="rId4665" Type="http://schemas.openxmlformats.org/officeDocument/2006/relationships/oleObject" Target="embeddings/oleObject2312.bin"/><Relationship Id="rId5716" Type="http://schemas.openxmlformats.org/officeDocument/2006/relationships/oleObject" Target="embeddings/oleObject2836.bin"/><Relationship Id="rId188" Type="http://schemas.openxmlformats.org/officeDocument/2006/relationships/image" Target="media/image95.wmf"/><Relationship Id="rId3681" Type="http://schemas.openxmlformats.org/officeDocument/2006/relationships/image" Target="media/image1854.wmf"/><Relationship Id="rId4318" Type="http://schemas.openxmlformats.org/officeDocument/2006/relationships/image" Target="media/image2175.wmf"/><Relationship Id="rId4732" Type="http://schemas.openxmlformats.org/officeDocument/2006/relationships/image" Target="media/image2383.wmf"/><Relationship Id="rId2283" Type="http://schemas.openxmlformats.org/officeDocument/2006/relationships/image" Target="media/image1151.wmf"/><Relationship Id="rId3334" Type="http://schemas.openxmlformats.org/officeDocument/2006/relationships/oleObject" Target="embeddings/oleObject1651.bin"/><Relationship Id="rId255" Type="http://schemas.openxmlformats.org/officeDocument/2006/relationships/oleObject" Target="embeddings/oleObject123.bin"/><Relationship Id="rId2350" Type="http://schemas.openxmlformats.org/officeDocument/2006/relationships/oleObject" Target="embeddings/oleObject1161.bin"/><Relationship Id="rId3401" Type="http://schemas.openxmlformats.org/officeDocument/2006/relationships/oleObject" Target="embeddings/oleObject1684.bin"/><Relationship Id="rId322" Type="http://schemas.openxmlformats.org/officeDocument/2006/relationships/image" Target="media/image162.wmf"/><Relationship Id="rId2003" Type="http://schemas.openxmlformats.org/officeDocument/2006/relationships/oleObject" Target="embeddings/oleObject991.bin"/><Relationship Id="rId5159" Type="http://schemas.openxmlformats.org/officeDocument/2006/relationships/image" Target="media/image2597.wmf"/><Relationship Id="rId5573" Type="http://schemas.openxmlformats.org/officeDocument/2006/relationships/oleObject" Target="embeddings/oleObject2765.bin"/><Relationship Id="rId4175" Type="http://schemas.openxmlformats.org/officeDocument/2006/relationships/image" Target="media/image2103.wmf"/><Relationship Id="rId5226" Type="http://schemas.openxmlformats.org/officeDocument/2006/relationships/oleObject" Target="embeddings/oleObject2592.bin"/><Relationship Id="rId1769" Type="http://schemas.openxmlformats.org/officeDocument/2006/relationships/image" Target="media/image887.wmf"/><Relationship Id="rId3191" Type="http://schemas.openxmlformats.org/officeDocument/2006/relationships/image" Target="media/image1608.wmf"/><Relationship Id="rId4242" Type="http://schemas.openxmlformats.org/officeDocument/2006/relationships/oleObject" Target="embeddings/oleObject2102.bin"/><Relationship Id="rId5640" Type="http://schemas.openxmlformats.org/officeDocument/2006/relationships/image" Target="media/image2838.wmf"/><Relationship Id="rId1836" Type="http://schemas.openxmlformats.org/officeDocument/2006/relationships/image" Target="media/image921.wmf"/><Relationship Id="rId1903" Type="http://schemas.openxmlformats.org/officeDocument/2006/relationships/oleObject" Target="embeddings/oleObject945.bin"/><Relationship Id="rId6067" Type="http://schemas.openxmlformats.org/officeDocument/2006/relationships/image" Target="media/image3053.wmf"/><Relationship Id="rId996" Type="http://schemas.openxmlformats.org/officeDocument/2006/relationships/image" Target="media/image500.wmf"/><Relationship Id="rId2677" Type="http://schemas.openxmlformats.org/officeDocument/2006/relationships/oleObject" Target="embeddings/oleObject1323.bin"/><Relationship Id="rId3728" Type="http://schemas.openxmlformats.org/officeDocument/2006/relationships/image" Target="media/image1878.wmf"/><Relationship Id="rId5083" Type="http://schemas.openxmlformats.org/officeDocument/2006/relationships/image" Target="media/image2559.wmf"/><Relationship Id="rId6134" Type="http://schemas.openxmlformats.org/officeDocument/2006/relationships/image" Target="media/image3088.png"/><Relationship Id="rId649" Type="http://schemas.openxmlformats.org/officeDocument/2006/relationships/oleObject" Target="embeddings/oleObject319.bin"/><Relationship Id="rId1279" Type="http://schemas.openxmlformats.org/officeDocument/2006/relationships/oleObject" Target="embeddings/oleObject634.bin"/><Relationship Id="rId5150" Type="http://schemas.openxmlformats.org/officeDocument/2006/relationships/oleObject" Target="embeddings/oleObject2554.bin"/><Relationship Id="rId6201" Type="http://schemas.openxmlformats.org/officeDocument/2006/relationships/image" Target="media/image3122.wmf"/><Relationship Id="rId1346" Type="http://schemas.openxmlformats.org/officeDocument/2006/relationships/image" Target="media/image675.wmf"/><Relationship Id="rId1693" Type="http://schemas.openxmlformats.org/officeDocument/2006/relationships/image" Target="media/image849.wmf"/><Relationship Id="rId2744" Type="http://schemas.openxmlformats.org/officeDocument/2006/relationships/image" Target="media/image1384.wmf"/><Relationship Id="rId716" Type="http://schemas.openxmlformats.org/officeDocument/2006/relationships/image" Target="media/image360.wmf"/><Relationship Id="rId1760" Type="http://schemas.openxmlformats.org/officeDocument/2006/relationships/oleObject" Target="embeddings/oleObject874.bin"/><Relationship Id="rId2811" Type="http://schemas.openxmlformats.org/officeDocument/2006/relationships/oleObject" Target="embeddings/oleObject1390.bin"/><Relationship Id="rId5967" Type="http://schemas.openxmlformats.org/officeDocument/2006/relationships/oleObject" Target="embeddings/oleObject2961.bin"/><Relationship Id="rId52" Type="http://schemas.openxmlformats.org/officeDocument/2006/relationships/image" Target="media/image27.wmf"/><Relationship Id="rId1413" Type="http://schemas.openxmlformats.org/officeDocument/2006/relationships/oleObject" Target="embeddings/oleObject701.bin"/><Relationship Id="rId4569" Type="http://schemas.openxmlformats.org/officeDocument/2006/relationships/image" Target="media/image2301.wmf"/><Relationship Id="rId4983" Type="http://schemas.openxmlformats.org/officeDocument/2006/relationships/image" Target="media/image2509.wmf"/><Relationship Id="rId3585" Type="http://schemas.openxmlformats.org/officeDocument/2006/relationships/oleObject" Target="embeddings/oleObject1776.bin"/><Relationship Id="rId4636" Type="http://schemas.openxmlformats.org/officeDocument/2006/relationships/image" Target="media/image2335.wmf"/><Relationship Id="rId2187" Type="http://schemas.openxmlformats.org/officeDocument/2006/relationships/image" Target="media/image1101.wmf"/><Relationship Id="rId3238" Type="http://schemas.openxmlformats.org/officeDocument/2006/relationships/oleObject" Target="embeddings/oleObject1603.bin"/><Relationship Id="rId3652" Type="http://schemas.openxmlformats.org/officeDocument/2006/relationships/oleObject" Target="embeddings/oleObject1809.bin"/><Relationship Id="rId4703" Type="http://schemas.openxmlformats.org/officeDocument/2006/relationships/oleObject" Target="embeddings/oleObject2331.bin"/><Relationship Id="rId159" Type="http://schemas.openxmlformats.org/officeDocument/2006/relationships/oleObject" Target="embeddings/oleObject75.bin"/><Relationship Id="rId573" Type="http://schemas.openxmlformats.org/officeDocument/2006/relationships/image" Target="media/image288.wmf"/><Relationship Id="rId2254" Type="http://schemas.openxmlformats.org/officeDocument/2006/relationships/oleObject" Target="embeddings/oleObject1116.bin"/><Relationship Id="rId3305" Type="http://schemas.openxmlformats.org/officeDocument/2006/relationships/image" Target="media/image1665.wmf"/><Relationship Id="rId226" Type="http://schemas.openxmlformats.org/officeDocument/2006/relationships/image" Target="media/image114.wmf"/><Relationship Id="rId1270" Type="http://schemas.openxmlformats.org/officeDocument/2006/relationships/image" Target="media/image637.wmf"/><Relationship Id="rId5477" Type="http://schemas.openxmlformats.org/officeDocument/2006/relationships/oleObject" Target="embeddings/oleObject2717.bin"/><Relationship Id="rId640" Type="http://schemas.openxmlformats.org/officeDocument/2006/relationships/image" Target="media/image322.wmf"/><Relationship Id="rId2321" Type="http://schemas.openxmlformats.org/officeDocument/2006/relationships/oleObject" Target="embeddings/oleObject1147.bin"/><Relationship Id="rId4079" Type="http://schemas.openxmlformats.org/officeDocument/2006/relationships/image" Target="media/image2055.wmf"/><Relationship Id="rId5891" Type="http://schemas.openxmlformats.org/officeDocument/2006/relationships/image" Target="media/image2964.wmf"/><Relationship Id="rId4493" Type="http://schemas.openxmlformats.org/officeDocument/2006/relationships/oleObject" Target="embeddings/oleObject2227.bin"/><Relationship Id="rId5544" Type="http://schemas.openxmlformats.org/officeDocument/2006/relationships/image" Target="media/image2790.wmf"/><Relationship Id="rId3095" Type="http://schemas.openxmlformats.org/officeDocument/2006/relationships/oleObject" Target="embeddings/oleObject1532.bin"/><Relationship Id="rId4146" Type="http://schemas.openxmlformats.org/officeDocument/2006/relationships/oleObject" Target="embeddings/oleObject2054.bin"/><Relationship Id="rId4560" Type="http://schemas.openxmlformats.org/officeDocument/2006/relationships/oleObject" Target="embeddings/oleObject2260.bin"/><Relationship Id="rId5611" Type="http://schemas.openxmlformats.org/officeDocument/2006/relationships/oleObject" Target="embeddings/oleObject2784.bin"/><Relationship Id="rId1807" Type="http://schemas.openxmlformats.org/officeDocument/2006/relationships/image" Target="media/image906.wmf"/><Relationship Id="rId3162" Type="http://schemas.openxmlformats.org/officeDocument/2006/relationships/oleObject" Target="embeddings/oleObject1565.bin"/><Relationship Id="rId4213" Type="http://schemas.openxmlformats.org/officeDocument/2006/relationships/image" Target="media/image2122.wmf"/><Relationship Id="rId6385" Type="http://schemas.openxmlformats.org/officeDocument/2006/relationships/image" Target="media/image3214.wmf"/><Relationship Id="rId150" Type="http://schemas.openxmlformats.org/officeDocument/2006/relationships/image" Target="media/image76.wmf"/><Relationship Id="rId3979" Type="http://schemas.openxmlformats.org/officeDocument/2006/relationships/image" Target="media/image2005.wmf"/><Relationship Id="rId6038" Type="http://schemas.openxmlformats.org/officeDocument/2006/relationships/image" Target="media/image3038.wmf"/><Relationship Id="rId6452" Type="http://schemas.openxmlformats.org/officeDocument/2006/relationships/fontTable" Target="fontTable.xml"/><Relationship Id="rId2995" Type="http://schemas.openxmlformats.org/officeDocument/2006/relationships/oleObject" Target="embeddings/oleObject1482.bin"/><Relationship Id="rId5054" Type="http://schemas.openxmlformats.org/officeDocument/2006/relationships/oleObject" Target="embeddings/oleObject2506.bin"/><Relationship Id="rId6105" Type="http://schemas.openxmlformats.org/officeDocument/2006/relationships/image" Target="media/image3072.wmf"/><Relationship Id="rId967" Type="http://schemas.openxmlformats.org/officeDocument/2006/relationships/oleObject" Target="embeddings/oleObject478.bin"/><Relationship Id="rId1597" Type="http://schemas.openxmlformats.org/officeDocument/2006/relationships/image" Target="media/image801.wmf"/><Relationship Id="rId2648" Type="http://schemas.openxmlformats.org/officeDocument/2006/relationships/image" Target="media/image1336.wmf"/><Relationship Id="rId1664" Type="http://schemas.openxmlformats.org/officeDocument/2006/relationships/oleObject" Target="embeddings/oleObject826.bin"/><Relationship Id="rId2715" Type="http://schemas.openxmlformats.org/officeDocument/2006/relationships/oleObject" Target="embeddings/oleObject1342.bin"/><Relationship Id="rId4070" Type="http://schemas.openxmlformats.org/officeDocument/2006/relationships/oleObject" Target="embeddings/oleObject2016.bin"/><Relationship Id="rId5121" Type="http://schemas.openxmlformats.org/officeDocument/2006/relationships/image" Target="media/image2578.wmf"/><Relationship Id="rId1317" Type="http://schemas.openxmlformats.org/officeDocument/2006/relationships/oleObject" Target="embeddings/oleObject653.bin"/><Relationship Id="rId1731" Type="http://schemas.openxmlformats.org/officeDocument/2006/relationships/image" Target="media/image868.wmf"/><Relationship Id="rId4887" Type="http://schemas.openxmlformats.org/officeDocument/2006/relationships/oleObject" Target="embeddings/oleObject2423.bin"/><Relationship Id="rId5938" Type="http://schemas.openxmlformats.org/officeDocument/2006/relationships/image" Target="media/image2988.wmf"/><Relationship Id="rId23" Type="http://schemas.openxmlformats.org/officeDocument/2006/relationships/image" Target="media/image10.wmf"/><Relationship Id="rId3489" Type="http://schemas.openxmlformats.org/officeDocument/2006/relationships/oleObject" Target="embeddings/oleObject1728.bin"/><Relationship Id="rId3556" Type="http://schemas.openxmlformats.org/officeDocument/2006/relationships/image" Target="media/image1791.wmf"/><Relationship Id="rId4954" Type="http://schemas.openxmlformats.org/officeDocument/2006/relationships/oleObject" Target="embeddings/oleObject2456.bin"/><Relationship Id="rId477" Type="http://schemas.openxmlformats.org/officeDocument/2006/relationships/image" Target="media/image240.wmf"/><Relationship Id="rId2158" Type="http://schemas.openxmlformats.org/officeDocument/2006/relationships/oleObject" Target="embeddings/oleObject1068.bin"/><Relationship Id="rId3209" Type="http://schemas.openxmlformats.org/officeDocument/2006/relationships/image" Target="media/image1617.wmf"/><Relationship Id="rId3970" Type="http://schemas.openxmlformats.org/officeDocument/2006/relationships/oleObject" Target="embeddings/oleObject1966.bin"/><Relationship Id="rId4607" Type="http://schemas.openxmlformats.org/officeDocument/2006/relationships/oleObject" Target="embeddings/oleObject2283.bin"/><Relationship Id="rId891" Type="http://schemas.openxmlformats.org/officeDocument/2006/relationships/oleObject" Target="embeddings/oleObject440.bin"/><Relationship Id="rId2572" Type="http://schemas.openxmlformats.org/officeDocument/2006/relationships/oleObject" Target="embeddings/oleObject1271.bin"/><Relationship Id="rId3623" Type="http://schemas.openxmlformats.org/officeDocument/2006/relationships/image" Target="media/image1825.wmf"/><Relationship Id="rId544" Type="http://schemas.openxmlformats.org/officeDocument/2006/relationships/oleObject" Target="embeddings/oleObject267.bin"/><Relationship Id="rId1174" Type="http://schemas.openxmlformats.org/officeDocument/2006/relationships/image" Target="media/image589.wmf"/><Relationship Id="rId2225" Type="http://schemas.openxmlformats.org/officeDocument/2006/relationships/image" Target="media/image1120.wmf"/><Relationship Id="rId5795" Type="http://schemas.openxmlformats.org/officeDocument/2006/relationships/image" Target="media/image2916.wmf"/><Relationship Id="rId611" Type="http://schemas.openxmlformats.org/officeDocument/2006/relationships/oleObject" Target="embeddings/oleObject300.bin"/><Relationship Id="rId1241" Type="http://schemas.openxmlformats.org/officeDocument/2006/relationships/oleObject" Target="embeddings/oleObject615.bin"/><Relationship Id="rId4397" Type="http://schemas.openxmlformats.org/officeDocument/2006/relationships/oleObject" Target="embeddings/oleObject2179.bin"/><Relationship Id="rId5448" Type="http://schemas.openxmlformats.org/officeDocument/2006/relationships/image" Target="media/image2742.wmf"/><Relationship Id="rId5862" Type="http://schemas.openxmlformats.org/officeDocument/2006/relationships/oleObject" Target="embeddings/oleObject2909.bin"/><Relationship Id="rId4464" Type="http://schemas.openxmlformats.org/officeDocument/2006/relationships/image" Target="media/image2248.wmf"/><Relationship Id="rId5515" Type="http://schemas.openxmlformats.org/officeDocument/2006/relationships/oleObject" Target="embeddings/oleObject2736.bin"/><Relationship Id="rId3066" Type="http://schemas.openxmlformats.org/officeDocument/2006/relationships/image" Target="media/image1545.wmf"/><Relationship Id="rId3480" Type="http://schemas.openxmlformats.org/officeDocument/2006/relationships/image" Target="media/image1753.wmf"/><Relationship Id="rId4117" Type="http://schemas.openxmlformats.org/officeDocument/2006/relationships/image" Target="media/image2074.wmf"/><Relationship Id="rId4531" Type="http://schemas.openxmlformats.org/officeDocument/2006/relationships/image" Target="media/image2282.wmf"/><Relationship Id="rId2082" Type="http://schemas.openxmlformats.org/officeDocument/2006/relationships/oleObject" Target="embeddings/oleObject1030.bin"/><Relationship Id="rId3133" Type="http://schemas.openxmlformats.org/officeDocument/2006/relationships/image" Target="media/image1579.wmf"/><Relationship Id="rId6289" Type="http://schemas.openxmlformats.org/officeDocument/2006/relationships/image" Target="media/image3166.wmf"/><Relationship Id="rId2899" Type="http://schemas.openxmlformats.org/officeDocument/2006/relationships/oleObject" Target="embeddings/oleObject1434.bin"/><Relationship Id="rId3200" Type="http://schemas.openxmlformats.org/officeDocument/2006/relationships/oleObject" Target="embeddings/oleObject1584.bin"/><Relationship Id="rId6356" Type="http://schemas.openxmlformats.org/officeDocument/2006/relationships/oleObject" Target="embeddings/oleObject3153.bin"/><Relationship Id="rId121" Type="http://schemas.openxmlformats.org/officeDocument/2006/relationships/oleObject" Target="embeddings/oleObject56.bin"/><Relationship Id="rId2966" Type="http://schemas.openxmlformats.org/officeDocument/2006/relationships/image" Target="media/image1495.wmf"/><Relationship Id="rId5372" Type="http://schemas.openxmlformats.org/officeDocument/2006/relationships/image" Target="media/image2704.wmf"/><Relationship Id="rId6009" Type="http://schemas.openxmlformats.org/officeDocument/2006/relationships/oleObject" Target="embeddings/oleObject2982.bin"/><Relationship Id="rId6423" Type="http://schemas.openxmlformats.org/officeDocument/2006/relationships/oleObject" Target="embeddings/oleObject3186.bin"/><Relationship Id="rId938" Type="http://schemas.openxmlformats.org/officeDocument/2006/relationships/image" Target="media/image471.wmf"/><Relationship Id="rId1568" Type="http://schemas.openxmlformats.org/officeDocument/2006/relationships/oleObject" Target="embeddings/oleObject778.bin"/><Relationship Id="rId2619" Type="http://schemas.openxmlformats.org/officeDocument/2006/relationships/oleObject" Target="embeddings/oleObject1294.bin"/><Relationship Id="rId5025" Type="http://schemas.openxmlformats.org/officeDocument/2006/relationships/image" Target="media/image2530.wmf"/><Relationship Id="rId1635" Type="http://schemas.openxmlformats.org/officeDocument/2006/relationships/image" Target="media/image820.wmf"/><Relationship Id="rId1982" Type="http://schemas.openxmlformats.org/officeDocument/2006/relationships/image" Target="media/image996.wmf"/><Relationship Id="rId4041" Type="http://schemas.openxmlformats.org/officeDocument/2006/relationships/image" Target="media/image2036.wmf"/><Relationship Id="rId1702" Type="http://schemas.openxmlformats.org/officeDocument/2006/relationships/oleObject" Target="embeddings/oleObject845.bin"/><Relationship Id="rId4858" Type="http://schemas.openxmlformats.org/officeDocument/2006/relationships/image" Target="media/image2446.wmf"/><Relationship Id="rId5909" Type="http://schemas.openxmlformats.org/officeDocument/2006/relationships/image" Target="media/image2973.wmf"/><Relationship Id="rId3874" Type="http://schemas.openxmlformats.org/officeDocument/2006/relationships/image" Target="media/image1952.wmf"/><Relationship Id="rId4925" Type="http://schemas.openxmlformats.org/officeDocument/2006/relationships/image" Target="media/image2480.wmf"/><Relationship Id="rId6280" Type="http://schemas.openxmlformats.org/officeDocument/2006/relationships/oleObject" Target="embeddings/oleObject3115.bin"/><Relationship Id="rId795" Type="http://schemas.openxmlformats.org/officeDocument/2006/relationships/oleObject" Target="embeddings/oleObject392.bin"/><Relationship Id="rId2476" Type="http://schemas.openxmlformats.org/officeDocument/2006/relationships/oleObject" Target="embeddings/oleObject1223.bin"/><Relationship Id="rId2890" Type="http://schemas.openxmlformats.org/officeDocument/2006/relationships/image" Target="media/image1457.wmf"/><Relationship Id="rId3527" Type="http://schemas.openxmlformats.org/officeDocument/2006/relationships/oleObject" Target="embeddings/oleObject1747.bin"/><Relationship Id="rId3941" Type="http://schemas.openxmlformats.org/officeDocument/2006/relationships/image" Target="media/image1986.wmf"/><Relationship Id="rId448" Type="http://schemas.openxmlformats.org/officeDocument/2006/relationships/oleObject" Target="embeddings/oleObject219.bin"/><Relationship Id="rId862" Type="http://schemas.openxmlformats.org/officeDocument/2006/relationships/image" Target="media/image433.wmf"/><Relationship Id="rId1078" Type="http://schemas.openxmlformats.org/officeDocument/2006/relationships/image" Target="media/image541.wmf"/><Relationship Id="rId1492" Type="http://schemas.openxmlformats.org/officeDocument/2006/relationships/oleObject" Target="embeddings/oleObject740.bin"/><Relationship Id="rId2129" Type="http://schemas.openxmlformats.org/officeDocument/2006/relationships/image" Target="media/image1072.wmf"/><Relationship Id="rId2543" Type="http://schemas.openxmlformats.org/officeDocument/2006/relationships/image" Target="media/image1283.wmf"/><Relationship Id="rId5699" Type="http://schemas.openxmlformats.org/officeDocument/2006/relationships/image" Target="media/image2868.wmf"/><Relationship Id="rId6000" Type="http://schemas.openxmlformats.org/officeDocument/2006/relationships/image" Target="media/image3019.wmf"/><Relationship Id="rId515" Type="http://schemas.openxmlformats.org/officeDocument/2006/relationships/image" Target="media/image259.wmf"/><Relationship Id="rId1145" Type="http://schemas.openxmlformats.org/officeDocument/2006/relationships/oleObject" Target="embeddings/oleObject567.bin"/><Relationship Id="rId5766" Type="http://schemas.openxmlformats.org/officeDocument/2006/relationships/oleObject" Target="embeddings/oleObject2861.bin"/><Relationship Id="rId1212" Type="http://schemas.openxmlformats.org/officeDocument/2006/relationships/image" Target="media/image608.wmf"/><Relationship Id="rId2610" Type="http://schemas.openxmlformats.org/officeDocument/2006/relationships/image" Target="media/image1317.wmf"/><Relationship Id="rId4368" Type="http://schemas.openxmlformats.org/officeDocument/2006/relationships/image" Target="media/image2200.wmf"/><Relationship Id="rId5419" Type="http://schemas.openxmlformats.org/officeDocument/2006/relationships/oleObject" Target="embeddings/oleObject2688.bin"/><Relationship Id="rId4782" Type="http://schemas.openxmlformats.org/officeDocument/2006/relationships/image" Target="media/image2408.wmf"/><Relationship Id="rId5833" Type="http://schemas.openxmlformats.org/officeDocument/2006/relationships/image" Target="media/image2935.wmf"/><Relationship Id="rId3037" Type="http://schemas.openxmlformats.org/officeDocument/2006/relationships/oleObject" Target="embeddings/oleObject1503.bin"/><Relationship Id="rId3384" Type="http://schemas.openxmlformats.org/officeDocument/2006/relationships/image" Target="media/image1705.wmf"/><Relationship Id="rId4435" Type="http://schemas.openxmlformats.org/officeDocument/2006/relationships/oleObject" Target="embeddings/oleObject2198.bin"/><Relationship Id="rId5900" Type="http://schemas.openxmlformats.org/officeDocument/2006/relationships/oleObject" Target="embeddings/oleObject2928.bin"/><Relationship Id="rId3451" Type="http://schemas.openxmlformats.org/officeDocument/2006/relationships/oleObject" Target="embeddings/oleObject1709.bin"/><Relationship Id="rId4502" Type="http://schemas.openxmlformats.org/officeDocument/2006/relationships/image" Target="media/image2267.wmf"/><Relationship Id="rId372" Type="http://schemas.openxmlformats.org/officeDocument/2006/relationships/image" Target="media/image187.wmf"/><Relationship Id="rId2053" Type="http://schemas.openxmlformats.org/officeDocument/2006/relationships/image" Target="media/image1034.wmf"/><Relationship Id="rId3104" Type="http://schemas.openxmlformats.org/officeDocument/2006/relationships/image" Target="media/image1564.wmf"/><Relationship Id="rId2120" Type="http://schemas.openxmlformats.org/officeDocument/2006/relationships/oleObject" Target="embeddings/oleObject1049.bin"/><Relationship Id="rId5276" Type="http://schemas.openxmlformats.org/officeDocument/2006/relationships/image" Target="media/image2656.wmf"/><Relationship Id="rId5690" Type="http://schemas.openxmlformats.org/officeDocument/2006/relationships/image" Target="media/image2863.png"/><Relationship Id="rId6327" Type="http://schemas.openxmlformats.org/officeDocument/2006/relationships/image" Target="media/image3185.wmf"/><Relationship Id="rId4292" Type="http://schemas.openxmlformats.org/officeDocument/2006/relationships/image" Target="media/image2162.wmf"/><Relationship Id="rId5343" Type="http://schemas.openxmlformats.org/officeDocument/2006/relationships/oleObject" Target="embeddings/oleObject2650.bin"/><Relationship Id="rId1886" Type="http://schemas.openxmlformats.org/officeDocument/2006/relationships/image" Target="media/image946.wmf"/><Relationship Id="rId2937" Type="http://schemas.openxmlformats.org/officeDocument/2006/relationships/oleObject" Target="embeddings/oleObject1453.bin"/><Relationship Id="rId909" Type="http://schemas.openxmlformats.org/officeDocument/2006/relationships/oleObject" Target="embeddings/oleObject449.bin"/><Relationship Id="rId1539" Type="http://schemas.openxmlformats.org/officeDocument/2006/relationships/image" Target="media/image772.wmf"/><Relationship Id="rId1953" Type="http://schemas.openxmlformats.org/officeDocument/2006/relationships/oleObject" Target="embeddings/oleObject968.bin"/><Relationship Id="rId5410" Type="http://schemas.openxmlformats.org/officeDocument/2006/relationships/image" Target="media/image2723.wmf"/><Relationship Id="rId1606" Type="http://schemas.openxmlformats.org/officeDocument/2006/relationships/oleObject" Target="embeddings/oleObject797.bin"/><Relationship Id="rId4012" Type="http://schemas.openxmlformats.org/officeDocument/2006/relationships/oleObject" Target="embeddings/oleObject1987.bin"/><Relationship Id="rId3778" Type="http://schemas.openxmlformats.org/officeDocument/2006/relationships/image" Target="media/image1904.wmf"/><Relationship Id="rId4829" Type="http://schemas.openxmlformats.org/officeDocument/2006/relationships/oleObject" Target="embeddings/oleObject2394.bin"/><Relationship Id="rId6184" Type="http://schemas.openxmlformats.org/officeDocument/2006/relationships/oleObject" Target="embeddings/oleObject3067.bin"/><Relationship Id="rId699" Type="http://schemas.openxmlformats.org/officeDocument/2006/relationships/oleObject" Target="embeddings/oleObject344.bin"/><Relationship Id="rId2794" Type="http://schemas.openxmlformats.org/officeDocument/2006/relationships/image" Target="media/image1409.wmf"/><Relationship Id="rId3845" Type="http://schemas.openxmlformats.org/officeDocument/2006/relationships/oleObject" Target="embeddings/oleObject1904.bin"/><Relationship Id="rId6251" Type="http://schemas.openxmlformats.org/officeDocument/2006/relationships/image" Target="media/image3147.wmf"/><Relationship Id="rId766" Type="http://schemas.openxmlformats.org/officeDocument/2006/relationships/image" Target="media/image385.wmf"/><Relationship Id="rId1396" Type="http://schemas.openxmlformats.org/officeDocument/2006/relationships/image" Target="media/image700.wmf"/><Relationship Id="rId2447" Type="http://schemas.openxmlformats.org/officeDocument/2006/relationships/image" Target="media/image1235.wmf"/><Relationship Id="rId419" Type="http://schemas.openxmlformats.org/officeDocument/2006/relationships/oleObject" Target="embeddings/oleObject205.bin"/><Relationship Id="rId1049" Type="http://schemas.openxmlformats.org/officeDocument/2006/relationships/oleObject" Target="embeddings/oleObject519.bin"/><Relationship Id="rId2861" Type="http://schemas.openxmlformats.org/officeDocument/2006/relationships/oleObject" Target="embeddings/oleObject1415.bin"/><Relationship Id="rId3912" Type="http://schemas.openxmlformats.org/officeDocument/2006/relationships/image" Target="media/image1971.wmf"/><Relationship Id="rId833" Type="http://schemas.openxmlformats.org/officeDocument/2006/relationships/oleObject" Target="embeddings/oleObject411.bin"/><Relationship Id="rId1116" Type="http://schemas.openxmlformats.org/officeDocument/2006/relationships/image" Target="media/image560.wmf"/><Relationship Id="rId1463" Type="http://schemas.openxmlformats.org/officeDocument/2006/relationships/image" Target="media/image734.wmf"/><Relationship Id="rId2514" Type="http://schemas.openxmlformats.org/officeDocument/2006/relationships/oleObject" Target="embeddings/oleObject1242.bin"/><Relationship Id="rId900" Type="http://schemas.openxmlformats.org/officeDocument/2006/relationships/image" Target="media/image452.wmf"/><Relationship Id="rId1530" Type="http://schemas.openxmlformats.org/officeDocument/2006/relationships/oleObject" Target="embeddings/oleObject759.bin"/><Relationship Id="rId4686" Type="http://schemas.openxmlformats.org/officeDocument/2006/relationships/image" Target="media/image2360.wmf"/><Relationship Id="rId5737" Type="http://schemas.openxmlformats.org/officeDocument/2006/relationships/image" Target="media/image2887.wmf"/><Relationship Id="rId3288" Type="http://schemas.openxmlformats.org/officeDocument/2006/relationships/oleObject" Target="embeddings/oleObject1628.bin"/><Relationship Id="rId4339" Type="http://schemas.openxmlformats.org/officeDocument/2006/relationships/oleObject" Target="embeddings/oleObject2150.bin"/><Relationship Id="rId4753" Type="http://schemas.openxmlformats.org/officeDocument/2006/relationships/oleObject" Target="embeddings/oleObject2356.bin"/><Relationship Id="rId5804" Type="http://schemas.openxmlformats.org/officeDocument/2006/relationships/oleObject" Target="embeddings/oleObject2880.bin"/><Relationship Id="rId3355" Type="http://schemas.openxmlformats.org/officeDocument/2006/relationships/oleObject" Target="embeddings/oleObject1661.bin"/><Relationship Id="rId4406" Type="http://schemas.openxmlformats.org/officeDocument/2006/relationships/image" Target="media/image2219.wmf"/><Relationship Id="rId276" Type="http://schemas.openxmlformats.org/officeDocument/2006/relationships/image" Target="media/image139.wmf"/><Relationship Id="rId690" Type="http://schemas.openxmlformats.org/officeDocument/2006/relationships/image" Target="media/image347.wmf"/><Relationship Id="rId2371" Type="http://schemas.openxmlformats.org/officeDocument/2006/relationships/image" Target="media/image1196.wmf"/><Relationship Id="rId3008" Type="http://schemas.openxmlformats.org/officeDocument/2006/relationships/image" Target="media/image1516.wmf"/><Relationship Id="rId3422" Type="http://schemas.openxmlformats.org/officeDocument/2006/relationships/image" Target="media/image1724.wmf"/><Relationship Id="rId4820" Type="http://schemas.openxmlformats.org/officeDocument/2006/relationships/image" Target="media/image2427.wmf"/><Relationship Id="rId343" Type="http://schemas.openxmlformats.org/officeDocument/2006/relationships/oleObject" Target="embeddings/oleObject167.bin"/><Relationship Id="rId2024" Type="http://schemas.openxmlformats.org/officeDocument/2006/relationships/image" Target="media/image1019.wmf"/><Relationship Id="rId1040" Type="http://schemas.openxmlformats.org/officeDocument/2006/relationships/image" Target="media/image522.wmf"/><Relationship Id="rId4196" Type="http://schemas.openxmlformats.org/officeDocument/2006/relationships/oleObject" Target="embeddings/oleObject2079.bin"/><Relationship Id="rId5247" Type="http://schemas.openxmlformats.org/officeDocument/2006/relationships/image" Target="media/image2641.wmf"/><Relationship Id="rId5594" Type="http://schemas.openxmlformats.org/officeDocument/2006/relationships/image" Target="media/image2815.wmf"/><Relationship Id="rId410" Type="http://schemas.openxmlformats.org/officeDocument/2006/relationships/image" Target="media/image206.wmf"/><Relationship Id="rId5661" Type="http://schemas.openxmlformats.org/officeDocument/2006/relationships/oleObject" Target="embeddings/oleObject2809.bin"/><Relationship Id="rId1857" Type="http://schemas.openxmlformats.org/officeDocument/2006/relationships/oleObject" Target="embeddings/oleObject922.bin"/><Relationship Id="rId2908" Type="http://schemas.openxmlformats.org/officeDocument/2006/relationships/image" Target="media/image1466.wmf"/><Relationship Id="rId4263" Type="http://schemas.openxmlformats.org/officeDocument/2006/relationships/image" Target="media/image2147.wmf"/><Relationship Id="rId5314" Type="http://schemas.openxmlformats.org/officeDocument/2006/relationships/image" Target="media/image2675.wmf"/><Relationship Id="rId1924" Type="http://schemas.openxmlformats.org/officeDocument/2006/relationships/image" Target="media/image965.wmf"/><Relationship Id="rId4330" Type="http://schemas.openxmlformats.org/officeDocument/2006/relationships/image" Target="media/image2181.wmf"/><Relationship Id="rId6088" Type="http://schemas.openxmlformats.org/officeDocument/2006/relationships/oleObject" Target="embeddings/oleObject3021.bin"/><Relationship Id="rId2698" Type="http://schemas.openxmlformats.org/officeDocument/2006/relationships/image" Target="media/image1361.wmf"/><Relationship Id="rId6155" Type="http://schemas.openxmlformats.org/officeDocument/2006/relationships/image" Target="media/image3099.wmf"/><Relationship Id="rId3749" Type="http://schemas.openxmlformats.org/officeDocument/2006/relationships/oleObject" Target="embeddings/oleObject1856.bin"/><Relationship Id="rId5171" Type="http://schemas.openxmlformats.org/officeDocument/2006/relationships/image" Target="media/image2603.wmf"/><Relationship Id="rId6222" Type="http://schemas.openxmlformats.org/officeDocument/2006/relationships/oleObject" Target="embeddings/oleObject3086.bin"/><Relationship Id="rId2765" Type="http://schemas.openxmlformats.org/officeDocument/2006/relationships/oleObject" Target="embeddings/oleObject1367.bin"/><Relationship Id="rId3816" Type="http://schemas.openxmlformats.org/officeDocument/2006/relationships/image" Target="media/image1923.wmf"/><Relationship Id="rId737" Type="http://schemas.openxmlformats.org/officeDocument/2006/relationships/oleObject" Target="embeddings/oleObject363.bin"/><Relationship Id="rId1367" Type="http://schemas.openxmlformats.org/officeDocument/2006/relationships/oleObject" Target="embeddings/oleObject678.bin"/><Relationship Id="rId1781" Type="http://schemas.openxmlformats.org/officeDocument/2006/relationships/image" Target="media/image893.wmf"/><Relationship Id="rId2418" Type="http://schemas.openxmlformats.org/officeDocument/2006/relationships/oleObject" Target="embeddings/oleObject1194.bin"/><Relationship Id="rId2832" Type="http://schemas.openxmlformats.org/officeDocument/2006/relationships/image" Target="media/image1428.wmf"/><Relationship Id="rId5988" Type="http://schemas.openxmlformats.org/officeDocument/2006/relationships/image" Target="media/image3013.wmf"/><Relationship Id="rId73" Type="http://schemas.openxmlformats.org/officeDocument/2006/relationships/oleObject" Target="embeddings/oleObject32.bin"/><Relationship Id="rId804" Type="http://schemas.openxmlformats.org/officeDocument/2006/relationships/image" Target="media/image404.wmf"/><Relationship Id="rId1434" Type="http://schemas.openxmlformats.org/officeDocument/2006/relationships/oleObject" Target="embeddings/oleObject711.bin"/><Relationship Id="rId1501" Type="http://schemas.openxmlformats.org/officeDocument/2006/relationships/image" Target="media/image753.wmf"/><Relationship Id="rId4657" Type="http://schemas.openxmlformats.org/officeDocument/2006/relationships/oleObject" Target="embeddings/oleObject2308.bin"/><Relationship Id="rId5708" Type="http://schemas.openxmlformats.org/officeDocument/2006/relationships/oleObject" Target="embeddings/oleObject2832.bin"/><Relationship Id="rId3259" Type="http://schemas.openxmlformats.org/officeDocument/2006/relationships/image" Target="media/image1642.wmf"/><Relationship Id="rId594" Type="http://schemas.openxmlformats.org/officeDocument/2006/relationships/image" Target="media/image299.wmf"/><Relationship Id="rId2275" Type="http://schemas.openxmlformats.org/officeDocument/2006/relationships/image" Target="media/image1147.wmf"/><Relationship Id="rId3326" Type="http://schemas.openxmlformats.org/officeDocument/2006/relationships/oleObject" Target="embeddings/oleObject1647.bin"/><Relationship Id="rId3673" Type="http://schemas.openxmlformats.org/officeDocument/2006/relationships/image" Target="media/image1850.wmf"/><Relationship Id="rId4724" Type="http://schemas.openxmlformats.org/officeDocument/2006/relationships/image" Target="media/image2379.wmf"/><Relationship Id="rId247" Type="http://schemas.openxmlformats.org/officeDocument/2006/relationships/oleObject" Target="embeddings/oleObject119.bin"/><Relationship Id="rId3740" Type="http://schemas.openxmlformats.org/officeDocument/2006/relationships/oleObject" Target="embeddings/oleObject1852.bin"/><Relationship Id="rId661" Type="http://schemas.openxmlformats.org/officeDocument/2006/relationships/oleObject" Target="embeddings/oleObject325.bin"/><Relationship Id="rId1291" Type="http://schemas.openxmlformats.org/officeDocument/2006/relationships/oleObject" Target="embeddings/oleObject640.bin"/><Relationship Id="rId2342" Type="http://schemas.openxmlformats.org/officeDocument/2006/relationships/image" Target="media/image1181.wmf"/><Relationship Id="rId5498" Type="http://schemas.openxmlformats.org/officeDocument/2006/relationships/image" Target="media/image2767.wmf"/><Relationship Id="rId314" Type="http://schemas.openxmlformats.org/officeDocument/2006/relationships/image" Target="media/image158.wmf"/><Relationship Id="rId5565" Type="http://schemas.openxmlformats.org/officeDocument/2006/relationships/oleObject" Target="embeddings/oleObject2761.bin"/><Relationship Id="rId1011" Type="http://schemas.openxmlformats.org/officeDocument/2006/relationships/oleObject" Target="embeddings/oleObject500.bin"/><Relationship Id="rId4167" Type="http://schemas.openxmlformats.org/officeDocument/2006/relationships/image" Target="media/image2099.wmf"/><Relationship Id="rId4581" Type="http://schemas.openxmlformats.org/officeDocument/2006/relationships/image" Target="media/image2307.wmf"/><Relationship Id="rId5218" Type="http://schemas.openxmlformats.org/officeDocument/2006/relationships/oleObject" Target="embeddings/oleObject2588.bin"/><Relationship Id="rId5632" Type="http://schemas.openxmlformats.org/officeDocument/2006/relationships/image" Target="media/image2834.wmf"/><Relationship Id="rId3183" Type="http://schemas.openxmlformats.org/officeDocument/2006/relationships/image" Target="media/image1604.wmf"/><Relationship Id="rId4234" Type="http://schemas.openxmlformats.org/officeDocument/2006/relationships/oleObject" Target="embeddings/oleObject2098.bin"/><Relationship Id="rId1828" Type="http://schemas.openxmlformats.org/officeDocument/2006/relationships/image" Target="media/image917.wmf"/><Relationship Id="rId3250" Type="http://schemas.openxmlformats.org/officeDocument/2006/relationships/oleObject" Target="embeddings/oleObject1609.bin"/><Relationship Id="rId171" Type="http://schemas.openxmlformats.org/officeDocument/2006/relationships/oleObject" Target="embeddings/oleObject81.bin"/><Relationship Id="rId4301" Type="http://schemas.openxmlformats.org/officeDocument/2006/relationships/oleObject" Target="embeddings/oleObject2131.bin"/><Relationship Id="rId6059" Type="http://schemas.openxmlformats.org/officeDocument/2006/relationships/image" Target="media/image3049.wmf"/><Relationship Id="rId988" Type="http://schemas.openxmlformats.org/officeDocument/2006/relationships/image" Target="media/image496.wmf"/><Relationship Id="rId2669" Type="http://schemas.openxmlformats.org/officeDocument/2006/relationships/oleObject" Target="embeddings/oleObject1319.bin"/><Relationship Id="rId5075" Type="http://schemas.openxmlformats.org/officeDocument/2006/relationships/image" Target="media/image2555.wmf"/><Relationship Id="rId6126" Type="http://schemas.openxmlformats.org/officeDocument/2006/relationships/oleObject" Target="embeddings/oleObject3040.bin"/><Relationship Id="rId1685" Type="http://schemas.openxmlformats.org/officeDocument/2006/relationships/image" Target="media/image845.wmf"/><Relationship Id="rId2736" Type="http://schemas.openxmlformats.org/officeDocument/2006/relationships/image" Target="media/image1380.wmf"/><Relationship Id="rId4091" Type="http://schemas.openxmlformats.org/officeDocument/2006/relationships/image" Target="media/image2061.wmf"/><Relationship Id="rId5142" Type="http://schemas.openxmlformats.org/officeDocument/2006/relationships/oleObject" Target="embeddings/oleObject2550.bin"/><Relationship Id="rId708" Type="http://schemas.openxmlformats.org/officeDocument/2006/relationships/image" Target="media/image356.wmf"/><Relationship Id="rId1338" Type="http://schemas.openxmlformats.org/officeDocument/2006/relationships/image" Target="media/image671.wmf"/><Relationship Id="rId1405" Type="http://schemas.openxmlformats.org/officeDocument/2006/relationships/oleObject" Target="embeddings/oleObject697.bin"/><Relationship Id="rId1752" Type="http://schemas.openxmlformats.org/officeDocument/2006/relationships/oleObject" Target="embeddings/oleObject870.bin"/><Relationship Id="rId2803" Type="http://schemas.openxmlformats.org/officeDocument/2006/relationships/oleObject" Target="embeddings/oleObject1386.bin"/><Relationship Id="rId5959" Type="http://schemas.openxmlformats.org/officeDocument/2006/relationships/oleObject" Target="embeddings/oleObject2957.bin"/><Relationship Id="rId44" Type="http://schemas.openxmlformats.org/officeDocument/2006/relationships/oleObject" Target="embeddings/oleObject18.bin"/><Relationship Id="rId4975" Type="http://schemas.openxmlformats.org/officeDocument/2006/relationships/image" Target="media/image2505.wmf"/><Relationship Id="rId498" Type="http://schemas.openxmlformats.org/officeDocument/2006/relationships/oleObject" Target="embeddings/oleObject244.bin"/><Relationship Id="rId2179" Type="http://schemas.openxmlformats.org/officeDocument/2006/relationships/image" Target="media/image1097.wmf"/><Relationship Id="rId3577" Type="http://schemas.openxmlformats.org/officeDocument/2006/relationships/oleObject" Target="embeddings/oleObject1772.bin"/><Relationship Id="rId3991" Type="http://schemas.openxmlformats.org/officeDocument/2006/relationships/image" Target="media/image2011.wmf"/><Relationship Id="rId4628" Type="http://schemas.openxmlformats.org/officeDocument/2006/relationships/image" Target="media/image2331.wmf"/><Relationship Id="rId2593" Type="http://schemas.openxmlformats.org/officeDocument/2006/relationships/image" Target="media/image1308.wmf"/><Relationship Id="rId3644" Type="http://schemas.openxmlformats.org/officeDocument/2006/relationships/oleObject" Target="embeddings/oleObject1805.bin"/><Relationship Id="rId6050" Type="http://schemas.openxmlformats.org/officeDocument/2006/relationships/image" Target="media/image3044.wmf"/><Relationship Id="rId565" Type="http://schemas.openxmlformats.org/officeDocument/2006/relationships/image" Target="media/image284.wmf"/><Relationship Id="rId1195" Type="http://schemas.openxmlformats.org/officeDocument/2006/relationships/oleObject" Target="embeddings/oleObject592.bin"/><Relationship Id="rId2246" Type="http://schemas.openxmlformats.org/officeDocument/2006/relationships/oleObject" Target="embeddings/oleObject1112.bin"/><Relationship Id="rId2660" Type="http://schemas.openxmlformats.org/officeDocument/2006/relationships/image" Target="media/image1342.wmf"/><Relationship Id="rId3711" Type="http://schemas.openxmlformats.org/officeDocument/2006/relationships/image" Target="media/image1869.wmf"/><Relationship Id="rId218" Type="http://schemas.openxmlformats.org/officeDocument/2006/relationships/image" Target="media/image110.wmf"/><Relationship Id="rId632" Type="http://schemas.openxmlformats.org/officeDocument/2006/relationships/image" Target="media/image318.wmf"/><Relationship Id="rId1262" Type="http://schemas.openxmlformats.org/officeDocument/2006/relationships/image" Target="media/image633.wmf"/><Relationship Id="rId2313" Type="http://schemas.openxmlformats.org/officeDocument/2006/relationships/oleObject" Target="embeddings/oleObject1143.bin"/><Relationship Id="rId5469" Type="http://schemas.openxmlformats.org/officeDocument/2006/relationships/oleObject" Target="embeddings/oleObject2713.bin"/><Relationship Id="rId4485" Type="http://schemas.openxmlformats.org/officeDocument/2006/relationships/oleObject" Target="embeddings/oleObject2223.bin"/><Relationship Id="rId5536" Type="http://schemas.openxmlformats.org/officeDocument/2006/relationships/image" Target="media/image2786.wmf"/><Relationship Id="rId5883" Type="http://schemas.openxmlformats.org/officeDocument/2006/relationships/image" Target="media/image2960.wmf"/><Relationship Id="rId3087" Type="http://schemas.openxmlformats.org/officeDocument/2006/relationships/oleObject" Target="embeddings/oleObject1528.bin"/><Relationship Id="rId4138" Type="http://schemas.openxmlformats.org/officeDocument/2006/relationships/oleObject" Target="embeddings/oleObject2050.bin"/><Relationship Id="rId5950" Type="http://schemas.openxmlformats.org/officeDocument/2006/relationships/image" Target="media/image2994.wmf"/><Relationship Id="rId4552" Type="http://schemas.openxmlformats.org/officeDocument/2006/relationships/oleObject" Target="embeddings/oleObject2256.bin"/><Relationship Id="rId5603" Type="http://schemas.openxmlformats.org/officeDocument/2006/relationships/oleObject" Target="embeddings/oleObject2780.bin"/><Relationship Id="rId3154" Type="http://schemas.openxmlformats.org/officeDocument/2006/relationships/oleObject" Target="embeddings/oleObject1561.bin"/><Relationship Id="rId4205" Type="http://schemas.openxmlformats.org/officeDocument/2006/relationships/image" Target="media/image2118.wmf"/><Relationship Id="rId2170" Type="http://schemas.openxmlformats.org/officeDocument/2006/relationships/oleObject" Target="embeddings/oleObject1074.bin"/><Relationship Id="rId3221" Type="http://schemas.openxmlformats.org/officeDocument/2006/relationships/image" Target="media/image1623.wmf"/><Relationship Id="rId6377" Type="http://schemas.openxmlformats.org/officeDocument/2006/relationships/image" Target="media/image3210.wmf"/><Relationship Id="rId8" Type="http://schemas.openxmlformats.org/officeDocument/2006/relationships/oleObject" Target="embeddings/oleObject2.bin"/><Relationship Id="rId142" Type="http://schemas.openxmlformats.org/officeDocument/2006/relationships/image" Target="media/image72.wmf"/><Relationship Id="rId2987" Type="http://schemas.openxmlformats.org/officeDocument/2006/relationships/oleObject" Target="embeddings/oleObject1478.bin"/><Relationship Id="rId5393" Type="http://schemas.openxmlformats.org/officeDocument/2006/relationships/oleObject" Target="embeddings/oleObject2675.bin"/><Relationship Id="rId6444" Type="http://schemas.openxmlformats.org/officeDocument/2006/relationships/image" Target="media/image3244.wmf"/><Relationship Id="rId959" Type="http://schemas.openxmlformats.org/officeDocument/2006/relationships/oleObject" Target="embeddings/oleObject474.bin"/><Relationship Id="rId1589" Type="http://schemas.openxmlformats.org/officeDocument/2006/relationships/image" Target="media/image797.wmf"/><Relationship Id="rId5046" Type="http://schemas.openxmlformats.org/officeDocument/2006/relationships/oleObject" Target="embeddings/oleObject2502.bin"/><Relationship Id="rId5460" Type="http://schemas.openxmlformats.org/officeDocument/2006/relationships/image" Target="media/image2748.wmf"/><Relationship Id="rId4062" Type="http://schemas.openxmlformats.org/officeDocument/2006/relationships/oleObject" Target="embeddings/oleObject2012.bin"/><Relationship Id="rId5113" Type="http://schemas.openxmlformats.org/officeDocument/2006/relationships/image" Target="media/image2574.wmf"/><Relationship Id="rId1656" Type="http://schemas.openxmlformats.org/officeDocument/2006/relationships/oleObject" Target="embeddings/oleObject822.bin"/><Relationship Id="rId2707" Type="http://schemas.openxmlformats.org/officeDocument/2006/relationships/oleObject" Target="embeddings/oleObject1338.bin"/><Relationship Id="rId1309" Type="http://schemas.openxmlformats.org/officeDocument/2006/relationships/oleObject" Target="embeddings/oleObject649.bin"/><Relationship Id="rId1723" Type="http://schemas.openxmlformats.org/officeDocument/2006/relationships/image" Target="media/image864.wmf"/><Relationship Id="rId4879" Type="http://schemas.openxmlformats.org/officeDocument/2006/relationships/oleObject" Target="embeddings/oleObject2419.bin"/><Relationship Id="rId15" Type="http://schemas.openxmlformats.org/officeDocument/2006/relationships/image" Target="media/image6.wmf"/><Relationship Id="rId3895" Type="http://schemas.openxmlformats.org/officeDocument/2006/relationships/oleObject" Target="embeddings/oleObject1929.bin"/><Relationship Id="rId4946" Type="http://schemas.openxmlformats.org/officeDocument/2006/relationships/oleObject" Target="embeddings/oleObject2452.bin"/><Relationship Id="rId2497" Type="http://schemas.openxmlformats.org/officeDocument/2006/relationships/image" Target="media/image1260.wmf"/><Relationship Id="rId3548" Type="http://schemas.openxmlformats.org/officeDocument/2006/relationships/image" Target="media/image1787.wmf"/><Relationship Id="rId469" Type="http://schemas.openxmlformats.org/officeDocument/2006/relationships/image" Target="media/image236.wmf"/><Relationship Id="rId883" Type="http://schemas.openxmlformats.org/officeDocument/2006/relationships/oleObject" Target="embeddings/oleObject436.bin"/><Relationship Id="rId1099" Type="http://schemas.openxmlformats.org/officeDocument/2006/relationships/oleObject" Target="embeddings/oleObject544.bin"/><Relationship Id="rId2564" Type="http://schemas.openxmlformats.org/officeDocument/2006/relationships/oleObject" Target="embeddings/oleObject1267.bin"/><Relationship Id="rId3615" Type="http://schemas.openxmlformats.org/officeDocument/2006/relationships/oleObject" Target="embeddings/oleObject1791.bin"/><Relationship Id="rId3962" Type="http://schemas.openxmlformats.org/officeDocument/2006/relationships/oleObject" Target="embeddings/oleObject1962.bin"/><Relationship Id="rId6021" Type="http://schemas.openxmlformats.org/officeDocument/2006/relationships/oleObject" Target="embeddings/oleObject2988.bin"/><Relationship Id="rId536" Type="http://schemas.openxmlformats.org/officeDocument/2006/relationships/oleObject" Target="embeddings/oleObject263.bin"/><Relationship Id="rId1166" Type="http://schemas.openxmlformats.org/officeDocument/2006/relationships/image" Target="media/image585.wmf"/><Relationship Id="rId2217" Type="http://schemas.openxmlformats.org/officeDocument/2006/relationships/image" Target="media/image1116.wmf"/><Relationship Id="rId950" Type="http://schemas.openxmlformats.org/officeDocument/2006/relationships/image" Target="media/image477.wmf"/><Relationship Id="rId1580" Type="http://schemas.openxmlformats.org/officeDocument/2006/relationships/oleObject" Target="embeddings/oleObject784.bin"/><Relationship Id="rId2631" Type="http://schemas.openxmlformats.org/officeDocument/2006/relationships/oleObject" Target="embeddings/oleObject1300.bin"/><Relationship Id="rId4389" Type="http://schemas.openxmlformats.org/officeDocument/2006/relationships/oleObject" Target="embeddings/oleObject2175.bin"/><Relationship Id="rId5787" Type="http://schemas.openxmlformats.org/officeDocument/2006/relationships/image" Target="media/image2912.wmf"/><Relationship Id="rId603" Type="http://schemas.openxmlformats.org/officeDocument/2006/relationships/oleObject" Target="embeddings/oleObject296.bin"/><Relationship Id="rId1233" Type="http://schemas.openxmlformats.org/officeDocument/2006/relationships/oleObject" Target="embeddings/oleObject611.bin"/><Relationship Id="rId5854" Type="http://schemas.openxmlformats.org/officeDocument/2006/relationships/oleObject" Target="embeddings/oleObject2905.bin"/><Relationship Id="rId1300" Type="http://schemas.openxmlformats.org/officeDocument/2006/relationships/image" Target="media/image652.wmf"/><Relationship Id="rId4456" Type="http://schemas.openxmlformats.org/officeDocument/2006/relationships/image" Target="media/image2244.wmf"/><Relationship Id="rId4870" Type="http://schemas.openxmlformats.org/officeDocument/2006/relationships/image" Target="media/image2452.wmf"/><Relationship Id="rId5507" Type="http://schemas.openxmlformats.org/officeDocument/2006/relationships/oleObject" Target="embeddings/oleObject2732.bin"/><Relationship Id="rId5921" Type="http://schemas.openxmlformats.org/officeDocument/2006/relationships/image" Target="media/image2979.wmf"/><Relationship Id="rId3058" Type="http://schemas.openxmlformats.org/officeDocument/2006/relationships/image" Target="media/image1541.wmf"/><Relationship Id="rId3472" Type="http://schemas.openxmlformats.org/officeDocument/2006/relationships/image" Target="media/image1749.wmf"/><Relationship Id="rId4109" Type="http://schemas.openxmlformats.org/officeDocument/2006/relationships/image" Target="media/image2070.wmf"/><Relationship Id="rId4523" Type="http://schemas.openxmlformats.org/officeDocument/2006/relationships/image" Target="media/image2278.wmf"/><Relationship Id="rId393" Type="http://schemas.openxmlformats.org/officeDocument/2006/relationships/oleObject" Target="embeddings/oleObject192.bin"/><Relationship Id="rId2074" Type="http://schemas.openxmlformats.org/officeDocument/2006/relationships/oleObject" Target="embeddings/oleObject1026.bin"/><Relationship Id="rId3125" Type="http://schemas.openxmlformats.org/officeDocument/2006/relationships/image" Target="media/image1575.wmf"/><Relationship Id="rId460" Type="http://schemas.openxmlformats.org/officeDocument/2006/relationships/oleObject" Target="embeddings/oleObject225.bin"/><Relationship Id="rId1090" Type="http://schemas.openxmlformats.org/officeDocument/2006/relationships/image" Target="media/image547.wmf"/><Relationship Id="rId2141" Type="http://schemas.openxmlformats.org/officeDocument/2006/relationships/image" Target="media/image1078.wmf"/><Relationship Id="rId5297" Type="http://schemas.openxmlformats.org/officeDocument/2006/relationships/oleObject" Target="embeddings/oleObject2627.bin"/><Relationship Id="rId6348" Type="http://schemas.openxmlformats.org/officeDocument/2006/relationships/oleObject" Target="embeddings/oleObject3149.bin"/><Relationship Id="rId113" Type="http://schemas.openxmlformats.org/officeDocument/2006/relationships/oleObject" Target="embeddings/oleObject52.bin"/><Relationship Id="rId2958" Type="http://schemas.openxmlformats.org/officeDocument/2006/relationships/image" Target="media/image1491.wmf"/><Relationship Id="rId5017" Type="http://schemas.openxmlformats.org/officeDocument/2006/relationships/image" Target="media/image2526.wmf"/><Relationship Id="rId5364" Type="http://schemas.openxmlformats.org/officeDocument/2006/relationships/image" Target="media/image2700.wmf"/><Relationship Id="rId6415" Type="http://schemas.openxmlformats.org/officeDocument/2006/relationships/oleObject" Target="embeddings/oleObject3182.bin"/><Relationship Id="rId1974" Type="http://schemas.openxmlformats.org/officeDocument/2006/relationships/image" Target="media/image992.wmf"/><Relationship Id="rId4380" Type="http://schemas.openxmlformats.org/officeDocument/2006/relationships/image" Target="media/image2206.wmf"/><Relationship Id="rId5431" Type="http://schemas.openxmlformats.org/officeDocument/2006/relationships/oleObject" Target="embeddings/oleObject2694.bin"/><Relationship Id="rId1627" Type="http://schemas.openxmlformats.org/officeDocument/2006/relationships/image" Target="media/image816.wmf"/><Relationship Id="rId4033" Type="http://schemas.openxmlformats.org/officeDocument/2006/relationships/image" Target="media/image2032.wmf"/><Relationship Id="rId3799" Type="http://schemas.openxmlformats.org/officeDocument/2006/relationships/oleObject" Target="embeddings/oleObject1881.bin"/><Relationship Id="rId4100" Type="http://schemas.openxmlformats.org/officeDocument/2006/relationships/oleObject" Target="embeddings/oleObject2031.bin"/><Relationship Id="rId6272" Type="http://schemas.openxmlformats.org/officeDocument/2006/relationships/oleObject" Target="embeddings/oleObject3111.bin"/><Relationship Id="rId3866" Type="http://schemas.openxmlformats.org/officeDocument/2006/relationships/image" Target="media/image1948.wmf"/><Relationship Id="rId4917" Type="http://schemas.openxmlformats.org/officeDocument/2006/relationships/image" Target="media/image2476.wmf"/><Relationship Id="rId787" Type="http://schemas.openxmlformats.org/officeDocument/2006/relationships/oleObject" Target="embeddings/oleObject388.bin"/><Relationship Id="rId2468" Type="http://schemas.openxmlformats.org/officeDocument/2006/relationships/oleObject" Target="embeddings/oleObject1219.bin"/><Relationship Id="rId2882" Type="http://schemas.openxmlformats.org/officeDocument/2006/relationships/image" Target="media/image1453.wmf"/><Relationship Id="rId3519" Type="http://schemas.openxmlformats.org/officeDocument/2006/relationships/oleObject" Target="embeddings/oleObject1743.bin"/><Relationship Id="rId3933" Type="http://schemas.openxmlformats.org/officeDocument/2006/relationships/oleObject" Target="embeddings/oleObject1948.bin"/><Relationship Id="rId854" Type="http://schemas.openxmlformats.org/officeDocument/2006/relationships/image" Target="media/image429.wmf"/><Relationship Id="rId1484" Type="http://schemas.openxmlformats.org/officeDocument/2006/relationships/oleObject" Target="embeddings/oleObject736.bin"/><Relationship Id="rId2535" Type="http://schemas.openxmlformats.org/officeDocument/2006/relationships/image" Target="media/image1279.wmf"/><Relationship Id="rId507" Type="http://schemas.openxmlformats.org/officeDocument/2006/relationships/image" Target="media/image255.wmf"/><Relationship Id="rId921" Type="http://schemas.openxmlformats.org/officeDocument/2006/relationships/oleObject" Target="embeddings/oleObject455.bin"/><Relationship Id="rId1137" Type="http://schemas.openxmlformats.org/officeDocument/2006/relationships/oleObject" Target="embeddings/oleObject563.bin"/><Relationship Id="rId1551" Type="http://schemas.openxmlformats.org/officeDocument/2006/relationships/image" Target="media/image778.wmf"/><Relationship Id="rId2602" Type="http://schemas.openxmlformats.org/officeDocument/2006/relationships/image" Target="media/image1313.wmf"/><Relationship Id="rId5758" Type="http://schemas.openxmlformats.org/officeDocument/2006/relationships/oleObject" Target="embeddings/oleObject2857.bin"/><Relationship Id="rId1204" Type="http://schemas.openxmlformats.org/officeDocument/2006/relationships/image" Target="media/image604.wmf"/><Relationship Id="rId4774" Type="http://schemas.openxmlformats.org/officeDocument/2006/relationships/image" Target="media/image2404.wmf"/><Relationship Id="rId5825" Type="http://schemas.openxmlformats.org/officeDocument/2006/relationships/image" Target="media/image2931.wmf"/><Relationship Id="rId3376" Type="http://schemas.openxmlformats.org/officeDocument/2006/relationships/image" Target="media/image1701.wmf"/><Relationship Id="rId4427" Type="http://schemas.openxmlformats.org/officeDocument/2006/relationships/oleObject" Target="embeddings/oleObject2194.bin"/><Relationship Id="rId297" Type="http://schemas.openxmlformats.org/officeDocument/2006/relationships/oleObject" Target="embeddings/oleObject144.bin"/><Relationship Id="rId2392" Type="http://schemas.openxmlformats.org/officeDocument/2006/relationships/oleObject" Target="embeddings/oleObject1182.bin"/><Relationship Id="rId3029" Type="http://schemas.openxmlformats.org/officeDocument/2006/relationships/oleObject" Target="embeddings/oleObject1499.bin"/><Relationship Id="rId3790" Type="http://schemas.openxmlformats.org/officeDocument/2006/relationships/image" Target="media/image1910.wmf"/><Relationship Id="rId4841" Type="http://schemas.openxmlformats.org/officeDocument/2006/relationships/oleObject" Target="embeddings/oleObject2400.bin"/><Relationship Id="rId364" Type="http://schemas.openxmlformats.org/officeDocument/2006/relationships/image" Target="media/image183.wmf"/><Relationship Id="rId2045" Type="http://schemas.openxmlformats.org/officeDocument/2006/relationships/oleObject" Target="embeddings/oleObject1012.bin"/><Relationship Id="rId3443" Type="http://schemas.openxmlformats.org/officeDocument/2006/relationships/oleObject" Target="embeddings/oleObject1705.bin"/><Relationship Id="rId3510" Type="http://schemas.openxmlformats.org/officeDocument/2006/relationships/image" Target="media/image1768.wmf"/><Relationship Id="rId431" Type="http://schemas.openxmlformats.org/officeDocument/2006/relationships/image" Target="media/image217.wmf"/><Relationship Id="rId1061" Type="http://schemas.openxmlformats.org/officeDocument/2006/relationships/oleObject" Target="embeddings/oleObject525.bin"/><Relationship Id="rId2112" Type="http://schemas.openxmlformats.org/officeDocument/2006/relationships/oleObject" Target="embeddings/oleObject1045.bin"/><Relationship Id="rId5268" Type="http://schemas.openxmlformats.org/officeDocument/2006/relationships/image" Target="media/image2652.wmf"/><Relationship Id="rId5682" Type="http://schemas.openxmlformats.org/officeDocument/2006/relationships/image" Target="media/image2859.wmf"/><Relationship Id="rId6319" Type="http://schemas.openxmlformats.org/officeDocument/2006/relationships/image" Target="media/image3181.wmf"/><Relationship Id="rId1878" Type="http://schemas.openxmlformats.org/officeDocument/2006/relationships/image" Target="media/image942.wmf"/><Relationship Id="rId2929" Type="http://schemas.openxmlformats.org/officeDocument/2006/relationships/oleObject" Target="embeddings/oleObject1449.bin"/><Relationship Id="rId4284" Type="http://schemas.openxmlformats.org/officeDocument/2006/relationships/image" Target="media/image2158.wmf"/><Relationship Id="rId5335" Type="http://schemas.openxmlformats.org/officeDocument/2006/relationships/oleObject" Target="embeddings/oleObject2646.bin"/><Relationship Id="rId4351" Type="http://schemas.openxmlformats.org/officeDocument/2006/relationships/oleObject" Target="embeddings/oleObject2156.bin"/><Relationship Id="rId5402" Type="http://schemas.openxmlformats.org/officeDocument/2006/relationships/image" Target="media/image2719.wmf"/><Relationship Id="rId1945" Type="http://schemas.openxmlformats.org/officeDocument/2006/relationships/oleObject" Target="embeddings/oleObject964.bin"/><Relationship Id="rId4004" Type="http://schemas.openxmlformats.org/officeDocument/2006/relationships/oleObject" Target="embeddings/oleObject1983.bin"/><Relationship Id="rId3020" Type="http://schemas.openxmlformats.org/officeDocument/2006/relationships/image" Target="media/image1522.wmf"/><Relationship Id="rId6176" Type="http://schemas.openxmlformats.org/officeDocument/2006/relationships/oleObject" Target="embeddings/oleObject3063.bin"/><Relationship Id="rId2786" Type="http://schemas.openxmlformats.org/officeDocument/2006/relationships/image" Target="media/image1405.wmf"/><Relationship Id="rId3837" Type="http://schemas.openxmlformats.org/officeDocument/2006/relationships/oleObject" Target="embeddings/oleObject1900.bin"/><Relationship Id="rId5192" Type="http://schemas.openxmlformats.org/officeDocument/2006/relationships/oleObject" Target="embeddings/oleObject2575.bin"/><Relationship Id="rId6243" Type="http://schemas.openxmlformats.org/officeDocument/2006/relationships/image" Target="media/image3143.wmf"/><Relationship Id="rId758" Type="http://schemas.openxmlformats.org/officeDocument/2006/relationships/image" Target="media/image381.wmf"/><Relationship Id="rId1388" Type="http://schemas.openxmlformats.org/officeDocument/2006/relationships/image" Target="media/image696.wmf"/><Relationship Id="rId2439" Type="http://schemas.openxmlformats.org/officeDocument/2006/relationships/image" Target="media/image1231.wmf"/><Relationship Id="rId2853" Type="http://schemas.openxmlformats.org/officeDocument/2006/relationships/oleObject" Target="embeddings/oleObject1411.bin"/><Relationship Id="rId3904" Type="http://schemas.openxmlformats.org/officeDocument/2006/relationships/image" Target="media/image1967.wmf"/><Relationship Id="rId6310" Type="http://schemas.openxmlformats.org/officeDocument/2006/relationships/oleObject" Target="embeddings/oleObject3130.bin"/><Relationship Id="rId94" Type="http://schemas.openxmlformats.org/officeDocument/2006/relationships/image" Target="media/image48.wmf"/><Relationship Id="rId825" Type="http://schemas.openxmlformats.org/officeDocument/2006/relationships/oleObject" Target="embeddings/oleObject407.bin"/><Relationship Id="rId1455" Type="http://schemas.openxmlformats.org/officeDocument/2006/relationships/image" Target="media/image730.wmf"/><Relationship Id="rId2506" Type="http://schemas.openxmlformats.org/officeDocument/2006/relationships/oleObject" Target="embeddings/oleObject1238.bin"/><Relationship Id="rId1108" Type="http://schemas.openxmlformats.org/officeDocument/2006/relationships/image" Target="media/image556.wmf"/><Relationship Id="rId2920" Type="http://schemas.openxmlformats.org/officeDocument/2006/relationships/image" Target="media/image1472.wmf"/><Relationship Id="rId4678" Type="http://schemas.openxmlformats.org/officeDocument/2006/relationships/image" Target="media/image2356.wmf"/><Relationship Id="rId1522" Type="http://schemas.openxmlformats.org/officeDocument/2006/relationships/oleObject" Target="embeddings/oleObject755.bin"/><Relationship Id="rId5729" Type="http://schemas.openxmlformats.org/officeDocument/2006/relationships/image" Target="media/image2883.wmf"/><Relationship Id="rId3694" Type="http://schemas.openxmlformats.org/officeDocument/2006/relationships/oleObject" Target="embeddings/oleObject1830.bin"/><Relationship Id="rId4745" Type="http://schemas.openxmlformats.org/officeDocument/2006/relationships/oleObject" Target="embeddings/oleObject2352.bin"/><Relationship Id="rId2296" Type="http://schemas.openxmlformats.org/officeDocument/2006/relationships/oleObject" Target="embeddings/oleObject1135.bin"/><Relationship Id="rId3347" Type="http://schemas.openxmlformats.org/officeDocument/2006/relationships/oleObject" Target="embeddings/oleObject1657.bin"/><Relationship Id="rId3761" Type="http://schemas.openxmlformats.org/officeDocument/2006/relationships/oleObject" Target="embeddings/oleObject1862.bin"/><Relationship Id="rId4812" Type="http://schemas.openxmlformats.org/officeDocument/2006/relationships/image" Target="media/image2423.wmf"/><Relationship Id="rId268" Type="http://schemas.openxmlformats.org/officeDocument/2006/relationships/image" Target="media/image135.wmf"/><Relationship Id="rId682" Type="http://schemas.openxmlformats.org/officeDocument/2006/relationships/image" Target="media/image343.wmf"/><Relationship Id="rId2363" Type="http://schemas.openxmlformats.org/officeDocument/2006/relationships/image" Target="media/image1192.wmf"/><Relationship Id="rId3414" Type="http://schemas.openxmlformats.org/officeDocument/2006/relationships/image" Target="media/image1720.wmf"/><Relationship Id="rId335" Type="http://schemas.openxmlformats.org/officeDocument/2006/relationships/oleObject" Target="embeddings/oleObject163.bin"/><Relationship Id="rId2016" Type="http://schemas.openxmlformats.org/officeDocument/2006/relationships/image" Target="media/image1015.wmf"/><Relationship Id="rId2430" Type="http://schemas.openxmlformats.org/officeDocument/2006/relationships/oleObject" Target="embeddings/oleObject1200.bin"/><Relationship Id="rId5586" Type="http://schemas.openxmlformats.org/officeDocument/2006/relationships/image" Target="media/image2811.wmf"/><Relationship Id="rId402" Type="http://schemas.openxmlformats.org/officeDocument/2006/relationships/image" Target="media/image202.wmf"/><Relationship Id="rId1032" Type="http://schemas.openxmlformats.org/officeDocument/2006/relationships/image" Target="media/image518.wmf"/><Relationship Id="rId4188" Type="http://schemas.openxmlformats.org/officeDocument/2006/relationships/oleObject" Target="embeddings/oleObject2075.bin"/><Relationship Id="rId5239" Type="http://schemas.openxmlformats.org/officeDocument/2006/relationships/image" Target="media/image2637.wmf"/><Relationship Id="rId4255" Type="http://schemas.openxmlformats.org/officeDocument/2006/relationships/image" Target="media/image2143.wmf"/><Relationship Id="rId5306" Type="http://schemas.openxmlformats.org/officeDocument/2006/relationships/image" Target="media/image2671.wmf"/><Relationship Id="rId5653" Type="http://schemas.openxmlformats.org/officeDocument/2006/relationships/oleObject" Target="embeddings/oleObject2805.bin"/><Relationship Id="rId1849" Type="http://schemas.openxmlformats.org/officeDocument/2006/relationships/oleObject" Target="embeddings/oleObject918.bin"/><Relationship Id="rId5720" Type="http://schemas.openxmlformats.org/officeDocument/2006/relationships/oleObject" Target="embeddings/oleObject2838.bin"/><Relationship Id="rId192" Type="http://schemas.openxmlformats.org/officeDocument/2006/relationships/image" Target="media/image97.wmf"/><Relationship Id="rId1916" Type="http://schemas.openxmlformats.org/officeDocument/2006/relationships/image" Target="media/image961.wmf"/><Relationship Id="rId3271" Type="http://schemas.openxmlformats.org/officeDocument/2006/relationships/image" Target="media/image1648.wmf"/><Relationship Id="rId4322" Type="http://schemas.openxmlformats.org/officeDocument/2006/relationships/image" Target="media/image2177.wmf"/><Relationship Id="rId5096" Type="http://schemas.openxmlformats.org/officeDocument/2006/relationships/oleObject" Target="embeddings/oleObject2527.bin"/><Relationship Id="rId6147" Type="http://schemas.openxmlformats.org/officeDocument/2006/relationships/image" Target="media/image3095.wmf"/><Relationship Id="rId5163" Type="http://schemas.openxmlformats.org/officeDocument/2006/relationships/image" Target="media/image2599.wmf"/><Relationship Id="rId6214" Type="http://schemas.openxmlformats.org/officeDocument/2006/relationships/oleObject" Target="embeddings/oleObject3082.bin"/><Relationship Id="rId729" Type="http://schemas.openxmlformats.org/officeDocument/2006/relationships/oleObject" Target="embeddings/oleObject359.bin"/><Relationship Id="rId1359" Type="http://schemas.openxmlformats.org/officeDocument/2006/relationships/oleObject" Target="embeddings/oleObject674.bin"/><Relationship Id="rId2757" Type="http://schemas.openxmlformats.org/officeDocument/2006/relationships/oleObject" Target="embeddings/oleObject1363.bin"/><Relationship Id="rId3808" Type="http://schemas.openxmlformats.org/officeDocument/2006/relationships/image" Target="media/image1919.wmf"/><Relationship Id="rId5230" Type="http://schemas.openxmlformats.org/officeDocument/2006/relationships/oleObject" Target="embeddings/oleObject2594.bin"/><Relationship Id="rId1773" Type="http://schemas.openxmlformats.org/officeDocument/2006/relationships/image" Target="media/image889.wmf"/><Relationship Id="rId2824" Type="http://schemas.openxmlformats.org/officeDocument/2006/relationships/image" Target="media/image1424.wmf"/><Relationship Id="rId65" Type="http://schemas.openxmlformats.org/officeDocument/2006/relationships/oleObject" Target="embeddings/oleObject28.bin"/><Relationship Id="rId1426" Type="http://schemas.openxmlformats.org/officeDocument/2006/relationships/image" Target="media/image715.wmf"/><Relationship Id="rId1840" Type="http://schemas.openxmlformats.org/officeDocument/2006/relationships/image" Target="media/image923.wmf"/><Relationship Id="rId4996" Type="http://schemas.openxmlformats.org/officeDocument/2006/relationships/oleObject" Target="embeddings/oleObject2477.bin"/><Relationship Id="rId3598" Type="http://schemas.openxmlformats.org/officeDocument/2006/relationships/image" Target="media/image1812.wmf"/><Relationship Id="rId4649" Type="http://schemas.openxmlformats.org/officeDocument/2006/relationships/oleObject" Target="embeddings/oleObject2304.bin"/><Relationship Id="rId3665" Type="http://schemas.openxmlformats.org/officeDocument/2006/relationships/image" Target="media/image1846.wmf"/><Relationship Id="rId4716" Type="http://schemas.openxmlformats.org/officeDocument/2006/relationships/image" Target="media/image2375.wmf"/><Relationship Id="rId6071" Type="http://schemas.openxmlformats.org/officeDocument/2006/relationships/image" Target="media/image3055.wmf"/><Relationship Id="rId586" Type="http://schemas.openxmlformats.org/officeDocument/2006/relationships/oleObject" Target="embeddings/oleObject288.bin"/><Relationship Id="rId2267" Type="http://schemas.openxmlformats.org/officeDocument/2006/relationships/image" Target="media/image1141.png"/><Relationship Id="rId2681" Type="http://schemas.openxmlformats.org/officeDocument/2006/relationships/oleObject" Target="embeddings/oleObject1325.bin"/><Relationship Id="rId3318" Type="http://schemas.openxmlformats.org/officeDocument/2006/relationships/oleObject" Target="embeddings/oleObject1643.bin"/><Relationship Id="rId239" Type="http://schemas.openxmlformats.org/officeDocument/2006/relationships/oleObject" Target="embeddings/oleObject115.bin"/><Relationship Id="rId653" Type="http://schemas.openxmlformats.org/officeDocument/2006/relationships/oleObject" Target="embeddings/oleObject321.bin"/><Relationship Id="rId1283" Type="http://schemas.openxmlformats.org/officeDocument/2006/relationships/oleObject" Target="embeddings/oleObject636.bin"/><Relationship Id="rId2334" Type="http://schemas.openxmlformats.org/officeDocument/2006/relationships/image" Target="media/image1177.wmf"/><Relationship Id="rId3732" Type="http://schemas.openxmlformats.org/officeDocument/2006/relationships/image" Target="media/image1880.wmf"/><Relationship Id="rId306" Type="http://schemas.openxmlformats.org/officeDocument/2006/relationships/image" Target="media/image154.wmf"/><Relationship Id="rId720" Type="http://schemas.openxmlformats.org/officeDocument/2006/relationships/image" Target="media/image362.wmf"/><Relationship Id="rId1350" Type="http://schemas.openxmlformats.org/officeDocument/2006/relationships/image" Target="media/image677.wmf"/><Relationship Id="rId2401" Type="http://schemas.openxmlformats.org/officeDocument/2006/relationships/oleObject" Target="embeddings/oleObject1186.bin"/><Relationship Id="rId4159" Type="http://schemas.openxmlformats.org/officeDocument/2006/relationships/image" Target="media/image2095.wmf"/><Relationship Id="rId5557" Type="http://schemas.openxmlformats.org/officeDocument/2006/relationships/oleObject" Target="embeddings/oleObject2757.bin"/><Relationship Id="rId5971" Type="http://schemas.openxmlformats.org/officeDocument/2006/relationships/oleObject" Target="embeddings/oleObject2963.bin"/><Relationship Id="rId1003" Type="http://schemas.openxmlformats.org/officeDocument/2006/relationships/oleObject" Target="embeddings/oleObject496.bin"/><Relationship Id="rId4573" Type="http://schemas.openxmlformats.org/officeDocument/2006/relationships/image" Target="media/image2303.wmf"/><Relationship Id="rId5624" Type="http://schemas.openxmlformats.org/officeDocument/2006/relationships/image" Target="media/image2830.wmf"/><Relationship Id="rId3175" Type="http://schemas.openxmlformats.org/officeDocument/2006/relationships/image" Target="media/image1600.wmf"/><Relationship Id="rId4226" Type="http://schemas.openxmlformats.org/officeDocument/2006/relationships/oleObject" Target="embeddings/oleObject2094.bin"/><Relationship Id="rId4640" Type="http://schemas.openxmlformats.org/officeDocument/2006/relationships/image" Target="media/image2337.wmf"/><Relationship Id="rId2191" Type="http://schemas.openxmlformats.org/officeDocument/2006/relationships/image" Target="media/image1103.wmf"/><Relationship Id="rId3242" Type="http://schemas.openxmlformats.org/officeDocument/2006/relationships/oleObject" Target="embeddings/oleObject1605.bin"/><Relationship Id="rId6398" Type="http://schemas.openxmlformats.org/officeDocument/2006/relationships/oleObject" Target="embeddings/oleObject3174.bin"/><Relationship Id="rId163" Type="http://schemas.openxmlformats.org/officeDocument/2006/relationships/oleObject" Target="embeddings/oleObject77.bin"/><Relationship Id="rId230" Type="http://schemas.openxmlformats.org/officeDocument/2006/relationships/image" Target="media/image116.wmf"/><Relationship Id="rId5067" Type="http://schemas.openxmlformats.org/officeDocument/2006/relationships/image" Target="media/image2551.wmf"/><Relationship Id="rId6118" Type="http://schemas.openxmlformats.org/officeDocument/2006/relationships/oleObject" Target="embeddings/oleObject3036.bin"/><Relationship Id="rId4083" Type="http://schemas.openxmlformats.org/officeDocument/2006/relationships/image" Target="media/image2057.wmf"/><Relationship Id="rId5481" Type="http://schemas.openxmlformats.org/officeDocument/2006/relationships/oleObject" Target="embeddings/oleObject2719.bin"/><Relationship Id="rId1677" Type="http://schemas.openxmlformats.org/officeDocument/2006/relationships/image" Target="media/image841.wmf"/><Relationship Id="rId2728" Type="http://schemas.openxmlformats.org/officeDocument/2006/relationships/image" Target="media/image1376.wmf"/><Relationship Id="rId5134" Type="http://schemas.openxmlformats.org/officeDocument/2006/relationships/oleObject" Target="embeddings/oleObject2546.bin"/><Relationship Id="rId1744" Type="http://schemas.openxmlformats.org/officeDocument/2006/relationships/oleObject" Target="embeddings/oleObject866.bin"/><Relationship Id="rId4150" Type="http://schemas.openxmlformats.org/officeDocument/2006/relationships/oleObject" Target="embeddings/oleObject2056.bin"/><Relationship Id="rId5201" Type="http://schemas.openxmlformats.org/officeDocument/2006/relationships/image" Target="media/image2618.wmf"/><Relationship Id="rId36" Type="http://schemas.openxmlformats.org/officeDocument/2006/relationships/oleObject" Target="embeddings/oleObject14.bin"/><Relationship Id="rId4967" Type="http://schemas.openxmlformats.org/officeDocument/2006/relationships/image" Target="media/image2501.wmf"/><Relationship Id="rId1811" Type="http://schemas.openxmlformats.org/officeDocument/2006/relationships/image" Target="media/image908.wmf"/><Relationship Id="rId3569" Type="http://schemas.openxmlformats.org/officeDocument/2006/relationships/oleObject" Target="embeddings/oleObject1768.bin"/><Relationship Id="rId3983" Type="http://schemas.openxmlformats.org/officeDocument/2006/relationships/image" Target="media/image2007.wmf"/><Relationship Id="rId6042" Type="http://schemas.openxmlformats.org/officeDocument/2006/relationships/image" Target="media/image3040.wmf"/><Relationship Id="rId1187" Type="http://schemas.openxmlformats.org/officeDocument/2006/relationships/oleObject" Target="embeddings/oleObject588.bin"/><Relationship Id="rId2585" Type="http://schemas.openxmlformats.org/officeDocument/2006/relationships/image" Target="media/image1304.wmf"/><Relationship Id="rId3636" Type="http://schemas.openxmlformats.org/officeDocument/2006/relationships/oleObject" Target="embeddings/oleObject1801.bin"/><Relationship Id="rId557" Type="http://schemas.openxmlformats.org/officeDocument/2006/relationships/image" Target="media/image280.wmf"/><Relationship Id="rId971" Type="http://schemas.openxmlformats.org/officeDocument/2006/relationships/oleObject" Target="embeddings/oleObject480.bin"/><Relationship Id="rId2238" Type="http://schemas.openxmlformats.org/officeDocument/2006/relationships/oleObject" Target="embeddings/oleObject1108.bin"/><Relationship Id="rId2652" Type="http://schemas.openxmlformats.org/officeDocument/2006/relationships/image" Target="media/image1338.wmf"/><Relationship Id="rId3703" Type="http://schemas.openxmlformats.org/officeDocument/2006/relationships/image" Target="media/image1865.wmf"/><Relationship Id="rId624" Type="http://schemas.openxmlformats.org/officeDocument/2006/relationships/image" Target="media/image314.wmf"/><Relationship Id="rId1254" Type="http://schemas.openxmlformats.org/officeDocument/2006/relationships/image" Target="media/image629.wmf"/><Relationship Id="rId2305" Type="http://schemas.openxmlformats.org/officeDocument/2006/relationships/image" Target="media/image1162.wmf"/><Relationship Id="rId5875" Type="http://schemas.openxmlformats.org/officeDocument/2006/relationships/image" Target="media/image2956.wmf"/><Relationship Id="rId1321" Type="http://schemas.openxmlformats.org/officeDocument/2006/relationships/oleObject" Target="embeddings/oleObject655.bin"/><Relationship Id="rId4477" Type="http://schemas.openxmlformats.org/officeDocument/2006/relationships/oleObject" Target="embeddings/oleObject2219.bin"/><Relationship Id="rId4891" Type="http://schemas.openxmlformats.org/officeDocument/2006/relationships/image" Target="media/image2463.wmf"/><Relationship Id="rId5528" Type="http://schemas.openxmlformats.org/officeDocument/2006/relationships/image" Target="media/image2782.wmf"/><Relationship Id="rId3079" Type="http://schemas.openxmlformats.org/officeDocument/2006/relationships/oleObject" Target="embeddings/oleObject1524.bin"/><Relationship Id="rId3493" Type="http://schemas.openxmlformats.org/officeDocument/2006/relationships/oleObject" Target="embeddings/oleObject1730.bin"/><Relationship Id="rId4544" Type="http://schemas.openxmlformats.org/officeDocument/2006/relationships/oleObject" Target="embeddings/oleObject2252.bin"/><Relationship Id="rId5942" Type="http://schemas.openxmlformats.org/officeDocument/2006/relationships/image" Target="media/image2990.wmf"/><Relationship Id="rId2095" Type="http://schemas.openxmlformats.org/officeDocument/2006/relationships/image" Target="media/image1055.wmf"/><Relationship Id="rId3146" Type="http://schemas.openxmlformats.org/officeDocument/2006/relationships/oleObject" Target="embeddings/oleObject1557.bin"/><Relationship Id="rId481" Type="http://schemas.openxmlformats.org/officeDocument/2006/relationships/image" Target="media/image242.wmf"/><Relationship Id="rId2162" Type="http://schemas.openxmlformats.org/officeDocument/2006/relationships/oleObject" Target="embeddings/oleObject1070.bin"/><Relationship Id="rId3560" Type="http://schemas.openxmlformats.org/officeDocument/2006/relationships/image" Target="media/image1793.wmf"/><Relationship Id="rId4611" Type="http://schemas.openxmlformats.org/officeDocument/2006/relationships/oleObject" Target="embeddings/oleObject2285.bin"/><Relationship Id="rId6369" Type="http://schemas.openxmlformats.org/officeDocument/2006/relationships/image" Target="media/image3206.wmf"/><Relationship Id="rId134" Type="http://schemas.openxmlformats.org/officeDocument/2006/relationships/image" Target="media/image68.wmf"/><Relationship Id="rId3213" Type="http://schemas.openxmlformats.org/officeDocument/2006/relationships/image" Target="media/image1619.wmf"/><Relationship Id="rId2979" Type="http://schemas.openxmlformats.org/officeDocument/2006/relationships/oleObject" Target="embeddings/oleObject1474.bin"/><Relationship Id="rId5385" Type="http://schemas.openxmlformats.org/officeDocument/2006/relationships/oleObject" Target="embeddings/oleObject2671.bin"/><Relationship Id="rId6436" Type="http://schemas.openxmlformats.org/officeDocument/2006/relationships/image" Target="media/image3240.wmf"/><Relationship Id="rId201" Type="http://schemas.openxmlformats.org/officeDocument/2006/relationships/oleObject" Target="embeddings/oleObject96.bin"/><Relationship Id="rId1995" Type="http://schemas.openxmlformats.org/officeDocument/2006/relationships/oleObject" Target="embeddings/oleObject987.bin"/><Relationship Id="rId5038" Type="http://schemas.openxmlformats.org/officeDocument/2006/relationships/oleObject" Target="embeddings/oleObject2498.bin"/><Relationship Id="rId5452" Type="http://schemas.openxmlformats.org/officeDocument/2006/relationships/image" Target="media/image2744.wmf"/><Relationship Id="rId1648" Type="http://schemas.openxmlformats.org/officeDocument/2006/relationships/oleObject" Target="embeddings/oleObject818.bin"/><Relationship Id="rId4054" Type="http://schemas.openxmlformats.org/officeDocument/2006/relationships/oleObject" Target="embeddings/oleObject2008.bin"/><Relationship Id="rId5105" Type="http://schemas.openxmlformats.org/officeDocument/2006/relationships/image" Target="media/image2570.wmf"/><Relationship Id="rId3070" Type="http://schemas.openxmlformats.org/officeDocument/2006/relationships/image" Target="media/image1547.wmf"/><Relationship Id="rId4121" Type="http://schemas.openxmlformats.org/officeDocument/2006/relationships/image" Target="media/image2076.wmf"/><Relationship Id="rId1715" Type="http://schemas.openxmlformats.org/officeDocument/2006/relationships/image" Target="media/image860.wmf"/><Relationship Id="rId6293" Type="http://schemas.openxmlformats.org/officeDocument/2006/relationships/image" Target="media/image3168.wmf"/><Relationship Id="rId3887" Type="http://schemas.openxmlformats.org/officeDocument/2006/relationships/oleObject" Target="embeddings/oleObject1925.bin"/><Relationship Id="rId4938" Type="http://schemas.openxmlformats.org/officeDocument/2006/relationships/oleObject" Target="embeddings/oleObject2448.bin"/><Relationship Id="rId2489" Type="http://schemas.openxmlformats.org/officeDocument/2006/relationships/image" Target="media/image1256.wmf"/><Relationship Id="rId3954" Type="http://schemas.openxmlformats.org/officeDocument/2006/relationships/oleObject" Target="embeddings/oleObject1958.bin"/><Relationship Id="rId6360" Type="http://schemas.openxmlformats.org/officeDocument/2006/relationships/oleObject" Target="embeddings/oleObject3155.bin"/><Relationship Id="rId875" Type="http://schemas.openxmlformats.org/officeDocument/2006/relationships/oleObject" Target="embeddings/oleObject432.bin"/><Relationship Id="rId2556" Type="http://schemas.openxmlformats.org/officeDocument/2006/relationships/oleObject" Target="embeddings/oleObject1263.bin"/><Relationship Id="rId2970" Type="http://schemas.openxmlformats.org/officeDocument/2006/relationships/image" Target="media/image1497.wmf"/><Relationship Id="rId3607" Type="http://schemas.openxmlformats.org/officeDocument/2006/relationships/oleObject" Target="embeddings/oleObject1787.bin"/><Relationship Id="rId6013" Type="http://schemas.openxmlformats.org/officeDocument/2006/relationships/oleObject" Target="embeddings/oleObject2984.bin"/><Relationship Id="rId528" Type="http://schemas.openxmlformats.org/officeDocument/2006/relationships/oleObject" Target="embeddings/oleObject259.bin"/><Relationship Id="rId942" Type="http://schemas.openxmlformats.org/officeDocument/2006/relationships/image" Target="media/image473.wmf"/><Relationship Id="rId1158" Type="http://schemas.openxmlformats.org/officeDocument/2006/relationships/image" Target="media/image581.wmf"/><Relationship Id="rId1572" Type="http://schemas.openxmlformats.org/officeDocument/2006/relationships/oleObject" Target="embeddings/oleObject780.bin"/><Relationship Id="rId2209" Type="http://schemas.openxmlformats.org/officeDocument/2006/relationships/image" Target="media/image1112.wmf"/><Relationship Id="rId2623" Type="http://schemas.openxmlformats.org/officeDocument/2006/relationships/oleObject" Target="embeddings/oleObject1296.bin"/><Relationship Id="rId5779" Type="http://schemas.openxmlformats.org/officeDocument/2006/relationships/image" Target="media/image2908.wmf"/><Relationship Id="rId1225" Type="http://schemas.openxmlformats.org/officeDocument/2006/relationships/oleObject" Target="embeddings/oleObject607.bin"/><Relationship Id="rId3397" Type="http://schemas.openxmlformats.org/officeDocument/2006/relationships/oleObject" Target="embeddings/oleObject1682.bin"/><Relationship Id="rId4795" Type="http://schemas.openxmlformats.org/officeDocument/2006/relationships/oleObject" Target="embeddings/oleObject2377.bin"/><Relationship Id="rId5846" Type="http://schemas.openxmlformats.org/officeDocument/2006/relationships/oleObject" Target="embeddings/oleObject2901.bin"/><Relationship Id="rId4448" Type="http://schemas.openxmlformats.org/officeDocument/2006/relationships/image" Target="media/image2240.wmf"/><Relationship Id="rId4862" Type="http://schemas.openxmlformats.org/officeDocument/2006/relationships/image" Target="media/image2448.wmf"/><Relationship Id="rId5913" Type="http://schemas.openxmlformats.org/officeDocument/2006/relationships/image" Target="media/image2975.wmf"/><Relationship Id="rId3464" Type="http://schemas.openxmlformats.org/officeDocument/2006/relationships/image" Target="media/image1745.wmf"/><Relationship Id="rId4515" Type="http://schemas.openxmlformats.org/officeDocument/2006/relationships/image" Target="media/image2274.wmf"/><Relationship Id="rId385" Type="http://schemas.openxmlformats.org/officeDocument/2006/relationships/oleObject" Target="embeddings/oleObject188.bin"/><Relationship Id="rId2066" Type="http://schemas.openxmlformats.org/officeDocument/2006/relationships/oleObject" Target="embeddings/oleObject1022.bin"/><Relationship Id="rId2480" Type="http://schemas.openxmlformats.org/officeDocument/2006/relationships/oleObject" Target="embeddings/oleObject1225.bin"/><Relationship Id="rId3117" Type="http://schemas.openxmlformats.org/officeDocument/2006/relationships/image" Target="media/image1571.wmf"/><Relationship Id="rId3531" Type="http://schemas.openxmlformats.org/officeDocument/2006/relationships/oleObject" Target="embeddings/oleObject1749.bin"/><Relationship Id="rId452" Type="http://schemas.openxmlformats.org/officeDocument/2006/relationships/oleObject" Target="embeddings/oleObject221.bin"/><Relationship Id="rId1082" Type="http://schemas.openxmlformats.org/officeDocument/2006/relationships/image" Target="media/image543.wmf"/><Relationship Id="rId2133" Type="http://schemas.openxmlformats.org/officeDocument/2006/relationships/image" Target="media/image1074.wmf"/><Relationship Id="rId5289" Type="http://schemas.openxmlformats.org/officeDocument/2006/relationships/oleObject" Target="embeddings/oleObject2623.bin"/><Relationship Id="rId105" Type="http://schemas.openxmlformats.org/officeDocument/2006/relationships/oleObject" Target="embeddings/oleObject48.bin"/><Relationship Id="rId2200" Type="http://schemas.openxmlformats.org/officeDocument/2006/relationships/oleObject" Target="embeddings/oleObject1089.bin"/><Relationship Id="rId5356" Type="http://schemas.openxmlformats.org/officeDocument/2006/relationships/image" Target="media/image2696.wmf"/><Relationship Id="rId6407" Type="http://schemas.openxmlformats.org/officeDocument/2006/relationships/image" Target="media/image3225.png"/><Relationship Id="rId1899" Type="http://schemas.openxmlformats.org/officeDocument/2006/relationships/oleObject" Target="embeddings/oleObject943.bin"/><Relationship Id="rId4372" Type="http://schemas.openxmlformats.org/officeDocument/2006/relationships/image" Target="media/image2202.wmf"/><Relationship Id="rId5009" Type="http://schemas.openxmlformats.org/officeDocument/2006/relationships/image" Target="media/image2522.wmf"/><Relationship Id="rId5770" Type="http://schemas.openxmlformats.org/officeDocument/2006/relationships/oleObject" Target="embeddings/oleObject2863.bin"/><Relationship Id="rId1966" Type="http://schemas.openxmlformats.org/officeDocument/2006/relationships/image" Target="media/image988.wmf"/><Relationship Id="rId4025" Type="http://schemas.openxmlformats.org/officeDocument/2006/relationships/image" Target="media/image2028.wmf"/><Relationship Id="rId5423" Type="http://schemas.openxmlformats.org/officeDocument/2006/relationships/oleObject" Target="embeddings/oleObject2690.bin"/><Relationship Id="rId1619" Type="http://schemas.openxmlformats.org/officeDocument/2006/relationships/image" Target="media/image812.wmf"/><Relationship Id="rId3041" Type="http://schemas.openxmlformats.org/officeDocument/2006/relationships/oleObject" Target="embeddings/oleObject1505.bin"/><Relationship Id="rId6197" Type="http://schemas.openxmlformats.org/officeDocument/2006/relationships/image" Target="media/image3120.wmf"/><Relationship Id="rId3858" Type="http://schemas.openxmlformats.org/officeDocument/2006/relationships/image" Target="media/image1944.wmf"/><Relationship Id="rId4909" Type="http://schemas.openxmlformats.org/officeDocument/2006/relationships/image" Target="media/image2472.wmf"/><Relationship Id="rId6264" Type="http://schemas.openxmlformats.org/officeDocument/2006/relationships/oleObject" Target="embeddings/oleObject3107.bin"/><Relationship Id="rId779" Type="http://schemas.openxmlformats.org/officeDocument/2006/relationships/oleObject" Target="embeddings/oleObject384.bin"/><Relationship Id="rId5280" Type="http://schemas.openxmlformats.org/officeDocument/2006/relationships/image" Target="media/image2658.wmf"/><Relationship Id="rId6331" Type="http://schemas.openxmlformats.org/officeDocument/2006/relationships/image" Target="media/image3187.wmf"/><Relationship Id="rId1476" Type="http://schemas.openxmlformats.org/officeDocument/2006/relationships/oleObject" Target="embeddings/oleObject732.bin"/><Relationship Id="rId2874" Type="http://schemas.openxmlformats.org/officeDocument/2006/relationships/image" Target="media/image1449.wmf"/><Relationship Id="rId3925" Type="http://schemas.openxmlformats.org/officeDocument/2006/relationships/oleObject" Target="embeddings/oleObject1944.bin"/><Relationship Id="rId846" Type="http://schemas.openxmlformats.org/officeDocument/2006/relationships/image" Target="media/image425.wmf"/><Relationship Id="rId1129" Type="http://schemas.openxmlformats.org/officeDocument/2006/relationships/oleObject" Target="embeddings/oleObject559.bin"/><Relationship Id="rId1890" Type="http://schemas.openxmlformats.org/officeDocument/2006/relationships/image" Target="media/image948.wmf"/><Relationship Id="rId2527" Type="http://schemas.openxmlformats.org/officeDocument/2006/relationships/image" Target="media/image1275.wmf"/><Relationship Id="rId2941" Type="http://schemas.openxmlformats.org/officeDocument/2006/relationships/oleObject" Target="embeddings/oleObject1455.bin"/><Relationship Id="rId5000" Type="http://schemas.openxmlformats.org/officeDocument/2006/relationships/oleObject" Target="embeddings/oleObject2479.bin"/><Relationship Id="rId913" Type="http://schemas.openxmlformats.org/officeDocument/2006/relationships/oleObject" Target="embeddings/oleObject451.bin"/><Relationship Id="rId1543" Type="http://schemas.openxmlformats.org/officeDocument/2006/relationships/image" Target="media/image774.wmf"/><Relationship Id="rId4699" Type="http://schemas.openxmlformats.org/officeDocument/2006/relationships/oleObject" Target="embeddings/oleObject2329.bin"/><Relationship Id="rId1610" Type="http://schemas.openxmlformats.org/officeDocument/2006/relationships/oleObject" Target="embeddings/oleObject799.bin"/><Relationship Id="rId4766" Type="http://schemas.openxmlformats.org/officeDocument/2006/relationships/image" Target="media/image2400.wmf"/><Relationship Id="rId5817" Type="http://schemas.openxmlformats.org/officeDocument/2006/relationships/image" Target="media/image2927.wmf"/><Relationship Id="rId3368" Type="http://schemas.openxmlformats.org/officeDocument/2006/relationships/image" Target="media/image1697.wmf"/><Relationship Id="rId3782" Type="http://schemas.openxmlformats.org/officeDocument/2006/relationships/image" Target="media/image1906.wmf"/><Relationship Id="rId4419" Type="http://schemas.openxmlformats.org/officeDocument/2006/relationships/oleObject" Target="embeddings/oleObject2190.bin"/><Relationship Id="rId4833" Type="http://schemas.openxmlformats.org/officeDocument/2006/relationships/oleObject" Target="embeddings/oleObject2396.bin"/><Relationship Id="rId289" Type="http://schemas.openxmlformats.org/officeDocument/2006/relationships/oleObject" Target="embeddings/oleObject140.bin"/><Relationship Id="rId2384" Type="http://schemas.openxmlformats.org/officeDocument/2006/relationships/oleObject" Target="embeddings/oleObject1178.bin"/><Relationship Id="rId3435" Type="http://schemas.openxmlformats.org/officeDocument/2006/relationships/oleObject" Target="embeddings/oleObject1701.bin"/><Relationship Id="rId356" Type="http://schemas.openxmlformats.org/officeDocument/2006/relationships/image" Target="media/image179.wmf"/><Relationship Id="rId770" Type="http://schemas.openxmlformats.org/officeDocument/2006/relationships/image" Target="media/image387.wmf"/><Relationship Id="rId2037" Type="http://schemas.openxmlformats.org/officeDocument/2006/relationships/oleObject" Target="embeddings/oleObject1008.bin"/><Relationship Id="rId2451" Type="http://schemas.openxmlformats.org/officeDocument/2006/relationships/image" Target="media/image1237.wmf"/><Relationship Id="rId4900" Type="http://schemas.openxmlformats.org/officeDocument/2006/relationships/oleObject" Target="embeddings/oleObject2429.bin"/><Relationship Id="rId423" Type="http://schemas.openxmlformats.org/officeDocument/2006/relationships/image" Target="media/image213.wmf"/><Relationship Id="rId1053" Type="http://schemas.openxmlformats.org/officeDocument/2006/relationships/oleObject" Target="embeddings/oleObject521.bin"/><Relationship Id="rId2104" Type="http://schemas.openxmlformats.org/officeDocument/2006/relationships/oleObject" Target="embeddings/oleObject1041.bin"/><Relationship Id="rId3502" Type="http://schemas.openxmlformats.org/officeDocument/2006/relationships/image" Target="media/image1764.wmf"/><Relationship Id="rId5674" Type="http://schemas.openxmlformats.org/officeDocument/2006/relationships/image" Target="media/image2855.wmf"/><Relationship Id="rId1120" Type="http://schemas.openxmlformats.org/officeDocument/2006/relationships/image" Target="media/image562.wmf"/><Relationship Id="rId4276" Type="http://schemas.openxmlformats.org/officeDocument/2006/relationships/image" Target="media/image2154.wmf"/><Relationship Id="rId4690" Type="http://schemas.openxmlformats.org/officeDocument/2006/relationships/image" Target="media/image2362.wmf"/><Relationship Id="rId5327" Type="http://schemas.openxmlformats.org/officeDocument/2006/relationships/oleObject" Target="embeddings/oleObject2642.bin"/><Relationship Id="rId5741" Type="http://schemas.openxmlformats.org/officeDocument/2006/relationships/image" Target="media/image2889.wmf"/><Relationship Id="rId1937" Type="http://schemas.openxmlformats.org/officeDocument/2006/relationships/oleObject" Target="embeddings/oleObject960.bin"/><Relationship Id="rId3292" Type="http://schemas.openxmlformats.org/officeDocument/2006/relationships/oleObject" Target="embeddings/oleObject1630.bin"/><Relationship Id="rId4343" Type="http://schemas.openxmlformats.org/officeDocument/2006/relationships/oleObject" Target="embeddings/oleObject2152.bin"/><Relationship Id="rId4410" Type="http://schemas.openxmlformats.org/officeDocument/2006/relationships/image" Target="media/image2221.wmf"/><Relationship Id="rId280" Type="http://schemas.openxmlformats.org/officeDocument/2006/relationships/image" Target="media/image141.wmf"/><Relationship Id="rId3012" Type="http://schemas.openxmlformats.org/officeDocument/2006/relationships/image" Target="media/image1518.wmf"/><Relationship Id="rId6168" Type="http://schemas.openxmlformats.org/officeDocument/2006/relationships/oleObject" Target="embeddings/oleObject3059.bin"/><Relationship Id="rId5184" Type="http://schemas.openxmlformats.org/officeDocument/2006/relationships/oleObject" Target="embeddings/oleObject2571.bin"/><Relationship Id="rId6235" Type="http://schemas.openxmlformats.org/officeDocument/2006/relationships/image" Target="media/image3139.wmf"/><Relationship Id="rId2778" Type="http://schemas.openxmlformats.org/officeDocument/2006/relationships/image" Target="media/image1401.wmf"/><Relationship Id="rId3829" Type="http://schemas.openxmlformats.org/officeDocument/2006/relationships/oleObject" Target="embeddings/oleObject1896.bin"/><Relationship Id="rId1794" Type="http://schemas.openxmlformats.org/officeDocument/2006/relationships/oleObject" Target="embeddings/oleObject891.bin"/><Relationship Id="rId2845" Type="http://schemas.openxmlformats.org/officeDocument/2006/relationships/oleObject" Target="embeddings/oleObject1407.bin"/><Relationship Id="rId5251" Type="http://schemas.openxmlformats.org/officeDocument/2006/relationships/image" Target="media/image2643.wmf"/><Relationship Id="rId6302" Type="http://schemas.openxmlformats.org/officeDocument/2006/relationships/oleObject" Target="embeddings/oleObject3126.bin"/><Relationship Id="rId86" Type="http://schemas.openxmlformats.org/officeDocument/2006/relationships/image" Target="media/image44.wmf"/><Relationship Id="rId817" Type="http://schemas.openxmlformats.org/officeDocument/2006/relationships/oleObject" Target="embeddings/oleObject403.bin"/><Relationship Id="rId1447" Type="http://schemas.openxmlformats.org/officeDocument/2006/relationships/image" Target="media/image726.wmf"/><Relationship Id="rId1654" Type="http://schemas.openxmlformats.org/officeDocument/2006/relationships/oleObject" Target="embeddings/oleObject821.bin"/><Relationship Id="rId1861" Type="http://schemas.openxmlformats.org/officeDocument/2006/relationships/oleObject" Target="embeddings/oleObject924.bin"/><Relationship Id="rId2705" Type="http://schemas.openxmlformats.org/officeDocument/2006/relationships/oleObject" Target="embeddings/oleObject1337.bin"/><Relationship Id="rId2912" Type="http://schemas.openxmlformats.org/officeDocument/2006/relationships/image" Target="media/image1468.wmf"/><Relationship Id="rId4060" Type="http://schemas.openxmlformats.org/officeDocument/2006/relationships/oleObject" Target="embeddings/oleObject2011.bin"/><Relationship Id="rId5111" Type="http://schemas.openxmlformats.org/officeDocument/2006/relationships/image" Target="media/image2573.wmf"/><Relationship Id="rId1307" Type="http://schemas.openxmlformats.org/officeDocument/2006/relationships/oleObject" Target="embeddings/oleObject648.bin"/><Relationship Id="rId1514" Type="http://schemas.openxmlformats.org/officeDocument/2006/relationships/oleObject" Target="embeddings/oleObject751.bin"/><Relationship Id="rId1721" Type="http://schemas.openxmlformats.org/officeDocument/2006/relationships/image" Target="media/image863.wmf"/><Relationship Id="rId4877" Type="http://schemas.openxmlformats.org/officeDocument/2006/relationships/oleObject" Target="embeddings/oleObject2418.bin"/><Relationship Id="rId5928" Type="http://schemas.openxmlformats.org/officeDocument/2006/relationships/image" Target="media/image2983.wmf"/><Relationship Id="rId13" Type="http://schemas.openxmlformats.org/officeDocument/2006/relationships/image" Target="media/image5.wmf"/><Relationship Id="rId3479" Type="http://schemas.openxmlformats.org/officeDocument/2006/relationships/oleObject" Target="embeddings/oleObject1723.bin"/><Relationship Id="rId3686" Type="http://schemas.openxmlformats.org/officeDocument/2006/relationships/oleObject" Target="embeddings/oleObject1826.bin"/><Relationship Id="rId6092" Type="http://schemas.openxmlformats.org/officeDocument/2006/relationships/oleObject" Target="embeddings/oleObject3023.bin"/><Relationship Id="rId2288" Type="http://schemas.openxmlformats.org/officeDocument/2006/relationships/oleObject" Target="embeddings/oleObject1131.bin"/><Relationship Id="rId2495" Type="http://schemas.openxmlformats.org/officeDocument/2006/relationships/image" Target="media/image1259.wmf"/><Relationship Id="rId3339" Type="http://schemas.openxmlformats.org/officeDocument/2006/relationships/image" Target="media/image1682.wmf"/><Relationship Id="rId3893" Type="http://schemas.openxmlformats.org/officeDocument/2006/relationships/oleObject" Target="embeddings/oleObject1928.bin"/><Relationship Id="rId4737" Type="http://schemas.openxmlformats.org/officeDocument/2006/relationships/oleObject" Target="embeddings/oleObject2348.bin"/><Relationship Id="rId4944" Type="http://schemas.openxmlformats.org/officeDocument/2006/relationships/oleObject" Target="embeddings/oleObject2451.bin"/><Relationship Id="rId467" Type="http://schemas.openxmlformats.org/officeDocument/2006/relationships/image" Target="media/image235.wmf"/><Relationship Id="rId1097" Type="http://schemas.openxmlformats.org/officeDocument/2006/relationships/oleObject" Target="embeddings/oleObject543.bin"/><Relationship Id="rId2148" Type="http://schemas.openxmlformats.org/officeDocument/2006/relationships/oleObject" Target="embeddings/oleObject1063.bin"/><Relationship Id="rId3546" Type="http://schemas.openxmlformats.org/officeDocument/2006/relationships/image" Target="media/image1786.wmf"/><Relationship Id="rId3753" Type="http://schemas.openxmlformats.org/officeDocument/2006/relationships/oleObject" Target="embeddings/oleObject1858.bin"/><Relationship Id="rId3960" Type="http://schemas.openxmlformats.org/officeDocument/2006/relationships/oleObject" Target="embeddings/oleObject1961.bin"/><Relationship Id="rId4804" Type="http://schemas.openxmlformats.org/officeDocument/2006/relationships/image" Target="media/image2419.wmf"/><Relationship Id="rId674" Type="http://schemas.openxmlformats.org/officeDocument/2006/relationships/image" Target="media/image339.wmf"/><Relationship Id="rId881" Type="http://schemas.openxmlformats.org/officeDocument/2006/relationships/oleObject" Target="embeddings/oleObject435.bin"/><Relationship Id="rId2355" Type="http://schemas.openxmlformats.org/officeDocument/2006/relationships/image" Target="media/image1188.wmf"/><Relationship Id="rId2562" Type="http://schemas.openxmlformats.org/officeDocument/2006/relationships/oleObject" Target="embeddings/oleObject1266.bin"/><Relationship Id="rId3406" Type="http://schemas.openxmlformats.org/officeDocument/2006/relationships/image" Target="media/image1716.wmf"/><Relationship Id="rId3613" Type="http://schemas.openxmlformats.org/officeDocument/2006/relationships/oleObject" Target="embeddings/oleObject1790.bin"/><Relationship Id="rId3820" Type="http://schemas.openxmlformats.org/officeDocument/2006/relationships/image" Target="media/image1925.wmf"/><Relationship Id="rId327" Type="http://schemas.openxmlformats.org/officeDocument/2006/relationships/oleObject" Target="embeddings/oleObject159.bin"/><Relationship Id="rId534" Type="http://schemas.openxmlformats.org/officeDocument/2006/relationships/oleObject" Target="embeddings/oleObject262.bin"/><Relationship Id="rId741" Type="http://schemas.openxmlformats.org/officeDocument/2006/relationships/oleObject" Target="embeddings/oleObject365.bin"/><Relationship Id="rId1164" Type="http://schemas.openxmlformats.org/officeDocument/2006/relationships/image" Target="media/image584.wmf"/><Relationship Id="rId1371" Type="http://schemas.openxmlformats.org/officeDocument/2006/relationships/oleObject" Target="embeddings/oleObject680.bin"/><Relationship Id="rId2008" Type="http://schemas.openxmlformats.org/officeDocument/2006/relationships/image" Target="media/image1011.wmf"/><Relationship Id="rId2215" Type="http://schemas.openxmlformats.org/officeDocument/2006/relationships/image" Target="media/image1115.wmf"/><Relationship Id="rId2422" Type="http://schemas.openxmlformats.org/officeDocument/2006/relationships/oleObject" Target="embeddings/oleObject1196.bin"/><Relationship Id="rId5578" Type="http://schemas.openxmlformats.org/officeDocument/2006/relationships/image" Target="media/image2807.wmf"/><Relationship Id="rId5785" Type="http://schemas.openxmlformats.org/officeDocument/2006/relationships/image" Target="media/image2911.wmf"/><Relationship Id="rId5992" Type="http://schemas.openxmlformats.org/officeDocument/2006/relationships/image" Target="media/image3015.wmf"/><Relationship Id="rId601" Type="http://schemas.openxmlformats.org/officeDocument/2006/relationships/oleObject" Target="embeddings/oleObject295.bin"/><Relationship Id="rId1024" Type="http://schemas.openxmlformats.org/officeDocument/2006/relationships/image" Target="media/image514.wmf"/><Relationship Id="rId1231" Type="http://schemas.openxmlformats.org/officeDocument/2006/relationships/oleObject" Target="embeddings/oleObject610.bin"/><Relationship Id="rId4387" Type="http://schemas.openxmlformats.org/officeDocument/2006/relationships/oleObject" Target="embeddings/oleObject2174.bin"/><Relationship Id="rId4594" Type="http://schemas.openxmlformats.org/officeDocument/2006/relationships/image" Target="media/image2314.wmf"/><Relationship Id="rId5438" Type="http://schemas.openxmlformats.org/officeDocument/2006/relationships/image" Target="media/image2737.wmf"/><Relationship Id="rId5645" Type="http://schemas.openxmlformats.org/officeDocument/2006/relationships/oleObject" Target="embeddings/oleObject2801.bin"/><Relationship Id="rId5852" Type="http://schemas.openxmlformats.org/officeDocument/2006/relationships/oleObject" Target="embeddings/oleObject2904.bin"/><Relationship Id="rId3196" Type="http://schemas.openxmlformats.org/officeDocument/2006/relationships/oleObject" Target="embeddings/oleObject1582.bin"/><Relationship Id="rId4247" Type="http://schemas.openxmlformats.org/officeDocument/2006/relationships/image" Target="media/image2139.wmf"/><Relationship Id="rId4454" Type="http://schemas.openxmlformats.org/officeDocument/2006/relationships/image" Target="media/image2243.wmf"/><Relationship Id="rId4661" Type="http://schemas.openxmlformats.org/officeDocument/2006/relationships/oleObject" Target="embeddings/oleObject2310.bin"/><Relationship Id="rId5505" Type="http://schemas.openxmlformats.org/officeDocument/2006/relationships/oleObject" Target="embeddings/oleObject2731.bin"/><Relationship Id="rId3056" Type="http://schemas.openxmlformats.org/officeDocument/2006/relationships/image" Target="media/image1540.wmf"/><Relationship Id="rId3263" Type="http://schemas.openxmlformats.org/officeDocument/2006/relationships/image" Target="media/image1644.wmf"/><Relationship Id="rId3470" Type="http://schemas.openxmlformats.org/officeDocument/2006/relationships/image" Target="media/image1748.wmf"/><Relationship Id="rId4107" Type="http://schemas.openxmlformats.org/officeDocument/2006/relationships/image" Target="media/image2069.wmf"/><Relationship Id="rId4314" Type="http://schemas.openxmlformats.org/officeDocument/2006/relationships/image" Target="media/image2173.wmf"/><Relationship Id="rId5712" Type="http://schemas.openxmlformats.org/officeDocument/2006/relationships/oleObject" Target="embeddings/oleObject2834.bin"/><Relationship Id="rId184" Type="http://schemas.openxmlformats.org/officeDocument/2006/relationships/image" Target="media/image93.wmf"/><Relationship Id="rId391" Type="http://schemas.openxmlformats.org/officeDocument/2006/relationships/oleObject" Target="embeddings/oleObject191.bin"/><Relationship Id="rId1908" Type="http://schemas.openxmlformats.org/officeDocument/2006/relationships/image" Target="media/image957.wmf"/><Relationship Id="rId2072" Type="http://schemas.openxmlformats.org/officeDocument/2006/relationships/oleObject" Target="embeddings/oleObject1025.bin"/><Relationship Id="rId3123" Type="http://schemas.openxmlformats.org/officeDocument/2006/relationships/image" Target="media/image1574.wmf"/><Relationship Id="rId4521" Type="http://schemas.openxmlformats.org/officeDocument/2006/relationships/image" Target="media/image2277.wmf"/><Relationship Id="rId6279" Type="http://schemas.openxmlformats.org/officeDocument/2006/relationships/image" Target="media/image3161.wmf"/><Relationship Id="rId251" Type="http://schemas.openxmlformats.org/officeDocument/2006/relationships/oleObject" Target="embeddings/oleObject121.bin"/><Relationship Id="rId3330" Type="http://schemas.openxmlformats.org/officeDocument/2006/relationships/oleObject" Target="embeddings/oleObject1649.bin"/><Relationship Id="rId5088" Type="http://schemas.openxmlformats.org/officeDocument/2006/relationships/oleObject" Target="embeddings/oleObject2523.bin"/><Relationship Id="rId6139" Type="http://schemas.openxmlformats.org/officeDocument/2006/relationships/image" Target="media/image3091.wmf"/><Relationship Id="rId2889" Type="http://schemas.openxmlformats.org/officeDocument/2006/relationships/oleObject" Target="embeddings/oleObject1429.bin"/><Relationship Id="rId5295" Type="http://schemas.openxmlformats.org/officeDocument/2006/relationships/oleObject" Target="embeddings/oleObject2626.bin"/><Relationship Id="rId6346" Type="http://schemas.openxmlformats.org/officeDocument/2006/relationships/oleObject" Target="embeddings/oleObject3148.bin"/><Relationship Id="rId111" Type="http://schemas.openxmlformats.org/officeDocument/2006/relationships/oleObject" Target="embeddings/oleObject51.bin"/><Relationship Id="rId1698" Type="http://schemas.openxmlformats.org/officeDocument/2006/relationships/oleObject" Target="embeddings/oleObject843.bin"/><Relationship Id="rId2749" Type="http://schemas.openxmlformats.org/officeDocument/2006/relationships/oleObject" Target="embeddings/oleObject1359.bin"/><Relationship Id="rId2956" Type="http://schemas.openxmlformats.org/officeDocument/2006/relationships/image" Target="media/image1490.wmf"/><Relationship Id="rId5155" Type="http://schemas.openxmlformats.org/officeDocument/2006/relationships/image" Target="media/image2595.wmf"/><Relationship Id="rId5362" Type="http://schemas.openxmlformats.org/officeDocument/2006/relationships/image" Target="media/image2699.wmf"/><Relationship Id="rId6206" Type="http://schemas.openxmlformats.org/officeDocument/2006/relationships/oleObject" Target="embeddings/oleObject3078.bin"/><Relationship Id="rId6413" Type="http://schemas.openxmlformats.org/officeDocument/2006/relationships/oleObject" Target="embeddings/oleObject3181.bin"/><Relationship Id="rId928" Type="http://schemas.openxmlformats.org/officeDocument/2006/relationships/image" Target="media/image466.wmf"/><Relationship Id="rId1558" Type="http://schemas.openxmlformats.org/officeDocument/2006/relationships/oleObject" Target="embeddings/oleObject773.bin"/><Relationship Id="rId1765" Type="http://schemas.openxmlformats.org/officeDocument/2006/relationships/image" Target="media/image885.wmf"/><Relationship Id="rId2609" Type="http://schemas.openxmlformats.org/officeDocument/2006/relationships/oleObject" Target="embeddings/oleObject1289.bin"/><Relationship Id="rId4171" Type="http://schemas.openxmlformats.org/officeDocument/2006/relationships/image" Target="media/image2101.wmf"/><Relationship Id="rId5015" Type="http://schemas.openxmlformats.org/officeDocument/2006/relationships/image" Target="media/image2525.wmf"/><Relationship Id="rId5222" Type="http://schemas.openxmlformats.org/officeDocument/2006/relationships/oleObject" Target="embeddings/oleObject2590.bin"/><Relationship Id="rId57" Type="http://schemas.openxmlformats.org/officeDocument/2006/relationships/oleObject" Target="embeddings/oleObject24.bin"/><Relationship Id="rId1418" Type="http://schemas.openxmlformats.org/officeDocument/2006/relationships/image" Target="media/image711.wmf"/><Relationship Id="rId1972" Type="http://schemas.openxmlformats.org/officeDocument/2006/relationships/image" Target="media/image991.wmf"/><Relationship Id="rId2816" Type="http://schemas.openxmlformats.org/officeDocument/2006/relationships/image" Target="media/image1420.wmf"/><Relationship Id="rId4031" Type="http://schemas.openxmlformats.org/officeDocument/2006/relationships/image" Target="media/image2031.wmf"/><Relationship Id="rId1625" Type="http://schemas.openxmlformats.org/officeDocument/2006/relationships/image" Target="media/image815.wmf"/><Relationship Id="rId1832" Type="http://schemas.openxmlformats.org/officeDocument/2006/relationships/image" Target="media/image919.wmf"/><Relationship Id="rId4988" Type="http://schemas.openxmlformats.org/officeDocument/2006/relationships/oleObject" Target="embeddings/oleObject2473.bin"/><Relationship Id="rId3797" Type="http://schemas.openxmlformats.org/officeDocument/2006/relationships/oleObject" Target="embeddings/oleObject1880.bin"/><Relationship Id="rId4848" Type="http://schemas.openxmlformats.org/officeDocument/2006/relationships/image" Target="media/image2441.wmf"/><Relationship Id="rId6063" Type="http://schemas.openxmlformats.org/officeDocument/2006/relationships/image" Target="media/image3051.wmf"/><Relationship Id="rId2399" Type="http://schemas.openxmlformats.org/officeDocument/2006/relationships/oleObject" Target="embeddings/oleObject1185.bin"/><Relationship Id="rId3657" Type="http://schemas.openxmlformats.org/officeDocument/2006/relationships/image" Target="media/image1842.wmf"/><Relationship Id="rId3864" Type="http://schemas.openxmlformats.org/officeDocument/2006/relationships/image" Target="media/image1947.wmf"/><Relationship Id="rId4708" Type="http://schemas.openxmlformats.org/officeDocument/2006/relationships/image" Target="media/image2371.wmf"/><Relationship Id="rId4915" Type="http://schemas.openxmlformats.org/officeDocument/2006/relationships/image" Target="media/image2475.wmf"/><Relationship Id="rId6270" Type="http://schemas.openxmlformats.org/officeDocument/2006/relationships/oleObject" Target="embeddings/oleObject3110.bin"/><Relationship Id="rId578" Type="http://schemas.openxmlformats.org/officeDocument/2006/relationships/oleObject" Target="embeddings/oleObject284.bin"/><Relationship Id="rId785" Type="http://schemas.openxmlformats.org/officeDocument/2006/relationships/oleObject" Target="embeddings/oleObject387.bin"/><Relationship Id="rId992" Type="http://schemas.openxmlformats.org/officeDocument/2006/relationships/image" Target="media/image498.wmf"/><Relationship Id="rId2259" Type="http://schemas.openxmlformats.org/officeDocument/2006/relationships/image" Target="media/image1137.wmf"/><Relationship Id="rId2466" Type="http://schemas.openxmlformats.org/officeDocument/2006/relationships/oleObject" Target="embeddings/oleObject1218.bin"/><Relationship Id="rId2673" Type="http://schemas.openxmlformats.org/officeDocument/2006/relationships/oleObject" Target="embeddings/oleObject1321.bin"/><Relationship Id="rId2880" Type="http://schemas.openxmlformats.org/officeDocument/2006/relationships/image" Target="media/image1452.wmf"/><Relationship Id="rId3517" Type="http://schemas.openxmlformats.org/officeDocument/2006/relationships/oleObject" Target="embeddings/oleObject1742.bin"/><Relationship Id="rId3724" Type="http://schemas.openxmlformats.org/officeDocument/2006/relationships/image" Target="media/image1876.wmf"/><Relationship Id="rId3931" Type="http://schemas.openxmlformats.org/officeDocument/2006/relationships/oleObject" Target="embeddings/oleObject1947.bin"/><Relationship Id="rId6130" Type="http://schemas.openxmlformats.org/officeDocument/2006/relationships/oleObject" Target="embeddings/oleObject3042.bin"/><Relationship Id="rId438" Type="http://schemas.openxmlformats.org/officeDocument/2006/relationships/oleObject" Target="embeddings/oleObject214.bin"/><Relationship Id="rId645" Type="http://schemas.openxmlformats.org/officeDocument/2006/relationships/oleObject" Target="embeddings/oleObject317.bin"/><Relationship Id="rId852" Type="http://schemas.openxmlformats.org/officeDocument/2006/relationships/image" Target="media/image428.wmf"/><Relationship Id="rId1068" Type="http://schemas.openxmlformats.org/officeDocument/2006/relationships/image" Target="media/image536.wmf"/><Relationship Id="rId1275" Type="http://schemas.openxmlformats.org/officeDocument/2006/relationships/oleObject" Target="embeddings/oleObject632.bin"/><Relationship Id="rId1482" Type="http://schemas.openxmlformats.org/officeDocument/2006/relationships/oleObject" Target="embeddings/oleObject735.bin"/><Relationship Id="rId2119" Type="http://schemas.openxmlformats.org/officeDocument/2006/relationships/image" Target="media/image1067.wmf"/><Relationship Id="rId2326" Type="http://schemas.openxmlformats.org/officeDocument/2006/relationships/image" Target="media/image1173.wmf"/><Relationship Id="rId2533" Type="http://schemas.openxmlformats.org/officeDocument/2006/relationships/image" Target="media/image1278.wmf"/><Relationship Id="rId2740" Type="http://schemas.openxmlformats.org/officeDocument/2006/relationships/image" Target="media/image1382.wmf"/><Relationship Id="rId5689" Type="http://schemas.openxmlformats.org/officeDocument/2006/relationships/oleObject" Target="embeddings/oleObject2823.bin"/><Relationship Id="rId5896" Type="http://schemas.openxmlformats.org/officeDocument/2006/relationships/oleObject" Target="embeddings/oleObject2926.bin"/><Relationship Id="rId505" Type="http://schemas.openxmlformats.org/officeDocument/2006/relationships/image" Target="media/image254.wmf"/><Relationship Id="rId712" Type="http://schemas.openxmlformats.org/officeDocument/2006/relationships/image" Target="media/image358.wmf"/><Relationship Id="rId1135" Type="http://schemas.openxmlformats.org/officeDocument/2006/relationships/oleObject" Target="embeddings/oleObject562.bin"/><Relationship Id="rId1342" Type="http://schemas.openxmlformats.org/officeDocument/2006/relationships/image" Target="media/image673.wmf"/><Relationship Id="rId4498" Type="http://schemas.openxmlformats.org/officeDocument/2006/relationships/image" Target="media/image2265.wmf"/><Relationship Id="rId5549" Type="http://schemas.openxmlformats.org/officeDocument/2006/relationships/oleObject" Target="embeddings/oleObject2753.bin"/><Relationship Id="rId1202" Type="http://schemas.openxmlformats.org/officeDocument/2006/relationships/image" Target="media/image603.wmf"/><Relationship Id="rId2600" Type="http://schemas.openxmlformats.org/officeDocument/2006/relationships/oleObject" Target="embeddings/oleObject1285.bin"/><Relationship Id="rId4358" Type="http://schemas.openxmlformats.org/officeDocument/2006/relationships/image" Target="media/image2195.wmf"/><Relationship Id="rId5409" Type="http://schemas.openxmlformats.org/officeDocument/2006/relationships/oleObject" Target="embeddings/oleObject2683.bin"/><Relationship Id="rId5756" Type="http://schemas.openxmlformats.org/officeDocument/2006/relationships/oleObject" Target="embeddings/oleObject2856.bin"/><Relationship Id="rId5963" Type="http://schemas.openxmlformats.org/officeDocument/2006/relationships/oleObject" Target="embeddings/oleObject2959.bin"/><Relationship Id="rId3167" Type="http://schemas.openxmlformats.org/officeDocument/2006/relationships/image" Target="media/image1596.wmf"/><Relationship Id="rId4565" Type="http://schemas.openxmlformats.org/officeDocument/2006/relationships/image" Target="media/image2299.wmf"/><Relationship Id="rId4772" Type="http://schemas.openxmlformats.org/officeDocument/2006/relationships/image" Target="media/image2403.wmf"/><Relationship Id="rId5616" Type="http://schemas.openxmlformats.org/officeDocument/2006/relationships/image" Target="media/image2826.wmf"/><Relationship Id="rId5823" Type="http://schemas.openxmlformats.org/officeDocument/2006/relationships/image" Target="media/image2930.wmf"/><Relationship Id="rId295" Type="http://schemas.openxmlformats.org/officeDocument/2006/relationships/oleObject" Target="embeddings/oleObject143.bin"/><Relationship Id="rId3374" Type="http://schemas.openxmlformats.org/officeDocument/2006/relationships/image" Target="media/image1700.wmf"/><Relationship Id="rId3581" Type="http://schemas.openxmlformats.org/officeDocument/2006/relationships/oleObject" Target="embeddings/oleObject1774.bin"/><Relationship Id="rId4218" Type="http://schemas.openxmlformats.org/officeDocument/2006/relationships/oleObject" Target="embeddings/oleObject2090.bin"/><Relationship Id="rId4425" Type="http://schemas.openxmlformats.org/officeDocument/2006/relationships/oleObject" Target="embeddings/oleObject2193.bin"/><Relationship Id="rId4632" Type="http://schemas.openxmlformats.org/officeDocument/2006/relationships/image" Target="media/image2333.wmf"/><Relationship Id="rId2183" Type="http://schemas.openxmlformats.org/officeDocument/2006/relationships/image" Target="media/image1099.wmf"/><Relationship Id="rId2390" Type="http://schemas.openxmlformats.org/officeDocument/2006/relationships/oleObject" Target="embeddings/oleObject1181.bin"/><Relationship Id="rId3027" Type="http://schemas.openxmlformats.org/officeDocument/2006/relationships/oleObject" Target="embeddings/oleObject1498.bin"/><Relationship Id="rId3234" Type="http://schemas.openxmlformats.org/officeDocument/2006/relationships/oleObject" Target="embeddings/oleObject1601.bin"/><Relationship Id="rId3441" Type="http://schemas.openxmlformats.org/officeDocument/2006/relationships/oleObject" Target="embeddings/oleObject1704.bin"/><Relationship Id="rId155" Type="http://schemas.openxmlformats.org/officeDocument/2006/relationships/oleObject" Target="embeddings/oleObject73.bin"/><Relationship Id="rId362" Type="http://schemas.openxmlformats.org/officeDocument/2006/relationships/image" Target="media/image182.wmf"/><Relationship Id="rId2043" Type="http://schemas.openxmlformats.org/officeDocument/2006/relationships/oleObject" Target="embeddings/oleObject1011.bin"/><Relationship Id="rId2250" Type="http://schemas.openxmlformats.org/officeDocument/2006/relationships/oleObject" Target="embeddings/oleObject1114.bin"/><Relationship Id="rId3301" Type="http://schemas.openxmlformats.org/officeDocument/2006/relationships/image" Target="media/image1663.wmf"/><Relationship Id="rId5199" Type="http://schemas.openxmlformats.org/officeDocument/2006/relationships/image" Target="media/image2617.wmf"/><Relationship Id="rId222" Type="http://schemas.openxmlformats.org/officeDocument/2006/relationships/image" Target="media/image112.wmf"/><Relationship Id="rId2110" Type="http://schemas.openxmlformats.org/officeDocument/2006/relationships/oleObject" Target="embeddings/oleObject1044.bin"/><Relationship Id="rId5059" Type="http://schemas.openxmlformats.org/officeDocument/2006/relationships/image" Target="media/image2547.wmf"/><Relationship Id="rId5266" Type="http://schemas.openxmlformats.org/officeDocument/2006/relationships/image" Target="media/image2651.wmf"/><Relationship Id="rId5473" Type="http://schemas.openxmlformats.org/officeDocument/2006/relationships/oleObject" Target="embeddings/oleObject2715.bin"/><Relationship Id="rId5680" Type="http://schemas.openxmlformats.org/officeDocument/2006/relationships/image" Target="media/image2858.wmf"/><Relationship Id="rId6317" Type="http://schemas.openxmlformats.org/officeDocument/2006/relationships/image" Target="media/image3180.wmf"/><Relationship Id="rId4075" Type="http://schemas.openxmlformats.org/officeDocument/2006/relationships/image" Target="media/image2053.wmf"/><Relationship Id="rId4282" Type="http://schemas.openxmlformats.org/officeDocument/2006/relationships/image" Target="media/image2157.wmf"/><Relationship Id="rId5126" Type="http://schemas.openxmlformats.org/officeDocument/2006/relationships/oleObject" Target="embeddings/oleObject2542.bin"/><Relationship Id="rId5333" Type="http://schemas.openxmlformats.org/officeDocument/2006/relationships/oleObject" Target="embeddings/oleObject2645.bin"/><Relationship Id="rId1669" Type="http://schemas.openxmlformats.org/officeDocument/2006/relationships/image" Target="media/image837.wmf"/><Relationship Id="rId1876" Type="http://schemas.openxmlformats.org/officeDocument/2006/relationships/image" Target="media/image941.wmf"/><Relationship Id="rId2927" Type="http://schemas.openxmlformats.org/officeDocument/2006/relationships/oleObject" Target="embeddings/oleObject1448.bin"/><Relationship Id="rId3091" Type="http://schemas.openxmlformats.org/officeDocument/2006/relationships/oleObject" Target="embeddings/oleObject1530.bin"/><Relationship Id="rId4142" Type="http://schemas.openxmlformats.org/officeDocument/2006/relationships/oleObject" Target="embeddings/oleObject2052.bin"/><Relationship Id="rId5540" Type="http://schemas.openxmlformats.org/officeDocument/2006/relationships/image" Target="media/image2788.wmf"/><Relationship Id="rId1529" Type="http://schemas.openxmlformats.org/officeDocument/2006/relationships/image" Target="media/image767.wmf"/><Relationship Id="rId1736" Type="http://schemas.openxmlformats.org/officeDocument/2006/relationships/oleObject" Target="embeddings/oleObject862.bin"/><Relationship Id="rId1943" Type="http://schemas.openxmlformats.org/officeDocument/2006/relationships/oleObject" Target="embeddings/oleObject963.bin"/><Relationship Id="rId5400" Type="http://schemas.openxmlformats.org/officeDocument/2006/relationships/image" Target="media/image2718.wmf"/><Relationship Id="rId28" Type="http://schemas.openxmlformats.org/officeDocument/2006/relationships/image" Target="media/image13.png"/><Relationship Id="rId1803" Type="http://schemas.openxmlformats.org/officeDocument/2006/relationships/image" Target="media/image904.wmf"/><Relationship Id="rId4002" Type="http://schemas.openxmlformats.org/officeDocument/2006/relationships/oleObject" Target="embeddings/oleObject1982.bin"/><Relationship Id="rId4959" Type="http://schemas.openxmlformats.org/officeDocument/2006/relationships/image" Target="media/image2497.wmf"/><Relationship Id="rId3768" Type="http://schemas.openxmlformats.org/officeDocument/2006/relationships/image" Target="media/image1899.wmf"/><Relationship Id="rId3975" Type="http://schemas.openxmlformats.org/officeDocument/2006/relationships/image" Target="media/image2003.wmf"/><Relationship Id="rId4819" Type="http://schemas.openxmlformats.org/officeDocument/2006/relationships/oleObject" Target="embeddings/oleObject2389.bin"/><Relationship Id="rId6174" Type="http://schemas.openxmlformats.org/officeDocument/2006/relationships/oleObject" Target="embeddings/oleObject3062.bin"/><Relationship Id="rId6381" Type="http://schemas.openxmlformats.org/officeDocument/2006/relationships/image" Target="media/image3212.wmf"/><Relationship Id="rId689" Type="http://schemas.openxmlformats.org/officeDocument/2006/relationships/oleObject" Target="embeddings/oleObject339.bin"/><Relationship Id="rId896" Type="http://schemas.openxmlformats.org/officeDocument/2006/relationships/image" Target="media/image450.wmf"/><Relationship Id="rId2577" Type="http://schemas.openxmlformats.org/officeDocument/2006/relationships/image" Target="media/image1300.wmf"/><Relationship Id="rId2784" Type="http://schemas.openxmlformats.org/officeDocument/2006/relationships/image" Target="media/image1404.wmf"/><Relationship Id="rId3628" Type="http://schemas.openxmlformats.org/officeDocument/2006/relationships/oleObject" Target="embeddings/oleObject1797.bin"/><Relationship Id="rId5190" Type="http://schemas.openxmlformats.org/officeDocument/2006/relationships/oleObject" Target="embeddings/oleObject2574.bin"/><Relationship Id="rId6034" Type="http://schemas.openxmlformats.org/officeDocument/2006/relationships/image" Target="media/image3036.wmf"/><Relationship Id="rId6241" Type="http://schemas.openxmlformats.org/officeDocument/2006/relationships/image" Target="media/image3142.wmf"/><Relationship Id="rId549" Type="http://schemas.openxmlformats.org/officeDocument/2006/relationships/image" Target="media/image276.wmf"/><Relationship Id="rId756" Type="http://schemas.openxmlformats.org/officeDocument/2006/relationships/image" Target="media/image380.wmf"/><Relationship Id="rId1179" Type="http://schemas.openxmlformats.org/officeDocument/2006/relationships/oleObject" Target="embeddings/oleObject584.bin"/><Relationship Id="rId1386" Type="http://schemas.openxmlformats.org/officeDocument/2006/relationships/image" Target="media/image695.wmf"/><Relationship Id="rId1593" Type="http://schemas.openxmlformats.org/officeDocument/2006/relationships/image" Target="media/image799.wmf"/><Relationship Id="rId2437" Type="http://schemas.openxmlformats.org/officeDocument/2006/relationships/image" Target="media/image1230.wmf"/><Relationship Id="rId2991" Type="http://schemas.openxmlformats.org/officeDocument/2006/relationships/oleObject" Target="embeddings/oleObject1480.bin"/><Relationship Id="rId3835" Type="http://schemas.openxmlformats.org/officeDocument/2006/relationships/oleObject" Target="embeddings/oleObject1899.bin"/><Relationship Id="rId5050" Type="http://schemas.openxmlformats.org/officeDocument/2006/relationships/oleObject" Target="embeddings/oleObject2504.bin"/><Relationship Id="rId6101" Type="http://schemas.openxmlformats.org/officeDocument/2006/relationships/image" Target="media/image3070.wmf"/><Relationship Id="rId409" Type="http://schemas.openxmlformats.org/officeDocument/2006/relationships/oleObject" Target="embeddings/oleObject200.bin"/><Relationship Id="rId963" Type="http://schemas.openxmlformats.org/officeDocument/2006/relationships/oleObject" Target="embeddings/oleObject476.bin"/><Relationship Id="rId1039" Type="http://schemas.openxmlformats.org/officeDocument/2006/relationships/oleObject" Target="embeddings/oleObject514.bin"/><Relationship Id="rId1246" Type="http://schemas.openxmlformats.org/officeDocument/2006/relationships/image" Target="media/image625.wmf"/><Relationship Id="rId2644" Type="http://schemas.openxmlformats.org/officeDocument/2006/relationships/image" Target="media/image1334.wmf"/><Relationship Id="rId2851" Type="http://schemas.openxmlformats.org/officeDocument/2006/relationships/oleObject" Target="embeddings/oleObject1410.bin"/><Relationship Id="rId3902" Type="http://schemas.openxmlformats.org/officeDocument/2006/relationships/image" Target="media/image1966.wmf"/><Relationship Id="rId92" Type="http://schemas.openxmlformats.org/officeDocument/2006/relationships/image" Target="media/image47.wmf"/><Relationship Id="rId616" Type="http://schemas.openxmlformats.org/officeDocument/2006/relationships/image" Target="media/image310.wmf"/><Relationship Id="rId823" Type="http://schemas.openxmlformats.org/officeDocument/2006/relationships/oleObject" Target="embeddings/oleObject406.bin"/><Relationship Id="rId1453" Type="http://schemas.openxmlformats.org/officeDocument/2006/relationships/image" Target="media/image729.wmf"/><Relationship Id="rId1660" Type="http://schemas.openxmlformats.org/officeDocument/2006/relationships/oleObject" Target="embeddings/oleObject824.bin"/><Relationship Id="rId2504" Type="http://schemas.openxmlformats.org/officeDocument/2006/relationships/oleObject" Target="embeddings/oleObject1237.bin"/><Relationship Id="rId2711" Type="http://schemas.openxmlformats.org/officeDocument/2006/relationships/oleObject" Target="embeddings/oleObject1340.bin"/><Relationship Id="rId5867" Type="http://schemas.openxmlformats.org/officeDocument/2006/relationships/image" Target="media/image2952.wmf"/><Relationship Id="rId1106" Type="http://schemas.openxmlformats.org/officeDocument/2006/relationships/image" Target="media/image555.wmf"/><Relationship Id="rId1313" Type="http://schemas.openxmlformats.org/officeDocument/2006/relationships/oleObject" Target="embeddings/oleObject651.bin"/><Relationship Id="rId1520" Type="http://schemas.openxmlformats.org/officeDocument/2006/relationships/oleObject" Target="embeddings/oleObject754.bin"/><Relationship Id="rId4469" Type="http://schemas.openxmlformats.org/officeDocument/2006/relationships/oleObject" Target="embeddings/oleObject2215.bin"/><Relationship Id="rId4676" Type="http://schemas.openxmlformats.org/officeDocument/2006/relationships/image" Target="media/image2355.wmf"/><Relationship Id="rId4883" Type="http://schemas.openxmlformats.org/officeDocument/2006/relationships/oleObject" Target="embeddings/oleObject2421.bin"/><Relationship Id="rId5727" Type="http://schemas.openxmlformats.org/officeDocument/2006/relationships/image" Target="media/image2882.wmf"/><Relationship Id="rId5934" Type="http://schemas.openxmlformats.org/officeDocument/2006/relationships/image" Target="media/image2986.wmf"/><Relationship Id="rId3278" Type="http://schemas.openxmlformats.org/officeDocument/2006/relationships/oleObject" Target="embeddings/oleObject1623.bin"/><Relationship Id="rId3485" Type="http://schemas.openxmlformats.org/officeDocument/2006/relationships/oleObject" Target="embeddings/oleObject1726.bin"/><Relationship Id="rId3692" Type="http://schemas.openxmlformats.org/officeDocument/2006/relationships/oleObject" Target="embeddings/oleObject1829.bin"/><Relationship Id="rId4329" Type="http://schemas.openxmlformats.org/officeDocument/2006/relationships/oleObject" Target="embeddings/oleObject2145.bin"/><Relationship Id="rId4536" Type="http://schemas.openxmlformats.org/officeDocument/2006/relationships/oleObject" Target="embeddings/oleObject2248.bin"/><Relationship Id="rId4743" Type="http://schemas.openxmlformats.org/officeDocument/2006/relationships/oleObject" Target="embeddings/oleObject2351.bin"/><Relationship Id="rId4950" Type="http://schemas.openxmlformats.org/officeDocument/2006/relationships/oleObject" Target="embeddings/oleObject2454.bin"/><Relationship Id="rId199" Type="http://schemas.openxmlformats.org/officeDocument/2006/relationships/oleObject" Target="embeddings/oleObject95.bin"/><Relationship Id="rId2087" Type="http://schemas.openxmlformats.org/officeDocument/2006/relationships/image" Target="media/image1051.wmf"/><Relationship Id="rId2294" Type="http://schemas.openxmlformats.org/officeDocument/2006/relationships/oleObject" Target="embeddings/oleObject1134.bin"/><Relationship Id="rId3138" Type="http://schemas.openxmlformats.org/officeDocument/2006/relationships/oleObject" Target="embeddings/oleObject1553.bin"/><Relationship Id="rId3345" Type="http://schemas.openxmlformats.org/officeDocument/2006/relationships/image" Target="media/image1685.png"/><Relationship Id="rId3552" Type="http://schemas.openxmlformats.org/officeDocument/2006/relationships/image" Target="media/image1789.wmf"/><Relationship Id="rId4603" Type="http://schemas.openxmlformats.org/officeDocument/2006/relationships/oleObject" Target="embeddings/oleObject2281.bin"/><Relationship Id="rId266" Type="http://schemas.openxmlformats.org/officeDocument/2006/relationships/image" Target="media/image134.wmf"/><Relationship Id="rId473" Type="http://schemas.openxmlformats.org/officeDocument/2006/relationships/image" Target="media/image238.wmf"/><Relationship Id="rId680" Type="http://schemas.openxmlformats.org/officeDocument/2006/relationships/image" Target="media/image342.wmf"/><Relationship Id="rId2154" Type="http://schemas.openxmlformats.org/officeDocument/2006/relationships/oleObject" Target="embeddings/oleObject1066.bin"/><Relationship Id="rId2361" Type="http://schemas.openxmlformats.org/officeDocument/2006/relationships/image" Target="media/image1191.wmf"/><Relationship Id="rId3205" Type="http://schemas.openxmlformats.org/officeDocument/2006/relationships/image" Target="media/image1615.wmf"/><Relationship Id="rId3412" Type="http://schemas.openxmlformats.org/officeDocument/2006/relationships/image" Target="media/image1719.wmf"/><Relationship Id="rId4810" Type="http://schemas.openxmlformats.org/officeDocument/2006/relationships/image" Target="media/image2422.wmf"/><Relationship Id="rId126" Type="http://schemas.openxmlformats.org/officeDocument/2006/relationships/image" Target="media/image64.wmf"/><Relationship Id="rId333" Type="http://schemas.openxmlformats.org/officeDocument/2006/relationships/oleObject" Target="embeddings/oleObject162.bin"/><Relationship Id="rId540" Type="http://schemas.openxmlformats.org/officeDocument/2006/relationships/oleObject" Target="embeddings/oleObject265.bin"/><Relationship Id="rId1170" Type="http://schemas.openxmlformats.org/officeDocument/2006/relationships/image" Target="media/image587.wmf"/><Relationship Id="rId2014" Type="http://schemas.openxmlformats.org/officeDocument/2006/relationships/image" Target="media/image1014.wmf"/><Relationship Id="rId2221" Type="http://schemas.openxmlformats.org/officeDocument/2006/relationships/image" Target="media/image1118.wmf"/><Relationship Id="rId5377" Type="http://schemas.openxmlformats.org/officeDocument/2006/relationships/oleObject" Target="embeddings/oleObject2667.bin"/><Relationship Id="rId6428" Type="http://schemas.openxmlformats.org/officeDocument/2006/relationships/image" Target="media/image3236.wmf"/><Relationship Id="rId1030" Type="http://schemas.openxmlformats.org/officeDocument/2006/relationships/image" Target="media/image517.wmf"/><Relationship Id="rId4186" Type="http://schemas.openxmlformats.org/officeDocument/2006/relationships/oleObject" Target="embeddings/oleObject2074.bin"/><Relationship Id="rId5584" Type="http://schemas.openxmlformats.org/officeDocument/2006/relationships/image" Target="media/image2810.wmf"/><Relationship Id="rId5791" Type="http://schemas.openxmlformats.org/officeDocument/2006/relationships/image" Target="media/image2914.wmf"/><Relationship Id="rId400" Type="http://schemas.openxmlformats.org/officeDocument/2006/relationships/image" Target="media/image201.wmf"/><Relationship Id="rId1987" Type="http://schemas.openxmlformats.org/officeDocument/2006/relationships/image" Target="media/image1000.png"/><Relationship Id="rId4393" Type="http://schemas.openxmlformats.org/officeDocument/2006/relationships/oleObject" Target="embeddings/oleObject2177.bin"/><Relationship Id="rId5237" Type="http://schemas.openxmlformats.org/officeDocument/2006/relationships/image" Target="media/image2636.wmf"/><Relationship Id="rId5444" Type="http://schemas.openxmlformats.org/officeDocument/2006/relationships/image" Target="media/image2740.wmf"/><Relationship Id="rId5651" Type="http://schemas.openxmlformats.org/officeDocument/2006/relationships/oleObject" Target="embeddings/oleObject2804.bin"/><Relationship Id="rId1847" Type="http://schemas.openxmlformats.org/officeDocument/2006/relationships/oleObject" Target="embeddings/oleObject917.bin"/><Relationship Id="rId4046" Type="http://schemas.openxmlformats.org/officeDocument/2006/relationships/oleObject" Target="embeddings/oleObject2004.bin"/><Relationship Id="rId4253" Type="http://schemas.openxmlformats.org/officeDocument/2006/relationships/image" Target="media/image2142.wmf"/><Relationship Id="rId4460" Type="http://schemas.openxmlformats.org/officeDocument/2006/relationships/image" Target="media/image2246.wmf"/><Relationship Id="rId5304" Type="http://schemas.openxmlformats.org/officeDocument/2006/relationships/image" Target="media/image2670.wmf"/><Relationship Id="rId5511" Type="http://schemas.openxmlformats.org/officeDocument/2006/relationships/oleObject" Target="embeddings/oleObject2734.bin"/><Relationship Id="rId1707" Type="http://schemas.openxmlformats.org/officeDocument/2006/relationships/image" Target="media/image856.wmf"/><Relationship Id="rId3062" Type="http://schemas.openxmlformats.org/officeDocument/2006/relationships/image" Target="media/image1543.wmf"/><Relationship Id="rId4113" Type="http://schemas.openxmlformats.org/officeDocument/2006/relationships/image" Target="media/image2072.wmf"/><Relationship Id="rId4320" Type="http://schemas.openxmlformats.org/officeDocument/2006/relationships/image" Target="media/image2176.wmf"/><Relationship Id="rId190" Type="http://schemas.openxmlformats.org/officeDocument/2006/relationships/image" Target="media/image96.wmf"/><Relationship Id="rId1914" Type="http://schemas.openxmlformats.org/officeDocument/2006/relationships/image" Target="media/image960.wmf"/><Relationship Id="rId6078" Type="http://schemas.openxmlformats.org/officeDocument/2006/relationships/oleObject" Target="embeddings/oleObject3016.bin"/><Relationship Id="rId6285" Type="http://schemas.openxmlformats.org/officeDocument/2006/relationships/image" Target="media/image3164.wmf"/><Relationship Id="rId3879" Type="http://schemas.openxmlformats.org/officeDocument/2006/relationships/oleObject" Target="embeddings/oleObject1921.bin"/><Relationship Id="rId5094" Type="http://schemas.openxmlformats.org/officeDocument/2006/relationships/oleObject" Target="embeddings/oleObject2526.bin"/><Relationship Id="rId6145" Type="http://schemas.openxmlformats.org/officeDocument/2006/relationships/image" Target="media/image3094.wmf"/><Relationship Id="rId6352" Type="http://schemas.openxmlformats.org/officeDocument/2006/relationships/oleObject" Target="embeddings/oleObject3151.bin"/><Relationship Id="rId2688" Type="http://schemas.openxmlformats.org/officeDocument/2006/relationships/image" Target="media/image1356.wmf"/><Relationship Id="rId2895" Type="http://schemas.openxmlformats.org/officeDocument/2006/relationships/oleObject" Target="embeddings/oleObject1432.bin"/><Relationship Id="rId3739" Type="http://schemas.openxmlformats.org/officeDocument/2006/relationships/image" Target="media/image1884.wmf"/><Relationship Id="rId3946" Type="http://schemas.openxmlformats.org/officeDocument/2006/relationships/oleObject" Target="embeddings/oleObject1954.bin"/><Relationship Id="rId5161" Type="http://schemas.openxmlformats.org/officeDocument/2006/relationships/image" Target="media/image2598.wmf"/><Relationship Id="rId6005" Type="http://schemas.openxmlformats.org/officeDocument/2006/relationships/oleObject" Target="embeddings/oleObject2980.bin"/><Relationship Id="rId867" Type="http://schemas.openxmlformats.org/officeDocument/2006/relationships/oleObject" Target="embeddings/oleObject428.bin"/><Relationship Id="rId1497" Type="http://schemas.openxmlformats.org/officeDocument/2006/relationships/image" Target="media/image751.wmf"/><Relationship Id="rId2548" Type="http://schemas.openxmlformats.org/officeDocument/2006/relationships/oleObject" Target="embeddings/oleObject1259.bin"/><Relationship Id="rId2755" Type="http://schemas.openxmlformats.org/officeDocument/2006/relationships/oleObject" Target="embeddings/oleObject1362.bin"/><Relationship Id="rId2962" Type="http://schemas.openxmlformats.org/officeDocument/2006/relationships/image" Target="media/image1493.wmf"/><Relationship Id="rId3806" Type="http://schemas.openxmlformats.org/officeDocument/2006/relationships/image" Target="media/image1918.wmf"/><Relationship Id="rId6212" Type="http://schemas.openxmlformats.org/officeDocument/2006/relationships/oleObject" Target="embeddings/oleObject3081.bin"/><Relationship Id="rId727" Type="http://schemas.openxmlformats.org/officeDocument/2006/relationships/oleObject" Target="embeddings/oleObject358.bin"/><Relationship Id="rId934" Type="http://schemas.openxmlformats.org/officeDocument/2006/relationships/image" Target="media/image469.wmf"/><Relationship Id="rId1357" Type="http://schemas.openxmlformats.org/officeDocument/2006/relationships/oleObject" Target="embeddings/oleObject673.bin"/><Relationship Id="rId1564" Type="http://schemas.openxmlformats.org/officeDocument/2006/relationships/oleObject" Target="embeddings/oleObject776.bin"/><Relationship Id="rId1771" Type="http://schemas.openxmlformats.org/officeDocument/2006/relationships/image" Target="media/image888.wmf"/><Relationship Id="rId2408" Type="http://schemas.openxmlformats.org/officeDocument/2006/relationships/image" Target="media/image1215.wmf"/><Relationship Id="rId2615" Type="http://schemas.openxmlformats.org/officeDocument/2006/relationships/oleObject" Target="embeddings/oleObject1292.bin"/><Relationship Id="rId2822" Type="http://schemas.openxmlformats.org/officeDocument/2006/relationships/image" Target="media/image1423.wmf"/><Relationship Id="rId5021" Type="http://schemas.openxmlformats.org/officeDocument/2006/relationships/image" Target="media/image2528.wmf"/><Relationship Id="rId5978" Type="http://schemas.openxmlformats.org/officeDocument/2006/relationships/image" Target="media/image3008.wmf"/><Relationship Id="rId63" Type="http://schemas.openxmlformats.org/officeDocument/2006/relationships/oleObject" Target="embeddings/oleObject27.bin"/><Relationship Id="rId1217" Type="http://schemas.openxmlformats.org/officeDocument/2006/relationships/oleObject" Target="embeddings/oleObject603.bin"/><Relationship Id="rId1424" Type="http://schemas.openxmlformats.org/officeDocument/2006/relationships/image" Target="media/image714.wmf"/><Relationship Id="rId1631" Type="http://schemas.openxmlformats.org/officeDocument/2006/relationships/image" Target="media/image818.wmf"/><Relationship Id="rId4787" Type="http://schemas.openxmlformats.org/officeDocument/2006/relationships/oleObject" Target="embeddings/oleObject2373.bin"/><Relationship Id="rId4994" Type="http://schemas.openxmlformats.org/officeDocument/2006/relationships/oleObject" Target="embeddings/oleObject2476.bin"/><Relationship Id="rId5838" Type="http://schemas.openxmlformats.org/officeDocument/2006/relationships/oleObject" Target="embeddings/oleObject2897.bin"/><Relationship Id="rId3389" Type="http://schemas.openxmlformats.org/officeDocument/2006/relationships/oleObject" Target="embeddings/oleObject1678.bin"/><Relationship Id="rId3596" Type="http://schemas.openxmlformats.org/officeDocument/2006/relationships/image" Target="media/image1811.wmf"/><Relationship Id="rId4647" Type="http://schemas.openxmlformats.org/officeDocument/2006/relationships/oleObject" Target="embeddings/oleObject2303.bin"/><Relationship Id="rId2198" Type="http://schemas.openxmlformats.org/officeDocument/2006/relationships/oleObject" Target="embeddings/oleObject1088.bin"/><Relationship Id="rId3249" Type="http://schemas.openxmlformats.org/officeDocument/2006/relationships/image" Target="media/image1637.wmf"/><Relationship Id="rId3456" Type="http://schemas.openxmlformats.org/officeDocument/2006/relationships/image" Target="media/image1741.wmf"/><Relationship Id="rId4854" Type="http://schemas.openxmlformats.org/officeDocument/2006/relationships/image" Target="media/image2444.wmf"/><Relationship Id="rId5905" Type="http://schemas.openxmlformats.org/officeDocument/2006/relationships/image" Target="media/image2971.wmf"/><Relationship Id="rId377" Type="http://schemas.openxmlformats.org/officeDocument/2006/relationships/oleObject" Target="embeddings/oleObject184.bin"/><Relationship Id="rId584" Type="http://schemas.openxmlformats.org/officeDocument/2006/relationships/oleObject" Target="embeddings/oleObject287.bin"/><Relationship Id="rId2058" Type="http://schemas.openxmlformats.org/officeDocument/2006/relationships/oleObject" Target="embeddings/oleObject1018.bin"/><Relationship Id="rId2265" Type="http://schemas.openxmlformats.org/officeDocument/2006/relationships/image" Target="media/image1140.wmf"/><Relationship Id="rId3109" Type="http://schemas.openxmlformats.org/officeDocument/2006/relationships/image" Target="media/image1567.wmf"/><Relationship Id="rId3663" Type="http://schemas.openxmlformats.org/officeDocument/2006/relationships/image" Target="media/image1845.wmf"/><Relationship Id="rId3870" Type="http://schemas.openxmlformats.org/officeDocument/2006/relationships/image" Target="media/image1950.wmf"/><Relationship Id="rId4507" Type="http://schemas.openxmlformats.org/officeDocument/2006/relationships/oleObject" Target="embeddings/oleObject2234.bin"/><Relationship Id="rId4714" Type="http://schemas.openxmlformats.org/officeDocument/2006/relationships/image" Target="media/image2374.wmf"/><Relationship Id="rId4921" Type="http://schemas.openxmlformats.org/officeDocument/2006/relationships/image" Target="media/image2478.wmf"/><Relationship Id="rId237" Type="http://schemas.openxmlformats.org/officeDocument/2006/relationships/oleObject" Target="embeddings/oleObject114.bin"/><Relationship Id="rId791" Type="http://schemas.openxmlformats.org/officeDocument/2006/relationships/oleObject" Target="embeddings/oleObject390.bin"/><Relationship Id="rId1074" Type="http://schemas.openxmlformats.org/officeDocument/2006/relationships/image" Target="media/image539.wmf"/><Relationship Id="rId2472" Type="http://schemas.openxmlformats.org/officeDocument/2006/relationships/oleObject" Target="embeddings/oleObject1221.bin"/><Relationship Id="rId3316" Type="http://schemas.openxmlformats.org/officeDocument/2006/relationships/oleObject" Target="embeddings/oleObject1642.bin"/><Relationship Id="rId3523" Type="http://schemas.openxmlformats.org/officeDocument/2006/relationships/oleObject" Target="embeddings/oleObject1745.bin"/><Relationship Id="rId3730" Type="http://schemas.openxmlformats.org/officeDocument/2006/relationships/image" Target="media/image1879.wmf"/><Relationship Id="rId444" Type="http://schemas.openxmlformats.org/officeDocument/2006/relationships/oleObject" Target="embeddings/oleObject217.bin"/><Relationship Id="rId651" Type="http://schemas.openxmlformats.org/officeDocument/2006/relationships/oleObject" Target="embeddings/oleObject320.bin"/><Relationship Id="rId1281" Type="http://schemas.openxmlformats.org/officeDocument/2006/relationships/oleObject" Target="embeddings/oleObject635.bin"/><Relationship Id="rId2125" Type="http://schemas.openxmlformats.org/officeDocument/2006/relationships/image" Target="media/image1070.wmf"/><Relationship Id="rId2332" Type="http://schemas.openxmlformats.org/officeDocument/2006/relationships/image" Target="media/image1176.wmf"/><Relationship Id="rId5488" Type="http://schemas.openxmlformats.org/officeDocument/2006/relationships/image" Target="media/image2762.wmf"/><Relationship Id="rId5695" Type="http://schemas.openxmlformats.org/officeDocument/2006/relationships/image" Target="media/image2866.wmf"/><Relationship Id="rId304" Type="http://schemas.openxmlformats.org/officeDocument/2006/relationships/image" Target="media/image153.wmf"/><Relationship Id="rId511" Type="http://schemas.openxmlformats.org/officeDocument/2006/relationships/image" Target="media/image257.wmf"/><Relationship Id="rId1141" Type="http://schemas.openxmlformats.org/officeDocument/2006/relationships/oleObject" Target="embeddings/oleObject565.bin"/><Relationship Id="rId4297" Type="http://schemas.openxmlformats.org/officeDocument/2006/relationships/oleObject" Target="embeddings/oleObject2129.bin"/><Relationship Id="rId5348" Type="http://schemas.openxmlformats.org/officeDocument/2006/relationships/image" Target="media/image2692.wmf"/><Relationship Id="rId5555" Type="http://schemas.openxmlformats.org/officeDocument/2006/relationships/oleObject" Target="embeddings/oleObject2756.bin"/><Relationship Id="rId5762" Type="http://schemas.openxmlformats.org/officeDocument/2006/relationships/oleObject" Target="embeddings/oleObject2859.bin"/><Relationship Id="rId1001" Type="http://schemas.openxmlformats.org/officeDocument/2006/relationships/oleObject" Target="embeddings/oleObject495.bin"/><Relationship Id="rId4157" Type="http://schemas.openxmlformats.org/officeDocument/2006/relationships/image" Target="media/image2094.wmf"/><Relationship Id="rId4364" Type="http://schemas.openxmlformats.org/officeDocument/2006/relationships/image" Target="media/image2198.wmf"/><Relationship Id="rId4571" Type="http://schemas.openxmlformats.org/officeDocument/2006/relationships/image" Target="media/image2302.wmf"/><Relationship Id="rId5208" Type="http://schemas.openxmlformats.org/officeDocument/2006/relationships/oleObject" Target="embeddings/oleObject2583.bin"/><Relationship Id="rId5415" Type="http://schemas.openxmlformats.org/officeDocument/2006/relationships/oleObject" Target="embeddings/oleObject2686.bin"/><Relationship Id="rId5622" Type="http://schemas.openxmlformats.org/officeDocument/2006/relationships/image" Target="media/image2829.wmf"/><Relationship Id="rId1958" Type="http://schemas.openxmlformats.org/officeDocument/2006/relationships/image" Target="media/image984.wmf"/><Relationship Id="rId3173" Type="http://schemas.openxmlformats.org/officeDocument/2006/relationships/image" Target="media/image1599.wmf"/><Relationship Id="rId3380" Type="http://schemas.openxmlformats.org/officeDocument/2006/relationships/image" Target="media/image1703.wmf"/><Relationship Id="rId4017" Type="http://schemas.openxmlformats.org/officeDocument/2006/relationships/image" Target="media/image2024.wmf"/><Relationship Id="rId4224" Type="http://schemas.openxmlformats.org/officeDocument/2006/relationships/oleObject" Target="embeddings/oleObject2093.bin"/><Relationship Id="rId4431" Type="http://schemas.openxmlformats.org/officeDocument/2006/relationships/oleObject" Target="embeddings/oleObject2196.bin"/><Relationship Id="rId1818" Type="http://schemas.openxmlformats.org/officeDocument/2006/relationships/oleObject" Target="embeddings/oleObject903.bin"/><Relationship Id="rId3033" Type="http://schemas.openxmlformats.org/officeDocument/2006/relationships/oleObject" Target="embeddings/oleObject1501.bin"/><Relationship Id="rId3240" Type="http://schemas.openxmlformats.org/officeDocument/2006/relationships/oleObject" Target="embeddings/oleObject1604.bin"/><Relationship Id="rId6189" Type="http://schemas.openxmlformats.org/officeDocument/2006/relationships/image" Target="media/image3116.wmf"/><Relationship Id="rId6396" Type="http://schemas.openxmlformats.org/officeDocument/2006/relationships/oleObject" Target="embeddings/oleObject3173.bin"/><Relationship Id="rId161" Type="http://schemas.openxmlformats.org/officeDocument/2006/relationships/oleObject" Target="embeddings/oleObject76.bin"/><Relationship Id="rId6049" Type="http://schemas.openxmlformats.org/officeDocument/2006/relationships/oleObject" Target="embeddings/oleObject3002.bin"/><Relationship Id="rId2799" Type="http://schemas.openxmlformats.org/officeDocument/2006/relationships/oleObject" Target="embeddings/oleObject1384.bin"/><Relationship Id="rId3100" Type="http://schemas.openxmlformats.org/officeDocument/2006/relationships/image" Target="media/image1562.wmf"/><Relationship Id="rId6256" Type="http://schemas.openxmlformats.org/officeDocument/2006/relationships/oleObject" Target="embeddings/oleObject3103.bin"/><Relationship Id="rId978" Type="http://schemas.openxmlformats.org/officeDocument/2006/relationships/image" Target="media/image491.wmf"/><Relationship Id="rId2659" Type="http://schemas.openxmlformats.org/officeDocument/2006/relationships/oleObject" Target="embeddings/oleObject1314.bin"/><Relationship Id="rId2866" Type="http://schemas.openxmlformats.org/officeDocument/2006/relationships/image" Target="media/image1445.wmf"/><Relationship Id="rId3917" Type="http://schemas.openxmlformats.org/officeDocument/2006/relationships/oleObject" Target="embeddings/oleObject1940.bin"/><Relationship Id="rId5065" Type="http://schemas.openxmlformats.org/officeDocument/2006/relationships/image" Target="media/image2550.wmf"/><Relationship Id="rId5272" Type="http://schemas.openxmlformats.org/officeDocument/2006/relationships/image" Target="media/image2654.wmf"/><Relationship Id="rId6116" Type="http://schemas.openxmlformats.org/officeDocument/2006/relationships/oleObject" Target="embeddings/oleObject3035.bin"/><Relationship Id="rId6323" Type="http://schemas.openxmlformats.org/officeDocument/2006/relationships/image" Target="media/image3183.wmf"/><Relationship Id="rId838" Type="http://schemas.openxmlformats.org/officeDocument/2006/relationships/image" Target="media/image421.wmf"/><Relationship Id="rId1468" Type="http://schemas.openxmlformats.org/officeDocument/2006/relationships/oleObject" Target="embeddings/oleObject728.bin"/><Relationship Id="rId1675" Type="http://schemas.openxmlformats.org/officeDocument/2006/relationships/image" Target="media/image840.wmf"/><Relationship Id="rId1882" Type="http://schemas.openxmlformats.org/officeDocument/2006/relationships/image" Target="media/image944.wmf"/><Relationship Id="rId2519" Type="http://schemas.openxmlformats.org/officeDocument/2006/relationships/image" Target="media/image1271.wmf"/><Relationship Id="rId2726" Type="http://schemas.openxmlformats.org/officeDocument/2006/relationships/image" Target="media/image1375.wmf"/><Relationship Id="rId4081" Type="http://schemas.openxmlformats.org/officeDocument/2006/relationships/image" Target="media/image2056.wmf"/><Relationship Id="rId5132" Type="http://schemas.openxmlformats.org/officeDocument/2006/relationships/oleObject" Target="embeddings/oleObject2545.bin"/><Relationship Id="rId1328" Type="http://schemas.openxmlformats.org/officeDocument/2006/relationships/image" Target="media/image666.wmf"/><Relationship Id="rId1535" Type="http://schemas.openxmlformats.org/officeDocument/2006/relationships/image" Target="media/image770.wmf"/><Relationship Id="rId2933" Type="http://schemas.openxmlformats.org/officeDocument/2006/relationships/oleObject" Target="embeddings/oleObject1451.bin"/><Relationship Id="rId905" Type="http://schemas.openxmlformats.org/officeDocument/2006/relationships/oleObject" Target="embeddings/oleObject447.bin"/><Relationship Id="rId1742" Type="http://schemas.openxmlformats.org/officeDocument/2006/relationships/oleObject" Target="embeddings/oleObject865.bin"/><Relationship Id="rId4898" Type="http://schemas.openxmlformats.org/officeDocument/2006/relationships/oleObject" Target="embeddings/oleObject2428.bin"/><Relationship Id="rId5949" Type="http://schemas.openxmlformats.org/officeDocument/2006/relationships/oleObject" Target="embeddings/oleObject2952.bin"/><Relationship Id="rId34" Type="http://schemas.openxmlformats.org/officeDocument/2006/relationships/oleObject" Target="embeddings/oleObject13.bin"/><Relationship Id="rId1602" Type="http://schemas.openxmlformats.org/officeDocument/2006/relationships/oleObject" Target="embeddings/oleObject795.bin"/><Relationship Id="rId4758" Type="http://schemas.openxmlformats.org/officeDocument/2006/relationships/image" Target="media/image2396.wmf"/><Relationship Id="rId4965" Type="http://schemas.openxmlformats.org/officeDocument/2006/relationships/image" Target="media/image2500.wmf"/><Relationship Id="rId5809" Type="http://schemas.openxmlformats.org/officeDocument/2006/relationships/image" Target="media/image2923.wmf"/><Relationship Id="rId6180" Type="http://schemas.openxmlformats.org/officeDocument/2006/relationships/oleObject" Target="embeddings/oleObject3065.bin"/><Relationship Id="rId3567" Type="http://schemas.openxmlformats.org/officeDocument/2006/relationships/oleObject" Target="embeddings/oleObject1767.bin"/><Relationship Id="rId3774" Type="http://schemas.openxmlformats.org/officeDocument/2006/relationships/image" Target="media/image1902.wmf"/><Relationship Id="rId3981" Type="http://schemas.openxmlformats.org/officeDocument/2006/relationships/image" Target="media/image2006.wmf"/><Relationship Id="rId4618" Type="http://schemas.openxmlformats.org/officeDocument/2006/relationships/image" Target="media/image2326.wmf"/><Relationship Id="rId4825" Type="http://schemas.openxmlformats.org/officeDocument/2006/relationships/oleObject" Target="embeddings/oleObject2392.bin"/><Relationship Id="rId488" Type="http://schemas.openxmlformats.org/officeDocument/2006/relationships/oleObject" Target="embeddings/oleObject239.bin"/><Relationship Id="rId695" Type="http://schemas.openxmlformats.org/officeDocument/2006/relationships/oleObject" Target="embeddings/oleObject342.bin"/><Relationship Id="rId2169" Type="http://schemas.openxmlformats.org/officeDocument/2006/relationships/image" Target="media/image1092.wmf"/><Relationship Id="rId2376" Type="http://schemas.openxmlformats.org/officeDocument/2006/relationships/oleObject" Target="embeddings/oleObject1174.bin"/><Relationship Id="rId2583" Type="http://schemas.openxmlformats.org/officeDocument/2006/relationships/image" Target="media/image1303.wmf"/><Relationship Id="rId2790" Type="http://schemas.openxmlformats.org/officeDocument/2006/relationships/image" Target="media/image1407.wmf"/><Relationship Id="rId3427" Type="http://schemas.openxmlformats.org/officeDocument/2006/relationships/oleObject" Target="embeddings/oleObject1697.bin"/><Relationship Id="rId3634" Type="http://schemas.openxmlformats.org/officeDocument/2006/relationships/oleObject" Target="embeddings/oleObject1800.bin"/><Relationship Id="rId3841" Type="http://schemas.openxmlformats.org/officeDocument/2006/relationships/oleObject" Target="embeddings/oleObject1902.bin"/><Relationship Id="rId6040" Type="http://schemas.openxmlformats.org/officeDocument/2006/relationships/image" Target="media/image3039.wmf"/><Relationship Id="rId348" Type="http://schemas.openxmlformats.org/officeDocument/2006/relationships/image" Target="media/image175.wmf"/><Relationship Id="rId555" Type="http://schemas.openxmlformats.org/officeDocument/2006/relationships/image" Target="media/image279.wmf"/><Relationship Id="rId762" Type="http://schemas.openxmlformats.org/officeDocument/2006/relationships/image" Target="media/image383.wmf"/><Relationship Id="rId1185" Type="http://schemas.openxmlformats.org/officeDocument/2006/relationships/oleObject" Target="embeddings/oleObject587.bin"/><Relationship Id="rId1392" Type="http://schemas.openxmlformats.org/officeDocument/2006/relationships/image" Target="media/image698.wmf"/><Relationship Id="rId2029" Type="http://schemas.openxmlformats.org/officeDocument/2006/relationships/oleObject" Target="embeddings/oleObject1004.bin"/><Relationship Id="rId2236" Type="http://schemas.openxmlformats.org/officeDocument/2006/relationships/oleObject" Target="embeddings/oleObject1107.bin"/><Relationship Id="rId2443" Type="http://schemas.openxmlformats.org/officeDocument/2006/relationships/image" Target="media/image1233.wmf"/><Relationship Id="rId2650" Type="http://schemas.openxmlformats.org/officeDocument/2006/relationships/image" Target="media/image1337.wmf"/><Relationship Id="rId3701" Type="http://schemas.openxmlformats.org/officeDocument/2006/relationships/image" Target="media/image1864.wmf"/><Relationship Id="rId5599" Type="http://schemas.openxmlformats.org/officeDocument/2006/relationships/oleObject" Target="embeddings/oleObject2778.bin"/><Relationship Id="rId208" Type="http://schemas.openxmlformats.org/officeDocument/2006/relationships/image" Target="media/image105.wmf"/><Relationship Id="rId415" Type="http://schemas.openxmlformats.org/officeDocument/2006/relationships/oleObject" Target="embeddings/oleObject203.bin"/><Relationship Id="rId622" Type="http://schemas.openxmlformats.org/officeDocument/2006/relationships/image" Target="media/image313.wmf"/><Relationship Id="rId1045" Type="http://schemas.openxmlformats.org/officeDocument/2006/relationships/oleObject" Target="embeddings/oleObject517.bin"/><Relationship Id="rId1252" Type="http://schemas.openxmlformats.org/officeDocument/2006/relationships/image" Target="media/image628.wmf"/><Relationship Id="rId2303" Type="http://schemas.openxmlformats.org/officeDocument/2006/relationships/image" Target="media/image1161.wmf"/><Relationship Id="rId2510" Type="http://schemas.openxmlformats.org/officeDocument/2006/relationships/oleObject" Target="embeddings/oleObject1240.bin"/><Relationship Id="rId5459" Type="http://schemas.openxmlformats.org/officeDocument/2006/relationships/oleObject" Target="embeddings/oleObject2708.bin"/><Relationship Id="rId5666" Type="http://schemas.openxmlformats.org/officeDocument/2006/relationships/image" Target="media/image2851.wmf"/><Relationship Id="rId1112" Type="http://schemas.openxmlformats.org/officeDocument/2006/relationships/image" Target="media/image558.wmf"/><Relationship Id="rId4268" Type="http://schemas.openxmlformats.org/officeDocument/2006/relationships/oleObject" Target="embeddings/oleObject2115.bin"/><Relationship Id="rId4475" Type="http://schemas.openxmlformats.org/officeDocument/2006/relationships/oleObject" Target="embeddings/oleObject2218.bin"/><Relationship Id="rId5319" Type="http://schemas.openxmlformats.org/officeDocument/2006/relationships/oleObject" Target="embeddings/oleObject2638.bin"/><Relationship Id="rId5873" Type="http://schemas.openxmlformats.org/officeDocument/2006/relationships/image" Target="media/image2955.wmf"/><Relationship Id="rId3077" Type="http://schemas.openxmlformats.org/officeDocument/2006/relationships/oleObject" Target="embeddings/oleObject1523.bin"/><Relationship Id="rId3284" Type="http://schemas.openxmlformats.org/officeDocument/2006/relationships/oleObject" Target="embeddings/oleObject1626.bin"/><Relationship Id="rId4128" Type="http://schemas.openxmlformats.org/officeDocument/2006/relationships/oleObject" Target="embeddings/oleObject2045.bin"/><Relationship Id="rId4682" Type="http://schemas.openxmlformats.org/officeDocument/2006/relationships/image" Target="media/image2358.wmf"/><Relationship Id="rId5526" Type="http://schemas.openxmlformats.org/officeDocument/2006/relationships/image" Target="media/image2781.wmf"/><Relationship Id="rId5733" Type="http://schemas.openxmlformats.org/officeDocument/2006/relationships/image" Target="media/image2885.wmf"/><Relationship Id="rId5940" Type="http://schemas.openxmlformats.org/officeDocument/2006/relationships/image" Target="media/image2989.wmf"/><Relationship Id="rId1929" Type="http://schemas.openxmlformats.org/officeDocument/2006/relationships/image" Target="media/image969.png"/><Relationship Id="rId2093" Type="http://schemas.openxmlformats.org/officeDocument/2006/relationships/image" Target="media/image1054.wmf"/><Relationship Id="rId3491" Type="http://schemas.openxmlformats.org/officeDocument/2006/relationships/oleObject" Target="embeddings/oleObject1729.bin"/><Relationship Id="rId4335" Type="http://schemas.openxmlformats.org/officeDocument/2006/relationships/oleObject" Target="embeddings/oleObject2148.bin"/><Relationship Id="rId4542" Type="http://schemas.openxmlformats.org/officeDocument/2006/relationships/oleObject" Target="embeddings/oleObject2251.bin"/><Relationship Id="rId5800" Type="http://schemas.openxmlformats.org/officeDocument/2006/relationships/oleObject" Target="embeddings/oleObject2878.bin"/><Relationship Id="rId3144" Type="http://schemas.openxmlformats.org/officeDocument/2006/relationships/oleObject" Target="embeddings/oleObject1556.bin"/><Relationship Id="rId3351" Type="http://schemas.openxmlformats.org/officeDocument/2006/relationships/oleObject" Target="embeddings/oleObject1659.bin"/><Relationship Id="rId4402" Type="http://schemas.openxmlformats.org/officeDocument/2006/relationships/image" Target="media/image2217.wmf"/><Relationship Id="rId272" Type="http://schemas.openxmlformats.org/officeDocument/2006/relationships/image" Target="media/image137.wmf"/><Relationship Id="rId2160" Type="http://schemas.openxmlformats.org/officeDocument/2006/relationships/oleObject" Target="embeddings/oleObject1069.bin"/><Relationship Id="rId3004" Type="http://schemas.openxmlformats.org/officeDocument/2006/relationships/image" Target="media/image1514.wmf"/><Relationship Id="rId3211" Type="http://schemas.openxmlformats.org/officeDocument/2006/relationships/image" Target="media/image1618.wmf"/><Relationship Id="rId6367" Type="http://schemas.openxmlformats.org/officeDocument/2006/relationships/image" Target="media/image3205.wmf"/><Relationship Id="rId132" Type="http://schemas.openxmlformats.org/officeDocument/2006/relationships/image" Target="media/image67.wmf"/><Relationship Id="rId2020" Type="http://schemas.openxmlformats.org/officeDocument/2006/relationships/image" Target="media/image1017.wmf"/><Relationship Id="rId5176" Type="http://schemas.openxmlformats.org/officeDocument/2006/relationships/oleObject" Target="embeddings/oleObject2567.bin"/><Relationship Id="rId5383" Type="http://schemas.openxmlformats.org/officeDocument/2006/relationships/oleObject" Target="embeddings/oleObject2670.bin"/><Relationship Id="rId5590" Type="http://schemas.openxmlformats.org/officeDocument/2006/relationships/image" Target="media/image2813.wmf"/><Relationship Id="rId6227" Type="http://schemas.openxmlformats.org/officeDocument/2006/relationships/image" Target="media/image3135.wmf"/><Relationship Id="rId6434" Type="http://schemas.openxmlformats.org/officeDocument/2006/relationships/image" Target="media/image3239.wmf"/><Relationship Id="rId1579" Type="http://schemas.openxmlformats.org/officeDocument/2006/relationships/image" Target="media/image792.wmf"/><Relationship Id="rId2977" Type="http://schemas.openxmlformats.org/officeDocument/2006/relationships/oleObject" Target="embeddings/oleObject1473.bin"/><Relationship Id="rId4192" Type="http://schemas.openxmlformats.org/officeDocument/2006/relationships/oleObject" Target="embeddings/oleObject2077.bin"/><Relationship Id="rId5036" Type="http://schemas.openxmlformats.org/officeDocument/2006/relationships/oleObject" Target="embeddings/oleObject2497.bin"/><Relationship Id="rId5243" Type="http://schemas.openxmlformats.org/officeDocument/2006/relationships/image" Target="media/image2639.wmf"/><Relationship Id="rId5450" Type="http://schemas.openxmlformats.org/officeDocument/2006/relationships/image" Target="media/image2743.wmf"/><Relationship Id="rId949" Type="http://schemas.openxmlformats.org/officeDocument/2006/relationships/oleObject" Target="embeddings/oleObject469.bin"/><Relationship Id="rId1786" Type="http://schemas.openxmlformats.org/officeDocument/2006/relationships/oleObject" Target="embeddings/oleObject887.bin"/><Relationship Id="rId1993" Type="http://schemas.openxmlformats.org/officeDocument/2006/relationships/oleObject" Target="embeddings/oleObject986.bin"/><Relationship Id="rId2837" Type="http://schemas.openxmlformats.org/officeDocument/2006/relationships/oleObject" Target="embeddings/oleObject1403.bin"/><Relationship Id="rId4052" Type="http://schemas.openxmlformats.org/officeDocument/2006/relationships/oleObject" Target="embeddings/oleObject2007.bin"/><Relationship Id="rId5103" Type="http://schemas.openxmlformats.org/officeDocument/2006/relationships/image" Target="media/image2569.wmf"/><Relationship Id="rId78" Type="http://schemas.openxmlformats.org/officeDocument/2006/relationships/image" Target="media/image40.wmf"/><Relationship Id="rId809" Type="http://schemas.openxmlformats.org/officeDocument/2006/relationships/oleObject" Target="embeddings/oleObject399.bin"/><Relationship Id="rId1439" Type="http://schemas.openxmlformats.org/officeDocument/2006/relationships/image" Target="media/image722.wmf"/><Relationship Id="rId1646" Type="http://schemas.openxmlformats.org/officeDocument/2006/relationships/oleObject" Target="embeddings/oleObject817.bin"/><Relationship Id="rId1853" Type="http://schemas.openxmlformats.org/officeDocument/2006/relationships/oleObject" Target="embeddings/oleObject920.bin"/><Relationship Id="rId2904" Type="http://schemas.openxmlformats.org/officeDocument/2006/relationships/image" Target="media/image1464.wmf"/><Relationship Id="rId5310" Type="http://schemas.openxmlformats.org/officeDocument/2006/relationships/image" Target="media/image2673.wmf"/><Relationship Id="rId1506" Type="http://schemas.openxmlformats.org/officeDocument/2006/relationships/oleObject" Target="embeddings/oleObject747.bin"/><Relationship Id="rId1713" Type="http://schemas.openxmlformats.org/officeDocument/2006/relationships/image" Target="media/image859.wmf"/><Relationship Id="rId1920" Type="http://schemas.openxmlformats.org/officeDocument/2006/relationships/image" Target="media/image963.wmf"/><Relationship Id="rId4869" Type="http://schemas.openxmlformats.org/officeDocument/2006/relationships/oleObject" Target="embeddings/oleObject2414.bin"/><Relationship Id="rId3678" Type="http://schemas.openxmlformats.org/officeDocument/2006/relationships/oleObject" Target="embeddings/oleObject1822.bin"/><Relationship Id="rId3885" Type="http://schemas.openxmlformats.org/officeDocument/2006/relationships/oleObject" Target="embeddings/oleObject1924.bin"/><Relationship Id="rId4729" Type="http://schemas.openxmlformats.org/officeDocument/2006/relationships/oleObject" Target="embeddings/oleObject2344.bin"/><Relationship Id="rId4936" Type="http://schemas.openxmlformats.org/officeDocument/2006/relationships/oleObject" Target="embeddings/oleObject2447.bin"/><Relationship Id="rId6084" Type="http://schemas.openxmlformats.org/officeDocument/2006/relationships/oleObject" Target="embeddings/oleObject3019.bin"/><Relationship Id="rId6291" Type="http://schemas.openxmlformats.org/officeDocument/2006/relationships/image" Target="media/image3167.wmf"/><Relationship Id="rId599" Type="http://schemas.openxmlformats.org/officeDocument/2006/relationships/oleObject" Target="embeddings/oleObject294.bin"/><Relationship Id="rId2487" Type="http://schemas.openxmlformats.org/officeDocument/2006/relationships/image" Target="media/image1255.wmf"/><Relationship Id="rId2694" Type="http://schemas.openxmlformats.org/officeDocument/2006/relationships/image" Target="media/image1359.wmf"/><Relationship Id="rId3538" Type="http://schemas.openxmlformats.org/officeDocument/2006/relationships/image" Target="media/image1782.wmf"/><Relationship Id="rId3745" Type="http://schemas.openxmlformats.org/officeDocument/2006/relationships/oleObject" Target="embeddings/oleObject1854.bin"/><Relationship Id="rId6151" Type="http://schemas.openxmlformats.org/officeDocument/2006/relationships/image" Target="media/image3097.wmf"/><Relationship Id="rId459" Type="http://schemas.openxmlformats.org/officeDocument/2006/relationships/image" Target="media/image231.wmf"/><Relationship Id="rId666" Type="http://schemas.openxmlformats.org/officeDocument/2006/relationships/image" Target="media/image335.wmf"/><Relationship Id="rId873" Type="http://schemas.openxmlformats.org/officeDocument/2006/relationships/oleObject" Target="embeddings/oleObject431.bin"/><Relationship Id="rId1089" Type="http://schemas.openxmlformats.org/officeDocument/2006/relationships/oleObject" Target="embeddings/oleObject539.bin"/><Relationship Id="rId1296" Type="http://schemas.openxmlformats.org/officeDocument/2006/relationships/image" Target="media/image650.wmf"/><Relationship Id="rId2347" Type="http://schemas.openxmlformats.org/officeDocument/2006/relationships/oleObject" Target="embeddings/oleObject1160.bin"/><Relationship Id="rId2554" Type="http://schemas.openxmlformats.org/officeDocument/2006/relationships/oleObject" Target="embeddings/oleObject1262.bin"/><Relationship Id="rId3952" Type="http://schemas.openxmlformats.org/officeDocument/2006/relationships/oleObject" Target="embeddings/oleObject1957.bin"/><Relationship Id="rId6011" Type="http://schemas.openxmlformats.org/officeDocument/2006/relationships/oleObject" Target="embeddings/oleObject2983.bin"/><Relationship Id="rId319" Type="http://schemas.openxmlformats.org/officeDocument/2006/relationships/oleObject" Target="embeddings/oleObject155.bin"/><Relationship Id="rId526" Type="http://schemas.openxmlformats.org/officeDocument/2006/relationships/oleObject" Target="embeddings/oleObject258.bin"/><Relationship Id="rId1156" Type="http://schemas.openxmlformats.org/officeDocument/2006/relationships/image" Target="media/image580.wmf"/><Relationship Id="rId1363" Type="http://schemas.openxmlformats.org/officeDocument/2006/relationships/oleObject" Target="embeddings/oleObject676.bin"/><Relationship Id="rId2207" Type="http://schemas.openxmlformats.org/officeDocument/2006/relationships/image" Target="media/image1111.wmf"/><Relationship Id="rId2761" Type="http://schemas.openxmlformats.org/officeDocument/2006/relationships/oleObject" Target="embeddings/oleObject1365.bin"/><Relationship Id="rId3605" Type="http://schemas.openxmlformats.org/officeDocument/2006/relationships/oleObject" Target="embeddings/oleObject1786.bin"/><Relationship Id="rId3812" Type="http://schemas.openxmlformats.org/officeDocument/2006/relationships/image" Target="media/image1921.wmf"/><Relationship Id="rId733" Type="http://schemas.openxmlformats.org/officeDocument/2006/relationships/oleObject" Target="embeddings/oleObject361.bin"/><Relationship Id="rId940" Type="http://schemas.openxmlformats.org/officeDocument/2006/relationships/image" Target="media/image472.wmf"/><Relationship Id="rId1016" Type="http://schemas.openxmlformats.org/officeDocument/2006/relationships/image" Target="media/image510.wmf"/><Relationship Id="rId1570" Type="http://schemas.openxmlformats.org/officeDocument/2006/relationships/oleObject" Target="embeddings/oleObject779.bin"/><Relationship Id="rId2414" Type="http://schemas.openxmlformats.org/officeDocument/2006/relationships/oleObject" Target="embeddings/oleObject1192.bin"/><Relationship Id="rId2621" Type="http://schemas.openxmlformats.org/officeDocument/2006/relationships/oleObject" Target="embeddings/oleObject1295.bin"/><Relationship Id="rId5777" Type="http://schemas.openxmlformats.org/officeDocument/2006/relationships/image" Target="media/image2907.wmf"/><Relationship Id="rId5984" Type="http://schemas.openxmlformats.org/officeDocument/2006/relationships/image" Target="media/image3011.wmf"/><Relationship Id="rId800" Type="http://schemas.openxmlformats.org/officeDocument/2006/relationships/image" Target="media/image402.wmf"/><Relationship Id="rId1223" Type="http://schemas.openxmlformats.org/officeDocument/2006/relationships/oleObject" Target="embeddings/oleObject606.bin"/><Relationship Id="rId1430" Type="http://schemas.openxmlformats.org/officeDocument/2006/relationships/image" Target="media/image717.wmf"/><Relationship Id="rId4379" Type="http://schemas.openxmlformats.org/officeDocument/2006/relationships/oleObject" Target="embeddings/oleObject2170.bin"/><Relationship Id="rId4586" Type="http://schemas.openxmlformats.org/officeDocument/2006/relationships/oleObject" Target="embeddings/oleObject2273.bin"/><Relationship Id="rId4793" Type="http://schemas.openxmlformats.org/officeDocument/2006/relationships/oleObject" Target="embeddings/oleObject2376.bin"/><Relationship Id="rId5637" Type="http://schemas.openxmlformats.org/officeDocument/2006/relationships/oleObject" Target="embeddings/oleObject2797.bin"/><Relationship Id="rId5844" Type="http://schemas.openxmlformats.org/officeDocument/2006/relationships/oleObject" Target="embeddings/oleObject2900.bin"/><Relationship Id="rId3188" Type="http://schemas.openxmlformats.org/officeDocument/2006/relationships/oleObject" Target="embeddings/oleObject1578.bin"/><Relationship Id="rId3395" Type="http://schemas.openxmlformats.org/officeDocument/2006/relationships/oleObject" Target="embeddings/oleObject1681.bin"/><Relationship Id="rId4239" Type="http://schemas.openxmlformats.org/officeDocument/2006/relationships/image" Target="media/image2135.wmf"/><Relationship Id="rId4446" Type="http://schemas.openxmlformats.org/officeDocument/2006/relationships/image" Target="media/image2239.wmf"/><Relationship Id="rId4653" Type="http://schemas.openxmlformats.org/officeDocument/2006/relationships/oleObject" Target="embeddings/oleObject2306.bin"/><Relationship Id="rId4860" Type="http://schemas.openxmlformats.org/officeDocument/2006/relationships/image" Target="media/image2447.wmf"/><Relationship Id="rId5704" Type="http://schemas.openxmlformats.org/officeDocument/2006/relationships/oleObject" Target="embeddings/oleObject2830.bin"/><Relationship Id="rId5911" Type="http://schemas.openxmlformats.org/officeDocument/2006/relationships/image" Target="media/image2974.wmf"/><Relationship Id="rId3048" Type="http://schemas.openxmlformats.org/officeDocument/2006/relationships/image" Target="media/image1536.wmf"/><Relationship Id="rId3255" Type="http://schemas.openxmlformats.org/officeDocument/2006/relationships/image" Target="media/image1640.wmf"/><Relationship Id="rId3462" Type="http://schemas.openxmlformats.org/officeDocument/2006/relationships/image" Target="media/image1744.wmf"/><Relationship Id="rId4306" Type="http://schemas.openxmlformats.org/officeDocument/2006/relationships/image" Target="media/image2169.wmf"/><Relationship Id="rId4513" Type="http://schemas.openxmlformats.org/officeDocument/2006/relationships/image" Target="media/image2273.wmf"/><Relationship Id="rId4720" Type="http://schemas.openxmlformats.org/officeDocument/2006/relationships/image" Target="media/image2377.wmf"/><Relationship Id="rId176" Type="http://schemas.openxmlformats.org/officeDocument/2006/relationships/image" Target="media/image89.wmf"/><Relationship Id="rId383" Type="http://schemas.openxmlformats.org/officeDocument/2006/relationships/oleObject" Target="embeddings/oleObject187.bin"/><Relationship Id="rId590" Type="http://schemas.openxmlformats.org/officeDocument/2006/relationships/oleObject" Target="embeddings/oleObject290.bin"/><Relationship Id="rId2064" Type="http://schemas.openxmlformats.org/officeDocument/2006/relationships/oleObject" Target="embeddings/oleObject1021.bin"/><Relationship Id="rId2271" Type="http://schemas.openxmlformats.org/officeDocument/2006/relationships/image" Target="media/image1145.wmf"/><Relationship Id="rId3115" Type="http://schemas.openxmlformats.org/officeDocument/2006/relationships/image" Target="media/image1570.wmf"/><Relationship Id="rId3322" Type="http://schemas.openxmlformats.org/officeDocument/2006/relationships/oleObject" Target="embeddings/oleObject1645.bin"/><Relationship Id="rId243" Type="http://schemas.openxmlformats.org/officeDocument/2006/relationships/oleObject" Target="embeddings/oleObject117.bin"/><Relationship Id="rId450" Type="http://schemas.openxmlformats.org/officeDocument/2006/relationships/oleObject" Target="embeddings/oleObject220.bin"/><Relationship Id="rId1080" Type="http://schemas.openxmlformats.org/officeDocument/2006/relationships/image" Target="media/image542.wmf"/><Relationship Id="rId2131" Type="http://schemas.openxmlformats.org/officeDocument/2006/relationships/image" Target="media/image1073.wmf"/><Relationship Id="rId5287" Type="http://schemas.openxmlformats.org/officeDocument/2006/relationships/oleObject" Target="embeddings/oleObject2622.bin"/><Relationship Id="rId5494" Type="http://schemas.openxmlformats.org/officeDocument/2006/relationships/image" Target="media/image2765.wmf"/><Relationship Id="rId6338" Type="http://schemas.openxmlformats.org/officeDocument/2006/relationships/oleObject" Target="embeddings/oleObject3144.bin"/><Relationship Id="rId103" Type="http://schemas.openxmlformats.org/officeDocument/2006/relationships/oleObject" Target="embeddings/oleObject47.bin"/><Relationship Id="rId310" Type="http://schemas.openxmlformats.org/officeDocument/2006/relationships/image" Target="media/image156.wmf"/><Relationship Id="rId4096" Type="http://schemas.openxmlformats.org/officeDocument/2006/relationships/oleObject" Target="embeddings/oleObject2029.bin"/><Relationship Id="rId5147" Type="http://schemas.openxmlformats.org/officeDocument/2006/relationships/image" Target="media/image2591.wmf"/><Relationship Id="rId1897" Type="http://schemas.openxmlformats.org/officeDocument/2006/relationships/oleObject" Target="embeddings/oleObject942.bin"/><Relationship Id="rId2948" Type="http://schemas.openxmlformats.org/officeDocument/2006/relationships/image" Target="media/image1486.wmf"/><Relationship Id="rId5354" Type="http://schemas.openxmlformats.org/officeDocument/2006/relationships/image" Target="media/image2695.wmf"/><Relationship Id="rId5561" Type="http://schemas.openxmlformats.org/officeDocument/2006/relationships/oleObject" Target="embeddings/oleObject2759.bin"/><Relationship Id="rId6405" Type="http://schemas.openxmlformats.org/officeDocument/2006/relationships/image" Target="media/image3224.wmf"/><Relationship Id="rId1757" Type="http://schemas.openxmlformats.org/officeDocument/2006/relationships/image" Target="media/image881.wmf"/><Relationship Id="rId1964" Type="http://schemas.openxmlformats.org/officeDocument/2006/relationships/image" Target="media/image987.wmf"/><Relationship Id="rId2808" Type="http://schemas.openxmlformats.org/officeDocument/2006/relationships/image" Target="media/image1416.wmf"/><Relationship Id="rId4163" Type="http://schemas.openxmlformats.org/officeDocument/2006/relationships/image" Target="media/image2097.wmf"/><Relationship Id="rId4370" Type="http://schemas.openxmlformats.org/officeDocument/2006/relationships/image" Target="media/image2201.wmf"/><Relationship Id="rId5007" Type="http://schemas.openxmlformats.org/officeDocument/2006/relationships/image" Target="media/image2521.wmf"/><Relationship Id="rId5214" Type="http://schemas.openxmlformats.org/officeDocument/2006/relationships/oleObject" Target="embeddings/oleObject2586.bin"/><Relationship Id="rId5421" Type="http://schemas.openxmlformats.org/officeDocument/2006/relationships/oleObject" Target="embeddings/oleObject2689.bin"/><Relationship Id="rId49" Type="http://schemas.openxmlformats.org/officeDocument/2006/relationships/oleObject" Target="embeddings/oleObject20.bin"/><Relationship Id="rId1617" Type="http://schemas.openxmlformats.org/officeDocument/2006/relationships/image" Target="media/image811.wmf"/><Relationship Id="rId1824" Type="http://schemas.openxmlformats.org/officeDocument/2006/relationships/image" Target="media/image915.wmf"/><Relationship Id="rId4023" Type="http://schemas.openxmlformats.org/officeDocument/2006/relationships/image" Target="media/image2027.wmf"/><Relationship Id="rId4230" Type="http://schemas.openxmlformats.org/officeDocument/2006/relationships/oleObject" Target="embeddings/oleObject2096.bin"/><Relationship Id="rId3789" Type="http://schemas.openxmlformats.org/officeDocument/2006/relationships/oleObject" Target="embeddings/oleObject1876.bin"/><Relationship Id="rId6195" Type="http://schemas.openxmlformats.org/officeDocument/2006/relationships/image" Target="media/image3119.wmf"/><Relationship Id="rId2598" Type="http://schemas.openxmlformats.org/officeDocument/2006/relationships/oleObject" Target="embeddings/oleObject1284.bin"/><Relationship Id="rId3996" Type="http://schemas.openxmlformats.org/officeDocument/2006/relationships/oleObject" Target="embeddings/oleObject1979.bin"/><Relationship Id="rId6055" Type="http://schemas.openxmlformats.org/officeDocument/2006/relationships/oleObject" Target="embeddings/oleObject3005.bin"/><Relationship Id="rId6262" Type="http://schemas.openxmlformats.org/officeDocument/2006/relationships/oleObject" Target="embeddings/oleObject3106.bin"/><Relationship Id="rId3649" Type="http://schemas.openxmlformats.org/officeDocument/2006/relationships/image" Target="media/image1838.wmf"/><Relationship Id="rId3856" Type="http://schemas.openxmlformats.org/officeDocument/2006/relationships/image" Target="media/image1943.wmf"/><Relationship Id="rId4907" Type="http://schemas.openxmlformats.org/officeDocument/2006/relationships/image" Target="media/image2471.wmf"/><Relationship Id="rId5071" Type="http://schemas.openxmlformats.org/officeDocument/2006/relationships/image" Target="media/image2553.wmf"/><Relationship Id="rId6122" Type="http://schemas.openxmlformats.org/officeDocument/2006/relationships/oleObject" Target="embeddings/oleObject3038.bin"/><Relationship Id="rId777" Type="http://schemas.openxmlformats.org/officeDocument/2006/relationships/oleObject" Target="embeddings/oleObject383.bin"/><Relationship Id="rId984" Type="http://schemas.openxmlformats.org/officeDocument/2006/relationships/image" Target="media/image494.wmf"/><Relationship Id="rId2458" Type="http://schemas.openxmlformats.org/officeDocument/2006/relationships/oleObject" Target="embeddings/oleObject1214.bin"/><Relationship Id="rId2665" Type="http://schemas.openxmlformats.org/officeDocument/2006/relationships/oleObject" Target="embeddings/oleObject1317.bin"/><Relationship Id="rId2872" Type="http://schemas.openxmlformats.org/officeDocument/2006/relationships/image" Target="media/image1448.wmf"/><Relationship Id="rId3509" Type="http://schemas.openxmlformats.org/officeDocument/2006/relationships/oleObject" Target="embeddings/oleObject1738.bin"/><Relationship Id="rId3716" Type="http://schemas.openxmlformats.org/officeDocument/2006/relationships/oleObject" Target="embeddings/oleObject1841.bin"/><Relationship Id="rId3923" Type="http://schemas.openxmlformats.org/officeDocument/2006/relationships/oleObject" Target="embeddings/oleObject1943.bin"/><Relationship Id="rId637" Type="http://schemas.openxmlformats.org/officeDocument/2006/relationships/oleObject" Target="embeddings/oleObject313.bin"/><Relationship Id="rId844" Type="http://schemas.openxmlformats.org/officeDocument/2006/relationships/image" Target="media/image424.wmf"/><Relationship Id="rId1267" Type="http://schemas.openxmlformats.org/officeDocument/2006/relationships/oleObject" Target="embeddings/oleObject628.bin"/><Relationship Id="rId1474" Type="http://schemas.openxmlformats.org/officeDocument/2006/relationships/oleObject" Target="embeddings/oleObject731.bin"/><Relationship Id="rId1681" Type="http://schemas.openxmlformats.org/officeDocument/2006/relationships/image" Target="media/image843.wmf"/><Relationship Id="rId2318" Type="http://schemas.openxmlformats.org/officeDocument/2006/relationships/image" Target="media/image1169.wmf"/><Relationship Id="rId2525" Type="http://schemas.openxmlformats.org/officeDocument/2006/relationships/image" Target="media/image1274.wmf"/><Relationship Id="rId2732" Type="http://schemas.openxmlformats.org/officeDocument/2006/relationships/image" Target="media/image1378.wmf"/><Relationship Id="rId5888" Type="http://schemas.openxmlformats.org/officeDocument/2006/relationships/oleObject" Target="embeddings/oleObject2922.bin"/><Relationship Id="rId704" Type="http://schemas.openxmlformats.org/officeDocument/2006/relationships/image" Target="media/image354.wmf"/><Relationship Id="rId911" Type="http://schemas.openxmlformats.org/officeDocument/2006/relationships/oleObject" Target="embeddings/oleObject450.bin"/><Relationship Id="rId1127" Type="http://schemas.openxmlformats.org/officeDocument/2006/relationships/oleObject" Target="embeddings/oleObject558.bin"/><Relationship Id="rId1334" Type="http://schemas.openxmlformats.org/officeDocument/2006/relationships/image" Target="media/image669.wmf"/><Relationship Id="rId1541" Type="http://schemas.openxmlformats.org/officeDocument/2006/relationships/image" Target="media/image773.wmf"/><Relationship Id="rId4697" Type="http://schemas.openxmlformats.org/officeDocument/2006/relationships/oleObject" Target="embeddings/oleObject2328.bin"/><Relationship Id="rId5748" Type="http://schemas.openxmlformats.org/officeDocument/2006/relationships/oleObject" Target="embeddings/oleObject2852.bin"/><Relationship Id="rId5955" Type="http://schemas.openxmlformats.org/officeDocument/2006/relationships/oleObject" Target="embeddings/oleObject2955.bin"/><Relationship Id="rId40" Type="http://schemas.openxmlformats.org/officeDocument/2006/relationships/oleObject" Target="embeddings/oleObject16.bin"/><Relationship Id="rId1401" Type="http://schemas.openxmlformats.org/officeDocument/2006/relationships/oleObject" Target="embeddings/oleObject695.bin"/><Relationship Id="rId3299" Type="http://schemas.openxmlformats.org/officeDocument/2006/relationships/image" Target="media/image1662.wmf"/><Relationship Id="rId4557" Type="http://schemas.openxmlformats.org/officeDocument/2006/relationships/image" Target="media/image2295.wmf"/><Relationship Id="rId4764" Type="http://schemas.openxmlformats.org/officeDocument/2006/relationships/image" Target="media/image2399.wmf"/><Relationship Id="rId5608" Type="http://schemas.openxmlformats.org/officeDocument/2006/relationships/image" Target="media/image2822.wmf"/><Relationship Id="rId3159" Type="http://schemas.openxmlformats.org/officeDocument/2006/relationships/image" Target="media/image1592.wmf"/><Relationship Id="rId3366" Type="http://schemas.openxmlformats.org/officeDocument/2006/relationships/image" Target="media/image1696.wmf"/><Relationship Id="rId3573" Type="http://schemas.openxmlformats.org/officeDocument/2006/relationships/oleObject" Target="embeddings/oleObject1770.bin"/><Relationship Id="rId4417" Type="http://schemas.openxmlformats.org/officeDocument/2006/relationships/oleObject" Target="embeddings/oleObject2189.bin"/><Relationship Id="rId4971" Type="http://schemas.openxmlformats.org/officeDocument/2006/relationships/image" Target="media/image2503.wmf"/><Relationship Id="rId5815" Type="http://schemas.openxmlformats.org/officeDocument/2006/relationships/image" Target="media/image2926.wmf"/><Relationship Id="rId287" Type="http://schemas.openxmlformats.org/officeDocument/2006/relationships/oleObject" Target="embeddings/oleObject139.bin"/><Relationship Id="rId494" Type="http://schemas.openxmlformats.org/officeDocument/2006/relationships/oleObject" Target="embeddings/oleObject242.bin"/><Relationship Id="rId2175" Type="http://schemas.openxmlformats.org/officeDocument/2006/relationships/image" Target="media/image1095.wmf"/><Relationship Id="rId2382" Type="http://schemas.openxmlformats.org/officeDocument/2006/relationships/oleObject" Target="embeddings/oleObject1177.bin"/><Relationship Id="rId3019" Type="http://schemas.openxmlformats.org/officeDocument/2006/relationships/oleObject" Target="embeddings/oleObject1494.bin"/><Relationship Id="rId3226" Type="http://schemas.openxmlformats.org/officeDocument/2006/relationships/oleObject" Target="embeddings/oleObject1597.bin"/><Relationship Id="rId3780" Type="http://schemas.openxmlformats.org/officeDocument/2006/relationships/image" Target="media/image1905.wmf"/><Relationship Id="rId4624" Type="http://schemas.openxmlformats.org/officeDocument/2006/relationships/image" Target="media/image2329.wmf"/><Relationship Id="rId4831" Type="http://schemas.openxmlformats.org/officeDocument/2006/relationships/oleObject" Target="embeddings/oleObject2395.bin"/><Relationship Id="rId147" Type="http://schemas.openxmlformats.org/officeDocument/2006/relationships/oleObject" Target="embeddings/oleObject69.bin"/><Relationship Id="rId354" Type="http://schemas.openxmlformats.org/officeDocument/2006/relationships/image" Target="media/image178.wmf"/><Relationship Id="rId1191" Type="http://schemas.openxmlformats.org/officeDocument/2006/relationships/oleObject" Target="embeddings/oleObject590.bin"/><Relationship Id="rId2035" Type="http://schemas.openxmlformats.org/officeDocument/2006/relationships/oleObject" Target="embeddings/oleObject1007.bin"/><Relationship Id="rId3433" Type="http://schemas.openxmlformats.org/officeDocument/2006/relationships/oleObject" Target="embeddings/oleObject1700.bin"/><Relationship Id="rId3640" Type="http://schemas.openxmlformats.org/officeDocument/2006/relationships/oleObject" Target="embeddings/oleObject1803.bin"/><Relationship Id="rId561" Type="http://schemas.openxmlformats.org/officeDocument/2006/relationships/image" Target="media/image282.wmf"/><Relationship Id="rId2242" Type="http://schemas.openxmlformats.org/officeDocument/2006/relationships/oleObject" Target="embeddings/oleObject1110.bin"/><Relationship Id="rId3500" Type="http://schemas.openxmlformats.org/officeDocument/2006/relationships/image" Target="media/image1763.wmf"/><Relationship Id="rId5398" Type="http://schemas.openxmlformats.org/officeDocument/2006/relationships/image" Target="media/image2717.wmf"/><Relationship Id="rId6449" Type="http://schemas.openxmlformats.org/officeDocument/2006/relationships/oleObject" Target="embeddings/oleObject3199.bin"/><Relationship Id="rId214" Type="http://schemas.openxmlformats.org/officeDocument/2006/relationships/image" Target="media/image108.wmf"/><Relationship Id="rId421" Type="http://schemas.openxmlformats.org/officeDocument/2006/relationships/oleObject" Target="embeddings/oleObject206.bin"/><Relationship Id="rId1051" Type="http://schemas.openxmlformats.org/officeDocument/2006/relationships/oleObject" Target="embeddings/oleObject520.bin"/><Relationship Id="rId2102" Type="http://schemas.openxmlformats.org/officeDocument/2006/relationships/oleObject" Target="embeddings/oleObject1040.bin"/><Relationship Id="rId5258" Type="http://schemas.openxmlformats.org/officeDocument/2006/relationships/oleObject" Target="embeddings/oleObject2608.bin"/><Relationship Id="rId5465" Type="http://schemas.openxmlformats.org/officeDocument/2006/relationships/oleObject" Target="embeddings/oleObject2711.bin"/><Relationship Id="rId5672" Type="http://schemas.openxmlformats.org/officeDocument/2006/relationships/image" Target="media/image2854.wmf"/><Relationship Id="rId6309" Type="http://schemas.openxmlformats.org/officeDocument/2006/relationships/image" Target="media/image3176.wmf"/><Relationship Id="rId1868" Type="http://schemas.openxmlformats.org/officeDocument/2006/relationships/image" Target="media/image937.wmf"/><Relationship Id="rId4067" Type="http://schemas.openxmlformats.org/officeDocument/2006/relationships/image" Target="media/image2049.wmf"/><Relationship Id="rId4274" Type="http://schemas.openxmlformats.org/officeDocument/2006/relationships/oleObject" Target="embeddings/oleObject2118.bin"/><Relationship Id="rId4481" Type="http://schemas.openxmlformats.org/officeDocument/2006/relationships/oleObject" Target="embeddings/oleObject2221.bin"/><Relationship Id="rId5118" Type="http://schemas.openxmlformats.org/officeDocument/2006/relationships/oleObject" Target="embeddings/oleObject2538.bin"/><Relationship Id="rId5325" Type="http://schemas.openxmlformats.org/officeDocument/2006/relationships/oleObject" Target="embeddings/oleObject2641.bin"/><Relationship Id="rId5532" Type="http://schemas.openxmlformats.org/officeDocument/2006/relationships/image" Target="media/image2784.wmf"/><Relationship Id="rId2919" Type="http://schemas.openxmlformats.org/officeDocument/2006/relationships/oleObject" Target="embeddings/oleObject1444.bin"/><Relationship Id="rId3083" Type="http://schemas.openxmlformats.org/officeDocument/2006/relationships/oleObject" Target="embeddings/oleObject1526.bin"/><Relationship Id="rId3290" Type="http://schemas.openxmlformats.org/officeDocument/2006/relationships/oleObject" Target="embeddings/oleObject1629.bin"/><Relationship Id="rId4134" Type="http://schemas.openxmlformats.org/officeDocument/2006/relationships/oleObject" Target="embeddings/oleObject2048.bin"/><Relationship Id="rId4341" Type="http://schemas.openxmlformats.org/officeDocument/2006/relationships/oleObject" Target="embeddings/oleObject2151.bin"/><Relationship Id="rId1728" Type="http://schemas.openxmlformats.org/officeDocument/2006/relationships/oleObject" Target="embeddings/oleObject858.bin"/><Relationship Id="rId1935" Type="http://schemas.openxmlformats.org/officeDocument/2006/relationships/oleObject" Target="embeddings/oleObject959.bin"/><Relationship Id="rId3150" Type="http://schemas.openxmlformats.org/officeDocument/2006/relationships/oleObject" Target="embeddings/oleObject1559.bin"/><Relationship Id="rId4201" Type="http://schemas.openxmlformats.org/officeDocument/2006/relationships/image" Target="media/image2116.wmf"/><Relationship Id="rId6099" Type="http://schemas.openxmlformats.org/officeDocument/2006/relationships/image" Target="media/image3069.wmf"/><Relationship Id="rId3010" Type="http://schemas.openxmlformats.org/officeDocument/2006/relationships/image" Target="media/image1517.wmf"/><Relationship Id="rId6166" Type="http://schemas.openxmlformats.org/officeDocument/2006/relationships/oleObject" Target="embeddings/oleObject3058.bin"/><Relationship Id="rId3967" Type="http://schemas.openxmlformats.org/officeDocument/2006/relationships/image" Target="media/image1999.wmf"/><Relationship Id="rId6373" Type="http://schemas.openxmlformats.org/officeDocument/2006/relationships/image" Target="media/image3208.wmf"/><Relationship Id="rId4" Type="http://schemas.openxmlformats.org/officeDocument/2006/relationships/webSettings" Target="webSettings.xml"/><Relationship Id="rId888" Type="http://schemas.openxmlformats.org/officeDocument/2006/relationships/image" Target="media/image446.wmf"/><Relationship Id="rId2569" Type="http://schemas.openxmlformats.org/officeDocument/2006/relationships/image" Target="media/image1296.wmf"/><Relationship Id="rId2776" Type="http://schemas.openxmlformats.org/officeDocument/2006/relationships/image" Target="media/image1400.wmf"/><Relationship Id="rId2983" Type="http://schemas.openxmlformats.org/officeDocument/2006/relationships/oleObject" Target="embeddings/oleObject1476.bin"/><Relationship Id="rId3827" Type="http://schemas.openxmlformats.org/officeDocument/2006/relationships/oleObject" Target="embeddings/oleObject1895.bin"/><Relationship Id="rId5182" Type="http://schemas.openxmlformats.org/officeDocument/2006/relationships/oleObject" Target="embeddings/oleObject2570.bin"/><Relationship Id="rId6026" Type="http://schemas.openxmlformats.org/officeDocument/2006/relationships/image" Target="media/image3032.wmf"/><Relationship Id="rId6233" Type="http://schemas.openxmlformats.org/officeDocument/2006/relationships/image" Target="media/image3138.wmf"/><Relationship Id="rId6440" Type="http://schemas.openxmlformats.org/officeDocument/2006/relationships/image" Target="media/image3242.wmf"/><Relationship Id="rId748" Type="http://schemas.openxmlformats.org/officeDocument/2006/relationships/image" Target="media/image376.wmf"/><Relationship Id="rId955" Type="http://schemas.openxmlformats.org/officeDocument/2006/relationships/oleObject" Target="embeddings/oleObject472.bin"/><Relationship Id="rId1378" Type="http://schemas.openxmlformats.org/officeDocument/2006/relationships/image" Target="media/image691.wmf"/><Relationship Id="rId1585" Type="http://schemas.openxmlformats.org/officeDocument/2006/relationships/image" Target="media/image795.wmf"/><Relationship Id="rId1792" Type="http://schemas.openxmlformats.org/officeDocument/2006/relationships/oleObject" Target="embeddings/oleObject890.bin"/><Relationship Id="rId2429" Type="http://schemas.openxmlformats.org/officeDocument/2006/relationships/image" Target="media/image1226.wmf"/><Relationship Id="rId2636" Type="http://schemas.openxmlformats.org/officeDocument/2006/relationships/image" Target="media/image1330.wmf"/><Relationship Id="rId2843" Type="http://schemas.openxmlformats.org/officeDocument/2006/relationships/oleObject" Target="embeddings/oleObject1406.bin"/><Relationship Id="rId5042" Type="http://schemas.openxmlformats.org/officeDocument/2006/relationships/oleObject" Target="embeddings/oleObject2500.bin"/><Relationship Id="rId5999" Type="http://schemas.openxmlformats.org/officeDocument/2006/relationships/oleObject" Target="embeddings/oleObject2977.bin"/><Relationship Id="rId6300" Type="http://schemas.openxmlformats.org/officeDocument/2006/relationships/oleObject" Target="embeddings/oleObject3125.bin"/><Relationship Id="rId84" Type="http://schemas.openxmlformats.org/officeDocument/2006/relationships/image" Target="media/image43.wmf"/><Relationship Id="rId608" Type="http://schemas.openxmlformats.org/officeDocument/2006/relationships/image" Target="media/image306.wmf"/><Relationship Id="rId815" Type="http://schemas.openxmlformats.org/officeDocument/2006/relationships/oleObject" Target="embeddings/oleObject402.bin"/><Relationship Id="rId1238" Type="http://schemas.openxmlformats.org/officeDocument/2006/relationships/image" Target="media/image621.wmf"/><Relationship Id="rId1445" Type="http://schemas.openxmlformats.org/officeDocument/2006/relationships/image" Target="media/image725.wmf"/><Relationship Id="rId1652" Type="http://schemas.openxmlformats.org/officeDocument/2006/relationships/oleObject" Target="embeddings/oleObject820.bin"/><Relationship Id="rId1305" Type="http://schemas.openxmlformats.org/officeDocument/2006/relationships/oleObject" Target="embeddings/oleObject647.bin"/><Relationship Id="rId2703" Type="http://schemas.openxmlformats.org/officeDocument/2006/relationships/oleObject" Target="embeddings/oleObject1336.bin"/><Relationship Id="rId2910" Type="http://schemas.openxmlformats.org/officeDocument/2006/relationships/image" Target="media/image1467.wmf"/><Relationship Id="rId5859" Type="http://schemas.openxmlformats.org/officeDocument/2006/relationships/image" Target="media/image2948.wmf"/><Relationship Id="rId1512" Type="http://schemas.openxmlformats.org/officeDocument/2006/relationships/oleObject" Target="embeddings/oleObject750.bin"/><Relationship Id="rId4668" Type="http://schemas.openxmlformats.org/officeDocument/2006/relationships/image" Target="media/image2351.wmf"/><Relationship Id="rId4875" Type="http://schemas.openxmlformats.org/officeDocument/2006/relationships/oleObject" Target="embeddings/oleObject2417.bin"/><Relationship Id="rId5719" Type="http://schemas.openxmlformats.org/officeDocument/2006/relationships/image" Target="media/image2878.wmf"/><Relationship Id="rId5926" Type="http://schemas.openxmlformats.org/officeDocument/2006/relationships/image" Target="media/image2982.wmf"/><Relationship Id="rId6090" Type="http://schemas.openxmlformats.org/officeDocument/2006/relationships/oleObject" Target="embeddings/oleObject3022.bin"/><Relationship Id="rId11" Type="http://schemas.openxmlformats.org/officeDocument/2006/relationships/image" Target="media/image4.wmf"/><Relationship Id="rId398" Type="http://schemas.openxmlformats.org/officeDocument/2006/relationships/image" Target="media/image200.wmf"/><Relationship Id="rId2079" Type="http://schemas.openxmlformats.org/officeDocument/2006/relationships/image" Target="media/image1047.wmf"/><Relationship Id="rId3477" Type="http://schemas.openxmlformats.org/officeDocument/2006/relationships/oleObject" Target="embeddings/oleObject1722.bin"/><Relationship Id="rId3684" Type="http://schemas.openxmlformats.org/officeDocument/2006/relationships/oleObject" Target="embeddings/oleObject1825.bin"/><Relationship Id="rId3891" Type="http://schemas.openxmlformats.org/officeDocument/2006/relationships/oleObject" Target="embeddings/oleObject1927.bin"/><Relationship Id="rId4528" Type="http://schemas.openxmlformats.org/officeDocument/2006/relationships/oleObject" Target="embeddings/oleObject2244.bin"/><Relationship Id="rId4735" Type="http://schemas.openxmlformats.org/officeDocument/2006/relationships/oleObject" Target="embeddings/oleObject2347.bin"/><Relationship Id="rId4942" Type="http://schemas.openxmlformats.org/officeDocument/2006/relationships/oleObject" Target="embeddings/oleObject2450.bin"/><Relationship Id="rId2286" Type="http://schemas.openxmlformats.org/officeDocument/2006/relationships/oleObject" Target="embeddings/oleObject1130.bin"/><Relationship Id="rId2493" Type="http://schemas.openxmlformats.org/officeDocument/2006/relationships/image" Target="media/image1258.wmf"/><Relationship Id="rId3337" Type="http://schemas.openxmlformats.org/officeDocument/2006/relationships/image" Target="media/image1681.wmf"/><Relationship Id="rId3544" Type="http://schemas.openxmlformats.org/officeDocument/2006/relationships/image" Target="media/image1785.wmf"/><Relationship Id="rId3751" Type="http://schemas.openxmlformats.org/officeDocument/2006/relationships/oleObject" Target="embeddings/oleObject1857.bin"/><Relationship Id="rId4802" Type="http://schemas.openxmlformats.org/officeDocument/2006/relationships/image" Target="media/image2418.wmf"/><Relationship Id="rId258" Type="http://schemas.openxmlformats.org/officeDocument/2006/relationships/image" Target="media/image130.wmf"/><Relationship Id="rId465" Type="http://schemas.openxmlformats.org/officeDocument/2006/relationships/image" Target="media/image234.wmf"/><Relationship Id="rId672" Type="http://schemas.openxmlformats.org/officeDocument/2006/relationships/image" Target="media/image338.wmf"/><Relationship Id="rId1095" Type="http://schemas.openxmlformats.org/officeDocument/2006/relationships/oleObject" Target="embeddings/oleObject542.bin"/><Relationship Id="rId2146" Type="http://schemas.openxmlformats.org/officeDocument/2006/relationships/oleObject" Target="embeddings/oleObject1062.bin"/><Relationship Id="rId2353" Type="http://schemas.openxmlformats.org/officeDocument/2006/relationships/image" Target="media/image1187.wmf"/><Relationship Id="rId2560" Type="http://schemas.openxmlformats.org/officeDocument/2006/relationships/oleObject" Target="embeddings/oleObject1265.bin"/><Relationship Id="rId3404" Type="http://schemas.openxmlformats.org/officeDocument/2006/relationships/image" Target="media/image1715.wmf"/><Relationship Id="rId3611" Type="http://schemas.openxmlformats.org/officeDocument/2006/relationships/oleObject" Target="embeddings/oleObject1789.bin"/><Relationship Id="rId118" Type="http://schemas.openxmlformats.org/officeDocument/2006/relationships/image" Target="media/image60.wmf"/><Relationship Id="rId325" Type="http://schemas.openxmlformats.org/officeDocument/2006/relationships/oleObject" Target="embeddings/oleObject158.bin"/><Relationship Id="rId532" Type="http://schemas.openxmlformats.org/officeDocument/2006/relationships/oleObject" Target="embeddings/oleObject261.bin"/><Relationship Id="rId1162" Type="http://schemas.openxmlformats.org/officeDocument/2006/relationships/image" Target="media/image583.wmf"/><Relationship Id="rId2006" Type="http://schemas.openxmlformats.org/officeDocument/2006/relationships/image" Target="media/image1010.wmf"/><Relationship Id="rId2213" Type="http://schemas.openxmlformats.org/officeDocument/2006/relationships/image" Target="media/image1114.wmf"/><Relationship Id="rId2420" Type="http://schemas.openxmlformats.org/officeDocument/2006/relationships/oleObject" Target="embeddings/oleObject1195.bin"/><Relationship Id="rId5369" Type="http://schemas.openxmlformats.org/officeDocument/2006/relationships/oleObject" Target="embeddings/oleObject2663.bin"/><Relationship Id="rId5576" Type="http://schemas.openxmlformats.org/officeDocument/2006/relationships/image" Target="media/image2806.wmf"/><Relationship Id="rId5783" Type="http://schemas.openxmlformats.org/officeDocument/2006/relationships/image" Target="media/image2910.wmf"/><Relationship Id="rId1022" Type="http://schemas.openxmlformats.org/officeDocument/2006/relationships/image" Target="media/image513.wmf"/><Relationship Id="rId4178" Type="http://schemas.openxmlformats.org/officeDocument/2006/relationships/oleObject" Target="embeddings/oleObject2070.bin"/><Relationship Id="rId4385" Type="http://schemas.openxmlformats.org/officeDocument/2006/relationships/oleObject" Target="embeddings/oleObject2173.bin"/><Relationship Id="rId4592" Type="http://schemas.openxmlformats.org/officeDocument/2006/relationships/image" Target="media/image2313.wmf"/><Relationship Id="rId5229" Type="http://schemas.openxmlformats.org/officeDocument/2006/relationships/image" Target="media/image2632.wmf"/><Relationship Id="rId5436" Type="http://schemas.openxmlformats.org/officeDocument/2006/relationships/image" Target="media/image2736.wmf"/><Relationship Id="rId5990" Type="http://schemas.openxmlformats.org/officeDocument/2006/relationships/image" Target="media/image3014.wmf"/><Relationship Id="rId1979" Type="http://schemas.openxmlformats.org/officeDocument/2006/relationships/oleObject" Target="embeddings/oleObject981.bin"/><Relationship Id="rId3194" Type="http://schemas.openxmlformats.org/officeDocument/2006/relationships/oleObject" Target="embeddings/oleObject1581.bin"/><Relationship Id="rId4038" Type="http://schemas.openxmlformats.org/officeDocument/2006/relationships/oleObject" Target="embeddings/oleObject2000.bin"/><Relationship Id="rId4245" Type="http://schemas.openxmlformats.org/officeDocument/2006/relationships/image" Target="media/image2138.wmf"/><Relationship Id="rId5643" Type="http://schemas.openxmlformats.org/officeDocument/2006/relationships/oleObject" Target="embeddings/oleObject2800.bin"/><Relationship Id="rId5850" Type="http://schemas.openxmlformats.org/officeDocument/2006/relationships/oleObject" Target="embeddings/oleObject2903.bin"/><Relationship Id="rId1839" Type="http://schemas.openxmlformats.org/officeDocument/2006/relationships/oleObject" Target="embeddings/oleObject913.bin"/><Relationship Id="rId3054" Type="http://schemas.openxmlformats.org/officeDocument/2006/relationships/image" Target="media/image1539.wmf"/><Relationship Id="rId4452" Type="http://schemas.openxmlformats.org/officeDocument/2006/relationships/image" Target="media/image2242.wmf"/><Relationship Id="rId5503" Type="http://schemas.openxmlformats.org/officeDocument/2006/relationships/oleObject" Target="embeddings/oleObject2730.bin"/><Relationship Id="rId5710" Type="http://schemas.openxmlformats.org/officeDocument/2006/relationships/oleObject" Target="embeddings/oleObject2833.bin"/><Relationship Id="rId182" Type="http://schemas.openxmlformats.org/officeDocument/2006/relationships/image" Target="media/image92.wmf"/><Relationship Id="rId1906" Type="http://schemas.openxmlformats.org/officeDocument/2006/relationships/image" Target="media/image956.wmf"/><Relationship Id="rId3261" Type="http://schemas.openxmlformats.org/officeDocument/2006/relationships/image" Target="media/image1643.wmf"/><Relationship Id="rId4105" Type="http://schemas.openxmlformats.org/officeDocument/2006/relationships/image" Target="media/image2068.wmf"/><Relationship Id="rId4312" Type="http://schemas.openxmlformats.org/officeDocument/2006/relationships/image" Target="media/image2172.wmf"/><Relationship Id="rId2070" Type="http://schemas.openxmlformats.org/officeDocument/2006/relationships/oleObject" Target="embeddings/oleObject1024.bin"/><Relationship Id="rId3121" Type="http://schemas.openxmlformats.org/officeDocument/2006/relationships/image" Target="media/image1573.wmf"/><Relationship Id="rId6277" Type="http://schemas.openxmlformats.org/officeDocument/2006/relationships/image" Target="media/image3160.wmf"/><Relationship Id="rId999" Type="http://schemas.openxmlformats.org/officeDocument/2006/relationships/oleObject" Target="embeddings/oleObject494.bin"/><Relationship Id="rId2887" Type="http://schemas.openxmlformats.org/officeDocument/2006/relationships/oleObject" Target="embeddings/oleObject1428.bin"/><Relationship Id="rId5086" Type="http://schemas.openxmlformats.org/officeDocument/2006/relationships/oleObject" Target="embeddings/oleObject2522.bin"/><Relationship Id="rId5293" Type="http://schemas.openxmlformats.org/officeDocument/2006/relationships/oleObject" Target="embeddings/oleObject2625.bin"/><Relationship Id="rId6137" Type="http://schemas.openxmlformats.org/officeDocument/2006/relationships/image" Target="media/image3090.wmf"/><Relationship Id="rId6344" Type="http://schemas.openxmlformats.org/officeDocument/2006/relationships/oleObject" Target="embeddings/oleObject3147.bin"/><Relationship Id="rId859" Type="http://schemas.openxmlformats.org/officeDocument/2006/relationships/oleObject" Target="embeddings/oleObject424.bin"/><Relationship Id="rId1489" Type="http://schemas.openxmlformats.org/officeDocument/2006/relationships/image" Target="media/image747.wmf"/><Relationship Id="rId1696" Type="http://schemas.openxmlformats.org/officeDocument/2006/relationships/oleObject" Target="embeddings/oleObject842.bin"/><Relationship Id="rId3938" Type="http://schemas.openxmlformats.org/officeDocument/2006/relationships/oleObject" Target="embeddings/oleObject1950.bin"/><Relationship Id="rId5153" Type="http://schemas.openxmlformats.org/officeDocument/2006/relationships/image" Target="media/image2594.wmf"/><Relationship Id="rId5360" Type="http://schemas.openxmlformats.org/officeDocument/2006/relationships/image" Target="media/image2698.wmf"/><Relationship Id="rId6204" Type="http://schemas.openxmlformats.org/officeDocument/2006/relationships/oleObject" Target="embeddings/oleObject3077.bin"/><Relationship Id="rId6411" Type="http://schemas.openxmlformats.org/officeDocument/2006/relationships/oleObject" Target="embeddings/oleObject3180.bin"/><Relationship Id="rId1349" Type="http://schemas.openxmlformats.org/officeDocument/2006/relationships/oleObject" Target="embeddings/oleObject669.bin"/><Relationship Id="rId2747" Type="http://schemas.openxmlformats.org/officeDocument/2006/relationships/oleObject" Target="embeddings/oleObject1358.bin"/><Relationship Id="rId2954" Type="http://schemas.openxmlformats.org/officeDocument/2006/relationships/image" Target="media/image1489.wmf"/><Relationship Id="rId5013" Type="http://schemas.openxmlformats.org/officeDocument/2006/relationships/image" Target="media/image2524.wmf"/><Relationship Id="rId5220" Type="http://schemas.openxmlformats.org/officeDocument/2006/relationships/oleObject" Target="embeddings/oleObject2589.bin"/><Relationship Id="rId719" Type="http://schemas.openxmlformats.org/officeDocument/2006/relationships/oleObject" Target="embeddings/oleObject354.bin"/><Relationship Id="rId926" Type="http://schemas.openxmlformats.org/officeDocument/2006/relationships/image" Target="media/image465.wmf"/><Relationship Id="rId1556" Type="http://schemas.openxmlformats.org/officeDocument/2006/relationships/oleObject" Target="embeddings/oleObject772.bin"/><Relationship Id="rId1763" Type="http://schemas.openxmlformats.org/officeDocument/2006/relationships/image" Target="media/image884.wmf"/><Relationship Id="rId1970" Type="http://schemas.openxmlformats.org/officeDocument/2006/relationships/image" Target="media/image990.wmf"/><Relationship Id="rId2607" Type="http://schemas.openxmlformats.org/officeDocument/2006/relationships/oleObject" Target="embeddings/oleObject1288.bin"/><Relationship Id="rId2814" Type="http://schemas.openxmlformats.org/officeDocument/2006/relationships/image" Target="media/image1419.wmf"/><Relationship Id="rId55" Type="http://schemas.openxmlformats.org/officeDocument/2006/relationships/oleObject" Target="embeddings/oleObject23.bin"/><Relationship Id="rId1209" Type="http://schemas.openxmlformats.org/officeDocument/2006/relationships/oleObject" Target="embeddings/oleObject599.bin"/><Relationship Id="rId1416" Type="http://schemas.openxmlformats.org/officeDocument/2006/relationships/image" Target="media/image710.wmf"/><Relationship Id="rId1623" Type="http://schemas.openxmlformats.org/officeDocument/2006/relationships/image" Target="media/image814.wmf"/><Relationship Id="rId1830" Type="http://schemas.openxmlformats.org/officeDocument/2006/relationships/image" Target="media/image918.wmf"/><Relationship Id="rId4779" Type="http://schemas.openxmlformats.org/officeDocument/2006/relationships/oleObject" Target="embeddings/oleObject2369.bin"/><Relationship Id="rId4986" Type="http://schemas.openxmlformats.org/officeDocument/2006/relationships/oleObject" Target="embeddings/oleObject2472.bin"/><Relationship Id="rId3588" Type="http://schemas.openxmlformats.org/officeDocument/2006/relationships/image" Target="media/image1807.wmf"/><Relationship Id="rId3795" Type="http://schemas.openxmlformats.org/officeDocument/2006/relationships/oleObject" Target="embeddings/oleObject1879.bin"/><Relationship Id="rId4639" Type="http://schemas.openxmlformats.org/officeDocument/2006/relationships/oleObject" Target="embeddings/oleObject2299.bin"/><Relationship Id="rId4846" Type="http://schemas.openxmlformats.org/officeDocument/2006/relationships/image" Target="media/image2440.wmf"/><Relationship Id="rId2397" Type="http://schemas.openxmlformats.org/officeDocument/2006/relationships/image" Target="media/image1209.png"/><Relationship Id="rId3448" Type="http://schemas.openxmlformats.org/officeDocument/2006/relationships/image" Target="media/image1737.wmf"/><Relationship Id="rId3655" Type="http://schemas.openxmlformats.org/officeDocument/2006/relationships/image" Target="media/image1841.wmf"/><Relationship Id="rId3862" Type="http://schemas.openxmlformats.org/officeDocument/2006/relationships/image" Target="media/image1946.wmf"/><Relationship Id="rId4706" Type="http://schemas.openxmlformats.org/officeDocument/2006/relationships/image" Target="media/image2370.wmf"/><Relationship Id="rId6061" Type="http://schemas.openxmlformats.org/officeDocument/2006/relationships/image" Target="media/image3050.wmf"/><Relationship Id="rId369" Type="http://schemas.openxmlformats.org/officeDocument/2006/relationships/oleObject" Target="embeddings/oleObject180.bin"/><Relationship Id="rId576" Type="http://schemas.openxmlformats.org/officeDocument/2006/relationships/oleObject" Target="embeddings/oleObject283.bin"/><Relationship Id="rId783" Type="http://schemas.openxmlformats.org/officeDocument/2006/relationships/oleObject" Target="embeddings/oleObject386.bin"/><Relationship Id="rId990" Type="http://schemas.openxmlformats.org/officeDocument/2006/relationships/image" Target="media/image497.wmf"/><Relationship Id="rId2257" Type="http://schemas.openxmlformats.org/officeDocument/2006/relationships/image" Target="media/image1136.wmf"/><Relationship Id="rId2464" Type="http://schemas.openxmlformats.org/officeDocument/2006/relationships/oleObject" Target="embeddings/oleObject1217.bin"/><Relationship Id="rId2671" Type="http://schemas.openxmlformats.org/officeDocument/2006/relationships/oleObject" Target="embeddings/oleObject1320.bin"/><Relationship Id="rId3308" Type="http://schemas.openxmlformats.org/officeDocument/2006/relationships/oleObject" Target="embeddings/oleObject1638.bin"/><Relationship Id="rId3515" Type="http://schemas.openxmlformats.org/officeDocument/2006/relationships/oleObject" Target="embeddings/oleObject1741.bin"/><Relationship Id="rId4913" Type="http://schemas.openxmlformats.org/officeDocument/2006/relationships/image" Target="media/image2474.wmf"/><Relationship Id="rId229" Type="http://schemas.openxmlformats.org/officeDocument/2006/relationships/oleObject" Target="embeddings/oleObject110.bin"/><Relationship Id="rId436" Type="http://schemas.openxmlformats.org/officeDocument/2006/relationships/oleObject" Target="embeddings/oleObject213.bin"/><Relationship Id="rId643" Type="http://schemas.openxmlformats.org/officeDocument/2006/relationships/oleObject" Target="embeddings/oleObject316.bin"/><Relationship Id="rId1066" Type="http://schemas.openxmlformats.org/officeDocument/2006/relationships/image" Target="media/image535.wmf"/><Relationship Id="rId1273" Type="http://schemas.openxmlformats.org/officeDocument/2006/relationships/oleObject" Target="embeddings/oleObject631.bin"/><Relationship Id="rId1480" Type="http://schemas.openxmlformats.org/officeDocument/2006/relationships/oleObject" Target="embeddings/oleObject734.bin"/><Relationship Id="rId2117" Type="http://schemas.openxmlformats.org/officeDocument/2006/relationships/image" Target="media/image1066.wmf"/><Relationship Id="rId2324" Type="http://schemas.openxmlformats.org/officeDocument/2006/relationships/image" Target="media/image1172.wmf"/><Relationship Id="rId3722" Type="http://schemas.openxmlformats.org/officeDocument/2006/relationships/image" Target="media/image1875.wmf"/><Relationship Id="rId850" Type="http://schemas.openxmlformats.org/officeDocument/2006/relationships/image" Target="media/image427.wmf"/><Relationship Id="rId1133" Type="http://schemas.openxmlformats.org/officeDocument/2006/relationships/oleObject" Target="embeddings/oleObject561.bin"/><Relationship Id="rId2531" Type="http://schemas.openxmlformats.org/officeDocument/2006/relationships/image" Target="media/image1277.wmf"/><Relationship Id="rId4289" Type="http://schemas.openxmlformats.org/officeDocument/2006/relationships/oleObject" Target="embeddings/oleObject2125.bin"/><Relationship Id="rId5687" Type="http://schemas.openxmlformats.org/officeDocument/2006/relationships/oleObject" Target="embeddings/oleObject2822.bin"/><Relationship Id="rId5894" Type="http://schemas.openxmlformats.org/officeDocument/2006/relationships/oleObject" Target="embeddings/oleObject2925.bin"/><Relationship Id="rId503" Type="http://schemas.openxmlformats.org/officeDocument/2006/relationships/image" Target="media/image253.wmf"/><Relationship Id="rId710" Type="http://schemas.openxmlformats.org/officeDocument/2006/relationships/image" Target="media/image357.wmf"/><Relationship Id="rId1340" Type="http://schemas.openxmlformats.org/officeDocument/2006/relationships/image" Target="media/image672.wmf"/><Relationship Id="rId3098" Type="http://schemas.openxmlformats.org/officeDocument/2006/relationships/image" Target="media/image1561.wmf"/><Relationship Id="rId4496" Type="http://schemas.openxmlformats.org/officeDocument/2006/relationships/image" Target="media/image2264.wmf"/><Relationship Id="rId5547" Type="http://schemas.openxmlformats.org/officeDocument/2006/relationships/oleObject" Target="embeddings/oleObject2752.bin"/><Relationship Id="rId5754" Type="http://schemas.openxmlformats.org/officeDocument/2006/relationships/oleObject" Target="embeddings/oleObject2855.bin"/><Relationship Id="rId5961" Type="http://schemas.openxmlformats.org/officeDocument/2006/relationships/oleObject" Target="embeddings/oleObject2958.bin"/><Relationship Id="rId1200" Type="http://schemas.openxmlformats.org/officeDocument/2006/relationships/image" Target="media/image602.wmf"/><Relationship Id="rId4149" Type="http://schemas.openxmlformats.org/officeDocument/2006/relationships/image" Target="media/image2090.wmf"/><Relationship Id="rId4356" Type="http://schemas.openxmlformats.org/officeDocument/2006/relationships/image" Target="media/image2194.wmf"/><Relationship Id="rId4563" Type="http://schemas.openxmlformats.org/officeDocument/2006/relationships/image" Target="media/image2298.wmf"/><Relationship Id="rId4770" Type="http://schemas.openxmlformats.org/officeDocument/2006/relationships/image" Target="media/image2402.wmf"/><Relationship Id="rId5407" Type="http://schemas.openxmlformats.org/officeDocument/2006/relationships/oleObject" Target="embeddings/oleObject2682.bin"/><Relationship Id="rId5614" Type="http://schemas.openxmlformats.org/officeDocument/2006/relationships/image" Target="media/image2825.wmf"/><Relationship Id="rId5821" Type="http://schemas.openxmlformats.org/officeDocument/2006/relationships/image" Target="media/image2929.wmf"/><Relationship Id="rId3165" Type="http://schemas.openxmlformats.org/officeDocument/2006/relationships/image" Target="media/image1595.wmf"/><Relationship Id="rId3372" Type="http://schemas.openxmlformats.org/officeDocument/2006/relationships/image" Target="media/image1699.wmf"/><Relationship Id="rId4009" Type="http://schemas.openxmlformats.org/officeDocument/2006/relationships/image" Target="media/image2020.wmf"/><Relationship Id="rId4216" Type="http://schemas.openxmlformats.org/officeDocument/2006/relationships/oleObject" Target="embeddings/oleObject2089.bin"/><Relationship Id="rId4423" Type="http://schemas.openxmlformats.org/officeDocument/2006/relationships/oleObject" Target="embeddings/oleObject2192.bin"/><Relationship Id="rId4630" Type="http://schemas.openxmlformats.org/officeDocument/2006/relationships/image" Target="media/image2332.wmf"/><Relationship Id="rId293" Type="http://schemas.openxmlformats.org/officeDocument/2006/relationships/oleObject" Target="embeddings/oleObject142.bin"/><Relationship Id="rId2181" Type="http://schemas.openxmlformats.org/officeDocument/2006/relationships/image" Target="media/image1098.wmf"/><Relationship Id="rId3025" Type="http://schemas.openxmlformats.org/officeDocument/2006/relationships/oleObject" Target="embeddings/oleObject1497.bin"/><Relationship Id="rId3232" Type="http://schemas.openxmlformats.org/officeDocument/2006/relationships/oleObject" Target="embeddings/oleObject1600.bin"/><Relationship Id="rId6388" Type="http://schemas.openxmlformats.org/officeDocument/2006/relationships/oleObject" Target="embeddings/oleObject3169.bin"/><Relationship Id="rId153" Type="http://schemas.openxmlformats.org/officeDocument/2006/relationships/oleObject" Target="embeddings/oleObject72.bin"/><Relationship Id="rId360" Type="http://schemas.openxmlformats.org/officeDocument/2006/relationships/image" Target="media/image181.wmf"/><Relationship Id="rId2041" Type="http://schemas.openxmlformats.org/officeDocument/2006/relationships/oleObject" Target="embeddings/oleObject1010.bin"/><Relationship Id="rId5197" Type="http://schemas.openxmlformats.org/officeDocument/2006/relationships/image" Target="media/image2616.wmf"/><Relationship Id="rId6248" Type="http://schemas.openxmlformats.org/officeDocument/2006/relationships/oleObject" Target="embeddings/oleObject3099.bin"/><Relationship Id="rId220" Type="http://schemas.openxmlformats.org/officeDocument/2006/relationships/image" Target="media/image111.wmf"/><Relationship Id="rId2998" Type="http://schemas.openxmlformats.org/officeDocument/2006/relationships/image" Target="media/image1511.wmf"/><Relationship Id="rId5057" Type="http://schemas.openxmlformats.org/officeDocument/2006/relationships/image" Target="media/image2546.wmf"/><Relationship Id="rId5264" Type="http://schemas.openxmlformats.org/officeDocument/2006/relationships/oleObject" Target="embeddings/oleObject2611.bin"/><Relationship Id="rId6108" Type="http://schemas.openxmlformats.org/officeDocument/2006/relationships/oleObject" Target="embeddings/oleObject3031.bin"/><Relationship Id="rId2858" Type="http://schemas.openxmlformats.org/officeDocument/2006/relationships/image" Target="media/image1441.wmf"/><Relationship Id="rId3909" Type="http://schemas.openxmlformats.org/officeDocument/2006/relationships/oleObject" Target="embeddings/oleObject1936.bin"/><Relationship Id="rId4073" Type="http://schemas.openxmlformats.org/officeDocument/2006/relationships/image" Target="media/image2052.wmf"/><Relationship Id="rId5471" Type="http://schemas.openxmlformats.org/officeDocument/2006/relationships/oleObject" Target="embeddings/oleObject2714.bin"/><Relationship Id="rId6315" Type="http://schemas.openxmlformats.org/officeDocument/2006/relationships/image" Target="media/image3179.wmf"/><Relationship Id="rId99" Type="http://schemas.openxmlformats.org/officeDocument/2006/relationships/oleObject" Target="embeddings/oleObject45.bin"/><Relationship Id="rId1667" Type="http://schemas.openxmlformats.org/officeDocument/2006/relationships/image" Target="media/image836.wmf"/><Relationship Id="rId1874" Type="http://schemas.openxmlformats.org/officeDocument/2006/relationships/image" Target="media/image940.wmf"/><Relationship Id="rId2718" Type="http://schemas.openxmlformats.org/officeDocument/2006/relationships/image" Target="media/image1371.wmf"/><Relationship Id="rId2925" Type="http://schemas.openxmlformats.org/officeDocument/2006/relationships/oleObject" Target="embeddings/oleObject1447.bin"/><Relationship Id="rId4280" Type="http://schemas.openxmlformats.org/officeDocument/2006/relationships/image" Target="media/image2156.wmf"/><Relationship Id="rId5124" Type="http://schemas.openxmlformats.org/officeDocument/2006/relationships/oleObject" Target="embeddings/oleObject2541.bin"/><Relationship Id="rId5331" Type="http://schemas.openxmlformats.org/officeDocument/2006/relationships/oleObject" Target="embeddings/oleObject2644.bin"/><Relationship Id="rId1527" Type="http://schemas.openxmlformats.org/officeDocument/2006/relationships/image" Target="media/image766.wmf"/><Relationship Id="rId1734" Type="http://schemas.openxmlformats.org/officeDocument/2006/relationships/oleObject" Target="embeddings/oleObject861.bin"/><Relationship Id="rId1941" Type="http://schemas.openxmlformats.org/officeDocument/2006/relationships/oleObject" Target="embeddings/oleObject962.bin"/><Relationship Id="rId4140" Type="http://schemas.openxmlformats.org/officeDocument/2006/relationships/oleObject" Target="embeddings/oleObject2051.bin"/><Relationship Id="rId26" Type="http://schemas.openxmlformats.org/officeDocument/2006/relationships/oleObject" Target="embeddings/oleObject11.bin"/><Relationship Id="rId3699" Type="http://schemas.openxmlformats.org/officeDocument/2006/relationships/image" Target="media/image1863.wmf"/><Relationship Id="rId4000" Type="http://schemas.openxmlformats.org/officeDocument/2006/relationships/oleObject" Target="embeddings/oleObject1981.bin"/><Relationship Id="rId1801" Type="http://schemas.openxmlformats.org/officeDocument/2006/relationships/image" Target="media/image903.wmf"/><Relationship Id="rId3559" Type="http://schemas.openxmlformats.org/officeDocument/2006/relationships/oleObject" Target="embeddings/oleObject1763.bin"/><Relationship Id="rId4957" Type="http://schemas.openxmlformats.org/officeDocument/2006/relationships/image" Target="media/image2496.wmf"/><Relationship Id="rId6172" Type="http://schemas.openxmlformats.org/officeDocument/2006/relationships/oleObject" Target="embeddings/oleObject3061.bin"/><Relationship Id="rId687" Type="http://schemas.openxmlformats.org/officeDocument/2006/relationships/oleObject" Target="embeddings/oleObject338.bin"/><Relationship Id="rId2368" Type="http://schemas.openxmlformats.org/officeDocument/2006/relationships/oleObject" Target="embeddings/oleObject1170.bin"/><Relationship Id="rId3766" Type="http://schemas.openxmlformats.org/officeDocument/2006/relationships/image" Target="media/image1898.wmf"/><Relationship Id="rId3973" Type="http://schemas.openxmlformats.org/officeDocument/2006/relationships/image" Target="media/image2002.wmf"/><Relationship Id="rId4817" Type="http://schemas.openxmlformats.org/officeDocument/2006/relationships/oleObject" Target="embeddings/oleObject2388.bin"/><Relationship Id="rId6032" Type="http://schemas.openxmlformats.org/officeDocument/2006/relationships/image" Target="media/image3035.wmf"/><Relationship Id="rId894" Type="http://schemas.openxmlformats.org/officeDocument/2006/relationships/image" Target="media/image449.wmf"/><Relationship Id="rId1177" Type="http://schemas.openxmlformats.org/officeDocument/2006/relationships/oleObject" Target="embeddings/oleObject583.bin"/><Relationship Id="rId2575" Type="http://schemas.openxmlformats.org/officeDocument/2006/relationships/image" Target="media/image1299.wmf"/><Relationship Id="rId2782" Type="http://schemas.openxmlformats.org/officeDocument/2006/relationships/image" Target="media/image1403.wmf"/><Relationship Id="rId3419" Type="http://schemas.openxmlformats.org/officeDocument/2006/relationships/oleObject" Target="embeddings/oleObject1693.bin"/><Relationship Id="rId3626" Type="http://schemas.openxmlformats.org/officeDocument/2006/relationships/oleObject" Target="embeddings/oleObject1796.bin"/><Relationship Id="rId3833" Type="http://schemas.openxmlformats.org/officeDocument/2006/relationships/oleObject" Target="embeddings/oleObject1898.bin"/><Relationship Id="rId547" Type="http://schemas.openxmlformats.org/officeDocument/2006/relationships/image" Target="media/image275.wmf"/><Relationship Id="rId754" Type="http://schemas.openxmlformats.org/officeDocument/2006/relationships/image" Target="media/image379.wmf"/><Relationship Id="rId961" Type="http://schemas.openxmlformats.org/officeDocument/2006/relationships/oleObject" Target="embeddings/oleObject475.bin"/><Relationship Id="rId1384" Type="http://schemas.openxmlformats.org/officeDocument/2006/relationships/image" Target="media/image694.wmf"/><Relationship Id="rId1591" Type="http://schemas.openxmlformats.org/officeDocument/2006/relationships/image" Target="media/image798.wmf"/><Relationship Id="rId2228" Type="http://schemas.openxmlformats.org/officeDocument/2006/relationships/oleObject" Target="embeddings/oleObject1103.bin"/><Relationship Id="rId2435" Type="http://schemas.openxmlformats.org/officeDocument/2006/relationships/image" Target="media/image1229.wmf"/><Relationship Id="rId2642" Type="http://schemas.openxmlformats.org/officeDocument/2006/relationships/image" Target="media/image1333.wmf"/><Relationship Id="rId3900" Type="http://schemas.openxmlformats.org/officeDocument/2006/relationships/image" Target="media/image1965.wmf"/><Relationship Id="rId5798" Type="http://schemas.openxmlformats.org/officeDocument/2006/relationships/oleObject" Target="embeddings/oleObject2877.bin"/><Relationship Id="rId90" Type="http://schemas.openxmlformats.org/officeDocument/2006/relationships/image" Target="media/image46.wmf"/><Relationship Id="rId407" Type="http://schemas.openxmlformats.org/officeDocument/2006/relationships/oleObject" Target="embeddings/oleObject199.bin"/><Relationship Id="rId614" Type="http://schemas.openxmlformats.org/officeDocument/2006/relationships/image" Target="media/image309.wmf"/><Relationship Id="rId821" Type="http://schemas.openxmlformats.org/officeDocument/2006/relationships/oleObject" Target="embeddings/oleObject405.bin"/><Relationship Id="rId1037" Type="http://schemas.openxmlformats.org/officeDocument/2006/relationships/oleObject" Target="embeddings/oleObject513.bin"/><Relationship Id="rId1244" Type="http://schemas.openxmlformats.org/officeDocument/2006/relationships/image" Target="media/image624.wmf"/><Relationship Id="rId1451" Type="http://schemas.openxmlformats.org/officeDocument/2006/relationships/image" Target="media/image728.wmf"/><Relationship Id="rId2502" Type="http://schemas.openxmlformats.org/officeDocument/2006/relationships/oleObject" Target="embeddings/oleObject1236.bin"/><Relationship Id="rId5658" Type="http://schemas.openxmlformats.org/officeDocument/2006/relationships/image" Target="media/image2847.wmf"/><Relationship Id="rId5865" Type="http://schemas.openxmlformats.org/officeDocument/2006/relationships/image" Target="media/image2951.wmf"/><Relationship Id="rId1104" Type="http://schemas.openxmlformats.org/officeDocument/2006/relationships/image" Target="media/image554.wmf"/><Relationship Id="rId1311" Type="http://schemas.openxmlformats.org/officeDocument/2006/relationships/oleObject" Target="embeddings/oleObject650.bin"/><Relationship Id="rId4467" Type="http://schemas.openxmlformats.org/officeDocument/2006/relationships/oleObject" Target="embeddings/oleObject2214.bin"/><Relationship Id="rId4674" Type="http://schemas.openxmlformats.org/officeDocument/2006/relationships/image" Target="media/image2354.wmf"/><Relationship Id="rId4881" Type="http://schemas.openxmlformats.org/officeDocument/2006/relationships/oleObject" Target="embeddings/oleObject2420.bin"/><Relationship Id="rId5518" Type="http://schemas.openxmlformats.org/officeDocument/2006/relationships/image" Target="media/image2777.wmf"/><Relationship Id="rId5725" Type="http://schemas.openxmlformats.org/officeDocument/2006/relationships/image" Target="media/image2881.wmf"/><Relationship Id="rId3069" Type="http://schemas.openxmlformats.org/officeDocument/2006/relationships/oleObject" Target="embeddings/oleObject1519.bin"/><Relationship Id="rId3276" Type="http://schemas.openxmlformats.org/officeDocument/2006/relationships/oleObject" Target="embeddings/oleObject1622.bin"/><Relationship Id="rId3483" Type="http://schemas.openxmlformats.org/officeDocument/2006/relationships/oleObject" Target="embeddings/oleObject1725.bin"/><Relationship Id="rId3690" Type="http://schemas.openxmlformats.org/officeDocument/2006/relationships/oleObject" Target="embeddings/oleObject1828.bin"/><Relationship Id="rId4327" Type="http://schemas.openxmlformats.org/officeDocument/2006/relationships/oleObject" Target="embeddings/oleObject2144.bin"/><Relationship Id="rId4534" Type="http://schemas.openxmlformats.org/officeDocument/2006/relationships/oleObject" Target="embeddings/oleObject2247.bin"/><Relationship Id="rId5932" Type="http://schemas.openxmlformats.org/officeDocument/2006/relationships/image" Target="media/image2985.wmf"/><Relationship Id="rId197" Type="http://schemas.openxmlformats.org/officeDocument/2006/relationships/oleObject" Target="embeddings/oleObject94.bin"/><Relationship Id="rId2085" Type="http://schemas.openxmlformats.org/officeDocument/2006/relationships/image" Target="media/image1050.wmf"/><Relationship Id="rId2292" Type="http://schemas.openxmlformats.org/officeDocument/2006/relationships/oleObject" Target="embeddings/oleObject1133.bin"/><Relationship Id="rId3136" Type="http://schemas.openxmlformats.org/officeDocument/2006/relationships/oleObject" Target="embeddings/oleObject1552.bin"/><Relationship Id="rId3343" Type="http://schemas.openxmlformats.org/officeDocument/2006/relationships/image" Target="media/image1684.wmf"/><Relationship Id="rId4741" Type="http://schemas.openxmlformats.org/officeDocument/2006/relationships/oleObject" Target="embeddings/oleObject2350.bin"/><Relationship Id="rId264" Type="http://schemas.openxmlformats.org/officeDocument/2006/relationships/image" Target="media/image133.wmf"/><Relationship Id="rId471" Type="http://schemas.openxmlformats.org/officeDocument/2006/relationships/image" Target="media/image237.wmf"/><Relationship Id="rId2152" Type="http://schemas.openxmlformats.org/officeDocument/2006/relationships/oleObject" Target="embeddings/oleObject1065.bin"/><Relationship Id="rId3550" Type="http://schemas.openxmlformats.org/officeDocument/2006/relationships/image" Target="media/image1788.wmf"/><Relationship Id="rId4601" Type="http://schemas.openxmlformats.org/officeDocument/2006/relationships/oleObject" Target="embeddings/oleObject2280.bin"/><Relationship Id="rId124" Type="http://schemas.openxmlformats.org/officeDocument/2006/relationships/image" Target="media/image63.wmf"/><Relationship Id="rId3203" Type="http://schemas.openxmlformats.org/officeDocument/2006/relationships/image" Target="media/image1614.wmf"/><Relationship Id="rId3410" Type="http://schemas.openxmlformats.org/officeDocument/2006/relationships/image" Target="media/image1718.wmf"/><Relationship Id="rId6359" Type="http://schemas.openxmlformats.org/officeDocument/2006/relationships/image" Target="media/image3201.wmf"/><Relationship Id="rId331" Type="http://schemas.openxmlformats.org/officeDocument/2006/relationships/oleObject" Target="embeddings/oleObject161.bin"/><Relationship Id="rId2012" Type="http://schemas.openxmlformats.org/officeDocument/2006/relationships/image" Target="media/image1013.wmf"/><Relationship Id="rId2969" Type="http://schemas.openxmlformats.org/officeDocument/2006/relationships/oleObject" Target="embeddings/oleObject1469.bin"/><Relationship Id="rId5168" Type="http://schemas.openxmlformats.org/officeDocument/2006/relationships/oleObject" Target="embeddings/oleObject2563.bin"/><Relationship Id="rId5375" Type="http://schemas.openxmlformats.org/officeDocument/2006/relationships/oleObject" Target="embeddings/oleObject2666.bin"/><Relationship Id="rId5582" Type="http://schemas.openxmlformats.org/officeDocument/2006/relationships/image" Target="media/image2809.wmf"/><Relationship Id="rId6219" Type="http://schemas.openxmlformats.org/officeDocument/2006/relationships/image" Target="media/image3131.wmf"/><Relationship Id="rId6426" Type="http://schemas.openxmlformats.org/officeDocument/2006/relationships/image" Target="media/image3235.wmf"/><Relationship Id="rId1778" Type="http://schemas.openxmlformats.org/officeDocument/2006/relationships/oleObject" Target="embeddings/oleObject883.bin"/><Relationship Id="rId1985" Type="http://schemas.openxmlformats.org/officeDocument/2006/relationships/image" Target="media/image998.png"/><Relationship Id="rId2829" Type="http://schemas.openxmlformats.org/officeDocument/2006/relationships/oleObject" Target="embeddings/oleObject1399.bin"/><Relationship Id="rId4184" Type="http://schemas.openxmlformats.org/officeDocument/2006/relationships/oleObject" Target="embeddings/oleObject2073.bin"/><Relationship Id="rId4391" Type="http://schemas.openxmlformats.org/officeDocument/2006/relationships/oleObject" Target="embeddings/oleObject2176.bin"/><Relationship Id="rId5028" Type="http://schemas.openxmlformats.org/officeDocument/2006/relationships/oleObject" Target="embeddings/oleObject2493.bin"/><Relationship Id="rId5235" Type="http://schemas.openxmlformats.org/officeDocument/2006/relationships/image" Target="media/image2635.wmf"/><Relationship Id="rId5442" Type="http://schemas.openxmlformats.org/officeDocument/2006/relationships/image" Target="media/image2739.wmf"/><Relationship Id="rId1638" Type="http://schemas.openxmlformats.org/officeDocument/2006/relationships/oleObject" Target="embeddings/oleObject813.bin"/><Relationship Id="rId4044" Type="http://schemas.openxmlformats.org/officeDocument/2006/relationships/oleObject" Target="embeddings/oleObject2003.bin"/><Relationship Id="rId4251" Type="http://schemas.openxmlformats.org/officeDocument/2006/relationships/image" Target="media/image2141.wmf"/><Relationship Id="rId5302" Type="http://schemas.openxmlformats.org/officeDocument/2006/relationships/image" Target="media/image2669.wmf"/><Relationship Id="rId1845" Type="http://schemas.openxmlformats.org/officeDocument/2006/relationships/oleObject" Target="embeddings/oleObject916.bin"/><Relationship Id="rId3060" Type="http://schemas.openxmlformats.org/officeDocument/2006/relationships/image" Target="media/image1542.wmf"/><Relationship Id="rId4111" Type="http://schemas.openxmlformats.org/officeDocument/2006/relationships/image" Target="media/image2071.wmf"/><Relationship Id="rId1705" Type="http://schemas.openxmlformats.org/officeDocument/2006/relationships/image" Target="media/image855.wmf"/><Relationship Id="rId1912" Type="http://schemas.openxmlformats.org/officeDocument/2006/relationships/image" Target="media/image959.wmf"/><Relationship Id="rId6076" Type="http://schemas.openxmlformats.org/officeDocument/2006/relationships/oleObject" Target="embeddings/oleObject3015.bin"/><Relationship Id="rId6283" Type="http://schemas.openxmlformats.org/officeDocument/2006/relationships/image" Target="media/image3163.wmf"/><Relationship Id="rId3877" Type="http://schemas.openxmlformats.org/officeDocument/2006/relationships/oleObject" Target="embeddings/oleObject1920.bin"/><Relationship Id="rId4928" Type="http://schemas.openxmlformats.org/officeDocument/2006/relationships/oleObject" Target="embeddings/oleObject2443.bin"/><Relationship Id="rId5092" Type="http://schemas.openxmlformats.org/officeDocument/2006/relationships/oleObject" Target="embeddings/oleObject2525.bin"/><Relationship Id="rId798" Type="http://schemas.openxmlformats.org/officeDocument/2006/relationships/image" Target="media/image401.wmf"/><Relationship Id="rId2479" Type="http://schemas.openxmlformats.org/officeDocument/2006/relationships/image" Target="media/image1251.wmf"/><Relationship Id="rId2686" Type="http://schemas.openxmlformats.org/officeDocument/2006/relationships/image" Target="media/image1355.wmf"/><Relationship Id="rId2893" Type="http://schemas.openxmlformats.org/officeDocument/2006/relationships/oleObject" Target="embeddings/oleObject1431.bin"/><Relationship Id="rId3737" Type="http://schemas.openxmlformats.org/officeDocument/2006/relationships/image" Target="media/image1883.wmf"/><Relationship Id="rId3944" Type="http://schemas.openxmlformats.org/officeDocument/2006/relationships/oleObject" Target="embeddings/oleObject1953.bin"/><Relationship Id="rId6143" Type="http://schemas.openxmlformats.org/officeDocument/2006/relationships/image" Target="media/image3093.wmf"/><Relationship Id="rId6350" Type="http://schemas.openxmlformats.org/officeDocument/2006/relationships/oleObject" Target="embeddings/oleObject3150.bin"/><Relationship Id="rId658" Type="http://schemas.openxmlformats.org/officeDocument/2006/relationships/image" Target="media/image331.wmf"/><Relationship Id="rId865" Type="http://schemas.openxmlformats.org/officeDocument/2006/relationships/oleObject" Target="embeddings/oleObject427.bin"/><Relationship Id="rId1288" Type="http://schemas.openxmlformats.org/officeDocument/2006/relationships/image" Target="media/image646.wmf"/><Relationship Id="rId1495" Type="http://schemas.openxmlformats.org/officeDocument/2006/relationships/image" Target="media/image750.wmf"/><Relationship Id="rId2339" Type="http://schemas.openxmlformats.org/officeDocument/2006/relationships/oleObject" Target="embeddings/oleObject1156.bin"/><Relationship Id="rId2546" Type="http://schemas.openxmlformats.org/officeDocument/2006/relationships/oleObject" Target="embeddings/oleObject1258.bin"/><Relationship Id="rId2753" Type="http://schemas.openxmlformats.org/officeDocument/2006/relationships/oleObject" Target="embeddings/oleObject1361.bin"/><Relationship Id="rId2960" Type="http://schemas.openxmlformats.org/officeDocument/2006/relationships/image" Target="media/image1492.wmf"/><Relationship Id="rId3804" Type="http://schemas.openxmlformats.org/officeDocument/2006/relationships/image" Target="media/image1917.wmf"/><Relationship Id="rId6003" Type="http://schemas.openxmlformats.org/officeDocument/2006/relationships/oleObject" Target="embeddings/oleObject2979.bin"/><Relationship Id="rId6210" Type="http://schemas.openxmlformats.org/officeDocument/2006/relationships/oleObject" Target="embeddings/oleObject3080.bin"/><Relationship Id="rId518" Type="http://schemas.openxmlformats.org/officeDocument/2006/relationships/oleObject" Target="embeddings/oleObject254.bin"/><Relationship Id="rId725" Type="http://schemas.openxmlformats.org/officeDocument/2006/relationships/oleObject" Target="embeddings/oleObject357.bin"/><Relationship Id="rId932" Type="http://schemas.openxmlformats.org/officeDocument/2006/relationships/image" Target="media/image468.wmf"/><Relationship Id="rId1148" Type="http://schemas.openxmlformats.org/officeDocument/2006/relationships/image" Target="media/image576.wmf"/><Relationship Id="rId1355" Type="http://schemas.openxmlformats.org/officeDocument/2006/relationships/oleObject" Target="embeddings/oleObject672.bin"/><Relationship Id="rId1562" Type="http://schemas.openxmlformats.org/officeDocument/2006/relationships/oleObject" Target="embeddings/oleObject775.bin"/><Relationship Id="rId2406" Type="http://schemas.openxmlformats.org/officeDocument/2006/relationships/image" Target="media/image1214.wmf"/><Relationship Id="rId2613" Type="http://schemas.openxmlformats.org/officeDocument/2006/relationships/oleObject" Target="embeddings/oleObject1291.bin"/><Relationship Id="rId5769" Type="http://schemas.openxmlformats.org/officeDocument/2006/relationships/image" Target="media/image2903.wmf"/><Relationship Id="rId1008" Type="http://schemas.openxmlformats.org/officeDocument/2006/relationships/image" Target="media/image506.wmf"/><Relationship Id="rId1215" Type="http://schemas.openxmlformats.org/officeDocument/2006/relationships/oleObject" Target="embeddings/oleObject602.bin"/><Relationship Id="rId1422" Type="http://schemas.openxmlformats.org/officeDocument/2006/relationships/image" Target="media/image713.wmf"/><Relationship Id="rId2820" Type="http://schemas.openxmlformats.org/officeDocument/2006/relationships/image" Target="media/image1422.wmf"/><Relationship Id="rId4578" Type="http://schemas.openxmlformats.org/officeDocument/2006/relationships/oleObject" Target="embeddings/oleObject2269.bin"/><Relationship Id="rId5976" Type="http://schemas.openxmlformats.org/officeDocument/2006/relationships/image" Target="media/image3007.wmf"/><Relationship Id="rId61" Type="http://schemas.openxmlformats.org/officeDocument/2006/relationships/oleObject" Target="embeddings/oleObject26.bin"/><Relationship Id="rId3387" Type="http://schemas.openxmlformats.org/officeDocument/2006/relationships/oleObject" Target="embeddings/oleObject1677.bin"/><Relationship Id="rId4785" Type="http://schemas.openxmlformats.org/officeDocument/2006/relationships/oleObject" Target="embeddings/oleObject2372.bin"/><Relationship Id="rId4992" Type="http://schemas.openxmlformats.org/officeDocument/2006/relationships/oleObject" Target="embeddings/oleObject2475.bin"/><Relationship Id="rId5629" Type="http://schemas.openxmlformats.org/officeDocument/2006/relationships/oleObject" Target="embeddings/oleObject2793.bin"/><Relationship Id="rId5836" Type="http://schemas.openxmlformats.org/officeDocument/2006/relationships/oleObject" Target="embeddings/oleObject2896.bin"/><Relationship Id="rId2196" Type="http://schemas.openxmlformats.org/officeDocument/2006/relationships/oleObject" Target="embeddings/oleObject1087.bin"/><Relationship Id="rId3594" Type="http://schemas.openxmlformats.org/officeDocument/2006/relationships/image" Target="media/image1810.wmf"/><Relationship Id="rId4438" Type="http://schemas.openxmlformats.org/officeDocument/2006/relationships/image" Target="media/image2235.wmf"/><Relationship Id="rId4645" Type="http://schemas.openxmlformats.org/officeDocument/2006/relationships/oleObject" Target="embeddings/oleObject2302.bin"/><Relationship Id="rId4852" Type="http://schemas.openxmlformats.org/officeDocument/2006/relationships/image" Target="media/image2443.wmf"/><Relationship Id="rId5903" Type="http://schemas.openxmlformats.org/officeDocument/2006/relationships/image" Target="media/image2970.wmf"/><Relationship Id="rId168" Type="http://schemas.openxmlformats.org/officeDocument/2006/relationships/image" Target="media/image85.wmf"/><Relationship Id="rId3247" Type="http://schemas.openxmlformats.org/officeDocument/2006/relationships/image" Target="media/image1636.wmf"/><Relationship Id="rId3454" Type="http://schemas.openxmlformats.org/officeDocument/2006/relationships/image" Target="media/image1740.wmf"/><Relationship Id="rId3661" Type="http://schemas.openxmlformats.org/officeDocument/2006/relationships/image" Target="media/image1844.wmf"/><Relationship Id="rId4505" Type="http://schemas.openxmlformats.org/officeDocument/2006/relationships/oleObject" Target="embeddings/oleObject2233.bin"/><Relationship Id="rId4712" Type="http://schemas.openxmlformats.org/officeDocument/2006/relationships/image" Target="media/image2373.wmf"/><Relationship Id="rId375" Type="http://schemas.openxmlformats.org/officeDocument/2006/relationships/oleObject" Target="embeddings/oleObject183.bin"/><Relationship Id="rId582" Type="http://schemas.openxmlformats.org/officeDocument/2006/relationships/oleObject" Target="embeddings/oleObject286.bin"/><Relationship Id="rId2056" Type="http://schemas.openxmlformats.org/officeDocument/2006/relationships/oleObject" Target="embeddings/oleObject1017.bin"/><Relationship Id="rId2263" Type="http://schemas.openxmlformats.org/officeDocument/2006/relationships/image" Target="media/image1139.wmf"/><Relationship Id="rId2470" Type="http://schemas.openxmlformats.org/officeDocument/2006/relationships/oleObject" Target="embeddings/oleObject1220.bin"/><Relationship Id="rId3107" Type="http://schemas.openxmlformats.org/officeDocument/2006/relationships/image" Target="media/image1566.wmf"/><Relationship Id="rId3314" Type="http://schemas.openxmlformats.org/officeDocument/2006/relationships/oleObject" Target="embeddings/oleObject1641.bin"/><Relationship Id="rId3521" Type="http://schemas.openxmlformats.org/officeDocument/2006/relationships/oleObject" Target="embeddings/oleObject1744.bin"/><Relationship Id="rId235" Type="http://schemas.openxmlformats.org/officeDocument/2006/relationships/oleObject" Target="embeddings/oleObject113.bin"/><Relationship Id="rId442" Type="http://schemas.openxmlformats.org/officeDocument/2006/relationships/oleObject" Target="embeddings/oleObject216.bin"/><Relationship Id="rId1072" Type="http://schemas.openxmlformats.org/officeDocument/2006/relationships/image" Target="media/image538.wmf"/><Relationship Id="rId2123" Type="http://schemas.openxmlformats.org/officeDocument/2006/relationships/image" Target="media/image1069.wmf"/><Relationship Id="rId2330" Type="http://schemas.openxmlformats.org/officeDocument/2006/relationships/image" Target="media/image1175.wmf"/><Relationship Id="rId5279" Type="http://schemas.openxmlformats.org/officeDocument/2006/relationships/oleObject" Target="embeddings/oleObject2618.bin"/><Relationship Id="rId5486" Type="http://schemas.openxmlformats.org/officeDocument/2006/relationships/image" Target="media/image2761.wmf"/><Relationship Id="rId5693" Type="http://schemas.openxmlformats.org/officeDocument/2006/relationships/image" Target="media/image2865.wmf"/><Relationship Id="rId302" Type="http://schemas.openxmlformats.org/officeDocument/2006/relationships/image" Target="media/image152.wmf"/><Relationship Id="rId4088" Type="http://schemas.openxmlformats.org/officeDocument/2006/relationships/oleObject" Target="embeddings/oleObject2025.bin"/><Relationship Id="rId4295" Type="http://schemas.openxmlformats.org/officeDocument/2006/relationships/oleObject" Target="embeddings/oleObject2128.bin"/><Relationship Id="rId5139" Type="http://schemas.openxmlformats.org/officeDocument/2006/relationships/image" Target="media/image2587.wmf"/><Relationship Id="rId5346" Type="http://schemas.openxmlformats.org/officeDocument/2006/relationships/image" Target="media/image2691.wmf"/><Relationship Id="rId5553" Type="http://schemas.openxmlformats.org/officeDocument/2006/relationships/oleObject" Target="embeddings/oleObject2755.bin"/><Relationship Id="rId1889" Type="http://schemas.openxmlformats.org/officeDocument/2006/relationships/oleObject" Target="embeddings/oleObject938.bin"/><Relationship Id="rId4155" Type="http://schemas.openxmlformats.org/officeDocument/2006/relationships/image" Target="media/image2093.wmf"/><Relationship Id="rId4362" Type="http://schemas.openxmlformats.org/officeDocument/2006/relationships/image" Target="media/image2197.wmf"/><Relationship Id="rId5206" Type="http://schemas.openxmlformats.org/officeDocument/2006/relationships/oleObject" Target="embeddings/oleObject2582.bin"/><Relationship Id="rId5760" Type="http://schemas.openxmlformats.org/officeDocument/2006/relationships/oleObject" Target="embeddings/oleObject2858.bin"/><Relationship Id="rId1749" Type="http://schemas.openxmlformats.org/officeDocument/2006/relationships/image" Target="media/image877.wmf"/><Relationship Id="rId1956" Type="http://schemas.openxmlformats.org/officeDocument/2006/relationships/image" Target="media/image983.wmf"/><Relationship Id="rId3171" Type="http://schemas.openxmlformats.org/officeDocument/2006/relationships/image" Target="media/image1598.wmf"/><Relationship Id="rId4015" Type="http://schemas.openxmlformats.org/officeDocument/2006/relationships/image" Target="media/image2023.wmf"/><Relationship Id="rId5413" Type="http://schemas.openxmlformats.org/officeDocument/2006/relationships/oleObject" Target="embeddings/oleObject2685.bin"/><Relationship Id="rId5620" Type="http://schemas.openxmlformats.org/officeDocument/2006/relationships/image" Target="media/image2828.wmf"/><Relationship Id="rId1609" Type="http://schemas.openxmlformats.org/officeDocument/2006/relationships/image" Target="media/image807.wmf"/><Relationship Id="rId1816" Type="http://schemas.openxmlformats.org/officeDocument/2006/relationships/oleObject" Target="embeddings/oleObject902.bin"/><Relationship Id="rId4222" Type="http://schemas.openxmlformats.org/officeDocument/2006/relationships/oleObject" Target="embeddings/oleObject2092.bin"/><Relationship Id="rId3031" Type="http://schemas.openxmlformats.org/officeDocument/2006/relationships/oleObject" Target="embeddings/oleObject1500.bin"/><Relationship Id="rId3988" Type="http://schemas.openxmlformats.org/officeDocument/2006/relationships/oleObject" Target="embeddings/oleObject1975.bin"/><Relationship Id="rId6187" Type="http://schemas.openxmlformats.org/officeDocument/2006/relationships/image" Target="media/image3115.wmf"/><Relationship Id="rId6394" Type="http://schemas.openxmlformats.org/officeDocument/2006/relationships/oleObject" Target="embeddings/oleObject3172.bin"/><Relationship Id="rId2797" Type="http://schemas.openxmlformats.org/officeDocument/2006/relationships/oleObject" Target="embeddings/oleObject1383.bin"/><Relationship Id="rId3848" Type="http://schemas.openxmlformats.org/officeDocument/2006/relationships/image" Target="media/image1939.wmf"/><Relationship Id="rId6047" Type="http://schemas.openxmlformats.org/officeDocument/2006/relationships/oleObject" Target="embeddings/oleObject3001.bin"/><Relationship Id="rId6254" Type="http://schemas.openxmlformats.org/officeDocument/2006/relationships/oleObject" Target="embeddings/oleObject3102.bin"/><Relationship Id="rId769" Type="http://schemas.openxmlformats.org/officeDocument/2006/relationships/oleObject" Target="embeddings/oleObject379.bin"/><Relationship Id="rId976" Type="http://schemas.openxmlformats.org/officeDocument/2006/relationships/image" Target="media/image490.wmf"/><Relationship Id="rId1399" Type="http://schemas.openxmlformats.org/officeDocument/2006/relationships/oleObject" Target="embeddings/oleObject694.bin"/><Relationship Id="rId2657" Type="http://schemas.openxmlformats.org/officeDocument/2006/relationships/oleObject" Target="embeddings/oleObject1313.bin"/><Relationship Id="rId5063" Type="http://schemas.openxmlformats.org/officeDocument/2006/relationships/image" Target="media/image2549.wmf"/><Relationship Id="rId5270" Type="http://schemas.openxmlformats.org/officeDocument/2006/relationships/image" Target="media/image2653.wmf"/><Relationship Id="rId6114" Type="http://schemas.openxmlformats.org/officeDocument/2006/relationships/oleObject" Target="embeddings/oleObject3034.bin"/><Relationship Id="rId6321" Type="http://schemas.openxmlformats.org/officeDocument/2006/relationships/image" Target="media/image3182.wmf"/><Relationship Id="rId629" Type="http://schemas.openxmlformats.org/officeDocument/2006/relationships/oleObject" Target="embeddings/oleObject309.bin"/><Relationship Id="rId1259" Type="http://schemas.openxmlformats.org/officeDocument/2006/relationships/oleObject" Target="embeddings/oleObject624.bin"/><Relationship Id="rId1466" Type="http://schemas.openxmlformats.org/officeDocument/2006/relationships/oleObject" Target="embeddings/oleObject727.bin"/><Relationship Id="rId2864" Type="http://schemas.openxmlformats.org/officeDocument/2006/relationships/image" Target="media/image1444.wmf"/><Relationship Id="rId3708" Type="http://schemas.openxmlformats.org/officeDocument/2006/relationships/oleObject" Target="embeddings/oleObject1837.bin"/><Relationship Id="rId3915" Type="http://schemas.openxmlformats.org/officeDocument/2006/relationships/oleObject" Target="embeddings/oleObject1939.bin"/><Relationship Id="rId5130" Type="http://schemas.openxmlformats.org/officeDocument/2006/relationships/oleObject" Target="embeddings/oleObject2544.bin"/><Relationship Id="rId836" Type="http://schemas.openxmlformats.org/officeDocument/2006/relationships/image" Target="media/image420.wmf"/><Relationship Id="rId1119" Type="http://schemas.openxmlformats.org/officeDocument/2006/relationships/oleObject" Target="embeddings/oleObject554.bin"/><Relationship Id="rId1673" Type="http://schemas.openxmlformats.org/officeDocument/2006/relationships/image" Target="media/image839.wmf"/><Relationship Id="rId1880" Type="http://schemas.openxmlformats.org/officeDocument/2006/relationships/image" Target="media/image943.wmf"/><Relationship Id="rId2517" Type="http://schemas.openxmlformats.org/officeDocument/2006/relationships/image" Target="media/image1270.wmf"/><Relationship Id="rId2724" Type="http://schemas.openxmlformats.org/officeDocument/2006/relationships/image" Target="media/image1374.wmf"/><Relationship Id="rId2931" Type="http://schemas.openxmlformats.org/officeDocument/2006/relationships/oleObject" Target="embeddings/oleObject1450.bin"/><Relationship Id="rId903" Type="http://schemas.openxmlformats.org/officeDocument/2006/relationships/oleObject" Target="embeddings/oleObject446.bin"/><Relationship Id="rId1326" Type="http://schemas.openxmlformats.org/officeDocument/2006/relationships/image" Target="media/image665.wmf"/><Relationship Id="rId1533" Type="http://schemas.openxmlformats.org/officeDocument/2006/relationships/image" Target="media/image769.wmf"/><Relationship Id="rId1740" Type="http://schemas.openxmlformats.org/officeDocument/2006/relationships/oleObject" Target="embeddings/oleObject864.bin"/><Relationship Id="rId4689" Type="http://schemas.openxmlformats.org/officeDocument/2006/relationships/oleObject" Target="embeddings/oleObject2324.bin"/><Relationship Id="rId4896" Type="http://schemas.openxmlformats.org/officeDocument/2006/relationships/oleObject" Target="embeddings/oleObject2427.bin"/><Relationship Id="rId5947" Type="http://schemas.openxmlformats.org/officeDocument/2006/relationships/oleObject" Target="embeddings/oleObject2951.bin"/><Relationship Id="rId32" Type="http://schemas.openxmlformats.org/officeDocument/2006/relationships/oleObject" Target="embeddings/oleObject12.bin"/><Relationship Id="rId1600" Type="http://schemas.openxmlformats.org/officeDocument/2006/relationships/oleObject" Target="embeddings/oleObject794.bin"/><Relationship Id="rId3498" Type="http://schemas.openxmlformats.org/officeDocument/2006/relationships/image" Target="media/image1762.wmf"/><Relationship Id="rId4549" Type="http://schemas.openxmlformats.org/officeDocument/2006/relationships/image" Target="media/image2291.wmf"/><Relationship Id="rId4756" Type="http://schemas.openxmlformats.org/officeDocument/2006/relationships/image" Target="media/image2395.wmf"/><Relationship Id="rId4963" Type="http://schemas.openxmlformats.org/officeDocument/2006/relationships/image" Target="media/image2499.wmf"/><Relationship Id="rId5807" Type="http://schemas.openxmlformats.org/officeDocument/2006/relationships/image" Target="media/image2922.wmf"/><Relationship Id="rId3358" Type="http://schemas.openxmlformats.org/officeDocument/2006/relationships/image" Target="media/image1692.wmf"/><Relationship Id="rId3565" Type="http://schemas.openxmlformats.org/officeDocument/2006/relationships/oleObject" Target="embeddings/oleObject1766.bin"/><Relationship Id="rId3772" Type="http://schemas.openxmlformats.org/officeDocument/2006/relationships/image" Target="media/image1901.wmf"/><Relationship Id="rId4409" Type="http://schemas.openxmlformats.org/officeDocument/2006/relationships/oleObject" Target="embeddings/oleObject2185.bin"/><Relationship Id="rId4616" Type="http://schemas.openxmlformats.org/officeDocument/2006/relationships/image" Target="media/image2325.wmf"/><Relationship Id="rId4823" Type="http://schemas.openxmlformats.org/officeDocument/2006/relationships/oleObject" Target="embeddings/oleObject2391.bin"/><Relationship Id="rId279" Type="http://schemas.openxmlformats.org/officeDocument/2006/relationships/oleObject" Target="embeddings/oleObject135.bin"/><Relationship Id="rId486" Type="http://schemas.openxmlformats.org/officeDocument/2006/relationships/oleObject" Target="embeddings/oleObject238.bin"/><Relationship Id="rId693" Type="http://schemas.openxmlformats.org/officeDocument/2006/relationships/oleObject" Target="embeddings/oleObject341.bin"/><Relationship Id="rId2167" Type="http://schemas.openxmlformats.org/officeDocument/2006/relationships/image" Target="media/image1091.wmf"/><Relationship Id="rId2374" Type="http://schemas.openxmlformats.org/officeDocument/2006/relationships/oleObject" Target="embeddings/oleObject1173.bin"/><Relationship Id="rId2581" Type="http://schemas.openxmlformats.org/officeDocument/2006/relationships/image" Target="media/image1302.wmf"/><Relationship Id="rId3218" Type="http://schemas.openxmlformats.org/officeDocument/2006/relationships/oleObject" Target="embeddings/oleObject1593.bin"/><Relationship Id="rId3425" Type="http://schemas.openxmlformats.org/officeDocument/2006/relationships/oleObject" Target="embeddings/oleObject1696.bin"/><Relationship Id="rId3632" Type="http://schemas.openxmlformats.org/officeDocument/2006/relationships/oleObject" Target="embeddings/oleObject1799.bin"/><Relationship Id="rId139" Type="http://schemas.openxmlformats.org/officeDocument/2006/relationships/oleObject" Target="embeddings/oleObject65.bin"/><Relationship Id="rId346" Type="http://schemas.openxmlformats.org/officeDocument/2006/relationships/image" Target="media/image174.wmf"/><Relationship Id="rId553" Type="http://schemas.openxmlformats.org/officeDocument/2006/relationships/image" Target="media/image278.wmf"/><Relationship Id="rId760" Type="http://schemas.openxmlformats.org/officeDocument/2006/relationships/image" Target="media/image382.wmf"/><Relationship Id="rId1183" Type="http://schemas.openxmlformats.org/officeDocument/2006/relationships/oleObject" Target="embeddings/oleObject586.bin"/><Relationship Id="rId1390" Type="http://schemas.openxmlformats.org/officeDocument/2006/relationships/image" Target="media/image697.wmf"/><Relationship Id="rId2027" Type="http://schemas.openxmlformats.org/officeDocument/2006/relationships/oleObject" Target="embeddings/oleObject1003.bin"/><Relationship Id="rId2234" Type="http://schemas.openxmlformats.org/officeDocument/2006/relationships/oleObject" Target="embeddings/oleObject1106.bin"/><Relationship Id="rId2441" Type="http://schemas.openxmlformats.org/officeDocument/2006/relationships/image" Target="media/image1232.wmf"/><Relationship Id="rId5597" Type="http://schemas.openxmlformats.org/officeDocument/2006/relationships/oleObject" Target="embeddings/oleObject2777.bin"/><Relationship Id="rId206" Type="http://schemas.openxmlformats.org/officeDocument/2006/relationships/image" Target="media/image104.wmf"/><Relationship Id="rId413" Type="http://schemas.openxmlformats.org/officeDocument/2006/relationships/oleObject" Target="embeddings/oleObject202.bin"/><Relationship Id="rId1043" Type="http://schemas.openxmlformats.org/officeDocument/2006/relationships/oleObject" Target="embeddings/oleObject516.bin"/><Relationship Id="rId4199" Type="http://schemas.openxmlformats.org/officeDocument/2006/relationships/image" Target="media/image2115.wmf"/><Relationship Id="rId620" Type="http://schemas.openxmlformats.org/officeDocument/2006/relationships/image" Target="media/image312.wmf"/><Relationship Id="rId1250" Type="http://schemas.openxmlformats.org/officeDocument/2006/relationships/image" Target="media/image627.wmf"/><Relationship Id="rId2301" Type="http://schemas.openxmlformats.org/officeDocument/2006/relationships/image" Target="media/image1160.wmf"/><Relationship Id="rId4059" Type="http://schemas.openxmlformats.org/officeDocument/2006/relationships/image" Target="media/image2045.wmf"/><Relationship Id="rId5457" Type="http://schemas.openxmlformats.org/officeDocument/2006/relationships/oleObject" Target="embeddings/oleObject2707.bin"/><Relationship Id="rId5664" Type="http://schemas.openxmlformats.org/officeDocument/2006/relationships/image" Target="media/image2850.wmf"/><Relationship Id="rId5871" Type="http://schemas.openxmlformats.org/officeDocument/2006/relationships/image" Target="media/image2954.wmf"/><Relationship Id="rId1110" Type="http://schemas.openxmlformats.org/officeDocument/2006/relationships/image" Target="media/image557.wmf"/><Relationship Id="rId4266" Type="http://schemas.openxmlformats.org/officeDocument/2006/relationships/oleObject" Target="embeddings/oleObject2114.bin"/><Relationship Id="rId4473" Type="http://schemas.openxmlformats.org/officeDocument/2006/relationships/oleObject" Target="embeddings/oleObject2217.bin"/><Relationship Id="rId4680" Type="http://schemas.openxmlformats.org/officeDocument/2006/relationships/image" Target="media/image2357.wmf"/><Relationship Id="rId5317" Type="http://schemas.openxmlformats.org/officeDocument/2006/relationships/oleObject" Target="embeddings/oleObject2637.bin"/><Relationship Id="rId5524" Type="http://schemas.openxmlformats.org/officeDocument/2006/relationships/image" Target="media/image2780.wmf"/><Relationship Id="rId5731" Type="http://schemas.openxmlformats.org/officeDocument/2006/relationships/image" Target="media/image2884.wmf"/><Relationship Id="rId1927" Type="http://schemas.openxmlformats.org/officeDocument/2006/relationships/image" Target="media/image967.png"/><Relationship Id="rId3075" Type="http://schemas.openxmlformats.org/officeDocument/2006/relationships/oleObject" Target="embeddings/oleObject1522.bin"/><Relationship Id="rId3282" Type="http://schemas.openxmlformats.org/officeDocument/2006/relationships/oleObject" Target="embeddings/oleObject1625.bin"/><Relationship Id="rId4126" Type="http://schemas.openxmlformats.org/officeDocument/2006/relationships/oleObject" Target="embeddings/oleObject2044.bin"/><Relationship Id="rId4333" Type="http://schemas.openxmlformats.org/officeDocument/2006/relationships/oleObject" Target="embeddings/oleObject2147.bin"/><Relationship Id="rId4540" Type="http://schemas.openxmlformats.org/officeDocument/2006/relationships/oleObject" Target="embeddings/oleObject2250.bin"/><Relationship Id="rId2091" Type="http://schemas.openxmlformats.org/officeDocument/2006/relationships/image" Target="media/image1053.wmf"/><Relationship Id="rId3142" Type="http://schemas.openxmlformats.org/officeDocument/2006/relationships/oleObject" Target="embeddings/oleObject1555.bin"/><Relationship Id="rId4400" Type="http://schemas.openxmlformats.org/officeDocument/2006/relationships/image" Target="media/image2216.wmf"/><Relationship Id="rId6298" Type="http://schemas.openxmlformats.org/officeDocument/2006/relationships/oleObject" Target="embeddings/oleObject3124.bin"/><Relationship Id="rId270" Type="http://schemas.openxmlformats.org/officeDocument/2006/relationships/image" Target="media/image136.wmf"/><Relationship Id="rId3002" Type="http://schemas.openxmlformats.org/officeDocument/2006/relationships/image" Target="media/image1513.wmf"/><Relationship Id="rId6158" Type="http://schemas.openxmlformats.org/officeDocument/2006/relationships/oleObject" Target="embeddings/oleObject3054.bin"/><Relationship Id="rId6365" Type="http://schemas.openxmlformats.org/officeDocument/2006/relationships/image" Target="media/image3204.wmf"/><Relationship Id="rId130" Type="http://schemas.openxmlformats.org/officeDocument/2006/relationships/image" Target="media/image66.wmf"/><Relationship Id="rId3959" Type="http://schemas.openxmlformats.org/officeDocument/2006/relationships/image" Target="media/image1995.wmf"/><Relationship Id="rId5174" Type="http://schemas.openxmlformats.org/officeDocument/2006/relationships/oleObject" Target="embeddings/oleObject2566.bin"/><Relationship Id="rId5381" Type="http://schemas.openxmlformats.org/officeDocument/2006/relationships/oleObject" Target="embeddings/oleObject2669.bin"/><Relationship Id="rId6018" Type="http://schemas.openxmlformats.org/officeDocument/2006/relationships/image" Target="media/image3028.wmf"/><Relationship Id="rId6225" Type="http://schemas.openxmlformats.org/officeDocument/2006/relationships/image" Target="media/image3134.wmf"/><Relationship Id="rId2768" Type="http://schemas.openxmlformats.org/officeDocument/2006/relationships/image" Target="media/image1396.wmf"/><Relationship Id="rId2975" Type="http://schemas.openxmlformats.org/officeDocument/2006/relationships/oleObject" Target="embeddings/oleObject1472.bin"/><Relationship Id="rId3819" Type="http://schemas.openxmlformats.org/officeDocument/2006/relationships/oleObject" Target="embeddings/oleObject1891.bin"/><Relationship Id="rId5034" Type="http://schemas.openxmlformats.org/officeDocument/2006/relationships/oleObject" Target="embeddings/oleObject2496.bin"/><Relationship Id="rId6432" Type="http://schemas.openxmlformats.org/officeDocument/2006/relationships/image" Target="media/image3238.wmf"/><Relationship Id="rId947" Type="http://schemas.openxmlformats.org/officeDocument/2006/relationships/oleObject" Target="embeddings/oleObject468.bin"/><Relationship Id="rId1577" Type="http://schemas.openxmlformats.org/officeDocument/2006/relationships/image" Target="media/image791.wmf"/><Relationship Id="rId1784" Type="http://schemas.openxmlformats.org/officeDocument/2006/relationships/oleObject" Target="embeddings/oleObject886.bin"/><Relationship Id="rId1991" Type="http://schemas.openxmlformats.org/officeDocument/2006/relationships/oleObject" Target="embeddings/oleObject985.bin"/><Relationship Id="rId2628" Type="http://schemas.openxmlformats.org/officeDocument/2006/relationships/image" Target="media/image1326.wmf"/><Relationship Id="rId2835" Type="http://schemas.openxmlformats.org/officeDocument/2006/relationships/oleObject" Target="embeddings/oleObject1402.bin"/><Relationship Id="rId4190" Type="http://schemas.openxmlformats.org/officeDocument/2006/relationships/oleObject" Target="embeddings/oleObject2076.bin"/><Relationship Id="rId5241" Type="http://schemas.openxmlformats.org/officeDocument/2006/relationships/image" Target="media/image2638.wmf"/><Relationship Id="rId76" Type="http://schemas.openxmlformats.org/officeDocument/2006/relationships/image" Target="media/image39.wmf"/><Relationship Id="rId807" Type="http://schemas.openxmlformats.org/officeDocument/2006/relationships/oleObject" Target="embeddings/oleObject398.bin"/><Relationship Id="rId1437" Type="http://schemas.openxmlformats.org/officeDocument/2006/relationships/image" Target="media/image721.wmf"/><Relationship Id="rId1644" Type="http://schemas.openxmlformats.org/officeDocument/2006/relationships/oleObject" Target="embeddings/oleObject816.bin"/><Relationship Id="rId1851" Type="http://schemas.openxmlformats.org/officeDocument/2006/relationships/oleObject" Target="embeddings/oleObject919.bin"/><Relationship Id="rId2902" Type="http://schemas.openxmlformats.org/officeDocument/2006/relationships/image" Target="media/image1463.wmf"/><Relationship Id="rId4050" Type="http://schemas.openxmlformats.org/officeDocument/2006/relationships/oleObject" Target="embeddings/oleObject2006.bin"/><Relationship Id="rId5101" Type="http://schemas.openxmlformats.org/officeDocument/2006/relationships/image" Target="media/image2568.wmf"/><Relationship Id="rId1504" Type="http://schemas.openxmlformats.org/officeDocument/2006/relationships/oleObject" Target="embeddings/oleObject746.bin"/><Relationship Id="rId1711" Type="http://schemas.openxmlformats.org/officeDocument/2006/relationships/image" Target="media/image858.wmf"/><Relationship Id="rId4867" Type="http://schemas.openxmlformats.org/officeDocument/2006/relationships/oleObject" Target="embeddings/oleObject2413.bin"/><Relationship Id="rId3469" Type="http://schemas.openxmlformats.org/officeDocument/2006/relationships/oleObject" Target="embeddings/oleObject1718.bin"/><Relationship Id="rId3676" Type="http://schemas.openxmlformats.org/officeDocument/2006/relationships/oleObject" Target="embeddings/oleObject1821.bin"/><Relationship Id="rId5918" Type="http://schemas.openxmlformats.org/officeDocument/2006/relationships/oleObject" Target="embeddings/oleObject2937.bin"/><Relationship Id="rId6082" Type="http://schemas.openxmlformats.org/officeDocument/2006/relationships/oleObject" Target="embeddings/oleObject3018.bin"/><Relationship Id="rId597" Type="http://schemas.openxmlformats.org/officeDocument/2006/relationships/oleObject" Target="embeddings/oleObject293.bin"/><Relationship Id="rId2278" Type="http://schemas.openxmlformats.org/officeDocument/2006/relationships/oleObject" Target="embeddings/oleObject1126.bin"/><Relationship Id="rId2485" Type="http://schemas.openxmlformats.org/officeDocument/2006/relationships/image" Target="media/image1254.wmf"/><Relationship Id="rId3329" Type="http://schemas.openxmlformats.org/officeDocument/2006/relationships/image" Target="media/image1677.wmf"/><Relationship Id="rId3883" Type="http://schemas.openxmlformats.org/officeDocument/2006/relationships/oleObject" Target="embeddings/oleObject1923.bin"/><Relationship Id="rId4727" Type="http://schemas.openxmlformats.org/officeDocument/2006/relationships/oleObject" Target="embeddings/oleObject2343.bin"/><Relationship Id="rId4934" Type="http://schemas.openxmlformats.org/officeDocument/2006/relationships/oleObject" Target="embeddings/oleObject2446.bin"/><Relationship Id="rId457" Type="http://schemas.openxmlformats.org/officeDocument/2006/relationships/image" Target="media/image230.wmf"/><Relationship Id="rId1087" Type="http://schemas.openxmlformats.org/officeDocument/2006/relationships/oleObject" Target="embeddings/oleObject538.bin"/><Relationship Id="rId1294" Type="http://schemas.openxmlformats.org/officeDocument/2006/relationships/image" Target="media/image649.wmf"/><Relationship Id="rId2138" Type="http://schemas.openxmlformats.org/officeDocument/2006/relationships/oleObject" Target="embeddings/oleObject1058.bin"/><Relationship Id="rId2692" Type="http://schemas.openxmlformats.org/officeDocument/2006/relationships/image" Target="media/image1358.wmf"/><Relationship Id="rId3536" Type="http://schemas.openxmlformats.org/officeDocument/2006/relationships/image" Target="media/image1781.wmf"/><Relationship Id="rId3743" Type="http://schemas.openxmlformats.org/officeDocument/2006/relationships/image" Target="media/image1886.png"/><Relationship Id="rId3950" Type="http://schemas.openxmlformats.org/officeDocument/2006/relationships/oleObject" Target="embeddings/oleObject1956.bin"/><Relationship Id="rId664" Type="http://schemas.openxmlformats.org/officeDocument/2006/relationships/image" Target="media/image334.wmf"/><Relationship Id="rId871" Type="http://schemas.openxmlformats.org/officeDocument/2006/relationships/oleObject" Target="embeddings/oleObject430.bin"/><Relationship Id="rId2345" Type="http://schemas.openxmlformats.org/officeDocument/2006/relationships/oleObject" Target="embeddings/oleObject1159.bin"/><Relationship Id="rId2552" Type="http://schemas.openxmlformats.org/officeDocument/2006/relationships/oleObject" Target="embeddings/oleObject1261.bin"/><Relationship Id="rId3603" Type="http://schemas.openxmlformats.org/officeDocument/2006/relationships/oleObject" Target="embeddings/oleObject1785.bin"/><Relationship Id="rId3810" Type="http://schemas.openxmlformats.org/officeDocument/2006/relationships/image" Target="media/image1920.wmf"/><Relationship Id="rId317" Type="http://schemas.openxmlformats.org/officeDocument/2006/relationships/oleObject" Target="embeddings/oleObject154.bin"/><Relationship Id="rId524" Type="http://schemas.openxmlformats.org/officeDocument/2006/relationships/oleObject" Target="embeddings/oleObject257.bin"/><Relationship Id="rId731" Type="http://schemas.openxmlformats.org/officeDocument/2006/relationships/oleObject" Target="embeddings/oleObject360.bin"/><Relationship Id="rId1154" Type="http://schemas.openxmlformats.org/officeDocument/2006/relationships/image" Target="media/image579.wmf"/><Relationship Id="rId1361" Type="http://schemas.openxmlformats.org/officeDocument/2006/relationships/oleObject" Target="embeddings/oleObject675.bin"/><Relationship Id="rId2205" Type="http://schemas.openxmlformats.org/officeDocument/2006/relationships/image" Target="media/image1110.wmf"/><Relationship Id="rId2412" Type="http://schemas.openxmlformats.org/officeDocument/2006/relationships/oleObject" Target="embeddings/oleObject1191.bin"/><Relationship Id="rId5568" Type="http://schemas.openxmlformats.org/officeDocument/2006/relationships/image" Target="media/image2802.wmf"/><Relationship Id="rId5775" Type="http://schemas.openxmlformats.org/officeDocument/2006/relationships/image" Target="media/image2906.wmf"/><Relationship Id="rId5982" Type="http://schemas.openxmlformats.org/officeDocument/2006/relationships/image" Target="media/image3010.wmf"/><Relationship Id="rId1014" Type="http://schemas.openxmlformats.org/officeDocument/2006/relationships/image" Target="media/image509.wmf"/><Relationship Id="rId1221" Type="http://schemas.openxmlformats.org/officeDocument/2006/relationships/oleObject" Target="embeddings/oleObject605.bin"/><Relationship Id="rId4377" Type="http://schemas.openxmlformats.org/officeDocument/2006/relationships/oleObject" Target="embeddings/oleObject2169.bin"/><Relationship Id="rId4584" Type="http://schemas.openxmlformats.org/officeDocument/2006/relationships/oleObject" Target="embeddings/oleObject2272.bin"/><Relationship Id="rId4791" Type="http://schemas.openxmlformats.org/officeDocument/2006/relationships/oleObject" Target="embeddings/oleObject2375.bin"/><Relationship Id="rId5428" Type="http://schemas.openxmlformats.org/officeDocument/2006/relationships/image" Target="media/image2732.wmf"/><Relationship Id="rId5635" Type="http://schemas.openxmlformats.org/officeDocument/2006/relationships/oleObject" Target="embeddings/oleObject2796.bin"/><Relationship Id="rId5842" Type="http://schemas.openxmlformats.org/officeDocument/2006/relationships/oleObject" Target="embeddings/oleObject2899.bin"/><Relationship Id="rId3186" Type="http://schemas.openxmlformats.org/officeDocument/2006/relationships/oleObject" Target="embeddings/oleObject1577.bin"/><Relationship Id="rId3393" Type="http://schemas.openxmlformats.org/officeDocument/2006/relationships/oleObject" Target="embeddings/oleObject1680.bin"/><Relationship Id="rId4237" Type="http://schemas.openxmlformats.org/officeDocument/2006/relationships/image" Target="media/image2134.wmf"/><Relationship Id="rId4444" Type="http://schemas.openxmlformats.org/officeDocument/2006/relationships/image" Target="media/image2238.wmf"/><Relationship Id="rId4651" Type="http://schemas.openxmlformats.org/officeDocument/2006/relationships/oleObject" Target="embeddings/oleObject2305.bin"/><Relationship Id="rId3046" Type="http://schemas.openxmlformats.org/officeDocument/2006/relationships/image" Target="media/image1535.wmf"/><Relationship Id="rId3253" Type="http://schemas.openxmlformats.org/officeDocument/2006/relationships/image" Target="media/image1639.wmf"/><Relationship Id="rId3460" Type="http://schemas.openxmlformats.org/officeDocument/2006/relationships/image" Target="media/image1743.wmf"/><Relationship Id="rId4304" Type="http://schemas.openxmlformats.org/officeDocument/2006/relationships/image" Target="media/image2168.wmf"/><Relationship Id="rId5702" Type="http://schemas.openxmlformats.org/officeDocument/2006/relationships/oleObject" Target="embeddings/oleObject2829.bin"/><Relationship Id="rId174" Type="http://schemas.openxmlformats.org/officeDocument/2006/relationships/image" Target="media/image88.wmf"/><Relationship Id="rId381" Type="http://schemas.openxmlformats.org/officeDocument/2006/relationships/oleObject" Target="embeddings/oleObject186.bin"/><Relationship Id="rId2062" Type="http://schemas.openxmlformats.org/officeDocument/2006/relationships/oleObject" Target="embeddings/oleObject1020.bin"/><Relationship Id="rId3113" Type="http://schemas.openxmlformats.org/officeDocument/2006/relationships/image" Target="media/image1569.wmf"/><Relationship Id="rId4511" Type="http://schemas.openxmlformats.org/officeDocument/2006/relationships/image" Target="media/image2272.wmf"/><Relationship Id="rId6269" Type="http://schemas.openxmlformats.org/officeDocument/2006/relationships/image" Target="media/image3156.wmf"/><Relationship Id="rId241" Type="http://schemas.openxmlformats.org/officeDocument/2006/relationships/oleObject" Target="embeddings/oleObject116.bin"/><Relationship Id="rId3320" Type="http://schemas.openxmlformats.org/officeDocument/2006/relationships/oleObject" Target="embeddings/oleObject1644.bin"/><Relationship Id="rId5078" Type="http://schemas.openxmlformats.org/officeDocument/2006/relationships/oleObject" Target="embeddings/oleObject2518.bin"/><Relationship Id="rId2879" Type="http://schemas.openxmlformats.org/officeDocument/2006/relationships/oleObject" Target="embeddings/oleObject1424.bin"/><Relationship Id="rId5285" Type="http://schemas.openxmlformats.org/officeDocument/2006/relationships/oleObject" Target="embeddings/oleObject2621.bin"/><Relationship Id="rId5492" Type="http://schemas.openxmlformats.org/officeDocument/2006/relationships/image" Target="media/image2764.wmf"/><Relationship Id="rId6129" Type="http://schemas.openxmlformats.org/officeDocument/2006/relationships/image" Target="media/image3084.wmf"/><Relationship Id="rId6336" Type="http://schemas.openxmlformats.org/officeDocument/2006/relationships/oleObject" Target="embeddings/oleObject3143.bin"/><Relationship Id="rId101" Type="http://schemas.openxmlformats.org/officeDocument/2006/relationships/oleObject" Target="embeddings/oleObject46.bin"/><Relationship Id="rId1688" Type="http://schemas.openxmlformats.org/officeDocument/2006/relationships/oleObject" Target="embeddings/oleObject838.bin"/><Relationship Id="rId1895" Type="http://schemas.openxmlformats.org/officeDocument/2006/relationships/oleObject" Target="embeddings/oleObject941.bin"/><Relationship Id="rId2739" Type="http://schemas.openxmlformats.org/officeDocument/2006/relationships/oleObject" Target="embeddings/oleObject1354.bin"/><Relationship Id="rId2946" Type="http://schemas.openxmlformats.org/officeDocument/2006/relationships/image" Target="media/image1485.wmf"/><Relationship Id="rId4094" Type="http://schemas.openxmlformats.org/officeDocument/2006/relationships/oleObject" Target="embeddings/oleObject2028.bin"/><Relationship Id="rId5145" Type="http://schemas.openxmlformats.org/officeDocument/2006/relationships/image" Target="media/image2590.wmf"/><Relationship Id="rId5352" Type="http://schemas.openxmlformats.org/officeDocument/2006/relationships/image" Target="media/image2694.wmf"/><Relationship Id="rId6403" Type="http://schemas.openxmlformats.org/officeDocument/2006/relationships/image" Target="media/image3223.wmf"/><Relationship Id="rId918" Type="http://schemas.openxmlformats.org/officeDocument/2006/relationships/image" Target="media/image461.wmf"/><Relationship Id="rId1548" Type="http://schemas.openxmlformats.org/officeDocument/2006/relationships/oleObject" Target="embeddings/oleObject768.bin"/><Relationship Id="rId1755" Type="http://schemas.openxmlformats.org/officeDocument/2006/relationships/image" Target="media/image880.wmf"/><Relationship Id="rId4161" Type="http://schemas.openxmlformats.org/officeDocument/2006/relationships/image" Target="media/image2096.wmf"/><Relationship Id="rId5005" Type="http://schemas.openxmlformats.org/officeDocument/2006/relationships/image" Target="media/image2520.wmf"/><Relationship Id="rId5212" Type="http://schemas.openxmlformats.org/officeDocument/2006/relationships/oleObject" Target="embeddings/oleObject2585.bin"/><Relationship Id="rId1408" Type="http://schemas.openxmlformats.org/officeDocument/2006/relationships/image" Target="media/image706.wmf"/><Relationship Id="rId1962" Type="http://schemas.openxmlformats.org/officeDocument/2006/relationships/image" Target="media/image986.wmf"/><Relationship Id="rId2806" Type="http://schemas.openxmlformats.org/officeDocument/2006/relationships/image" Target="media/image1415.wmf"/><Relationship Id="rId4021" Type="http://schemas.openxmlformats.org/officeDocument/2006/relationships/image" Target="media/image2026.wmf"/><Relationship Id="rId47" Type="http://schemas.openxmlformats.org/officeDocument/2006/relationships/oleObject" Target="embeddings/oleObject19.bin"/><Relationship Id="rId1615" Type="http://schemas.openxmlformats.org/officeDocument/2006/relationships/image" Target="media/image810.wmf"/><Relationship Id="rId1822" Type="http://schemas.openxmlformats.org/officeDocument/2006/relationships/image" Target="media/image914.wmf"/><Relationship Id="rId4978" Type="http://schemas.openxmlformats.org/officeDocument/2006/relationships/oleObject" Target="embeddings/oleObject2468.bin"/><Relationship Id="rId6193" Type="http://schemas.openxmlformats.org/officeDocument/2006/relationships/image" Target="media/image3118.wmf"/><Relationship Id="rId3787" Type="http://schemas.openxmlformats.org/officeDocument/2006/relationships/oleObject" Target="embeddings/oleObject1875.bin"/><Relationship Id="rId3994" Type="http://schemas.openxmlformats.org/officeDocument/2006/relationships/oleObject" Target="embeddings/oleObject1978.bin"/><Relationship Id="rId4838" Type="http://schemas.openxmlformats.org/officeDocument/2006/relationships/image" Target="media/image2436.wmf"/><Relationship Id="rId6053" Type="http://schemas.openxmlformats.org/officeDocument/2006/relationships/oleObject" Target="embeddings/oleObject3004.bin"/><Relationship Id="rId2389" Type="http://schemas.openxmlformats.org/officeDocument/2006/relationships/image" Target="media/image1205.wmf"/><Relationship Id="rId2596" Type="http://schemas.openxmlformats.org/officeDocument/2006/relationships/oleObject" Target="embeddings/oleObject1283.bin"/><Relationship Id="rId3647" Type="http://schemas.openxmlformats.org/officeDocument/2006/relationships/image" Target="media/image1837.wmf"/><Relationship Id="rId3854" Type="http://schemas.openxmlformats.org/officeDocument/2006/relationships/image" Target="media/image1942.wmf"/><Relationship Id="rId4905" Type="http://schemas.openxmlformats.org/officeDocument/2006/relationships/image" Target="media/image2470.wmf"/><Relationship Id="rId6260" Type="http://schemas.openxmlformats.org/officeDocument/2006/relationships/oleObject" Target="embeddings/oleObject3105.bin"/><Relationship Id="rId568" Type="http://schemas.openxmlformats.org/officeDocument/2006/relationships/oleObject" Target="embeddings/oleObject279.bin"/><Relationship Id="rId775" Type="http://schemas.openxmlformats.org/officeDocument/2006/relationships/oleObject" Target="embeddings/oleObject382.bin"/><Relationship Id="rId982" Type="http://schemas.openxmlformats.org/officeDocument/2006/relationships/image" Target="media/image493.wmf"/><Relationship Id="rId1198" Type="http://schemas.openxmlformats.org/officeDocument/2006/relationships/image" Target="media/image601.wmf"/><Relationship Id="rId2249" Type="http://schemas.openxmlformats.org/officeDocument/2006/relationships/image" Target="media/image1132.wmf"/><Relationship Id="rId2456" Type="http://schemas.openxmlformats.org/officeDocument/2006/relationships/oleObject" Target="embeddings/oleObject1213.bin"/><Relationship Id="rId2663" Type="http://schemas.openxmlformats.org/officeDocument/2006/relationships/oleObject" Target="embeddings/oleObject1316.bin"/><Relationship Id="rId2870" Type="http://schemas.openxmlformats.org/officeDocument/2006/relationships/image" Target="media/image1447.wmf"/><Relationship Id="rId3507" Type="http://schemas.openxmlformats.org/officeDocument/2006/relationships/oleObject" Target="embeddings/oleObject1737.bin"/><Relationship Id="rId3714" Type="http://schemas.openxmlformats.org/officeDocument/2006/relationships/oleObject" Target="embeddings/oleObject1840.bin"/><Relationship Id="rId3921" Type="http://schemas.openxmlformats.org/officeDocument/2006/relationships/oleObject" Target="embeddings/oleObject1942.bin"/><Relationship Id="rId6120" Type="http://schemas.openxmlformats.org/officeDocument/2006/relationships/oleObject" Target="embeddings/oleObject3037.bin"/><Relationship Id="rId428" Type="http://schemas.openxmlformats.org/officeDocument/2006/relationships/oleObject" Target="embeddings/oleObject209.bin"/><Relationship Id="rId635" Type="http://schemas.openxmlformats.org/officeDocument/2006/relationships/oleObject" Target="embeddings/oleObject312.bin"/><Relationship Id="rId842" Type="http://schemas.openxmlformats.org/officeDocument/2006/relationships/image" Target="media/image423.wmf"/><Relationship Id="rId1058" Type="http://schemas.openxmlformats.org/officeDocument/2006/relationships/image" Target="media/image531.wmf"/><Relationship Id="rId1265" Type="http://schemas.openxmlformats.org/officeDocument/2006/relationships/oleObject" Target="embeddings/oleObject627.bin"/><Relationship Id="rId1472" Type="http://schemas.openxmlformats.org/officeDocument/2006/relationships/oleObject" Target="embeddings/oleObject730.bin"/><Relationship Id="rId2109" Type="http://schemas.openxmlformats.org/officeDocument/2006/relationships/image" Target="media/image1062.wmf"/><Relationship Id="rId2316" Type="http://schemas.openxmlformats.org/officeDocument/2006/relationships/image" Target="media/image1168.wmf"/><Relationship Id="rId2523" Type="http://schemas.openxmlformats.org/officeDocument/2006/relationships/image" Target="media/image1273.wmf"/><Relationship Id="rId2730" Type="http://schemas.openxmlformats.org/officeDocument/2006/relationships/image" Target="media/image1377.wmf"/><Relationship Id="rId5679" Type="http://schemas.openxmlformats.org/officeDocument/2006/relationships/oleObject" Target="embeddings/oleObject2818.bin"/><Relationship Id="rId5886" Type="http://schemas.openxmlformats.org/officeDocument/2006/relationships/oleObject" Target="embeddings/oleObject2921.bin"/><Relationship Id="rId702" Type="http://schemas.openxmlformats.org/officeDocument/2006/relationships/image" Target="media/image353.wmf"/><Relationship Id="rId1125" Type="http://schemas.openxmlformats.org/officeDocument/2006/relationships/oleObject" Target="embeddings/oleObject557.bin"/><Relationship Id="rId1332" Type="http://schemas.openxmlformats.org/officeDocument/2006/relationships/image" Target="media/image668.wmf"/><Relationship Id="rId4488" Type="http://schemas.openxmlformats.org/officeDocument/2006/relationships/image" Target="media/image2260.wmf"/><Relationship Id="rId4695" Type="http://schemas.openxmlformats.org/officeDocument/2006/relationships/oleObject" Target="embeddings/oleObject2327.bin"/><Relationship Id="rId5539" Type="http://schemas.openxmlformats.org/officeDocument/2006/relationships/oleObject" Target="embeddings/oleObject2748.bin"/><Relationship Id="rId3297" Type="http://schemas.openxmlformats.org/officeDocument/2006/relationships/image" Target="media/image1661.wmf"/><Relationship Id="rId4348" Type="http://schemas.openxmlformats.org/officeDocument/2006/relationships/image" Target="media/image2190.wmf"/><Relationship Id="rId5746" Type="http://schemas.openxmlformats.org/officeDocument/2006/relationships/oleObject" Target="embeddings/oleObject2851.bin"/><Relationship Id="rId5953" Type="http://schemas.openxmlformats.org/officeDocument/2006/relationships/oleObject" Target="embeddings/oleObject2954.bin"/><Relationship Id="rId3157" Type="http://schemas.openxmlformats.org/officeDocument/2006/relationships/image" Target="media/image1591.wmf"/><Relationship Id="rId4555" Type="http://schemas.openxmlformats.org/officeDocument/2006/relationships/image" Target="media/image2294.wmf"/><Relationship Id="rId4762" Type="http://schemas.openxmlformats.org/officeDocument/2006/relationships/image" Target="media/image2398.wmf"/><Relationship Id="rId5606" Type="http://schemas.openxmlformats.org/officeDocument/2006/relationships/image" Target="media/image2821.wmf"/><Relationship Id="rId5813" Type="http://schemas.openxmlformats.org/officeDocument/2006/relationships/image" Target="media/image2925.wmf"/><Relationship Id="rId285" Type="http://schemas.openxmlformats.org/officeDocument/2006/relationships/oleObject" Target="embeddings/oleObject138.bin"/><Relationship Id="rId3364" Type="http://schemas.openxmlformats.org/officeDocument/2006/relationships/image" Target="media/image1695.wmf"/><Relationship Id="rId3571" Type="http://schemas.openxmlformats.org/officeDocument/2006/relationships/oleObject" Target="embeddings/oleObject1769.bin"/><Relationship Id="rId4208" Type="http://schemas.openxmlformats.org/officeDocument/2006/relationships/oleObject" Target="embeddings/oleObject2085.bin"/><Relationship Id="rId4415" Type="http://schemas.openxmlformats.org/officeDocument/2006/relationships/oleObject" Target="embeddings/oleObject2188.bin"/><Relationship Id="rId4622" Type="http://schemas.openxmlformats.org/officeDocument/2006/relationships/image" Target="media/image2328.wmf"/><Relationship Id="rId492" Type="http://schemas.openxmlformats.org/officeDocument/2006/relationships/oleObject" Target="embeddings/oleObject241.bin"/><Relationship Id="rId2173" Type="http://schemas.openxmlformats.org/officeDocument/2006/relationships/image" Target="media/image1094.wmf"/><Relationship Id="rId2380" Type="http://schemas.openxmlformats.org/officeDocument/2006/relationships/oleObject" Target="embeddings/oleObject1176.bin"/><Relationship Id="rId3017" Type="http://schemas.openxmlformats.org/officeDocument/2006/relationships/oleObject" Target="embeddings/oleObject1493.bin"/><Relationship Id="rId3224" Type="http://schemas.openxmlformats.org/officeDocument/2006/relationships/oleObject" Target="embeddings/oleObject1596.bin"/><Relationship Id="rId3431" Type="http://schemas.openxmlformats.org/officeDocument/2006/relationships/oleObject" Target="embeddings/oleObject1699.bin"/><Relationship Id="rId145" Type="http://schemas.openxmlformats.org/officeDocument/2006/relationships/oleObject" Target="embeddings/oleObject68.bin"/><Relationship Id="rId352" Type="http://schemas.openxmlformats.org/officeDocument/2006/relationships/image" Target="media/image177.wmf"/><Relationship Id="rId2033" Type="http://schemas.openxmlformats.org/officeDocument/2006/relationships/oleObject" Target="embeddings/oleObject1006.bin"/><Relationship Id="rId2240" Type="http://schemas.openxmlformats.org/officeDocument/2006/relationships/oleObject" Target="embeddings/oleObject1109.bin"/><Relationship Id="rId5189" Type="http://schemas.openxmlformats.org/officeDocument/2006/relationships/image" Target="media/image2612.wmf"/><Relationship Id="rId5396" Type="http://schemas.openxmlformats.org/officeDocument/2006/relationships/image" Target="media/image2716.wmf"/><Relationship Id="rId6447" Type="http://schemas.openxmlformats.org/officeDocument/2006/relationships/oleObject" Target="embeddings/oleObject3198.bin"/><Relationship Id="rId212" Type="http://schemas.openxmlformats.org/officeDocument/2006/relationships/image" Target="media/image107.wmf"/><Relationship Id="rId1799" Type="http://schemas.openxmlformats.org/officeDocument/2006/relationships/image" Target="media/image902.wmf"/><Relationship Id="rId2100" Type="http://schemas.openxmlformats.org/officeDocument/2006/relationships/oleObject" Target="embeddings/oleObject1039.bin"/><Relationship Id="rId5049" Type="http://schemas.openxmlformats.org/officeDocument/2006/relationships/image" Target="media/image2542.wmf"/><Relationship Id="rId5256" Type="http://schemas.openxmlformats.org/officeDocument/2006/relationships/oleObject" Target="embeddings/oleObject2607.bin"/><Relationship Id="rId5463" Type="http://schemas.openxmlformats.org/officeDocument/2006/relationships/oleObject" Target="embeddings/oleObject2710.bin"/><Relationship Id="rId5670" Type="http://schemas.openxmlformats.org/officeDocument/2006/relationships/image" Target="media/image2853.wmf"/><Relationship Id="rId6307" Type="http://schemas.openxmlformats.org/officeDocument/2006/relationships/image" Target="media/image3175.wmf"/><Relationship Id="rId4065" Type="http://schemas.openxmlformats.org/officeDocument/2006/relationships/image" Target="media/image2048.wmf"/><Relationship Id="rId4272" Type="http://schemas.openxmlformats.org/officeDocument/2006/relationships/oleObject" Target="embeddings/oleObject2117.bin"/><Relationship Id="rId5116" Type="http://schemas.openxmlformats.org/officeDocument/2006/relationships/oleObject" Target="embeddings/oleObject2537.bin"/><Relationship Id="rId5323" Type="http://schemas.openxmlformats.org/officeDocument/2006/relationships/oleObject" Target="embeddings/oleObject2640.bin"/><Relationship Id="rId1659" Type="http://schemas.openxmlformats.org/officeDocument/2006/relationships/image" Target="media/image832.wmf"/><Relationship Id="rId1866" Type="http://schemas.openxmlformats.org/officeDocument/2006/relationships/image" Target="media/image936.wmf"/><Relationship Id="rId2917" Type="http://schemas.openxmlformats.org/officeDocument/2006/relationships/oleObject" Target="embeddings/oleObject1443.bin"/><Relationship Id="rId3081" Type="http://schemas.openxmlformats.org/officeDocument/2006/relationships/oleObject" Target="embeddings/oleObject1525.bin"/><Relationship Id="rId4132" Type="http://schemas.openxmlformats.org/officeDocument/2006/relationships/oleObject" Target="embeddings/oleObject2047.bin"/><Relationship Id="rId5530" Type="http://schemas.openxmlformats.org/officeDocument/2006/relationships/image" Target="media/image2783.wmf"/><Relationship Id="rId1519" Type="http://schemas.openxmlformats.org/officeDocument/2006/relationships/image" Target="media/image762.wmf"/><Relationship Id="rId1726" Type="http://schemas.openxmlformats.org/officeDocument/2006/relationships/oleObject" Target="embeddings/oleObject857.bin"/><Relationship Id="rId1933" Type="http://schemas.openxmlformats.org/officeDocument/2006/relationships/oleObject" Target="embeddings/oleObject958.bin"/><Relationship Id="rId6097" Type="http://schemas.openxmlformats.org/officeDocument/2006/relationships/image" Target="media/image3068.wmf"/><Relationship Id="rId18" Type="http://schemas.openxmlformats.org/officeDocument/2006/relationships/oleObject" Target="embeddings/oleObject7.bin"/><Relationship Id="rId3898" Type="http://schemas.openxmlformats.org/officeDocument/2006/relationships/image" Target="media/image1964.wmf"/><Relationship Id="rId4949" Type="http://schemas.openxmlformats.org/officeDocument/2006/relationships/image" Target="media/image2492.wmf"/><Relationship Id="rId3758" Type="http://schemas.openxmlformats.org/officeDocument/2006/relationships/image" Target="media/image1894.wmf"/><Relationship Id="rId3965" Type="http://schemas.openxmlformats.org/officeDocument/2006/relationships/image" Target="media/image1998.wmf"/><Relationship Id="rId4809" Type="http://schemas.openxmlformats.org/officeDocument/2006/relationships/oleObject" Target="embeddings/oleObject2384.bin"/><Relationship Id="rId6164" Type="http://schemas.openxmlformats.org/officeDocument/2006/relationships/oleObject" Target="embeddings/oleObject3057.bin"/><Relationship Id="rId6371" Type="http://schemas.openxmlformats.org/officeDocument/2006/relationships/image" Target="media/image3207.wmf"/><Relationship Id="rId679" Type="http://schemas.openxmlformats.org/officeDocument/2006/relationships/oleObject" Target="embeddings/oleObject334.bin"/><Relationship Id="rId886" Type="http://schemas.openxmlformats.org/officeDocument/2006/relationships/image" Target="media/image445.wmf"/><Relationship Id="rId2567" Type="http://schemas.openxmlformats.org/officeDocument/2006/relationships/image" Target="media/image1295.wmf"/><Relationship Id="rId2774" Type="http://schemas.openxmlformats.org/officeDocument/2006/relationships/image" Target="media/image1399.wmf"/><Relationship Id="rId3618" Type="http://schemas.openxmlformats.org/officeDocument/2006/relationships/image" Target="media/image1822.wmf"/><Relationship Id="rId5180" Type="http://schemas.openxmlformats.org/officeDocument/2006/relationships/oleObject" Target="embeddings/oleObject2569.bin"/><Relationship Id="rId6024" Type="http://schemas.openxmlformats.org/officeDocument/2006/relationships/image" Target="media/image3031.wmf"/><Relationship Id="rId6231" Type="http://schemas.openxmlformats.org/officeDocument/2006/relationships/image" Target="media/image3137.wmf"/><Relationship Id="rId2" Type="http://schemas.openxmlformats.org/officeDocument/2006/relationships/styles" Target="styles.xml"/><Relationship Id="rId539" Type="http://schemas.openxmlformats.org/officeDocument/2006/relationships/image" Target="media/image271.wmf"/><Relationship Id="rId746" Type="http://schemas.openxmlformats.org/officeDocument/2006/relationships/image" Target="media/image375.wmf"/><Relationship Id="rId1169" Type="http://schemas.openxmlformats.org/officeDocument/2006/relationships/oleObject" Target="embeddings/oleObject579.bin"/><Relationship Id="rId1376" Type="http://schemas.openxmlformats.org/officeDocument/2006/relationships/image" Target="media/image690.wmf"/><Relationship Id="rId1583" Type="http://schemas.openxmlformats.org/officeDocument/2006/relationships/image" Target="media/image794.wmf"/><Relationship Id="rId2427" Type="http://schemas.openxmlformats.org/officeDocument/2006/relationships/image" Target="media/image1225.wmf"/><Relationship Id="rId2981" Type="http://schemas.openxmlformats.org/officeDocument/2006/relationships/oleObject" Target="embeddings/oleObject1475.bin"/><Relationship Id="rId3825" Type="http://schemas.openxmlformats.org/officeDocument/2006/relationships/oleObject" Target="embeddings/oleObject1894.bin"/><Relationship Id="rId5040" Type="http://schemas.openxmlformats.org/officeDocument/2006/relationships/oleObject" Target="embeddings/oleObject2499.bin"/><Relationship Id="rId953" Type="http://schemas.openxmlformats.org/officeDocument/2006/relationships/oleObject" Target="embeddings/oleObject471.bin"/><Relationship Id="rId1029" Type="http://schemas.openxmlformats.org/officeDocument/2006/relationships/oleObject" Target="embeddings/oleObject509.bin"/><Relationship Id="rId1236" Type="http://schemas.openxmlformats.org/officeDocument/2006/relationships/image" Target="media/image620.wmf"/><Relationship Id="rId1790" Type="http://schemas.openxmlformats.org/officeDocument/2006/relationships/oleObject" Target="embeddings/oleObject889.bin"/><Relationship Id="rId2634" Type="http://schemas.openxmlformats.org/officeDocument/2006/relationships/image" Target="media/image1329.wmf"/><Relationship Id="rId2841" Type="http://schemas.openxmlformats.org/officeDocument/2006/relationships/oleObject" Target="embeddings/oleObject1405.bin"/><Relationship Id="rId5997" Type="http://schemas.openxmlformats.org/officeDocument/2006/relationships/oleObject" Target="embeddings/oleObject2976.bin"/><Relationship Id="rId82" Type="http://schemas.openxmlformats.org/officeDocument/2006/relationships/image" Target="media/image42.wmf"/><Relationship Id="rId606" Type="http://schemas.openxmlformats.org/officeDocument/2006/relationships/image" Target="media/image305.wmf"/><Relationship Id="rId813" Type="http://schemas.openxmlformats.org/officeDocument/2006/relationships/oleObject" Target="embeddings/oleObject401.bin"/><Relationship Id="rId1443" Type="http://schemas.openxmlformats.org/officeDocument/2006/relationships/image" Target="media/image724.wmf"/><Relationship Id="rId1650" Type="http://schemas.openxmlformats.org/officeDocument/2006/relationships/oleObject" Target="embeddings/oleObject819.bin"/><Relationship Id="rId2701" Type="http://schemas.openxmlformats.org/officeDocument/2006/relationships/oleObject" Target="embeddings/oleObject1335.bin"/><Relationship Id="rId4599" Type="http://schemas.openxmlformats.org/officeDocument/2006/relationships/oleObject" Target="embeddings/oleObject2279.bin"/><Relationship Id="rId5857" Type="http://schemas.openxmlformats.org/officeDocument/2006/relationships/image" Target="media/image2947.wmf"/><Relationship Id="rId1303" Type="http://schemas.openxmlformats.org/officeDocument/2006/relationships/oleObject" Target="embeddings/oleObject646.bin"/><Relationship Id="rId1510" Type="http://schemas.openxmlformats.org/officeDocument/2006/relationships/oleObject" Target="embeddings/oleObject749.bin"/><Relationship Id="rId4459" Type="http://schemas.openxmlformats.org/officeDocument/2006/relationships/oleObject" Target="embeddings/oleObject2210.bin"/><Relationship Id="rId4666" Type="http://schemas.openxmlformats.org/officeDocument/2006/relationships/image" Target="media/image2350.wmf"/><Relationship Id="rId4873" Type="http://schemas.openxmlformats.org/officeDocument/2006/relationships/oleObject" Target="embeddings/oleObject2416.bin"/><Relationship Id="rId5717" Type="http://schemas.openxmlformats.org/officeDocument/2006/relationships/image" Target="media/image2877.wmf"/><Relationship Id="rId5924" Type="http://schemas.openxmlformats.org/officeDocument/2006/relationships/oleObject" Target="embeddings/oleObject2940.bin"/><Relationship Id="rId3268" Type="http://schemas.openxmlformats.org/officeDocument/2006/relationships/oleObject" Target="embeddings/oleObject1618.bin"/><Relationship Id="rId3475" Type="http://schemas.openxmlformats.org/officeDocument/2006/relationships/oleObject" Target="embeddings/oleObject1721.bin"/><Relationship Id="rId3682" Type="http://schemas.openxmlformats.org/officeDocument/2006/relationships/oleObject" Target="embeddings/oleObject1824.bin"/><Relationship Id="rId4319" Type="http://schemas.openxmlformats.org/officeDocument/2006/relationships/oleObject" Target="embeddings/oleObject2140.bin"/><Relationship Id="rId4526" Type="http://schemas.openxmlformats.org/officeDocument/2006/relationships/oleObject" Target="embeddings/oleObject2243.bin"/><Relationship Id="rId4733" Type="http://schemas.openxmlformats.org/officeDocument/2006/relationships/oleObject" Target="embeddings/oleObject2346.bin"/><Relationship Id="rId4940" Type="http://schemas.openxmlformats.org/officeDocument/2006/relationships/oleObject" Target="embeddings/oleObject2449.bin"/><Relationship Id="rId189" Type="http://schemas.openxmlformats.org/officeDocument/2006/relationships/oleObject" Target="embeddings/oleObject90.bin"/><Relationship Id="rId396" Type="http://schemas.openxmlformats.org/officeDocument/2006/relationships/image" Target="media/image199.wmf"/><Relationship Id="rId2077" Type="http://schemas.openxmlformats.org/officeDocument/2006/relationships/image" Target="media/image1046.wmf"/><Relationship Id="rId2284" Type="http://schemas.openxmlformats.org/officeDocument/2006/relationships/oleObject" Target="embeddings/oleObject1129.bin"/><Relationship Id="rId2491" Type="http://schemas.openxmlformats.org/officeDocument/2006/relationships/image" Target="media/image1257.wmf"/><Relationship Id="rId3128" Type="http://schemas.openxmlformats.org/officeDocument/2006/relationships/oleObject" Target="embeddings/oleObject1548.bin"/><Relationship Id="rId3335" Type="http://schemas.openxmlformats.org/officeDocument/2006/relationships/image" Target="media/image1680.wmf"/><Relationship Id="rId3542" Type="http://schemas.openxmlformats.org/officeDocument/2006/relationships/image" Target="media/image1784.wmf"/><Relationship Id="rId256" Type="http://schemas.openxmlformats.org/officeDocument/2006/relationships/image" Target="media/image129.wmf"/><Relationship Id="rId463" Type="http://schemas.openxmlformats.org/officeDocument/2006/relationships/image" Target="media/image233.wmf"/><Relationship Id="rId670" Type="http://schemas.openxmlformats.org/officeDocument/2006/relationships/image" Target="media/image337.wmf"/><Relationship Id="rId1093" Type="http://schemas.openxmlformats.org/officeDocument/2006/relationships/oleObject" Target="embeddings/oleObject541.bin"/><Relationship Id="rId2144" Type="http://schemas.openxmlformats.org/officeDocument/2006/relationships/oleObject" Target="embeddings/oleObject1061.bin"/><Relationship Id="rId2351" Type="http://schemas.openxmlformats.org/officeDocument/2006/relationships/image" Target="media/image1186.wmf"/><Relationship Id="rId3402" Type="http://schemas.openxmlformats.org/officeDocument/2006/relationships/image" Target="media/image1714.wmf"/><Relationship Id="rId4800" Type="http://schemas.openxmlformats.org/officeDocument/2006/relationships/image" Target="media/image2417.wmf"/><Relationship Id="rId116" Type="http://schemas.openxmlformats.org/officeDocument/2006/relationships/image" Target="media/image59.wmf"/><Relationship Id="rId323" Type="http://schemas.openxmlformats.org/officeDocument/2006/relationships/oleObject" Target="embeddings/oleObject157.bin"/><Relationship Id="rId530" Type="http://schemas.openxmlformats.org/officeDocument/2006/relationships/oleObject" Target="embeddings/oleObject260.bin"/><Relationship Id="rId1160" Type="http://schemas.openxmlformats.org/officeDocument/2006/relationships/image" Target="media/image582.wmf"/><Relationship Id="rId2004" Type="http://schemas.openxmlformats.org/officeDocument/2006/relationships/image" Target="media/image1009.wmf"/><Relationship Id="rId2211" Type="http://schemas.openxmlformats.org/officeDocument/2006/relationships/image" Target="media/image1113.wmf"/><Relationship Id="rId5367" Type="http://schemas.openxmlformats.org/officeDocument/2006/relationships/oleObject" Target="embeddings/oleObject2662.bin"/><Relationship Id="rId4176" Type="http://schemas.openxmlformats.org/officeDocument/2006/relationships/oleObject" Target="embeddings/oleObject2069.bin"/><Relationship Id="rId5574" Type="http://schemas.openxmlformats.org/officeDocument/2006/relationships/image" Target="media/image2805.wmf"/><Relationship Id="rId5781" Type="http://schemas.openxmlformats.org/officeDocument/2006/relationships/image" Target="media/image2909.wmf"/><Relationship Id="rId6418" Type="http://schemas.openxmlformats.org/officeDocument/2006/relationships/image" Target="media/image3231.wmf"/><Relationship Id="rId1020" Type="http://schemas.openxmlformats.org/officeDocument/2006/relationships/image" Target="media/image512.wmf"/><Relationship Id="rId1977" Type="http://schemas.openxmlformats.org/officeDocument/2006/relationships/oleObject" Target="embeddings/oleObject980.bin"/><Relationship Id="rId4383" Type="http://schemas.openxmlformats.org/officeDocument/2006/relationships/oleObject" Target="embeddings/oleObject2172.bin"/><Relationship Id="rId4590" Type="http://schemas.openxmlformats.org/officeDocument/2006/relationships/image" Target="media/image2312.wmf"/><Relationship Id="rId5227" Type="http://schemas.openxmlformats.org/officeDocument/2006/relationships/image" Target="media/image2631.wmf"/><Relationship Id="rId5434" Type="http://schemas.openxmlformats.org/officeDocument/2006/relationships/image" Target="media/image2735.wmf"/><Relationship Id="rId5641" Type="http://schemas.openxmlformats.org/officeDocument/2006/relationships/oleObject" Target="embeddings/oleObject2799.bin"/><Relationship Id="rId1837" Type="http://schemas.openxmlformats.org/officeDocument/2006/relationships/oleObject" Target="embeddings/oleObject912.bin"/><Relationship Id="rId3192" Type="http://schemas.openxmlformats.org/officeDocument/2006/relationships/oleObject" Target="embeddings/oleObject1580.bin"/><Relationship Id="rId4036" Type="http://schemas.openxmlformats.org/officeDocument/2006/relationships/oleObject" Target="embeddings/oleObject1999.bin"/><Relationship Id="rId4243" Type="http://schemas.openxmlformats.org/officeDocument/2006/relationships/image" Target="media/image2137.wmf"/><Relationship Id="rId4450" Type="http://schemas.openxmlformats.org/officeDocument/2006/relationships/image" Target="media/image2241.wmf"/><Relationship Id="rId5501" Type="http://schemas.openxmlformats.org/officeDocument/2006/relationships/oleObject" Target="embeddings/oleObject2729.bin"/><Relationship Id="rId3052" Type="http://schemas.openxmlformats.org/officeDocument/2006/relationships/image" Target="media/image1538.wmf"/><Relationship Id="rId4103" Type="http://schemas.openxmlformats.org/officeDocument/2006/relationships/image" Target="media/image2067.wmf"/><Relationship Id="rId4310" Type="http://schemas.openxmlformats.org/officeDocument/2006/relationships/image" Target="media/image2171.wmf"/><Relationship Id="rId180" Type="http://schemas.openxmlformats.org/officeDocument/2006/relationships/image" Target="media/image91.wmf"/><Relationship Id="rId1904" Type="http://schemas.openxmlformats.org/officeDocument/2006/relationships/image" Target="media/image955.wmf"/><Relationship Id="rId6068" Type="http://schemas.openxmlformats.org/officeDocument/2006/relationships/oleObject" Target="embeddings/oleObject3011.bin"/><Relationship Id="rId6275" Type="http://schemas.openxmlformats.org/officeDocument/2006/relationships/image" Target="media/image3159.wmf"/><Relationship Id="rId3869" Type="http://schemas.openxmlformats.org/officeDocument/2006/relationships/oleObject" Target="embeddings/oleObject1916.bin"/><Relationship Id="rId5084" Type="http://schemas.openxmlformats.org/officeDocument/2006/relationships/oleObject" Target="embeddings/oleObject2521.bin"/><Relationship Id="rId5291" Type="http://schemas.openxmlformats.org/officeDocument/2006/relationships/oleObject" Target="embeddings/oleObject2624.bin"/><Relationship Id="rId6135" Type="http://schemas.openxmlformats.org/officeDocument/2006/relationships/image" Target="media/image3089.wmf"/><Relationship Id="rId6342" Type="http://schemas.openxmlformats.org/officeDocument/2006/relationships/oleObject" Target="embeddings/oleObject3146.bin"/><Relationship Id="rId997" Type="http://schemas.openxmlformats.org/officeDocument/2006/relationships/oleObject" Target="embeddings/oleObject493.bin"/><Relationship Id="rId2678" Type="http://schemas.openxmlformats.org/officeDocument/2006/relationships/image" Target="media/image1351.wmf"/><Relationship Id="rId2885" Type="http://schemas.openxmlformats.org/officeDocument/2006/relationships/oleObject" Target="embeddings/oleObject1427.bin"/><Relationship Id="rId3729" Type="http://schemas.openxmlformats.org/officeDocument/2006/relationships/oleObject" Target="embeddings/oleObject1847.bin"/><Relationship Id="rId3936" Type="http://schemas.openxmlformats.org/officeDocument/2006/relationships/oleObject" Target="embeddings/oleObject1949.bin"/><Relationship Id="rId5151" Type="http://schemas.openxmlformats.org/officeDocument/2006/relationships/image" Target="media/image2593.wmf"/><Relationship Id="rId857" Type="http://schemas.openxmlformats.org/officeDocument/2006/relationships/oleObject" Target="embeddings/oleObject423.bin"/><Relationship Id="rId1487" Type="http://schemas.openxmlformats.org/officeDocument/2006/relationships/image" Target="media/image746.wmf"/><Relationship Id="rId1694" Type="http://schemas.openxmlformats.org/officeDocument/2006/relationships/oleObject" Target="embeddings/oleObject841.bin"/><Relationship Id="rId2538" Type="http://schemas.openxmlformats.org/officeDocument/2006/relationships/oleObject" Target="embeddings/oleObject1254.bin"/><Relationship Id="rId2745" Type="http://schemas.openxmlformats.org/officeDocument/2006/relationships/oleObject" Target="embeddings/oleObject1357.bin"/><Relationship Id="rId2952" Type="http://schemas.openxmlformats.org/officeDocument/2006/relationships/image" Target="media/image1488.wmf"/><Relationship Id="rId6202" Type="http://schemas.openxmlformats.org/officeDocument/2006/relationships/oleObject" Target="embeddings/oleObject3076.bin"/><Relationship Id="rId717" Type="http://schemas.openxmlformats.org/officeDocument/2006/relationships/oleObject" Target="embeddings/oleObject353.bin"/><Relationship Id="rId924" Type="http://schemas.openxmlformats.org/officeDocument/2006/relationships/image" Target="media/image464.wmf"/><Relationship Id="rId1347" Type="http://schemas.openxmlformats.org/officeDocument/2006/relationships/oleObject" Target="embeddings/oleObject668.bin"/><Relationship Id="rId1554" Type="http://schemas.openxmlformats.org/officeDocument/2006/relationships/oleObject" Target="embeddings/oleObject771.bin"/><Relationship Id="rId1761" Type="http://schemas.openxmlformats.org/officeDocument/2006/relationships/image" Target="media/image883.wmf"/><Relationship Id="rId2605" Type="http://schemas.openxmlformats.org/officeDocument/2006/relationships/oleObject" Target="embeddings/oleObject1287.bin"/><Relationship Id="rId2812" Type="http://schemas.openxmlformats.org/officeDocument/2006/relationships/image" Target="media/image1418.wmf"/><Relationship Id="rId5011" Type="http://schemas.openxmlformats.org/officeDocument/2006/relationships/image" Target="media/image2523.wmf"/><Relationship Id="rId5968" Type="http://schemas.openxmlformats.org/officeDocument/2006/relationships/image" Target="media/image3003.wmf"/><Relationship Id="rId53" Type="http://schemas.openxmlformats.org/officeDocument/2006/relationships/oleObject" Target="embeddings/oleObject22.bin"/><Relationship Id="rId1207" Type="http://schemas.openxmlformats.org/officeDocument/2006/relationships/oleObject" Target="embeddings/oleObject598.bin"/><Relationship Id="rId1414" Type="http://schemas.openxmlformats.org/officeDocument/2006/relationships/image" Target="media/image709.wmf"/><Relationship Id="rId1621" Type="http://schemas.openxmlformats.org/officeDocument/2006/relationships/image" Target="media/image813.wmf"/><Relationship Id="rId4777" Type="http://schemas.openxmlformats.org/officeDocument/2006/relationships/oleObject" Target="embeddings/oleObject2368.bin"/><Relationship Id="rId4984" Type="http://schemas.openxmlformats.org/officeDocument/2006/relationships/oleObject" Target="embeddings/oleObject2471.bin"/><Relationship Id="rId5828" Type="http://schemas.openxmlformats.org/officeDocument/2006/relationships/oleObject" Target="embeddings/oleObject2892.bin"/><Relationship Id="rId3379" Type="http://schemas.openxmlformats.org/officeDocument/2006/relationships/oleObject" Target="embeddings/oleObject1673.bin"/><Relationship Id="rId3586" Type="http://schemas.openxmlformats.org/officeDocument/2006/relationships/image" Target="media/image1806.wmf"/><Relationship Id="rId3793" Type="http://schemas.openxmlformats.org/officeDocument/2006/relationships/oleObject" Target="embeddings/oleObject1878.bin"/><Relationship Id="rId4637" Type="http://schemas.openxmlformats.org/officeDocument/2006/relationships/oleObject" Target="embeddings/oleObject2298.bin"/><Relationship Id="rId2188" Type="http://schemas.openxmlformats.org/officeDocument/2006/relationships/oleObject" Target="embeddings/oleObject1083.bin"/><Relationship Id="rId2395" Type="http://schemas.openxmlformats.org/officeDocument/2006/relationships/image" Target="media/image1208.wmf"/><Relationship Id="rId3239" Type="http://schemas.openxmlformats.org/officeDocument/2006/relationships/image" Target="media/image1632.wmf"/><Relationship Id="rId3446" Type="http://schemas.openxmlformats.org/officeDocument/2006/relationships/image" Target="media/image1736.wmf"/><Relationship Id="rId4844" Type="http://schemas.openxmlformats.org/officeDocument/2006/relationships/image" Target="media/image2439.wmf"/><Relationship Id="rId367" Type="http://schemas.openxmlformats.org/officeDocument/2006/relationships/oleObject" Target="embeddings/oleObject179.bin"/><Relationship Id="rId574" Type="http://schemas.openxmlformats.org/officeDocument/2006/relationships/oleObject" Target="embeddings/oleObject282.bin"/><Relationship Id="rId2048" Type="http://schemas.openxmlformats.org/officeDocument/2006/relationships/image" Target="media/image1031.png"/><Relationship Id="rId2255" Type="http://schemas.openxmlformats.org/officeDocument/2006/relationships/image" Target="media/image1135.wmf"/><Relationship Id="rId3653" Type="http://schemas.openxmlformats.org/officeDocument/2006/relationships/image" Target="media/image1840.wmf"/><Relationship Id="rId3860" Type="http://schemas.openxmlformats.org/officeDocument/2006/relationships/image" Target="media/image1945.wmf"/><Relationship Id="rId4704" Type="http://schemas.openxmlformats.org/officeDocument/2006/relationships/image" Target="media/image2369.wmf"/><Relationship Id="rId4911" Type="http://schemas.openxmlformats.org/officeDocument/2006/relationships/image" Target="media/image2473.wmf"/><Relationship Id="rId227" Type="http://schemas.openxmlformats.org/officeDocument/2006/relationships/oleObject" Target="embeddings/oleObject109.bin"/><Relationship Id="rId781" Type="http://schemas.openxmlformats.org/officeDocument/2006/relationships/oleObject" Target="embeddings/oleObject385.bin"/><Relationship Id="rId2462" Type="http://schemas.openxmlformats.org/officeDocument/2006/relationships/oleObject" Target="embeddings/oleObject1216.bin"/><Relationship Id="rId3306" Type="http://schemas.openxmlformats.org/officeDocument/2006/relationships/oleObject" Target="embeddings/oleObject1637.bin"/><Relationship Id="rId3513" Type="http://schemas.openxmlformats.org/officeDocument/2006/relationships/oleObject" Target="embeddings/oleObject1740.bin"/><Relationship Id="rId3720" Type="http://schemas.openxmlformats.org/officeDocument/2006/relationships/image" Target="media/image1874.wmf"/><Relationship Id="rId434" Type="http://schemas.openxmlformats.org/officeDocument/2006/relationships/oleObject" Target="embeddings/oleObject212.bin"/><Relationship Id="rId641" Type="http://schemas.openxmlformats.org/officeDocument/2006/relationships/oleObject" Target="embeddings/oleObject315.bin"/><Relationship Id="rId1064" Type="http://schemas.openxmlformats.org/officeDocument/2006/relationships/image" Target="media/image534.wmf"/><Relationship Id="rId1271" Type="http://schemas.openxmlformats.org/officeDocument/2006/relationships/oleObject" Target="embeddings/oleObject630.bin"/><Relationship Id="rId2115" Type="http://schemas.openxmlformats.org/officeDocument/2006/relationships/image" Target="media/image1065.wmf"/><Relationship Id="rId2322" Type="http://schemas.openxmlformats.org/officeDocument/2006/relationships/image" Target="media/image1171.wmf"/><Relationship Id="rId5478" Type="http://schemas.openxmlformats.org/officeDocument/2006/relationships/image" Target="media/image2757.wmf"/><Relationship Id="rId5685" Type="http://schemas.openxmlformats.org/officeDocument/2006/relationships/oleObject" Target="embeddings/oleObject2821.bin"/><Relationship Id="rId5892" Type="http://schemas.openxmlformats.org/officeDocument/2006/relationships/oleObject" Target="embeddings/oleObject2924.bin"/><Relationship Id="rId501" Type="http://schemas.openxmlformats.org/officeDocument/2006/relationships/image" Target="media/image252.wmf"/><Relationship Id="rId1131" Type="http://schemas.openxmlformats.org/officeDocument/2006/relationships/oleObject" Target="embeddings/oleObject560.bin"/><Relationship Id="rId4287" Type="http://schemas.openxmlformats.org/officeDocument/2006/relationships/oleObject" Target="embeddings/oleObject2124.bin"/><Relationship Id="rId4494" Type="http://schemas.openxmlformats.org/officeDocument/2006/relationships/image" Target="media/image2263.wmf"/><Relationship Id="rId5338" Type="http://schemas.openxmlformats.org/officeDocument/2006/relationships/image" Target="media/image2687.wmf"/><Relationship Id="rId5545" Type="http://schemas.openxmlformats.org/officeDocument/2006/relationships/oleObject" Target="embeddings/oleObject2751.bin"/><Relationship Id="rId5752" Type="http://schemas.openxmlformats.org/officeDocument/2006/relationships/oleObject" Target="embeddings/oleObject2854.bin"/><Relationship Id="rId3096" Type="http://schemas.openxmlformats.org/officeDocument/2006/relationships/image" Target="media/image1560.wmf"/><Relationship Id="rId4147" Type="http://schemas.openxmlformats.org/officeDocument/2006/relationships/image" Target="media/image2089.wmf"/><Relationship Id="rId4354" Type="http://schemas.openxmlformats.org/officeDocument/2006/relationships/image" Target="media/image2193.wmf"/><Relationship Id="rId4561" Type="http://schemas.openxmlformats.org/officeDocument/2006/relationships/image" Target="media/image2297.wmf"/><Relationship Id="rId5405" Type="http://schemas.openxmlformats.org/officeDocument/2006/relationships/oleObject" Target="embeddings/oleObject2681.bin"/><Relationship Id="rId5612" Type="http://schemas.openxmlformats.org/officeDocument/2006/relationships/image" Target="media/image2824.wmf"/><Relationship Id="rId1948" Type="http://schemas.openxmlformats.org/officeDocument/2006/relationships/image" Target="media/image979.wmf"/><Relationship Id="rId3163" Type="http://schemas.openxmlformats.org/officeDocument/2006/relationships/image" Target="media/image1594.wmf"/><Relationship Id="rId3370" Type="http://schemas.openxmlformats.org/officeDocument/2006/relationships/image" Target="media/image1698.wmf"/><Relationship Id="rId4007" Type="http://schemas.openxmlformats.org/officeDocument/2006/relationships/image" Target="media/image2019.wmf"/><Relationship Id="rId4214" Type="http://schemas.openxmlformats.org/officeDocument/2006/relationships/oleObject" Target="embeddings/oleObject2088.bin"/><Relationship Id="rId4421" Type="http://schemas.openxmlformats.org/officeDocument/2006/relationships/oleObject" Target="embeddings/oleObject2191.bin"/><Relationship Id="rId291" Type="http://schemas.openxmlformats.org/officeDocument/2006/relationships/oleObject" Target="embeddings/oleObject141.bin"/><Relationship Id="rId1808" Type="http://schemas.openxmlformats.org/officeDocument/2006/relationships/oleObject" Target="embeddings/oleObject898.bin"/><Relationship Id="rId3023" Type="http://schemas.openxmlformats.org/officeDocument/2006/relationships/oleObject" Target="embeddings/oleObject1496.bin"/><Relationship Id="rId6179" Type="http://schemas.openxmlformats.org/officeDocument/2006/relationships/image" Target="media/image3111.wmf"/><Relationship Id="rId6386" Type="http://schemas.openxmlformats.org/officeDocument/2006/relationships/oleObject" Target="embeddings/oleObject3168.bin"/><Relationship Id="rId151" Type="http://schemas.openxmlformats.org/officeDocument/2006/relationships/oleObject" Target="embeddings/oleObject71.bin"/><Relationship Id="rId3230" Type="http://schemas.openxmlformats.org/officeDocument/2006/relationships/oleObject" Target="embeddings/oleObject1599.bin"/><Relationship Id="rId5195" Type="http://schemas.openxmlformats.org/officeDocument/2006/relationships/image" Target="media/image2615.wmf"/><Relationship Id="rId6039" Type="http://schemas.openxmlformats.org/officeDocument/2006/relationships/oleObject" Target="embeddings/oleObject2997.bin"/><Relationship Id="rId2789" Type="http://schemas.openxmlformats.org/officeDocument/2006/relationships/oleObject" Target="embeddings/oleObject1379.bin"/><Relationship Id="rId2996" Type="http://schemas.openxmlformats.org/officeDocument/2006/relationships/image" Target="media/image1510.wmf"/><Relationship Id="rId6246" Type="http://schemas.openxmlformats.org/officeDocument/2006/relationships/oleObject" Target="embeddings/oleObject3098.bin"/><Relationship Id="rId6453" Type="http://schemas.openxmlformats.org/officeDocument/2006/relationships/theme" Target="theme/theme1.xml"/><Relationship Id="rId968" Type="http://schemas.openxmlformats.org/officeDocument/2006/relationships/image" Target="media/image486.wmf"/><Relationship Id="rId1598" Type="http://schemas.openxmlformats.org/officeDocument/2006/relationships/oleObject" Target="embeddings/oleObject793.bin"/><Relationship Id="rId2649" Type="http://schemas.openxmlformats.org/officeDocument/2006/relationships/oleObject" Target="embeddings/oleObject1309.bin"/><Relationship Id="rId2856" Type="http://schemas.openxmlformats.org/officeDocument/2006/relationships/image" Target="media/image1440.wmf"/><Relationship Id="rId3907" Type="http://schemas.openxmlformats.org/officeDocument/2006/relationships/oleObject" Target="embeddings/oleObject1935.bin"/><Relationship Id="rId5055" Type="http://schemas.openxmlformats.org/officeDocument/2006/relationships/image" Target="media/image2545.wmf"/><Relationship Id="rId5262" Type="http://schemas.openxmlformats.org/officeDocument/2006/relationships/oleObject" Target="embeddings/oleObject2610.bin"/><Relationship Id="rId6106" Type="http://schemas.openxmlformats.org/officeDocument/2006/relationships/oleObject" Target="embeddings/oleObject3030.bin"/><Relationship Id="rId6313" Type="http://schemas.openxmlformats.org/officeDocument/2006/relationships/image" Target="media/image3178.wmf"/><Relationship Id="rId97" Type="http://schemas.openxmlformats.org/officeDocument/2006/relationships/oleObject" Target="embeddings/oleObject44.bin"/><Relationship Id="rId828" Type="http://schemas.openxmlformats.org/officeDocument/2006/relationships/image" Target="media/image416.wmf"/><Relationship Id="rId1458" Type="http://schemas.openxmlformats.org/officeDocument/2006/relationships/oleObject" Target="embeddings/oleObject723.bin"/><Relationship Id="rId1665" Type="http://schemas.openxmlformats.org/officeDocument/2006/relationships/image" Target="media/image835.wmf"/><Relationship Id="rId1872" Type="http://schemas.openxmlformats.org/officeDocument/2006/relationships/image" Target="media/image939.wmf"/><Relationship Id="rId2509" Type="http://schemas.openxmlformats.org/officeDocument/2006/relationships/image" Target="media/image1266.wmf"/><Relationship Id="rId2716" Type="http://schemas.openxmlformats.org/officeDocument/2006/relationships/image" Target="media/image1370.wmf"/><Relationship Id="rId4071" Type="http://schemas.openxmlformats.org/officeDocument/2006/relationships/image" Target="media/image2051.wmf"/><Relationship Id="rId5122" Type="http://schemas.openxmlformats.org/officeDocument/2006/relationships/oleObject" Target="embeddings/oleObject2540.bin"/><Relationship Id="rId1318" Type="http://schemas.openxmlformats.org/officeDocument/2006/relationships/image" Target="media/image661.wmf"/><Relationship Id="rId1525" Type="http://schemas.openxmlformats.org/officeDocument/2006/relationships/image" Target="media/image765.wmf"/><Relationship Id="rId2923" Type="http://schemas.openxmlformats.org/officeDocument/2006/relationships/oleObject" Target="embeddings/oleObject1446.bin"/><Relationship Id="rId1732" Type="http://schemas.openxmlformats.org/officeDocument/2006/relationships/oleObject" Target="embeddings/oleObject860.bin"/><Relationship Id="rId4888" Type="http://schemas.openxmlformats.org/officeDocument/2006/relationships/image" Target="media/image2461.png"/><Relationship Id="rId5939" Type="http://schemas.openxmlformats.org/officeDocument/2006/relationships/oleObject" Target="embeddings/oleObject2947.bin"/><Relationship Id="rId24" Type="http://schemas.openxmlformats.org/officeDocument/2006/relationships/oleObject" Target="embeddings/oleObject10.bin"/><Relationship Id="rId2299" Type="http://schemas.openxmlformats.org/officeDocument/2006/relationships/image" Target="media/image1159.wmf"/><Relationship Id="rId3697" Type="http://schemas.openxmlformats.org/officeDocument/2006/relationships/image" Target="media/image1862.wmf"/><Relationship Id="rId4748" Type="http://schemas.openxmlformats.org/officeDocument/2006/relationships/image" Target="media/image2391.wmf"/><Relationship Id="rId4955" Type="http://schemas.openxmlformats.org/officeDocument/2006/relationships/image" Target="media/image2495.wmf"/><Relationship Id="rId3557" Type="http://schemas.openxmlformats.org/officeDocument/2006/relationships/oleObject" Target="embeddings/oleObject1762.bin"/><Relationship Id="rId3764" Type="http://schemas.openxmlformats.org/officeDocument/2006/relationships/image" Target="media/image1897.wmf"/><Relationship Id="rId3971" Type="http://schemas.openxmlformats.org/officeDocument/2006/relationships/image" Target="media/image2001.wmf"/><Relationship Id="rId4608" Type="http://schemas.openxmlformats.org/officeDocument/2006/relationships/image" Target="media/image2321.wmf"/><Relationship Id="rId4815" Type="http://schemas.openxmlformats.org/officeDocument/2006/relationships/oleObject" Target="embeddings/oleObject2387.bin"/><Relationship Id="rId6170" Type="http://schemas.openxmlformats.org/officeDocument/2006/relationships/oleObject" Target="embeddings/oleObject3060.bin"/><Relationship Id="rId478" Type="http://schemas.openxmlformats.org/officeDocument/2006/relationships/oleObject" Target="embeddings/oleObject234.bin"/><Relationship Id="rId685" Type="http://schemas.openxmlformats.org/officeDocument/2006/relationships/oleObject" Target="embeddings/oleObject337.bin"/><Relationship Id="rId892" Type="http://schemas.openxmlformats.org/officeDocument/2006/relationships/image" Target="media/image448.wmf"/><Relationship Id="rId2159" Type="http://schemas.openxmlformats.org/officeDocument/2006/relationships/image" Target="media/image1087.wmf"/><Relationship Id="rId2366" Type="http://schemas.openxmlformats.org/officeDocument/2006/relationships/oleObject" Target="embeddings/oleObject1169.bin"/><Relationship Id="rId2573" Type="http://schemas.openxmlformats.org/officeDocument/2006/relationships/image" Target="media/image1298.wmf"/><Relationship Id="rId2780" Type="http://schemas.openxmlformats.org/officeDocument/2006/relationships/image" Target="media/image1402.wmf"/><Relationship Id="rId3417" Type="http://schemas.openxmlformats.org/officeDocument/2006/relationships/oleObject" Target="embeddings/oleObject1692.bin"/><Relationship Id="rId3624" Type="http://schemas.openxmlformats.org/officeDocument/2006/relationships/oleObject" Target="embeddings/oleObject1795.bin"/><Relationship Id="rId3831" Type="http://schemas.openxmlformats.org/officeDocument/2006/relationships/oleObject" Target="embeddings/oleObject1897.bin"/><Relationship Id="rId6030" Type="http://schemas.openxmlformats.org/officeDocument/2006/relationships/image" Target="media/image3034.wmf"/><Relationship Id="rId338" Type="http://schemas.openxmlformats.org/officeDocument/2006/relationships/image" Target="media/image170.wmf"/><Relationship Id="rId545" Type="http://schemas.openxmlformats.org/officeDocument/2006/relationships/image" Target="media/image274.wmf"/><Relationship Id="rId752" Type="http://schemas.openxmlformats.org/officeDocument/2006/relationships/image" Target="media/image378.wmf"/><Relationship Id="rId1175" Type="http://schemas.openxmlformats.org/officeDocument/2006/relationships/oleObject" Target="embeddings/oleObject582.bin"/><Relationship Id="rId1382" Type="http://schemas.openxmlformats.org/officeDocument/2006/relationships/image" Target="media/image693.wmf"/><Relationship Id="rId2019" Type="http://schemas.openxmlformats.org/officeDocument/2006/relationships/oleObject" Target="embeddings/oleObject999.bin"/><Relationship Id="rId2226" Type="http://schemas.openxmlformats.org/officeDocument/2006/relationships/oleObject" Target="embeddings/oleObject1102.bin"/><Relationship Id="rId2433" Type="http://schemas.openxmlformats.org/officeDocument/2006/relationships/image" Target="media/image1228.wmf"/><Relationship Id="rId2640" Type="http://schemas.openxmlformats.org/officeDocument/2006/relationships/image" Target="media/image1332.wmf"/><Relationship Id="rId5589" Type="http://schemas.openxmlformats.org/officeDocument/2006/relationships/oleObject" Target="embeddings/oleObject2773.bin"/><Relationship Id="rId5796" Type="http://schemas.openxmlformats.org/officeDocument/2006/relationships/oleObject" Target="embeddings/oleObject2876.bin"/><Relationship Id="rId405" Type="http://schemas.openxmlformats.org/officeDocument/2006/relationships/oleObject" Target="embeddings/oleObject198.bin"/><Relationship Id="rId612" Type="http://schemas.openxmlformats.org/officeDocument/2006/relationships/image" Target="media/image308.wmf"/><Relationship Id="rId1035" Type="http://schemas.openxmlformats.org/officeDocument/2006/relationships/oleObject" Target="embeddings/oleObject512.bin"/><Relationship Id="rId1242" Type="http://schemas.openxmlformats.org/officeDocument/2006/relationships/image" Target="media/image623.wmf"/><Relationship Id="rId2500" Type="http://schemas.openxmlformats.org/officeDocument/2006/relationships/oleObject" Target="embeddings/oleObject1235.bin"/><Relationship Id="rId4398" Type="http://schemas.openxmlformats.org/officeDocument/2006/relationships/image" Target="media/image2215.wmf"/><Relationship Id="rId5449" Type="http://schemas.openxmlformats.org/officeDocument/2006/relationships/oleObject" Target="embeddings/oleObject2703.bin"/><Relationship Id="rId5656" Type="http://schemas.openxmlformats.org/officeDocument/2006/relationships/image" Target="media/image2846.wmf"/><Relationship Id="rId1102" Type="http://schemas.openxmlformats.org/officeDocument/2006/relationships/image" Target="media/image553.wmf"/><Relationship Id="rId4258" Type="http://schemas.openxmlformats.org/officeDocument/2006/relationships/oleObject" Target="embeddings/oleObject2110.bin"/><Relationship Id="rId4465" Type="http://schemas.openxmlformats.org/officeDocument/2006/relationships/oleObject" Target="embeddings/oleObject2213.bin"/><Relationship Id="rId5309" Type="http://schemas.openxmlformats.org/officeDocument/2006/relationships/oleObject" Target="embeddings/oleObject2633.bin"/><Relationship Id="rId5863" Type="http://schemas.openxmlformats.org/officeDocument/2006/relationships/image" Target="media/image2950.wmf"/><Relationship Id="rId3067" Type="http://schemas.openxmlformats.org/officeDocument/2006/relationships/oleObject" Target="embeddings/oleObject1518.bin"/><Relationship Id="rId3274" Type="http://schemas.openxmlformats.org/officeDocument/2006/relationships/oleObject" Target="embeddings/oleObject1621.bin"/><Relationship Id="rId4118" Type="http://schemas.openxmlformats.org/officeDocument/2006/relationships/oleObject" Target="embeddings/oleObject2040.bin"/><Relationship Id="rId4672" Type="http://schemas.openxmlformats.org/officeDocument/2006/relationships/image" Target="media/image2353.wmf"/><Relationship Id="rId5516" Type="http://schemas.openxmlformats.org/officeDocument/2006/relationships/image" Target="media/image2776.wmf"/><Relationship Id="rId5723" Type="http://schemas.openxmlformats.org/officeDocument/2006/relationships/image" Target="media/image2880.wmf"/><Relationship Id="rId5930" Type="http://schemas.openxmlformats.org/officeDocument/2006/relationships/image" Target="media/image2984.wmf"/><Relationship Id="rId195" Type="http://schemas.openxmlformats.org/officeDocument/2006/relationships/oleObject" Target="embeddings/oleObject93.bin"/><Relationship Id="rId1919" Type="http://schemas.openxmlformats.org/officeDocument/2006/relationships/oleObject" Target="embeddings/oleObject953.bin"/><Relationship Id="rId3481" Type="http://schemas.openxmlformats.org/officeDocument/2006/relationships/oleObject" Target="embeddings/oleObject1724.bin"/><Relationship Id="rId4325" Type="http://schemas.openxmlformats.org/officeDocument/2006/relationships/oleObject" Target="embeddings/oleObject2143.bin"/><Relationship Id="rId4532" Type="http://schemas.openxmlformats.org/officeDocument/2006/relationships/oleObject" Target="embeddings/oleObject2246.bin"/><Relationship Id="rId2083" Type="http://schemas.openxmlformats.org/officeDocument/2006/relationships/image" Target="media/image1049.wmf"/><Relationship Id="rId2290" Type="http://schemas.openxmlformats.org/officeDocument/2006/relationships/oleObject" Target="embeddings/oleObject1132.bin"/><Relationship Id="rId3134" Type="http://schemas.openxmlformats.org/officeDocument/2006/relationships/oleObject" Target="embeddings/oleObject1551.bin"/><Relationship Id="rId3341" Type="http://schemas.openxmlformats.org/officeDocument/2006/relationships/image" Target="media/image1683.wmf"/><Relationship Id="rId262" Type="http://schemas.openxmlformats.org/officeDocument/2006/relationships/image" Target="media/image132.wmf"/><Relationship Id="rId2150" Type="http://schemas.openxmlformats.org/officeDocument/2006/relationships/oleObject" Target="embeddings/oleObject1064.bin"/><Relationship Id="rId3201" Type="http://schemas.openxmlformats.org/officeDocument/2006/relationships/image" Target="media/image1613.wmf"/><Relationship Id="rId5099" Type="http://schemas.openxmlformats.org/officeDocument/2006/relationships/image" Target="media/image2567.wmf"/><Relationship Id="rId6357" Type="http://schemas.openxmlformats.org/officeDocument/2006/relationships/image" Target="media/image3200.wmf"/><Relationship Id="rId122" Type="http://schemas.openxmlformats.org/officeDocument/2006/relationships/image" Target="media/image62.wmf"/><Relationship Id="rId2010" Type="http://schemas.openxmlformats.org/officeDocument/2006/relationships/image" Target="media/image1012.wmf"/><Relationship Id="rId5166" Type="http://schemas.openxmlformats.org/officeDocument/2006/relationships/oleObject" Target="embeddings/oleObject2562.bin"/><Relationship Id="rId5373" Type="http://schemas.openxmlformats.org/officeDocument/2006/relationships/oleObject" Target="embeddings/oleObject2665.bin"/><Relationship Id="rId5580" Type="http://schemas.openxmlformats.org/officeDocument/2006/relationships/image" Target="media/image2808.wmf"/><Relationship Id="rId6217" Type="http://schemas.openxmlformats.org/officeDocument/2006/relationships/image" Target="media/image3130.wmf"/><Relationship Id="rId6424" Type="http://schemas.openxmlformats.org/officeDocument/2006/relationships/image" Target="media/image3234.wmf"/><Relationship Id="rId1569" Type="http://schemas.openxmlformats.org/officeDocument/2006/relationships/image" Target="media/image787.wmf"/><Relationship Id="rId2967" Type="http://schemas.openxmlformats.org/officeDocument/2006/relationships/oleObject" Target="embeddings/oleObject1468.bin"/><Relationship Id="rId4182" Type="http://schemas.openxmlformats.org/officeDocument/2006/relationships/oleObject" Target="embeddings/oleObject2072.bin"/><Relationship Id="rId5026" Type="http://schemas.openxmlformats.org/officeDocument/2006/relationships/oleObject" Target="embeddings/oleObject2492.bin"/><Relationship Id="rId5233" Type="http://schemas.openxmlformats.org/officeDocument/2006/relationships/image" Target="media/image2634.wmf"/><Relationship Id="rId5440" Type="http://schemas.openxmlformats.org/officeDocument/2006/relationships/image" Target="media/image2738.wmf"/><Relationship Id="rId939" Type="http://schemas.openxmlformats.org/officeDocument/2006/relationships/oleObject" Target="embeddings/oleObject464.bin"/><Relationship Id="rId1776" Type="http://schemas.openxmlformats.org/officeDocument/2006/relationships/oleObject" Target="embeddings/oleObject882.bin"/><Relationship Id="rId1983" Type="http://schemas.openxmlformats.org/officeDocument/2006/relationships/oleObject" Target="embeddings/oleObject983.bin"/><Relationship Id="rId2827" Type="http://schemas.openxmlformats.org/officeDocument/2006/relationships/oleObject" Target="embeddings/oleObject1398.bin"/><Relationship Id="rId4042" Type="http://schemas.openxmlformats.org/officeDocument/2006/relationships/oleObject" Target="embeddings/oleObject2002.bin"/><Relationship Id="rId68" Type="http://schemas.openxmlformats.org/officeDocument/2006/relationships/image" Target="media/image35.wmf"/><Relationship Id="rId1429" Type="http://schemas.openxmlformats.org/officeDocument/2006/relationships/oleObject" Target="embeddings/oleObject709.bin"/><Relationship Id="rId1636" Type="http://schemas.openxmlformats.org/officeDocument/2006/relationships/oleObject" Target="embeddings/oleObject812.bin"/><Relationship Id="rId1843" Type="http://schemas.openxmlformats.org/officeDocument/2006/relationships/oleObject" Target="embeddings/oleObject915.bin"/><Relationship Id="rId4999" Type="http://schemas.openxmlformats.org/officeDocument/2006/relationships/image" Target="media/image2517.wmf"/><Relationship Id="rId5300" Type="http://schemas.openxmlformats.org/officeDocument/2006/relationships/image" Target="media/image2668.wmf"/><Relationship Id="rId1703" Type="http://schemas.openxmlformats.org/officeDocument/2006/relationships/image" Target="media/image854.wmf"/><Relationship Id="rId1910" Type="http://schemas.openxmlformats.org/officeDocument/2006/relationships/image" Target="media/image958.wmf"/><Relationship Id="rId4859" Type="http://schemas.openxmlformats.org/officeDocument/2006/relationships/oleObject" Target="embeddings/oleObject2409.bin"/><Relationship Id="rId3668" Type="http://schemas.openxmlformats.org/officeDocument/2006/relationships/oleObject" Target="embeddings/oleObject1817.bin"/><Relationship Id="rId3875" Type="http://schemas.openxmlformats.org/officeDocument/2006/relationships/oleObject" Target="embeddings/oleObject1919.bin"/><Relationship Id="rId4719" Type="http://schemas.openxmlformats.org/officeDocument/2006/relationships/oleObject" Target="embeddings/oleObject2339.bin"/><Relationship Id="rId4926" Type="http://schemas.openxmlformats.org/officeDocument/2006/relationships/oleObject" Target="embeddings/oleObject2442.bin"/><Relationship Id="rId6074" Type="http://schemas.openxmlformats.org/officeDocument/2006/relationships/oleObject" Target="embeddings/oleObject3014.bin"/><Relationship Id="rId6281" Type="http://schemas.openxmlformats.org/officeDocument/2006/relationships/image" Target="media/image3162.wmf"/><Relationship Id="rId589" Type="http://schemas.openxmlformats.org/officeDocument/2006/relationships/image" Target="media/image296.wmf"/><Relationship Id="rId796" Type="http://schemas.openxmlformats.org/officeDocument/2006/relationships/image" Target="media/image400.wmf"/><Relationship Id="rId2477" Type="http://schemas.openxmlformats.org/officeDocument/2006/relationships/image" Target="media/image1250.wmf"/><Relationship Id="rId2684" Type="http://schemas.openxmlformats.org/officeDocument/2006/relationships/image" Target="media/image1354.wmf"/><Relationship Id="rId3528" Type="http://schemas.openxmlformats.org/officeDocument/2006/relationships/image" Target="media/image1777.wmf"/><Relationship Id="rId3735" Type="http://schemas.openxmlformats.org/officeDocument/2006/relationships/image" Target="media/image1882.wmf"/><Relationship Id="rId5090" Type="http://schemas.openxmlformats.org/officeDocument/2006/relationships/oleObject" Target="embeddings/oleObject2524.bin"/><Relationship Id="rId6141" Type="http://schemas.openxmlformats.org/officeDocument/2006/relationships/image" Target="media/image3092.wmf"/><Relationship Id="rId449" Type="http://schemas.openxmlformats.org/officeDocument/2006/relationships/image" Target="media/image226.wmf"/><Relationship Id="rId656" Type="http://schemas.openxmlformats.org/officeDocument/2006/relationships/image" Target="media/image330.wmf"/><Relationship Id="rId863" Type="http://schemas.openxmlformats.org/officeDocument/2006/relationships/oleObject" Target="embeddings/oleObject426.bin"/><Relationship Id="rId1079" Type="http://schemas.openxmlformats.org/officeDocument/2006/relationships/oleObject" Target="embeddings/oleObject534.bin"/><Relationship Id="rId1286" Type="http://schemas.openxmlformats.org/officeDocument/2006/relationships/image" Target="media/image645.wmf"/><Relationship Id="rId1493" Type="http://schemas.openxmlformats.org/officeDocument/2006/relationships/image" Target="media/image749.wmf"/><Relationship Id="rId2337" Type="http://schemas.openxmlformats.org/officeDocument/2006/relationships/oleObject" Target="embeddings/oleObject1155.bin"/><Relationship Id="rId2544" Type="http://schemas.openxmlformats.org/officeDocument/2006/relationships/oleObject" Target="embeddings/oleObject1257.bin"/><Relationship Id="rId2891" Type="http://schemas.openxmlformats.org/officeDocument/2006/relationships/oleObject" Target="embeddings/oleObject1430.bin"/><Relationship Id="rId3942" Type="http://schemas.openxmlformats.org/officeDocument/2006/relationships/oleObject" Target="embeddings/oleObject1952.bin"/><Relationship Id="rId6001" Type="http://schemas.openxmlformats.org/officeDocument/2006/relationships/oleObject" Target="embeddings/oleObject2978.bin"/><Relationship Id="rId309" Type="http://schemas.openxmlformats.org/officeDocument/2006/relationships/oleObject" Target="embeddings/oleObject150.bin"/><Relationship Id="rId516" Type="http://schemas.openxmlformats.org/officeDocument/2006/relationships/oleObject" Target="embeddings/oleObject253.bin"/><Relationship Id="rId1146" Type="http://schemas.openxmlformats.org/officeDocument/2006/relationships/image" Target="media/image575.wmf"/><Relationship Id="rId2751" Type="http://schemas.openxmlformats.org/officeDocument/2006/relationships/oleObject" Target="embeddings/oleObject1360.bin"/><Relationship Id="rId3802" Type="http://schemas.openxmlformats.org/officeDocument/2006/relationships/image" Target="media/image1916.wmf"/><Relationship Id="rId723" Type="http://schemas.openxmlformats.org/officeDocument/2006/relationships/oleObject" Target="embeddings/oleObject356.bin"/><Relationship Id="rId930" Type="http://schemas.openxmlformats.org/officeDocument/2006/relationships/image" Target="media/image467.wmf"/><Relationship Id="rId1006" Type="http://schemas.openxmlformats.org/officeDocument/2006/relationships/image" Target="media/image505.wmf"/><Relationship Id="rId1353" Type="http://schemas.openxmlformats.org/officeDocument/2006/relationships/oleObject" Target="embeddings/oleObject671.bin"/><Relationship Id="rId1560" Type="http://schemas.openxmlformats.org/officeDocument/2006/relationships/oleObject" Target="embeddings/oleObject774.bin"/><Relationship Id="rId2404" Type="http://schemas.openxmlformats.org/officeDocument/2006/relationships/image" Target="media/image1213.wmf"/><Relationship Id="rId2611" Type="http://schemas.openxmlformats.org/officeDocument/2006/relationships/oleObject" Target="embeddings/oleObject1290.bin"/><Relationship Id="rId5767" Type="http://schemas.openxmlformats.org/officeDocument/2006/relationships/image" Target="media/image2902.wmf"/><Relationship Id="rId5974" Type="http://schemas.openxmlformats.org/officeDocument/2006/relationships/image" Target="media/image3006.wmf"/><Relationship Id="rId1213" Type="http://schemas.openxmlformats.org/officeDocument/2006/relationships/oleObject" Target="embeddings/oleObject601.bin"/><Relationship Id="rId1420" Type="http://schemas.openxmlformats.org/officeDocument/2006/relationships/image" Target="media/image712.wmf"/><Relationship Id="rId4369" Type="http://schemas.openxmlformats.org/officeDocument/2006/relationships/oleObject" Target="embeddings/oleObject2165.bin"/><Relationship Id="rId4576" Type="http://schemas.openxmlformats.org/officeDocument/2006/relationships/oleObject" Target="embeddings/oleObject2268.bin"/><Relationship Id="rId4783" Type="http://schemas.openxmlformats.org/officeDocument/2006/relationships/oleObject" Target="embeddings/oleObject2371.bin"/><Relationship Id="rId4990" Type="http://schemas.openxmlformats.org/officeDocument/2006/relationships/oleObject" Target="embeddings/oleObject2474.bin"/><Relationship Id="rId5627" Type="http://schemas.openxmlformats.org/officeDocument/2006/relationships/oleObject" Target="embeddings/oleObject2792.bin"/><Relationship Id="rId5834" Type="http://schemas.openxmlformats.org/officeDocument/2006/relationships/oleObject" Target="embeddings/oleObject2895.bin"/><Relationship Id="rId3178" Type="http://schemas.openxmlformats.org/officeDocument/2006/relationships/oleObject" Target="embeddings/oleObject1573.bin"/><Relationship Id="rId3385" Type="http://schemas.openxmlformats.org/officeDocument/2006/relationships/oleObject" Target="embeddings/oleObject1676.bin"/><Relationship Id="rId3592" Type="http://schemas.openxmlformats.org/officeDocument/2006/relationships/image" Target="media/image1809.wmf"/><Relationship Id="rId4229" Type="http://schemas.openxmlformats.org/officeDocument/2006/relationships/image" Target="media/image2130.wmf"/><Relationship Id="rId4436" Type="http://schemas.openxmlformats.org/officeDocument/2006/relationships/image" Target="media/image2234.wmf"/><Relationship Id="rId4643" Type="http://schemas.openxmlformats.org/officeDocument/2006/relationships/oleObject" Target="embeddings/oleObject2301.bin"/><Relationship Id="rId4850" Type="http://schemas.openxmlformats.org/officeDocument/2006/relationships/image" Target="media/image2442.wmf"/><Relationship Id="rId5901" Type="http://schemas.openxmlformats.org/officeDocument/2006/relationships/image" Target="media/image2969.wmf"/><Relationship Id="rId2194" Type="http://schemas.openxmlformats.org/officeDocument/2006/relationships/oleObject" Target="embeddings/oleObject1086.bin"/><Relationship Id="rId3038" Type="http://schemas.openxmlformats.org/officeDocument/2006/relationships/image" Target="media/image1531.wmf"/><Relationship Id="rId3245" Type="http://schemas.openxmlformats.org/officeDocument/2006/relationships/image" Target="media/image1635.wmf"/><Relationship Id="rId3452" Type="http://schemas.openxmlformats.org/officeDocument/2006/relationships/image" Target="media/image1739.wmf"/><Relationship Id="rId4503" Type="http://schemas.openxmlformats.org/officeDocument/2006/relationships/oleObject" Target="embeddings/oleObject2232.bin"/><Relationship Id="rId4710" Type="http://schemas.openxmlformats.org/officeDocument/2006/relationships/image" Target="media/image2372.wmf"/><Relationship Id="rId166" Type="http://schemas.openxmlformats.org/officeDocument/2006/relationships/image" Target="media/image84.wmf"/><Relationship Id="rId373" Type="http://schemas.openxmlformats.org/officeDocument/2006/relationships/oleObject" Target="embeddings/oleObject182.bin"/><Relationship Id="rId580" Type="http://schemas.openxmlformats.org/officeDocument/2006/relationships/oleObject" Target="embeddings/oleObject285.bin"/><Relationship Id="rId2054" Type="http://schemas.openxmlformats.org/officeDocument/2006/relationships/oleObject" Target="embeddings/oleObject1016.bin"/><Relationship Id="rId2261" Type="http://schemas.openxmlformats.org/officeDocument/2006/relationships/image" Target="media/image1138.wmf"/><Relationship Id="rId3105" Type="http://schemas.openxmlformats.org/officeDocument/2006/relationships/oleObject" Target="embeddings/oleObject1537.bin"/><Relationship Id="rId3312" Type="http://schemas.openxmlformats.org/officeDocument/2006/relationships/oleObject" Target="embeddings/oleObject1640.bin"/><Relationship Id="rId233" Type="http://schemas.openxmlformats.org/officeDocument/2006/relationships/oleObject" Target="embeddings/oleObject112.bin"/><Relationship Id="rId440" Type="http://schemas.openxmlformats.org/officeDocument/2006/relationships/oleObject" Target="embeddings/oleObject215.bin"/><Relationship Id="rId1070" Type="http://schemas.openxmlformats.org/officeDocument/2006/relationships/image" Target="media/image537.wmf"/><Relationship Id="rId2121" Type="http://schemas.openxmlformats.org/officeDocument/2006/relationships/image" Target="media/image1068.wmf"/><Relationship Id="rId5277" Type="http://schemas.openxmlformats.org/officeDocument/2006/relationships/oleObject" Target="embeddings/oleObject2617.bin"/><Relationship Id="rId5484" Type="http://schemas.openxmlformats.org/officeDocument/2006/relationships/image" Target="media/image2760.wmf"/><Relationship Id="rId6328" Type="http://schemas.openxmlformats.org/officeDocument/2006/relationships/oleObject" Target="embeddings/oleObject3139.bin"/><Relationship Id="rId300" Type="http://schemas.openxmlformats.org/officeDocument/2006/relationships/image" Target="media/image151.wmf"/><Relationship Id="rId4086" Type="http://schemas.openxmlformats.org/officeDocument/2006/relationships/oleObject" Target="embeddings/oleObject2024.bin"/><Relationship Id="rId5137" Type="http://schemas.openxmlformats.org/officeDocument/2006/relationships/image" Target="media/image2586.wmf"/><Relationship Id="rId5691" Type="http://schemas.openxmlformats.org/officeDocument/2006/relationships/image" Target="media/image2864.wmf"/><Relationship Id="rId1887" Type="http://schemas.openxmlformats.org/officeDocument/2006/relationships/oleObject" Target="embeddings/oleObject937.bin"/><Relationship Id="rId2938" Type="http://schemas.openxmlformats.org/officeDocument/2006/relationships/image" Target="media/image1481.wmf"/><Relationship Id="rId4293" Type="http://schemas.openxmlformats.org/officeDocument/2006/relationships/oleObject" Target="embeddings/oleObject2127.bin"/><Relationship Id="rId5344" Type="http://schemas.openxmlformats.org/officeDocument/2006/relationships/image" Target="media/image2690.wmf"/><Relationship Id="rId5551" Type="http://schemas.openxmlformats.org/officeDocument/2006/relationships/oleObject" Target="embeddings/oleObject2754.bin"/><Relationship Id="rId1747" Type="http://schemas.openxmlformats.org/officeDocument/2006/relationships/image" Target="media/image876.wmf"/><Relationship Id="rId1954" Type="http://schemas.openxmlformats.org/officeDocument/2006/relationships/image" Target="media/image982.wmf"/><Relationship Id="rId4153" Type="http://schemas.openxmlformats.org/officeDocument/2006/relationships/image" Target="media/image2092.wmf"/><Relationship Id="rId4360" Type="http://schemas.openxmlformats.org/officeDocument/2006/relationships/image" Target="media/image2196.wmf"/><Relationship Id="rId5204" Type="http://schemas.openxmlformats.org/officeDocument/2006/relationships/oleObject" Target="embeddings/oleObject2581.bin"/><Relationship Id="rId5411" Type="http://schemas.openxmlformats.org/officeDocument/2006/relationships/oleObject" Target="embeddings/oleObject2684.bin"/><Relationship Id="rId39" Type="http://schemas.openxmlformats.org/officeDocument/2006/relationships/image" Target="media/image20.wmf"/><Relationship Id="rId1607" Type="http://schemas.openxmlformats.org/officeDocument/2006/relationships/image" Target="media/image806.wmf"/><Relationship Id="rId1814" Type="http://schemas.openxmlformats.org/officeDocument/2006/relationships/oleObject" Target="embeddings/oleObject901.bin"/><Relationship Id="rId4013" Type="http://schemas.openxmlformats.org/officeDocument/2006/relationships/image" Target="media/image2022.wmf"/><Relationship Id="rId4220" Type="http://schemas.openxmlformats.org/officeDocument/2006/relationships/oleObject" Target="embeddings/oleObject2091.bin"/><Relationship Id="rId3779" Type="http://schemas.openxmlformats.org/officeDocument/2006/relationships/oleObject" Target="embeddings/oleObject1871.bin"/><Relationship Id="rId6185" Type="http://schemas.openxmlformats.org/officeDocument/2006/relationships/image" Target="media/image3114.wmf"/><Relationship Id="rId6392" Type="http://schemas.openxmlformats.org/officeDocument/2006/relationships/oleObject" Target="embeddings/oleObject3171.bin"/><Relationship Id="rId2588" Type="http://schemas.openxmlformats.org/officeDocument/2006/relationships/oleObject" Target="embeddings/oleObject1279.bin"/><Relationship Id="rId3986" Type="http://schemas.openxmlformats.org/officeDocument/2006/relationships/oleObject" Target="embeddings/oleObject1974.bin"/><Relationship Id="rId6045" Type="http://schemas.openxmlformats.org/officeDocument/2006/relationships/oleObject" Target="embeddings/oleObject3000.bin"/><Relationship Id="rId6252" Type="http://schemas.openxmlformats.org/officeDocument/2006/relationships/oleObject" Target="embeddings/oleObject3101.bin"/><Relationship Id="rId1397" Type="http://schemas.openxmlformats.org/officeDocument/2006/relationships/oleObject" Target="embeddings/oleObject693.bin"/><Relationship Id="rId2795" Type="http://schemas.openxmlformats.org/officeDocument/2006/relationships/oleObject" Target="embeddings/oleObject1382.bin"/><Relationship Id="rId3639" Type="http://schemas.openxmlformats.org/officeDocument/2006/relationships/image" Target="media/image1833.wmf"/><Relationship Id="rId3846" Type="http://schemas.openxmlformats.org/officeDocument/2006/relationships/image" Target="media/image1938.wmf"/><Relationship Id="rId5061" Type="http://schemas.openxmlformats.org/officeDocument/2006/relationships/image" Target="media/image2548.wmf"/><Relationship Id="rId6112" Type="http://schemas.openxmlformats.org/officeDocument/2006/relationships/oleObject" Target="embeddings/oleObject3033.bin"/><Relationship Id="rId767" Type="http://schemas.openxmlformats.org/officeDocument/2006/relationships/oleObject" Target="embeddings/oleObject378.bin"/><Relationship Id="rId974" Type="http://schemas.openxmlformats.org/officeDocument/2006/relationships/image" Target="media/image489.wmf"/><Relationship Id="rId2448" Type="http://schemas.openxmlformats.org/officeDocument/2006/relationships/oleObject" Target="embeddings/oleObject1209.bin"/><Relationship Id="rId2655" Type="http://schemas.openxmlformats.org/officeDocument/2006/relationships/oleObject" Target="embeddings/oleObject1312.bin"/><Relationship Id="rId2862" Type="http://schemas.openxmlformats.org/officeDocument/2006/relationships/image" Target="media/image1443.wmf"/><Relationship Id="rId3706" Type="http://schemas.openxmlformats.org/officeDocument/2006/relationships/oleObject" Target="embeddings/oleObject1836.bin"/><Relationship Id="rId3913" Type="http://schemas.openxmlformats.org/officeDocument/2006/relationships/oleObject" Target="embeddings/oleObject1938.bin"/><Relationship Id="rId627" Type="http://schemas.openxmlformats.org/officeDocument/2006/relationships/oleObject" Target="embeddings/oleObject308.bin"/><Relationship Id="rId834" Type="http://schemas.openxmlformats.org/officeDocument/2006/relationships/image" Target="media/image419.wmf"/><Relationship Id="rId1257" Type="http://schemas.openxmlformats.org/officeDocument/2006/relationships/oleObject" Target="embeddings/oleObject623.bin"/><Relationship Id="rId1464" Type="http://schemas.openxmlformats.org/officeDocument/2006/relationships/oleObject" Target="embeddings/oleObject726.bin"/><Relationship Id="rId1671" Type="http://schemas.openxmlformats.org/officeDocument/2006/relationships/image" Target="media/image838.wmf"/><Relationship Id="rId2308" Type="http://schemas.openxmlformats.org/officeDocument/2006/relationships/oleObject" Target="embeddings/oleObject1141.bin"/><Relationship Id="rId2515" Type="http://schemas.openxmlformats.org/officeDocument/2006/relationships/image" Target="media/image1269.wmf"/><Relationship Id="rId2722" Type="http://schemas.openxmlformats.org/officeDocument/2006/relationships/image" Target="media/image1373.wmf"/><Relationship Id="rId5878" Type="http://schemas.openxmlformats.org/officeDocument/2006/relationships/oleObject" Target="embeddings/oleObject2917.bin"/><Relationship Id="rId901" Type="http://schemas.openxmlformats.org/officeDocument/2006/relationships/oleObject" Target="embeddings/oleObject445.bin"/><Relationship Id="rId1117" Type="http://schemas.openxmlformats.org/officeDocument/2006/relationships/oleObject" Target="embeddings/oleObject553.bin"/><Relationship Id="rId1324" Type="http://schemas.openxmlformats.org/officeDocument/2006/relationships/image" Target="media/image664.wmf"/><Relationship Id="rId1531" Type="http://schemas.openxmlformats.org/officeDocument/2006/relationships/image" Target="media/image768.wmf"/><Relationship Id="rId4687" Type="http://schemas.openxmlformats.org/officeDocument/2006/relationships/oleObject" Target="embeddings/oleObject2323.bin"/><Relationship Id="rId4894" Type="http://schemas.openxmlformats.org/officeDocument/2006/relationships/oleObject" Target="embeddings/oleObject2426.bin"/><Relationship Id="rId5738" Type="http://schemas.openxmlformats.org/officeDocument/2006/relationships/oleObject" Target="embeddings/oleObject2847.bin"/><Relationship Id="rId5945" Type="http://schemas.openxmlformats.org/officeDocument/2006/relationships/oleObject" Target="embeddings/oleObject2950.bin"/><Relationship Id="rId30" Type="http://schemas.openxmlformats.org/officeDocument/2006/relationships/image" Target="media/image15.png"/><Relationship Id="rId3289" Type="http://schemas.openxmlformats.org/officeDocument/2006/relationships/image" Target="media/image1657.wmf"/><Relationship Id="rId3496" Type="http://schemas.openxmlformats.org/officeDocument/2006/relationships/image" Target="media/image1761.wmf"/><Relationship Id="rId4547" Type="http://schemas.openxmlformats.org/officeDocument/2006/relationships/image" Target="media/image2290.wmf"/><Relationship Id="rId4754" Type="http://schemas.openxmlformats.org/officeDocument/2006/relationships/image" Target="media/image2394.wmf"/><Relationship Id="rId2098" Type="http://schemas.openxmlformats.org/officeDocument/2006/relationships/oleObject" Target="embeddings/oleObject1038.bin"/><Relationship Id="rId3149" Type="http://schemas.openxmlformats.org/officeDocument/2006/relationships/image" Target="media/image1587.wmf"/><Relationship Id="rId3356" Type="http://schemas.openxmlformats.org/officeDocument/2006/relationships/image" Target="media/image1691.wmf"/><Relationship Id="rId3563" Type="http://schemas.openxmlformats.org/officeDocument/2006/relationships/oleObject" Target="embeddings/oleObject1765.bin"/><Relationship Id="rId4407" Type="http://schemas.openxmlformats.org/officeDocument/2006/relationships/oleObject" Target="embeddings/oleObject2184.bin"/><Relationship Id="rId4961" Type="http://schemas.openxmlformats.org/officeDocument/2006/relationships/image" Target="media/image2498.wmf"/><Relationship Id="rId5805" Type="http://schemas.openxmlformats.org/officeDocument/2006/relationships/image" Target="media/image2921.wmf"/><Relationship Id="rId277" Type="http://schemas.openxmlformats.org/officeDocument/2006/relationships/oleObject" Target="embeddings/oleObject134.bin"/><Relationship Id="rId484" Type="http://schemas.openxmlformats.org/officeDocument/2006/relationships/oleObject" Target="embeddings/oleObject237.bin"/><Relationship Id="rId2165" Type="http://schemas.openxmlformats.org/officeDocument/2006/relationships/image" Target="media/image1090.wmf"/><Relationship Id="rId3009" Type="http://schemas.openxmlformats.org/officeDocument/2006/relationships/oleObject" Target="embeddings/oleObject1489.bin"/><Relationship Id="rId3216" Type="http://schemas.openxmlformats.org/officeDocument/2006/relationships/oleObject" Target="embeddings/oleObject1592.bin"/><Relationship Id="rId3770" Type="http://schemas.openxmlformats.org/officeDocument/2006/relationships/image" Target="media/image1900.wmf"/><Relationship Id="rId4614" Type="http://schemas.openxmlformats.org/officeDocument/2006/relationships/image" Target="media/image2324.wmf"/><Relationship Id="rId4821" Type="http://schemas.openxmlformats.org/officeDocument/2006/relationships/oleObject" Target="embeddings/oleObject2390.bin"/><Relationship Id="rId137" Type="http://schemas.openxmlformats.org/officeDocument/2006/relationships/oleObject" Target="embeddings/oleObject64.bin"/><Relationship Id="rId344" Type="http://schemas.openxmlformats.org/officeDocument/2006/relationships/image" Target="media/image173.wmf"/><Relationship Id="rId691" Type="http://schemas.openxmlformats.org/officeDocument/2006/relationships/oleObject" Target="embeddings/oleObject340.bin"/><Relationship Id="rId2025" Type="http://schemas.openxmlformats.org/officeDocument/2006/relationships/oleObject" Target="embeddings/oleObject1002.bin"/><Relationship Id="rId2372" Type="http://schemas.openxmlformats.org/officeDocument/2006/relationships/oleObject" Target="embeddings/oleObject1172.bin"/><Relationship Id="rId3423" Type="http://schemas.openxmlformats.org/officeDocument/2006/relationships/oleObject" Target="embeddings/oleObject1695.bin"/><Relationship Id="rId3630" Type="http://schemas.openxmlformats.org/officeDocument/2006/relationships/oleObject" Target="embeddings/oleObject1798.bin"/><Relationship Id="rId551" Type="http://schemas.openxmlformats.org/officeDocument/2006/relationships/image" Target="media/image277.wmf"/><Relationship Id="rId1181" Type="http://schemas.openxmlformats.org/officeDocument/2006/relationships/oleObject" Target="embeddings/oleObject585.bin"/><Relationship Id="rId2232" Type="http://schemas.openxmlformats.org/officeDocument/2006/relationships/oleObject" Target="embeddings/oleObject1105.bin"/><Relationship Id="rId5388" Type="http://schemas.openxmlformats.org/officeDocument/2006/relationships/image" Target="media/image2712.wmf"/><Relationship Id="rId5595" Type="http://schemas.openxmlformats.org/officeDocument/2006/relationships/oleObject" Target="embeddings/oleObject2776.bin"/><Relationship Id="rId6439" Type="http://schemas.openxmlformats.org/officeDocument/2006/relationships/oleObject" Target="embeddings/oleObject3194.bin"/><Relationship Id="rId204" Type="http://schemas.openxmlformats.org/officeDocument/2006/relationships/image" Target="media/image103.wmf"/><Relationship Id="rId411" Type="http://schemas.openxmlformats.org/officeDocument/2006/relationships/oleObject" Target="embeddings/oleObject201.bin"/><Relationship Id="rId1041" Type="http://schemas.openxmlformats.org/officeDocument/2006/relationships/oleObject" Target="embeddings/oleObject515.bin"/><Relationship Id="rId1998" Type="http://schemas.openxmlformats.org/officeDocument/2006/relationships/image" Target="media/image1006.wmf"/><Relationship Id="rId4197" Type="http://schemas.openxmlformats.org/officeDocument/2006/relationships/image" Target="media/image2114.wmf"/><Relationship Id="rId5248" Type="http://schemas.openxmlformats.org/officeDocument/2006/relationships/oleObject" Target="embeddings/oleObject2603.bin"/><Relationship Id="rId5455" Type="http://schemas.openxmlformats.org/officeDocument/2006/relationships/oleObject" Target="embeddings/oleObject2706.bin"/><Relationship Id="rId5662" Type="http://schemas.openxmlformats.org/officeDocument/2006/relationships/image" Target="media/image2849.wmf"/><Relationship Id="rId1858" Type="http://schemas.openxmlformats.org/officeDocument/2006/relationships/image" Target="media/image932.wmf"/><Relationship Id="rId4057" Type="http://schemas.openxmlformats.org/officeDocument/2006/relationships/image" Target="media/image2044.wmf"/><Relationship Id="rId4264" Type="http://schemas.openxmlformats.org/officeDocument/2006/relationships/oleObject" Target="embeddings/oleObject2113.bin"/><Relationship Id="rId4471" Type="http://schemas.openxmlformats.org/officeDocument/2006/relationships/oleObject" Target="embeddings/oleObject2216.bin"/><Relationship Id="rId5108" Type="http://schemas.openxmlformats.org/officeDocument/2006/relationships/oleObject" Target="embeddings/oleObject2533.bin"/><Relationship Id="rId5315" Type="http://schemas.openxmlformats.org/officeDocument/2006/relationships/oleObject" Target="embeddings/oleObject2636.bin"/><Relationship Id="rId5522" Type="http://schemas.openxmlformats.org/officeDocument/2006/relationships/image" Target="media/image2779.wmf"/><Relationship Id="rId2909" Type="http://schemas.openxmlformats.org/officeDocument/2006/relationships/oleObject" Target="embeddings/oleObject1439.bin"/><Relationship Id="rId3073" Type="http://schemas.openxmlformats.org/officeDocument/2006/relationships/oleObject" Target="embeddings/oleObject1521.bin"/><Relationship Id="rId3280" Type="http://schemas.openxmlformats.org/officeDocument/2006/relationships/oleObject" Target="embeddings/oleObject1624.bin"/><Relationship Id="rId4124" Type="http://schemas.openxmlformats.org/officeDocument/2006/relationships/oleObject" Target="embeddings/oleObject2043.bin"/><Relationship Id="rId4331" Type="http://schemas.openxmlformats.org/officeDocument/2006/relationships/oleObject" Target="embeddings/oleObject2146.bin"/><Relationship Id="rId1718" Type="http://schemas.openxmlformats.org/officeDocument/2006/relationships/oleObject" Target="embeddings/oleObject853.bin"/><Relationship Id="rId1925" Type="http://schemas.openxmlformats.org/officeDocument/2006/relationships/oleObject" Target="embeddings/oleObject956.bin"/><Relationship Id="rId3140" Type="http://schemas.openxmlformats.org/officeDocument/2006/relationships/oleObject" Target="embeddings/oleObject1554.bin"/><Relationship Id="rId6089" Type="http://schemas.openxmlformats.org/officeDocument/2006/relationships/image" Target="media/image3064.wmf"/><Relationship Id="rId6296" Type="http://schemas.openxmlformats.org/officeDocument/2006/relationships/oleObject" Target="embeddings/oleObject3123.bin"/><Relationship Id="rId6156" Type="http://schemas.openxmlformats.org/officeDocument/2006/relationships/oleObject" Target="embeddings/oleObject3053.bin"/><Relationship Id="rId2699" Type="http://schemas.openxmlformats.org/officeDocument/2006/relationships/oleObject" Target="embeddings/oleObject1334.bin"/><Relationship Id="rId3000" Type="http://schemas.openxmlformats.org/officeDocument/2006/relationships/image" Target="media/image1512.wmf"/><Relationship Id="rId3957" Type="http://schemas.openxmlformats.org/officeDocument/2006/relationships/image" Target="media/image1994.wmf"/><Relationship Id="rId6363" Type="http://schemas.openxmlformats.org/officeDocument/2006/relationships/image" Target="media/image3203.wmf"/><Relationship Id="rId878" Type="http://schemas.openxmlformats.org/officeDocument/2006/relationships/image" Target="media/image441.wmf"/><Relationship Id="rId2559" Type="http://schemas.openxmlformats.org/officeDocument/2006/relationships/image" Target="media/image1291.wmf"/><Relationship Id="rId2766" Type="http://schemas.openxmlformats.org/officeDocument/2006/relationships/image" Target="media/image1395.wmf"/><Relationship Id="rId2973" Type="http://schemas.openxmlformats.org/officeDocument/2006/relationships/oleObject" Target="embeddings/oleObject1471.bin"/><Relationship Id="rId3817" Type="http://schemas.openxmlformats.org/officeDocument/2006/relationships/oleObject" Target="embeddings/oleObject1890.bin"/><Relationship Id="rId5172" Type="http://schemas.openxmlformats.org/officeDocument/2006/relationships/oleObject" Target="embeddings/oleObject2565.bin"/><Relationship Id="rId6016" Type="http://schemas.openxmlformats.org/officeDocument/2006/relationships/image" Target="media/image3027.wmf"/><Relationship Id="rId6223" Type="http://schemas.openxmlformats.org/officeDocument/2006/relationships/image" Target="media/image3133.wmf"/><Relationship Id="rId6430" Type="http://schemas.openxmlformats.org/officeDocument/2006/relationships/image" Target="media/image3237.wmf"/><Relationship Id="rId738" Type="http://schemas.openxmlformats.org/officeDocument/2006/relationships/image" Target="media/image371.wmf"/><Relationship Id="rId945" Type="http://schemas.openxmlformats.org/officeDocument/2006/relationships/oleObject" Target="embeddings/oleObject467.bin"/><Relationship Id="rId1368" Type="http://schemas.openxmlformats.org/officeDocument/2006/relationships/image" Target="media/image686.wmf"/><Relationship Id="rId1575" Type="http://schemas.openxmlformats.org/officeDocument/2006/relationships/image" Target="media/image790.wmf"/><Relationship Id="rId1782" Type="http://schemas.openxmlformats.org/officeDocument/2006/relationships/oleObject" Target="embeddings/oleObject885.bin"/><Relationship Id="rId2419" Type="http://schemas.openxmlformats.org/officeDocument/2006/relationships/image" Target="media/image1221.wmf"/><Relationship Id="rId2626" Type="http://schemas.openxmlformats.org/officeDocument/2006/relationships/image" Target="media/image1325.wmf"/><Relationship Id="rId2833" Type="http://schemas.openxmlformats.org/officeDocument/2006/relationships/oleObject" Target="embeddings/oleObject1401.bin"/><Relationship Id="rId5032" Type="http://schemas.openxmlformats.org/officeDocument/2006/relationships/oleObject" Target="embeddings/oleObject2495.bin"/><Relationship Id="rId5989" Type="http://schemas.openxmlformats.org/officeDocument/2006/relationships/oleObject" Target="embeddings/oleObject2972.bin"/><Relationship Id="rId74" Type="http://schemas.openxmlformats.org/officeDocument/2006/relationships/image" Target="media/image38.wmf"/><Relationship Id="rId805" Type="http://schemas.openxmlformats.org/officeDocument/2006/relationships/oleObject" Target="embeddings/oleObject397.bin"/><Relationship Id="rId1228" Type="http://schemas.openxmlformats.org/officeDocument/2006/relationships/image" Target="media/image616.wmf"/><Relationship Id="rId1435" Type="http://schemas.openxmlformats.org/officeDocument/2006/relationships/image" Target="media/image720.wmf"/><Relationship Id="rId4798" Type="http://schemas.openxmlformats.org/officeDocument/2006/relationships/image" Target="media/image2416.wmf"/><Relationship Id="rId1642" Type="http://schemas.openxmlformats.org/officeDocument/2006/relationships/oleObject" Target="embeddings/oleObject815.bin"/><Relationship Id="rId2900" Type="http://schemas.openxmlformats.org/officeDocument/2006/relationships/image" Target="media/image1462.wmf"/><Relationship Id="rId5849" Type="http://schemas.openxmlformats.org/officeDocument/2006/relationships/image" Target="media/image2943.wmf"/><Relationship Id="rId1502" Type="http://schemas.openxmlformats.org/officeDocument/2006/relationships/oleObject" Target="embeddings/oleObject745.bin"/><Relationship Id="rId4658" Type="http://schemas.openxmlformats.org/officeDocument/2006/relationships/image" Target="media/image2346.wmf"/><Relationship Id="rId4865" Type="http://schemas.openxmlformats.org/officeDocument/2006/relationships/oleObject" Target="embeddings/oleObject2412.bin"/><Relationship Id="rId5709" Type="http://schemas.openxmlformats.org/officeDocument/2006/relationships/image" Target="media/image2873.wmf"/><Relationship Id="rId5916" Type="http://schemas.openxmlformats.org/officeDocument/2006/relationships/oleObject" Target="embeddings/oleObject2936.bin"/><Relationship Id="rId6080" Type="http://schemas.openxmlformats.org/officeDocument/2006/relationships/oleObject" Target="embeddings/oleObject3017.bin"/><Relationship Id="rId388" Type="http://schemas.openxmlformats.org/officeDocument/2006/relationships/image" Target="media/image195.wmf"/><Relationship Id="rId2069" Type="http://schemas.openxmlformats.org/officeDocument/2006/relationships/image" Target="media/image1042.wmf"/><Relationship Id="rId3467" Type="http://schemas.openxmlformats.org/officeDocument/2006/relationships/oleObject" Target="embeddings/oleObject1717.bin"/><Relationship Id="rId3674" Type="http://schemas.openxmlformats.org/officeDocument/2006/relationships/oleObject" Target="embeddings/oleObject1820.bin"/><Relationship Id="rId3881" Type="http://schemas.openxmlformats.org/officeDocument/2006/relationships/oleObject" Target="embeddings/oleObject1922.bin"/><Relationship Id="rId4518" Type="http://schemas.openxmlformats.org/officeDocument/2006/relationships/oleObject" Target="embeddings/oleObject2239.bin"/><Relationship Id="rId4725" Type="http://schemas.openxmlformats.org/officeDocument/2006/relationships/oleObject" Target="embeddings/oleObject2342.bin"/><Relationship Id="rId4932" Type="http://schemas.openxmlformats.org/officeDocument/2006/relationships/oleObject" Target="embeddings/oleObject2445.bin"/><Relationship Id="rId595" Type="http://schemas.openxmlformats.org/officeDocument/2006/relationships/oleObject" Target="embeddings/oleObject292.bin"/><Relationship Id="rId2276" Type="http://schemas.openxmlformats.org/officeDocument/2006/relationships/oleObject" Target="embeddings/oleObject1125.bin"/><Relationship Id="rId2483" Type="http://schemas.openxmlformats.org/officeDocument/2006/relationships/image" Target="media/image1253.wmf"/><Relationship Id="rId2690" Type="http://schemas.openxmlformats.org/officeDocument/2006/relationships/image" Target="media/image1357.wmf"/><Relationship Id="rId3327" Type="http://schemas.openxmlformats.org/officeDocument/2006/relationships/image" Target="media/image1676.wmf"/><Relationship Id="rId3534" Type="http://schemas.openxmlformats.org/officeDocument/2006/relationships/image" Target="media/image1780.wmf"/><Relationship Id="rId3741" Type="http://schemas.openxmlformats.org/officeDocument/2006/relationships/image" Target="media/image1885.wmf"/><Relationship Id="rId248" Type="http://schemas.openxmlformats.org/officeDocument/2006/relationships/image" Target="media/image125.wmf"/><Relationship Id="rId455" Type="http://schemas.openxmlformats.org/officeDocument/2006/relationships/image" Target="media/image229.wmf"/><Relationship Id="rId662" Type="http://schemas.openxmlformats.org/officeDocument/2006/relationships/image" Target="media/image333.wmf"/><Relationship Id="rId1085" Type="http://schemas.openxmlformats.org/officeDocument/2006/relationships/oleObject" Target="embeddings/oleObject537.bin"/><Relationship Id="rId1292" Type="http://schemas.openxmlformats.org/officeDocument/2006/relationships/image" Target="media/image648.wmf"/><Relationship Id="rId2136" Type="http://schemas.openxmlformats.org/officeDocument/2006/relationships/oleObject" Target="embeddings/oleObject1057.bin"/><Relationship Id="rId2343" Type="http://schemas.openxmlformats.org/officeDocument/2006/relationships/oleObject" Target="embeddings/oleObject1158.bin"/><Relationship Id="rId2550" Type="http://schemas.openxmlformats.org/officeDocument/2006/relationships/oleObject" Target="embeddings/oleObject1260.bin"/><Relationship Id="rId3601" Type="http://schemas.openxmlformats.org/officeDocument/2006/relationships/oleObject" Target="embeddings/oleObject1784.bin"/><Relationship Id="rId5499" Type="http://schemas.openxmlformats.org/officeDocument/2006/relationships/oleObject" Target="embeddings/oleObject2728.bin"/><Relationship Id="rId108" Type="http://schemas.openxmlformats.org/officeDocument/2006/relationships/image" Target="media/image55.wmf"/><Relationship Id="rId315" Type="http://schemas.openxmlformats.org/officeDocument/2006/relationships/oleObject" Target="embeddings/oleObject153.bin"/><Relationship Id="rId522" Type="http://schemas.openxmlformats.org/officeDocument/2006/relationships/oleObject" Target="embeddings/oleObject256.bin"/><Relationship Id="rId1152" Type="http://schemas.openxmlformats.org/officeDocument/2006/relationships/image" Target="media/image578.wmf"/><Relationship Id="rId2203" Type="http://schemas.openxmlformats.org/officeDocument/2006/relationships/image" Target="media/image1109.wmf"/><Relationship Id="rId2410" Type="http://schemas.openxmlformats.org/officeDocument/2006/relationships/image" Target="media/image1216.png"/><Relationship Id="rId5359" Type="http://schemas.openxmlformats.org/officeDocument/2006/relationships/oleObject" Target="embeddings/oleObject2658.bin"/><Relationship Id="rId5566" Type="http://schemas.openxmlformats.org/officeDocument/2006/relationships/image" Target="media/image2801.wmf"/><Relationship Id="rId5773" Type="http://schemas.openxmlformats.org/officeDocument/2006/relationships/image" Target="media/image2905.wmf"/><Relationship Id="rId1012" Type="http://schemas.openxmlformats.org/officeDocument/2006/relationships/image" Target="media/image508.wmf"/><Relationship Id="rId4168" Type="http://schemas.openxmlformats.org/officeDocument/2006/relationships/oleObject" Target="embeddings/oleObject2065.bin"/><Relationship Id="rId4375" Type="http://schemas.openxmlformats.org/officeDocument/2006/relationships/oleObject" Target="embeddings/oleObject2168.bin"/><Relationship Id="rId5219" Type="http://schemas.openxmlformats.org/officeDocument/2006/relationships/image" Target="media/image2627.wmf"/><Relationship Id="rId5426" Type="http://schemas.openxmlformats.org/officeDocument/2006/relationships/image" Target="media/image2731.wmf"/><Relationship Id="rId5980" Type="http://schemas.openxmlformats.org/officeDocument/2006/relationships/image" Target="media/image3009.wmf"/><Relationship Id="rId1969" Type="http://schemas.openxmlformats.org/officeDocument/2006/relationships/oleObject" Target="embeddings/oleObject976.bin"/><Relationship Id="rId3184" Type="http://schemas.openxmlformats.org/officeDocument/2006/relationships/oleObject" Target="embeddings/oleObject1576.bin"/><Relationship Id="rId4028" Type="http://schemas.openxmlformats.org/officeDocument/2006/relationships/oleObject" Target="embeddings/oleObject1995.bin"/><Relationship Id="rId4235" Type="http://schemas.openxmlformats.org/officeDocument/2006/relationships/image" Target="media/image2133.wmf"/><Relationship Id="rId4582" Type="http://schemas.openxmlformats.org/officeDocument/2006/relationships/oleObject" Target="embeddings/oleObject2271.bin"/><Relationship Id="rId5633" Type="http://schemas.openxmlformats.org/officeDocument/2006/relationships/oleObject" Target="embeddings/oleObject2795.bin"/><Relationship Id="rId5840" Type="http://schemas.openxmlformats.org/officeDocument/2006/relationships/oleObject" Target="embeddings/oleObject2898.bin"/><Relationship Id="rId1829" Type="http://schemas.openxmlformats.org/officeDocument/2006/relationships/oleObject" Target="embeddings/oleObject908.bin"/><Relationship Id="rId3391" Type="http://schemas.openxmlformats.org/officeDocument/2006/relationships/oleObject" Target="embeddings/oleObject1679.bin"/><Relationship Id="rId4442" Type="http://schemas.openxmlformats.org/officeDocument/2006/relationships/image" Target="media/image2237.wmf"/><Relationship Id="rId5700" Type="http://schemas.openxmlformats.org/officeDocument/2006/relationships/oleObject" Target="embeddings/oleObject2828.bin"/><Relationship Id="rId3044" Type="http://schemas.openxmlformats.org/officeDocument/2006/relationships/image" Target="media/image1534.wmf"/><Relationship Id="rId3251" Type="http://schemas.openxmlformats.org/officeDocument/2006/relationships/image" Target="media/image1638.wmf"/><Relationship Id="rId4302" Type="http://schemas.openxmlformats.org/officeDocument/2006/relationships/image" Target="media/image2167.wmf"/><Relationship Id="rId172" Type="http://schemas.openxmlformats.org/officeDocument/2006/relationships/image" Target="media/image87.wmf"/><Relationship Id="rId2060" Type="http://schemas.openxmlformats.org/officeDocument/2006/relationships/oleObject" Target="embeddings/oleObject1019.bin"/><Relationship Id="rId3111" Type="http://schemas.openxmlformats.org/officeDocument/2006/relationships/image" Target="media/image1568.wmf"/><Relationship Id="rId6267" Type="http://schemas.openxmlformats.org/officeDocument/2006/relationships/image" Target="media/image3155.wmf"/><Relationship Id="rId989" Type="http://schemas.openxmlformats.org/officeDocument/2006/relationships/oleObject" Target="embeddings/oleObject489.bin"/><Relationship Id="rId2877" Type="http://schemas.openxmlformats.org/officeDocument/2006/relationships/oleObject" Target="embeddings/oleObject1423.bin"/><Relationship Id="rId5076" Type="http://schemas.openxmlformats.org/officeDocument/2006/relationships/oleObject" Target="embeddings/oleObject2517.bin"/><Relationship Id="rId5283" Type="http://schemas.openxmlformats.org/officeDocument/2006/relationships/oleObject" Target="embeddings/oleObject2620.bin"/><Relationship Id="rId5490" Type="http://schemas.openxmlformats.org/officeDocument/2006/relationships/image" Target="media/image2763.wmf"/><Relationship Id="rId6127" Type="http://schemas.openxmlformats.org/officeDocument/2006/relationships/image" Target="media/image3083.wmf"/><Relationship Id="rId6334" Type="http://schemas.openxmlformats.org/officeDocument/2006/relationships/oleObject" Target="embeddings/oleObject3142.bin"/><Relationship Id="rId849" Type="http://schemas.openxmlformats.org/officeDocument/2006/relationships/oleObject" Target="embeddings/oleObject419.bin"/><Relationship Id="rId1479" Type="http://schemas.openxmlformats.org/officeDocument/2006/relationships/image" Target="media/image742.wmf"/><Relationship Id="rId1686" Type="http://schemas.openxmlformats.org/officeDocument/2006/relationships/oleObject" Target="embeddings/oleObject837.bin"/><Relationship Id="rId3928" Type="http://schemas.openxmlformats.org/officeDocument/2006/relationships/image" Target="media/image1979.wmf"/><Relationship Id="rId4092" Type="http://schemas.openxmlformats.org/officeDocument/2006/relationships/oleObject" Target="embeddings/oleObject2027.bin"/><Relationship Id="rId5143" Type="http://schemas.openxmlformats.org/officeDocument/2006/relationships/image" Target="media/image2589.wmf"/><Relationship Id="rId5350" Type="http://schemas.openxmlformats.org/officeDocument/2006/relationships/image" Target="media/image2693.wmf"/><Relationship Id="rId6401" Type="http://schemas.openxmlformats.org/officeDocument/2006/relationships/image" Target="media/image3222.wmf"/><Relationship Id="rId1339" Type="http://schemas.openxmlformats.org/officeDocument/2006/relationships/oleObject" Target="embeddings/oleObject664.bin"/><Relationship Id="rId1893" Type="http://schemas.openxmlformats.org/officeDocument/2006/relationships/oleObject" Target="embeddings/oleObject940.bin"/><Relationship Id="rId2737" Type="http://schemas.openxmlformats.org/officeDocument/2006/relationships/oleObject" Target="embeddings/oleObject1353.bin"/><Relationship Id="rId2944" Type="http://schemas.openxmlformats.org/officeDocument/2006/relationships/image" Target="media/image1484.wmf"/><Relationship Id="rId5003" Type="http://schemas.openxmlformats.org/officeDocument/2006/relationships/image" Target="media/image2519.wmf"/><Relationship Id="rId5210" Type="http://schemas.openxmlformats.org/officeDocument/2006/relationships/oleObject" Target="embeddings/oleObject2584.bin"/><Relationship Id="rId709" Type="http://schemas.openxmlformats.org/officeDocument/2006/relationships/oleObject" Target="embeddings/oleObject349.bin"/><Relationship Id="rId916" Type="http://schemas.openxmlformats.org/officeDocument/2006/relationships/image" Target="media/image460.wmf"/><Relationship Id="rId1546" Type="http://schemas.openxmlformats.org/officeDocument/2006/relationships/oleObject" Target="embeddings/oleObject767.bin"/><Relationship Id="rId1753" Type="http://schemas.openxmlformats.org/officeDocument/2006/relationships/image" Target="media/image879.wmf"/><Relationship Id="rId1960" Type="http://schemas.openxmlformats.org/officeDocument/2006/relationships/image" Target="media/image985.wmf"/><Relationship Id="rId2804" Type="http://schemas.openxmlformats.org/officeDocument/2006/relationships/image" Target="media/image1414.wmf"/><Relationship Id="rId45" Type="http://schemas.openxmlformats.org/officeDocument/2006/relationships/image" Target="media/image23.png"/><Relationship Id="rId1406" Type="http://schemas.openxmlformats.org/officeDocument/2006/relationships/image" Target="media/image705.wmf"/><Relationship Id="rId1613" Type="http://schemas.openxmlformats.org/officeDocument/2006/relationships/image" Target="media/image809.wmf"/><Relationship Id="rId1820" Type="http://schemas.openxmlformats.org/officeDocument/2006/relationships/image" Target="media/image913.wmf"/><Relationship Id="rId4769" Type="http://schemas.openxmlformats.org/officeDocument/2006/relationships/oleObject" Target="embeddings/oleObject2364.bin"/><Relationship Id="rId4976" Type="http://schemas.openxmlformats.org/officeDocument/2006/relationships/oleObject" Target="embeddings/oleObject2467.bin"/><Relationship Id="rId3578" Type="http://schemas.openxmlformats.org/officeDocument/2006/relationships/image" Target="media/image1802.wmf"/><Relationship Id="rId3785" Type="http://schemas.openxmlformats.org/officeDocument/2006/relationships/oleObject" Target="embeddings/oleObject1874.bin"/><Relationship Id="rId3992" Type="http://schemas.openxmlformats.org/officeDocument/2006/relationships/oleObject" Target="embeddings/oleObject1977.bin"/><Relationship Id="rId4629" Type="http://schemas.openxmlformats.org/officeDocument/2006/relationships/oleObject" Target="embeddings/oleObject2294.bin"/><Relationship Id="rId4836" Type="http://schemas.openxmlformats.org/officeDocument/2006/relationships/image" Target="media/image2435.wmf"/><Relationship Id="rId6191" Type="http://schemas.openxmlformats.org/officeDocument/2006/relationships/image" Target="media/image3117.wmf"/><Relationship Id="rId499" Type="http://schemas.openxmlformats.org/officeDocument/2006/relationships/image" Target="media/image251.wmf"/><Relationship Id="rId2387" Type="http://schemas.openxmlformats.org/officeDocument/2006/relationships/image" Target="media/image1204.wmf"/><Relationship Id="rId2594" Type="http://schemas.openxmlformats.org/officeDocument/2006/relationships/oleObject" Target="embeddings/oleObject1282.bin"/><Relationship Id="rId3438" Type="http://schemas.openxmlformats.org/officeDocument/2006/relationships/image" Target="media/image1732.wmf"/><Relationship Id="rId3645" Type="http://schemas.openxmlformats.org/officeDocument/2006/relationships/image" Target="media/image1836.wmf"/><Relationship Id="rId3852" Type="http://schemas.openxmlformats.org/officeDocument/2006/relationships/image" Target="media/image1941.wmf"/><Relationship Id="rId6051" Type="http://schemas.openxmlformats.org/officeDocument/2006/relationships/oleObject" Target="embeddings/oleObject3003.bin"/><Relationship Id="rId359" Type="http://schemas.openxmlformats.org/officeDocument/2006/relationships/oleObject" Target="embeddings/oleObject175.bin"/><Relationship Id="rId566" Type="http://schemas.openxmlformats.org/officeDocument/2006/relationships/oleObject" Target="embeddings/oleObject278.bin"/><Relationship Id="rId773" Type="http://schemas.openxmlformats.org/officeDocument/2006/relationships/oleObject" Target="embeddings/oleObject381.bin"/><Relationship Id="rId1196" Type="http://schemas.openxmlformats.org/officeDocument/2006/relationships/image" Target="media/image600.wmf"/><Relationship Id="rId2247" Type="http://schemas.openxmlformats.org/officeDocument/2006/relationships/image" Target="media/image1131.wmf"/><Relationship Id="rId2454" Type="http://schemas.openxmlformats.org/officeDocument/2006/relationships/oleObject" Target="embeddings/oleObject1212.bin"/><Relationship Id="rId3505" Type="http://schemas.openxmlformats.org/officeDocument/2006/relationships/oleObject" Target="embeddings/oleObject1736.bin"/><Relationship Id="rId4903" Type="http://schemas.openxmlformats.org/officeDocument/2006/relationships/image" Target="media/image2469.wmf"/><Relationship Id="rId219" Type="http://schemas.openxmlformats.org/officeDocument/2006/relationships/oleObject" Target="embeddings/oleObject105.bin"/><Relationship Id="rId426" Type="http://schemas.openxmlformats.org/officeDocument/2006/relationships/oleObject" Target="embeddings/oleObject208.bin"/><Relationship Id="rId633" Type="http://schemas.openxmlformats.org/officeDocument/2006/relationships/oleObject" Target="embeddings/oleObject311.bin"/><Relationship Id="rId980" Type="http://schemas.openxmlformats.org/officeDocument/2006/relationships/image" Target="media/image492.wmf"/><Relationship Id="rId1056" Type="http://schemas.openxmlformats.org/officeDocument/2006/relationships/image" Target="media/image530.wmf"/><Relationship Id="rId1263" Type="http://schemas.openxmlformats.org/officeDocument/2006/relationships/oleObject" Target="embeddings/oleObject626.bin"/><Relationship Id="rId2107" Type="http://schemas.openxmlformats.org/officeDocument/2006/relationships/image" Target="media/image1061.wmf"/><Relationship Id="rId2314" Type="http://schemas.openxmlformats.org/officeDocument/2006/relationships/image" Target="media/image1167.wmf"/><Relationship Id="rId2661" Type="http://schemas.openxmlformats.org/officeDocument/2006/relationships/oleObject" Target="embeddings/oleObject1315.bin"/><Relationship Id="rId3712" Type="http://schemas.openxmlformats.org/officeDocument/2006/relationships/oleObject" Target="embeddings/oleObject1839.bin"/><Relationship Id="rId840" Type="http://schemas.openxmlformats.org/officeDocument/2006/relationships/image" Target="media/image422.wmf"/><Relationship Id="rId1470" Type="http://schemas.openxmlformats.org/officeDocument/2006/relationships/oleObject" Target="embeddings/oleObject729.bin"/><Relationship Id="rId2521" Type="http://schemas.openxmlformats.org/officeDocument/2006/relationships/image" Target="media/image1272.wmf"/><Relationship Id="rId4279" Type="http://schemas.openxmlformats.org/officeDocument/2006/relationships/oleObject" Target="embeddings/oleObject2120.bin"/><Relationship Id="rId5677" Type="http://schemas.openxmlformats.org/officeDocument/2006/relationships/oleObject" Target="embeddings/oleObject2817.bin"/><Relationship Id="rId5884" Type="http://schemas.openxmlformats.org/officeDocument/2006/relationships/oleObject" Target="embeddings/oleObject2920.bin"/><Relationship Id="rId700" Type="http://schemas.openxmlformats.org/officeDocument/2006/relationships/image" Target="media/image352.wmf"/><Relationship Id="rId1123" Type="http://schemas.openxmlformats.org/officeDocument/2006/relationships/oleObject" Target="embeddings/oleObject556.bin"/><Relationship Id="rId1330" Type="http://schemas.openxmlformats.org/officeDocument/2006/relationships/image" Target="media/image667.wmf"/><Relationship Id="rId3088" Type="http://schemas.openxmlformats.org/officeDocument/2006/relationships/image" Target="media/image1556.wmf"/><Relationship Id="rId4486" Type="http://schemas.openxmlformats.org/officeDocument/2006/relationships/image" Target="media/image2259.wmf"/><Relationship Id="rId4693" Type="http://schemas.openxmlformats.org/officeDocument/2006/relationships/oleObject" Target="embeddings/oleObject2326.bin"/><Relationship Id="rId5537" Type="http://schemas.openxmlformats.org/officeDocument/2006/relationships/oleObject" Target="embeddings/oleObject2747.bin"/><Relationship Id="rId5744" Type="http://schemas.openxmlformats.org/officeDocument/2006/relationships/oleObject" Target="embeddings/oleObject2850.bin"/><Relationship Id="rId5951" Type="http://schemas.openxmlformats.org/officeDocument/2006/relationships/oleObject" Target="embeddings/oleObject2953.bin"/><Relationship Id="rId3295" Type="http://schemas.openxmlformats.org/officeDocument/2006/relationships/image" Target="media/image1660.wmf"/><Relationship Id="rId4139" Type="http://schemas.openxmlformats.org/officeDocument/2006/relationships/image" Target="media/image2085.wmf"/><Relationship Id="rId4346" Type="http://schemas.openxmlformats.org/officeDocument/2006/relationships/image" Target="media/image2189.wmf"/><Relationship Id="rId4553" Type="http://schemas.openxmlformats.org/officeDocument/2006/relationships/image" Target="media/image2293.wmf"/><Relationship Id="rId4760" Type="http://schemas.openxmlformats.org/officeDocument/2006/relationships/image" Target="media/image2397.wmf"/><Relationship Id="rId5604" Type="http://schemas.openxmlformats.org/officeDocument/2006/relationships/image" Target="media/image2820.wmf"/><Relationship Id="rId5811" Type="http://schemas.openxmlformats.org/officeDocument/2006/relationships/image" Target="media/image2924.wmf"/><Relationship Id="rId3155" Type="http://schemas.openxmlformats.org/officeDocument/2006/relationships/image" Target="media/image1590.wmf"/><Relationship Id="rId3362" Type="http://schemas.openxmlformats.org/officeDocument/2006/relationships/image" Target="media/image1694.wmf"/><Relationship Id="rId4206" Type="http://schemas.openxmlformats.org/officeDocument/2006/relationships/oleObject" Target="embeddings/oleObject2084.bin"/><Relationship Id="rId4413" Type="http://schemas.openxmlformats.org/officeDocument/2006/relationships/oleObject" Target="embeddings/oleObject2187.bin"/><Relationship Id="rId4620" Type="http://schemas.openxmlformats.org/officeDocument/2006/relationships/image" Target="media/image2327.wmf"/><Relationship Id="rId283" Type="http://schemas.openxmlformats.org/officeDocument/2006/relationships/oleObject" Target="embeddings/oleObject137.bin"/><Relationship Id="rId490" Type="http://schemas.openxmlformats.org/officeDocument/2006/relationships/oleObject" Target="embeddings/oleObject240.bin"/><Relationship Id="rId2171" Type="http://schemas.openxmlformats.org/officeDocument/2006/relationships/image" Target="media/image1093.wmf"/><Relationship Id="rId3015" Type="http://schemas.openxmlformats.org/officeDocument/2006/relationships/oleObject" Target="embeddings/oleObject1492.bin"/><Relationship Id="rId3222" Type="http://schemas.openxmlformats.org/officeDocument/2006/relationships/oleObject" Target="embeddings/oleObject1595.bin"/><Relationship Id="rId6378" Type="http://schemas.openxmlformats.org/officeDocument/2006/relationships/oleObject" Target="embeddings/oleObject3164.bin"/><Relationship Id="rId143" Type="http://schemas.openxmlformats.org/officeDocument/2006/relationships/oleObject" Target="embeddings/oleObject67.bin"/><Relationship Id="rId350" Type="http://schemas.openxmlformats.org/officeDocument/2006/relationships/image" Target="media/image176.wmf"/><Relationship Id="rId2031" Type="http://schemas.openxmlformats.org/officeDocument/2006/relationships/oleObject" Target="embeddings/oleObject1005.bin"/><Relationship Id="rId5187" Type="http://schemas.openxmlformats.org/officeDocument/2006/relationships/image" Target="media/image2611.wmf"/><Relationship Id="rId5394" Type="http://schemas.openxmlformats.org/officeDocument/2006/relationships/image" Target="media/image2715.wmf"/><Relationship Id="rId6238" Type="http://schemas.openxmlformats.org/officeDocument/2006/relationships/oleObject" Target="embeddings/oleObject3094.bin"/><Relationship Id="rId6445" Type="http://schemas.openxmlformats.org/officeDocument/2006/relationships/oleObject" Target="embeddings/oleObject3197.bin"/><Relationship Id="rId9" Type="http://schemas.openxmlformats.org/officeDocument/2006/relationships/image" Target="media/image3.wmf"/><Relationship Id="rId210" Type="http://schemas.openxmlformats.org/officeDocument/2006/relationships/image" Target="media/image106.wmf"/><Relationship Id="rId2988" Type="http://schemas.openxmlformats.org/officeDocument/2006/relationships/image" Target="media/image1506.wmf"/><Relationship Id="rId5047" Type="http://schemas.openxmlformats.org/officeDocument/2006/relationships/image" Target="media/image2541.wmf"/><Relationship Id="rId5254" Type="http://schemas.openxmlformats.org/officeDocument/2006/relationships/oleObject" Target="embeddings/oleObject2606.bin"/><Relationship Id="rId1797" Type="http://schemas.openxmlformats.org/officeDocument/2006/relationships/image" Target="media/image901.wmf"/><Relationship Id="rId2848" Type="http://schemas.openxmlformats.org/officeDocument/2006/relationships/image" Target="media/image1436.wmf"/><Relationship Id="rId5461" Type="http://schemas.openxmlformats.org/officeDocument/2006/relationships/oleObject" Target="embeddings/oleObject2709.bin"/><Relationship Id="rId6305" Type="http://schemas.openxmlformats.org/officeDocument/2006/relationships/image" Target="media/image3174.wmf"/><Relationship Id="rId89" Type="http://schemas.openxmlformats.org/officeDocument/2006/relationships/oleObject" Target="embeddings/oleObject40.bin"/><Relationship Id="rId1657" Type="http://schemas.openxmlformats.org/officeDocument/2006/relationships/image" Target="media/image831.wmf"/><Relationship Id="rId1864" Type="http://schemas.openxmlformats.org/officeDocument/2006/relationships/image" Target="media/image935.wmf"/><Relationship Id="rId2708" Type="http://schemas.openxmlformats.org/officeDocument/2006/relationships/image" Target="media/image1366.wmf"/><Relationship Id="rId2915" Type="http://schemas.openxmlformats.org/officeDocument/2006/relationships/oleObject" Target="embeddings/oleObject1442.bin"/><Relationship Id="rId4063" Type="http://schemas.openxmlformats.org/officeDocument/2006/relationships/image" Target="media/image2047.wmf"/><Relationship Id="rId4270" Type="http://schemas.openxmlformats.org/officeDocument/2006/relationships/oleObject" Target="embeddings/oleObject2116.bin"/><Relationship Id="rId5114" Type="http://schemas.openxmlformats.org/officeDocument/2006/relationships/oleObject" Target="embeddings/oleObject2536.bin"/><Relationship Id="rId5321" Type="http://schemas.openxmlformats.org/officeDocument/2006/relationships/oleObject" Target="embeddings/oleObject2639.bin"/><Relationship Id="rId1517" Type="http://schemas.openxmlformats.org/officeDocument/2006/relationships/image" Target="media/image761.wmf"/><Relationship Id="rId1724" Type="http://schemas.openxmlformats.org/officeDocument/2006/relationships/oleObject" Target="embeddings/oleObject856.bin"/><Relationship Id="rId4130" Type="http://schemas.openxmlformats.org/officeDocument/2006/relationships/oleObject" Target="embeddings/oleObject2046.bin"/><Relationship Id="rId16" Type="http://schemas.openxmlformats.org/officeDocument/2006/relationships/oleObject" Target="embeddings/oleObject6.bin"/><Relationship Id="rId1931" Type="http://schemas.openxmlformats.org/officeDocument/2006/relationships/oleObject" Target="embeddings/oleObject957.bin"/><Relationship Id="rId3689" Type="http://schemas.openxmlformats.org/officeDocument/2006/relationships/image" Target="media/image1858.wmf"/><Relationship Id="rId3896" Type="http://schemas.openxmlformats.org/officeDocument/2006/relationships/image" Target="media/image1963.wmf"/><Relationship Id="rId6095" Type="http://schemas.openxmlformats.org/officeDocument/2006/relationships/image" Target="media/image3067.wmf"/><Relationship Id="rId2498" Type="http://schemas.openxmlformats.org/officeDocument/2006/relationships/oleObject" Target="embeddings/oleObject1234.bin"/><Relationship Id="rId3549" Type="http://schemas.openxmlformats.org/officeDocument/2006/relationships/oleObject" Target="embeddings/oleObject1758.bin"/><Relationship Id="rId4947" Type="http://schemas.openxmlformats.org/officeDocument/2006/relationships/image" Target="media/image2491.wmf"/><Relationship Id="rId6162" Type="http://schemas.openxmlformats.org/officeDocument/2006/relationships/oleObject" Target="embeddings/oleObject3056.bin"/><Relationship Id="rId677" Type="http://schemas.openxmlformats.org/officeDocument/2006/relationships/oleObject" Target="embeddings/oleObject333.bin"/><Relationship Id="rId2358" Type="http://schemas.openxmlformats.org/officeDocument/2006/relationships/oleObject" Target="embeddings/oleObject1165.bin"/><Relationship Id="rId3756" Type="http://schemas.openxmlformats.org/officeDocument/2006/relationships/image" Target="media/image1893.wmf"/><Relationship Id="rId3963" Type="http://schemas.openxmlformats.org/officeDocument/2006/relationships/image" Target="media/image1997.wmf"/><Relationship Id="rId4807" Type="http://schemas.openxmlformats.org/officeDocument/2006/relationships/oleObject" Target="embeddings/oleObject2383.bin"/><Relationship Id="rId6022" Type="http://schemas.openxmlformats.org/officeDocument/2006/relationships/image" Target="media/image3030.wmf"/><Relationship Id="rId884" Type="http://schemas.openxmlformats.org/officeDocument/2006/relationships/image" Target="media/image444.wmf"/><Relationship Id="rId2565" Type="http://schemas.openxmlformats.org/officeDocument/2006/relationships/image" Target="media/image1294.wmf"/><Relationship Id="rId2772" Type="http://schemas.openxmlformats.org/officeDocument/2006/relationships/image" Target="media/image1398.wmf"/><Relationship Id="rId3409" Type="http://schemas.openxmlformats.org/officeDocument/2006/relationships/oleObject" Target="embeddings/oleObject1688.bin"/><Relationship Id="rId3616" Type="http://schemas.openxmlformats.org/officeDocument/2006/relationships/image" Target="media/image1821.wmf"/><Relationship Id="rId3823" Type="http://schemas.openxmlformats.org/officeDocument/2006/relationships/oleObject" Target="embeddings/oleObject1893.bin"/><Relationship Id="rId537" Type="http://schemas.openxmlformats.org/officeDocument/2006/relationships/image" Target="media/image270.wmf"/><Relationship Id="rId744" Type="http://schemas.openxmlformats.org/officeDocument/2006/relationships/image" Target="media/image374.wmf"/><Relationship Id="rId951" Type="http://schemas.openxmlformats.org/officeDocument/2006/relationships/oleObject" Target="embeddings/oleObject470.bin"/><Relationship Id="rId1167" Type="http://schemas.openxmlformats.org/officeDocument/2006/relationships/oleObject" Target="embeddings/oleObject578.bin"/><Relationship Id="rId1374" Type="http://schemas.openxmlformats.org/officeDocument/2006/relationships/image" Target="media/image689.wmf"/><Relationship Id="rId1581" Type="http://schemas.openxmlformats.org/officeDocument/2006/relationships/image" Target="media/image793.wmf"/><Relationship Id="rId2218" Type="http://schemas.openxmlformats.org/officeDocument/2006/relationships/oleObject" Target="embeddings/oleObject1098.bin"/><Relationship Id="rId2425" Type="http://schemas.openxmlformats.org/officeDocument/2006/relationships/image" Target="media/image1224.wmf"/><Relationship Id="rId2632" Type="http://schemas.openxmlformats.org/officeDocument/2006/relationships/image" Target="media/image1328.wmf"/><Relationship Id="rId5788" Type="http://schemas.openxmlformats.org/officeDocument/2006/relationships/oleObject" Target="embeddings/oleObject2872.bin"/><Relationship Id="rId5995" Type="http://schemas.openxmlformats.org/officeDocument/2006/relationships/oleObject" Target="embeddings/oleObject2975.bin"/><Relationship Id="rId80" Type="http://schemas.openxmlformats.org/officeDocument/2006/relationships/image" Target="media/image41.wmf"/><Relationship Id="rId604" Type="http://schemas.openxmlformats.org/officeDocument/2006/relationships/image" Target="media/image304.wmf"/><Relationship Id="rId811" Type="http://schemas.openxmlformats.org/officeDocument/2006/relationships/oleObject" Target="embeddings/oleObject400.bin"/><Relationship Id="rId1027" Type="http://schemas.openxmlformats.org/officeDocument/2006/relationships/oleObject" Target="embeddings/oleObject508.bin"/><Relationship Id="rId1234" Type="http://schemas.openxmlformats.org/officeDocument/2006/relationships/image" Target="media/image619.wmf"/><Relationship Id="rId1441" Type="http://schemas.openxmlformats.org/officeDocument/2006/relationships/image" Target="media/image723.wmf"/><Relationship Id="rId4597" Type="http://schemas.openxmlformats.org/officeDocument/2006/relationships/oleObject" Target="embeddings/oleObject2278.bin"/><Relationship Id="rId5648" Type="http://schemas.openxmlformats.org/officeDocument/2006/relationships/image" Target="media/image2842.wmf"/><Relationship Id="rId5855" Type="http://schemas.openxmlformats.org/officeDocument/2006/relationships/image" Target="media/image2946.wmf"/><Relationship Id="rId1301" Type="http://schemas.openxmlformats.org/officeDocument/2006/relationships/oleObject" Target="embeddings/oleObject645.bin"/><Relationship Id="rId3199" Type="http://schemas.openxmlformats.org/officeDocument/2006/relationships/image" Target="media/image1612.wmf"/><Relationship Id="rId4457" Type="http://schemas.openxmlformats.org/officeDocument/2006/relationships/oleObject" Target="embeddings/oleObject2209.bin"/><Relationship Id="rId4664" Type="http://schemas.openxmlformats.org/officeDocument/2006/relationships/image" Target="media/image2349.wmf"/><Relationship Id="rId5508" Type="http://schemas.openxmlformats.org/officeDocument/2006/relationships/image" Target="media/image2772.wmf"/><Relationship Id="rId5715" Type="http://schemas.openxmlformats.org/officeDocument/2006/relationships/image" Target="media/image2876.wmf"/><Relationship Id="rId3059" Type="http://schemas.openxmlformats.org/officeDocument/2006/relationships/oleObject" Target="embeddings/oleObject1514.bin"/><Relationship Id="rId3266" Type="http://schemas.openxmlformats.org/officeDocument/2006/relationships/oleObject" Target="embeddings/oleObject1617.bin"/><Relationship Id="rId3473" Type="http://schemas.openxmlformats.org/officeDocument/2006/relationships/oleObject" Target="embeddings/oleObject1720.bin"/><Relationship Id="rId4317" Type="http://schemas.openxmlformats.org/officeDocument/2006/relationships/oleObject" Target="embeddings/oleObject2139.bin"/><Relationship Id="rId4524" Type="http://schemas.openxmlformats.org/officeDocument/2006/relationships/oleObject" Target="embeddings/oleObject2242.bin"/><Relationship Id="rId4871" Type="http://schemas.openxmlformats.org/officeDocument/2006/relationships/oleObject" Target="embeddings/oleObject2415.bin"/><Relationship Id="rId5922" Type="http://schemas.openxmlformats.org/officeDocument/2006/relationships/oleObject" Target="embeddings/oleObject2939.bin"/><Relationship Id="rId187" Type="http://schemas.openxmlformats.org/officeDocument/2006/relationships/oleObject" Target="embeddings/oleObject89.bin"/><Relationship Id="rId394" Type="http://schemas.openxmlformats.org/officeDocument/2006/relationships/image" Target="media/image198.wmf"/><Relationship Id="rId2075" Type="http://schemas.openxmlformats.org/officeDocument/2006/relationships/image" Target="media/image1045.wmf"/><Relationship Id="rId2282" Type="http://schemas.openxmlformats.org/officeDocument/2006/relationships/oleObject" Target="embeddings/oleObject1128.bin"/><Relationship Id="rId3126" Type="http://schemas.openxmlformats.org/officeDocument/2006/relationships/oleObject" Target="embeddings/oleObject1547.bin"/><Relationship Id="rId3680" Type="http://schemas.openxmlformats.org/officeDocument/2006/relationships/oleObject" Target="embeddings/oleObject1823.bin"/><Relationship Id="rId4731" Type="http://schemas.openxmlformats.org/officeDocument/2006/relationships/oleObject" Target="embeddings/oleObject2345.bin"/><Relationship Id="rId254" Type="http://schemas.openxmlformats.org/officeDocument/2006/relationships/image" Target="media/image128.wmf"/><Relationship Id="rId1091" Type="http://schemas.openxmlformats.org/officeDocument/2006/relationships/oleObject" Target="embeddings/oleObject540.bin"/><Relationship Id="rId3333" Type="http://schemas.openxmlformats.org/officeDocument/2006/relationships/image" Target="media/image1679.wmf"/><Relationship Id="rId3540" Type="http://schemas.openxmlformats.org/officeDocument/2006/relationships/image" Target="media/image1783.wmf"/><Relationship Id="rId5298" Type="http://schemas.openxmlformats.org/officeDocument/2006/relationships/image" Target="media/image2667.wmf"/><Relationship Id="rId114" Type="http://schemas.openxmlformats.org/officeDocument/2006/relationships/image" Target="media/image58.wmf"/><Relationship Id="rId461" Type="http://schemas.openxmlformats.org/officeDocument/2006/relationships/image" Target="media/image232.wmf"/><Relationship Id="rId2142" Type="http://schemas.openxmlformats.org/officeDocument/2006/relationships/oleObject" Target="embeddings/oleObject1060.bin"/><Relationship Id="rId3400" Type="http://schemas.openxmlformats.org/officeDocument/2006/relationships/image" Target="media/image1713.wmf"/><Relationship Id="rId6349" Type="http://schemas.openxmlformats.org/officeDocument/2006/relationships/image" Target="media/image3196.wmf"/><Relationship Id="rId321" Type="http://schemas.openxmlformats.org/officeDocument/2006/relationships/oleObject" Target="embeddings/oleObject156.bin"/><Relationship Id="rId2002" Type="http://schemas.openxmlformats.org/officeDocument/2006/relationships/image" Target="media/image1008.wmf"/><Relationship Id="rId2959" Type="http://schemas.openxmlformats.org/officeDocument/2006/relationships/oleObject" Target="embeddings/oleObject1464.bin"/><Relationship Id="rId5158" Type="http://schemas.openxmlformats.org/officeDocument/2006/relationships/oleObject" Target="embeddings/oleObject2558.bin"/><Relationship Id="rId5365" Type="http://schemas.openxmlformats.org/officeDocument/2006/relationships/oleObject" Target="embeddings/oleObject2661.bin"/><Relationship Id="rId5572" Type="http://schemas.openxmlformats.org/officeDocument/2006/relationships/image" Target="media/image2804.wmf"/><Relationship Id="rId6209" Type="http://schemas.openxmlformats.org/officeDocument/2006/relationships/image" Target="media/image3126.wmf"/><Relationship Id="rId6416" Type="http://schemas.openxmlformats.org/officeDocument/2006/relationships/image" Target="media/image3230.wmf"/><Relationship Id="rId1768" Type="http://schemas.openxmlformats.org/officeDocument/2006/relationships/oleObject" Target="embeddings/oleObject878.bin"/><Relationship Id="rId2819" Type="http://schemas.openxmlformats.org/officeDocument/2006/relationships/oleObject" Target="embeddings/oleObject1394.bin"/><Relationship Id="rId4174" Type="http://schemas.openxmlformats.org/officeDocument/2006/relationships/oleObject" Target="embeddings/oleObject2068.bin"/><Relationship Id="rId4381" Type="http://schemas.openxmlformats.org/officeDocument/2006/relationships/oleObject" Target="embeddings/oleObject2171.bin"/><Relationship Id="rId5018" Type="http://schemas.openxmlformats.org/officeDocument/2006/relationships/oleObject" Target="embeddings/oleObject2488.bin"/><Relationship Id="rId5225" Type="http://schemas.openxmlformats.org/officeDocument/2006/relationships/image" Target="media/image2630.wmf"/><Relationship Id="rId5432" Type="http://schemas.openxmlformats.org/officeDocument/2006/relationships/image" Target="media/image2734.wmf"/><Relationship Id="rId1628" Type="http://schemas.openxmlformats.org/officeDocument/2006/relationships/oleObject" Target="embeddings/oleObject808.bin"/><Relationship Id="rId1975" Type="http://schemas.openxmlformats.org/officeDocument/2006/relationships/oleObject" Target="embeddings/oleObject979.bin"/><Relationship Id="rId3190" Type="http://schemas.openxmlformats.org/officeDocument/2006/relationships/oleObject" Target="embeddings/oleObject1579.bin"/><Relationship Id="rId4034" Type="http://schemas.openxmlformats.org/officeDocument/2006/relationships/oleObject" Target="embeddings/oleObject1998.bin"/><Relationship Id="rId4241" Type="http://schemas.openxmlformats.org/officeDocument/2006/relationships/image" Target="media/image2136.wmf"/><Relationship Id="rId1835" Type="http://schemas.openxmlformats.org/officeDocument/2006/relationships/oleObject" Target="embeddings/oleObject911.bin"/><Relationship Id="rId3050" Type="http://schemas.openxmlformats.org/officeDocument/2006/relationships/image" Target="media/image1537.wmf"/><Relationship Id="rId4101" Type="http://schemas.openxmlformats.org/officeDocument/2006/relationships/image" Target="media/image2066.wmf"/><Relationship Id="rId1902" Type="http://schemas.openxmlformats.org/officeDocument/2006/relationships/image" Target="media/image954.wmf"/><Relationship Id="rId6066" Type="http://schemas.openxmlformats.org/officeDocument/2006/relationships/oleObject" Target="embeddings/oleObject3010.bin"/><Relationship Id="rId3867" Type="http://schemas.openxmlformats.org/officeDocument/2006/relationships/oleObject" Target="embeddings/oleObject1915.bin"/><Relationship Id="rId4918" Type="http://schemas.openxmlformats.org/officeDocument/2006/relationships/oleObject" Target="embeddings/oleObject2438.bin"/><Relationship Id="rId6273" Type="http://schemas.openxmlformats.org/officeDocument/2006/relationships/image" Target="media/image3158.wmf"/><Relationship Id="rId788" Type="http://schemas.openxmlformats.org/officeDocument/2006/relationships/image" Target="media/image396.wmf"/><Relationship Id="rId995" Type="http://schemas.openxmlformats.org/officeDocument/2006/relationships/oleObject" Target="embeddings/oleObject492.bin"/><Relationship Id="rId2469" Type="http://schemas.openxmlformats.org/officeDocument/2006/relationships/image" Target="media/image1246.wmf"/><Relationship Id="rId2676" Type="http://schemas.openxmlformats.org/officeDocument/2006/relationships/image" Target="media/image1350.wmf"/><Relationship Id="rId2883" Type="http://schemas.openxmlformats.org/officeDocument/2006/relationships/oleObject" Target="embeddings/oleObject1426.bin"/><Relationship Id="rId3727" Type="http://schemas.openxmlformats.org/officeDocument/2006/relationships/oleObject" Target="embeddings/oleObject1846.bin"/><Relationship Id="rId3934" Type="http://schemas.openxmlformats.org/officeDocument/2006/relationships/image" Target="media/image1982.png"/><Relationship Id="rId5082" Type="http://schemas.openxmlformats.org/officeDocument/2006/relationships/oleObject" Target="embeddings/oleObject2520.bin"/><Relationship Id="rId6133" Type="http://schemas.openxmlformats.org/officeDocument/2006/relationships/image" Target="media/image3087.png"/><Relationship Id="rId6340" Type="http://schemas.openxmlformats.org/officeDocument/2006/relationships/oleObject" Target="embeddings/oleObject3145.bin"/><Relationship Id="rId648" Type="http://schemas.openxmlformats.org/officeDocument/2006/relationships/image" Target="media/image326.wmf"/><Relationship Id="rId855" Type="http://schemas.openxmlformats.org/officeDocument/2006/relationships/oleObject" Target="embeddings/oleObject422.bin"/><Relationship Id="rId1278" Type="http://schemas.openxmlformats.org/officeDocument/2006/relationships/image" Target="media/image641.wmf"/><Relationship Id="rId1485" Type="http://schemas.openxmlformats.org/officeDocument/2006/relationships/image" Target="media/image745.wmf"/><Relationship Id="rId1692" Type="http://schemas.openxmlformats.org/officeDocument/2006/relationships/oleObject" Target="embeddings/oleObject840.bin"/><Relationship Id="rId2329" Type="http://schemas.openxmlformats.org/officeDocument/2006/relationships/oleObject" Target="embeddings/oleObject1151.bin"/><Relationship Id="rId2536" Type="http://schemas.openxmlformats.org/officeDocument/2006/relationships/oleObject" Target="embeddings/oleObject1253.bin"/><Relationship Id="rId2743" Type="http://schemas.openxmlformats.org/officeDocument/2006/relationships/oleObject" Target="embeddings/oleObject1356.bin"/><Relationship Id="rId5899" Type="http://schemas.openxmlformats.org/officeDocument/2006/relationships/image" Target="media/image2968.wmf"/><Relationship Id="rId6200" Type="http://schemas.openxmlformats.org/officeDocument/2006/relationships/oleObject" Target="embeddings/oleObject3075.bin"/><Relationship Id="rId508" Type="http://schemas.openxmlformats.org/officeDocument/2006/relationships/oleObject" Target="embeddings/oleObject249.bin"/><Relationship Id="rId715" Type="http://schemas.openxmlformats.org/officeDocument/2006/relationships/oleObject" Target="embeddings/oleObject352.bin"/><Relationship Id="rId922" Type="http://schemas.openxmlformats.org/officeDocument/2006/relationships/image" Target="media/image463.wmf"/><Relationship Id="rId1138" Type="http://schemas.openxmlformats.org/officeDocument/2006/relationships/image" Target="media/image571.wmf"/><Relationship Id="rId1345" Type="http://schemas.openxmlformats.org/officeDocument/2006/relationships/oleObject" Target="embeddings/oleObject667.bin"/><Relationship Id="rId1552" Type="http://schemas.openxmlformats.org/officeDocument/2006/relationships/oleObject" Target="embeddings/oleObject770.bin"/><Relationship Id="rId2603" Type="http://schemas.openxmlformats.org/officeDocument/2006/relationships/oleObject" Target="embeddings/oleObject1286.bin"/><Relationship Id="rId2950" Type="http://schemas.openxmlformats.org/officeDocument/2006/relationships/image" Target="media/image1487.wmf"/><Relationship Id="rId5759" Type="http://schemas.openxmlformats.org/officeDocument/2006/relationships/image" Target="media/image2898.wmf"/><Relationship Id="rId1205" Type="http://schemas.openxmlformats.org/officeDocument/2006/relationships/oleObject" Target="embeddings/oleObject597.bin"/><Relationship Id="rId2810" Type="http://schemas.openxmlformats.org/officeDocument/2006/relationships/image" Target="media/image1417.wmf"/><Relationship Id="rId4568" Type="http://schemas.openxmlformats.org/officeDocument/2006/relationships/oleObject" Target="embeddings/oleObject2264.bin"/><Relationship Id="rId5966" Type="http://schemas.openxmlformats.org/officeDocument/2006/relationships/image" Target="media/image3002.wmf"/><Relationship Id="rId51" Type="http://schemas.openxmlformats.org/officeDocument/2006/relationships/oleObject" Target="embeddings/oleObject21.bin"/><Relationship Id="rId1412" Type="http://schemas.openxmlformats.org/officeDocument/2006/relationships/image" Target="media/image708.wmf"/><Relationship Id="rId3377" Type="http://schemas.openxmlformats.org/officeDocument/2006/relationships/oleObject" Target="embeddings/oleObject1672.bin"/><Relationship Id="rId4775" Type="http://schemas.openxmlformats.org/officeDocument/2006/relationships/oleObject" Target="embeddings/oleObject2367.bin"/><Relationship Id="rId4982" Type="http://schemas.openxmlformats.org/officeDocument/2006/relationships/oleObject" Target="embeddings/oleObject2470.bin"/><Relationship Id="rId5619" Type="http://schemas.openxmlformats.org/officeDocument/2006/relationships/oleObject" Target="embeddings/oleObject2788.bin"/><Relationship Id="rId5826" Type="http://schemas.openxmlformats.org/officeDocument/2006/relationships/oleObject" Target="embeddings/oleObject2891.bin"/><Relationship Id="rId298" Type="http://schemas.openxmlformats.org/officeDocument/2006/relationships/image" Target="media/image150.wmf"/><Relationship Id="rId3584" Type="http://schemas.openxmlformats.org/officeDocument/2006/relationships/image" Target="media/image1805.wmf"/><Relationship Id="rId3791" Type="http://schemas.openxmlformats.org/officeDocument/2006/relationships/oleObject" Target="embeddings/oleObject1877.bin"/><Relationship Id="rId4428" Type="http://schemas.openxmlformats.org/officeDocument/2006/relationships/image" Target="media/image2230.wmf"/><Relationship Id="rId4635" Type="http://schemas.openxmlformats.org/officeDocument/2006/relationships/oleObject" Target="embeddings/oleObject2297.bin"/><Relationship Id="rId4842" Type="http://schemas.openxmlformats.org/officeDocument/2006/relationships/image" Target="media/image2438.wmf"/><Relationship Id="rId158" Type="http://schemas.openxmlformats.org/officeDocument/2006/relationships/image" Target="media/image80.wmf"/><Relationship Id="rId2186" Type="http://schemas.openxmlformats.org/officeDocument/2006/relationships/oleObject" Target="embeddings/oleObject1082.bin"/><Relationship Id="rId2393" Type="http://schemas.openxmlformats.org/officeDocument/2006/relationships/image" Target="media/image1207.wmf"/><Relationship Id="rId3237" Type="http://schemas.openxmlformats.org/officeDocument/2006/relationships/image" Target="media/image1631.wmf"/><Relationship Id="rId3444" Type="http://schemas.openxmlformats.org/officeDocument/2006/relationships/image" Target="media/image1735.wmf"/><Relationship Id="rId3651" Type="http://schemas.openxmlformats.org/officeDocument/2006/relationships/image" Target="media/image1839.wmf"/><Relationship Id="rId4702" Type="http://schemas.openxmlformats.org/officeDocument/2006/relationships/image" Target="media/image2368.wmf"/><Relationship Id="rId365" Type="http://schemas.openxmlformats.org/officeDocument/2006/relationships/oleObject" Target="embeddings/oleObject178.bin"/><Relationship Id="rId572" Type="http://schemas.openxmlformats.org/officeDocument/2006/relationships/oleObject" Target="embeddings/oleObject281.bin"/><Relationship Id="rId2046" Type="http://schemas.openxmlformats.org/officeDocument/2006/relationships/image" Target="media/image1030.wmf"/><Relationship Id="rId2253" Type="http://schemas.openxmlformats.org/officeDocument/2006/relationships/image" Target="media/image1134.wmf"/><Relationship Id="rId2460" Type="http://schemas.openxmlformats.org/officeDocument/2006/relationships/oleObject" Target="embeddings/oleObject1215.bin"/><Relationship Id="rId3304" Type="http://schemas.openxmlformats.org/officeDocument/2006/relationships/oleObject" Target="embeddings/oleObject1636.bin"/><Relationship Id="rId3511" Type="http://schemas.openxmlformats.org/officeDocument/2006/relationships/oleObject" Target="embeddings/oleObject1739.bin"/><Relationship Id="rId225" Type="http://schemas.openxmlformats.org/officeDocument/2006/relationships/oleObject" Target="embeddings/oleObject108.bin"/><Relationship Id="rId432" Type="http://schemas.openxmlformats.org/officeDocument/2006/relationships/oleObject" Target="embeddings/oleObject211.bin"/><Relationship Id="rId1062" Type="http://schemas.openxmlformats.org/officeDocument/2006/relationships/image" Target="media/image533.wmf"/><Relationship Id="rId2113" Type="http://schemas.openxmlformats.org/officeDocument/2006/relationships/image" Target="media/image1064.wmf"/><Relationship Id="rId2320" Type="http://schemas.openxmlformats.org/officeDocument/2006/relationships/image" Target="media/image1170.wmf"/><Relationship Id="rId5269" Type="http://schemas.openxmlformats.org/officeDocument/2006/relationships/oleObject" Target="embeddings/oleObject2613.bin"/><Relationship Id="rId5476" Type="http://schemas.openxmlformats.org/officeDocument/2006/relationships/image" Target="media/image2756.wmf"/><Relationship Id="rId5683" Type="http://schemas.openxmlformats.org/officeDocument/2006/relationships/oleObject" Target="embeddings/oleObject2820.bin"/><Relationship Id="rId4078" Type="http://schemas.openxmlformats.org/officeDocument/2006/relationships/oleObject" Target="embeddings/oleObject2020.bin"/><Relationship Id="rId4285" Type="http://schemas.openxmlformats.org/officeDocument/2006/relationships/oleObject" Target="embeddings/oleObject2123.bin"/><Relationship Id="rId4492" Type="http://schemas.openxmlformats.org/officeDocument/2006/relationships/image" Target="media/image2262.wmf"/><Relationship Id="rId5129" Type="http://schemas.openxmlformats.org/officeDocument/2006/relationships/image" Target="media/image2582.wmf"/><Relationship Id="rId5336" Type="http://schemas.openxmlformats.org/officeDocument/2006/relationships/image" Target="media/image2686.wmf"/><Relationship Id="rId5543" Type="http://schemas.openxmlformats.org/officeDocument/2006/relationships/oleObject" Target="embeddings/oleObject2750.bin"/><Relationship Id="rId5890" Type="http://schemas.openxmlformats.org/officeDocument/2006/relationships/oleObject" Target="embeddings/oleObject2923.bin"/><Relationship Id="rId1879" Type="http://schemas.openxmlformats.org/officeDocument/2006/relationships/oleObject" Target="embeddings/oleObject933.bin"/><Relationship Id="rId3094" Type="http://schemas.openxmlformats.org/officeDocument/2006/relationships/image" Target="media/image1559.wmf"/><Relationship Id="rId4145" Type="http://schemas.openxmlformats.org/officeDocument/2006/relationships/image" Target="media/image2088.wmf"/><Relationship Id="rId5750" Type="http://schemas.openxmlformats.org/officeDocument/2006/relationships/oleObject" Target="embeddings/oleObject2853.bin"/><Relationship Id="rId1739" Type="http://schemas.openxmlformats.org/officeDocument/2006/relationships/image" Target="media/image872.wmf"/><Relationship Id="rId1946" Type="http://schemas.openxmlformats.org/officeDocument/2006/relationships/image" Target="media/image978.wmf"/><Relationship Id="rId4005" Type="http://schemas.openxmlformats.org/officeDocument/2006/relationships/image" Target="media/image2018.wmf"/><Relationship Id="rId4352" Type="http://schemas.openxmlformats.org/officeDocument/2006/relationships/image" Target="media/image2192.wmf"/><Relationship Id="rId5403" Type="http://schemas.openxmlformats.org/officeDocument/2006/relationships/oleObject" Target="embeddings/oleObject2680.bin"/><Relationship Id="rId5610" Type="http://schemas.openxmlformats.org/officeDocument/2006/relationships/image" Target="media/image2823.wmf"/><Relationship Id="rId1806" Type="http://schemas.openxmlformats.org/officeDocument/2006/relationships/oleObject" Target="embeddings/oleObject897.bin"/><Relationship Id="rId3161" Type="http://schemas.openxmlformats.org/officeDocument/2006/relationships/image" Target="media/image1593.wmf"/><Relationship Id="rId4212" Type="http://schemas.openxmlformats.org/officeDocument/2006/relationships/oleObject" Target="embeddings/oleObject2087.bin"/><Relationship Id="rId3021" Type="http://schemas.openxmlformats.org/officeDocument/2006/relationships/oleObject" Target="embeddings/oleObject1495.bin"/><Relationship Id="rId3978" Type="http://schemas.openxmlformats.org/officeDocument/2006/relationships/oleObject" Target="embeddings/oleObject1970.bin"/><Relationship Id="rId6177" Type="http://schemas.openxmlformats.org/officeDocument/2006/relationships/image" Target="media/image3110.wmf"/><Relationship Id="rId6384" Type="http://schemas.openxmlformats.org/officeDocument/2006/relationships/oleObject" Target="embeddings/oleObject3167.bin"/><Relationship Id="rId899" Type="http://schemas.openxmlformats.org/officeDocument/2006/relationships/oleObject" Target="embeddings/oleObject444.bin"/><Relationship Id="rId2787" Type="http://schemas.openxmlformats.org/officeDocument/2006/relationships/oleObject" Target="embeddings/oleObject1378.bin"/><Relationship Id="rId3838" Type="http://schemas.openxmlformats.org/officeDocument/2006/relationships/image" Target="media/image1934.wmf"/><Relationship Id="rId5193" Type="http://schemas.openxmlformats.org/officeDocument/2006/relationships/image" Target="media/image2614.wmf"/><Relationship Id="rId6037" Type="http://schemas.openxmlformats.org/officeDocument/2006/relationships/oleObject" Target="embeddings/oleObject2996.bin"/><Relationship Id="rId6244" Type="http://schemas.openxmlformats.org/officeDocument/2006/relationships/oleObject" Target="embeddings/oleObject3097.bin"/><Relationship Id="rId6451" Type="http://schemas.openxmlformats.org/officeDocument/2006/relationships/oleObject" Target="embeddings/oleObject3200.bin"/><Relationship Id="rId759" Type="http://schemas.openxmlformats.org/officeDocument/2006/relationships/oleObject" Target="embeddings/oleObject374.bin"/><Relationship Id="rId966" Type="http://schemas.openxmlformats.org/officeDocument/2006/relationships/image" Target="media/image485.wmf"/><Relationship Id="rId1389" Type="http://schemas.openxmlformats.org/officeDocument/2006/relationships/oleObject" Target="embeddings/oleObject689.bin"/><Relationship Id="rId1596" Type="http://schemas.openxmlformats.org/officeDocument/2006/relationships/oleObject" Target="embeddings/oleObject792.bin"/><Relationship Id="rId2647" Type="http://schemas.openxmlformats.org/officeDocument/2006/relationships/oleObject" Target="embeddings/oleObject1308.bin"/><Relationship Id="rId2994" Type="http://schemas.openxmlformats.org/officeDocument/2006/relationships/image" Target="media/image1509.wmf"/><Relationship Id="rId5053" Type="http://schemas.openxmlformats.org/officeDocument/2006/relationships/image" Target="media/image2544.wmf"/><Relationship Id="rId5260" Type="http://schemas.openxmlformats.org/officeDocument/2006/relationships/oleObject" Target="embeddings/oleObject2609.bin"/><Relationship Id="rId6104" Type="http://schemas.openxmlformats.org/officeDocument/2006/relationships/oleObject" Target="embeddings/oleObject3029.bin"/><Relationship Id="rId6311" Type="http://schemas.openxmlformats.org/officeDocument/2006/relationships/image" Target="media/image3177.wmf"/><Relationship Id="rId619" Type="http://schemas.openxmlformats.org/officeDocument/2006/relationships/oleObject" Target="embeddings/oleObject304.bin"/><Relationship Id="rId1249" Type="http://schemas.openxmlformats.org/officeDocument/2006/relationships/oleObject" Target="embeddings/oleObject619.bin"/><Relationship Id="rId2854" Type="http://schemas.openxmlformats.org/officeDocument/2006/relationships/image" Target="media/image1439.wmf"/><Relationship Id="rId3905" Type="http://schemas.openxmlformats.org/officeDocument/2006/relationships/oleObject" Target="embeddings/oleObject1934.bin"/><Relationship Id="rId5120" Type="http://schemas.openxmlformats.org/officeDocument/2006/relationships/oleObject" Target="embeddings/oleObject2539.bin"/><Relationship Id="rId95" Type="http://schemas.openxmlformats.org/officeDocument/2006/relationships/oleObject" Target="embeddings/oleObject43.bin"/><Relationship Id="rId826" Type="http://schemas.openxmlformats.org/officeDocument/2006/relationships/image" Target="media/image415.wmf"/><Relationship Id="rId1109" Type="http://schemas.openxmlformats.org/officeDocument/2006/relationships/oleObject" Target="embeddings/oleObject549.bin"/><Relationship Id="rId1456" Type="http://schemas.openxmlformats.org/officeDocument/2006/relationships/oleObject" Target="embeddings/oleObject722.bin"/><Relationship Id="rId1663" Type="http://schemas.openxmlformats.org/officeDocument/2006/relationships/image" Target="media/image834.wmf"/><Relationship Id="rId1870" Type="http://schemas.openxmlformats.org/officeDocument/2006/relationships/image" Target="media/image938.wmf"/><Relationship Id="rId2507" Type="http://schemas.openxmlformats.org/officeDocument/2006/relationships/image" Target="media/image1265.wmf"/><Relationship Id="rId2714" Type="http://schemas.openxmlformats.org/officeDocument/2006/relationships/image" Target="media/image1369.wmf"/><Relationship Id="rId2921" Type="http://schemas.openxmlformats.org/officeDocument/2006/relationships/oleObject" Target="embeddings/oleObject1445.bin"/><Relationship Id="rId1316" Type="http://schemas.openxmlformats.org/officeDocument/2006/relationships/image" Target="media/image660.wmf"/><Relationship Id="rId1523" Type="http://schemas.openxmlformats.org/officeDocument/2006/relationships/image" Target="media/image764.wmf"/><Relationship Id="rId1730" Type="http://schemas.openxmlformats.org/officeDocument/2006/relationships/oleObject" Target="embeddings/oleObject859.bin"/><Relationship Id="rId4679" Type="http://schemas.openxmlformats.org/officeDocument/2006/relationships/oleObject" Target="embeddings/oleObject2319.bin"/><Relationship Id="rId4886" Type="http://schemas.openxmlformats.org/officeDocument/2006/relationships/image" Target="media/image2460.wmf"/><Relationship Id="rId5937" Type="http://schemas.openxmlformats.org/officeDocument/2006/relationships/oleObject" Target="embeddings/oleObject2946.bin"/><Relationship Id="rId22" Type="http://schemas.openxmlformats.org/officeDocument/2006/relationships/oleObject" Target="embeddings/oleObject9.bin"/><Relationship Id="rId3488" Type="http://schemas.openxmlformats.org/officeDocument/2006/relationships/image" Target="media/image1757.wmf"/><Relationship Id="rId3695" Type="http://schemas.openxmlformats.org/officeDocument/2006/relationships/image" Target="media/image1861.wmf"/><Relationship Id="rId4539" Type="http://schemas.openxmlformats.org/officeDocument/2006/relationships/image" Target="media/image2286.wmf"/><Relationship Id="rId4746" Type="http://schemas.openxmlformats.org/officeDocument/2006/relationships/image" Target="media/image2390.wmf"/><Relationship Id="rId4953" Type="http://schemas.openxmlformats.org/officeDocument/2006/relationships/image" Target="media/image2494.wmf"/><Relationship Id="rId2297" Type="http://schemas.openxmlformats.org/officeDocument/2006/relationships/image" Target="media/image1158.wmf"/><Relationship Id="rId3348" Type="http://schemas.openxmlformats.org/officeDocument/2006/relationships/image" Target="media/image1687.wmf"/><Relationship Id="rId3555" Type="http://schemas.openxmlformats.org/officeDocument/2006/relationships/oleObject" Target="embeddings/oleObject1761.bin"/><Relationship Id="rId3762" Type="http://schemas.openxmlformats.org/officeDocument/2006/relationships/image" Target="media/image1896.wmf"/><Relationship Id="rId4606" Type="http://schemas.openxmlformats.org/officeDocument/2006/relationships/image" Target="media/image2320.wmf"/><Relationship Id="rId4813" Type="http://schemas.openxmlformats.org/officeDocument/2006/relationships/oleObject" Target="embeddings/oleObject2386.bin"/><Relationship Id="rId269" Type="http://schemas.openxmlformats.org/officeDocument/2006/relationships/oleObject" Target="embeddings/oleObject130.bin"/><Relationship Id="rId476" Type="http://schemas.openxmlformats.org/officeDocument/2006/relationships/oleObject" Target="embeddings/oleObject233.bin"/><Relationship Id="rId683" Type="http://schemas.openxmlformats.org/officeDocument/2006/relationships/oleObject" Target="embeddings/oleObject336.bin"/><Relationship Id="rId890" Type="http://schemas.openxmlformats.org/officeDocument/2006/relationships/image" Target="media/image447.wmf"/><Relationship Id="rId2157" Type="http://schemas.openxmlformats.org/officeDocument/2006/relationships/image" Target="media/image1086.wmf"/><Relationship Id="rId2364" Type="http://schemas.openxmlformats.org/officeDocument/2006/relationships/oleObject" Target="embeddings/oleObject1168.bin"/><Relationship Id="rId2571" Type="http://schemas.openxmlformats.org/officeDocument/2006/relationships/image" Target="media/image1297.wmf"/><Relationship Id="rId3208" Type="http://schemas.openxmlformats.org/officeDocument/2006/relationships/oleObject" Target="embeddings/oleObject1588.bin"/><Relationship Id="rId3415" Type="http://schemas.openxmlformats.org/officeDocument/2006/relationships/oleObject" Target="embeddings/oleObject1691.bin"/><Relationship Id="rId129" Type="http://schemas.openxmlformats.org/officeDocument/2006/relationships/oleObject" Target="embeddings/oleObject60.bin"/><Relationship Id="rId336" Type="http://schemas.openxmlformats.org/officeDocument/2006/relationships/image" Target="media/image169.wmf"/><Relationship Id="rId543" Type="http://schemas.openxmlformats.org/officeDocument/2006/relationships/image" Target="media/image273.wmf"/><Relationship Id="rId1173" Type="http://schemas.openxmlformats.org/officeDocument/2006/relationships/oleObject" Target="embeddings/oleObject581.bin"/><Relationship Id="rId1380" Type="http://schemas.openxmlformats.org/officeDocument/2006/relationships/image" Target="media/image692.wmf"/><Relationship Id="rId2017" Type="http://schemas.openxmlformats.org/officeDocument/2006/relationships/oleObject" Target="embeddings/oleObject998.bin"/><Relationship Id="rId2224" Type="http://schemas.openxmlformats.org/officeDocument/2006/relationships/oleObject" Target="embeddings/oleObject1101.bin"/><Relationship Id="rId3622" Type="http://schemas.openxmlformats.org/officeDocument/2006/relationships/image" Target="media/image1824.png"/><Relationship Id="rId5587" Type="http://schemas.openxmlformats.org/officeDocument/2006/relationships/oleObject" Target="embeddings/oleObject2772.bin"/><Relationship Id="rId403" Type="http://schemas.openxmlformats.org/officeDocument/2006/relationships/oleObject" Target="embeddings/oleObject197.bin"/><Relationship Id="rId750" Type="http://schemas.openxmlformats.org/officeDocument/2006/relationships/image" Target="media/image377.wmf"/><Relationship Id="rId1033" Type="http://schemas.openxmlformats.org/officeDocument/2006/relationships/oleObject" Target="embeddings/oleObject511.bin"/><Relationship Id="rId2431" Type="http://schemas.openxmlformats.org/officeDocument/2006/relationships/image" Target="media/image1227.wmf"/><Relationship Id="rId4189" Type="http://schemas.openxmlformats.org/officeDocument/2006/relationships/image" Target="media/image2110.wmf"/><Relationship Id="rId5794" Type="http://schemas.openxmlformats.org/officeDocument/2006/relationships/oleObject" Target="embeddings/oleObject2875.bin"/><Relationship Id="rId610" Type="http://schemas.openxmlformats.org/officeDocument/2006/relationships/image" Target="media/image307.wmf"/><Relationship Id="rId1240" Type="http://schemas.openxmlformats.org/officeDocument/2006/relationships/image" Target="media/image622.wmf"/><Relationship Id="rId4049" Type="http://schemas.openxmlformats.org/officeDocument/2006/relationships/image" Target="media/image2040.wmf"/><Relationship Id="rId4396" Type="http://schemas.openxmlformats.org/officeDocument/2006/relationships/image" Target="media/image2214.wmf"/><Relationship Id="rId5447" Type="http://schemas.openxmlformats.org/officeDocument/2006/relationships/oleObject" Target="embeddings/oleObject2702.bin"/><Relationship Id="rId5654" Type="http://schemas.openxmlformats.org/officeDocument/2006/relationships/image" Target="media/image2845.wmf"/><Relationship Id="rId5861" Type="http://schemas.openxmlformats.org/officeDocument/2006/relationships/image" Target="media/image2949.wmf"/><Relationship Id="rId1100" Type="http://schemas.openxmlformats.org/officeDocument/2006/relationships/image" Target="media/image552.wmf"/><Relationship Id="rId4256" Type="http://schemas.openxmlformats.org/officeDocument/2006/relationships/oleObject" Target="embeddings/oleObject2109.bin"/><Relationship Id="rId4463" Type="http://schemas.openxmlformats.org/officeDocument/2006/relationships/oleObject" Target="embeddings/oleObject2212.bin"/><Relationship Id="rId4670" Type="http://schemas.openxmlformats.org/officeDocument/2006/relationships/image" Target="media/image2352.wmf"/><Relationship Id="rId5307" Type="http://schemas.openxmlformats.org/officeDocument/2006/relationships/oleObject" Target="embeddings/oleObject2632.bin"/><Relationship Id="rId5514" Type="http://schemas.openxmlformats.org/officeDocument/2006/relationships/image" Target="media/image2775.wmf"/><Relationship Id="rId5721" Type="http://schemas.openxmlformats.org/officeDocument/2006/relationships/image" Target="media/image2879.wmf"/><Relationship Id="rId1917" Type="http://schemas.openxmlformats.org/officeDocument/2006/relationships/oleObject" Target="embeddings/oleObject952.bin"/><Relationship Id="rId3065" Type="http://schemas.openxmlformats.org/officeDocument/2006/relationships/oleObject" Target="embeddings/oleObject1517.bin"/><Relationship Id="rId3272" Type="http://schemas.openxmlformats.org/officeDocument/2006/relationships/oleObject" Target="embeddings/oleObject1620.bin"/><Relationship Id="rId4116" Type="http://schemas.openxmlformats.org/officeDocument/2006/relationships/oleObject" Target="embeddings/oleObject2039.bin"/><Relationship Id="rId4323" Type="http://schemas.openxmlformats.org/officeDocument/2006/relationships/oleObject" Target="embeddings/oleObject2142.bin"/><Relationship Id="rId4530" Type="http://schemas.openxmlformats.org/officeDocument/2006/relationships/oleObject" Target="embeddings/oleObject2245.bin"/><Relationship Id="rId193" Type="http://schemas.openxmlformats.org/officeDocument/2006/relationships/oleObject" Target="embeddings/oleObject92.bin"/><Relationship Id="rId2081" Type="http://schemas.openxmlformats.org/officeDocument/2006/relationships/image" Target="media/image1048.wmf"/><Relationship Id="rId3132" Type="http://schemas.openxmlformats.org/officeDocument/2006/relationships/oleObject" Target="embeddings/oleObject1550.bin"/><Relationship Id="rId6288" Type="http://schemas.openxmlformats.org/officeDocument/2006/relationships/oleObject" Target="embeddings/oleObject3119.bin"/><Relationship Id="rId260" Type="http://schemas.openxmlformats.org/officeDocument/2006/relationships/image" Target="media/image131.wmf"/><Relationship Id="rId5097" Type="http://schemas.openxmlformats.org/officeDocument/2006/relationships/image" Target="media/image2566.wmf"/><Relationship Id="rId6148" Type="http://schemas.openxmlformats.org/officeDocument/2006/relationships/oleObject" Target="embeddings/oleObject3049.bin"/><Relationship Id="rId6355" Type="http://schemas.openxmlformats.org/officeDocument/2006/relationships/image" Target="media/image3199.wmf"/><Relationship Id="rId120" Type="http://schemas.openxmlformats.org/officeDocument/2006/relationships/image" Target="media/image61.wmf"/><Relationship Id="rId2898" Type="http://schemas.openxmlformats.org/officeDocument/2006/relationships/image" Target="media/image1461.wmf"/><Relationship Id="rId3949" Type="http://schemas.openxmlformats.org/officeDocument/2006/relationships/image" Target="media/image1990.wmf"/><Relationship Id="rId5164" Type="http://schemas.openxmlformats.org/officeDocument/2006/relationships/oleObject" Target="embeddings/oleObject2561.bin"/><Relationship Id="rId6008" Type="http://schemas.openxmlformats.org/officeDocument/2006/relationships/image" Target="media/image3023.wmf"/><Relationship Id="rId6215" Type="http://schemas.openxmlformats.org/officeDocument/2006/relationships/image" Target="media/image3129.wmf"/><Relationship Id="rId2758" Type="http://schemas.openxmlformats.org/officeDocument/2006/relationships/image" Target="media/image1391.wmf"/><Relationship Id="rId2965" Type="http://schemas.openxmlformats.org/officeDocument/2006/relationships/oleObject" Target="embeddings/oleObject1467.bin"/><Relationship Id="rId3809" Type="http://schemas.openxmlformats.org/officeDocument/2006/relationships/oleObject" Target="embeddings/oleObject1886.bin"/><Relationship Id="rId5024" Type="http://schemas.openxmlformats.org/officeDocument/2006/relationships/oleObject" Target="embeddings/oleObject2491.bin"/><Relationship Id="rId5371" Type="http://schemas.openxmlformats.org/officeDocument/2006/relationships/oleObject" Target="embeddings/oleObject2664.bin"/><Relationship Id="rId6422" Type="http://schemas.openxmlformats.org/officeDocument/2006/relationships/image" Target="media/image3233.wmf"/><Relationship Id="rId937" Type="http://schemas.openxmlformats.org/officeDocument/2006/relationships/oleObject" Target="embeddings/oleObject463.bin"/><Relationship Id="rId1567" Type="http://schemas.openxmlformats.org/officeDocument/2006/relationships/image" Target="media/image786.wmf"/><Relationship Id="rId1774" Type="http://schemas.openxmlformats.org/officeDocument/2006/relationships/oleObject" Target="embeddings/oleObject881.bin"/><Relationship Id="rId1981" Type="http://schemas.openxmlformats.org/officeDocument/2006/relationships/oleObject" Target="embeddings/oleObject982.bin"/><Relationship Id="rId2618" Type="http://schemas.openxmlformats.org/officeDocument/2006/relationships/image" Target="media/image1321.wmf"/><Relationship Id="rId2825" Type="http://schemas.openxmlformats.org/officeDocument/2006/relationships/oleObject" Target="embeddings/oleObject1397.bin"/><Relationship Id="rId4180" Type="http://schemas.openxmlformats.org/officeDocument/2006/relationships/oleObject" Target="embeddings/oleObject2071.bin"/><Relationship Id="rId5231" Type="http://schemas.openxmlformats.org/officeDocument/2006/relationships/image" Target="media/image2633.wmf"/><Relationship Id="rId66" Type="http://schemas.openxmlformats.org/officeDocument/2006/relationships/image" Target="media/image34.wmf"/><Relationship Id="rId1427" Type="http://schemas.openxmlformats.org/officeDocument/2006/relationships/oleObject" Target="embeddings/oleObject708.bin"/><Relationship Id="rId1634" Type="http://schemas.openxmlformats.org/officeDocument/2006/relationships/oleObject" Target="embeddings/oleObject811.bin"/><Relationship Id="rId1841" Type="http://schemas.openxmlformats.org/officeDocument/2006/relationships/oleObject" Target="embeddings/oleObject914.bin"/><Relationship Id="rId4040" Type="http://schemas.openxmlformats.org/officeDocument/2006/relationships/oleObject" Target="embeddings/oleObject2001.bin"/><Relationship Id="rId4997" Type="http://schemas.openxmlformats.org/officeDocument/2006/relationships/image" Target="media/image2516.wmf"/><Relationship Id="rId3599" Type="http://schemas.openxmlformats.org/officeDocument/2006/relationships/oleObject" Target="embeddings/oleObject1783.bin"/><Relationship Id="rId4857" Type="http://schemas.openxmlformats.org/officeDocument/2006/relationships/oleObject" Target="embeddings/oleObject2408.bin"/><Relationship Id="rId1701" Type="http://schemas.openxmlformats.org/officeDocument/2006/relationships/image" Target="media/image853.wmf"/><Relationship Id="rId3459" Type="http://schemas.openxmlformats.org/officeDocument/2006/relationships/oleObject" Target="embeddings/oleObject1713.bin"/><Relationship Id="rId3666" Type="http://schemas.openxmlformats.org/officeDocument/2006/relationships/oleObject" Target="embeddings/oleObject1816.bin"/><Relationship Id="rId5908" Type="http://schemas.openxmlformats.org/officeDocument/2006/relationships/oleObject" Target="embeddings/oleObject2932.bin"/><Relationship Id="rId6072" Type="http://schemas.openxmlformats.org/officeDocument/2006/relationships/oleObject" Target="embeddings/oleObject3013.bin"/><Relationship Id="rId587" Type="http://schemas.openxmlformats.org/officeDocument/2006/relationships/image" Target="media/image295.wmf"/><Relationship Id="rId2268" Type="http://schemas.openxmlformats.org/officeDocument/2006/relationships/image" Target="media/image1142.png"/><Relationship Id="rId3319" Type="http://schemas.openxmlformats.org/officeDocument/2006/relationships/image" Target="media/image1672.wmf"/><Relationship Id="rId3873" Type="http://schemas.openxmlformats.org/officeDocument/2006/relationships/oleObject" Target="embeddings/oleObject1918.bin"/><Relationship Id="rId4717" Type="http://schemas.openxmlformats.org/officeDocument/2006/relationships/oleObject" Target="embeddings/oleObject2338.bin"/><Relationship Id="rId4924" Type="http://schemas.openxmlformats.org/officeDocument/2006/relationships/oleObject" Target="embeddings/oleObject2441.bin"/><Relationship Id="rId447" Type="http://schemas.openxmlformats.org/officeDocument/2006/relationships/image" Target="media/image225.wmf"/><Relationship Id="rId794" Type="http://schemas.openxmlformats.org/officeDocument/2006/relationships/image" Target="media/image399.wmf"/><Relationship Id="rId1077" Type="http://schemas.openxmlformats.org/officeDocument/2006/relationships/oleObject" Target="embeddings/oleObject533.bin"/><Relationship Id="rId2128" Type="http://schemas.openxmlformats.org/officeDocument/2006/relationships/oleObject" Target="embeddings/oleObject1053.bin"/><Relationship Id="rId2475" Type="http://schemas.openxmlformats.org/officeDocument/2006/relationships/image" Target="media/image1249.wmf"/><Relationship Id="rId2682" Type="http://schemas.openxmlformats.org/officeDocument/2006/relationships/image" Target="media/image1353.wmf"/><Relationship Id="rId3526" Type="http://schemas.openxmlformats.org/officeDocument/2006/relationships/image" Target="media/image1776.wmf"/><Relationship Id="rId3733" Type="http://schemas.openxmlformats.org/officeDocument/2006/relationships/oleObject" Target="embeddings/oleObject1849.bin"/><Relationship Id="rId3940" Type="http://schemas.openxmlformats.org/officeDocument/2006/relationships/oleObject" Target="embeddings/oleObject1951.bin"/><Relationship Id="rId654" Type="http://schemas.openxmlformats.org/officeDocument/2006/relationships/image" Target="media/image329.wmf"/><Relationship Id="rId861" Type="http://schemas.openxmlformats.org/officeDocument/2006/relationships/oleObject" Target="embeddings/oleObject425.bin"/><Relationship Id="rId1284" Type="http://schemas.openxmlformats.org/officeDocument/2006/relationships/image" Target="media/image644.wmf"/><Relationship Id="rId1491" Type="http://schemas.openxmlformats.org/officeDocument/2006/relationships/image" Target="media/image748.wmf"/><Relationship Id="rId2335" Type="http://schemas.openxmlformats.org/officeDocument/2006/relationships/oleObject" Target="embeddings/oleObject1154.bin"/><Relationship Id="rId2542" Type="http://schemas.openxmlformats.org/officeDocument/2006/relationships/oleObject" Target="embeddings/oleObject1256.bin"/><Relationship Id="rId3800" Type="http://schemas.openxmlformats.org/officeDocument/2006/relationships/image" Target="media/image1915.wmf"/><Relationship Id="rId5698" Type="http://schemas.openxmlformats.org/officeDocument/2006/relationships/oleObject" Target="embeddings/oleObject2827.bin"/><Relationship Id="rId307" Type="http://schemas.openxmlformats.org/officeDocument/2006/relationships/oleObject" Target="embeddings/oleObject149.bin"/><Relationship Id="rId514" Type="http://schemas.openxmlformats.org/officeDocument/2006/relationships/oleObject" Target="embeddings/oleObject252.bin"/><Relationship Id="rId721" Type="http://schemas.openxmlformats.org/officeDocument/2006/relationships/oleObject" Target="embeddings/oleObject355.bin"/><Relationship Id="rId1144" Type="http://schemas.openxmlformats.org/officeDocument/2006/relationships/image" Target="media/image574.wmf"/><Relationship Id="rId1351" Type="http://schemas.openxmlformats.org/officeDocument/2006/relationships/oleObject" Target="embeddings/oleObject670.bin"/><Relationship Id="rId2402" Type="http://schemas.openxmlformats.org/officeDocument/2006/relationships/image" Target="media/image1212.wmf"/><Relationship Id="rId5558" Type="http://schemas.openxmlformats.org/officeDocument/2006/relationships/image" Target="media/image2797.wmf"/><Relationship Id="rId5765" Type="http://schemas.openxmlformats.org/officeDocument/2006/relationships/image" Target="media/image2901.wmf"/><Relationship Id="rId5972" Type="http://schemas.openxmlformats.org/officeDocument/2006/relationships/image" Target="media/image3005.wmf"/><Relationship Id="rId1004" Type="http://schemas.openxmlformats.org/officeDocument/2006/relationships/image" Target="media/image504.wmf"/><Relationship Id="rId1211" Type="http://schemas.openxmlformats.org/officeDocument/2006/relationships/oleObject" Target="embeddings/oleObject600.bin"/><Relationship Id="rId4367" Type="http://schemas.openxmlformats.org/officeDocument/2006/relationships/oleObject" Target="embeddings/oleObject2164.bin"/><Relationship Id="rId4574" Type="http://schemas.openxmlformats.org/officeDocument/2006/relationships/oleObject" Target="embeddings/oleObject2267.bin"/><Relationship Id="rId4781" Type="http://schemas.openxmlformats.org/officeDocument/2006/relationships/oleObject" Target="embeddings/oleObject2370.bin"/><Relationship Id="rId5418" Type="http://schemas.openxmlformats.org/officeDocument/2006/relationships/image" Target="media/image2727.wmf"/><Relationship Id="rId5625" Type="http://schemas.openxmlformats.org/officeDocument/2006/relationships/oleObject" Target="embeddings/oleObject2791.bin"/><Relationship Id="rId5832" Type="http://schemas.openxmlformats.org/officeDocument/2006/relationships/oleObject" Target="embeddings/oleObject2894.bin"/><Relationship Id="rId3176" Type="http://schemas.openxmlformats.org/officeDocument/2006/relationships/oleObject" Target="embeddings/oleObject1572.bin"/><Relationship Id="rId3383" Type="http://schemas.openxmlformats.org/officeDocument/2006/relationships/oleObject" Target="embeddings/oleObject1675.bin"/><Relationship Id="rId3590" Type="http://schemas.openxmlformats.org/officeDocument/2006/relationships/image" Target="media/image1808.wmf"/><Relationship Id="rId4227" Type="http://schemas.openxmlformats.org/officeDocument/2006/relationships/image" Target="media/image2129.wmf"/><Relationship Id="rId4434" Type="http://schemas.openxmlformats.org/officeDocument/2006/relationships/image" Target="media/image2233.wmf"/><Relationship Id="rId2192" Type="http://schemas.openxmlformats.org/officeDocument/2006/relationships/oleObject" Target="embeddings/oleObject1085.bin"/><Relationship Id="rId3036" Type="http://schemas.openxmlformats.org/officeDocument/2006/relationships/image" Target="media/image1530.wmf"/><Relationship Id="rId3243" Type="http://schemas.openxmlformats.org/officeDocument/2006/relationships/image" Target="media/image1634.wmf"/><Relationship Id="rId4641" Type="http://schemas.openxmlformats.org/officeDocument/2006/relationships/oleObject" Target="embeddings/oleObject2300.bin"/><Relationship Id="rId6399" Type="http://schemas.openxmlformats.org/officeDocument/2006/relationships/image" Target="media/image3221.wmf"/><Relationship Id="rId164" Type="http://schemas.openxmlformats.org/officeDocument/2006/relationships/image" Target="media/image83.wmf"/><Relationship Id="rId371" Type="http://schemas.openxmlformats.org/officeDocument/2006/relationships/oleObject" Target="embeddings/oleObject181.bin"/><Relationship Id="rId2052" Type="http://schemas.openxmlformats.org/officeDocument/2006/relationships/oleObject" Target="embeddings/oleObject1015.bin"/><Relationship Id="rId3450" Type="http://schemas.openxmlformats.org/officeDocument/2006/relationships/image" Target="media/image1738.wmf"/><Relationship Id="rId4501" Type="http://schemas.openxmlformats.org/officeDocument/2006/relationships/oleObject" Target="embeddings/oleObject2231.bin"/><Relationship Id="rId6259" Type="http://schemas.openxmlformats.org/officeDocument/2006/relationships/image" Target="media/image3151.wmf"/><Relationship Id="rId3103" Type="http://schemas.openxmlformats.org/officeDocument/2006/relationships/oleObject" Target="embeddings/oleObject1536.bin"/><Relationship Id="rId3310" Type="http://schemas.openxmlformats.org/officeDocument/2006/relationships/oleObject" Target="embeddings/oleObject1639.bin"/><Relationship Id="rId5068" Type="http://schemas.openxmlformats.org/officeDocument/2006/relationships/oleObject" Target="embeddings/oleObject2513.bin"/><Relationship Id="rId231" Type="http://schemas.openxmlformats.org/officeDocument/2006/relationships/oleObject" Target="embeddings/oleObject111.bin"/><Relationship Id="rId2869" Type="http://schemas.openxmlformats.org/officeDocument/2006/relationships/oleObject" Target="embeddings/oleObject1419.bin"/><Relationship Id="rId5275" Type="http://schemas.openxmlformats.org/officeDocument/2006/relationships/oleObject" Target="embeddings/oleObject2616.bin"/><Relationship Id="rId5482" Type="http://schemas.openxmlformats.org/officeDocument/2006/relationships/image" Target="media/image2759.wmf"/><Relationship Id="rId6119" Type="http://schemas.openxmlformats.org/officeDocument/2006/relationships/image" Target="media/image3079.wmf"/><Relationship Id="rId6326" Type="http://schemas.openxmlformats.org/officeDocument/2006/relationships/oleObject" Target="embeddings/oleObject3138.bin"/><Relationship Id="rId1678" Type="http://schemas.openxmlformats.org/officeDocument/2006/relationships/oleObject" Target="embeddings/oleObject833.bin"/><Relationship Id="rId1885" Type="http://schemas.openxmlformats.org/officeDocument/2006/relationships/oleObject" Target="embeddings/oleObject936.bin"/><Relationship Id="rId2729" Type="http://schemas.openxmlformats.org/officeDocument/2006/relationships/oleObject" Target="embeddings/oleObject1349.bin"/><Relationship Id="rId2936" Type="http://schemas.openxmlformats.org/officeDocument/2006/relationships/image" Target="media/image1480.wmf"/><Relationship Id="rId4084" Type="http://schemas.openxmlformats.org/officeDocument/2006/relationships/oleObject" Target="embeddings/oleObject2023.bin"/><Relationship Id="rId4291" Type="http://schemas.openxmlformats.org/officeDocument/2006/relationships/oleObject" Target="embeddings/oleObject2126.bin"/><Relationship Id="rId5135" Type="http://schemas.openxmlformats.org/officeDocument/2006/relationships/image" Target="media/image2585.wmf"/><Relationship Id="rId5342" Type="http://schemas.openxmlformats.org/officeDocument/2006/relationships/image" Target="media/image2689.wmf"/><Relationship Id="rId908" Type="http://schemas.openxmlformats.org/officeDocument/2006/relationships/image" Target="media/image456.wmf"/><Relationship Id="rId1538" Type="http://schemas.openxmlformats.org/officeDocument/2006/relationships/oleObject" Target="embeddings/oleObject763.bin"/><Relationship Id="rId4151" Type="http://schemas.openxmlformats.org/officeDocument/2006/relationships/image" Target="media/image2091.wmf"/><Relationship Id="rId5202" Type="http://schemas.openxmlformats.org/officeDocument/2006/relationships/oleObject" Target="embeddings/oleObject2580.bin"/><Relationship Id="rId1745" Type="http://schemas.openxmlformats.org/officeDocument/2006/relationships/image" Target="media/image875.wmf"/><Relationship Id="rId1952" Type="http://schemas.openxmlformats.org/officeDocument/2006/relationships/image" Target="media/image981.wmf"/><Relationship Id="rId4011" Type="http://schemas.openxmlformats.org/officeDocument/2006/relationships/image" Target="media/image2021.wmf"/><Relationship Id="rId37" Type="http://schemas.openxmlformats.org/officeDocument/2006/relationships/image" Target="media/image19.wmf"/><Relationship Id="rId1605" Type="http://schemas.openxmlformats.org/officeDocument/2006/relationships/image" Target="media/image805.wmf"/><Relationship Id="rId1812" Type="http://schemas.openxmlformats.org/officeDocument/2006/relationships/oleObject" Target="embeddings/oleObject900.bin"/><Relationship Id="rId4968" Type="http://schemas.openxmlformats.org/officeDocument/2006/relationships/oleObject" Target="embeddings/oleObject2463.bin"/><Relationship Id="rId6183" Type="http://schemas.openxmlformats.org/officeDocument/2006/relationships/image" Target="media/image3113.wmf"/><Relationship Id="rId3777" Type="http://schemas.openxmlformats.org/officeDocument/2006/relationships/oleObject" Target="embeddings/oleObject1870.bin"/><Relationship Id="rId3984" Type="http://schemas.openxmlformats.org/officeDocument/2006/relationships/oleObject" Target="embeddings/oleObject1973.bin"/><Relationship Id="rId4828" Type="http://schemas.openxmlformats.org/officeDocument/2006/relationships/image" Target="media/image2431.wmf"/><Relationship Id="rId6390" Type="http://schemas.openxmlformats.org/officeDocument/2006/relationships/oleObject" Target="embeddings/oleObject3170.bin"/><Relationship Id="rId698" Type="http://schemas.openxmlformats.org/officeDocument/2006/relationships/image" Target="media/image351.wmf"/><Relationship Id="rId2379" Type="http://schemas.openxmlformats.org/officeDocument/2006/relationships/image" Target="media/image1200.wmf"/><Relationship Id="rId2586" Type="http://schemas.openxmlformats.org/officeDocument/2006/relationships/oleObject" Target="embeddings/oleObject1278.bin"/><Relationship Id="rId2793" Type="http://schemas.openxmlformats.org/officeDocument/2006/relationships/oleObject" Target="embeddings/oleObject1381.bin"/><Relationship Id="rId3637" Type="http://schemas.openxmlformats.org/officeDocument/2006/relationships/image" Target="media/image1832.wmf"/><Relationship Id="rId3844" Type="http://schemas.openxmlformats.org/officeDocument/2006/relationships/image" Target="media/image1937.wmf"/><Relationship Id="rId6043" Type="http://schemas.openxmlformats.org/officeDocument/2006/relationships/oleObject" Target="embeddings/oleObject2999.bin"/><Relationship Id="rId6250" Type="http://schemas.openxmlformats.org/officeDocument/2006/relationships/oleObject" Target="embeddings/oleObject3100.bin"/><Relationship Id="rId558" Type="http://schemas.openxmlformats.org/officeDocument/2006/relationships/oleObject" Target="embeddings/oleObject274.bin"/><Relationship Id="rId765" Type="http://schemas.openxmlformats.org/officeDocument/2006/relationships/oleObject" Target="embeddings/oleObject377.bin"/><Relationship Id="rId972" Type="http://schemas.openxmlformats.org/officeDocument/2006/relationships/image" Target="media/image488.wmf"/><Relationship Id="rId1188" Type="http://schemas.openxmlformats.org/officeDocument/2006/relationships/image" Target="media/image596.wmf"/><Relationship Id="rId1395" Type="http://schemas.openxmlformats.org/officeDocument/2006/relationships/oleObject" Target="embeddings/oleObject692.bin"/><Relationship Id="rId2239" Type="http://schemas.openxmlformats.org/officeDocument/2006/relationships/image" Target="media/image1127.wmf"/><Relationship Id="rId2446" Type="http://schemas.openxmlformats.org/officeDocument/2006/relationships/oleObject" Target="embeddings/oleObject1208.bin"/><Relationship Id="rId2653" Type="http://schemas.openxmlformats.org/officeDocument/2006/relationships/oleObject" Target="embeddings/oleObject1311.bin"/><Relationship Id="rId2860" Type="http://schemas.openxmlformats.org/officeDocument/2006/relationships/image" Target="media/image1442.wmf"/><Relationship Id="rId3704" Type="http://schemas.openxmlformats.org/officeDocument/2006/relationships/oleObject" Target="embeddings/oleObject1835.bin"/><Relationship Id="rId6110" Type="http://schemas.openxmlformats.org/officeDocument/2006/relationships/oleObject" Target="embeddings/oleObject3032.bin"/><Relationship Id="rId418" Type="http://schemas.openxmlformats.org/officeDocument/2006/relationships/image" Target="media/image210.wmf"/><Relationship Id="rId625" Type="http://schemas.openxmlformats.org/officeDocument/2006/relationships/oleObject" Target="embeddings/oleObject307.bin"/><Relationship Id="rId832" Type="http://schemas.openxmlformats.org/officeDocument/2006/relationships/image" Target="media/image418.wmf"/><Relationship Id="rId1048" Type="http://schemas.openxmlformats.org/officeDocument/2006/relationships/image" Target="media/image526.wmf"/><Relationship Id="rId1255" Type="http://schemas.openxmlformats.org/officeDocument/2006/relationships/oleObject" Target="embeddings/oleObject622.bin"/><Relationship Id="rId1462" Type="http://schemas.openxmlformats.org/officeDocument/2006/relationships/oleObject" Target="embeddings/oleObject725.bin"/><Relationship Id="rId2306" Type="http://schemas.openxmlformats.org/officeDocument/2006/relationships/oleObject" Target="embeddings/oleObject1140.bin"/><Relationship Id="rId2513" Type="http://schemas.openxmlformats.org/officeDocument/2006/relationships/image" Target="media/image1268.wmf"/><Relationship Id="rId3911" Type="http://schemas.openxmlformats.org/officeDocument/2006/relationships/oleObject" Target="embeddings/oleObject1937.bin"/><Relationship Id="rId5669" Type="http://schemas.openxmlformats.org/officeDocument/2006/relationships/oleObject" Target="embeddings/oleObject2813.bin"/><Relationship Id="rId5876" Type="http://schemas.openxmlformats.org/officeDocument/2006/relationships/oleObject" Target="embeddings/oleObject2916.bin"/><Relationship Id="rId1115" Type="http://schemas.openxmlformats.org/officeDocument/2006/relationships/oleObject" Target="embeddings/oleObject552.bin"/><Relationship Id="rId1322" Type="http://schemas.openxmlformats.org/officeDocument/2006/relationships/image" Target="media/image663.wmf"/><Relationship Id="rId2720" Type="http://schemas.openxmlformats.org/officeDocument/2006/relationships/image" Target="media/image1372.wmf"/><Relationship Id="rId4478" Type="http://schemas.openxmlformats.org/officeDocument/2006/relationships/image" Target="media/image2255.wmf"/><Relationship Id="rId5529" Type="http://schemas.openxmlformats.org/officeDocument/2006/relationships/oleObject" Target="embeddings/oleObject2743.bin"/><Relationship Id="rId3287" Type="http://schemas.openxmlformats.org/officeDocument/2006/relationships/image" Target="media/image1656.wmf"/><Relationship Id="rId4338" Type="http://schemas.openxmlformats.org/officeDocument/2006/relationships/image" Target="media/image2185.wmf"/><Relationship Id="rId4685" Type="http://schemas.openxmlformats.org/officeDocument/2006/relationships/oleObject" Target="embeddings/oleObject2322.bin"/><Relationship Id="rId4892" Type="http://schemas.openxmlformats.org/officeDocument/2006/relationships/oleObject" Target="embeddings/oleObject2425.bin"/><Relationship Id="rId5736" Type="http://schemas.openxmlformats.org/officeDocument/2006/relationships/oleObject" Target="embeddings/oleObject2846.bin"/><Relationship Id="rId5943" Type="http://schemas.openxmlformats.org/officeDocument/2006/relationships/oleObject" Target="embeddings/oleObject2949.bin"/><Relationship Id="rId2096" Type="http://schemas.openxmlformats.org/officeDocument/2006/relationships/oleObject" Target="embeddings/oleObject1037.bin"/><Relationship Id="rId3494" Type="http://schemas.openxmlformats.org/officeDocument/2006/relationships/image" Target="media/image1760.wmf"/><Relationship Id="rId4545" Type="http://schemas.openxmlformats.org/officeDocument/2006/relationships/image" Target="media/image2289.wmf"/><Relationship Id="rId4752" Type="http://schemas.openxmlformats.org/officeDocument/2006/relationships/image" Target="media/image2393.wmf"/><Relationship Id="rId5803" Type="http://schemas.openxmlformats.org/officeDocument/2006/relationships/image" Target="media/image2920.wmf"/><Relationship Id="rId3147" Type="http://schemas.openxmlformats.org/officeDocument/2006/relationships/image" Target="media/image1586.wmf"/><Relationship Id="rId3354" Type="http://schemas.openxmlformats.org/officeDocument/2006/relationships/image" Target="media/image1690.wmf"/><Relationship Id="rId3561" Type="http://schemas.openxmlformats.org/officeDocument/2006/relationships/oleObject" Target="embeddings/oleObject1764.bin"/><Relationship Id="rId4405" Type="http://schemas.openxmlformats.org/officeDocument/2006/relationships/oleObject" Target="embeddings/oleObject2183.bin"/><Relationship Id="rId4612" Type="http://schemas.openxmlformats.org/officeDocument/2006/relationships/image" Target="media/image2323.wmf"/><Relationship Id="rId275" Type="http://schemas.openxmlformats.org/officeDocument/2006/relationships/oleObject" Target="embeddings/oleObject133.bin"/><Relationship Id="rId482" Type="http://schemas.openxmlformats.org/officeDocument/2006/relationships/oleObject" Target="embeddings/oleObject236.bin"/><Relationship Id="rId2163" Type="http://schemas.openxmlformats.org/officeDocument/2006/relationships/image" Target="media/image1089.wmf"/><Relationship Id="rId2370" Type="http://schemas.openxmlformats.org/officeDocument/2006/relationships/oleObject" Target="embeddings/oleObject1171.bin"/><Relationship Id="rId3007" Type="http://schemas.openxmlformats.org/officeDocument/2006/relationships/oleObject" Target="embeddings/oleObject1488.bin"/><Relationship Id="rId3214" Type="http://schemas.openxmlformats.org/officeDocument/2006/relationships/oleObject" Target="embeddings/oleObject1591.bin"/><Relationship Id="rId3421" Type="http://schemas.openxmlformats.org/officeDocument/2006/relationships/oleObject" Target="embeddings/oleObject1694.bin"/><Relationship Id="rId135" Type="http://schemas.openxmlformats.org/officeDocument/2006/relationships/oleObject" Target="embeddings/oleObject63.bin"/><Relationship Id="rId342" Type="http://schemas.openxmlformats.org/officeDocument/2006/relationships/image" Target="media/image172.wmf"/><Relationship Id="rId2023" Type="http://schemas.openxmlformats.org/officeDocument/2006/relationships/oleObject" Target="embeddings/oleObject1001.bin"/><Relationship Id="rId2230" Type="http://schemas.openxmlformats.org/officeDocument/2006/relationships/oleObject" Target="embeddings/oleObject1104.bin"/><Relationship Id="rId5179" Type="http://schemas.openxmlformats.org/officeDocument/2006/relationships/image" Target="media/image2607.wmf"/><Relationship Id="rId5386" Type="http://schemas.openxmlformats.org/officeDocument/2006/relationships/image" Target="media/image2711.wmf"/><Relationship Id="rId5593" Type="http://schemas.openxmlformats.org/officeDocument/2006/relationships/oleObject" Target="embeddings/oleObject2775.bin"/><Relationship Id="rId6437" Type="http://schemas.openxmlformats.org/officeDocument/2006/relationships/oleObject" Target="embeddings/oleObject3193.bin"/><Relationship Id="rId202" Type="http://schemas.openxmlformats.org/officeDocument/2006/relationships/image" Target="media/image102.wmf"/><Relationship Id="rId4195" Type="http://schemas.openxmlformats.org/officeDocument/2006/relationships/image" Target="media/image2113.wmf"/><Relationship Id="rId5039" Type="http://schemas.openxmlformats.org/officeDocument/2006/relationships/image" Target="media/image2537.wmf"/><Relationship Id="rId5246" Type="http://schemas.openxmlformats.org/officeDocument/2006/relationships/oleObject" Target="embeddings/oleObject2602.bin"/><Relationship Id="rId5453" Type="http://schemas.openxmlformats.org/officeDocument/2006/relationships/oleObject" Target="embeddings/oleObject2705.bin"/><Relationship Id="rId1789" Type="http://schemas.openxmlformats.org/officeDocument/2006/relationships/image" Target="media/image897.wmf"/><Relationship Id="rId1996" Type="http://schemas.openxmlformats.org/officeDocument/2006/relationships/image" Target="media/image1005.wmf"/><Relationship Id="rId4055" Type="http://schemas.openxmlformats.org/officeDocument/2006/relationships/image" Target="media/image2043.wmf"/><Relationship Id="rId4262" Type="http://schemas.openxmlformats.org/officeDocument/2006/relationships/oleObject" Target="embeddings/oleObject2112.bin"/><Relationship Id="rId5106" Type="http://schemas.openxmlformats.org/officeDocument/2006/relationships/oleObject" Target="embeddings/oleObject2532.bin"/><Relationship Id="rId5660" Type="http://schemas.openxmlformats.org/officeDocument/2006/relationships/image" Target="media/image2848.wmf"/><Relationship Id="rId1649" Type="http://schemas.openxmlformats.org/officeDocument/2006/relationships/image" Target="media/image827.wmf"/><Relationship Id="rId1856" Type="http://schemas.openxmlformats.org/officeDocument/2006/relationships/image" Target="media/image931.wmf"/><Relationship Id="rId2907" Type="http://schemas.openxmlformats.org/officeDocument/2006/relationships/oleObject" Target="embeddings/oleObject1438.bin"/><Relationship Id="rId3071" Type="http://schemas.openxmlformats.org/officeDocument/2006/relationships/oleObject" Target="embeddings/oleObject1520.bin"/><Relationship Id="rId5313" Type="http://schemas.openxmlformats.org/officeDocument/2006/relationships/oleObject" Target="embeddings/oleObject2635.bin"/><Relationship Id="rId5520" Type="http://schemas.openxmlformats.org/officeDocument/2006/relationships/image" Target="media/image2778.wmf"/><Relationship Id="rId1509" Type="http://schemas.openxmlformats.org/officeDocument/2006/relationships/image" Target="media/image757.wmf"/><Relationship Id="rId1716" Type="http://schemas.openxmlformats.org/officeDocument/2006/relationships/oleObject" Target="embeddings/oleObject852.bin"/><Relationship Id="rId1923" Type="http://schemas.openxmlformats.org/officeDocument/2006/relationships/oleObject" Target="embeddings/oleObject955.bin"/><Relationship Id="rId4122" Type="http://schemas.openxmlformats.org/officeDocument/2006/relationships/oleObject" Target="embeddings/oleObject2042.bin"/><Relationship Id="rId3888" Type="http://schemas.openxmlformats.org/officeDocument/2006/relationships/image" Target="media/image1959.wmf"/><Relationship Id="rId4939" Type="http://schemas.openxmlformats.org/officeDocument/2006/relationships/image" Target="media/image2487.wmf"/><Relationship Id="rId6087" Type="http://schemas.openxmlformats.org/officeDocument/2006/relationships/image" Target="media/image3063.wmf"/><Relationship Id="rId6294" Type="http://schemas.openxmlformats.org/officeDocument/2006/relationships/oleObject" Target="embeddings/oleObject3122.bin"/><Relationship Id="rId2697" Type="http://schemas.openxmlformats.org/officeDocument/2006/relationships/oleObject" Target="embeddings/oleObject1333.bin"/><Relationship Id="rId3748" Type="http://schemas.openxmlformats.org/officeDocument/2006/relationships/image" Target="media/image1889.wmf"/><Relationship Id="rId6154" Type="http://schemas.openxmlformats.org/officeDocument/2006/relationships/oleObject" Target="embeddings/oleObject3052.bin"/><Relationship Id="rId6361" Type="http://schemas.openxmlformats.org/officeDocument/2006/relationships/image" Target="media/image3202.wmf"/><Relationship Id="rId669" Type="http://schemas.openxmlformats.org/officeDocument/2006/relationships/oleObject" Target="embeddings/oleObject329.bin"/><Relationship Id="rId876" Type="http://schemas.openxmlformats.org/officeDocument/2006/relationships/image" Target="media/image440.wmf"/><Relationship Id="rId1299" Type="http://schemas.openxmlformats.org/officeDocument/2006/relationships/oleObject" Target="embeddings/oleObject644.bin"/><Relationship Id="rId2557" Type="http://schemas.openxmlformats.org/officeDocument/2006/relationships/image" Target="media/image1290.wmf"/><Relationship Id="rId3608" Type="http://schemas.openxmlformats.org/officeDocument/2006/relationships/image" Target="media/image1817.wmf"/><Relationship Id="rId3955" Type="http://schemas.openxmlformats.org/officeDocument/2006/relationships/image" Target="media/image1993.wmf"/><Relationship Id="rId5170" Type="http://schemas.openxmlformats.org/officeDocument/2006/relationships/oleObject" Target="embeddings/oleObject2564.bin"/><Relationship Id="rId6014" Type="http://schemas.openxmlformats.org/officeDocument/2006/relationships/image" Target="media/image3026.wmf"/><Relationship Id="rId6221" Type="http://schemas.openxmlformats.org/officeDocument/2006/relationships/image" Target="media/image3132.wmf"/><Relationship Id="rId529" Type="http://schemas.openxmlformats.org/officeDocument/2006/relationships/image" Target="media/image266.wmf"/><Relationship Id="rId736" Type="http://schemas.openxmlformats.org/officeDocument/2006/relationships/image" Target="media/image370.wmf"/><Relationship Id="rId1159" Type="http://schemas.openxmlformats.org/officeDocument/2006/relationships/oleObject" Target="embeddings/oleObject574.bin"/><Relationship Id="rId1366" Type="http://schemas.openxmlformats.org/officeDocument/2006/relationships/image" Target="media/image685.wmf"/><Relationship Id="rId2417" Type="http://schemas.openxmlformats.org/officeDocument/2006/relationships/image" Target="media/image1220.wmf"/><Relationship Id="rId2764" Type="http://schemas.openxmlformats.org/officeDocument/2006/relationships/image" Target="media/image1394.wmf"/><Relationship Id="rId2971" Type="http://schemas.openxmlformats.org/officeDocument/2006/relationships/oleObject" Target="embeddings/oleObject1470.bin"/><Relationship Id="rId3815" Type="http://schemas.openxmlformats.org/officeDocument/2006/relationships/oleObject" Target="embeddings/oleObject1889.bin"/><Relationship Id="rId5030" Type="http://schemas.openxmlformats.org/officeDocument/2006/relationships/oleObject" Target="embeddings/oleObject2494.bin"/><Relationship Id="rId943" Type="http://schemas.openxmlformats.org/officeDocument/2006/relationships/oleObject" Target="embeddings/oleObject466.bin"/><Relationship Id="rId1019" Type="http://schemas.openxmlformats.org/officeDocument/2006/relationships/oleObject" Target="embeddings/oleObject504.bin"/><Relationship Id="rId1573" Type="http://schemas.openxmlformats.org/officeDocument/2006/relationships/image" Target="media/image789.wmf"/><Relationship Id="rId1780" Type="http://schemas.openxmlformats.org/officeDocument/2006/relationships/oleObject" Target="embeddings/oleObject884.bin"/><Relationship Id="rId2624" Type="http://schemas.openxmlformats.org/officeDocument/2006/relationships/image" Target="media/image1324.wmf"/><Relationship Id="rId2831" Type="http://schemas.openxmlformats.org/officeDocument/2006/relationships/oleObject" Target="embeddings/oleObject1400.bin"/><Relationship Id="rId5987" Type="http://schemas.openxmlformats.org/officeDocument/2006/relationships/oleObject" Target="embeddings/oleObject2971.bin"/><Relationship Id="rId72" Type="http://schemas.openxmlformats.org/officeDocument/2006/relationships/image" Target="media/image37.wmf"/><Relationship Id="rId803" Type="http://schemas.openxmlformats.org/officeDocument/2006/relationships/oleObject" Target="embeddings/oleObject396.bin"/><Relationship Id="rId1226" Type="http://schemas.openxmlformats.org/officeDocument/2006/relationships/image" Target="media/image615.wmf"/><Relationship Id="rId1433" Type="http://schemas.openxmlformats.org/officeDocument/2006/relationships/image" Target="media/image719.wmf"/><Relationship Id="rId1640" Type="http://schemas.openxmlformats.org/officeDocument/2006/relationships/oleObject" Target="embeddings/oleObject814.bin"/><Relationship Id="rId4589" Type="http://schemas.openxmlformats.org/officeDocument/2006/relationships/oleObject" Target="embeddings/oleObject2274.bin"/><Relationship Id="rId4796" Type="http://schemas.openxmlformats.org/officeDocument/2006/relationships/image" Target="media/image2415.wmf"/><Relationship Id="rId5847" Type="http://schemas.openxmlformats.org/officeDocument/2006/relationships/image" Target="media/image2942.wmf"/><Relationship Id="rId1500" Type="http://schemas.openxmlformats.org/officeDocument/2006/relationships/oleObject" Target="embeddings/oleObject744.bin"/><Relationship Id="rId3398" Type="http://schemas.openxmlformats.org/officeDocument/2006/relationships/image" Target="media/image1712.wmf"/><Relationship Id="rId4449" Type="http://schemas.openxmlformats.org/officeDocument/2006/relationships/oleObject" Target="embeddings/oleObject2205.bin"/><Relationship Id="rId4656" Type="http://schemas.openxmlformats.org/officeDocument/2006/relationships/image" Target="media/image2345.wmf"/><Relationship Id="rId4863" Type="http://schemas.openxmlformats.org/officeDocument/2006/relationships/oleObject" Target="embeddings/oleObject2411.bin"/><Relationship Id="rId5707" Type="http://schemas.openxmlformats.org/officeDocument/2006/relationships/image" Target="media/image2872.wmf"/><Relationship Id="rId5914" Type="http://schemas.openxmlformats.org/officeDocument/2006/relationships/oleObject" Target="embeddings/oleObject2935.bin"/><Relationship Id="rId3258" Type="http://schemas.openxmlformats.org/officeDocument/2006/relationships/oleObject" Target="embeddings/oleObject1613.bin"/><Relationship Id="rId3465" Type="http://schemas.openxmlformats.org/officeDocument/2006/relationships/oleObject" Target="embeddings/oleObject1716.bin"/><Relationship Id="rId3672" Type="http://schemas.openxmlformats.org/officeDocument/2006/relationships/oleObject" Target="embeddings/oleObject1819.bin"/><Relationship Id="rId4309" Type="http://schemas.openxmlformats.org/officeDocument/2006/relationships/oleObject" Target="embeddings/oleObject2135.bin"/><Relationship Id="rId4516" Type="http://schemas.openxmlformats.org/officeDocument/2006/relationships/oleObject" Target="embeddings/oleObject2238.bin"/><Relationship Id="rId4723" Type="http://schemas.openxmlformats.org/officeDocument/2006/relationships/oleObject" Target="embeddings/oleObject2341.bin"/><Relationship Id="rId179" Type="http://schemas.openxmlformats.org/officeDocument/2006/relationships/oleObject" Target="embeddings/oleObject85.bin"/><Relationship Id="rId386" Type="http://schemas.openxmlformats.org/officeDocument/2006/relationships/image" Target="media/image194.wmf"/><Relationship Id="rId593" Type="http://schemas.openxmlformats.org/officeDocument/2006/relationships/image" Target="media/image298.png"/><Relationship Id="rId2067" Type="http://schemas.openxmlformats.org/officeDocument/2006/relationships/image" Target="media/image1041.wmf"/><Relationship Id="rId2274" Type="http://schemas.openxmlformats.org/officeDocument/2006/relationships/oleObject" Target="embeddings/oleObject1124.bin"/><Relationship Id="rId2481" Type="http://schemas.openxmlformats.org/officeDocument/2006/relationships/image" Target="media/image1252.wmf"/><Relationship Id="rId3118" Type="http://schemas.openxmlformats.org/officeDocument/2006/relationships/oleObject" Target="embeddings/oleObject1543.bin"/><Relationship Id="rId3325" Type="http://schemas.openxmlformats.org/officeDocument/2006/relationships/image" Target="media/image1675.wmf"/><Relationship Id="rId3532" Type="http://schemas.openxmlformats.org/officeDocument/2006/relationships/image" Target="media/image1779.wmf"/><Relationship Id="rId4930" Type="http://schemas.openxmlformats.org/officeDocument/2006/relationships/oleObject" Target="embeddings/oleObject2444.bin"/><Relationship Id="rId246" Type="http://schemas.openxmlformats.org/officeDocument/2006/relationships/image" Target="media/image124.wmf"/><Relationship Id="rId453" Type="http://schemas.openxmlformats.org/officeDocument/2006/relationships/image" Target="media/image228.wmf"/><Relationship Id="rId660" Type="http://schemas.openxmlformats.org/officeDocument/2006/relationships/image" Target="media/image332.wmf"/><Relationship Id="rId1083" Type="http://schemas.openxmlformats.org/officeDocument/2006/relationships/oleObject" Target="embeddings/oleObject536.bin"/><Relationship Id="rId1290" Type="http://schemas.openxmlformats.org/officeDocument/2006/relationships/image" Target="media/image647.wmf"/><Relationship Id="rId2134" Type="http://schemas.openxmlformats.org/officeDocument/2006/relationships/oleObject" Target="embeddings/oleObject1056.bin"/><Relationship Id="rId2341" Type="http://schemas.openxmlformats.org/officeDocument/2006/relationships/oleObject" Target="embeddings/oleObject1157.bin"/><Relationship Id="rId5497" Type="http://schemas.openxmlformats.org/officeDocument/2006/relationships/oleObject" Target="embeddings/oleObject2727.bin"/><Relationship Id="rId106" Type="http://schemas.openxmlformats.org/officeDocument/2006/relationships/image" Target="media/image54.wmf"/><Relationship Id="rId313" Type="http://schemas.openxmlformats.org/officeDocument/2006/relationships/oleObject" Target="embeddings/oleObject152.bin"/><Relationship Id="rId1150" Type="http://schemas.openxmlformats.org/officeDocument/2006/relationships/image" Target="media/image577.wmf"/><Relationship Id="rId4099" Type="http://schemas.openxmlformats.org/officeDocument/2006/relationships/image" Target="media/image2065.wmf"/><Relationship Id="rId5357" Type="http://schemas.openxmlformats.org/officeDocument/2006/relationships/oleObject" Target="embeddings/oleObject2657.bin"/><Relationship Id="rId520" Type="http://schemas.openxmlformats.org/officeDocument/2006/relationships/oleObject" Target="embeddings/oleObject255.bin"/><Relationship Id="rId2201" Type="http://schemas.openxmlformats.org/officeDocument/2006/relationships/image" Target="media/image1108.wmf"/><Relationship Id="rId5564" Type="http://schemas.openxmlformats.org/officeDocument/2006/relationships/image" Target="media/image2800.wmf"/><Relationship Id="rId5771" Type="http://schemas.openxmlformats.org/officeDocument/2006/relationships/image" Target="media/image2904.wmf"/><Relationship Id="rId6408" Type="http://schemas.openxmlformats.org/officeDocument/2006/relationships/image" Target="media/image3226.wmf"/><Relationship Id="rId1010" Type="http://schemas.openxmlformats.org/officeDocument/2006/relationships/image" Target="media/image507.wmf"/><Relationship Id="rId1967" Type="http://schemas.openxmlformats.org/officeDocument/2006/relationships/oleObject" Target="embeddings/oleObject975.bin"/><Relationship Id="rId4166" Type="http://schemas.openxmlformats.org/officeDocument/2006/relationships/oleObject" Target="embeddings/oleObject2064.bin"/><Relationship Id="rId4373" Type="http://schemas.openxmlformats.org/officeDocument/2006/relationships/oleObject" Target="embeddings/oleObject2167.bin"/><Relationship Id="rId4580" Type="http://schemas.openxmlformats.org/officeDocument/2006/relationships/oleObject" Target="embeddings/oleObject2270.bin"/><Relationship Id="rId5217" Type="http://schemas.openxmlformats.org/officeDocument/2006/relationships/image" Target="media/image2626.wmf"/><Relationship Id="rId5424" Type="http://schemas.openxmlformats.org/officeDocument/2006/relationships/image" Target="media/image2730.wmf"/><Relationship Id="rId5631" Type="http://schemas.openxmlformats.org/officeDocument/2006/relationships/oleObject" Target="embeddings/oleObject2794.bin"/><Relationship Id="rId4026" Type="http://schemas.openxmlformats.org/officeDocument/2006/relationships/oleObject" Target="embeddings/oleObject1994.bin"/><Relationship Id="rId4440" Type="http://schemas.openxmlformats.org/officeDocument/2006/relationships/image" Target="media/image2236.wmf"/><Relationship Id="rId3042" Type="http://schemas.openxmlformats.org/officeDocument/2006/relationships/image" Target="media/image1533.wmf"/><Relationship Id="rId6198" Type="http://schemas.openxmlformats.org/officeDocument/2006/relationships/oleObject" Target="embeddings/oleObject3074.bin"/><Relationship Id="rId6265" Type="http://schemas.openxmlformats.org/officeDocument/2006/relationships/image" Target="media/image3154.wmf"/><Relationship Id="rId3859" Type="http://schemas.openxmlformats.org/officeDocument/2006/relationships/oleObject" Target="embeddings/oleObject1911.bin"/><Relationship Id="rId5281" Type="http://schemas.openxmlformats.org/officeDocument/2006/relationships/oleObject" Target="embeddings/oleObject2619.bin"/><Relationship Id="rId2875" Type="http://schemas.openxmlformats.org/officeDocument/2006/relationships/oleObject" Target="embeddings/oleObject1422.bin"/><Relationship Id="rId3926" Type="http://schemas.openxmlformats.org/officeDocument/2006/relationships/image" Target="media/image1978.wmf"/><Relationship Id="rId6332" Type="http://schemas.openxmlformats.org/officeDocument/2006/relationships/oleObject" Target="embeddings/oleObject3141.bin"/><Relationship Id="rId847" Type="http://schemas.openxmlformats.org/officeDocument/2006/relationships/oleObject" Target="embeddings/oleObject418.bin"/><Relationship Id="rId1477" Type="http://schemas.openxmlformats.org/officeDocument/2006/relationships/image" Target="media/image741.wmf"/><Relationship Id="rId1891" Type="http://schemas.openxmlformats.org/officeDocument/2006/relationships/oleObject" Target="embeddings/oleObject939.bin"/><Relationship Id="rId2528" Type="http://schemas.openxmlformats.org/officeDocument/2006/relationships/oleObject" Target="embeddings/oleObject1249.bin"/><Relationship Id="rId2942" Type="http://schemas.openxmlformats.org/officeDocument/2006/relationships/image" Target="media/image1483.wmf"/><Relationship Id="rId914" Type="http://schemas.openxmlformats.org/officeDocument/2006/relationships/image" Target="media/image459.wmf"/><Relationship Id="rId1544" Type="http://schemas.openxmlformats.org/officeDocument/2006/relationships/oleObject" Target="embeddings/oleObject766.bin"/><Relationship Id="rId5001" Type="http://schemas.openxmlformats.org/officeDocument/2006/relationships/image" Target="media/image2518.wmf"/><Relationship Id="rId1611" Type="http://schemas.openxmlformats.org/officeDocument/2006/relationships/image" Target="media/image808.wmf"/><Relationship Id="rId4767" Type="http://schemas.openxmlformats.org/officeDocument/2006/relationships/oleObject" Target="embeddings/oleObject2363.bin"/><Relationship Id="rId5818" Type="http://schemas.openxmlformats.org/officeDocument/2006/relationships/oleObject" Target="embeddings/oleObject2887.bin"/><Relationship Id="rId3369" Type="http://schemas.openxmlformats.org/officeDocument/2006/relationships/oleObject" Target="embeddings/oleObject1668.bin"/><Relationship Id="rId2385" Type="http://schemas.openxmlformats.org/officeDocument/2006/relationships/image" Target="media/image1203.wmf"/><Relationship Id="rId3783" Type="http://schemas.openxmlformats.org/officeDocument/2006/relationships/oleObject" Target="embeddings/oleObject1873.bin"/><Relationship Id="rId4834" Type="http://schemas.openxmlformats.org/officeDocument/2006/relationships/image" Target="media/image2434.wmf"/><Relationship Id="rId357" Type="http://schemas.openxmlformats.org/officeDocument/2006/relationships/oleObject" Target="embeddings/oleObject174.bin"/><Relationship Id="rId2038" Type="http://schemas.openxmlformats.org/officeDocument/2006/relationships/image" Target="media/image1026.wmf"/><Relationship Id="rId3436" Type="http://schemas.openxmlformats.org/officeDocument/2006/relationships/image" Target="media/image1731.wmf"/><Relationship Id="rId3850" Type="http://schemas.openxmlformats.org/officeDocument/2006/relationships/image" Target="media/image1940.wmf"/><Relationship Id="rId4901" Type="http://schemas.openxmlformats.org/officeDocument/2006/relationships/image" Target="media/image2468.wmf"/><Relationship Id="rId771" Type="http://schemas.openxmlformats.org/officeDocument/2006/relationships/oleObject" Target="embeddings/oleObject380.bin"/><Relationship Id="rId2452" Type="http://schemas.openxmlformats.org/officeDocument/2006/relationships/oleObject" Target="embeddings/oleObject1211.bin"/><Relationship Id="rId3503" Type="http://schemas.openxmlformats.org/officeDocument/2006/relationships/oleObject" Target="embeddings/oleObject1735.bin"/><Relationship Id="rId424" Type="http://schemas.openxmlformats.org/officeDocument/2006/relationships/oleObject" Target="embeddings/oleObject207.bin"/><Relationship Id="rId1054" Type="http://schemas.openxmlformats.org/officeDocument/2006/relationships/image" Target="media/image529.wmf"/><Relationship Id="rId2105" Type="http://schemas.openxmlformats.org/officeDocument/2006/relationships/image" Target="media/image1060.wmf"/><Relationship Id="rId5675" Type="http://schemas.openxmlformats.org/officeDocument/2006/relationships/oleObject" Target="embeddings/oleObject2816.bin"/><Relationship Id="rId1121" Type="http://schemas.openxmlformats.org/officeDocument/2006/relationships/oleObject" Target="embeddings/oleObject555.bin"/><Relationship Id="rId4277" Type="http://schemas.openxmlformats.org/officeDocument/2006/relationships/oleObject" Target="embeddings/oleObject2119.bin"/><Relationship Id="rId4691" Type="http://schemas.openxmlformats.org/officeDocument/2006/relationships/oleObject" Target="embeddings/oleObject2325.bin"/><Relationship Id="rId5328" Type="http://schemas.openxmlformats.org/officeDocument/2006/relationships/image" Target="media/image2682.wmf"/><Relationship Id="rId5742" Type="http://schemas.openxmlformats.org/officeDocument/2006/relationships/oleObject" Target="embeddings/oleObject2849.bin"/><Relationship Id="rId3293" Type="http://schemas.openxmlformats.org/officeDocument/2006/relationships/image" Target="media/image1659.wmf"/><Relationship Id="rId4344" Type="http://schemas.openxmlformats.org/officeDocument/2006/relationships/image" Target="media/image2188.wmf"/><Relationship Id="rId1938" Type="http://schemas.openxmlformats.org/officeDocument/2006/relationships/image" Target="media/image974.wmf"/><Relationship Id="rId3360" Type="http://schemas.openxmlformats.org/officeDocument/2006/relationships/image" Target="media/image1693.wmf"/><Relationship Id="rId281" Type="http://schemas.openxmlformats.org/officeDocument/2006/relationships/oleObject" Target="embeddings/oleObject136.bin"/><Relationship Id="rId3013" Type="http://schemas.openxmlformats.org/officeDocument/2006/relationships/oleObject" Target="embeddings/oleObject1491.bin"/><Relationship Id="rId4411" Type="http://schemas.openxmlformats.org/officeDocument/2006/relationships/oleObject" Target="embeddings/oleObject2186.bin"/><Relationship Id="rId6169" Type="http://schemas.openxmlformats.org/officeDocument/2006/relationships/image" Target="media/image3106.wmf"/><Relationship Id="rId2779" Type="http://schemas.openxmlformats.org/officeDocument/2006/relationships/oleObject" Target="embeddings/oleObject1374.bin"/><Relationship Id="rId5185" Type="http://schemas.openxmlformats.org/officeDocument/2006/relationships/image" Target="media/image2610.wmf"/><Relationship Id="rId6236" Type="http://schemas.openxmlformats.org/officeDocument/2006/relationships/oleObject" Target="embeddings/oleObject3093.bin"/><Relationship Id="rId1795" Type="http://schemas.openxmlformats.org/officeDocument/2006/relationships/image" Target="media/image900.wmf"/><Relationship Id="rId2846" Type="http://schemas.openxmlformats.org/officeDocument/2006/relationships/image" Target="media/image1435.wmf"/><Relationship Id="rId5252" Type="http://schemas.openxmlformats.org/officeDocument/2006/relationships/oleObject" Target="embeddings/oleObject2605.bin"/><Relationship Id="rId6303" Type="http://schemas.openxmlformats.org/officeDocument/2006/relationships/image" Target="media/image3173.wmf"/><Relationship Id="rId87" Type="http://schemas.openxmlformats.org/officeDocument/2006/relationships/oleObject" Target="embeddings/oleObject39.bin"/><Relationship Id="rId818" Type="http://schemas.openxmlformats.org/officeDocument/2006/relationships/image" Target="media/image411.wmf"/><Relationship Id="rId1448" Type="http://schemas.openxmlformats.org/officeDocument/2006/relationships/oleObject" Target="embeddings/oleObject718.bin"/><Relationship Id="rId1862" Type="http://schemas.openxmlformats.org/officeDocument/2006/relationships/image" Target="media/image934.wmf"/><Relationship Id="rId2913" Type="http://schemas.openxmlformats.org/officeDocument/2006/relationships/oleObject" Target="embeddings/oleObject1441.bin"/><Relationship Id="rId1515" Type="http://schemas.openxmlformats.org/officeDocument/2006/relationships/image" Target="media/image760.wmf"/><Relationship Id="rId6093" Type="http://schemas.openxmlformats.org/officeDocument/2006/relationships/image" Target="media/image3066.wmf"/><Relationship Id="rId3687" Type="http://schemas.openxmlformats.org/officeDocument/2006/relationships/image" Target="media/image1857.wmf"/><Relationship Id="rId4738" Type="http://schemas.openxmlformats.org/officeDocument/2006/relationships/image" Target="media/image2386.wmf"/><Relationship Id="rId2289" Type="http://schemas.openxmlformats.org/officeDocument/2006/relationships/image" Target="media/image1154.wmf"/><Relationship Id="rId3754" Type="http://schemas.openxmlformats.org/officeDocument/2006/relationships/image" Target="media/image1892.wmf"/><Relationship Id="rId4805" Type="http://schemas.openxmlformats.org/officeDocument/2006/relationships/oleObject" Target="embeddings/oleObject2382.bin"/><Relationship Id="rId6160" Type="http://schemas.openxmlformats.org/officeDocument/2006/relationships/oleObject" Target="embeddings/oleObject3055.bin"/><Relationship Id="rId675" Type="http://schemas.openxmlformats.org/officeDocument/2006/relationships/oleObject" Target="embeddings/oleObject332.bin"/><Relationship Id="rId2356" Type="http://schemas.openxmlformats.org/officeDocument/2006/relationships/oleObject" Target="embeddings/oleObject1164.bin"/><Relationship Id="rId2770" Type="http://schemas.openxmlformats.org/officeDocument/2006/relationships/image" Target="media/image1397.wmf"/><Relationship Id="rId3407" Type="http://schemas.openxmlformats.org/officeDocument/2006/relationships/oleObject" Target="embeddings/oleObject1687.bin"/><Relationship Id="rId3821" Type="http://schemas.openxmlformats.org/officeDocument/2006/relationships/oleObject" Target="embeddings/oleObject1892.bin"/><Relationship Id="rId328" Type="http://schemas.openxmlformats.org/officeDocument/2006/relationships/image" Target="media/image165.wmf"/><Relationship Id="rId742" Type="http://schemas.openxmlformats.org/officeDocument/2006/relationships/image" Target="media/image373.wmf"/><Relationship Id="rId1372" Type="http://schemas.openxmlformats.org/officeDocument/2006/relationships/image" Target="media/image688.wmf"/><Relationship Id="rId2009" Type="http://schemas.openxmlformats.org/officeDocument/2006/relationships/oleObject" Target="embeddings/oleObject994.bin"/><Relationship Id="rId2423" Type="http://schemas.openxmlformats.org/officeDocument/2006/relationships/image" Target="media/image1223.wmf"/><Relationship Id="rId5579" Type="http://schemas.openxmlformats.org/officeDocument/2006/relationships/oleObject" Target="embeddings/oleObject2768.bin"/><Relationship Id="rId1025" Type="http://schemas.openxmlformats.org/officeDocument/2006/relationships/oleObject" Target="embeddings/oleObject507.bin"/><Relationship Id="rId4595" Type="http://schemas.openxmlformats.org/officeDocument/2006/relationships/oleObject" Target="embeddings/oleObject2277.bin"/><Relationship Id="rId5646" Type="http://schemas.openxmlformats.org/officeDocument/2006/relationships/image" Target="media/image2841.wmf"/><Relationship Id="rId5993" Type="http://schemas.openxmlformats.org/officeDocument/2006/relationships/oleObject" Target="embeddings/oleObject2974.bin"/><Relationship Id="rId3197" Type="http://schemas.openxmlformats.org/officeDocument/2006/relationships/image" Target="media/image1611.wmf"/><Relationship Id="rId4248" Type="http://schemas.openxmlformats.org/officeDocument/2006/relationships/oleObject" Target="embeddings/oleObject2105.bin"/><Relationship Id="rId4662" Type="http://schemas.openxmlformats.org/officeDocument/2006/relationships/image" Target="media/image2348.wmf"/><Relationship Id="rId5713" Type="http://schemas.openxmlformats.org/officeDocument/2006/relationships/image" Target="media/image2875.wmf"/><Relationship Id="rId185" Type="http://schemas.openxmlformats.org/officeDocument/2006/relationships/oleObject" Target="embeddings/oleObject88.bin"/><Relationship Id="rId1909" Type="http://schemas.openxmlformats.org/officeDocument/2006/relationships/oleObject" Target="embeddings/oleObject948.bin"/><Relationship Id="rId3264" Type="http://schemas.openxmlformats.org/officeDocument/2006/relationships/oleObject" Target="embeddings/oleObject1616.bin"/><Relationship Id="rId4315" Type="http://schemas.openxmlformats.org/officeDocument/2006/relationships/oleObject" Target="embeddings/oleObject2138.bin"/><Relationship Id="rId2280" Type="http://schemas.openxmlformats.org/officeDocument/2006/relationships/oleObject" Target="embeddings/oleObject1127.bin"/><Relationship Id="rId3331" Type="http://schemas.openxmlformats.org/officeDocument/2006/relationships/image" Target="media/image1678.wmf"/><Relationship Id="rId252" Type="http://schemas.openxmlformats.org/officeDocument/2006/relationships/image" Target="media/image127.wmf"/><Relationship Id="rId5089" Type="http://schemas.openxmlformats.org/officeDocument/2006/relationships/image" Target="media/image2562.wmf"/><Relationship Id="rId1699" Type="http://schemas.openxmlformats.org/officeDocument/2006/relationships/image" Target="media/image852.wmf"/><Relationship Id="rId2000" Type="http://schemas.openxmlformats.org/officeDocument/2006/relationships/image" Target="media/image1007.wmf"/><Relationship Id="rId5156" Type="http://schemas.openxmlformats.org/officeDocument/2006/relationships/oleObject" Target="embeddings/oleObject2557.bin"/><Relationship Id="rId5570" Type="http://schemas.openxmlformats.org/officeDocument/2006/relationships/image" Target="media/image2803.wmf"/><Relationship Id="rId6207" Type="http://schemas.openxmlformats.org/officeDocument/2006/relationships/image" Target="media/image3125.wmf"/><Relationship Id="rId4172" Type="http://schemas.openxmlformats.org/officeDocument/2006/relationships/oleObject" Target="embeddings/oleObject2067.bin"/><Relationship Id="rId5223" Type="http://schemas.openxmlformats.org/officeDocument/2006/relationships/image" Target="media/image2629.wmf"/><Relationship Id="rId1766" Type="http://schemas.openxmlformats.org/officeDocument/2006/relationships/oleObject" Target="embeddings/oleObject877.bin"/><Relationship Id="rId2817" Type="http://schemas.openxmlformats.org/officeDocument/2006/relationships/oleObject" Target="embeddings/oleObject1393.bin"/><Relationship Id="rId58" Type="http://schemas.openxmlformats.org/officeDocument/2006/relationships/image" Target="media/image30.wmf"/><Relationship Id="rId1419" Type="http://schemas.openxmlformats.org/officeDocument/2006/relationships/oleObject" Target="embeddings/oleObject704.bin"/><Relationship Id="rId1833" Type="http://schemas.openxmlformats.org/officeDocument/2006/relationships/oleObject" Target="embeddings/oleObject910.bin"/><Relationship Id="rId4989" Type="http://schemas.openxmlformats.org/officeDocument/2006/relationships/image" Target="media/image2512.wmf"/><Relationship Id="rId1900" Type="http://schemas.openxmlformats.org/officeDocument/2006/relationships/image" Target="media/image953.wmf"/><Relationship Id="rId3658" Type="http://schemas.openxmlformats.org/officeDocument/2006/relationships/oleObject" Target="embeddings/oleObject1812.bin"/><Relationship Id="rId4709" Type="http://schemas.openxmlformats.org/officeDocument/2006/relationships/oleObject" Target="embeddings/oleObject2334.bin"/><Relationship Id="rId6064" Type="http://schemas.openxmlformats.org/officeDocument/2006/relationships/oleObject" Target="embeddings/oleObject3009.bin"/><Relationship Id="rId579" Type="http://schemas.openxmlformats.org/officeDocument/2006/relationships/image" Target="media/image291.wmf"/><Relationship Id="rId993" Type="http://schemas.openxmlformats.org/officeDocument/2006/relationships/oleObject" Target="embeddings/oleObject491.bin"/><Relationship Id="rId2674" Type="http://schemas.openxmlformats.org/officeDocument/2006/relationships/image" Target="media/image1349.wmf"/><Relationship Id="rId5080" Type="http://schemas.openxmlformats.org/officeDocument/2006/relationships/oleObject" Target="embeddings/oleObject2519.bin"/><Relationship Id="rId6131" Type="http://schemas.openxmlformats.org/officeDocument/2006/relationships/image" Target="media/image3085.png"/><Relationship Id="rId646" Type="http://schemas.openxmlformats.org/officeDocument/2006/relationships/image" Target="media/image325.wmf"/><Relationship Id="rId1276" Type="http://schemas.openxmlformats.org/officeDocument/2006/relationships/image" Target="media/image640.wmf"/><Relationship Id="rId2327" Type="http://schemas.openxmlformats.org/officeDocument/2006/relationships/oleObject" Target="embeddings/oleObject1150.bin"/><Relationship Id="rId3725" Type="http://schemas.openxmlformats.org/officeDocument/2006/relationships/oleObject" Target="embeddings/oleObject1845.bin"/><Relationship Id="rId1690" Type="http://schemas.openxmlformats.org/officeDocument/2006/relationships/oleObject" Target="embeddings/oleObject839.bin"/><Relationship Id="rId2741" Type="http://schemas.openxmlformats.org/officeDocument/2006/relationships/oleObject" Target="embeddings/oleObject1355.bin"/><Relationship Id="rId5897" Type="http://schemas.openxmlformats.org/officeDocument/2006/relationships/image" Target="media/image2967.wmf"/><Relationship Id="rId713" Type="http://schemas.openxmlformats.org/officeDocument/2006/relationships/oleObject" Target="embeddings/oleObject351.bin"/><Relationship Id="rId1343" Type="http://schemas.openxmlformats.org/officeDocument/2006/relationships/oleObject" Target="embeddings/oleObject666.bin"/><Relationship Id="rId4499" Type="http://schemas.openxmlformats.org/officeDocument/2006/relationships/oleObject" Target="embeddings/oleObject2230.bin"/><Relationship Id="rId5964" Type="http://schemas.openxmlformats.org/officeDocument/2006/relationships/image" Target="media/image3001.wmf"/><Relationship Id="rId1410" Type="http://schemas.openxmlformats.org/officeDocument/2006/relationships/image" Target="media/image707.wmf"/><Relationship Id="rId4566" Type="http://schemas.openxmlformats.org/officeDocument/2006/relationships/oleObject" Target="embeddings/oleObject2263.bin"/><Relationship Id="rId4980" Type="http://schemas.openxmlformats.org/officeDocument/2006/relationships/oleObject" Target="embeddings/oleObject2469.bin"/><Relationship Id="rId5617" Type="http://schemas.openxmlformats.org/officeDocument/2006/relationships/oleObject" Target="embeddings/oleObject2787.bin"/><Relationship Id="rId3168" Type="http://schemas.openxmlformats.org/officeDocument/2006/relationships/oleObject" Target="embeddings/oleObject1568.bin"/><Relationship Id="rId3582" Type="http://schemas.openxmlformats.org/officeDocument/2006/relationships/image" Target="media/image1804.wmf"/><Relationship Id="rId4219" Type="http://schemas.openxmlformats.org/officeDocument/2006/relationships/image" Target="media/image2125.wmf"/><Relationship Id="rId4633" Type="http://schemas.openxmlformats.org/officeDocument/2006/relationships/oleObject" Target="embeddings/oleObject2296.bin"/><Relationship Id="rId2184" Type="http://schemas.openxmlformats.org/officeDocument/2006/relationships/oleObject" Target="embeddings/oleObject1081.bin"/><Relationship Id="rId3235" Type="http://schemas.openxmlformats.org/officeDocument/2006/relationships/image" Target="media/image1630.wmf"/><Relationship Id="rId156" Type="http://schemas.openxmlformats.org/officeDocument/2006/relationships/image" Target="media/image79.wmf"/><Relationship Id="rId570" Type="http://schemas.openxmlformats.org/officeDocument/2006/relationships/oleObject" Target="embeddings/oleObject280.bin"/><Relationship Id="rId2251" Type="http://schemas.openxmlformats.org/officeDocument/2006/relationships/image" Target="media/image1133.wmf"/><Relationship Id="rId3302" Type="http://schemas.openxmlformats.org/officeDocument/2006/relationships/oleObject" Target="embeddings/oleObject1635.bin"/><Relationship Id="rId4700" Type="http://schemas.openxmlformats.org/officeDocument/2006/relationships/image" Target="media/image2367.wmf"/><Relationship Id="rId223" Type="http://schemas.openxmlformats.org/officeDocument/2006/relationships/oleObject" Target="embeddings/oleObject107.bin"/><Relationship Id="rId4076" Type="http://schemas.openxmlformats.org/officeDocument/2006/relationships/oleObject" Target="embeddings/oleObject2019.bin"/><Relationship Id="rId5474" Type="http://schemas.openxmlformats.org/officeDocument/2006/relationships/image" Target="media/image2755.wmf"/><Relationship Id="rId4490" Type="http://schemas.openxmlformats.org/officeDocument/2006/relationships/image" Target="media/image2261.wmf"/><Relationship Id="rId5127" Type="http://schemas.openxmlformats.org/officeDocument/2006/relationships/image" Target="media/image2581.wmf"/><Relationship Id="rId5541" Type="http://schemas.openxmlformats.org/officeDocument/2006/relationships/oleObject" Target="embeddings/oleObject2749.bin"/><Relationship Id="rId1737" Type="http://schemas.openxmlformats.org/officeDocument/2006/relationships/image" Target="media/image871.wmf"/><Relationship Id="rId3092" Type="http://schemas.openxmlformats.org/officeDocument/2006/relationships/image" Target="media/image1558.wmf"/><Relationship Id="rId4143" Type="http://schemas.openxmlformats.org/officeDocument/2006/relationships/image" Target="media/image2087.wmf"/><Relationship Id="rId29" Type="http://schemas.openxmlformats.org/officeDocument/2006/relationships/image" Target="media/image14.png"/><Relationship Id="rId4210" Type="http://schemas.openxmlformats.org/officeDocument/2006/relationships/oleObject" Target="embeddings/oleObject2086.bin"/><Relationship Id="rId1804" Type="http://schemas.openxmlformats.org/officeDocument/2006/relationships/oleObject" Target="embeddings/oleObject896.bin"/><Relationship Id="rId6382" Type="http://schemas.openxmlformats.org/officeDocument/2006/relationships/oleObject" Target="embeddings/oleObject3166.bin"/><Relationship Id="rId3976" Type="http://schemas.openxmlformats.org/officeDocument/2006/relationships/oleObject" Target="embeddings/oleObject1969.bin"/><Relationship Id="rId6035" Type="http://schemas.openxmlformats.org/officeDocument/2006/relationships/oleObject" Target="embeddings/oleObject2995.bin"/><Relationship Id="rId897" Type="http://schemas.openxmlformats.org/officeDocument/2006/relationships/oleObject" Target="embeddings/oleObject443.bin"/><Relationship Id="rId2578" Type="http://schemas.openxmlformats.org/officeDocument/2006/relationships/oleObject" Target="embeddings/oleObject1274.bin"/><Relationship Id="rId2992" Type="http://schemas.openxmlformats.org/officeDocument/2006/relationships/image" Target="media/image1508.wmf"/><Relationship Id="rId3629" Type="http://schemas.openxmlformats.org/officeDocument/2006/relationships/image" Target="media/image1828.wmf"/><Relationship Id="rId5051" Type="http://schemas.openxmlformats.org/officeDocument/2006/relationships/image" Target="media/image2543.wmf"/><Relationship Id="rId964" Type="http://schemas.openxmlformats.org/officeDocument/2006/relationships/image" Target="media/image484.wmf"/><Relationship Id="rId1594" Type="http://schemas.openxmlformats.org/officeDocument/2006/relationships/oleObject" Target="embeddings/oleObject791.bin"/><Relationship Id="rId2645" Type="http://schemas.openxmlformats.org/officeDocument/2006/relationships/oleObject" Target="embeddings/oleObject1307.bin"/><Relationship Id="rId6102" Type="http://schemas.openxmlformats.org/officeDocument/2006/relationships/oleObject" Target="embeddings/oleObject3028.bin"/><Relationship Id="rId617" Type="http://schemas.openxmlformats.org/officeDocument/2006/relationships/oleObject" Target="embeddings/oleObject303.bin"/><Relationship Id="rId1247" Type="http://schemas.openxmlformats.org/officeDocument/2006/relationships/oleObject" Target="embeddings/oleObject618.bin"/><Relationship Id="rId1661" Type="http://schemas.openxmlformats.org/officeDocument/2006/relationships/image" Target="media/image833.wmf"/><Relationship Id="rId2712" Type="http://schemas.openxmlformats.org/officeDocument/2006/relationships/image" Target="media/image1368.wmf"/><Relationship Id="rId5868" Type="http://schemas.openxmlformats.org/officeDocument/2006/relationships/oleObject" Target="embeddings/oleObject2912.bin"/><Relationship Id="rId1314" Type="http://schemas.openxmlformats.org/officeDocument/2006/relationships/image" Target="media/image659.wmf"/><Relationship Id="rId4884" Type="http://schemas.openxmlformats.org/officeDocument/2006/relationships/image" Target="media/image2459.wmf"/><Relationship Id="rId5935" Type="http://schemas.openxmlformats.org/officeDocument/2006/relationships/oleObject" Target="embeddings/oleObject2945.bin"/><Relationship Id="rId3486" Type="http://schemas.openxmlformats.org/officeDocument/2006/relationships/image" Target="media/image1756.wmf"/><Relationship Id="rId4537" Type="http://schemas.openxmlformats.org/officeDocument/2006/relationships/image" Target="media/image2285.wmf"/><Relationship Id="rId20" Type="http://schemas.openxmlformats.org/officeDocument/2006/relationships/oleObject" Target="embeddings/oleObject8.bin"/><Relationship Id="rId2088" Type="http://schemas.openxmlformats.org/officeDocument/2006/relationships/oleObject" Target="embeddings/oleObject1033.bin"/><Relationship Id="rId3139" Type="http://schemas.openxmlformats.org/officeDocument/2006/relationships/image" Target="media/image1582.wmf"/><Relationship Id="rId4951" Type="http://schemas.openxmlformats.org/officeDocument/2006/relationships/image" Target="media/image2493.wmf"/><Relationship Id="rId474" Type="http://schemas.openxmlformats.org/officeDocument/2006/relationships/oleObject" Target="embeddings/oleObject232.bin"/><Relationship Id="rId2155" Type="http://schemas.openxmlformats.org/officeDocument/2006/relationships/image" Target="media/image1085.wmf"/><Relationship Id="rId3553" Type="http://schemas.openxmlformats.org/officeDocument/2006/relationships/oleObject" Target="embeddings/oleObject1760.bin"/><Relationship Id="rId4604" Type="http://schemas.openxmlformats.org/officeDocument/2006/relationships/image" Target="media/image2319.wmf"/><Relationship Id="rId127" Type="http://schemas.openxmlformats.org/officeDocument/2006/relationships/oleObject" Target="embeddings/oleObject59.bin"/><Relationship Id="rId3206" Type="http://schemas.openxmlformats.org/officeDocument/2006/relationships/oleObject" Target="embeddings/oleObject1587.bin"/><Relationship Id="rId3620" Type="http://schemas.openxmlformats.org/officeDocument/2006/relationships/image" Target="media/image1823.wmf"/><Relationship Id="rId541" Type="http://schemas.openxmlformats.org/officeDocument/2006/relationships/image" Target="media/image272.wmf"/><Relationship Id="rId1171" Type="http://schemas.openxmlformats.org/officeDocument/2006/relationships/oleObject" Target="embeddings/oleObject580.bin"/><Relationship Id="rId2222" Type="http://schemas.openxmlformats.org/officeDocument/2006/relationships/oleObject" Target="embeddings/oleObject1100.bin"/><Relationship Id="rId5378" Type="http://schemas.openxmlformats.org/officeDocument/2006/relationships/image" Target="media/image2707.wmf"/><Relationship Id="rId5792" Type="http://schemas.openxmlformats.org/officeDocument/2006/relationships/oleObject" Target="embeddings/oleObject2874.bin"/><Relationship Id="rId6429" Type="http://schemas.openxmlformats.org/officeDocument/2006/relationships/oleObject" Target="embeddings/oleObject3189.bin"/><Relationship Id="rId1988" Type="http://schemas.openxmlformats.org/officeDocument/2006/relationships/image" Target="media/image1001.wmf"/><Relationship Id="rId4394" Type="http://schemas.openxmlformats.org/officeDocument/2006/relationships/image" Target="media/image2213.wmf"/><Relationship Id="rId5445" Type="http://schemas.openxmlformats.org/officeDocument/2006/relationships/oleObject" Target="embeddings/oleObject2701.bin"/><Relationship Id="rId4047" Type="http://schemas.openxmlformats.org/officeDocument/2006/relationships/image" Target="media/image2039.wmf"/><Relationship Id="rId4461" Type="http://schemas.openxmlformats.org/officeDocument/2006/relationships/oleObject" Target="embeddings/oleObject2211.bin"/><Relationship Id="rId5512" Type="http://schemas.openxmlformats.org/officeDocument/2006/relationships/image" Target="media/image2774.wmf"/><Relationship Id="rId3063" Type="http://schemas.openxmlformats.org/officeDocument/2006/relationships/oleObject" Target="embeddings/oleObject1516.bin"/><Relationship Id="rId4114" Type="http://schemas.openxmlformats.org/officeDocument/2006/relationships/oleObject" Target="embeddings/oleObject2038.bin"/><Relationship Id="rId1708" Type="http://schemas.openxmlformats.org/officeDocument/2006/relationships/oleObject" Target="embeddings/oleObject848.bin"/><Relationship Id="rId3130" Type="http://schemas.openxmlformats.org/officeDocument/2006/relationships/oleObject" Target="embeddings/oleObject1549.bin"/><Relationship Id="rId6286" Type="http://schemas.openxmlformats.org/officeDocument/2006/relationships/oleObject" Target="embeddings/oleObject3118.bin"/><Relationship Id="rId2896" Type="http://schemas.openxmlformats.org/officeDocument/2006/relationships/image" Target="media/image1460.wmf"/><Relationship Id="rId3947" Type="http://schemas.openxmlformats.org/officeDocument/2006/relationships/image" Target="media/image1989.wmf"/><Relationship Id="rId6353" Type="http://schemas.openxmlformats.org/officeDocument/2006/relationships/image" Target="media/image3198.wmf"/><Relationship Id="rId868" Type="http://schemas.openxmlformats.org/officeDocument/2006/relationships/image" Target="media/image436.wmf"/><Relationship Id="rId1498" Type="http://schemas.openxmlformats.org/officeDocument/2006/relationships/oleObject" Target="embeddings/oleObject743.bin"/><Relationship Id="rId2549" Type="http://schemas.openxmlformats.org/officeDocument/2006/relationships/image" Target="media/image1286.wmf"/><Relationship Id="rId2963" Type="http://schemas.openxmlformats.org/officeDocument/2006/relationships/oleObject" Target="embeddings/oleObject1466.bin"/><Relationship Id="rId6006" Type="http://schemas.openxmlformats.org/officeDocument/2006/relationships/image" Target="media/image3022.wmf"/><Relationship Id="rId6420" Type="http://schemas.openxmlformats.org/officeDocument/2006/relationships/image" Target="media/image3232.wmf"/><Relationship Id="rId935" Type="http://schemas.openxmlformats.org/officeDocument/2006/relationships/oleObject" Target="embeddings/oleObject462.bin"/><Relationship Id="rId1565" Type="http://schemas.openxmlformats.org/officeDocument/2006/relationships/image" Target="media/image785.wmf"/><Relationship Id="rId2616" Type="http://schemas.openxmlformats.org/officeDocument/2006/relationships/image" Target="media/image1320.wmf"/><Relationship Id="rId5022" Type="http://schemas.openxmlformats.org/officeDocument/2006/relationships/oleObject" Target="embeddings/oleObject2490.bin"/><Relationship Id="rId1218" Type="http://schemas.openxmlformats.org/officeDocument/2006/relationships/image" Target="media/image611.wmf"/><Relationship Id="rId1632" Type="http://schemas.openxmlformats.org/officeDocument/2006/relationships/oleObject" Target="embeddings/oleObject810.bin"/><Relationship Id="rId4788" Type="http://schemas.openxmlformats.org/officeDocument/2006/relationships/image" Target="media/image2411.wmf"/><Relationship Id="rId5839" Type="http://schemas.openxmlformats.org/officeDocument/2006/relationships/image" Target="media/image2938.wmf"/><Relationship Id="rId4855" Type="http://schemas.openxmlformats.org/officeDocument/2006/relationships/oleObject" Target="embeddings/oleObject2407.bin"/><Relationship Id="rId5906" Type="http://schemas.openxmlformats.org/officeDocument/2006/relationships/oleObject" Target="embeddings/oleObject2931.bin"/><Relationship Id="rId3457" Type="http://schemas.openxmlformats.org/officeDocument/2006/relationships/oleObject" Target="embeddings/oleObject1712.bin"/><Relationship Id="rId3871" Type="http://schemas.openxmlformats.org/officeDocument/2006/relationships/oleObject" Target="embeddings/oleObject1917.bin"/><Relationship Id="rId4508" Type="http://schemas.openxmlformats.org/officeDocument/2006/relationships/image" Target="media/image2270.png"/><Relationship Id="rId4922" Type="http://schemas.openxmlformats.org/officeDocument/2006/relationships/oleObject" Target="embeddings/oleObject2440.bin"/><Relationship Id="rId378" Type="http://schemas.openxmlformats.org/officeDocument/2006/relationships/image" Target="media/image190.wmf"/><Relationship Id="rId792" Type="http://schemas.openxmlformats.org/officeDocument/2006/relationships/image" Target="media/image398.wmf"/><Relationship Id="rId2059" Type="http://schemas.openxmlformats.org/officeDocument/2006/relationships/image" Target="media/image1037.wmf"/><Relationship Id="rId2473" Type="http://schemas.openxmlformats.org/officeDocument/2006/relationships/image" Target="media/image1248.wmf"/><Relationship Id="rId3524" Type="http://schemas.openxmlformats.org/officeDocument/2006/relationships/image" Target="media/image1775.wmf"/><Relationship Id="rId445" Type="http://schemas.openxmlformats.org/officeDocument/2006/relationships/image" Target="media/image224.wmf"/><Relationship Id="rId1075" Type="http://schemas.openxmlformats.org/officeDocument/2006/relationships/oleObject" Target="embeddings/oleObject532.bin"/><Relationship Id="rId2126" Type="http://schemas.openxmlformats.org/officeDocument/2006/relationships/oleObject" Target="embeddings/oleObject1052.bin"/><Relationship Id="rId2540" Type="http://schemas.openxmlformats.org/officeDocument/2006/relationships/oleObject" Target="embeddings/oleObject1255.bin"/><Relationship Id="rId5696" Type="http://schemas.openxmlformats.org/officeDocument/2006/relationships/oleObject" Target="embeddings/oleObject2826.bin"/><Relationship Id="rId512" Type="http://schemas.openxmlformats.org/officeDocument/2006/relationships/oleObject" Target="embeddings/oleObject251.bin"/><Relationship Id="rId1142" Type="http://schemas.openxmlformats.org/officeDocument/2006/relationships/image" Target="media/image573.wmf"/><Relationship Id="rId4298" Type="http://schemas.openxmlformats.org/officeDocument/2006/relationships/image" Target="media/image2165.wmf"/><Relationship Id="rId5349" Type="http://schemas.openxmlformats.org/officeDocument/2006/relationships/oleObject" Target="embeddings/oleObject2653.bin"/><Relationship Id="rId4365" Type="http://schemas.openxmlformats.org/officeDocument/2006/relationships/oleObject" Target="embeddings/oleObject2163.bin"/><Relationship Id="rId5763" Type="http://schemas.openxmlformats.org/officeDocument/2006/relationships/image" Target="media/image2900.wmf"/><Relationship Id="rId1959" Type="http://schemas.openxmlformats.org/officeDocument/2006/relationships/oleObject" Target="embeddings/oleObject971.bin"/><Relationship Id="rId4018" Type="http://schemas.openxmlformats.org/officeDocument/2006/relationships/oleObject" Target="embeddings/oleObject1990.bin"/><Relationship Id="rId5416" Type="http://schemas.openxmlformats.org/officeDocument/2006/relationships/image" Target="media/image2726.wmf"/><Relationship Id="rId5830" Type="http://schemas.openxmlformats.org/officeDocument/2006/relationships/oleObject" Target="embeddings/oleObject2893.bin"/><Relationship Id="rId3381" Type="http://schemas.openxmlformats.org/officeDocument/2006/relationships/oleObject" Target="embeddings/oleObject1674.bin"/><Relationship Id="rId4432" Type="http://schemas.openxmlformats.org/officeDocument/2006/relationships/image" Target="media/image2232.wmf"/><Relationship Id="rId3034" Type="http://schemas.openxmlformats.org/officeDocument/2006/relationships/image" Target="media/image1529.wmf"/><Relationship Id="rId2050" Type="http://schemas.openxmlformats.org/officeDocument/2006/relationships/oleObject" Target="embeddings/oleObject1014.bin"/><Relationship Id="rId3101" Type="http://schemas.openxmlformats.org/officeDocument/2006/relationships/oleObject" Target="embeddings/oleObject1535.bin"/><Relationship Id="rId6257" Type="http://schemas.openxmlformats.org/officeDocument/2006/relationships/image" Target="media/image3150.wmf"/><Relationship Id="rId5273" Type="http://schemas.openxmlformats.org/officeDocument/2006/relationships/oleObject" Target="embeddings/oleObject2615.bin"/><Relationship Id="rId6324" Type="http://schemas.openxmlformats.org/officeDocument/2006/relationships/oleObject" Target="embeddings/oleObject3137.bin"/><Relationship Id="rId839" Type="http://schemas.openxmlformats.org/officeDocument/2006/relationships/oleObject" Target="embeddings/oleObject414.bin"/><Relationship Id="rId1469" Type="http://schemas.openxmlformats.org/officeDocument/2006/relationships/image" Target="media/image737.wmf"/><Relationship Id="rId2867" Type="http://schemas.openxmlformats.org/officeDocument/2006/relationships/oleObject" Target="embeddings/oleObject1418.bin"/><Relationship Id="rId3918" Type="http://schemas.openxmlformats.org/officeDocument/2006/relationships/image" Target="media/image1974.wmf"/><Relationship Id="rId5340" Type="http://schemas.openxmlformats.org/officeDocument/2006/relationships/image" Target="media/image2688.wmf"/><Relationship Id="rId1883" Type="http://schemas.openxmlformats.org/officeDocument/2006/relationships/oleObject" Target="embeddings/oleObject935.bin"/><Relationship Id="rId2934" Type="http://schemas.openxmlformats.org/officeDocument/2006/relationships/image" Target="media/image1479.wmf"/><Relationship Id="rId906" Type="http://schemas.openxmlformats.org/officeDocument/2006/relationships/image" Target="media/image455.wmf"/><Relationship Id="rId1536" Type="http://schemas.openxmlformats.org/officeDocument/2006/relationships/oleObject" Target="embeddings/oleObject762.bin"/><Relationship Id="rId1950" Type="http://schemas.openxmlformats.org/officeDocument/2006/relationships/image" Target="media/image980.wmf"/><Relationship Id="rId1603" Type="http://schemas.openxmlformats.org/officeDocument/2006/relationships/image" Target="media/image804.wmf"/><Relationship Id="rId4759" Type="http://schemas.openxmlformats.org/officeDocument/2006/relationships/oleObject" Target="embeddings/oleObject2359.bin"/><Relationship Id="rId3775" Type="http://schemas.openxmlformats.org/officeDocument/2006/relationships/oleObject" Target="embeddings/oleObject1869.bin"/><Relationship Id="rId4826" Type="http://schemas.openxmlformats.org/officeDocument/2006/relationships/image" Target="media/image2430.wmf"/><Relationship Id="rId6181" Type="http://schemas.openxmlformats.org/officeDocument/2006/relationships/image" Target="media/image3112.wmf"/><Relationship Id="rId696" Type="http://schemas.openxmlformats.org/officeDocument/2006/relationships/image" Target="media/image350.wmf"/><Relationship Id="rId2377" Type="http://schemas.openxmlformats.org/officeDocument/2006/relationships/image" Target="media/image1199.wmf"/><Relationship Id="rId2791" Type="http://schemas.openxmlformats.org/officeDocument/2006/relationships/oleObject" Target="embeddings/oleObject1380.bin"/><Relationship Id="rId3428" Type="http://schemas.openxmlformats.org/officeDocument/2006/relationships/image" Target="media/image1727.wmf"/><Relationship Id="rId349" Type="http://schemas.openxmlformats.org/officeDocument/2006/relationships/oleObject" Target="embeddings/oleObject170.bin"/><Relationship Id="rId763" Type="http://schemas.openxmlformats.org/officeDocument/2006/relationships/oleObject" Target="embeddings/oleObject376.bin"/><Relationship Id="rId1393" Type="http://schemas.openxmlformats.org/officeDocument/2006/relationships/oleObject" Target="embeddings/oleObject691.bin"/><Relationship Id="rId2444" Type="http://schemas.openxmlformats.org/officeDocument/2006/relationships/oleObject" Target="embeddings/oleObject1207.bin"/><Relationship Id="rId3842" Type="http://schemas.openxmlformats.org/officeDocument/2006/relationships/image" Target="media/image1936.wmf"/><Relationship Id="rId416" Type="http://schemas.openxmlformats.org/officeDocument/2006/relationships/image" Target="media/image209.wmf"/><Relationship Id="rId1046" Type="http://schemas.openxmlformats.org/officeDocument/2006/relationships/image" Target="media/image525.wmf"/><Relationship Id="rId830" Type="http://schemas.openxmlformats.org/officeDocument/2006/relationships/image" Target="media/image417.wmf"/><Relationship Id="rId1460" Type="http://schemas.openxmlformats.org/officeDocument/2006/relationships/oleObject" Target="embeddings/oleObject724.bin"/><Relationship Id="rId2511" Type="http://schemas.openxmlformats.org/officeDocument/2006/relationships/image" Target="media/image1267.wmf"/><Relationship Id="rId5667" Type="http://schemas.openxmlformats.org/officeDocument/2006/relationships/oleObject" Target="embeddings/oleObject2812.bin"/><Relationship Id="rId1113" Type="http://schemas.openxmlformats.org/officeDocument/2006/relationships/oleObject" Target="embeddings/oleObject551.bin"/><Relationship Id="rId4269" Type="http://schemas.openxmlformats.org/officeDocument/2006/relationships/image" Target="media/image2150.wmf"/><Relationship Id="rId4683" Type="http://schemas.openxmlformats.org/officeDocument/2006/relationships/oleObject" Target="embeddings/oleObject2321.bin"/><Relationship Id="rId5734" Type="http://schemas.openxmlformats.org/officeDocument/2006/relationships/oleObject" Target="embeddings/oleObject2845.bin"/><Relationship Id="rId3285" Type="http://schemas.openxmlformats.org/officeDocument/2006/relationships/image" Target="media/image1655.wmf"/><Relationship Id="rId4336" Type="http://schemas.openxmlformats.org/officeDocument/2006/relationships/image" Target="media/image2184.wmf"/><Relationship Id="rId4750" Type="http://schemas.openxmlformats.org/officeDocument/2006/relationships/image" Target="media/image2392.wmf"/><Relationship Id="rId5801" Type="http://schemas.openxmlformats.org/officeDocument/2006/relationships/image" Target="media/image2919.wmf"/><Relationship Id="rId3352" Type="http://schemas.openxmlformats.org/officeDocument/2006/relationships/image" Target="media/image1689.wmf"/><Relationship Id="rId4403" Type="http://schemas.openxmlformats.org/officeDocument/2006/relationships/oleObject" Target="embeddings/oleObject2182.bin"/><Relationship Id="rId273" Type="http://schemas.openxmlformats.org/officeDocument/2006/relationships/oleObject" Target="embeddings/oleObject132.bin"/><Relationship Id="rId3005" Type="http://schemas.openxmlformats.org/officeDocument/2006/relationships/oleObject" Target="embeddings/oleObject1487.bin"/><Relationship Id="rId340" Type="http://schemas.openxmlformats.org/officeDocument/2006/relationships/image" Target="media/image171.wmf"/><Relationship Id="rId2021" Type="http://schemas.openxmlformats.org/officeDocument/2006/relationships/oleObject" Target="embeddings/oleObject1000.bin"/><Relationship Id="rId5177" Type="http://schemas.openxmlformats.org/officeDocument/2006/relationships/image" Target="media/image2606.wmf"/><Relationship Id="rId6228" Type="http://schemas.openxmlformats.org/officeDocument/2006/relationships/oleObject" Target="embeddings/oleObject3089.bin"/><Relationship Id="rId4193" Type="http://schemas.openxmlformats.org/officeDocument/2006/relationships/image" Target="media/image2112.wmf"/><Relationship Id="rId5591" Type="http://schemas.openxmlformats.org/officeDocument/2006/relationships/oleObject" Target="embeddings/oleObject2774.bin"/><Relationship Id="rId1787" Type="http://schemas.openxmlformats.org/officeDocument/2006/relationships/image" Target="media/image896.wmf"/><Relationship Id="rId2838" Type="http://schemas.openxmlformats.org/officeDocument/2006/relationships/image" Target="media/image1431.wmf"/><Relationship Id="rId5244" Type="http://schemas.openxmlformats.org/officeDocument/2006/relationships/oleObject" Target="embeddings/oleObject2601.bin"/><Relationship Id="rId79" Type="http://schemas.openxmlformats.org/officeDocument/2006/relationships/oleObject" Target="embeddings/oleObject35.bin"/><Relationship Id="rId1854" Type="http://schemas.openxmlformats.org/officeDocument/2006/relationships/image" Target="media/image930.wmf"/><Relationship Id="rId2905" Type="http://schemas.openxmlformats.org/officeDocument/2006/relationships/oleObject" Target="embeddings/oleObject1437.bin"/><Relationship Id="rId4260" Type="http://schemas.openxmlformats.org/officeDocument/2006/relationships/oleObject" Target="embeddings/oleObject2111.bin"/><Relationship Id="rId5311" Type="http://schemas.openxmlformats.org/officeDocument/2006/relationships/oleObject" Target="embeddings/oleObject2634.bin"/><Relationship Id="rId1507" Type="http://schemas.openxmlformats.org/officeDocument/2006/relationships/image" Target="media/image756.wmf"/><Relationship Id="rId1921" Type="http://schemas.openxmlformats.org/officeDocument/2006/relationships/oleObject" Target="embeddings/oleObject954.bin"/><Relationship Id="rId3679" Type="http://schemas.openxmlformats.org/officeDocument/2006/relationships/image" Target="media/image1853.wmf"/><Relationship Id="rId6085" Type="http://schemas.openxmlformats.org/officeDocument/2006/relationships/image" Target="media/image3062.wmf"/><Relationship Id="rId6152" Type="http://schemas.openxmlformats.org/officeDocument/2006/relationships/oleObject" Target="embeddings/oleObject3051.bin"/><Relationship Id="rId1297" Type="http://schemas.openxmlformats.org/officeDocument/2006/relationships/oleObject" Target="embeddings/oleObject643.bin"/><Relationship Id="rId2695" Type="http://schemas.openxmlformats.org/officeDocument/2006/relationships/oleObject" Target="embeddings/oleObject1332.bin"/><Relationship Id="rId3746" Type="http://schemas.openxmlformats.org/officeDocument/2006/relationships/image" Target="media/image1888.wmf"/><Relationship Id="rId667" Type="http://schemas.openxmlformats.org/officeDocument/2006/relationships/oleObject" Target="embeddings/oleObject328.bin"/><Relationship Id="rId2348" Type="http://schemas.openxmlformats.org/officeDocument/2006/relationships/image" Target="media/image1184.png"/><Relationship Id="rId2762" Type="http://schemas.openxmlformats.org/officeDocument/2006/relationships/image" Target="media/image1393.wmf"/><Relationship Id="rId3813" Type="http://schemas.openxmlformats.org/officeDocument/2006/relationships/oleObject" Target="embeddings/oleObject1888.bin"/><Relationship Id="rId734" Type="http://schemas.openxmlformats.org/officeDocument/2006/relationships/image" Target="media/image369.wmf"/><Relationship Id="rId1364" Type="http://schemas.openxmlformats.org/officeDocument/2006/relationships/image" Target="media/image684.wmf"/><Relationship Id="rId2415" Type="http://schemas.openxmlformats.org/officeDocument/2006/relationships/image" Target="media/image1219.wmf"/><Relationship Id="rId5985" Type="http://schemas.openxmlformats.org/officeDocument/2006/relationships/oleObject" Target="embeddings/oleObject2970.bin"/><Relationship Id="rId70" Type="http://schemas.openxmlformats.org/officeDocument/2006/relationships/image" Target="media/image36.wmf"/><Relationship Id="rId801" Type="http://schemas.openxmlformats.org/officeDocument/2006/relationships/oleObject" Target="embeddings/oleObject395.bin"/><Relationship Id="rId1017" Type="http://schemas.openxmlformats.org/officeDocument/2006/relationships/oleObject" Target="embeddings/oleObject503.bin"/><Relationship Id="rId1431" Type="http://schemas.openxmlformats.org/officeDocument/2006/relationships/oleObject" Target="embeddings/oleObject710.bin"/><Relationship Id="rId4587" Type="http://schemas.openxmlformats.org/officeDocument/2006/relationships/image" Target="media/image2310.png"/><Relationship Id="rId5638" Type="http://schemas.openxmlformats.org/officeDocument/2006/relationships/image" Target="media/image2837.wmf"/><Relationship Id="rId3189" Type="http://schemas.openxmlformats.org/officeDocument/2006/relationships/image" Target="media/image1607.wmf"/><Relationship Id="rId4654" Type="http://schemas.openxmlformats.org/officeDocument/2006/relationships/image" Target="media/image2344.wmf"/><Relationship Id="rId3256" Type="http://schemas.openxmlformats.org/officeDocument/2006/relationships/oleObject" Target="embeddings/oleObject1612.bin"/><Relationship Id="rId4307" Type="http://schemas.openxmlformats.org/officeDocument/2006/relationships/oleObject" Target="embeddings/oleObject2134.bin"/><Relationship Id="rId5705" Type="http://schemas.openxmlformats.org/officeDocument/2006/relationships/image" Target="media/image2871.wmf"/><Relationship Id="rId177" Type="http://schemas.openxmlformats.org/officeDocument/2006/relationships/oleObject" Target="embeddings/oleObject84.bin"/><Relationship Id="rId591" Type="http://schemas.openxmlformats.org/officeDocument/2006/relationships/image" Target="media/image297.wmf"/><Relationship Id="rId2272" Type="http://schemas.openxmlformats.org/officeDocument/2006/relationships/oleObject" Target="embeddings/oleObject1123.bin"/><Relationship Id="rId3670" Type="http://schemas.openxmlformats.org/officeDocument/2006/relationships/oleObject" Target="embeddings/oleObject1818.bin"/><Relationship Id="rId4721" Type="http://schemas.openxmlformats.org/officeDocument/2006/relationships/oleObject" Target="embeddings/oleObject2340.bin"/><Relationship Id="rId244" Type="http://schemas.openxmlformats.org/officeDocument/2006/relationships/image" Target="media/image123.wmf"/><Relationship Id="rId3323" Type="http://schemas.openxmlformats.org/officeDocument/2006/relationships/image" Target="media/image1674.wmf"/><Relationship Id="rId5495" Type="http://schemas.openxmlformats.org/officeDocument/2006/relationships/oleObject" Target="embeddings/oleObject2726.bin"/><Relationship Id="rId311" Type="http://schemas.openxmlformats.org/officeDocument/2006/relationships/oleObject" Target="embeddings/oleObject151.bin"/><Relationship Id="rId4097" Type="http://schemas.openxmlformats.org/officeDocument/2006/relationships/image" Target="media/image2064.wmf"/><Relationship Id="rId5148" Type="http://schemas.openxmlformats.org/officeDocument/2006/relationships/oleObject" Target="embeddings/oleObject2553.bin"/><Relationship Id="rId5562" Type="http://schemas.openxmlformats.org/officeDocument/2006/relationships/image" Target="media/image2799.wmf"/><Relationship Id="rId1758" Type="http://schemas.openxmlformats.org/officeDocument/2006/relationships/oleObject" Target="embeddings/oleObject873.bin"/><Relationship Id="rId2809" Type="http://schemas.openxmlformats.org/officeDocument/2006/relationships/oleObject" Target="embeddings/oleObject1389.bin"/><Relationship Id="rId4164" Type="http://schemas.openxmlformats.org/officeDocument/2006/relationships/oleObject" Target="embeddings/oleObject2063.bin"/><Relationship Id="rId5215" Type="http://schemas.openxmlformats.org/officeDocument/2006/relationships/image" Target="media/image2625.wmf"/><Relationship Id="rId3180" Type="http://schemas.openxmlformats.org/officeDocument/2006/relationships/oleObject" Target="embeddings/oleObject1574.bin"/><Relationship Id="rId4231" Type="http://schemas.openxmlformats.org/officeDocument/2006/relationships/image" Target="media/image2131.wmf"/><Relationship Id="rId1825" Type="http://schemas.openxmlformats.org/officeDocument/2006/relationships/oleObject" Target="embeddings/oleObject906.bin"/><Relationship Id="rId3997" Type="http://schemas.openxmlformats.org/officeDocument/2006/relationships/image" Target="media/image2014.wmf"/><Relationship Id="rId6056" Type="http://schemas.openxmlformats.org/officeDocument/2006/relationships/image" Target="media/image3047.wmf"/><Relationship Id="rId2599" Type="http://schemas.openxmlformats.org/officeDocument/2006/relationships/image" Target="media/image1311.wmf"/><Relationship Id="rId985" Type="http://schemas.openxmlformats.org/officeDocument/2006/relationships/oleObject" Target="embeddings/oleObject487.bin"/><Relationship Id="rId2666" Type="http://schemas.openxmlformats.org/officeDocument/2006/relationships/image" Target="media/image1345.wmf"/><Relationship Id="rId3717" Type="http://schemas.openxmlformats.org/officeDocument/2006/relationships/image" Target="media/image1872.wmf"/><Relationship Id="rId5072" Type="http://schemas.openxmlformats.org/officeDocument/2006/relationships/oleObject" Target="embeddings/oleObject2515.bin"/><Relationship Id="rId6123" Type="http://schemas.openxmlformats.org/officeDocument/2006/relationships/image" Target="media/image3081.wmf"/><Relationship Id="rId638" Type="http://schemas.openxmlformats.org/officeDocument/2006/relationships/image" Target="media/image321.wmf"/><Relationship Id="rId1268" Type="http://schemas.openxmlformats.org/officeDocument/2006/relationships/image" Target="media/image636.wmf"/><Relationship Id="rId1682" Type="http://schemas.openxmlformats.org/officeDocument/2006/relationships/oleObject" Target="embeddings/oleObject835.bin"/><Relationship Id="rId2319" Type="http://schemas.openxmlformats.org/officeDocument/2006/relationships/oleObject" Target="embeddings/oleObject1146.bin"/><Relationship Id="rId2733" Type="http://schemas.openxmlformats.org/officeDocument/2006/relationships/oleObject" Target="embeddings/oleObject1351.bin"/><Relationship Id="rId5889" Type="http://schemas.openxmlformats.org/officeDocument/2006/relationships/image" Target="media/image2963.wmf"/><Relationship Id="rId705" Type="http://schemas.openxmlformats.org/officeDocument/2006/relationships/oleObject" Target="embeddings/oleObject347.bin"/><Relationship Id="rId1335" Type="http://schemas.openxmlformats.org/officeDocument/2006/relationships/oleObject" Target="embeddings/oleObject662.bin"/><Relationship Id="rId2800" Type="http://schemas.openxmlformats.org/officeDocument/2006/relationships/image" Target="media/image1412.wmf"/><Relationship Id="rId5956" Type="http://schemas.openxmlformats.org/officeDocument/2006/relationships/image" Target="media/image2997.wmf"/><Relationship Id="rId41" Type="http://schemas.openxmlformats.org/officeDocument/2006/relationships/image" Target="media/image21.wmf"/><Relationship Id="rId1402" Type="http://schemas.openxmlformats.org/officeDocument/2006/relationships/image" Target="media/image703.wmf"/><Relationship Id="rId4558" Type="http://schemas.openxmlformats.org/officeDocument/2006/relationships/oleObject" Target="embeddings/oleObject2259.bin"/><Relationship Id="rId4972" Type="http://schemas.openxmlformats.org/officeDocument/2006/relationships/oleObject" Target="embeddings/oleObject2465.bin"/><Relationship Id="rId5609" Type="http://schemas.openxmlformats.org/officeDocument/2006/relationships/oleObject" Target="embeddings/oleObject2783.bin"/><Relationship Id="rId3574" Type="http://schemas.openxmlformats.org/officeDocument/2006/relationships/image" Target="media/image1800.wmf"/><Relationship Id="rId4625" Type="http://schemas.openxmlformats.org/officeDocument/2006/relationships/oleObject" Target="embeddings/oleObject2292.bin"/><Relationship Id="rId495" Type="http://schemas.openxmlformats.org/officeDocument/2006/relationships/image" Target="media/image249.wmf"/><Relationship Id="rId2176" Type="http://schemas.openxmlformats.org/officeDocument/2006/relationships/oleObject" Target="embeddings/oleObject1077.bin"/><Relationship Id="rId2590" Type="http://schemas.openxmlformats.org/officeDocument/2006/relationships/oleObject" Target="embeddings/oleObject1280.bin"/><Relationship Id="rId3227" Type="http://schemas.openxmlformats.org/officeDocument/2006/relationships/image" Target="media/image1626.wmf"/><Relationship Id="rId3641" Type="http://schemas.openxmlformats.org/officeDocument/2006/relationships/image" Target="media/image1834.wmf"/><Relationship Id="rId148" Type="http://schemas.openxmlformats.org/officeDocument/2006/relationships/image" Target="media/image75.wmf"/><Relationship Id="rId562" Type="http://schemas.openxmlformats.org/officeDocument/2006/relationships/oleObject" Target="embeddings/oleObject276.bin"/><Relationship Id="rId1192" Type="http://schemas.openxmlformats.org/officeDocument/2006/relationships/image" Target="media/image598.wmf"/><Relationship Id="rId2243" Type="http://schemas.openxmlformats.org/officeDocument/2006/relationships/image" Target="media/image1129.wmf"/><Relationship Id="rId5399" Type="http://schemas.openxmlformats.org/officeDocument/2006/relationships/oleObject" Target="embeddings/oleObject2678.bin"/><Relationship Id="rId215" Type="http://schemas.openxmlformats.org/officeDocument/2006/relationships/oleObject" Target="embeddings/oleObject103.bin"/><Relationship Id="rId2310" Type="http://schemas.openxmlformats.org/officeDocument/2006/relationships/image" Target="media/image1165.wmf"/><Relationship Id="rId5466" Type="http://schemas.openxmlformats.org/officeDocument/2006/relationships/image" Target="media/image2751.wmf"/><Relationship Id="rId4068" Type="http://schemas.openxmlformats.org/officeDocument/2006/relationships/oleObject" Target="embeddings/oleObject2015.bin"/><Relationship Id="rId4482" Type="http://schemas.openxmlformats.org/officeDocument/2006/relationships/image" Target="media/image2257.wmf"/><Relationship Id="rId5119" Type="http://schemas.openxmlformats.org/officeDocument/2006/relationships/image" Target="media/image2577.wmf"/><Relationship Id="rId5880" Type="http://schemas.openxmlformats.org/officeDocument/2006/relationships/oleObject" Target="embeddings/oleObject2918.bin"/><Relationship Id="rId3084" Type="http://schemas.openxmlformats.org/officeDocument/2006/relationships/image" Target="media/image1554.wmf"/><Relationship Id="rId4135" Type="http://schemas.openxmlformats.org/officeDocument/2006/relationships/image" Target="media/image2083.wmf"/><Relationship Id="rId5533" Type="http://schemas.openxmlformats.org/officeDocument/2006/relationships/oleObject" Target="embeddings/oleObject2745.bin"/><Relationship Id="rId1729" Type="http://schemas.openxmlformats.org/officeDocument/2006/relationships/image" Target="media/image867.wmf"/><Relationship Id="rId5600" Type="http://schemas.openxmlformats.org/officeDocument/2006/relationships/image" Target="media/image2818.wmf"/><Relationship Id="rId3151" Type="http://schemas.openxmlformats.org/officeDocument/2006/relationships/image" Target="media/image1588.wmf"/><Relationship Id="rId4202" Type="http://schemas.openxmlformats.org/officeDocument/2006/relationships/oleObject" Target="embeddings/oleObject2082.bin"/><Relationship Id="rId3968" Type="http://schemas.openxmlformats.org/officeDocument/2006/relationships/oleObject" Target="embeddings/oleObject1965.bin"/><Relationship Id="rId6374" Type="http://schemas.openxmlformats.org/officeDocument/2006/relationships/oleObject" Target="embeddings/oleObject3162.bin"/><Relationship Id="rId5" Type="http://schemas.openxmlformats.org/officeDocument/2006/relationships/image" Target="media/image1.wmf"/><Relationship Id="rId889" Type="http://schemas.openxmlformats.org/officeDocument/2006/relationships/oleObject" Target="embeddings/oleObject439.bin"/><Relationship Id="rId5390" Type="http://schemas.openxmlformats.org/officeDocument/2006/relationships/image" Target="media/image2713.wmf"/><Relationship Id="rId6027" Type="http://schemas.openxmlformats.org/officeDocument/2006/relationships/oleObject" Target="embeddings/oleObject2991.bin"/><Relationship Id="rId6441" Type="http://schemas.openxmlformats.org/officeDocument/2006/relationships/oleObject" Target="embeddings/oleObject3195.bin"/><Relationship Id="rId1586" Type="http://schemas.openxmlformats.org/officeDocument/2006/relationships/oleObject" Target="embeddings/oleObject787.bin"/><Relationship Id="rId2984" Type="http://schemas.openxmlformats.org/officeDocument/2006/relationships/image" Target="media/image1504.wmf"/><Relationship Id="rId5043" Type="http://schemas.openxmlformats.org/officeDocument/2006/relationships/image" Target="media/image2539.wmf"/><Relationship Id="rId609" Type="http://schemas.openxmlformats.org/officeDocument/2006/relationships/oleObject" Target="embeddings/oleObject299.bin"/><Relationship Id="rId956" Type="http://schemas.openxmlformats.org/officeDocument/2006/relationships/image" Target="media/image480.wmf"/><Relationship Id="rId1239" Type="http://schemas.openxmlformats.org/officeDocument/2006/relationships/oleObject" Target="embeddings/oleObject614.bin"/><Relationship Id="rId2637" Type="http://schemas.openxmlformats.org/officeDocument/2006/relationships/oleObject" Target="embeddings/oleObject1303.bin"/><Relationship Id="rId5110" Type="http://schemas.openxmlformats.org/officeDocument/2006/relationships/oleObject" Target="embeddings/oleObject2534.bin"/><Relationship Id="rId1653" Type="http://schemas.openxmlformats.org/officeDocument/2006/relationships/image" Target="media/image829.wmf"/><Relationship Id="rId2704" Type="http://schemas.openxmlformats.org/officeDocument/2006/relationships/image" Target="media/image1364.wmf"/><Relationship Id="rId1306" Type="http://schemas.openxmlformats.org/officeDocument/2006/relationships/image" Target="media/image655.wmf"/><Relationship Id="rId1720" Type="http://schemas.openxmlformats.org/officeDocument/2006/relationships/oleObject" Target="embeddings/oleObject854.bin"/><Relationship Id="rId4876" Type="http://schemas.openxmlformats.org/officeDocument/2006/relationships/image" Target="media/image2455.wmf"/><Relationship Id="rId5927" Type="http://schemas.openxmlformats.org/officeDocument/2006/relationships/oleObject" Target="embeddings/oleObject2941.bin"/><Relationship Id="rId12" Type="http://schemas.openxmlformats.org/officeDocument/2006/relationships/oleObject" Target="embeddings/oleObject4.bin"/><Relationship Id="rId3478" Type="http://schemas.openxmlformats.org/officeDocument/2006/relationships/image" Target="media/image1752.wmf"/><Relationship Id="rId3892" Type="http://schemas.openxmlformats.org/officeDocument/2006/relationships/image" Target="media/image1961.wmf"/><Relationship Id="rId4529" Type="http://schemas.openxmlformats.org/officeDocument/2006/relationships/image" Target="media/image2281.wmf"/><Relationship Id="rId4943" Type="http://schemas.openxmlformats.org/officeDocument/2006/relationships/image" Target="media/image2489.wmf"/><Relationship Id="rId399" Type="http://schemas.openxmlformats.org/officeDocument/2006/relationships/oleObject" Target="embeddings/oleObject195.bin"/><Relationship Id="rId2494" Type="http://schemas.openxmlformats.org/officeDocument/2006/relationships/oleObject" Target="embeddings/oleObject1232.bin"/><Relationship Id="rId3545" Type="http://schemas.openxmlformats.org/officeDocument/2006/relationships/oleObject" Target="embeddings/oleObject1756.bin"/><Relationship Id="rId466" Type="http://schemas.openxmlformats.org/officeDocument/2006/relationships/oleObject" Target="embeddings/oleObject228.bin"/><Relationship Id="rId880" Type="http://schemas.openxmlformats.org/officeDocument/2006/relationships/image" Target="media/image442.wmf"/><Relationship Id="rId1096" Type="http://schemas.openxmlformats.org/officeDocument/2006/relationships/image" Target="media/image550.wmf"/><Relationship Id="rId2147" Type="http://schemas.openxmlformats.org/officeDocument/2006/relationships/image" Target="media/image1081.wmf"/><Relationship Id="rId2561" Type="http://schemas.openxmlformats.org/officeDocument/2006/relationships/image" Target="media/image1292.wmf"/><Relationship Id="rId119" Type="http://schemas.openxmlformats.org/officeDocument/2006/relationships/oleObject" Target="embeddings/oleObject55.bin"/><Relationship Id="rId533" Type="http://schemas.openxmlformats.org/officeDocument/2006/relationships/image" Target="media/image268.wmf"/><Relationship Id="rId1163" Type="http://schemas.openxmlformats.org/officeDocument/2006/relationships/oleObject" Target="embeddings/oleObject576.bin"/><Relationship Id="rId2214" Type="http://schemas.openxmlformats.org/officeDocument/2006/relationships/oleObject" Target="embeddings/oleObject1096.bin"/><Relationship Id="rId3612" Type="http://schemas.openxmlformats.org/officeDocument/2006/relationships/image" Target="media/image1819.wmf"/><Relationship Id="rId5784" Type="http://schemas.openxmlformats.org/officeDocument/2006/relationships/oleObject" Target="embeddings/oleObject2870.bin"/><Relationship Id="rId600" Type="http://schemas.openxmlformats.org/officeDocument/2006/relationships/image" Target="media/image302.wmf"/><Relationship Id="rId1230" Type="http://schemas.openxmlformats.org/officeDocument/2006/relationships/image" Target="media/image617.wmf"/><Relationship Id="rId4386" Type="http://schemas.openxmlformats.org/officeDocument/2006/relationships/image" Target="media/image2209.wmf"/><Relationship Id="rId5437" Type="http://schemas.openxmlformats.org/officeDocument/2006/relationships/oleObject" Target="embeddings/oleObject2697.bin"/><Relationship Id="rId5851" Type="http://schemas.openxmlformats.org/officeDocument/2006/relationships/image" Target="media/image2944.wmf"/><Relationship Id="rId4039" Type="http://schemas.openxmlformats.org/officeDocument/2006/relationships/image" Target="media/image2035.wmf"/><Relationship Id="rId4453" Type="http://schemas.openxmlformats.org/officeDocument/2006/relationships/oleObject" Target="embeddings/oleObject2207.bin"/><Relationship Id="rId5504" Type="http://schemas.openxmlformats.org/officeDocument/2006/relationships/image" Target="media/image2770.wmf"/><Relationship Id="rId3055" Type="http://schemas.openxmlformats.org/officeDocument/2006/relationships/oleObject" Target="embeddings/oleObject1512.bin"/><Relationship Id="rId4106" Type="http://schemas.openxmlformats.org/officeDocument/2006/relationships/oleObject" Target="embeddings/oleObject2034.bin"/><Relationship Id="rId4520" Type="http://schemas.openxmlformats.org/officeDocument/2006/relationships/oleObject" Target="embeddings/oleObject2240.bin"/><Relationship Id="rId390" Type="http://schemas.openxmlformats.org/officeDocument/2006/relationships/image" Target="media/image196.wmf"/><Relationship Id="rId2071" Type="http://schemas.openxmlformats.org/officeDocument/2006/relationships/image" Target="media/image1043.wmf"/><Relationship Id="rId3122" Type="http://schemas.openxmlformats.org/officeDocument/2006/relationships/oleObject" Target="embeddings/oleObject1545.bin"/><Relationship Id="rId6278" Type="http://schemas.openxmlformats.org/officeDocument/2006/relationships/oleObject" Target="embeddings/oleObject3114.bin"/><Relationship Id="rId5294" Type="http://schemas.openxmlformats.org/officeDocument/2006/relationships/image" Target="media/image2665.wmf"/><Relationship Id="rId6345" Type="http://schemas.openxmlformats.org/officeDocument/2006/relationships/image" Target="media/image3194.wmf"/><Relationship Id="rId110" Type="http://schemas.openxmlformats.org/officeDocument/2006/relationships/image" Target="media/image56.wmf"/><Relationship Id="rId2888" Type="http://schemas.openxmlformats.org/officeDocument/2006/relationships/image" Target="media/image1456.wmf"/><Relationship Id="rId3939" Type="http://schemas.openxmlformats.org/officeDocument/2006/relationships/image" Target="media/image1985.wmf"/><Relationship Id="rId2955" Type="http://schemas.openxmlformats.org/officeDocument/2006/relationships/oleObject" Target="embeddings/oleObject1462.bin"/><Relationship Id="rId5361" Type="http://schemas.openxmlformats.org/officeDocument/2006/relationships/oleObject" Target="embeddings/oleObject2659.bin"/><Relationship Id="rId6412" Type="http://schemas.openxmlformats.org/officeDocument/2006/relationships/image" Target="media/image3228.wmf"/><Relationship Id="rId927" Type="http://schemas.openxmlformats.org/officeDocument/2006/relationships/oleObject" Target="embeddings/oleObject458.bin"/><Relationship Id="rId1557" Type="http://schemas.openxmlformats.org/officeDocument/2006/relationships/image" Target="media/image781.wmf"/><Relationship Id="rId1971" Type="http://schemas.openxmlformats.org/officeDocument/2006/relationships/oleObject" Target="embeddings/oleObject977.bin"/><Relationship Id="rId2608" Type="http://schemas.openxmlformats.org/officeDocument/2006/relationships/image" Target="media/image1316.wmf"/><Relationship Id="rId5014" Type="http://schemas.openxmlformats.org/officeDocument/2006/relationships/oleObject" Target="embeddings/oleObject2486.bin"/><Relationship Id="rId1624" Type="http://schemas.openxmlformats.org/officeDocument/2006/relationships/oleObject" Target="embeddings/oleObject806.bin"/><Relationship Id="rId4030" Type="http://schemas.openxmlformats.org/officeDocument/2006/relationships/oleObject" Target="embeddings/oleObject1996.bin"/><Relationship Id="rId3796" Type="http://schemas.openxmlformats.org/officeDocument/2006/relationships/image" Target="media/image1913.wmf"/><Relationship Id="rId2398" Type="http://schemas.openxmlformats.org/officeDocument/2006/relationships/image" Target="media/image1210.wmf"/><Relationship Id="rId3449" Type="http://schemas.openxmlformats.org/officeDocument/2006/relationships/oleObject" Target="embeddings/oleObject1708.bin"/><Relationship Id="rId4847" Type="http://schemas.openxmlformats.org/officeDocument/2006/relationships/oleObject" Target="embeddings/oleObject2403.bin"/><Relationship Id="rId3863" Type="http://schemas.openxmlformats.org/officeDocument/2006/relationships/oleObject" Target="embeddings/oleObject1913.bin"/><Relationship Id="rId4914" Type="http://schemas.openxmlformats.org/officeDocument/2006/relationships/oleObject" Target="embeddings/oleObject2436.bin"/><Relationship Id="rId784" Type="http://schemas.openxmlformats.org/officeDocument/2006/relationships/image" Target="media/image394.wmf"/><Relationship Id="rId1067" Type="http://schemas.openxmlformats.org/officeDocument/2006/relationships/oleObject" Target="embeddings/oleObject528.bin"/><Relationship Id="rId2465" Type="http://schemas.openxmlformats.org/officeDocument/2006/relationships/image" Target="media/image1244.wmf"/><Relationship Id="rId3516" Type="http://schemas.openxmlformats.org/officeDocument/2006/relationships/image" Target="media/image1771.wmf"/><Relationship Id="rId3930" Type="http://schemas.openxmlformats.org/officeDocument/2006/relationships/image" Target="media/image1980.wmf"/><Relationship Id="rId437" Type="http://schemas.openxmlformats.org/officeDocument/2006/relationships/image" Target="media/image220.wmf"/><Relationship Id="rId851" Type="http://schemas.openxmlformats.org/officeDocument/2006/relationships/oleObject" Target="embeddings/oleObject420.bin"/><Relationship Id="rId1481" Type="http://schemas.openxmlformats.org/officeDocument/2006/relationships/image" Target="media/image743.wmf"/><Relationship Id="rId2118" Type="http://schemas.openxmlformats.org/officeDocument/2006/relationships/oleObject" Target="embeddings/oleObject1048.bin"/><Relationship Id="rId2532" Type="http://schemas.openxmlformats.org/officeDocument/2006/relationships/oleObject" Target="embeddings/oleObject1251.bin"/><Relationship Id="rId5688" Type="http://schemas.openxmlformats.org/officeDocument/2006/relationships/image" Target="media/image2862.wmf"/><Relationship Id="rId504" Type="http://schemas.openxmlformats.org/officeDocument/2006/relationships/oleObject" Target="embeddings/oleObject247.bin"/><Relationship Id="rId1134" Type="http://schemas.openxmlformats.org/officeDocument/2006/relationships/image" Target="media/image569.wmf"/><Relationship Id="rId5755" Type="http://schemas.openxmlformats.org/officeDocument/2006/relationships/image" Target="media/image2896.wmf"/><Relationship Id="rId1201" Type="http://schemas.openxmlformats.org/officeDocument/2006/relationships/oleObject" Target="embeddings/oleObject595.bin"/><Relationship Id="rId4357" Type="http://schemas.openxmlformats.org/officeDocument/2006/relationships/oleObject" Target="embeddings/oleObject2159.bin"/><Relationship Id="rId4771" Type="http://schemas.openxmlformats.org/officeDocument/2006/relationships/oleObject" Target="embeddings/oleObject2365.bin"/><Relationship Id="rId5408" Type="http://schemas.openxmlformats.org/officeDocument/2006/relationships/image" Target="media/image2722.wmf"/><Relationship Id="rId3373" Type="http://schemas.openxmlformats.org/officeDocument/2006/relationships/oleObject" Target="embeddings/oleObject1670.bin"/><Relationship Id="rId4424" Type="http://schemas.openxmlformats.org/officeDocument/2006/relationships/image" Target="media/image2228.wmf"/><Relationship Id="rId5822" Type="http://schemas.openxmlformats.org/officeDocument/2006/relationships/oleObject" Target="embeddings/oleObject2889.bin"/><Relationship Id="rId294" Type="http://schemas.openxmlformats.org/officeDocument/2006/relationships/image" Target="media/image148.wmf"/><Relationship Id="rId3026" Type="http://schemas.openxmlformats.org/officeDocument/2006/relationships/image" Target="media/image1525.wmf"/><Relationship Id="rId361" Type="http://schemas.openxmlformats.org/officeDocument/2006/relationships/oleObject" Target="embeddings/oleObject176.bin"/><Relationship Id="rId2042" Type="http://schemas.openxmlformats.org/officeDocument/2006/relationships/image" Target="media/image1028.wmf"/><Relationship Id="rId3440" Type="http://schemas.openxmlformats.org/officeDocument/2006/relationships/image" Target="media/image1733.wmf"/><Relationship Id="rId5198" Type="http://schemas.openxmlformats.org/officeDocument/2006/relationships/oleObject" Target="embeddings/oleObject2578.bin"/><Relationship Id="rId6249" Type="http://schemas.openxmlformats.org/officeDocument/2006/relationships/image" Target="media/image3146.wmf"/><Relationship Id="rId2859" Type="http://schemas.openxmlformats.org/officeDocument/2006/relationships/oleObject" Target="embeddings/oleObject1414.bin"/><Relationship Id="rId5265" Type="http://schemas.openxmlformats.org/officeDocument/2006/relationships/image" Target="media/image2650.png"/><Relationship Id="rId6316" Type="http://schemas.openxmlformats.org/officeDocument/2006/relationships/oleObject" Target="embeddings/oleObject3133.bin"/><Relationship Id="rId1875" Type="http://schemas.openxmlformats.org/officeDocument/2006/relationships/oleObject" Target="embeddings/oleObject931.bin"/><Relationship Id="rId4281" Type="http://schemas.openxmlformats.org/officeDocument/2006/relationships/oleObject" Target="embeddings/oleObject2121.bin"/><Relationship Id="rId5332" Type="http://schemas.openxmlformats.org/officeDocument/2006/relationships/image" Target="media/image2684.wmf"/><Relationship Id="rId1528" Type="http://schemas.openxmlformats.org/officeDocument/2006/relationships/oleObject" Target="embeddings/oleObject758.bin"/><Relationship Id="rId2926" Type="http://schemas.openxmlformats.org/officeDocument/2006/relationships/image" Target="media/image1475.wmf"/><Relationship Id="rId1942" Type="http://schemas.openxmlformats.org/officeDocument/2006/relationships/image" Target="media/image976.wmf"/><Relationship Id="rId4001" Type="http://schemas.openxmlformats.org/officeDocument/2006/relationships/image" Target="media/image2016.wmf"/><Relationship Id="rId6173" Type="http://schemas.openxmlformats.org/officeDocument/2006/relationships/image" Target="media/image3108.wmf"/><Relationship Id="rId3767" Type="http://schemas.openxmlformats.org/officeDocument/2006/relationships/oleObject" Target="embeddings/oleObject1865.bin"/><Relationship Id="rId4818" Type="http://schemas.openxmlformats.org/officeDocument/2006/relationships/image" Target="media/image2426.wmf"/><Relationship Id="rId688" Type="http://schemas.openxmlformats.org/officeDocument/2006/relationships/image" Target="media/image346.wmf"/><Relationship Id="rId2369" Type="http://schemas.openxmlformats.org/officeDocument/2006/relationships/image" Target="media/image1195.wmf"/><Relationship Id="rId2783" Type="http://schemas.openxmlformats.org/officeDocument/2006/relationships/oleObject" Target="embeddings/oleObject1376.bin"/><Relationship Id="rId3834" Type="http://schemas.openxmlformats.org/officeDocument/2006/relationships/image" Target="media/image1932.wmf"/><Relationship Id="rId6240" Type="http://schemas.openxmlformats.org/officeDocument/2006/relationships/oleObject" Target="embeddings/oleObject3095.bin"/><Relationship Id="rId755" Type="http://schemas.openxmlformats.org/officeDocument/2006/relationships/oleObject" Target="embeddings/oleObject372.bin"/><Relationship Id="rId1385" Type="http://schemas.openxmlformats.org/officeDocument/2006/relationships/oleObject" Target="embeddings/oleObject687.bin"/><Relationship Id="rId2436" Type="http://schemas.openxmlformats.org/officeDocument/2006/relationships/oleObject" Target="embeddings/oleObject1203.bin"/><Relationship Id="rId2850" Type="http://schemas.openxmlformats.org/officeDocument/2006/relationships/image" Target="media/image1437.wmf"/><Relationship Id="rId91" Type="http://schemas.openxmlformats.org/officeDocument/2006/relationships/oleObject" Target="embeddings/oleObject41.bin"/><Relationship Id="rId408" Type="http://schemas.openxmlformats.org/officeDocument/2006/relationships/image" Target="media/image205.wmf"/><Relationship Id="rId822" Type="http://schemas.openxmlformats.org/officeDocument/2006/relationships/image" Target="media/image413.wmf"/><Relationship Id="rId1038" Type="http://schemas.openxmlformats.org/officeDocument/2006/relationships/image" Target="media/image521.wmf"/><Relationship Id="rId1452" Type="http://schemas.openxmlformats.org/officeDocument/2006/relationships/oleObject" Target="embeddings/oleObject720.bin"/><Relationship Id="rId2503" Type="http://schemas.openxmlformats.org/officeDocument/2006/relationships/image" Target="media/image1263.wmf"/><Relationship Id="rId3901" Type="http://schemas.openxmlformats.org/officeDocument/2006/relationships/oleObject" Target="embeddings/oleObject1932.bin"/><Relationship Id="rId5659" Type="http://schemas.openxmlformats.org/officeDocument/2006/relationships/oleObject" Target="embeddings/oleObject2808.bin"/><Relationship Id="rId1105" Type="http://schemas.openxmlformats.org/officeDocument/2006/relationships/oleObject" Target="embeddings/oleObject547.bin"/><Relationship Id="rId3277" Type="http://schemas.openxmlformats.org/officeDocument/2006/relationships/image" Target="media/image1651.wmf"/><Relationship Id="rId4675" Type="http://schemas.openxmlformats.org/officeDocument/2006/relationships/oleObject" Target="embeddings/oleObject2317.bin"/><Relationship Id="rId5726" Type="http://schemas.openxmlformats.org/officeDocument/2006/relationships/oleObject" Target="embeddings/oleObject2841.bin"/><Relationship Id="rId198" Type="http://schemas.openxmlformats.org/officeDocument/2006/relationships/image" Target="media/image100.wmf"/><Relationship Id="rId3691" Type="http://schemas.openxmlformats.org/officeDocument/2006/relationships/image" Target="media/image1859.wmf"/><Relationship Id="rId4328" Type="http://schemas.openxmlformats.org/officeDocument/2006/relationships/image" Target="media/image2180.wmf"/><Relationship Id="rId4742" Type="http://schemas.openxmlformats.org/officeDocument/2006/relationships/image" Target="media/image2388.wmf"/><Relationship Id="rId2293" Type="http://schemas.openxmlformats.org/officeDocument/2006/relationships/image" Target="media/image1156.wmf"/><Relationship Id="rId3344" Type="http://schemas.openxmlformats.org/officeDocument/2006/relationships/oleObject" Target="embeddings/oleObject1656.bin"/><Relationship Id="rId265" Type="http://schemas.openxmlformats.org/officeDocument/2006/relationships/oleObject" Target="embeddings/oleObject128.bin"/><Relationship Id="rId2360" Type="http://schemas.openxmlformats.org/officeDocument/2006/relationships/oleObject" Target="embeddings/oleObject1166.bin"/><Relationship Id="rId3411" Type="http://schemas.openxmlformats.org/officeDocument/2006/relationships/oleObject" Target="embeddings/oleObject1689.bin"/><Relationship Id="rId332" Type="http://schemas.openxmlformats.org/officeDocument/2006/relationships/image" Target="media/image167.wmf"/><Relationship Id="rId2013" Type="http://schemas.openxmlformats.org/officeDocument/2006/relationships/oleObject" Target="embeddings/oleObject996.bin"/><Relationship Id="rId5169" Type="http://schemas.openxmlformats.org/officeDocument/2006/relationships/image" Target="media/image2602.wmf"/><Relationship Id="rId5583" Type="http://schemas.openxmlformats.org/officeDocument/2006/relationships/oleObject" Target="embeddings/oleObject2770.bin"/><Relationship Id="rId4185" Type="http://schemas.openxmlformats.org/officeDocument/2006/relationships/image" Target="media/image2108.wmf"/><Relationship Id="rId5236" Type="http://schemas.openxmlformats.org/officeDocument/2006/relationships/oleObject" Target="embeddings/oleObject2597.bin"/><Relationship Id="rId1779" Type="http://schemas.openxmlformats.org/officeDocument/2006/relationships/image" Target="media/image892.wmf"/><Relationship Id="rId4252" Type="http://schemas.openxmlformats.org/officeDocument/2006/relationships/oleObject" Target="embeddings/oleObject2107.bin"/><Relationship Id="rId5650" Type="http://schemas.openxmlformats.org/officeDocument/2006/relationships/image" Target="media/image2843.wmf"/><Relationship Id="rId1846" Type="http://schemas.openxmlformats.org/officeDocument/2006/relationships/image" Target="media/image926.wmf"/><Relationship Id="rId5303" Type="http://schemas.openxmlformats.org/officeDocument/2006/relationships/oleObject" Target="embeddings/oleObject2630.bin"/><Relationship Id="rId1913" Type="http://schemas.openxmlformats.org/officeDocument/2006/relationships/oleObject" Target="embeddings/oleObject950.bin"/><Relationship Id="rId6077" Type="http://schemas.openxmlformats.org/officeDocument/2006/relationships/image" Target="media/image3058.wmf"/><Relationship Id="rId2687" Type="http://schemas.openxmlformats.org/officeDocument/2006/relationships/oleObject" Target="embeddings/oleObject1328.bin"/><Relationship Id="rId3738" Type="http://schemas.openxmlformats.org/officeDocument/2006/relationships/oleObject" Target="embeddings/oleObject1851.bin"/><Relationship Id="rId5093" Type="http://schemas.openxmlformats.org/officeDocument/2006/relationships/image" Target="media/image2564.wmf"/><Relationship Id="rId6144" Type="http://schemas.openxmlformats.org/officeDocument/2006/relationships/oleObject" Target="embeddings/oleObject3047.bin"/><Relationship Id="rId659" Type="http://schemas.openxmlformats.org/officeDocument/2006/relationships/oleObject" Target="embeddings/oleObject324.bin"/><Relationship Id="rId1289" Type="http://schemas.openxmlformats.org/officeDocument/2006/relationships/oleObject" Target="embeddings/oleObject639.bin"/><Relationship Id="rId5160" Type="http://schemas.openxmlformats.org/officeDocument/2006/relationships/oleObject" Target="embeddings/oleObject2559.bin"/><Relationship Id="rId6211" Type="http://schemas.openxmlformats.org/officeDocument/2006/relationships/image" Target="media/image3127.wmf"/><Relationship Id="rId1356" Type="http://schemas.openxmlformats.org/officeDocument/2006/relationships/image" Target="media/image680.wmf"/><Relationship Id="rId2754" Type="http://schemas.openxmlformats.org/officeDocument/2006/relationships/image" Target="media/image1389.wmf"/><Relationship Id="rId3805" Type="http://schemas.openxmlformats.org/officeDocument/2006/relationships/oleObject" Target="embeddings/oleObject1884.bin"/><Relationship Id="rId726" Type="http://schemas.openxmlformats.org/officeDocument/2006/relationships/image" Target="media/image365.wmf"/><Relationship Id="rId1009" Type="http://schemas.openxmlformats.org/officeDocument/2006/relationships/oleObject" Target="embeddings/oleObject499.bin"/><Relationship Id="rId1770" Type="http://schemas.openxmlformats.org/officeDocument/2006/relationships/oleObject" Target="embeddings/oleObject879.bin"/><Relationship Id="rId2407" Type="http://schemas.openxmlformats.org/officeDocument/2006/relationships/oleObject" Target="embeddings/oleObject1189.bin"/><Relationship Id="rId2821" Type="http://schemas.openxmlformats.org/officeDocument/2006/relationships/oleObject" Target="embeddings/oleObject1395.bin"/><Relationship Id="rId5977" Type="http://schemas.openxmlformats.org/officeDocument/2006/relationships/oleObject" Target="embeddings/oleObject2966.bin"/><Relationship Id="rId62" Type="http://schemas.openxmlformats.org/officeDocument/2006/relationships/image" Target="media/image32.wmf"/><Relationship Id="rId1423" Type="http://schemas.openxmlformats.org/officeDocument/2006/relationships/oleObject" Target="embeddings/oleObject706.bin"/><Relationship Id="rId4579" Type="http://schemas.openxmlformats.org/officeDocument/2006/relationships/image" Target="media/image2306.wmf"/><Relationship Id="rId4993" Type="http://schemas.openxmlformats.org/officeDocument/2006/relationships/image" Target="media/image2514.wmf"/><Relationship Id="rId3595" Type="http://schemas.openxmlformats.org/officeDocument/2006/relationships/oleObject" Target="embeddings/oleObject1781.bin"/><Relationship Id="rId4646" Type="http://schemas.openxmlformats.org/officeDocument/2006/relationships/image" Target="media/image2340.wmf"/><Relationship Id="rId2197" Type="http://schemas.openxmlformats.org/officeDocument/2006/relationships/image" Target="media/image1106.wmf"/><Relationship Id="rId3248" Type="http://schemas.openxmlformats.org/officeDocument/2006/relationships/oleObject" Target="embeddings/oleObject1608.bin"/><Relationship Id="rId3662" Type="http://schemas.openxmlformats.org/officeDocument/2006/relationships/oleObject" Target="embeddings/oleObject1814.bin"/><Relationship Id="rId4713" Type="http://schemas.openxmlformats.org/officeDocument/2006/relationships/oleObject" Target="embeddings/oleObject2336.bin"/><Relationship Id="rId169" Type="http://schemas.openxmlformats.org/officeDocument/2006/relationships/oleObject" Target="embeddings/oleObject80.bin"/><Relationship Id="rId583" Type="http://schemas.openxmlformats.org/officeDocument/2006/relationships/image" Target="media/image293.wmf"/><Relationship Id="rId2264" Type="http://schemas.openxmlformats.org/officeDocument/2006/relationships/oleObject" Target="embeddings/oleObject1121.bin"/><Relationship Id="rId3315" Type="http://schemas.openxmlformats.org/officeDocument/2006/relationships/image" Target="media/image1670.wmf"/><Relationship Id="rId236" Type="http://schemas.openxmlformats.org/officeDocument/2006/relationships/image" Target="media/image119.wmf"/><Relationship Id="rId650" Type="http://schemas.openxmlformats.org/officeDocument/2006/relationships/image" Target="media/image327.wmf"/><Relationship Id="rId1280" Type="http://schemas.openxmlformats.org/officeDocument/2006/relationships/image" Target="media/image642.wmf"/><Relationship Id="rId2331" Type="http://schemas.openxmlformats.org/officeDocument/2006/relationships/oleObject" Target="embeddings/oleObject1152.bin"/><Relationship Id="rId5487" Type="http://schemas.openxmlformats.org/officeDocument/2006/relationships/oleObject" Target="embeddings/oleObject2722.bin"/><Relationship Id="rId303" Type="http://schemas.openxmlformats.org/officeDocument/2006/relationships/oleObject" Target="embeddings/oleObject147.bin"/><Relationship Id="rId4089" Type="http://schemas.openxmlformats.org/officeDocument/2006/relationships/image" Target="media/image2060.wmf"/><Relationship Id="rId5554" Type="http://schemas.openxmlformats.org/officeDocument/2006/relationships/image" Target="media/image2795.wmf"/><Relationship Id="rId1000" Type="http://schemas.openxmlformats.org/officeDocument/2006/relationships/image" Target="media/image502.wmf"/><Relationship Id="rId4156" Type="http://schemas.openxmlformats.org/officeDocument/2006/relationships/oleObject" Target="embeddings/oleObject2059.bin"/><Relationship Id="rId4570" Type="http://schemas.openxmlformats.org/officeDocument/2006/relationships/oleObject" Target="embeddings/oleObject2265.bin"/><Relationship Id="rId5207" Type="http://schemas.openxmlformats.org/officeDocument/2006/relationships/image" Target="media/image2621.wmf"/><Relationship Id="rId5621" Type="http://schemas.openxmlformats.org/officeDocument/2006/relationships/oleObject" Target="embeddings/oleObject2789.bin"/><Relationship Id="rId1817" Type="http://schemas.openxmlformats.org/officeDocument/2006/relationships/image" Target="media/image911.wmf"/><Relationship Id="rId3172" Type="http://schemas.openxmlformats.org/officeDocument/2006/relationships/oleObject" Target="embeddings/oleObject1570.bin"/><Relationship Id="rId4223" Type="http://schemas.openxmlformats.org/officeDocument/2006/relationships/image" Target="media/image2127.wmf"/><Relationship Id="rId6395" Type="http://schemas.openxmlformats.org/officeDocument/2006/relationships/image" Target="media/image3219.wmf"/><Relationship Id="rId160" Type="http://schemas.openxmlformats.org/officeDocument/2006/relationships/image" Target="media/image81.wmf"/><Relationship Id="rId3989" Type="http://schemas.openxmlformats.org/officeDocument/2006/relationships/image" Target="media/image2010.wmf"/><Relationship Id="rId6048" Type="http://schemas.openxmlformats.org/officeDocument/2006/relationships/image" Target="media/image3043.wmf"/><Relationship Id="rId5064" Type="http://schemas.openxmlformats.org/officeDocument/2006/relationships/oleObject" Target="embeddings/oleObject2511.bin"/><Relationship Id="rId6115" Type="http://schemas.openxmlformats.org/officeDocument/2006/relationships/image" Target="media/image3077.wmf"/><Relationship Id="rId977" Type="http://schemas.openxmlformats.org/officeDocument/2006/relationships/oleObject" Target="embeddings/oleObject483.bin"/><Relationship Id="rId2658" Type="http://schemas.openxmlformats.org/officeDocument/2006/relationships/image" Target="media/image1341.wmf"/><Relationship Id="rId3709" Type="http://schemas.openxmlformats.org/officeDocument/2006/relationships/image" Target="media/image1868.wmf"/><Relationship Id="rId4080" Type="http://schemas.openxmlformats.org/officeDocument/2006/relationships/oleObject" Target="embeddings/oleObject2021.bin"/><Relationship Id="rId1674" Type="http://schemas.openxmlformats.org/officeDocument/2006/relationships/oleObject" Target="embeddings/oleObject831.bin"/><Relationship Id="rId2725" Type="http://schemas.openxmlformats.org/officeDocument/2006/relationships/oleObject" Target="embeddings/oleObject1347.bin"/><Relationship Id="rId5131" Type="http://schemas.openxmlformats.org/officeDocument/2006/relationships/image" Target="media/image2583.wmf"/><Relationship Id="rId1327" Type="http://schemas.openxmlformats.org/officeDocument/2006/relationships/oleObject" Target="embeddings/oleObject658.bin"/><Relationship Id="rId1741" Type="http://schemas.openxmlformats.org/officeDocument/2006/relationships/image" Target="media/image873.wmf"/><Relationship Id="rId4897" Type="http://schemas.openxmlformats.org/officeDocument/2006/relationships/image" Target="media/image2466.wmf"/><Relationship Id="rId5948" Type="http://schemas.openxmlformats.org/officeDocument/2006/relationships/image" Target="media/image2993.wmf"/><Relationship Id="rId33" Type="http://schemas.openxmlformats.org/officeDocument/2006/relationships/image" Target="media/image17.wmf"/><Relationship Id="rId3499" Type="http://schemas.openxmlformats.org/officeDocument/2006/relationships/oleObject" Target="embeddings/oleObject1733.bin"/><Relationship Id="rId3566" Type="http://schemas.openxmlformats.org/officeDocument/2006/relationships/image" Target="media/image1796.wmf"/><Relationship Id="rId4964" Type="http://schemas.openxmlformats.org/officeDocument/2006/relationships/oleObject" Target="embeddings/oleObject2461.bin"/><Relationship Id="rId487" Type="http://schemas.openxmlformats.org/officeDocument/2006/relationships/image" Target="media/image245.wmf"/><Relationship Id="rId2168" Type="http://schemas.openxmlformats.org/officeDocument/2006/relationships/oleObject" Target="embeddings/oleObject1073.bin"/><Relationship Id="rId3219" Type="http://schemas.openxmlformats.org/officeDocument/2006/relationships/image" Target="media/image1622.wmf"/><Relationship Id="rId3980" Type="http://schemas.openxmlformats.org/officeDocument/2006/relationships/oleObject" Target="embeddings/oleObject1971.bin"/><Relationship Id="rId4617" Type="http://schemas.openxmlformats.org/officeDocument/2006/relationships/oleObject" Target="embeddings/oleObject2288.bin"/><Relationship Id="rId1184" Type="http://schemas.openxmlformats.org/officeDocument/2006/relationships/image" Target="media/image594.wmf"/><Relationship Id="rId2582" Type="http://schemas.openxmlformats.org/officeDocument/2006/relationships/oleObject" Target="embeddings/oleObject1276.bin"/><Relationship Id="rId3633" Type="http://schemas.openxmlformats.org/officeDocument/2006/relationships/image" Target="media/image1830.wmf"/><Relationship Id="rId554" Type="http://schemas.openxmlformats.org/officeDocument/2006/relationships/oleObject" Target="embeddings/oleObject272.bin"/><Relationship Id="rId2235" Type="http://schemas.openxmlformats.org/officeDocument/2006/relationships/image" Target="media/image1125.wmf"/><Relationship Id="rId3700" Type="http://schemas.openxmlformats.org/officeDocument/2006/relationships/oleObject" Target="embeddings/oleObject1833.bin"/><Relationship Id="rId207" Type="http://schemas.openxmlformats.org/officeDocument/2006/relationships/oleObject" Target="embeddings/oleObject99.bin"/><Relationship Id="rId621" Type="http://schemas.openxmlformats.org/officeDocument/2006/relationships/oleObject" Target="embeddings/oleObject305.bin"/><Relationship Id="rId1251" Type="http://schemas.openxmlformats.org/officeDocument/2006/relationships/oleObject" Target="embeddings/oleObject620.bin"/><Relationship Id="rId2302" Type="http://schemas.openxmlformats.org/officeDocument/2006/relationships/oleObject" Target="embeddings/oleObject1138.bin"/><Relationship Id="rId5458" Type="http://schemas.openxmlformats.org/officeDocument/2006/relationships/image" Target="media/image2747.wmf"/><Relationship Id="rId5872" Type="http://schemas.openxmlformats.org/officeDocument/2006/relationships/oleObject" Target="embeddings/oleObject2914.bin"/><Relationship Id="rId4474" Type="http://schemas.openxmlformats.org/officeDocument/2006/relationships/image" Target="media/image2253.wmf"/><Relationship Id="rId5525" Type="http://schemas.openxmlformats.org/officeDocument/2006/relationships/oleObject" Target="embeddings/oleObject2741.bin"/><Relationship Id="rId3076" Type="http://schemas.openxmlformats.org/officeDocument/2006/relationships/image" Target="media/image1550.wmf"/><Relationship Id="rId3490" Type="http://schemas.openxmlformats.org/officeDocument/2006/relationships/image" Target="media/image1758.wmf"/><Relationship Id="rId4127" Type="http://schemas.openxmlformats.org/officeDocument/2006/relationships/image" Target="media/image2079.wmf"/><Relationship Id="rId4541" Type="http://schemas.openxmlformats.org/officeDocument/2006/relationships/image" Target="media/image2287.wmf"/><Relationship Id="rId2092" Type="http://schemas.openxmlformats.org/officeDocument/2006/relationships/oleObject" Target="embeddings/oleObject1035.bin"/><Relationship Id="rId3143" Type="http://schemas.openxmlformats.org/officeDocument/2006/relationships/image" Target="media/image1584.wmf"/><Relationship Id="rId6299" Type="http://schemas.openxmlformats.org/officeDocument/2006/relationships/image" Target="media/image3171.wmf"/><Relationship Id="rId131" Type="http://schemas.openxmlformats.org/officeDocument/2006/relationships/oleObject" Target="embeddings/oleObject61.bin"/><Relationship Id="rId3210" Type="http://schemas.openxmlformats.org/officeDocument/2006/relationships/oleObject" Target="embeddings/oleObject1589.bin"/><Relationship Id="rId6366" Type="http://schemas.openxmlformats.org/officeDocument/2006/relationships/oleObject" Target="embeddings/oleObject3158.bin"/><Relationship Id="rId2976" Type="http://schemas.openxmlformats.org/officeDocument/2006/relationships/image" Target="media/image1500.wmf"/><Relationship Id="rId5382" Type="http://schemas.openxmlformats.org/officeDocument/2006/relationships/image" Target="media/image2709.wmf"/><Relationship Id="rId6019" Type="http://schemas.openxmlformats.org/officeDocument/2006/relationships/oleObject" Target="embeddings/oleObject2987.bin"/><Relationship Id="rId6433" Type="http://schemas.openxmlformats.org/officeDocument/2006/relationships/oleObject" Target="embeddings/oleObject3191.bin"/><Relationship Id="rId948" Type="http://schemas.openxmlformats.org/officeDocument/2006/relationships/image" Target="media/image476.wmf"/><Relationship Id="rId1578" Type="http://schemas.openxmlformats.org/officeDocument/2006/relationships/oleObject" Target="embeddings/oleObject783.bin"/><Relationship Id="rId1992" Type="http://schemas.openxmlformats.org/officeDocument/2006/relationships/image" Target="media/image1003.wmf"/><Relationship Id="rId2629" Type="http://schemas.openxmlformats.org/officeDocument/2006/relationships/oleObject" Target="embeddings/oleObject1299.bin"/><Relationship Id="rId5035" Type="http://schemas.openxmlformats.org/officeDocument/2006/relationships/image" Target="media/image2535.wmf"/><Relationship Id="rId1645" Type="http://schemas.openxmlformats.org/officeDocument/2006/relationships/image" Target="media/image825.wmf"/><Relationship Id="rId4051" Type="http://schemas.openxmlformats.org/officeDocument/2006/relationships/image" Target="media/image2041.wmf"/><Relationship Id="rId5102" Type="http://schemas.openxmlformats.org/officeDocument/2006/relationships/oleObject" Target="embeddings/oleObject2530.bin"/><Relationship Id="rId1712" Type="http://schemas.openxmlformats.org/officeDocument/2006/relationships/oleObject" Target="embeddings/oleObject850.bin"/><Relationship Id="rId4868" Type="http://schemas.openxmlformats.org/officeDocument/2006/relationships/image" Target="media/image2451.wmf"/><Relationship Id="rId5919" Type="http://schemas.openxmlformats.org/officeDocument/2006/relationships/image" Target="media/image2978.wmf"/><Relationship Id="rId6290" Type="http://schemas.openxmlformats.org/officeDocument/2006/relationships/oleObject" Target="embeddings/oleObject3120.bin"/><Relationship Id="rId3884" Type="http://schemas.openxmlformats.org/officeDocument/2006/relationships/image" Target="media/image1957.wmf"/><Relationship Id="rId4935" Type="http://schemas.openxmlformats.org/officeDocument/2006/relationships/image" Target="media/image2485.wmf"/><Relationship Id="rId2486" Type="http://schemas.openxmlformats.org/officeDocument/2006/relationships/oleObject" Target="embeddings/oleObject1228.bin"/><Relationship Id="rId3537" Type="http://schemas.openxmlformats.org/officeDocument/2006/relationships/oleObject" Target="embeddings/oleObject1752.bin"/><Relationship Id="rId3951" Type="http://schemas.openxmlformats.org/officeDocument/2006/relationships/image" Target="media/image1991.wmf"/><Relationship Id="rId458" Type="http://schemas.openxmlformats.org/officeDocument/2006/relationships/oleObject" Target="embeddings/oleObject224.bin"/><Relationship Id="rId872" Type="http://schemas.openxmlformats.org/officeDocument/2006/relationships/image" Target="media/image438.wmf"/><Relationship Id="rId1088" Type="http://schemas.openxmlformats.org/officeDocument/2006/relationships/image" Target="media/image546.wmf"/><Relationship Id="rId2139" Type="http://schemas.openxmlformats.org/officeDocument/2006/relationships/image" Target="media/image1077.wmf"/><Relationship Id="rId2553" Type="http://schemas.openxmlformats.org/officeDocument/2006/relationships/image" Target="media/image1288.wmf"/><Relationship Id="rId3604" Type="http://schemas.openxmlformats.org/officeDocument/2006/relationships/image" Target="media/image1815.wmf"/><Relationship Id="rId6010" Type="http://schemas.openxmlformats.org/officeDocument/2006/relationships/image" Target="media/image3024.wmf"/><Relationship Id="rId525" Type="http://schemas.openxmlformats.org/officeDocument/2006/relationships/image" Target="media/image264.wmf"/><Relationship Id="rId1155" Type="http://schemas.openxmlformats.org/officeDocument/2006/relationships/oleObject" Target="embeddings/oleObject572.bin"/><Relationship Id="rId2206" Type="http://schemas.openxmlformats.org/officeDocument/2006/relationships/oleObject" Target="embeddings/oleObject1092.bin"/><Relationship Id="rId2620" Type="http://schemas.openxmlformats.org/officeDocument/2006/relationships/image" Target="media/image1322.wmf"/><Relationship Id="rId5776" Type="http://schemas.openxmlformats.org/officeDocument/2006/relationships/oleObject" Target="embeddings/oleObject2866.bin"/><Relationship Id="rId1222" Type="http://schemas.openxmlformats.org/officeDocument/2006/relationships/image" Target="media/image613.wmf"/><Relationship Id="rId4378" Type="http://schemas.openxmlformats.org/officeDocument/2006/relationships/image" Target="media/image2205.wmf"/><Relationship Id="rId5429" Type="http://schemas.openxmlformats.org/officeDocument/2006/relationships/oleObject" Target="embeddings/oleObject2693.bin"/><Relationship Id="rId3394" Type="http://schemas.openxmlformats.org/officeDocument/2006/relationships/image" Target="media/image1710.wmf"/><Relationship Id="rId4792" Type="http://schemas.openxmlformats.org/officeDocument/2006/relationships/image" Target="media/image2413.wmf"/><Relationship Id="rId5843" Type="http://schemas.openxmlformats.org/officeDocument/2006/relationships/image" Target="media/image2940.wmf"/><Relationship Id="rId3047" Type="http://schemas.openxmlformats.org/officeDocument/2006/relationships/oleObject" Target="embeddings/oleObject1508.bin"/><Relationship Id="rId4445" Type="http://schemas.openxmlformats.org/officeDocument/2006/relationships/oleObject" Target="embeddings/oleObject2203.bin"/><Relationship Id="rId5910" Type="http://schemas.openxmlformats.org/officeDocument/2006/relationships/oleObject" Target="embeddings/oleObject2933.bin"/><Relationship Id="rId3461" Type="http://schemas.openxmlformats.org/officeDocument/2006/relationships/oleObject" Target="embeddings/oleObject1714.bin"/><Relationship Id="rId4512" Type="http://schemas.openxmlformats.org/officeDocument/2006/relationships/oleObject" Target="embeddings/oleObject2236.bin"/><Relationship Id="rId382" Type="http://schemas.openxmlformats.org/officeDocument/2006/relationships/image" Target="media/image192.wmf"/><Relationship Id="rId2063" Type="http://schemas.openxmlformats.org/officeDocument/2006/relationships/image" Target="media/image1039.wmf"/><Relationship Id="rId3114" Type="http://schemas.openxmlformats.org/officeDocument/2006/relationships/oleObject" Target="embeddings/oleObject1541.bin"/><Relationship Id="rId2130" Type="http://schemas.openxmlformats.org/officeDocument/2006/relationships/oleObject" Target="embeddings/oleObject1054.bin"/><Relationship Id="rId5286" Type="http://schemas.openxmlformats.org/officeDocument/2006/relationships/image" Target="media/image2661.wmf"/><Relationship Id="rId6337" Type="http://schemas.openxmlformats.org/officeDocument/2006/relationships/image" Target="media/image3190.wmf"/><Relationship Id="rId102" Type="http://schemas.openxmlformats.org/officeDocument/2006/relationships/image" Target="media/image52.wmf"/><Relationship Id="rId5353" Type="http://schemas.openxmlformats.org/officeDocument/2006/relationships/oleObject" Target="embeddings/oleObject2655.bin"/><Relationship Id="rId6404" Type="http://schemas.openxmlformats.org/officeDocument/2006/relationships/oleObject" Target="embeddings/oleObject3177.bin"/><Relationship Id="rId1896" Type="http://schemas.openxmlformats.org/officeDocument/2006/relationships/image" Target="media/image951.wmf"/><Relationship Id="rId2947" Type="http://schemas.openxmlformats.org/officeDocument/2006/relationships/oleObject" Target="embeddings/oleObject1458.bin"/><Relationship Id="rId5006" Type="http://schemas.openxmlformats.org/officeDocument/2006/relationships/oleObject" Target="embeddings/oleObject2482.bin"/><Relationship Id="rId919" Type="http://schemas.openxmlformats.org/officeDocument/2006/relationships/oleObject" Target="embeddings/oleObject454.bin"/><Relationship Id="rId1549" Type="http://schemas.openxmlformats.org/officeDocument/2006/relationships/image" Target="media/image777.wmf"/><Relationship Id="rId1963" Type="http://schemas.openxmlformats.org/officeDocument/2006/relationships/oleObject" Target="embeddings/oleObject973.bin"/><Relationship Id="rId4022" Type="http://schemas.openxmlformats.org/officeDocument/2006/relationships/oleObject" Target="embeddings/oleObject1992.bin"/><Relationship Id="rId5420" Type="http://schemas.openxmlformats.org/officeDocument/2006/relationships/image" Target="media/image2728.wmf"/><Relationship Id="rId1616" Type="http://schemas.openxmlformats.org/officeDocument/2006/relationships/oleObject" Target="embeddings/oleObject802.bin"/><Relationship Id="rId3788" Type="http://schemas.openxmlformats.org/officeDocument/2006/relationships/image" Target="media/image1909.wmf"/><Relationship Id="rId4839" Type="http://schemas.openxmlformats.org/officeDocument/2006/relationships/oleObject" Target="embeddings/oleObject2399.bin"/><Relationship Id="rId6194" Type="http://schemas.openxmlformats.org/officeDocument/2006/relationships/oleObject" Target="embeddings/oleObject3072.bin"/><Relationship Id="rId3855" Type="http://schemas.openxmlformats.org/officeDocument/2006/relationships/oleObject" Target="embeddings/oleObject1909.bin"/><Relationship Id="rId6261" Type="http://schemas.openxmlformats.org/officeDocument/2006/relationships/image" Target="media/image3152.wmf"/><Relationship Id="rId776" Type="http://schemas.openxmlformats.org/officeDocument/2006/relationships/image" Target="media/image390.wmf"/><Relationship Id="rId2457" Type="http://schemas.openxmlformats.org/officeDocument/2006/relationships/image" Target="media/image1240.wmf"/><Relationship Id="rId3508" Type="http://schemas.openxmlformats.org/officeDocument/2006/relationships/image" Target="media/image1767.wmf"/><Relationship Id="rId4906" Type="http://schemas.openxmlformats.org/officeDocument/2006/relationships/oleObject" Target="embeddings/oleObject2432.bin"/><Relationship Id="rId429" Type="http://schemas.openxmlformats.org/officeDocument/2006/relationships/image" Target="media/image216.wmf"/><Relationship Id="rId1059" Type="http://schemas.openxmlformats.org/officeDocument/2006/relationships/oleObject" Target="embeddings/oleObject524.bin"/><Relationship Id="rId1473" Type="http://schemas.openxmlformats.org/officeDocument/2006/relationships/image" Target="media/image739.wmf"/><Relationship Id="rId2871" Type="http://schemas.openxmlformats.org/officeDocument/2006/relationships/oleObject" Target="embeddings/oleObject1420.bin"/><Relationship Id="rId3922" Type="http://schemas.openxmlformats.org/officeDocument/2006/relationships/image" Target="media/image1976.wmf"/><Relationship Id="rId843" Type="http://schemas.openxmlformats.org/officeDocument/2006/relationships/oleObject" Target="embeddings/oleObject416.bin"/><Relationship Id="rId1126" Type="http://schemas.openxmlformats.org/officeDocument/2006/relationships/image" Target="media/image565.wmf"/><Relationship Id="rId2524" Type="http://schemas.openxmlformats.org/officeDocument/2006/relationships/oleObject" Target="embeddings/oleObject1247.bin"/><Relationship Id="rId910" Type="http://schemas.openxmlformats.org/officeDocument/2006/relationships/image" Target="media/image457.wmf"/><Relationship Id="rId1540" Type="http://schemas.openxmlformats.org/officeDocument/2006/relationships/oleObject" Target="embeddings/oleObject764.bin"/><Relationship Id="rId4696" Type="http://schemas.openxmlformats.org/officeDocument/2006/relationships/image" Target="media/image2365.wmf"/><Relationship Id="rId5747" Type="http://schemas.openxmlformats.org/officeDocument/2006/relationships/image" Target="media/image2892.wmf"/><Relationship Id="rId3298" Type="http://schemas.openxmlformats.org/officeDocument/2006/relationships/oleObject" Target="embeddings/oleObject1633.bin"/><Relationship Id="rId4349" Type="http://schemas.openxmlformats.org/officeDocument/2006/relationships/oleObject" Target="embeddings/oleObject2155.bin"/><Relationship Id="rId4763" Type="http://schemas.openxmlformats.org/officeDocument/2006/relationships/oleObject" Target="embeddings/oleObject2361.bin"/><Relationship Id="rId5814" Type="http://schemas.openxmlformats.org/officeDocument/2006/relationships/oleObject" Target="embeddings/oleObject2885.bin"/><Relationship Id="rId3365" Type="http://schemas.openxmlformats.org/officeDocument/2006/relationships/oleObject" Target="embeddings/oleObject1666.bin"/><Relationship Id="rId4416" Type="http://schemas.openxmlformats.org/officeDocument/2006/relationships/image" Target="media/image2224.wmf"/><Relationship Id="rId4830" Type="http://schemas.openxmlformats.org/officeDocument/2006/relationships/image" Target="media/image2432.wmf"/><Relationship Id="rId286" Type="http://schemas.openxmlformats.org/officeDocument/2006/relationships/image" Target="media/image144.wmf"/><Relationship Id="rId2381" Type="http://schemas.openxmlformats.org/officeDocument/2006/relationships/image" Target="media/image1201.wmf"/><Relationship Id="rId3018" Type="http://schemas.openxmlformats.org/officeDocument/2006/relationships/image" Target="media/image1521.wmf"/><Relationship Id="rId3432" Type="http://schemas.openxmlformats.org/officeDocument/2006/relationships/image" Target="media/image1729.wmf"/><Relationship Id="rId353" Type="http://schemas.openxmlformats.org/officeDocument/2006/relationships/oleObject" Target="embeddings/oleObject172.bin"/><Relationship Id="rId2034" Type="http://schemas.openxmlformats.org/officeDocument/2006/relationships/image" Target="media/image1024.wmf"/><Relationship Id="rId420" Type="http://schemas.openxmlformats.org/officeDocument/2006/relationships/image" Target="media/image211.wmf"/><Relationship Id="rId1050" Type="http://schemas.openxmlformats.org/officeDocument/2006/relationships/image" Target="media/image527.wmf"/><Relationship Id="rId2101" Type="http://schemas.openxmlformats.org/officeDocument/2006/relationships/image" Target="media/image1058.wmf"/><Relationship Id="rId5257" Type="http://schemas.openxmlformats.org/officeDocument/2006/relationships/image" Target="media/image2646.wmf"/><Relationship Id="rId5671" Type="http://schemas.openxmlformats.org/officeDocument/2006/relationships/oleObject" Target="embeddings/oleObject2814.bin"/><Relationship Id="rId6308" Type="http://schemas.openxmlformats.org/officeDocument/2006/relationships/oleObject" Target="embeddings/oleObject3129.bin"/><Relationship Id="rId1867" Type="http://schemas.openxmlformats.org/officeDocument/2006/relationships/oleObject" Target="embeddings/oleObject927.bin"/><Relationship Id="rId2918" Type="http://schemas.openxmlformats.org/officeDocument/2006/relationships/image" Target="media/image1471.wmf"/><Relationship Id="rId4273" Type="http://schemas.openxmlformats.org/officeDocument/2006/relationships/image" Target="media/image2152.wmf"/><Relationship Id="rId5324" Type="http://schemas.openxmlformats.org/officeDocument/2006/relationships/image" Target="media/image2680.wmf"/><Relationship Id="rId1934" Type="http://schemas.openxmlformats.org/officeDocument/2006/relationships/image" Target="media/image972.wmf"/><Relationship Id="rId4340" Type="http://schemas.openxmlformats.org/officeDocument/2006/relationships/image" Target="media/image2186.wmf"/><Relationship Id="rId6098" Type="http://schemas.openxmlformats.org/officeDocument/2006/relationships/oleObject" Target="embeddings/oleObject3026.bin"/><Relationship Id="rId6165" Type="http://schemas.openxmlformats.org/officeDocument/2006/relationships/image" Target="media/image3104.wmf"/><Relationship Id="rId3759" Type="http://schemas.openxmlformats.org/officeDocument/2006/relationships/oleObject" Target="embeddings/oleObject1861.bin"/><Relationship Id="rId5181" Type="http://schemas.openxmlformats.org/officeDocument/2006/relationships/image" Target="media/image2608.wmf"/><Relationship Id="rId6232" Type="http://schemas.openxmlformats.org/officeDocument/2006/relationships/oleObject" Target="embeddings/oleObject3091.bin"/><Relationship Id="rId2775" Type="http://schemas.openxmlformats.org/officeDocument/2006/relationships/oleObject" Target="embeddings/oleObject1372.bin"/><Relationship Id="rId3826" Type="http://schemas.openxmlformats.org/officeDocument/2006/relationships/image" Target="media/image1928.wmf"/><Relationship Id="rId747" Type="http://schemas.openxmlformats.org/officeDocument/2006/relationships/oleObject" Target="embeddings/oleObject368.bin"/><Relationship Id="rId1377" Type="http://schemas.openxmlformats.org/officeDocument/2006/relationships/oleObject" Target="embeddings/oleObject683.bin"/><Relationship Id="rId1791" Type="http://schemas.openxmlformats.org/officeDocument/2006/relationships/image" Target="media/image898.wmf"/><Relationship Id="rId2428" Type="http://schemas.openxmlformats.org/officeDocument/2006/relationships/oleObject" Target="embeddings/oleObject1199.bin"/><Relationship Id="rId2842" Type="http://schemas.openxmlformats.org/officeDocument/2006/relationships/image" Target="media/image1433.wmf"/><Relationship Id="rId5998" Type="http://schemas.openxmlformats.org/officeDocument/2006/relationships/image" Target="media/image3018.wmf"/><Relationship Id="rId83" Type="http://schemas.openxmlformats.org/officeDocument/2006/relationships/oleObject" Target="embeddings/oleObject37.bin"/><Relationship Id="rId814" Type="http://schemas.openxmlformats.org/officeDocument/2006/relationships/image" Target="media/image409.wmf"/><Relationship Id="rId1444" Type="http://schemas.openxmlformats.org/officeDocument/2006/relationships/oleObject" Target="embeddings/oleObject716.bin"/><Relationship Id="rId1511" Type="http://schemas.openxmlformats.org/officeDocument/2006/relationships/image" Target="media/image758.wmf"/><Relationship Id="rId4667" Type="http://schemas.openxmlformats.org/officeDocument/2006/relationships/oleObject" Target="embeddings/oleObject2313.bin"/><Relationship Id="rId5718" Type="http://schemas.openxmlformats.org/officeDocument/2006/relationships/oleObject" Target="embeddings/oleObject2837.bin"/><Relationship Id="rId3269" Type="http://schemas.openxmlformats.org/officeDocument/2006/relationships/image" Target="media/image1647.wmf"/><Relationship Id="rId3683" Type="http://schemas.openxmlformats.org/officeDocument/2006/relationships/image" Target="media/image1855.wmf"/><Relationship Id="rId2285" Type="http://schemas.openxmlformats.org/officeDocument/2006/relationships/image" Target="media/image1152.wmf"/><Relationship Id="rId3336" Type="http://schemas.openxmlformats.org/officeDocument/2006/relationships/oleObject" Target="embeddings/oleObject1652.bin"/><Relationship Id="rId4734" Type="http://schemas.openxmlformats.org/officeDocument/2006/relationships/image" Target="media/image2384.wmf"/><Relationship Id="rId257" Type="http://schemas.openxmlformats.org/officeDocument/2006/relationships/oleObject" Target="embeddings/oleObject124.bin"/><Relationship Id="rId3750" Type="http://schemas.openxmlformats.org/officeDocument/2006/relationships/image" Target="media/image1890.wmf"/><Relationship Id="rId4801" Type="http://schemas.openxmlformats.org/officeDocument/2006/relationships/oleObject" Target="embeddings/oleObject2380.bin"/><Relationship Id="rId671" Type="http://schemas.openxmlformats.org/officeDocument/2006/relationships/oleObject" Target="embeddings/oleObject330.bin"/><Relationship Id="rId2352" Type="http://schemas.openxmlformats.org/officeDocument/2006/relationships/oleObject" Target="embeddings/oleObject1162.bin"/><Relationship Id="rId3403" Type="http://schemas.openxmlformats.org/officeDocument/2006/relationships/oleObject" Target="embeddings/oleObject1685.bin"/><Relationship Id="rId324" Type="http://schemas.openxmlformats.org/officeDocument/2006/relationships/image" Target="media/image163.wmf"/><Relationship Id="rId2005" Type="http://schemas.openxmlformats.org/officeDocument/2006/relationships/oleObject" Target="embeddings/oleObject992.bin"/><Relationship Id="rId5575" Type="http://schemas.openxmlformats.org/officeDocument/2006/relationships/oleObject" Target="embeddings/oleObject2766.bin"/><Relationship Id="rId1021" Type="http://schemas.openxmlformats.org/officeDocument/2006/relationships/oleObject" Target="embeddings/oleObject505.bin"/><Relationship Id="rId4177" Type="http://schemas.openxmlformats.org/officeDocument/2006/relationships/image" Target="media/image2104.wmf"/><Relationship Id="rId4591" Type="http://schemas.openxmlformats.org/officeDocument/2006/relationships/oleObject" Target="embeddings/oleObject2275.bin"/><Relationship Id="rId5228" Type="http://schemas.openxmlformats.org/officeDocument/2006/relationships/oleObject" Target="embeddings/oleObject2593.bin"/><Relationship Id="rId5642" Type="http://schemas.openxmlformats.org/officeDocument/2006/relationships/image" Target="media/image2839.wmf"/><Relationship Id="rId3193" Type="http://schemas.openxmlformats.org/officeDocument/2006/relationships/image" Target="media/image1609.wmf"/><Relationship Id="rId4244" Type="http://schemas.openxmlformats.org/officeDocument/2006/relationships/oleObject" Target="embeddings/oleObject2103.bin"/><Relationship Id="rId1838" Type="http://schemas.openxmlformats.org/officeDocument/2006/relationships/image" Target="media/image922.wmf"/><Relationship Id="rId3260" Type="http://schemas.openxmlformats.org/officeDocument/2006/relationships/oleObject" Target="embeddings/oleObject1614.bin"/><Relationship Id="rId4311" Type="http://schemas.openxmlformats.org/officeDocument/2006/relationships/oleObject" Target="embeddings/oleObject2136.bin"/><Relationship Id="rId181" Type="http://schemas.openxmlformats.org/officeDocument/2006/relationships/oleObject" Target="embeddings/oleObject86.bin"/><Relationship Id="rId1905" Type="http://schemas.openxmlformats.org/officeDocument/2006/relationships/oleObject" Target="embeddings/oleObject946.bin"/><Relationship Id="rId6069" Type="http://schemas.openxmlformats.org/officeDocument/2006/relationships/image" Target="media/image3054.wmf"/><Relationship Id="rId5085" Type="http://schemas.openxmlformats.org/officeDocument/2006/relationships/image" Target="media/image2560.wmf"/><Relationship Id="rId998" Type="http://schemas.openxmlformats.org/officeDocument/2006/relationships/image" Target="media/image501.wmf"/><Relationship Id="rId2679" Type="http://schemas.openxmlformats.org/officeDocument/2006/relationships/oleObject" Target="embeddings/oleObject1324.bin"/><Relationship Id="rId6136" Type="http://schemas.openxmlformats.org/officeDocument/2006/relationships/oleObject" Target="embeddings/oleObject3043.bin"/><Relationship Id="rId1695" Type="http://schemas.openxmlformats.org/officeDocument/2006/relationships/image" Target="media/image850.wmf"/><Relationship Id="rId2746" Type="http://schemas.openxmlformats.org/officeDocument/2006/relationships/image" Target="media/image1385.wmf"/><Relationship Id="rId5152" Type="http://schemas.openxmlformats.org/officeDocument/2006/relationships/oleObject" Target="embeddings/oleObject2555.bin"/><Relationship Id="rId6203" Type="http://schemas.openxmlformats.org/officeDocument/2006/relationships/image" Target="media/image3123.wmf"/><Relationship Id="rId718" Type="http://schemas.openxmlformats.org/officeDocument/2006/relationships/image" Target="media/image361.wmf"/><Relationship Id="rId1348" Type="http://schemas.openxmlformats.org/officeDocument/2006/relationships/image" Target="media/image676.wmf"/><Relationship Id="rId1762" Type="http://schemas.openxmlformats.org/officeDocument/2006/relationships/oleObject" Target="embeddings/oleObject875.bin"/><Relationship Id="rId1415" Type="http://schemas.openxmlformats.org/officeDocument/2006/relationships/oleObject" Target="embeddings/oleObject702.bin"/><Relationship Id="rId2813" Type="http://schemas.openxmlformats.org/officeDocument/2006/relationships/oleObject" Target="embeddings/oleObject1391.bin"/><Relationship Id="rId5969" Type="http://schemas.openxmlformats.org/officeDocument/2006/relationships/oleObject" Target="embeddings/oleObject2962.bin"/><Relationship Id="rId54" Type="http://schemas.openxmlformats.org/officeDocument/2006/relationships/image" Target="media/image28.wmf"/><Relationship Id="rId4985" Type="http://schemas.openxmlformats.org/officeDocument/2006/relationships/image" Target="media/image2510.wmf"/><Relationship Id="rId2189" Type="http://schemas.openxmlformats.org/officeDocument/2006/relationships/image" Target="media/image1102.wmf"/><Relationship Id="rId3587" Type="http://schemas.openxmlformats.org/officeDocument/2006/relationships/oleObject" Target="embeddings/oleObject1777.bin"/><Relationship Id="rId4638" Type="http://schemas.openxmlformats.org/officeDocument/2006/relationships/image" Target="media/image2336.wmf"/><Relationship Id="rId6060" Type="http://schemas.openxmlformats.org/officeDocument/2006/relationships/oleObject" Target="embeddings/oleObject3007.bin"/><Relationship Id="rId3654" Type="http://schemas.openxmlformats.org/officeDocument/2006/relationships/oleObject" Target="embeddings/oleObject1810.bin"/><Relationship Id="rId4705" Type="http://schemas.openxmlformats.org/officeDocument/2006/relationships/oleObject" Target="embeddings/oleObject2332.bin"/><Relationship Id="rId575" Type="http://schemas.openxmlformats.org/officeDocument/2006/relationships/image" Target="media/image289.wmf"/><Relationship Id="rId2256" Type="http://schemas.openxmlformats.org/officeDocument/2006/relationships/oleObject" Target="embeddings/oleObject1117.bin"/><Relationship Id="rId2670" Type="http://schemas.openxmlformats.org/officeDocument/2006/relationships/image" Target="media/image1347.wmf"/><Relationship Id="rId3307" Type="http://schemas.openxmlformats.org/officeDocument/2006/relationships/image" Target="media/image1666.wmf"/><Relationship Id="rId3721" Type="http://schemas.openxmlformats.org/officeDocument/2006/relationships/oleObject" Target="embeddings/oleObject1843.bin"/><Relationship Id="rId228" Type="http://schemas.openxmlformats.org/officeDocument/2006/relationships/image" Target="media/image115.wmf"/><Relationship Id="rId642" Type="http://schemas.openxmlformats.org/officeDocument/2006/relationships/image" Target="media/image323.wmf"/><Relationship Id="rId1272" Type="http://schemas.openxmlformats.org/officeDocument/2006/relationships/image" Target="media/image638.wmf"/><Relationship Id="rId2323" Type="http://schemas.openxmlformats.org/officeDocument/2006/relationships/oleObject" Target="embeddings/oleObject1148.bin"/><Relationship Id="rId5479" Type="http://schemas.openxmlformats.org/officeDocument/2006/relationships/oleObject" Target="embeddings/oleObject2718.bin"/><Relationship Id="rId5893" Type="http://schemas.openxmlformats.org/officeDocument/2006/relationships/image" Target="media/image2965.wmf"/><Relationship Id="rId4495" Type="http://schemas.openxmlformats.org/officeDocument/2006/relationships/oleObject" Target="embeddings/oleObject2228.bin"/><Relationship Id="rId5546" Type="http://schemas.openxmlformats.org/officeDocument/2006/relationships/image" Target="media/image2791.wmf"/><Relationship Id="rId3097" Type="http://schemas.openxmlformats.org/officeDocument/2006/relationships/oleObject" Target="embeddings/oleObject1533.bin"/><Relationship Id="rId4148" Type="http://schemas.openxmlformats.org/officeDocument/2006/relationships/oleObject" Target="embeddings/oleObject2055.bin"/><Relationship Id="rId5960" Type="http://schemas.openxmlformats.org/officeDocument/2006/relationships/image" Target="media/image2999.wmf"/><Relationship Id="rId3164" Type="http://schemas.openxmlformats.org/officeDocument/2006/relationships/oleObject" Target="embeddings/oleObject1566.bin"/><Relationship Id="rId4562" Type="http://schemas.openxmlformats.org/officeDocument/2006/relationships/oleObject" Target="embeddings/oleObject2261.bin"/><Relationship Id="rId5613" Type="http://schemas.openxmlformats.org/officeDocument/2006/relationships/oleObject" Target="embeddings/oleObject2785.bin"/><Relationship Id="rId1809" Type="http://schemas.openxmlformats.org/officeDocument/2006/relationships/image" Target="media/image907.wmf"/><Relationship Id="rId4215" Type="http://schemas.openxmlformats.org/officeDocument/2006/relationships/image" Target="media/image2123.wmf"/><Relationship Id="rId2180" Type="http://schemas.openxmlformats.org/officeDocument/2006/relationships/oleObject" Target="embeddings/oleObject1079.bin"/><Relationship Id="rId3231" Type="http://schemas.openxmlformats.org/officeDocument/2006/relationships/image" Target="media/image1628.wmf"/><Relationship Id="rId6387" Type="http://schemas.openxmlformats.org/officeDocument/2006/relationships/image" Target="media/image3215.wmf"/><Relationship Id="rId152" Type="http://schemas.openxmlformats.org/officeDocument/2006/relationships/image" Target="media/image77.wmf"/><Relationship Id="rId2997" Type="http://schemas.openxmlformats.org/officeDocument/2006/relationships/oleObject" Target="embeddings/oleObject1483.bin"/><Relationship Id="rId969" Type="http://schemas.openxmlformats.org/officeDocument/2006/relationships/oleObject" Target="embeddings/oleObject479.bin"/><Relationship Id="rId1599" Type="http://schemas.openxmlformats.org/officeDocument/2006/relationships/image" Target="media/image802.wmf"/><Relationship Id="rId5056" Type="http://schemas.openxmlformats.org/officeDocument/2006/relationships/oleObject" Target="embeddings/oleObject2507.bin"/><Relationship Id="rId5470" Type="http://schemas.openxmlformats.org/officeDocument/2006/relationships/image" Target="media/image2753.wmf"/><Relationship Id="rId6107" Type="http://schemas.openxmlformats.org/officeDocument/2006/relationships/image" Target="media/image3073.wmf"/><Relationship Id="rId4072" Type="http://schemas.openxmlformats.org/officeDocument/2006/relationships/oleObject" Target="embeddings/oleObject2017.bin"/><Relationship Id="rId5123" Type="http://schemas.openxmlformats.org/officeDocument/2006/relationships/image" Target="media/image2579.wmf"/><Relationship Id="rId1666" Type="http://schemas.openxmlformats.org/officeDocument/2006/relationships/oleObject" Target="embeddings/oleObject827.bin"/><Relationship Id="rId2717" Type="http://schemas.openxmlformats.org/officeDocument/2006/relationships/oleObject" Target="embeddings/oleObject1343.bin"/><Relationship Id="rId1319" Type="http://schemas.openxmlformats.org/officeDocument/2006/relationships/oleObject" Target="embeddings/oleObject654.bin"/><Relationship Id="rId1733" Type="http://schemas.openxmlformats.org/officeDocument/2006/relationships/image" Target="media/image869.wmf"/><Relationship Id="rId4889" Type="http://schemas.openxmlformats.org/officeDocument/2006/relationships/image" Target="media/image2462.wmf"/><Relationship Id="rId25" Type="http://schemas.openxmlformats.org/officeDocument/2006/relationships/image" Target="media/image11.wmf"/><Relationship Id="rId1800" Type="http://schemas.openxmlformats.org/officeDocument/2006/relationships/oleObject" Target="embeddings/oleObject894.bin"/><Relationship Id="rId4956" Type="http://schemas.openxmlformats.org/officeDocument/2006/relationships/oleObject" Target="embeddings/oleObject2457.bin"/><Relationship Id="rId3558" Type="http://schemas.openxmlformats.org/officeDocument/2006/relationships/image" Target="media/image1792.wmf"/><Relationship Id="rId3972" Type="http://schemas.openxmlformats.org/officeDocument/2006/relationships/oleObject" Target="embeddings/oleObject1967.bin"/><Relationship Id="rId4609" Type="http://schemas.openxmlformats.org/officeDocument/2006/relationships/oleObject" Target="embeddings/oleObject2284.bin"/><Relationship Id="rId479" Type="http://schemas.openxmlformats.org/officeDocument/2006/relationships/image" Target="media/image241.wmf"/><Relationship Id="rId893" Type="http://schemas.openxmlformats.org/officeDocument/2006/relationships/oleObject" Target="embeddings/oleObject441.bin"/><Relationship Id="rId2574" Type="http://schemas.openxmlformats.org/officeDocument/2006/relationships/oleObject" Target="embeddings/oleObject1272.bin"/><Relationship Id="rId3625" Type="http://schemas.openxmlformats.org/officeDocument/2006/relationships/image" Target="media/image1826.wmf"/><Relationship Id="rId6031" Type="http://schemas.openxmlformats.org/officeDocument/2006/relationships/oleObject" Target="embeddings/oleObject2993.bin"/><Relationship Id="rId546" Type="http://schemas.openxmlformats.org/officeDocument/2006/relationships/oleObject" Target="embeddings/oleObject268.bin"/><Relationship Id="rId1176" Type="http://schemas.openxmlformats.org/officeDocument/2006/relationships/image" Target="media/image590.wmf"/><Relationship Id="rId2227" Type="http://schemas.openxmlformats.org/officeDocument/2006/relationships/image" Target="media/image1121.wmf"/><Relationship Id="rId960" Type="http://schemas.openxmlformats.org/officeDocument/2006/relationships/image" Target="media/image482.wmf"/><Relationship Id="rId1243" Type="http://schemas.openxmlformats.org/officeDocument/2006/relationships/oleObject" Target="embeddings/oleObject616.bin"/><Relationship Id="rId1590" Type="http://schemas.openxmlformats.org/officeDocument/2006/relationships/oleObject" Target="embeddings/oleObject789.bin"/><Relationship Id="rId2641" Type="http://schemas.openxmlformats.org/officeDocument/2006/relationships/oleObject" Target="embeddings/oleObject1305.bin"/><Relationship Id="rId4399" Type="http://schemas.openxmlformats.org/officeDocument/2006/relationships/oleObject" Target="embeddings/oleObject2180.bin"/><Relationship Id="rId5797" Type="http://schemas.openxmlformats.org/officeDocument/2006/relationships/image" Target="media/image2917.wmf"/><Relationship Id="rId613" Type="http://schemas.openxmlformats.org/officeDocument/2006/relationships/oleObject" Target="embeddings/oleObject301.bin"/><Relationship Id="rId5864" Type="http://schemas.openxmlformats.org/officeDocument/2006/relationships/oleObject" Target="embeddings/oleObject2910.bin"/><Relationship Id="rId1310" Type="http://schemas.openxmlformats.org/officeDocument/2006/relationships/image" Target="media/image657.wmf"/><Relationship Id="rId4466" Type="http://schemas.openxmlformats.org/officeDocument/2006/relationships/image" Target="media/image2249.wmf"/><Relationship Id="rId4880" Type="http://schemas.openxmlformats.org/officeDocument/2006/relationships/image" Target="media/image2457.wmf"/><Relationship Id="rId5517" Type="http://schemas.openxmlformats.org/officeDocument/2006/relationships/oleObject" Target="embeddings/oleObject2737.bin"/><Relationship Id="rId5931" Type="http://schemas.openxmlformats.org/officeDocument/2006/relationships/oleObject" Target="embeddings/oleObject2943.bin"/><Relationship Id="rId3068" Type="http://schemas.openxmlformats.org/officeDocument/2006/relationships/image" Target="media/image1546.wmf"/><Relationship Id="rId3482" Type="http://schemas.openxmlformats.org/officeDocument/2006/relationships/image" Target="media/image1754.wmf"/><Relationship Id="rId4119" Type="http://schemas.openxmlformats.org/officeDocument/2006/relationships/image" Target="media/image2075.wmf"/><Relationship Id="rId4533" Type="http://schemas.openxmlformats.org/officeDocument/2006/relationships/image" Target="media/image2283.wmf"/><Relationship Id="rId2084" Type="http://schemas.openxmlformats.org/officeDocument/2006/relationships/oleObject" Target="embeddings/oleObject1031.bin"/><Relationship Id="rId3135" Type="http://schemas.openxmlformats.org/officeDocument/2006/relationships/image" Target="media/image1580.wmf"/><Relationship Id="rId4600" Type="http://schemas.openxmlformats.org/officeDocument/2006/relationships/image" Target="media/image2317.wmf"/><Relationship Id="rId470" Type="http://schemas.openxmlformats.org/officeDocument/2006/relationships/oleObject" Target="embeddings/oleObject230.bin"/><Relationship Id="rId2151" Type="http://schemas.openxmlformats.org/officeDocument/2006/relationships/image" Target="media/image1083.wmf"/><Relationship Id="rId3202" Type="http://schemas.openxmlformats.org/officeDocument/2006/relationships/oleObject" Target="embeddings/oleObject1585.bin"/><Relationship Id="rId6358" Type="http://schemas.openxmlformats.org/officeDocument/2006/relationships/oleObject" Target="embeddings/oleObject3154.bin"/><Relationship Id="rId123" Type="http://schemas.openxmlformats.org/officeDocument/2006/relationships/oleObject" Target="embeddings/oleObject57.bin"/><Relationship Id="rId5374" Type="http://schemas.openxmlformats.org/officeDocument/2006/relationships/image" Target="media/image2705.wmf"/><Relationship Id="rId2968" Type="http://schemas.openxmlformats.org/officeDocument/2006/relationships/image" Target="media/image1496.wmf"/><Relationship Id="rId5027" Type="http://schemas.openxmlformats.org/officeDocument/2006/relationships/image" Target="media/image2531.wmf"/><Relationship Id="rId6425" Type="http://schemas.openxmlformats.org/officeDocument/2006/relationships/oleObject" Target="embeddings/oleObject3187.bin"/><Relationship Id="rId1984" Type="http://schemas.openxmlformats.org/officeDocument/2006/relationships/image" Target="media/image997.png"/><Relationship Id="rId4390" Type="http://schemas.openxmlformats.org/officeDocument/2006/relationships/image" Target="media/image2211.wmf"/><Relationship Id="rId5441" Type="http://schemas.openxmlformats.org/officeDocument/2006/relationships/oleObject" Target="embeddings/oleObject2699.bin"/><Relationship Id="rId1637" Type="http://schemas.openxmlformats.org/officeDocument/2006/relationships/image" Target="media/image821.wmf"/><Relationship Id="rId4043" Type="http://schemas.openxmlformats.org/officeDocument/2006/relationships/image" Target="media/image2037.wmf"/><Relationship Id="rId1704" Type="http://schemas.openxmlformats.org/officeDocument/2006/relationships/oleObject" Target="embeddings/oleObject846.bin"/><Relationship Id="rId4110" Type="http://schemas.openxmlformats.org/officeDocument/2006/relationships/oleObject" Target="embeddings/oleObject2036.bin"/><Relationship Id="rId6282" Type="http://schemas.openxmlformats.org/officeDocument/2006/relationships/oleObject" Target="embeddings/oleObject3116.bin"/><Relationship Id="rId797" Type="http://schemas.openxmlformats.org/officeDocument/2006/relationships/oleObject" Target="embeddings/oleObject393.bin"/><Relationship Id="rId2478" Type="http://schemas.openxmlformats.org/officeDocument/2006/relationships/oleObject" Target="embeddings/oleObject1224.bin"/><Relationship Id="rId3876" Type="http://schemas.openxmlformats.org/officeDocument/2006/relationships/image" Target="media/image1953.wmf"/><Relationship Id="rId4927" Type="http://schemas.openxmlformats.org/officeDocument/2006/relationships/image" Target="media/image2481.wmf"/><Relationship Id="rId2892" Type="http://schemas.openxmlformats.org/officeDocument/2006/relationships/image" Target="media/image1458.wmf"/><Relationship Id="rId3529" Type="http://schemas.openxmlformats.org/officeDocument/2006/relationships/oleObject" Target="embeddings/oleObject1748.bin"/><Relationship Id="rId3943" Type="http://schemas.openxmlformats.org/officeDocument/2006/relationships/image" Target="media/image1987.wmf"/><Relationship Id="rId6002" Type="http://schemas.openxmlformats.org/officeDocument/2006/relationships/image" Target="media/image3020.wmf"/><Relationship Id="rId864" Type="http://schemas.openxmlformats.org/officeDocument/2006/relationships/image" Target="media/image434.wmf"/><Relationship Id="rId1494" Type="http://schemas.openxmlformats.org/officeDocument/2006/relationships/oleObject" Target="embeddings/oleObject741.bin"/><Relationship Id="rId2545" Type="http://schemas.openxmlformats.org/officeDocument/2006/relationships/image" Target="media/image1284.wmf"/><Relationship Id="rId517" Type="http://schemas.openxmlformats.org/officeDocument/2006/relationships/image" Target="media/image260.wmf"/><Relationship Id="rId931" Type="http://schemas.openxmlformats.org/officeDocument/2006/relationships/oleObject" Target="embeddings/oleObject460.bin"/><Relationship Id="rId1147" Type="http://schemas.openxmlformats.org/officeDocument/2006/relationships/oleObject" Target="embeddings/oleObject568.bin"/><Relationship Id="rId1561" Type="http://schemas.openxmlformats.org/officeDocument/2006/relationships/image" Target="media/image783.wmf"/><Relationship Id="rId2612" Type="http://schemas.openxmlformats.org/officeDocument/2006/relationships/image" Target="media/image1318.wmf"/><Relationship Id="rId5768" Type="http://schemas.openxmlformats.org/officeDocument/2006/relationships/oleObject" Target="embeddings/oleObject2862.bin"/><Relationship Id="rId1214" Type="http://schemas.openxmlformats.org/officeDocument/2006/relationships/image" Target="media/image609.wmf"/><Relationship Id="rId4784" Type="http://schemas.openxmlformats.org/officeDocument/2006/relationships/image" Target="media/image2409.wmf"/><Relationship Id="rId5835" Type="http://schemas.openxmlformats.org/officeDocument/2006/relationships/image" Target="media/image2936.wmf"/><Relationship Id="rId3386" Type="http://schemas.openxmlformats.org/officeDocument/2006/relationships/image" Target="media/image1706.wmf"/><Relationship Id="rId4437" Type="http://schemas.openxmlformats.org/officeDocument/2006/relationships/oleObject" Target="embeddings/oleObject2199.bin"/><Relationship Id="rId3039" Type="http://schemas.openxmlformats.org/officeDocument/2006/relationships/oleObject" Target="embeddings/oleObject1504.bin"/><Relationship Id="rId3453" Type="http://schemas.openxmlformats.org/officeDocument/2006/relationships/oleObject" Target="embeddings/oleObject1710.bin"/><Relationship Id="rId4851" Type="http://schemas.openxmlformats.org/officeDocument/2006/relationships/oleObject" Target="embeddings/oleObject2405.bin"/><Relationship Id="rId5902" Type="http://schemas.openxmlformats.org/officeDocument/2006/relationships/oleObject" Target="embeddings/oleObject2929.bin"/><Relationship Id="rId374" Type="http://schemas.openxmlformats.org/officeDocument/2006/relationships/image" Target="media/image188.wmf"/><Relationship Id="rId2055" Type="http://schemas.openxmlformats.org/officeDocument/2006/relationships/image" Target="media/image1035.wmf"/><Relationship Id="rId3106" Type="http://schemas.openxmlformats.org/officeDocument/2006/relationships/image" Target="media/image1565.png"/><Relationship Id="rId4504" Type="http://schemas.openxmlformats.org/officeDocument/2006/relationships/image" Target="media/image2268.wmf"/><Relationship Id="rId3520" Type="http://schemas.openxmlformats.org/officeDocument/2006/relationships/image" Target="media/image1773.wmf"/><Relationship Id="rId441" Type="http://schemas.openxmlformats.org/officeDocument/2006/relationships/image" Target="media/image222.wmf"/><Relationship Id="rId1071" Type="http://schemas.openxmlformats.org/officeDocument/2006/relationships/oleObject" Target="embeddings/oleObject530.bin"/><Relationship Id="rId2122" Type="http://schemas.openxmlformats.org/officeDocument/2006/relationships/oleObject" Target="embeddings/oleObject1050.bin"/><Relationship Id="rId5278" Type="http://schemas.openxmlformats.org/officeDocument/2006/relationships/image" Target="media/image2657.wmf"/><Relationship Id="rId5692" Type="http://schemas.openxmlformats.org/officeDocument/2006/relationships/oleObject" Target="embeddings/oleObject2824.bin"/><Relationship Id="rId6329" Type="http://schemas.openxmlformats.org/officeDocument/2006/relationships/image" Target="media/image3186.wmf"/><Relationship Id="rId1888" Type="http://schemas.openxmlformats.org/officeDocument/2006/relationships/image" Target="media/image947.wmf"/><Relationship Id="rId2939" Type="http://schemas.openxmlformats.org/officeDocument/2006/relationships/oleObject" Target="embeddings/oleObject1454.bin"/><Relationship Id="rId4294" Type="http://schemas.openxmlformats.org/officeDocument/2006/relationships/image" Target="media/image2163.wmf"/><Relationship Id="rId5345" Type="http://schemas.openxmlformats.org/officeDocument/2006/relationships/oleObject" Target="embeddings/oleObject2651.bin"/><Relationship Id="rId4361" Type="http://schemas.openxmlformats.org/officeDocument/2006/relationships/oleObject" Target="embeddings/oleObject2161.bin"/><Relationship Id="rId5412" Type="http://schemas.openxmlformats.org/officeDocument/2006/relationships/image" Target="media/image2724.wmf"/><Relationship Id="rId1955" Type="http://schemas.openxmlformats.org/officeDocument/2006/relationships/oleObject" Target="embeddings/oleObject969.bin"/><Relationship Id="rId4014" Type="http://schemas.openxmlformats.org/officeDocument/2006/relationships/oleObject" Target="embeddings/oleObject1988.bin"/><Relationship Id="rId1608" Type="http://schemas.openxmlformats.org/officeDocument/2006/relationships/oleObject" Target="embeddings/oleObject798.bin"/><Relationship Id="rId3030" Type="http://schemas.openxmlformats.org/officeDocument/2006/relationships/image" Target="media/image1527.wmf"/><Relationship Id="rId6186" Type="http://schemas.openxmlformats.org/officeDocument/2006/relationships/oleObject" Target="embeddings/oleObject3068.bin"/><Relationship Id="rId2796" Type="http://schemas.openxmlformats.org/officeDocument/2006/relationships/image" Target="media/image1410.wmf"/><Relationship Id="rId3847" Type="http://schemas.openxmlformats.org/officeDocument/2006/relationships/oleObject" Target="embeddings/oleObject1905.bin"/><Relationship Id="rId6253" Type="http://schemas.openxmlformats.org/officeDocument/2006/relationships/image" Target="media/image3148.wmf"/><Relationship Id="rId768" Type="http://schemas.openxmlformats.org/officeDocument/2006/relationships/image" Target="media/image386.wmf"/><Relationship Id="rId1398" Type="http://schemas.openxmlformats.org/officeDocument/2006/relationships/image" Target="media/image701.wmf"/><Relationship Id="rId2449" Type="http://schemas.openxmlformats.org/officeDocument/2006/relationships/image" Target="media/image1236.wmf"/><Relationship Id="rId2863" Type="http://schemas.openxmlformats.org/officeDocument/2006/relationships/oleObject" Target="embeddings/oleObject1416.bin"/><Relationship Id="rId3914" Type="http://schemas.openxmlformats.org/officeDocument/2006/relationships/image" Target="media/image1972.wmf"/><Relationship Id="rId6320" Type="http://schemas.openxmlformats.org/officeDocument/2006/relationships/oleObject" Target="embeddings/oleObject3135.bin"/><Relationship Id="rId835" Type="http://schemas.openxmlformats.org/officeDocument/2006/relationships/oleObject" Target="embeddings/oleObject412.bin"/><Relationship Id="rId1465" Type="http://schemas.openxmlformats.org/officeDocument/2006/relationships/image" Target="media/image735.wmf"/><Relationship Id="rId2516" Type="http://schemas.openxmlformats.org/officeDocument/2006/relationships/oleObject" Target="embeddings/oleObject1243.bin"/><Relationship Id="rId1118" Type="http://schemas.openxmlformats.org/officeDocument/2006/relationships/image" Target="media/image561.wmf"/><Relationship Id="rId1532" Type="http://schemas.openxmlformats.org/officeDocument/2006/relationships/oleObject" Target="embeddings/oleObject760.bin"/><Relationship Id="rId2930" Type="http://schemas.openxmlformats.org/officeDocument/2006/relationships/image" Target="media/image1477.wmf"/><Relationship Id="rId4688" Type="http://schemas.openxmlformats.org/officeDocument/2006/relationships/image" Target="media/image2361.wmf"/><Relationship Id="rId902" Type="http://schemas.openxmlformats.org/officeDocument/2006/relationships/image" Target="media/image453.wmf"/><Relationship Id="rId5739" Type="http://schemas.openxmlformats.org/officeDocument/2006/relationships/image" Target="media/image2888.wmf"/><Relationship Id="rId4755" Type="http://schemas.openxmlformats.org/officeDocument/2006/relationships/oleObject" Target="embeddings/oleObject2357.bin"/><Relationship Id="rId5806" Type="http://schemas.openxmlformats.org/officeDocument/2006/relationships/oleObject" Target="embeddings/oleObject2881.bin"/><Relationship Id="rId278" Type="http://schemas.openxmlformats.org/officeDocument/2006/relationships/image" Target="media/image140.wmf"/><Relationship Id="rId3357" Type="http://schemas.openxmlformats.org/officeDocument/2006/relationships/oleObject" Target="embeddings/oleObject1662.bin"/><Relationship Id="rId3771" Type="http://schemas.openxmlformats.org/officeDocument/2006/relationships/oleObject" Target="embeddings/oleObject1867.bin"/><Relationship Id="rId4408" Type="http://schemas.openxmlformats.org/officeDocument/2006/relationships/image" Target="media/image2220.wmf"/><Relationship Id="rId4822" Type="http://schemas.openxmlformats.org/officeDocument/2006/relationships/image" Target="media/image2428.wmf"/><Relationship Id="rId692" Type="http://schemas.openxmlformats.org/officeDocument/2006/relationships/image" Target="media/image348.wmf"/><Relationship Id="rId2373" Type="http://schemas.openxmlformats.org/officeDocument/2006/relationships/image" Target="media/image1197.wmf"/><Relationship Id="rId3424" Type="http://schemas.openxmlformats.org/officeDocument/2006/relationships/image" Target="media/image1725.wmf"/><Relationship Id="rId345" Type="http://schemas.openxmlformats.org/officeDocument/2006/relationships/oleObject" Target="embeddings/oleObject168.bin"/><Relationship Id="rId2026" Type="http://schemas.openxmlformats.org/officeDocument/2006/relationships/image" Target="media/image1020.wmf"/><Relationship Id="rId2440" Type="http://schemas.openxmlformats.org/officeDocument/2006/relationships/oleObject" Target="embeddings/oleObject1205.bin"/><Relationship Id="rId5596" Type="http://schemas.openxmlformats.org/officeDocument/2006/relationships/image" Target="media/image2816.wmf"/><Relationship Id="rId412" Type="http://schemas.openxmlformats.org/officeDocument/2006/relationships/image" Target="media/image207.wmf"/><Relationship Id="rId1042" Type="http://schemas.openxmlformats.org/officeDocument/2006/relationships/image" Target="media/image523.wmf"/><Relationship Id="rId4198" Type="http://schemas.openxmlformats.org/officeDocument/2006/relationships/oleObject" Target="embeddings/oleObject2080.bin"/><Relationship Id="rId5249" Type="http://schemas.openxmlformats.org/officeDocument/2006/relationships/image" Target="media/image2642.wmf"/><Relationship Id="rId5663" Type="http://schemas.openxmlformats.org/officeDocument/2006/relationships/oleObject" Target="embeddings/oleObject2810.bin"/><Relationship Id="rId4265" Type="http://schemas.openxmlformats.org/officeDocument/2006/relationships/image" Target="media/image2148.wmf"/><Relationship Id="rId5316" Type="http://schemas.openxmlformats.org/officeDocument/2006/relationships/image" Target="media/image2676.wmf"/><Relationship Id="rId1859" Type="http://schemas.openxmlformats.org/officeDocument/2006/relationships/oleObject" Target="embeddings/oleObject923.bin"/><Relationship Id="rId5730" Type="http://schemas.openxmlformats.org/officeDocument/2006/relationships/oleObject" Target="embeddings/oleObject2843.bin"/><Relationship Id="rId1926" Type="http://schemas.openxmlformats.org/officeDocument/2006/relationships/image" Target="media/image966.png"/><Relationship Id="rId3281" Type="http://schemas.openxmlformats.org/officeDocument/2006/relationships/image" Target="media/image1653.wmf"/><Relationship Id="rId4332" Type="http://schemas.openxmlformats.org/officeDocument/2006/relationships/image" Target="media/image2182.wmf"/><Relationship Id="rId3001" Type="http://schemas.openxmlformats.org/officeDocument/2006/relationships/oleObject" Target="embeddings/oleObject1485.bin"/><Relationship Id="rId6157" Type="http://schemas.openxmlformats.org/officeDocument/2006/relationships/image" Target="media/image3100.wmf"/><Relationship Id="rId2767" Type="http://schemas.openxmlformats.org/officeDocument/2006/relationships/oleObject" Target="embeddings/oleObject1368.bin"/><Relationship Id="rId5173" Type="http://schemas.openxmlformats.org/officeDocument/2006/relationships/image" Target="media/image2604.wmf"/><Relationship Id="rId6224" Type="http://schemas.openxmlformats.org/officeDocument/2006/relationships/oleObject" Target="embeddings/oleObject3087.bin"/><Relationship Id="rId739" Type="http://schemas.openxmlformats.org/officeDocument/2006/relationships/oleObject" Target="embeddings/oleObject364.bin"/><Relationship Id="rId1369" Type="http://schemas.openxmlformats.org/officeDocument/2006/relationships/oleObject" Target="embeddings/oleObject679.bin"/><Relationship Id="rId3818" Type="http://schemas.openxmlformats.org/officeDocument/2006/relationships/image" Target="media/image1924.wmf"/><Relationship Id="rId5240" Type="http://schemas.openxmlformats.org/officeDocument/2006/relationships/oleObject" Target="embeddings/oleObject2599.bin"/><Relationship Id="rId1783" Type="http://schemas.openxmlformats.org/officeDocument/2006/relationships/image" Target="media/image894.wmf"/><Relationship Id="rId2834" Type="http://schemas.openxmlformats.org/officeDocument/2006/relationships/image" Target="media/image1429.wmf"/><Relationship Id="rId75" Type="http://schemas.openxmlformats.org/officeDocument/2006/relationships/oleObject" Target="embeddings/oleObject33.bin"/><Relationship Id="rId806" Type="http://schemas.openxmlformats.org/officeDocument/2006/relationships/image" Target="media/image405.wmf"/><Relationship Id="rId1436" Type="http://schemas.openxmlformats.org/officeDocument/2006/relationships/oleObject" Target="embeddings/oleObject712.bin"/><Relationship Id="rId1850" Type="http://schemas.openxmlformats.org/officeDocument/2006/relationships/image" Target="media/image928.wmf"/><Relationship Id="rId2901" Type="http://schemas.openxmlformats.org/officeDocument/2006/relationships/oleObject" Target="embeddings/oleObject1435.bin"/><Relationship Id="rId1503" Type="http://schemas.openxmlformats.org/officeDocument/2006/relationships/image" Target="media/image754.wmf"/><Relationship Id="rId4659" Type="http://schemas.openxmlformats.org/officeDocument/2006/relationships/oleObject" Target="embeddings/oleObject2309.bin"/><Relationship Id="rId3675" Type="http://schemas.openxmlformats.org/officeDocument/2006/relationships/image" Target="media/image1851.wmf"/><Relationship Id="rId4726" Type="http://schemas.openxmlformats.org/officeDocument/2006/relationships/image" Target="media/image2380.wmf"/><Relationship Id="rId6081" Type="http://schemas.openxmlformats.org/officeDocument/2006/relationships/image" Target="media/image3060.wmf"/><Relationship Id="rId596" Type="http://schemas.openxmlformats.org/officeDocument/2006/relationships/image" Target="media/image300.wmf"/><Relationship Id="rId2277" Type="http://schemas.openxmlformats.org/officeDocument/2006/relationships/image" Target="media/image1148.wmf"/><Relationship Id="rId2691" Type="http://schemas.openxmlformats.org/officeDocument/2006/relationships/oleObject" Target="embeddings/oleObject1330.bin"/><Relationship Id="rId3328" Type="http://schemas.openxmlformats.org/officeDocument/2006/relationships/oleObject" Target="embeddings/oleObject1648.bin"/><Relationship Id="rId3742" Type="http://schemas.openxmlformats.org/officeDocument/2006/relationships/oleObject" Target="embeddings/oleObject1853.bin"/><Relationship Id="rId249" Type="http://schemas.openxmlformats.org/officeDocument/2006/relationships/oleObject" Target="embeddings/oleObject120.bin"/><Relationship Id="rId663" Type="http://schemas.openxmlformats.org/officeDocument/2006/relationships/oleObject" Target="embeddings/oleObject326.bin"/><Relationship Id="rId1293" Type="http://schemas.openxmlformats.org/officeDocument/2006/relationships/oleObject" Target="embeddings/oleObject641.bin"/><Relationship Id="rId2344" Type="http://schemas.openxmlformats.org/officeDocument/2006/relationships/image" Target="media/image1182.wmf"/><Relationship Id="rId316" Type="http://schemas.openxmlformats.org/officeDocument/2006/relationships/image" Target="media/image159.wmf"/><Relationship Id="rId730" Type="http://schemas.openxmlformats.org/officeDocument/2006/relationships/image" Target="media/image367.wmf"/><Relationship Id="rId1013" Type="http://schemas.openxmlformats.org/officeDocument/2006/relationships/oleObject" Target="embeddings/oleObject501.bin"/><Relationship Id="rId1360" Type="http://schemas.openxmlformats.org/officeDocument/2006/relationships/image" Target="media/image682.wmf"/><Relationship Id="rId2411" Type="http://schemas.openxmlformats.org/officeDocument/2006/relationships/image" Target="media/image1217.wmf"/><Relationship Id="rId4169" Type="http://schemas.openxmlformats.org/officeDocument/2006/relationships/image" Target="media/image2100.wmf"/><Relationship Id="rId5567" Type="http://schemas.openxmlformats.org/officeDocument/2006/relationships/oleObject" Target="embeddings/oleObject2762.bin"/><Relationship Id="rId5981" Type="http://schemas.openxmlformats.org/officeDocument/2006/relationships/oleObject" Target="embeddings/oleObject2968.bin"/><Relationship Id="rId4583" Type="http://schemas.openxmlformats.org/officeDocument/2006/relationships/image" Target="media/image2308.wmf"/><Relationship Id="rId5634" Type="http://schemas.openxmlformats.org/officeDocument/2006/relationships/image" Target="media/image2835.wmf"/><Relationship Id="rId3185" Type="http://schemas.openxmlformats.org/officeDocument/2006/relationships/image" Target="media/image1605.wmf"/><Relationship Id="rId4236" Type="http://schemas.openxmlformats.org/officeDocument/2006/relationships/oleObject" Target="embeddings/oleObject2099.bin"/><Relationship Id="rId4650" Type="http://schemas.openxmlformats.org/officeDocument/2006/relationships/image" Target="media/image2342.wmf"/><Relationship Id="rId5701" Type="http://schemas.openxmlformats.org/officeDocument/2006/relationships/image" Target="media/image2869.wmf"/><Relationship Id="rId3252" Type="http://schemas.openxmlformats.org/officeDocument/2006/relationships/oleObject" Target="embeddings/oleObject1610.bin"/><Relationship Id="rId4303" Type="http://schemas.openxmlformats.org/officeDocument/2006/relationships/oleObject" Target="embeddings/oleObject2132.bin"/><Relationship Id="rId173" Type="http://schemas.openxmlformats.org/officeDocument/2006/relationships/oleObject" Target="embeddings/oleObject82.bin"/><Relationship Id="rId240" Type="http://schemas.openxmlformats.org/officeDocument/2006/relationships/image" Target="media/image121.wmf"/><Relationship Id="rId5077" Type="http://schemas.openxmlformats.org/officeDocument/2006/relationships/image" Target="media/image2556.wmf"/><Relationship Id="rId6128" Type="http://schemas.openxmlformats.org/officeDocument/2006/relationships/oleObject" Target="embeddings/oleObject3041.bin"/><Relationship Id="rId4093" Type="http://schemas.openxmlformats.org/officeDocument/2006/relationships/image" Target="media/image2062.wmf"/><Relationship Id="rId5144" Type="http://schemas.openxmlformats.org/officeDocument/2006/relationships/oleObject" Target="embeddings/oleObject2551.bin"/><Relationship Id="rId5491" Type="http://schemas.openxmlformats.org/officeDocument/2006/relationships/oleObject" Target="embeddings/oleObject2724.bin"/><Relationship Id="rId1687" Type="http://schemas.openxmlformats.org/officeDocument/2006/relationships/image" Target="media/image846.wmf"/><Relationship Id="rId2738" Type="http://schemas.openxmlformats.org/officeDocument/2006/relationships/image" Target="media/image1381.wmf"/><Relationship Id="rId1754" Type="http://schemas.openxmlformats.org/officeDocument/2006/relationships/oleObject" Target="embeddings/oleObject871.bin"/><Relationship Id="rId2805" Type="http://schemas.openxmlformats.org/officeDocument/2006/relationships/oleObject" Target="embeddings/oleObject1387.bin"/><Relationship Id="rId4160" Type="http://schemas.openxmlformats.org/officeDocument/2006/relationships/oleObject" Target="embeddings/oleObject2061.bin"/><Relationship Id="rId5211" Type="http://schemas.openxmlformats.org/officeDocument/2006/relationships/image" Target="media/image2623.wmf"/><Relationship Id="rId46" Type="http://schemas.openxmlformats.org/officeDocument/2006/relationships/image" Target="media/image24.wmf"/><Relationship Id="rId1407" Type="http://schemas.openxmlformats.org/officeDocument/2006/relationships/oleObject" Target="embeddings/oleObject698.bin"/><Relationship Id="rId1821" Type="http://schemas.openxmlformats.org/officeDocument/2006/relationships/oleObject" Target="embeddings/oleObject904.bin"/><Relationship Id="rId4977" Type="http://schemas.openxmlformats.org/officeDocument/2006/relationships/image" Target="media/image2506.wmf"/><Relationship Id="rId3579" Type="http://schemas.openxmlformats.org/officeDocument/2006/relationships/oleObject" Target="embeddings/oleObject1773.bin"/><Relationship Id="rId2595" Type="http://schemas.openxmlformats.org/officeDocument/2006/relationships/image" Target="media/image1309.wmf"/><Relationship Id="rId3993" Type="http://schemas.openxmlformats.org/officeDocument/2006/relationships/image" Target="media/image2012.wmf"/><Relationship Id="rId6052" Type="http://schemas.openxmlformats.org/officeDocument/2006/relationships/image" Target="media/image3045.wmf"/><Relationship Id="rId567" Type="http://schemas.openxmlformats.org/officeDocument/2006/relationships/image" Target="media/image285.wmf"/><Relationship Id="rId1197" Type="http://schemas.openxmlformats.org/officeDocument/2006/relationships/oleObject" Target="embeddings/oleObject593.bin"/><Relationship Id="rId2248" Type="http://schemas.openxmlformats.org/officeDocument/2006/relationships/oleObject" Target="embeddings/oleObject1113.bin"/><Relationship Id="rId3646" Type="http://schemas.openxmlformats.org/officeDocument/2006/relationships/oleObject" Target="embeddings/oleObject1806.bin"/><Relationship Id="rId981" Type="http://schemas.openxmlformats.org/officeDocument/2006/relationships/oleObject" Target="embeddings/oleObject485.bin"/><Relationship Id="rId2662" Type="http://schemas.openxmlformats.org/officeDocument/2006/relationships/image" Target="media/image1343.wmf"/><Relationship Id="rId3713" Type="http://schemas.openxmlformats.org/officeDocument/2006/relationships/image" Target="media/image1870.wmf"/><Relationship Id="rId634" Type="http://schemas.openxmlformats.org/officeDocument/2006/relationships/image" Target="media/image319.wmf"/><Relationship Id="rId1264" Type="http://schemas.openxmlformats.org/officeDocument/2006/relationships/image" Target="media/image634.wmf"/><Relationship Id="rId2315" Type="http://schemas.openxmlformats.org/officeDocument/2006/relationships/oleObject" Target="embeddings/oleObject1144.bin"/><Relationship Id="rId5885" Type="http://schemas.openxmlformats.org/officeDocument/2006/relationships/image" Target="media/image2961.wmf"/><Relationship Id="rId701" Type="http://schemas.openxmlformats.org/officeDocument/2006/relationships/oleObject" Target="embeddings/oleObject345.bin"/><Relationship Id="rId1331" Type="http://schemas.openxmlformats.org/officeDocument/2006/relationships/oleObject" Target="embeddings/oleObject660.bin"/><Relationship Id="rId4487" Type="http://schemas.openxmlformats.org/officeDocument/2006/relationships/oleObject" Target="embeddings/oleObject2224.bin"/><Relationship Id="rId5538" Type="http://schemas.openxmlformats.org/officeDocument/2006/relationships/image" Target="media/image2787.wmf"/><Relationship Id="rId5952" Type="http://schemas.openxmlformats.org/officeDocument/2006/relationships/image" Target="media/image2995.wmf"/><Relationship Id="rId3089" Type="http://schemas.openxmlformats.org/officeDocument/2006/relationships/oleObject" Target="embeddings/oleObject1529.bin"/><Relationship Id="rId4554" Type="http://schemas.openxmlformats.org/officeDocument/2006/relationships/oleObject" Target="embeddings/oleObject2257.bin"/><Relationship Id="rId5605" Type="http://schemas.openxmlformats.org/officeDocument/2006/relationships/oleObject" Target="embeddings/oleObject2781.bin"/><Relationship Id="rId3156" Type="http://schemas.openxmlformats.org/officeDocument/2006/relationships/oleObject" Target="embeddings/oleObject1562.bin"/><Relationship Id="rId4207" Type="http://schemas.openxmlformats.org/officeDocument/2006/relationships/image" Target="media/image2119.wmf"/><Relationship Id="rId491" Type="http://schemas.openxmlformats.org/officeDocument/2006/relationships/image" Target="media/image247.wmf"/><Relationship Id="rId2172" Type="http://schemas.openxmlformats.org/officeDocument/2006/relationships/oleObject" Target="embeddings/oleObject1075.bin"/><Relationship Id="rId3223" Type="http://schemas.openxmlformats.org/officeDocument/2006/relationships/image" Target="media/image1624.wmf"/><Relationship Id="rId3570" Type="http://schemas.openxmlformats.org/officeDocument/2006/relationships/image" Target="media/image1798.wmf"/><Relationship Id="rId4621" Type="http://schemas.openxmlformats.org/officeDocument/2006/relationships/oleObject" Target="embeddings/oleObject2290.bin"/><Relationship Id="rId6379" Type="http://schemas.openxmlformats.org/officeDocument/2006/relationships/image" Target="media/image3211.wmf"/><Relationship Id="rId144" Type="http://schemas.openxmlformats.org/officeDocument/2006/relationships/image" Target="media/image73.wmf"/><Relationship Id="rId2989" Type="http://schemas.openxmlformats.org/officeDocument/2006/relationships/oleObject" Target="embeddings/oleObject1479.bin"/><Relationship Id="rId5395" Type="http://schemas.openxmlformats.org/officeDocument/2006/relationships/oleObject" Target="embeddings/oleObject2676.bin"/><Relationship Id="rId6446" Type="http://schemas.openxmlformats.org/officeDocument/2006/relationships/image" Target="media/image3245.wmf"/><Relationship Id="rId211" Type="http://schemas.openxmlformats.org/officeDocument/2006/relationships/oleObject" Target="embeddings/oleObject101.bin"/><Relationship Id="rId5048" Type="http://schemas.openxmlformats.org/officeDocument/2006/relationships/oleObject" Target="embeddings/oleObject2503.bin"/><Relationship Id="rId5462" Type="http://schemas.openxmlformats.org/officeDocument/2006/relationships/image" Target="media/image2749.wmf"/><Relationship Id="rId1658" Type="http://schemas.openxmlformats.org/officeDocument/2006/relationships/oleObject" Target="embeddings/oleObject823.bin"/><Relationship Id="rId2709" Type="http://schemas.openxmlformats.org/officeDocument/2006/relationships/oleObject" Target="embeddings/oleObject1339.bin"/><Relationship Id="rId4064" Type="http://schemas.openxmlformats.org/officeDocument/2006/relationships/oleObject" Target="embeddings/oleObject2013.bin"/><Relationship Id="rId5115" Type="http://schemas.openxmlformats.org/officeDocument/2006/relationships/image" Target="media/image2575.wmf"/><Relationship Id="rId3080" Type="http://schemas.openxmlformats.org/officeDocument/2006/relationships/image" Target="media/image1552.wmf"/><Relationship Id="rId4131" Type="http://schemas.openxmlformats.org/officeDocument/2006/relationships/image" Target="media/image2081.wmf"/><Relationship Id="rId1725" Type="http://schemas.openxmlformats.org/officeDocument/2006/relationships/image" Target="media/image865.wmf"/><Relationship Id="rId17" Type="http://schemas.openxmlformats.org/officeDocument/2006/relationships/image" Target="media/image7.wmf"/><Relationship Id="rId3897" Type="http://schemas.openxmlformats.org/officeDocument/2006/relationships/oleObject" Target="embeddings/oleObject1930.bin"/><Relationship Id="rId4948" Type="http://schemas.openxmlformats.org/officeDocument/2006/relationships/oleObject" Target="embeddings/oleObject2453.bin"/><Relationship Id="rId2499" Type="http://schemas.openxmlformats.org/officeDocument/2006/relationships/image" Target="media/image1261.wmf"/><Relationship Id="rId3964" Type="http://schemas.openxmlformats.org/officeDocument/2006/relationships/oleObject" Target="embeddings/oleObject1963.bin"/><Relationship Id="rId6370" Type="http://schemas.openxmlformats.org/officeDocument/2006/relationships/oleObject" Target="embeddings/oleObject3160.bin"/><Relationship Id="rId1" Type="http://schemas.openxmlformats.org/officeDocument/2006/relationships/numbering" Target="numbering.xml"/><Relationship Id="rId885" Type="http://schemas.openxmlformats.org/officeDocument/2006/relationships/oleObject" Target="embeddings/oleObject437.bin"/><Relationship Id="rId2566" Type="http://schemas.openxmlformats.org/officeDocument/2006/relationships/oleObject" Target="embeddings/oleObject1268.bin"/><Relationship Id="rId2980" Type="http://schemas.openxmlformats.org/officeDocument/2006/relationships/image" Target="media/image1502.wmf"/><Relationship Id="rId3617" Type="http://schemas.openxmlformats.org/officeDocument/2006/relationships/oleObject" Target="embeddings/oleObject1792.bin"/><Relationship Id="rId6023" Type="http://schemas.openxmlformats.org/officeDocument/2006/relationships/oleObject" Target="embeddings/oleObject2989.bin"/><Relationship Id="rId538" Type="http://schemas.openxmlformats.org/officeDocument/2006/relationships/oleObject" Target="embeddings/oleObject264.bin"/><Relationship Id="rId952" Type="http://schemas.openxmlformats.org/officeDocument/2006/relationships/image" Target="media/image478.wmf"/><Relationship Id="rId1168" Type="http://schemas.openxmlformats.org/officeDocument/2006/relationships/image" Target="media/image586.wmf"/><Relationship Id="rId1582" Type="http://schemas.openxmlformats.org/officeDocument/2006/relationships/oleObject" Target="embeddings/oleObject785.bin"/><Relationship Id="rId2219" Type="http://schemas.openxmlformats.org/officeDocument/2006/relationships/image" Target="media/image1117.wmf"/><Relationship Id="rId2633" Type="http://schemas.openxmlformats.org/officeDocument/2006/relationships/oleObject" Target="embeddings/oleObject1301.bin"/><Relationship Id="rId5789" Type="http://schemas.openxmlformats.org/officeDocument/2006/relationships/image" Target="media/image2913.wmf"/><Relationship Id="rId605" Type="http://schemas.openxmlformats.org/officeDocument/2006/relationships/oleObject" Target="embeddings/oleObject297.bin"/><Relationship Id="rId1235" Type="http://schemas.openxmlformats.org/officeDocument/2006/relationships/oleObject" Target="embeddings/oleObject612.bin"/><Relationship Id="rId1302" Type="http://schemas.openxmlformats.org/officeDocument/2006/relationships/image" Target="media/image653.wmf"/><Relationship Id="rId2700" Type="http://schemas.openxmlformats.org/officeDocument/2006/relationships/image" Target="media/image1362.wmf"/><Relationship Id="rId4458" Type="http://schemas.openxmlformats.org/officeDocument/2006/relationships/image" Target="media/image2245.wmf"/><Relationship Id="rId5856" Type="http://schemas.openxmlformats.org/officeDocument/2006/relationships/oleObject" Target="embeddings/oleObject2906.bin"/><Relationship Id="rId4872" Type="http://schemas.openxmlformats.org/officeDocument/2006/relationships/image" Target="media/image2453.wmf"/><Relationship Id="rId5509" Type="http://schemas.openxmlformats.org/officeDocument/2006/relationships/oleObject" Target="embeddings/oleObject2733.bin"/><Relationship Id="rId5923" Type="http://schemas.openxmlformats.org/officeDocument/2006/relationships/image" Target="media/image2980.wmf"/><Relationship Id="rId395" Type="http://schemas.openxmlformats.org/officeDocument/2006/relationships/oleObject" Target="embeddings/oleObject193.bin"/><Relationship Id="rId2076" Type="http://schemas.openxmlformats.org/officeDocument/2006/relationships/oleObject" Target="embeddings/oleObject1027.bin"/><Relationship Id="rId3474" Type="http://schemas.openxmlformats.org/officeDocument/2006/relationships/image" Target="media/image1750.wmf"/><Relationship Id="rId4525" Type="http://schemas.openxmlformats.org/officeDocument/2006/relationships/image" Target="media/image2279.wmf"/><Relationship Id="rId2490" Type="http://schemas.openxmlformats.org/officeDocument/2006/relationships/oleObject" Target="embeddings/oleObject1230.bin"/><Relationship Id="rId3127" Type="http://schemas.openxmlformats.org/officeDocument/2006/relationships/image" Target="media/image1576.wmf"/><Relationship Id="rId3541" Type="http://schemas.openxmlformats.org/officeDocument/2006/relationships/oleObject" Target="embeddings/oleObject1754.bin"/><Relationship Id="rId462" Type="http://schemas.openxmlformats.org/officeDocument/2006/relationships/oleObject" Target="embeddings/oleObject226.bin"/><Relationship Id="rId1092" Type="http://schemas.openxmlformats.org/officeDocument/2006/relationships/image" Target="media/image548.wmf"/><Relationship Id="rId2143" Type="http://schemas.openxmlformats.org/officeDocument/2006/relationships/image" Target="media/image1079.wmf"/><Relationship Id="rId5299" Type="http://schemas.openxmlformats.org/officeDocument/2006/relationships/oleObject" Target="embeddings/oleObject2628.bin"/><Relationship Id="rId115" Type="http://schemas.openxmlformats.org/officeDocument/2006/relationships/oleObject" Target="embeddings/oleObject53.bin"/><Relationship Id="rId2210" Type="http://schemas.openxmlformats.org/officeDocument/2006/relationships/oleObject" Target="embeddings/oleObject1094.bin"/><Relationship Id="rId5366" Type="http://schemas.openxmlformats.org/officeDocument/2006/relationships/image" Target="media/image2701.wmf"/><Relationship Id="rId6417" Type="http://schemas.openxmlformats.org/officeDocument/2006/relationships/oleObject" Target="embeddings/oleObject3183.bin"/><Relationship Id="rId4382" Type="http://schemas.openxmlformats.org/officeDocument/2006/relationships/image" Target="media/image2207.wmf"/><Relationship Id="rId5019" Type="http://schemas.openxmlformats.org/officeDocument/2006/relationships/image" Target="media/image2527.wmf"/><Relationship Id="rId5433" Type="http://schemas.openxmlformats.org/officeDocument/2006/relationships/oleObject" Target="embeddings/oleObject2695.bin"/><Relationship Id="rId5780" Type="http://schemas.openxmlformats.org/officeDocument/2006/relationships/oleObject" Target="embeddings/oleObject2868.bin"/><Relationship Id="rId1976" Type="http://schemas.openxmlformats.org/officeDocument/2006/relationships/image" Target="media/image993.wmf"/><Relationship Id="rId4035" Type="http://schemas.openxmlformats.org/officeDocument/2006/relationships/image" Target="media/image2033.wmf"/><Relationship Id="rId1629" Type="http://schemas.openxmlformats.org/officeDocument/2006/relationships/image" Target="media/image817.wmf"/><Relationship Id="rId5500" Type="http://schemas.openxmlformats.org/officeDocument/2006/relationships/image" Target="media/image2768.wmf"/><Relationship Id="rId3051" Type="http://schemas.openxmlformats.org/officeDocument/2006/relationships/oleObject" Target="embeddings/oleObject1510.bin"/><Relationship Id="rId4102" Type="http://schemas.openxmlformats.org/officeDocument/2006/relationships/oleObject" Target="embeddings/oleObject2032.bin"/><Relationship Id="rId3868" Type="http://schemas.openxmlformats.org/officeDocument/2006/relationships/image" Target="media/image1949.wmf"/><Relationship Id="rId4919" Type="http://schemas.openxmlformats.org/officeDocument/2006/relationships/image" Target="media/image2477.wmf"/><Relationship Id="rId6274" Type="http://schemas.openxmlformats.org/officeDocument/2006/relationships/oleObject" Target="embeddings/oleObject3112.bin"/><Relationship Id="rId789" Type="http://schemas.openxmlformats.org/officeDocument/2006/relationships/oleObject" Target="embeddings/oleObject389.bin"/><Relationship Id="rId2884" Type="http://schemas.openxmlformats.org/officeDocument/2006/relationships/image" Target="media/image1454.wmf"/><Relationship Id="rId5290" Type="http://schemas.openxmlformats.org/officeDocument/2006/relationships/image" Target="media/image2663.wmf"/><Relationship Id="rId6341" Type="http://schemas.openxmlformats.org/officeDocument/2006/relationships/image" Target="media/image3192.wmf"/><Relationship Id="rId856" Type="http://schemas.openxmlformats.org/officeDocument/2006/relationships/image" Target="media/image430.wmf"/><Relationship Id="rId1486" Type="http://schemas.openxmlformats.org/officeDocument/2006/relationships/oleObject" Target="embeddings/oleObject737.bin"/><Relationship Id="rId2537" Type="http://schemas.openxmlformats.org/officeDocument/2006/relationships/image" Target="media/image1280.wmf"/><Relationship Id="rId3935" Type="http://schemas.openxmlformats.org/officeDocument/2006/relationships/image" Target="media/image1983.wmf"/><Relationship Id="rId509" Type="http://schemas.openxmlformats.org/officeDocument/2006/relationships/image" Target="media/image256.wmf"/><Relationship Id="rId1139" Type="http://schemas.openxmlformats.org/officeDocument/2006/relationships/oleObject" Target="embeddings/oleObject564.bin"/><Relationship Id="rId2951" Type="http://schemas.openxmlformats.org/officeDocument/2006/relationships/oleObject" Target="embeddings/oleObject1460.bin"/><Relationship Id="rId5010" Type="http://schemas.openxmlformats.org/officeDocument/2006/relationships/oleObject" Target="embeddings/oleObject2484.bin"/><Relationship Id="rId923" Type="http://schemas.openxmlformats.org/officeDocument/2006/relationships/oleObject" Target="embeddings/oleObject456.bin"/><Relationship Id="rId1553" Type="http://schemas.openxmlformats.org/officeDocument/2006/relationships/image" Target="media/image779.wmf"/><Relationship Id="rId2604" Type="http://schemas.openxmlformats.org/officeDocument/2006/relationships/image" Target="media/image1314.wmf"/><Relationship Id="rId1206" Type="http://schemas.openxmlformats.org/officeDocument/2006/relationships/image" Target="media/image605.wmf"/><Relationship Id="rId1620" Type="http://schemas.openxmlformats.org/officeDocument/2006/relationships/oleObject" Target="embeddings/oleObject804.bin"/><Relationship Id="rId4776" Type="http://schemas.openxmlformats.org/officeDocument/2006/relationships/image" Target="media/image2405.wmf"/><Relationship Id="rId5827" Type="http://schemas.openxmlformats.org/officeDocument/2006/relationships/image" Target="media/image2932.wmf"/><Relationship Id="rId3378" Type="http://schemas.openxmlformats.org/officeDocument/2006/relationships/image" Target="media/image1702.wmf"/><Relationship Id="rId3792" Type="http://schemas.openxmlformats.org/officeDocument/2006/relationships/image" Target="media/image1911.wmf"/><Relationship Id="rId4429" Type="http://schemas.openxmlformats.org/officeDocument/2006/relationships/oleObject" Target="embeddings/oleObject2195.bin"/><Relationship Id="rId4843" Type="http://schemas.openxmlformats.org/officeDocument/2006/relationships/oleObject" Target="embeddings/oleObject2401.bin"/><Relationship Id="rId299" Type="http://schemas.openxmlformats.org/officeDocument/2006/relationships/oleObject" Target="embeddings/oleObject145.bin"/><Relationship Id="rId2394" Type="http://schemas.openxmlformats.org/officeDocument/2006/relationships/oleObject" Target="embeddings/oleObject1183.bin"/><Relationship Id="rId3445" Type="http://schemas.openxmlformats.org/officeDocument/2006/relationships/oleObject" Target="embeddings/oleObject1706.bin"/><Relationship Id="rId366" Type="http://schemas.openxmlformats.org/officeDocument/2006/relationships/image" Target="media/image184.wmf"/><Relationship Id="rId780" Type="http://schemas.openxmlformats.org/officeDocument/2006/relationships/image" Target="media/image392.wmf"/><Relationship Id="rId2047" Type="http://schemas.openxmlformats.org/officeDocument/2006/relationships/oleObject" Target="embeddings/oleObject1013.bin"/><Relationship Id="rId2461" Type="http://schemas.openxmlformats.org/officeDocument/2006/relationships/image" Target="media/image1242.wmf"/><Relationship Id="rId3512" Type="http://schemas.openxmlformats.org/officeDocument/2006/relationships/image" Target="media/image1769.wmf"/><Relationship Id="rId4910" Type="http://schemas.openxmlformats.org/officeDocument/2006/relationships/oleObject" Target="embeddings/oleObject2434.bin"/><Relationship Id="rId433" Type="http://schemas.openxmlformats.org/officeDocument/2006/relationships/image" Target="media/image218.wmf"/><Relationship Id="rId1063" Type="http://schemas.openxmlformats.org/officeDocument/2006/relationships/oleObject" Target="embeddings/oleObject526.bin"/><Relationship Id="rId2114" Type="http://schemas.openxmlformats.org/officeDocument/2006/relationships/oleObject" Target="embeddings/oleObject1046.bin"/><Relationship Id="rId4286" Type="http://schemas.openxmlformats.org/officeDocument/2006/relationships/image" Target="media/image2159.wmf"/><Relationship Id="rId5684" Type="http://schemas.openxmlformats.org/officeDocument/2006/relationships/image" Target="media/image2860.wmf"/><Relationship Id="rId500" Type="http://schemas.openxmlformats.org/officeDocument/2006/relationships/oleObject" Target="embeddings/oleObject245.bin"/><Relationship Id="rId1130" Type="http://schemas.openxmlformats.org/officeDocument/2006/relationships/image" Target="media/image567.wmf"/><Relationship Id="rId5337" Type="http://schemas.openxmlformats.org/officeDocument/2006/relationships/oleObject" Target="embeddings/oleObject2647.bin"/><Relationship Id="rId5751" Type="http://schemas.openxmlformats.org/officeDocument/2006/relationships/image" Target="media/image2894.wmf"/><Relationship Id="rId1947" Type="http://schemas.openxmlformats.org/officeDocument/2006/relationships/oleObject" Target="embeddings/oleObject965.bin"/><Relationship Id="rId4353" Type="http://schemas.openxmlformats.org/officeDocument/2006/relationships/oleObject" Target="embeddings/oleObject2157.bin"/><Relationship Id="rId5404" Type="http://schemas.openxmlformats.org/officeDocument/2006/relationships/image" Target="media/image2720.wmf"/><Relationship Id="rId4006" Type="http://schemas.openxmlformats.org/officeDocument/2006/relationships/oleObject" Target="embeddings/oleObject1984.bin"/><Relationship Id="rId4420" Type="http://schemas.openxmlformats.org/officeDocument/2006/relationships/image" Target="media/image2226.wmf"/><Relationship Id="rId290" Type="http://schemas.openxmlformats.org/officeDocument/2006/relationships/image" Target="media/image146.wmf"/><Relationship Id="rId3022" Type="http://schemas.openxmlformats.org/officeDocument/2006/relationships/image" Target="media/image1523.wmf"/><Relationship Id="rId6178" Type="http://schemas.openxmlformats.org/officeDocument/2006/relationships/oleObject" Target="embeddings/oleObject3064.bin"/><Relationship Id="rId5194" Type="http://schemas.openxmlformats.org/officeDocument/2006/relationships/oleObject" Target="embeddings/oleObject2576.bin"/><Relationship Id="rId6245" Type="http://schemas.openxmlformats.org/officeDocument/2006/relationships/image" Target="media/image3144.wmf"/><Relationship Id="rId2788" Type="http://schemas.openxmlformats.org/officeDocument/2006/relationships/image" Target="media/image1406.wmf"/><Relationship Id="rId3839" Type="http://schemas.openxmlformats.org/officeDocument/2006/relationships/oleObject" Target="embeddings/oleObject1901.bin"/><Relationship Id="rId2855" Type="http://schemas.openxmlformats.org/officeDocument/2006/relationships/oleObject" Target="embeddings/oleObject1412.bin"/><Relationship Id="rId3906" Type="http://schemas.openxmlformats.org/officeDocument/2006/relationships/image" Target="media/image1968.wmf"/><Relationship Id="rId5261" Type="http://schemas.openxmlformats.org/officeDocument/2006/relationships/image" Target="media/image2648.wmf"/><Relationship Id="rId6312" Type="http://schemas.openxmlformats.org/officeDocument/2006/relationships/oleObject" Target="embeddings/oleObject3131.bin"/><Relationship Id="rId96" Type="http://schemas.openxmlformats.org/officeDocument/2006/relationships/image" Target="media/image49.wmf"/><Relationship Id="rId827" Type="http://schemas.openxmlformats.org/officeDocument/2006/relationships/oleObject" Target="embeddings/oleObject408.bin"/><Relationship Id="rId1457" Type="http://schemas.openxmlformats.org/officeDocument/2006/relationships/image" Target="media/image731.wmf"/><Relationship Id="rId1871" Type="http://schemas.openxmlformats.org/officeDocument/2006/relationships/oleObject" Target="embeddings/oleObject929.bin"/><Relationship Id="rId2508" Type="http://schemas.openxmlformats.org/officeDocument/2006/relationships/oleObject" Target="embeddings/oleObject1239.bin"/><Relationship Id="rId2922" Type="http://schemas.openxmlformats.org/officeDocument/2006/relationships/image" Target="media/image1473.wmf"/><Relationship Id="rId1524" Type="http://schemas.openxmlformats.org/officeDocument/2006/relationships/oleObject" Target="embeddings/oleObject756.bin"/><Relationship Id="rId3696" Type="http://schemas.openxmlformats.org/officeDocument/2006/relationships/oleObject" Target="embeddings/oleObject1831.bin"/><Relationship Id="rId4747" Type="http://schemas.openxmlformats.org/officeDocument/2006/relationships/oleObject" Target="embeddings/oleObject2353.bin"/><Relationship Id="rId2298" Type="http://schemas.openxmlformats.org/officeDocument/2006/relationships/oleObject" Target="embeddings/oleObject1136.bin"/><Relationship Id="rId3349" Type="http://schemas.openxmlformats.org/officeDocument/2006/relationships/oleObject" Target="embeddings/oleObject1658.bin"/><Relationship Id="rId684" Type="http://schemas.openxmlformats.org/officeDocument/2006/relationships/image" Target="media/image344.wmf"/><Relationship Id="rId2365" Type="http://schemas.openxmlformats.org/officeDocument/2006/relationships/image" Target="media/image1193.wmf"/><Relationship Id="rId3763" Type="http://schemas.openxmlformats.org/officeDocument/2006/relationships/oleObject" Target="embeddings/oleObject1863.bin"/><Relationship Id="rId4814" Type="http://schemas.openxmlformats.org/officeDocument/2006/relationships/image" Target="media/image2424.wmf"/><Relationship Id="rId337" Type="http://schemas.openxmlformats.org/officeDocument/2006/relationships/oleObject" Target="embeddings/oleObject164.bin"/><Relationship Id="rId2018" Type="http://schemas.openxmlformats.org/officeDocument/2006/relationships/image" Target="media/image1016.wmf"/><Relationship Id="rId3416" Type="http://schemas.openxmlformats.org/officeDocument/2006/relationships/image" Target="media/image1721.wmf"/><Relationship Id="rId3830" Type="http://schemas.openxmlformats.org/officeDocument/2006/relationships/image" Target="media/image1930.wmf"/><Relationship Id="rId751" Type="http://schemas.openxmlformats.org/officeDocument/2006/relationships/oleObject" Target="embeddings/oleObject370.bin"/><Relationship Id="rId1381" Type="http://schemas.openxmlformats.org/officeDocument/2006/relationships/oleObject" Target="embeddings/oleObject685.bin"/><Relationship Id="rId2432" Type="http://schemas.openxmlformats.org/officeDocument/2006/relationships/oleObject" Target="embeddings/oleObject1201.bin"/><Relationship Id="rId5588" Type="http://schemas.openxmlformats.org/officeDocument/2006/relationships/image" Target="media/image2812.wmf"/><Relationship Id="rId404" Type="http://schemas.openxmlformats.org/officeDocument/2006/relationships/image" Target="media/image203.wmf"/><Relationship Id="rId1034" Type="http://schemas.openxmlformats.org/officeDocument/2006/relationships/image" Target="media/image519.wmf"/><Relationship Id="rId5655" Type="http://schemas.openxmlformats.org/officeDocument/2006/relationships/oleObject" Target="embeddings/oleObject2806.bin"/><Relationship Id="rId1101" Type="http://schemas.openxmlformats.org/officeDocument/2006/relationships/oleObject" Target="embeddings/oleObject545.bin"/><Relationship Id="rId4257" Type="http://schemas.openxmlformats.org/officeDocument/2006/relationships/image" Target="media/image2144.wmf"/><Relationship Id="rId4671" Type="http://schemas.openxmlformats.org/officeDocument/2006/relationships/oleObject" Target="embeddings/oleObject2315.bin"/><Relationship Id="rId5308" Type="http://schemas.openxmlformats.org/officeDocument/2006/relationships/image" Target="media/image2672.wmf"/><Relationship Id="rId5722" Type="http://schemas.openxmlformats.org/officeDocument/2006/relationships/oleObject" Target="embeddings/oleObject2839.bin"/><Relationship Id="rId3273" Type="http://schemas.openxmlformats.org/officeDocument/2006/relationships/image" Target="media/image1649.wmf"/><Relationship Id="rId4324" Type="http://schemas.openxmlformats.org/officeDocument/2006/relationships/image" Target="media/image2178.wmf"/><Relationship Id="rId194" Type="http://schemas.openxmlformats.org/officeDocument/2006/relationships/image" Target="media/image98.wmf"/><Relationship Id="rId1918" Type="http://schemas.openxmlformats.org/officeDocument/2006/relationships/image" Target="media/image962.wmf"/><Relationship Id="rId261" Type="http://schemas.openxmlformats.org/officeDocument/2006/relationships/oleObject" Target="embeddings/oleObject126.bin"/><Relationship Id="rId3340" Type="http://schemas.openxmlformats.org/officeDocument/2006/relationships/oleObject" Target="embeddings/oleObject1654.bin"/><Relationship Id="rId5098" Type="http://schemas.openxmlformats.org/officeDocument/2006/relationships/oleObject" Target="embeddings/oleObject2528.bin"/><Relationship Id="rId6149" Type="http://schemas.openxmlformats.org/officeDocument/2006/relationships/image" Target="media/image3096.wmf"/><Relationship Id="rId2759" Type="http://schemas.openxmlformats.org/officeDocument/2006/relationships/oleObject" Target="embeddings/oleObject1364.bin"/><Relationship Id="rId5165" Type="http://schemas.openxmlformats.org/officeDocument/2006/relationships/image" Target="media/image2600.wmf"/><Relationship Id="rId6216" Type="http://schemas.openxmlformats.org/officeDocument/2006/relationships/oleObject" Target="embeddings/oleObject3083.bin"/><Relationship Id="rId1775" Type="http://schemas.openxmlformats.org/officeDocument/2006/relationships/image" Target="media/image890.wmf"/><Relationship Id="rId2826" Type="http://schemas.openxmlformats.org/officeDocument/2006/relationships/image" Target="media/image1425.wmf"/><Relationship Id="rId4181" Type="http://schemas.openxmlformats.org/officeDocument/2006/relationships/image" Target="media/image2106.wmf"/><Relationship Id="rId5232" Type="http://schemas.openxmlformats.org/officeDocument/2006/relationships/oleObject" Target="embeddings/oleObject2595.bin"/><Relationship Id="rId67" Type="http://schemas.openxmlformats.org/officeDocument/2006/relationships/oleObject" Target="embeddings/oleObject29.bin"/><Relationship Id="rId1428" Type="http://schemas.openxmlformats.org/officeDocument/2006/relationships/image" Target="media/image716.wmf"/><Relationship Id="rId1842" Type="http://schemas.openxmlformats.org/officeDocument/2006/relationships/image" Target="media/image924.wmf"/><Relationship Id="rId4998" Type="http://schemas.openxmlformats.org/officeDocument/2006/relationships/oleObject" Target="embeddings/oleObject2478.bin"/><Relationship Id="rId6073" Type="http://schemas.openxmlformats.org/officeDocument/2006/relationships/image" Target="media/image3056.wmf"/><Relationship Id="rId3667" Type="http://schemas.openxmlformats.org/officeDocument/2006/relationships/image" Target="media/image1847.wmf"/><Relationship Id="rId4718" Type="http://schemas.openxmlformats.org/officeDocument/2006/relationships/image" Target="media/image2376.wmf"/><Relationship Id="rId588" Type="http://schemas.openxmlformats.org/officeDocument/2006/relationships/oleObject" Target="embeddings/oleObject289.bin"/><Relationship Id="rId2269" Type="http://schemas.openxmlformats.org/officeDocument/2006/relationships/image" Target="media/image1143.png"/><Relationship Id="rId2683" Type="http://schemas.openxmlformats.org/officeDocument/2006/relationships/oleObject" Target="embeddings/oleObject1326.bin"/><Relationship Id="rId3734" Type="http://schemas.openxmlformats.org/officeDocument/2006/relationships/image" Target="media/image1881.png"/><Relationship Id="rId6140" Type="http://schemas.openxmlformats.org/officeDocument/2006/relationships/oleObject" Target="embeddings/oleObject3045.bin"/><Relationship Id="rId655" Type="http://schemas.openxmlformats.org/officeDocument/2006/relationships/oleObject" Target="embeddings/oleObject322.bin"/><Relationship Id="rId1285" Type="http://schemas.openxmlformats.org/officeDocument/2006/relationships/oleObject" Target="embeddings/oleObject637.bin"/><Relationship Id="rId2336" Type="http://schemas.openxmlformats.org/officeDocument/2006/relationships/image" Target="media/image1178.wmf"/><Relationship Id="rId2750" Type="http://schemas.openxmlformats.org/officeDocument/2006/relationships/image" Target="media/image1387.wmf"/><Relationship Id="rId3801" Type="http://schemas.openxmlformats.org/officeDocument/2006/relationships/oleObject" Target="embeddings/oleObject1882.bin"/><Relationship Id="rId308" Type="http://schemas.openxmlformats.org/officeDocument/2006/relationships/image" Target="media/image155.wmf"/><Relationship Id="rId722" Type="http://schemas.openxmlformats.org/officeDocument/2006/relationships/image" Target="media/image363.wmf"/><Relationship Id="rId1352" Type="http://schemas.openxmlformats.org/officeDocument/2006/relationships/image" Target="media/image678.wmf"/><Relationship Id="rId2403" Type="http://schemas.openxmlformats.org/officeDocument/2006/relationships/oleObject" Target="embeddings/oleObject1187.bin"/><Relationship Id="rId5559" Type="http://schemas.openxmlformats.org/officeDocument/2006/relationships/oleObject" Target="embeddings/oleObject2758.bin"/><Relationship Id="rId1005" Type="http://schemas.openxmlformats.org/officeDocument/2006/relationships/oleObject" Target="embeddings/oleObject497.bin"/><Relationship Id="rId4575" Type="http://schemas.openxmlformats.org/officeDocument/2006/relationships/image" Target="media/image2304.wmf"/><Relationship Id="rId5973" Type="http://schemas.openxmlformats.org/officeDocument/2006/relationships/oleObject" Target="embeddings/oleObject2964.bin"/><Relationship Id="rId3177" Type="http://schemas.openxmlformats.org/officeDocument/2006/relationships/image" Target="media/image1601.wmf"/><Relationship Id="rId4228" Type="http://schemas.openxmlformats.org/officeDocument/2006/relationships/oleObject" Target="embeddings/oleObject2095.bin"/><Relationship Id="rId5626" Type="http://schemas.openxmlformats.org/officeDocument/2006/relationships/image" Target="media/image2831.wmf"/><Relationship Id="rId3591" Type="http://schemas.openxmlformats.org/officeDocument/2006/relationships/oleObject" Target="embeddings/oleObject1779.bin"/><Relationship Id="rId4642" Type="http://schemas.openxmlformats.org/officeDocument/2006/relationships/image" Target="media/image2338.wmf"/><Relationship Id="rId2193" Type="http://schemas.openxmlformats.org/officeDocument/2006/relationships/image" Target="media/image1104.wmf"/><Relationship Id="rId3244" Type="http://schemas.openxmlformats.org/officeDocument/2006/relationships/oleObject" Target="embeddings/oleObject1606.bin"/><Relationship Id="rId165" Type="http://schemas.openxmlformats.org/officeDocument/2006/relationships/oleObject" Target="embeddings/oleObject78.bin"/><Relationship Id="rId2260" Type="http://schemas.openxmlformats.org/officeDocument/2006/relationships/oleObject" Target="embeddings/oleObject1119.bin"/><Relationship Id="rId3311" Type="http://schemas.openxmlformats.org/officeDocument/2006/relationships/image" Target="media/image1668.wmf"/><Relationship Id="rId232" Type="http://schemas.openxmlformats.org/officeDocument/2006/relationships/image" Target="media/image117.wmf"/><Relationship Id="rId5069" Type="http://schemas.openxmlformats.org/officeDocument/2006/relationships/image" Target="media/image2552.wmf"/><Relationship Id="rId5483" Type="http://schemas.openxmlformats.org/officeDocument/2006/relationships/oleObject" Target="embeddings/oleObject2720.bin"/><Relationship Id="rId1679" Type="http://schemas.openxmlformats.org/officeDocument/2006/relationships/image" Target="media/image842.wmf"/><Relationship Id="rId4085" Type="http://schemas.openxmlformats.org/officeDocument/2006/relationships/image" Target="media/image2058.wmf"/><Relationship Id="rId5136" Type="http://schemas.openxmlformats.org/officeDocument/2006/relationships/oleObject" Target="embeddings/oleObject2547.bin"/><Relationship Id="rId4152" Type="http://schemas.openxmlformats.org/officeDocument/2006/relationships/oleObject" Target="embeddings/oleObject2057.bin"/><Relationship Id="rId5203" Type="http://schemas.openxmlformats.org/officeDocument/2006/relationships/image" Target="media/image2619.wmf"/><Relationship Id="rId5550" Type="http://schemas.openxmlformats.org/officeDocument/2006/relationships/image" Target="media/image2793.wmf"/><Relationship Id="rId1746" Type="http://schemas.openxmlformats.org/officeDocument/2006/relationships/oleObject" Target="embeddings/oleObject867.bin"/><Relationship Id="rId38" Type="http://schemas.openxmlformats.org/officeDocument/2006/relationships/oleObject" Target="embeddings/oleObject15.bin"/><Relationship Id="rId1813" Type="http://schemas.openxmlformats.org/officeDocument/2006/relationships/image" Target="media/image909.wmf"/><Relationship Id="rId4969" Type="http://schemas.openxmlformats.org/officeDocument/2006/relationships/image" Target="media/image2502.wmf"/><Relationship Id="rId3985" Type="http://schemas.openxmlformats.org/officeDocument/2006/relationships/image" Target="media/image2008.wmf"/><Relationship Id="rId6391" Type="http://schemas.openxmlformats.org/officeDocument/2006/relationships/image" Target="media/image3217.wmf"/><Relationship Id="rId2587" Type="http://schemas.openxmlformats.org/officeDocument/2006/relationships/image" Target="media/image1305.wmf"/><Relationship Id="rId3638" Type="http://schemas.openxmlformats.org/officeDocument/2006/relationships/oleObject" Target="embeddings/oleObject1802.bin"/><Relationship Id="rId6044" Type="http://schemas.openxmlformats.org/officeDocument/2006/relationships/image" Target="media/image3041.wmf"/><Relationship Id="rId559" Type="http://schemas.openxmlformats.org/officeDocument/2006/relationships/image" Target="media/image281.wmf"/><Relationship Id="rId1189" Type="http://schemas.openxmlformats.org/officeDocument/2006/relationships/oleObject" Target="embeddings/oleObject589.bin"/><Relationship Id="rId5060" Type="http://schemas.openxmlformats.org/officeDocument/2006/relationships/oleObject" Target="embeddings/oleObject2509.bin"/><Relationship Id="rId6111" Type="http://schemas.openxmlformats.org/officeDocument/2006/relationships/image" Target="media/image3075.wmf"/><Relationship Id="rId626" Type="http://schemas.openxmlformats.org/officeDocument/2006/relationships/image" Target="media/image315.wmf"/><Relationship Id="rId973" Type="http://schemas.openxmlformats.org/officeDocument/2006/relationships/oleObject" Target="embeddings/oleObject481.bin"/><Relationship Id="rId1256" Type="http://schemas.openxmlformats.org/officeDocument/2006/relationships/image" Target="media/image630.wmf"/><Relationship Id="rId2307" Type="http://schemas.openxmlformats.org/officeDocument/2006/relationships/image" Target="media/image1163.wmf"/><Relationship Id="rId2654" Type="http://schemas.openxmlformats.org/officeDocument/2006/relationships/image" Target="media/image1339.wmf"/><Relationship Id="rId3705" Type="http://schemas.openxmlformats.org/officeDocument/2006/relationships/image" Target="media/image1866.wmf"/><Relationship Id="rId1670" Type="http://schemas.openxmlformats.org/officeDocument/2006/relationships/oleObject" Target="embeddings/oleObject829.bin"/><Relationship Id="rId2721" Type="http://schemas.openxmlformats.org/officeDocument/2006/relationships/oleObject" Target="embeddings/oleObject1345.bin"/><Relationship Id="rId5877" Type="http://schemas.openxmlformats.org/officeDocument/2006/relationships/image" Target="media/image2957.wmf"/><Relationship Id="rId1323" Type="http://schemas.openxmlformats.org/officeDocument/2006/relationships/oleObject" Target="embeddings/oleObject656.bin"/><Relationship Id="rId4479" Type="http://schemas.openxmlformats.org/officeDocument/2006/relationships/oleObject" Target="embeddings/oleObject2220.bin"/><Relationship Id="rId4893" Type="http://schemas.openxmlformats.org/officeDocument/2006/relationships/image" Target="media/image2464.wmf"/><Relationship Id="rId5944" Type="http://schemas.openxmlformats.org/officeDocument/2006/relationships/image" Target="media/image2991.wmf"/><Relationship Id="rId3495" Type="http://schemas.openxmlformats.org/officeDocument/2006/relationships/oleObject" Target="embeddings/oleObject1731.bin"/><Relationship Id="rId4546" Type="http://schemas.openxmlformats.org/officeDocument/2006/relationships/oleObject" Target="embeddings/oleObject2253.bin"/><Relationship Id="rId4960" Type="http://schemas.openxmlformats.org/officeDocument/2006/relationships/oleObject" Target="embeddings/oleObject2459.bin"/><Relationship Id="rId2097" Type="http://schemas.openxmlformats.org/officeDocument/2006/relationships/image" Target="media/image1056.wmf"/><Relationship Id="rId3148" Type="http://schemas.openxmlformats.org/officeDocument/2006/relationships/oleObject" Target="embeddings/oleObject1558.bin"/><Relationship Id="rId3562" Type="http://schemas.openxmlformats.org/officeDocument/2006/relationships/image" Target="media/image1794.wmf"/><Relationship Id="rId4613" Type="http://schemas.openxmlformats.org/officeDocument/2006/relationships/oleObject" Target="embeddings/oleObject2286.bin"/><Relationship Id="rId483" Type="http://schemas.openxmlformats.org/officeDocument/2006/relationships/image" Target="media/image243.wmf"/><Relationship Id="rId2164" Type="http://schemas.openxmlformats.org/officeDocument/2006/relationships/oleObject" Target="embeddings/oleObject1071.bin"/><Relationship Id="rId3215" Type="http://schemas.openxmlformats.org/officeDocument/2006/relationships/image" Target="media/image1620.wmf"/><Relationship Id="rId136" Type="http://schemas.openxmlformats.org/officeDocument/2006/relationships/image" Target="media/image69.wmf"/><Relationship Id="rId550" Type="http://schemas.openxmlformats.org/officeDocument/2006/relationships/oleObject" Target="embeddings/oleObject270.bin"/><Relationship Id="rId1180" Type="http://schemas.openxmlformats.org/officeDocument/2006/relationships/image" Target="media/image592.wmf"/><Relationship Id="rId2231" Type="http://schemas.openxmlformats.org/officeDocument/2006/relationships/image" Target="media/image1123.wmf"/><Relationship Id="rId5387" Type="http://schemas.openxmlformats.org/officeDocument/2006/relationships/oleObject" Target="embeddings/oleObject2672.bin"/><Relationship Id="rId6438" Type="http://schemas.openxmlformats.org/officeDocument/2006/relationships/image" Target="media/image3241.wmf"/><Relationship Id="rId203" Type="http://schemas.openxmlformats.org/officeDocument/2006/relationships/oleObject" Target="embeddings/oleObject97.bin"/><Relationship Id="rId1997" Type="http://schemas.openxmlformats.org/officeDocument/2006/relationships/oleObject" Target="embeddings/oleObject988.bin"/><Relationship Id="rId4056" Type="http://schemas.openxmlformats.org/officeDocument/2006/relationships/oleObject" Target="embeddings/oleObject2009.bin"/><Relationship Id="rId5454" Type="http://schemas.openxmlformats.org/officeDocument/2006/relationships/image" Target="media/image2745.wmf"/><Relationship Id="rId4470" Type="http://schemas.openxmlformats.org/officeDocument/2006/relationships/image" Target="media/image2251.wmf"/><Relationship Id="rId5107" Type="http://schemas.openxmlformats.org/officeDocument/2006/relationships/image" Target="media/image2571.wmf"/><Relationship Id="rId5521" Type="http://schemas.openxmlformats.org/officeDocument/2006/relationships/oleObject" Target="embeddings/oleObject2739.bin"/><Relationship Id="rId1717" Type="http://schemas.openxmlformats.org/officeDocument/2006/relationships/image" Target="media/image861.wmf"/><Relationship Id="rId3072" Type="http://schemas.openxmlformats.org/officeDocument/2006/relationships/image" Target="media/image1548.wmf"/><Relationship Id="rId4123" Type="http://schemas.openxmlformats.org/officeDocument/2006/relationships/image" Target="media/image2077.wmf"/><Relationship Id="rId3889" Type="http://schemas.openxmlformats.org/officeDocument/2006/relationships/oleObject" Target="embeddings/oleObject1926.bin"/><Relationship Id="rId6295" Type="http://schemas.openxmlformats.org/officeDocument/2006/relationships/image" Target="media/image3169.wmf"/><Relationship Id="rId6362" Type="http://schemas.openxmlformats.org/officeDocument/2006/relationships/oleObject" Target="embeddings/oleObject3156.bin"/><Relationship Id="rId3956" Type="http://schemas.openxmlformats.org/officeDocument/2006/relationships/oleObject" Target="embeddings/oleObject1959.bin"/><Relationship Id="rId6015" Type="http://schemas.openxmlformats.org/officeDocument/2006/relationships/oleObject" Target="embeddings/oleObject2985.bin"/><Relationship Id="rId877" Type="http://schemas.openxmlformats.org/officeDocument/2006/relationships/oleObject" Target="embeddings/oleObject433.bin"/><Relationship Id="rId2558" Type="http://schemas.openxmlformats.org/officeDocument/2006/relationships/oleObject" Target="embeddings/oleObject1264.bin"/><Relationship Id="rId2972" Type="http://schemas.openxmlformats.org/officeDocument/2006/relationships/image" Target="media/image1498.wmf"/><Relationship Id="rId3609" Type="http://schemas.openxmlformats.org/officeDocument/2006/relationships/oleObject" Target="embeddings/oleObject1788.bin"/><Relationship Id="rId944" Type="http://schemas.openxmlformats.org/officeDocument/2006/relationships/image" Target="media/image474.wmf"/><Relationship Id="rId1574" Type="http://schemas.openxmlformats.org/officeDocument/2006/relationships/oleObject" Target="embeddings/oleObject781.bin"/><Relationship Id="rId2625" Type="http://schemas.openxmlformats.org/officeDocument/2006/relationships/oleObject" Target="embeddings/oleObject1297.bin"/><Relationship Id="rId5031" Type="http://schemas.openxmlformats.org/officeDocument/2006/relationships/image" Target="media/image2533.wmf"/><Relationship Id="rId1227" Type="http://schemas.openxmlformats.org/officeDocument/2006/relationships/oleObject" Target="embeddings/oleObject608.bin"/><Relationship Id="rId1641" Type="http://schemas.openxmlformats.org/officeDocument/2006/relationships/image" Target="media/image823.wmf"/><Relationship Id="rId4797" Type="http://schemas.openxmlformats.org/officeDocument/2006/relationships/oleObject" Target="embeddings/oleObject2378.bin"/><Relationship Id="rId5848" Type="http://schemas.openxmlformats.org/officeDocument/2006/relationships/oleObject" Target="embeddings/oleObject2902.bin"/><Relationship Id="rId3399" Type="http://schemas.openxmlformats.org/officeDocument/2006/relationships/oleObject" Target="embeddings/oleObject1683.bin"/><Relationship Id="rId4864" Type="http://schemas.openxmlformats.org/officeDocument/2006/relationships/image" Target="media/image2449.wmf"/><Relationship Id="rId3466" Type="http://schemas.openxmlformats.org/officeDocument/2006/relationships/image" Target="media/image1746.wmf"/><Relationship Id="rId4517" Type="http://schemas.openxmlformats.org/officeDocument/2006/relationships/image" Target="media/image2275.wmf"/><Relationship Id="rId5915" Type="http://schemas.openxmlformats.org/officeDocument/2006/relationships/image" Target="media/image2976.wmf"/><Relationship Id="rId387" Type="http://schemas.openxmlformats.org/officeDocument/2006/relationships/oleObject" Target="embeddings/oleObject189.bin"/><Relationship Id="rId2068" Type="http://schemas.openxmlformats.org/officeDocument/2006/relationships/oleObject" Target="embeddings/oleObject1023.bin"/><Relationship Id="rId3119" Type="http://schemas.openxmlformats.org/officeDocument/2006/relationships/image" Target="media/image1572.wmf"/><Relationship Id="rId3880" Type="http://schemas.openxmlformats.org/officeDocument/2006/relationships/image" Target="media/image1955.wmf"/><Relationship Id="rId4931" Type="http://schemas.openxmlformats.org/officeDocument/2006/relationships/image" Target="media/image2483.wmf"/><Relationship Id="rId1084" Type="http://schemas.openxmlformats.org/officeDocument/2006/relationships/image" Target="media/image544.wmf"/><Relationship Id="rId2482" Type="http://schemas.openxmlformats.org/officeDocument/2006/relationships/oleObject" Target="embeddings/oleObject1226.bin"/><Relationship Id="rId3533" Type="http://schemas.openxmlformats.org/officeDocument/2006/relationships/oleObject" Target="embeddings/oleObject1750.bin"/><Relationship Id="rId107" Type="http://schemas.openxmlformats.org/officeDocument/2006/relationships/oleObject" Target="embeddings/oleObject49.bin"/><Relationship Id="rId454" Type="http://schemas.openxmlformats.org/officeDocument/2006/relationships/oleObject" Target="embeddings/oleObject222.bin"/><Relationship Id="rId2135" Type="http://schemas.openxmlformats.org/officeDocument/2006/relationships/image" Target="media/image1075.wmf"/><Relationship Id="rId3600" Type="http://schemas.openxmlformats.org/officeDocument/2006/relationships/image" Target="media/image1813.wmf"/><Relationship Id="rId521" Type="http://schemas.openxmlformats.org/officeDocument/2006/relationships/image" Target="media/image262.wmf"/><Relationship Id="rId1151" Type="http://schemas.openxmlformats.org/officeDocument/2006/relationships/oleObject" Target="embeddings/oleObject570.bin"/><Relationship Id="rId2202" Type="http://schemas.openxmlformats.org/officeDocument/2006/relationships/oleObject" Target="embeddings/oleObject1090.bin"/><Relationship Id="rId5358" Type="http://schemas.openxmlformats.org/officeDocument/2006/relationships/image" Target="media/image2697.wmf"/><Relationship Id="rId5772" Type="http://schemas.openxmlformats.org/officeDocument/2006/relationships/oleObject" Target="embeddings/oleObject2864.bin"/><Relationship Id="rId6409" Type="http://schemas.openxmlformats.org/officeDocument/2006/relationships/oleObject" Target="embeddings/oleObject3179.bin"/><Relationship Id="rId1968" Type="http://schemas.openxmlformats.org/officeDocument/2006/relationships/image" Target="media/image989.wmf"/><Relationship Id="rId4374" Type="http://schemas.openxmlformats.org/officeDocument/2006/relationships/image" Target="media/image2203.wmf"/><Relationship Id="rId5425" Type="http://schemas.openxmlformats.org/officeDocument/2006/relationships/oleObject" Target="embeddings/oleObject2691.bin"/><Relationship Id="rId3390" Type="http://schemas.openxmlformats.org/officeDocument/2006/relationships/image" Target="media/image1708.wmf"/><Relationship Id="rId4027" Type="http://schemas.openxmlformats.org/officeDocument/2006/relationships/image" Target="media/image2029.wmf"/><Relationship Id="rId4441" Type="http://schemas.openxmlformats.org/officeDocument/2006/relationships/oleObject" Target="embeddings/oleObject2201.bin"/><Relationship Id="rId3043" Type="http://schemas.openxmlformats.org/officeDocument/2006/relationships/oleObject" Target="embeddings/oleObject1506.bin"/><Relationship Id="rId6199" Type="http://schemas.openxmlformats.org/officeDocument/2006/relationships/image" Target="media/image3121.wmf"/><Relationship Id="rId6266" Type="http://schemas.openxmlformats.org/officeDocument/2006/relationships/oleObject" Target="embeddings/oleObject3108.bin"/><Relationship Id="rId3110" Type="http://schemas.openxmlformats.org/officeDocument/2006/relationships/oleObject" Target="embeddings/oleObject1539.bin"/><Relationship Id="rId2876" Type="http://schemas.openxmlformats.org/officeDocument/2006/relationships/image" Target="media/image1450.wmf"/><Relationship Id="rId3927" Type="http://schemas.openxmlformats.org/officeDocument/2006/relationships/oleObject" Target="embeddings/oleObject1945.bin"/><Relationship Id="rId5282" Type="http://schemas.openxmlformats.org/officeDocument/2006/relationships/image" Target="media/image2659.wmf"/><Relationship Id="rId6333" Type="http://schemas.openxmlformats.org/officeDocument/2006/relationships/image" Target="media/image3188.wmf"/><Relationship Id="rId848" Type="http://schemas.openxmlformats.org/officeDocument/2006/relationships/image" Target="media/image426.wmf"/><Relationship Id="rId1478" Type="http://schemas.openxmlformats.org/officeDocument/2006/relationships/oleObject" Target="embeddings/oleObject733.bin"/><Relationship Id="rId1892" Type="http://schemas.openxmlformats.org/officeDocument/2006/relationships/image" Target="media/image949.wmf"/><Relationship Id="rId2529" Type="http://schemas.openxmlformats.org/officeDocument/2006/relationships/image" Target="media/image1276.wmf"/><Relationship Id="rId6400" Type="http://schemas.openxmlformats.org/officeDocument/2006/relationships/oleObject" Target="embeddings/oleObject3175.bin"/><Relationship Id="rId915" Type="http://schemas.openxmlformats.org/officeDocument/2006/relationships/oleObject" Target="embeddings/oleObject452.bin"/><Relationship Id="rId1545" Type="http://schemas.openxmlformats.org/officeDocument/2006/relationships/image" Target="media/image775.wmf"/><Relationship Id="rId2943" Type="http://schemas.openxmlformats.org/officeDocument/2006/relationships/oleObject" Target="embeddings/oleObject1456.bin"/><Relationship Id="rId5002" Type="http://schemas.openxmlformats.org/officeDocument/2006/relationships/oleObject" Target="embeddings/oleObject2480.bin"/><Relationship Id="rId1612" Type="http://schemas.openxmlformats.org/officeDocument/2006/relationships/oleObject" Target="embeddings/oleObject800.bin"/><Relationship Id="rId4768" Type="http://schemas.openxmlformats.org/officeDocument/2006/relationships/image" Target="media/image2401.wmf"/><Relationship Id="rId5819" Type="http://schemas.openxmlformats.org/officeDocument/2006/relationships/image" Target="media/image2928.wmf"/><Relationship Id="rId6190" Type="http://schemas.openxmlformats.org/officeDocument/2006/relationships/oleObject" Target="embeddings/oleObject3070.bin"/><Relationship Id="rId3784" Type="http://schemas.openxmlformats.org/officeDocument/2006/relationships/image" Target="media/image1907.wmf"/><Relationship Id="rId4835" Type="http://schemas.openxmlformats.org/officeDocument/2006/relationships/oleObject" Target="embeddings/oleObject2397.bin"/><Relationship Id="rId2386" Type="http://schemas.openxmlformats.org/officeDocument/2006/relationships/oleObject" Target="embeddings/oleObject1179.bin"/><Relationship Id="rId3437" Type="http://schemas.openxmlformats.org/officeDocument/2006/relationships/oleObject" Target="embeddings/oleObject1702.bin"/><Relationship Id="rId3851" Type="http://schemas.openxmlformats.org/officeDocument/2006/relationships/oleObject" Target="embeddings/oleObject1907.bin"/><Relationship Id="rId4902" Type="http://schemas.openxmlformats.org/officeDocument/2006/relationships/oleObject" Target="embeddings/oleObject2430.bin"/><Relationship Id="rId358" Type="http://schemas.openxmlformats.org/officeDocument/2006/relationships/image" Target="media/image180.wmf"/><Relationship Id="rId772" Type="http://schemas.openxmlformats.org/officeDocument/2006/relationships/image" Target="media/image388.wmf"/><Relationship Id="rId2039" Type="http://schemas.openxmlformats.org/officeDocument/2006/relationships/oleObject" Target="embeddings/oleObject1009.bin"/><Relationship Id="rId2453" Type="http://schemas.openxmlformats.org/officeDocument/2006/relationships/image" Target="media/image1238.wmf"/><Relationship Id="rId3504" Type="http://schemas.openxmlformats.org/officeDocument/2006/relationships/image" Target="media/image1765.wmf"/><Relationship Id="rId425" Type="http://schemas.openxmlformats.org/officeDocument/2006/relationships/image" Target="media/image214.wmf"/><Relationship Id="rId1055" Type="http://schemas.openxmlformats.org/officeDocument/2006/relationships/oleObject" Target="embeddings/oleObject522.bin"/><Relationship Id="rId2106" Type="http://schemas.openxmlformats.org/officeDocument/2006/relationships/oleObject" Target="embeddings/oleObject1042.bin"/><Relationship Id="rId2520" Type="http://schemas.openxmlformats.org/officeDocument/2006/relationships/oleObject" Target="embeddings/oleObject1245.bin"/><Relationship Id="rId5676" Type="http://schemas.openxmlformats.org/officeDocument/2006/relationships/image" Target="media/image2856.wmf"/><Relationship Id="rId1122" Type="http://schemas.openxmlformats.org/officeDocument/2006/relationships/image" Target="media/image563.wmf"/><Relationship Id="rId4278" Type="http://schemas.openxmlformats.org/officeDocument/2006/relationships/image" Target="media/image2155.wmf"/><Relationship Id="rId5329" Type="http://schemas.openxmlformats.org/officeDocument/2006/relationships/oleObject" Target="embeddings/oleObject2643.bin"/><Relationship Id="rId3294" Type="http://schemas.openxmlformats.org/officeDocument/2006/relationships/oleObject" Target="embeddings/oleObject1631.bin"/><Relationship Id="rId4345" Type="http://schemas.openxmlformats.org/officeDocument/2006/relationships/oleObject" Target="embeddings/oleObject2153.bin"/><Relationship Id="rId4692" Type="http://schemas.openxmlformats.org/officeDocument/2006/relationships/image" Target="media/image2363.wmf"/><Relationship Id="rId5743" Type="http://schemas.openxmlformats.org/officeDocument/2006/relationships/image" Target="media/image2890.wmf"/><Relationship Id="rId1939" Type="http://schemas.openxmlformats.org/officeDocument/2006/relationships/oleObject" Target="embeddings/oleObject961.bin"/><Relationship Id="rId5810" Type="http://schemas.openxmlformats.org/officeDocument/2006/relationships/oleObject" Target="embeddings/oleObject2883.bin"/><Relationship Id="rId3361" Type="http://schemas.openxmlformats.org/officeDocument/2006/relationships/oleObject" Target="embeddings/oleObject1664.bin"/><Relationship Id="rId4412" Type="http://schemas.openxmlformats.org/officeDocument/2006/relationships/image" Target="media/image2222.wmf"/><Relationship Id="rId282" Type="http://schemas.openxmlformats.org/officeDocument/2006/relationships/image" Target="media/image142.wmf"/><Relationship Id="rId3014" Type="http://schemas.openxmlformats.org/officeDocument/2006/relationships/image" Target="media/image1519.wmf"/><Relationship Id="rId2030" Type="http://schemas.openxmlformats.org/officeDocument/2006/relationships/image" Target="media/image1022.wmf"/><Relationship Id="rId5186" Type="http://schemas.openxmlformats.org/officeDocument/2006/relationships/oleObject" Target="embeddings/oleObject2572.bin"/><Relationship Id="rId6237" Type="http://schemas.openxmlformats.org/officeDocument/2006/relationships/image" Target="media/image3140.wmf"/><Relationship Id="rId5253" Type="http://schemas.openxmlformats.org/officeDocument/2006/relationships/image" Target="media/image2644.wmf"/><Relationship Id="rId6304" Type="http://schemas.openxmlformats.org/officeDocument/2006/relationships/oleObject" Target="embeddings/oleObject3127.bin"/><Relationship Id="rId1449" Type="http://schemas.openxmlformats.org/officeDocument/2006/relationships/image" Target="media/image727.wmf"/><Relationship Id="rId1796" Type="http://schemas.openxmlformats.org/officeDocument/2006/relationships/oleObject" Target="embeddings/oleObject892.bin"/><Relationship Id="rId2847" Type="http://schemas.openxmlformats.org/officeDocument/2006/relationships/oleObject" Target="embeddings/oleObject1408.bin"/><Relationship Id="rId88" Type="http://schemas.openxmlformats.org/officeDocument/2006/relationships/image" Target="media/image45.wmf"/><Relationship Id="rId819" Type="http://schemas.openxmlformats.org/officeDocument/2006/relationships/oleObject" Target="embeddings/oleObject404.bin"/><Relationship Id="rId1863" Type="http://schemas.openxmlformats.org/officeDocument/2006/relationships/oleObject" Target="embeddings/oleObject925.bin"/><Relationship Id="rId2914" Type="http://schemas.openxmlformats.org/officeDocument/2006/relationships/image" Target="media/image1469.wmf"/><Relationship Id="rId5320" Type="http://schemas.openxmlformats.org/officeDocument/2006/relationships/image" Target="media/image2678.wmf"/><Relationship Id="rId1516" Type="http://schemas.openxmlformats.org/officeDocument/2006/relationships/oleObject" Target="embeddings/oleObject752.bin"/><Relationship Id="rId1930" Type="http://schemas.openxmlformats.org/officeDocument/2006/relationships/image" Target="media/image970.wmf"/><Relationship Id="rId3688" Type="http://schemas.openxmlformats.org/officeDocument/2006/relationships/oleObject" Target="embeddings/oleObject1827.bin"/><Relationship Id="rId4739" Type="http://schemas.openxmlformats.org/officeDocument/2006/relationships/oleObject" Target="embeddings/oleObject2349.bin"/><Relationship Id="rId6094" Type="http://schemas.openxmlformats.org/officeDocument/2006/relationships/oleObject" Target="embeddings/oleObject3024.bin"/><Relationship Id="rId3755" Type="http://schemas.openxmlformats.org/officeDocument/2006/relationships/oleObject" Target="embeddings/oleObject1859.bin"/><Relationship Id="rId4806" Type="http://schemas.openxmlformats.org/officeDocument/2006/relationships/image" Target="media/image2420.wmf"/><Relationship Id="rId6161" Type="http://schemas.openxmlformats.org/officeDocument/2006/relationships/image" Target="media/image3102.wmf"/><Relationship Id="rId676" Type="http://schemas.openxmlformats.org/officeDocument/2006/relationships/image" Target="media/image340.wmf"/><Relationship Id="rId2357" Type="http://schemas.openxmlformats.org/officeDocument/2006/relationships/image" Target="media/image1189.wmf"/><Relationship Id="rId3408" Type="http://schemas.openxmlformats.org/officeDocument/2006/relationships/image" Target="media/image1717.wmf"/><Relationship Id="rId329" Type="http://schemas.openxmlformats.org/officeDocument/2006/relationships/oleObject" Target="embeddings/oleObject160.bin"/><Relationship Id="rId1373" Type="http://schemas.openxmlformats.org/officeDocument/2006/relationships/oleObject" Target="embeddings/oleObject681.bin"/><Relationship Id="rId2771" Type="http://schemas.openxmlformats.org/officeDocument/2006/relationships/oleObject" Target="embeddings/oleObject1370.bin"/><Relationship Id="rId3822" Type="http://schemas.openxmlformats.org/officeDocument/2006/relationships/image" Target="media/image1926.wmf"/><Relationship Id="rId743" Type="http://schemas.openxmlformats.org/officeDocument/2006/relationships/oleObject" Target="embeddings/oleObject366.bin"/><Relationship Id="rId1026" Type="http://schemas.openxmlformats.org/officeDocument/2006/relationships/image" Target="media/image515.wmf"/><Relationship Id="rId2424" Type="http://schemas.openxmlformats.org/officeDocument/2006/relationships/oleObject" Target="embeddings/oleObject1197.bin"/><Relationship Id="rId5994" Type="http://schemas.openxmlformats.org/officeDocument/2006/relationships/image" Target="media/image3016.wmf"/><Relationship Id="rId810" Type="http://schemas.openxmlformats.org/officeDocument/2006/relationships/image" Target="media/image407.wmf"/><Relationship Id="rId1440" Type="http://schemas.openxmlformats.org/officeDocument/2006/relationships/oleObject" Target="embeddings/oleObject714.bin"/><Relationship Id="rId4596" Type="http://schemas.openxmlformats.org/officeDocument/2006/relationships/image" Target="media/image2315.wmf"/><Relationship Id="rId5647" Type="http://schemas.openxmlformats.org/officeDocument/2006/relationships/oleObject" Target="embeddings/oleObject2802.bin"/><Relationship Id="rId3198" Type="http://schemas.openxmlformats.org/officeDocument/2006/relationships/oleObject" Target="embeddings/oleObject1583.bin"/><Relationship Id="rId4249" Type="http://schemas.openxmlformats.org/officeDocument/2006/relationships/image" Target="media/image2140.wmf"/><Relationship Id="rId4663" Type="http://schemas.openxmlformats.org/officeDocument/2006/relationships/oleObject" Target="embeddings/oleObject2311.bin"/><Relationship Id="rId5714" Type="http://schemas.openxmlformats.org/officeDocument/2006/relationships/oleObject" Target="embeddings/oleObject2835.bin"/><Relationship Id="rId3265" Type="http://schemas.openxmlformats.org/officeDocument/2006/relationships/image" Target="media/image1645.wmf"/><Relationship Id="rId4316" Type="http://schemas.openxmlformats.org/officeDocument/2006/relationships/image" Target="media/image2174.wmf"/><Relationship Id="rId4730" Type="http://schemas.openxmlformats.org/officeDocument/2006/relationships/image" Target="media/image2382.wmf"/><Relationship Id="rId186" Type="http://schemas.openxmlformats.org/officeDocument/2006/relationships/image" Target="media/image94.wmf"/><Relationship Id="rId2281" Type="http://schemas.openxmlformats.org/officeDocument/2006/relationships/image" Target="media/image1150.wmf"/><Relationship Id="rId3332" Type="http://schemas.openxmlformats.org/officeDocument/2006/relationships/oleObject" Target="embeddings/oleObject1650.bin"/><Relationship Id="rId253" Type="http://schemas.openxmlformats.org/officeDocument/2006/relationships/oleObject" Target="embeddings/oleObject122.bin"/><Relationship Id="rId320" Type="http://schemas.openxmlformats.org/officeDocument/2006/relationships/image" Target="media/image161.wmf"/><Relationship Id="rId2001" Type="http://schemas.openxmlformats.org/officeDocument/2006/relationships/oleObject" Target="embeddings/oleObject990.bin"/><Relationship Id="rId5157" Type="http://schemas.openxmlformats.org/officeDocument/2006/relationships/image" Target="media/image2596.wmf"/><Relationship Id="rId6208" Type="http://schemas.openxmlformats.org/officeDocument/2006/relationships/oleObject" Target="embeddings/oleObject3079.bin"/><Relationship Id="rId5571" Type="http://schemas.openxmlformats.org/officeDocument/2006/relationships/oleObject" Target="embeddings/oleObject2764.bin"/><Relationship Id="rId1767" Type="http://schemas.openxmlformats.org/officeDocument/2006/relationships/image" Target="media/image886.wmf"/><Relationship Id="rId2818" Type="http://schemas.openxmlformats.org/officeDocument/2006/relationships/image" Target="media/image1421.wmf"/><Relationship Id="rId4173" Type="http://schemas.openxmlformats.org/officeDocument/2006/relationships/image" Target="media/image2102.wmf"/><Relationship Id="rId5224" Type="http://schemas.openxmlformats.org/officeDocument/2006/relationships/oleObject" Target="embeddings/oleObject2591.bin"/><Relationship Id="rId59" Type="http://schemas.openxmlformats.org/officeDocument/2006/relationships/oleObject" Target="embeddings/oleObject25.bin"/><Relationship Id="rId1834" Type="http://schemas.openxmlformats.org/officeDocument/2006/relationships/image" Target="media/image920.wmf"/><Relationship Id="rId4240" Type="http://schemas.openxmlformats.org/officeDocument/2006/relationships/oleObject" Target="embeddings/oleObject2101.bin"/><Relationship Id="rId1901" Type="http://schemas.openxmlformats.org/officeDocument/2006/relationships/oleObject" Target="embeddings/oleObject944.bin"/><Relationship Id="rId3659" Type="http://schemas.openxmlformats.org/officeDocument/2006/relationships/image" Target="media/image1843.wmf"/><Relationship Id="rId6065" Type="http://schemas.openxmlformats.org/officeDocument/2006/relationships/image" Target="media/image3052.wmf"/><Relationship Id="rId5081" Type="http://schemas.openxmlformats.org/officeDocument/2006/relationships/image" Target="media/image2558.wmf"/><Relationship Id="rId6132" Type="http://schemas.openxmlformats.org/officeDocument/2006/relationships/image" Target="media/image3086.png"/><Relationship Id="rId994" Type="http://schemas.openxmlformats.org/officeDocument/2006/relationships/image" Target="media/image499.wmf"/><Relationship Id="rId2675" Type="http://schemas.openxmlformats.org/officeDocument/2006/relationships/oleObject" Target="embeddings/oleObject1322.bin"/><Relationship Id="rId3726" Type="http://schemas.openxmlformats.org/officeDocument/2006/relationships/image" Target="media/image1877.wmf"/><Relationship Id="rId647" Type="http://schemas.openxmlformats.org/officeDocument/2006/relationships/oleObject" Target="embeddings/oleObject318.bin"/><Relationship Id="rId1277" Type="http://schemas.openxmlformats.org/officeDocument/2006/relationships/oleObject" Target="embeddings/oleObject633.bin"/><Relationship Id="rId1691" Type="http://schemas.openxmlformats.org/officeDocument/2006/relationships/image" Target="media/image848.wmf"/><Relationship Id="rId2328" Type="http://schemas.openxmlformats.org/officeDocument/2006/relationships/image" Target="media/image1174.wmf"/><Relationship Id="rId2742" Type="http://schemas.openxmlformats.org/officeDocument/2006/relationships/image" Target="media/image1383.wmf"/><Relationship Id="rId5898" Type="http://schemas.openxmlformats.org/officeDocument/2006/relationships/oleObject" Target="embeddings/oleObject2927.bin"/><Relationship Id="rId714" Type="http://schemas.openxmlformats.org/officeDocument/2006/relationships/image" Target="media/image359.wmf"/><Relationship Id="rId1344" Type="http://schemas.openxmlformats.org/officeDocument/2006/relationships/image" Target="media/image674.wmf"/><Relationship Id="rId5965" Type="http://schemas.openxmlformats.org/officeDocument/2006/relationships/oleObject" Target="embeddings/oleObject2960.bin"/><Relationship Id="rId50" Type="http://schemas.openxmlformats.org/officeDocument/2006/relationships/image" Target="media/image26.wmf"/><Relationship Id="rId1411" Type="http://schemas.openxmlformats.org/officeDocument/2006/relationships/oleObject" Target="embeddings/oleObject700.bin"/><Relationship Id="rId4567" Type="http://schemas.openxmlformats.org/officeDocument/2006/relationships/image" Target="media/image2300.wmf"/><Relationship Id="rId5618" Type="http://schemas.openxmlformats.org/officeDocument/2006/relationships/image" Target="media/image2827.wmf"/><Relationship Id="rId3169" Type="http://schemas.openxmlformats.org/officeDocument/2006/relationships/image" Target="media/image1597.wmf"/><Relationship Id="rId3583" Type="http://schemas.openxmlformats.org/officeDocument/2006/relationships/oleObject" Target="embeddings/oleObject1775.bin"/><Relationship Id="rId4981" Type="http://schemas.openxmlformats.org/officeDocument/2006/relationships/image" Target="media/image2508.wmf"/><Relationship Id="rId2185" Type="http://schemas.openxmlformats.org/officeDocument/2006/relationships/image" Target="media/image1100.wmf"/><Relationship Id="rId3236" Type="http://schemas.openxmlformats.org/officeDocument/2006/relationships/oleObject" Target="embeddings/oleObject1602.bin"/><Relationship Id="rId4634" Type="http://schemas.openxmlformats.org/officeDocument/2006/relationships/image" Target="media/image2334.wmf"/><Relationship Id="rId157" Type="http://schemas.openxmlformats.org/officeDocument/2006/relationships/oleObject" Target="embeddings/oleObject74.bin"/><Relationship Id="rId3650" Type="http://schemas.openxmlformats.org/officeDocument/2006/relationships/oleObject" Target="embeddings/oleObject1808.bin"/><Relationship Id="rId4701" Type="http://schemas.openxmlformats.org/officeDocument/2006/relationships/oleObject" Target="embeddings/oleObject2330.bin"/><Relationship Id="rId571" Type="http://schemas.openxmlformats.org/officeDocument/2006/relationships/image" Target="media/image287.wmf"/><Relationship Id="rId2252" Type="http://schemas.openxmlformats.org/officeDocument/2006/relationships/oleObject" Target="embeddings/oleObject1115.bin"/><Relationship Id="rId3303" Type="http://schemas.openxmlformats.org/officeDocument/2006/relationships/image" Target="media/image1664.wmf"/><Relationship Id="rId224" Type="http://schemas.openxmlformats.org/officeDocument/2006/relationships/image" Target="media/image113.wmf"/><Relationship Id="rId5475" Type="http://schemas.openxmlformats.org/officeDocument/2006/relationships/oleObject" Target="embeddings/oleObject2716.bin"/><Relationship Id="rId4077" Type="http://schemas.openxmlformats.org/officeDocument/2006/relationships/image" Target="media/image2054.wmf"/><Relationship Id="rId4491" Type="http://schemas.openxmlformats.org/officeDocument/2006/relationships/oleObject" Target="embeddings/oleObject2226.bin"/><Relationship Id="rId5128" Type="http://schemas.openxmlformats.org/officeDocument/2006/relationships/oleObject" Target="embeddings/oleObject2543.bin"/><Relationship Id="rId5542" Type="http://schemas.openxmlformats.org/officeDocument/2006/relationships/image" Target="media/image2789.wmf"/><Relationship Id="rId1738" Type="http://schemas.openxmlformats.org/officeDocument/2006/relationships/oleObject" Target="embeddings/oleObject863.bin"/><Relationship Id="rId3093" Type="http://schemas.openxmlformats.org/officeDocument/2006/relationships/oleObject" Target="embeddings/oleObject1531.bin"/><Relationship Id="rId4144" Type="http://schemas.openxmlformats.org/officeDocument/2006/relationships/oleObject" Target="embeddings/oleObject2053.bin"/><Relationship Id="rId3160" Type="http://schemas.openxmlformats.org/officeDocument/2006/relationships/oleObject" Target="embeddings/oleObject1564.bin"/><Relationship Id="rId4211" Type="http://schemas.openxmlformats.org/officeDocument/2006/relationships/image" Target="media/image2121.wmf"/><Relationship Id="rId1805" Type="http://schemas.openxmlformats.org/officeDocument/2006/relationships/image" Target="media/image905.wmf"/><Relationship Id="rId3977" Type="http://schemas.openxmlformats.org/officeDocument/2006/relationships/image" Target="media/image2004.wmf"/><Relationship Id="rId6036" Type="http://schemas.openxmlformats.org/officeDocument/2006/relationships/image" Target="media/image3037.wmf"/><Relationship Id="rId6383" Type="http://schemas.openxmlformats.org/officeDocument/2006/relationships/image" Target="media/image3213.wmf"/><Relationship Id="rId898" Type="http://schemas.openxmlformats.org/officeDocument/2006/relationships/image" Target="media/image451.wmf"/><Relationship Id="rId2579" Type="http://schemas.openxmlformats.org/officeDocument/2006/relationships/image" Target="media/image1301.wmf"/><Relationship Id="rId2993" Type="http://schemas.openxmlformats.org/officeDocument/2006/relationships/oleObject" Target="embeddings/oleObject1481.bin"/><Relationship Id="rId6450" Type="http://schemas.openxmlformats.org/officeDocument/2006/relationships/image" Target="media/image3247.wmf"/><Relationship Id="rId965" Type="http://schemas.openxmlformats.org/officeDocument/2006/relationships/oleObject" Target="embeddings/oleObject477.bin"/><Relationship Id="rId1595" Type="http://schemas.openxmlformats.org/officeDocument/2006/relationships/image" Target="media/image800.wmf"/><Relationship Id="rId2646" Type="http://schemas.openxmlformats.org/officeDocument/2006/relationships/image" Target="media/image1335.wmf"/><Relationship Id="rId5052" Type="http://schemas.openxmlformats.org/officeDocument/2006/relationships/oleObject" Target="embeddings/oleObject2505.bin"/><Relationship Id="rId6103" Type="http://schemas.openxmlformats.org/officeDocument/2006/relationships/image" Target="media/image3071.wmf"/><Relationship Id="rId618" Type="http://schemas.openxmlformats.org/officeDocument/2006/relationships/image" Target="media/image311.wmf"/><Relationship Id="rId1248" Type="http://schemas.openxmlformats.org/officeDocument/2006/relationships/image" Target="media/image626.wmf"/><Relationship Id="rId1662" Type="http://schemas.openxmlformats.org/officeDocument/2006/relationships/oleObject" Target="embeddings/oleObject825.bin"/><Relationship Id="rId5869" Type="http://schemas.openxmlformats.org/officeDocument/2006/relationships/image" Target="media/image2953.wmf"/><Relationship Id="rId1315" Type="http://schemas.openxmlformats.org/officeDocument/2006/relationships/oleObject" Target="embeddings/oleObject652.bin"/><Relationship Id="rId2713" Type="http://schemas.openxmlformats.org/officeDocument/2006/relationships/oleObject" Target="embeddings/oleObject1341.bin"/><Relationship Id="rId4885" Type="http://schemas.openxmlformats.org/officeDocument/2006/relationships/oleObject" Target="embeddings/oleObject2422.bin"/><Relationship Id="rId5936" Type="http://schemas.openxmlformats.org/officeDocument/2006/relationships/image" Target="media/image2987.wmf"/><Relationship Id="rId21" Type="http://schemas.openxmlformats.org/officeDocument/2006/relationships/image" Target="media/image9.wmf"/><Relationship Id="rId2089" Type="http://schemas.openxmlformats.org/officeDocument/2006/relationships/image" Target="media/image1052.wmf"/><Relationship Id="rId3487" Type="http://schemas.openxmlformats.org/officeDocument/2006/relationships/oleObject" Target="embeddings/oleObject1727.bin"/><Relationship Id="rId4538" Type="http://schemas.openxmlformats.org/officeDocument/2006/relationships/oleObject" Target="embeddings/oleObject2249.bin"/><Relationship Id="rId4952" Type="http://schemas.openxmlformats.org/officeDocument/2006/relationships/oleObject" Target="embeddings/oleObject2455.bin"/><Relationship Id="rId3554" Type="http://schemas.openxmlformats.org/officeDocument/2006/relationships/image" Target="media/image1790.wmf"/><Relationship Id="rId4605" Type="http://schemas.openxmlformats.org/officeDocument/2006/relationships/oleObject" Target="embeddings/oleObject2282.bin"/><Relationship Id="rId475" Type="http://schemas.openxmlformats.org/officeDocument/2006/relationships/image" Target="media/image239.wmf"/><Relationship Id="rId2156" Type="http://schemas.openxmlformats.org/officeDocument/2006/relationships/oleObject" Target="embeddings/oleObject1067.bin"/><Relationship Id="rId2570" Type="http://schemas.openxmlformats.org/officeDocument/2006/relationships/oleObject" Target="embeddings/oleObject1270.bin"/><Relationship Id="rId3207" Type="http://schemas.openxmlformats.org/officeDocument/2006/relationships/image" Target="media/image1616.wmf"/><Relationship Id="rId3621" Type="http://schemas.openxmlformats.org/officeDocument/2006/relationships/oleObject" Target="embeddings/oleObject1794.bin"/><Relationship Id="rId128" Type="http://schemas.openxmlformats.org/officeDocument/2006/relationships/image" Target="media/image65.wmf"/><Relationship Id="rId542" Type="http://schemas.openxmlformats.org/officeDocument/2006/relationships/oleObject" Target="embeddings/oleObject266.bin"/><Relationship Id="rId1172" Type="http://schemas.openxmlformats.org/officeDocument/2006/relationships/image" Target="media/image588.wmf"/><Relationship Id="rId2223" Type="http://schemas.openxmlformats.org/officeDocument/2006/relationships/image" Target="media/image1119.wmf"/><Relationship Id="rId5379" Type="http://schemas.openxmlformats.org/officeDocument/2006/relationships/oleObject" Target="embeddings/oleObject2668.bin"/><Relationship Id="rId5793" Type="http://schemas.openxmlformats.org/officeDocument/2006/relationships/image" Target="media/image2915.wmf"/><Relationship Id="rId4395" Type="http://schemas.openxmlformats.org/officeDocument/2006/relationships/oleObject" Target="embeddings/oleObject2178.bin"/><Relationship Id="rId5446" Type="http://schemas.openxmlformats.org/officeDocument/2006/relationships/image" Target="media/image2741.wmf"/><Relationship Id="rId1989" Type="http://schemas.openxmlformats.org/officeDocument/2006/relationships/oleObject" Target="embeddings/oleObject984.bin"/><Relationship Id="rId4048" Type="http://schemas.openxmlformats.org/officeDocument/2006/relationships/oleObject" Target="embeddings/oleObject2005.bin"/><Relationship Id="rId5860" Type="http://schemas.openxmlformats.org/officeDocument/2006/relationships/oleObject" Target="embeddings/oleObject2908.bin"/><Relationship Id="rId3064" Type="http://schemas.openxmlformats.org/officeDocument/2006/relationships/image" Target="media/image1544.wmf"/><Relationship Id="rId4462" Type="http://schemas.openxmlformats.org/officeDocument/2006/relationships/image" Target="media/image2247.wmf"/><Relationship Id="rId5513" Type="http://schemas.openxmlformats.org/officeDocument/2006/relationships/oleObject" Target="embeddings/oleObject2735.bin"/><Relationship Id="rId1709" Type="http://schemas.openxmlformats.org/officeDocument/2006/relationships/image" Target="media/image857.wmf"/><Relationship Id="rId4115" Type="http://schemas.openxmlformats.org/officeDocument/2006/relationships/image" Target="media/image2073.wmf"/><Relationship Id="rId2080" Type="http://schemas.openxmlformats.org/officeDocument/2006/relationships/oleObject" Target="embeddings/oleObject1029.bin"/><Relationship Id="rId3131" Type="http://schemas.openxmlformats.org/officeDocument/2006/relationships/image" Target="media/image1578.wmf"/><Relationship Id="rId6287" Type="http://schemas.openxmlformats.org/officeDocument/2006/relationships/image" Target="media/image3165.wmf"/><Relationship Id="rId2897" Type="http://schemas.openxmlformats.org/officeDocument/2006/relationships/oleObject" Target="embeddings/oleObject1433.bin"/><Relationship Id="rId3948" Type="http://schemas.openxmlformats.org/officeDocument/2006/relationships/oleObject" Target="embeddings/oleObject1955.bin"/><Relationship Id="rId6354" Type="http://schemas.openxmlformats.org/officeDocument/2006/relationships/oleObject" Target="embeddings/oleObject3152.bin"/><Relationship Id="rId869" Type="http://schemas.openxmlformats.org/officeDocument/2006/relationships/oleObject" Target="embeddings/oleObject429.bin"/><Relationship Id="rId1499" Type="http://schemas.openxmlformats.org/officeDocument/2006/relationships/image" Target="media/image752.wmf"/><Relationship Id="rId5370" Type="http://schemas.openxmlformats.org/officeDocument/2006/relationships/image" Target="media/image2703.wmf"/><Relationship Id="rId6007" Type="http://schemas.openxmlformats.org/officeDocument/2006/relationships/oleObject" Target="embeddings/oleObject2981.bin"/><Relationship Id="rId6421" Type="http://schemas.openxmlformats.org/officeDocument/2006/relationships/oleObject" Target="embeddings/oleObject3185.bin"/><Relationship Id="rId2964" Type="http://schemas.openxmlformats.org/officeDocument/2006/relationships/image" Target="media/image1494.wmf"/><Relationship Id="rId5023" Type="http://schemas.openxmlformats.org/officeDocument/2006/relationships/image" Target="media/image2529.wmf"/><Relationship Id="rId936" Type="http://schemas.openxmlformats.org/officeDocument/2006/relationships/image" Target="media/image470.wmf"/><Relationship Id="rId1219" Type="http://schemas.openxmlformats.org/officeDocument/2006/relationships/oleObject" Target="embeddings/oleObject604.bin"/><Relationship Id="rId1566" Type="http://schemas.openxmlformats.org/officeDocument/2006/relationships/oleObject" Target="embeddings/oleObject777.bin"/><Relationship Id="rId1980" Type="http://schemas.openxmlformats.org/officeDocument/2006/relationships/image" Target="media/image995.wmf"/><Relationship Id="rId2617" Type="http://schemas.openxmlformats.org/officeDocument/2006/relationships/oleObject" Target="embeddings/oleObject1293.bin"/><Relationship Id="rId1633" Type="http://schemas.openxmlformats.org/officeDocument/2006/relationships/image" Target="media/image819.wmf"/><Relationship Id="rId4789" Type="http://schemas.openxmlformats.org/officeDocument/2006/relationships/oleObject" Target="embeddings/oleObject2374.bin"/><Relationship Id="rId1700" Type="http://schemas.openxmlformats.org/officeDocument/2006/relationships/oleObject" Target="embeddings/oleObject844.bin"/><Relationship Id="rId4856" Type="http://schemas.openxmlformats.org/officeDocument/2006/relationships/image" Target="media/image2445.wmf"/><Relationship Id="rId5907" Type="http://schemas.openxmlformats.org/officeDocument/2006/relationships/image" Target="media/image2972.wmf"/><Relationship Id="rId3458" Type="http://schemas.openxmlformats.org/officeDocument/2006/relationships/image" Target="media/image1742.wmf"/><Relationship Id="rId3872" Type="http://schemas.openxmlformats.org/officeDocument/2006/relationships/image" Target="media/image1951.wmf"/><Relationship Id="rId4509" Type="http://schemas.openxmlformats.org/officeDocument/2006/relationships/image" Target="media/image2271.wmf"/><Relationship Id="rId379" Type="http://schemas.openxmlformats.org/officeDocument/2006/relationships/oleObject" Target="embeddings/oleObject185.bin"/><Relationship Id="rId793" Type="http://schemas.openxmlformats.org/officeDocument/2006/relationships/oleObject" Target="embeddings/oleObject391.bin"/><Relationship Id="rId2474" Type="http://schemas.openxmlformats.org/officeDocument/2006/relationships/oleObject" Target="embeddings/oleObject1222.bin"/><Relationship Id="rId3525" Type="http://schemas.openxmlformats.org/officeDocument/2006/relationships/oleObject" Target="embeddings/oleObject1746.bin"/><Relationship Id="rId4923" Type="http://schemas.openxmlformats.org/officeDocument/2006/relationships/image" Target="media/image2479.wmf"/><Relationship Id="rId446" Type="http://schemas.openxmlformats.org/officeDocument/2006/relationships/oleObject" Target="embeddings/oleObject218.bin"/><Relationship Id="rId1076" Type="http://schemas.openxmlformats.org/officeDocument/2006/relationships/image" Target="media/image540.wmf"/><Relationship Id="rId1490" Type="http://schemas.openxmlformats.org/officeDocument/2006/relationships/oleObject" Target="embeddings/oleObject739.bin"/><Relationship Id="rId2127" Type="http://schemas.openxmlformats.org/officeDocument/2006/relationships/image" Target="media/image1071.wmf"/><Relationship Id="rId860" Type="http://schemas.openxmlformats.org/officeDocument/2006/relationships/image" Target="media/image432.wmf"/><Relationship Id="rId1143" Type="http://schemas.openxmlformats.org/officeDocument/2006/relationships/oleObject" Target="embeddings/oleObject566.bin"/><Relationship Id="rId2541" Type="http://schemas.openxmlformats.org/officeDocument/2006/relationships/image" Target="media/image1282.wmf"/><Relationship Id="rId4299" Type="http://schemas.openxmlformats.org/officeDocument/2006/relationships/oleObject" Target="embeddings/oleObject2130.bin"/><Relationship Id="rId5697" Type="http://schemas.openxmlformats.org/officeDocument/2006/relationships/image" Target="media/image2867.wmf"/><Relationship Id="rId513" Type="http://schemas.openxmlformats.org/officeDocument/2006/relationships/image" Target="media/image258.wmf"/><Relationship Id="rId5764" Type="http://schemas.openxmlformats.org/officeDocument/2006/relationships/oleObject" Target="embeddings/oleObject2860.bin"/><Relationship Id="rId1210" Type="http://schemas.openxmlformats.org/officeDocument/2006/relationships/image" Target="media/image607.wmf"/><Relationship Id="rId4366" Type="http://schemas.openxmlformats.org/officeDocument/2006/relationships/image" Target="media/image2199.wmf"/><Relationship Id="rId4780" Type="http://schemas.openxmlformats.org/officeDocument/2006/relationships/image" Target="media/image2407.wmf"/><Relationship Id="rId5417" Type="http://schemas.openxmlformats.org/officeDocument/2006/relationships/oleObject" Target="embeddings/oleObject2687.bin"/><Relationship Id="rId5831" Type="http://schemas.openxmlformats.org/officeDocument/2006/relationships/image" Target="media/image2934.wmf"/><Relationship Id="rId3382" Type="http://schemas.openxmlformats.org/officeDocument/2006/relationships/image" Target="media/image1704.wmf"/><Relationship Id="rId4019" Type="http://schemas.openxmlformats.org/officeDocument/2006/relationships/image" Target="media/image2025.wmf"/><Relationship Id="rId4433" Type="http://schemas.openxmlformats.org/officeDocument/2006/relationships/oleObject" Target="embeddings/oleObject2197.bin"/><Relationship Id="rId3035" Type="http://schemas.openxmlformats.org/officeDocument/2006/relationships/oleObject" Target="embeddings/oleObject1502.bin"/><Relationship Id="rId4500" Type="http://schemas.openxmlformats.org/officeDocument/2006/relationships/image" Target="media/image2266.wmf"/><Relationship Id="rId370" Type="http://schemas.openxmlformats.org/officeDocument/2006/relationships/image" Target="media/image186.wmf"/><Relationship Id="rId2051" Type="http://schemas.openxmlformats.org/officeDocument/2006/relationships/image" Target="media/image1033.wmf"/><Relationship Id="rId3102" Type="http://schemas.openxmlformats.org/officeDocument/2006/relationships/image" Target="media/image1563.wmf"/><Relationship Id="rId6258" Type="http://schemas.openxmlformats.org/officeDocument/2006/relationships/oleObject" Target="embeddings/oleObject3104.bin"/><Relationship Id="rId5274" Type="http://schemas.openxmlformats.org/officeDocument/2006/relationships/image" Target="media/image2655.wmf"/><Relationship Id="rId6325" Type="http://schemas.openxmlformats.org/officeDocument/2006/relationships/image" Target="media/image3184.wmf"/><Relationship Id="rId2868" Type="http://schemas.openxmlformats.org/officeDocument/2006/relationships/image" Target="media/image1446.wmf"/><Relationship Id="rId3919" Type="http://schemas.openxmlformats.org/officeDocument/2006/relationships/oleObject" Target="embeddings/oleObject1941.bin"/><Relationship Id="rId1884" Type="http://schemas.openxmlformats.org/officeDocument/2006/relationships/image" Target="media/image945.wmf"/><Relationship Id="rId2935" Type="http://schemas.openxmlformats.org/officeDocument/2006/relationships/oleObject" Target="embeddings/oleObject1452.bin"/><Relationship Id="rId4290" Type="http://schemas.openxmlformats.org/officeDocument/2006/relationships/image" Target="media/image2161.wmf"/><Relationship Id="rId5341" Type="http://schemas.openxmlformats.org/officeDocument/2006/relationships/oleObject" Target="embeddings/oleObject2649.bin"/><Relationship Id="rId907" Type="http://schemas.openxmlformats.org/officeDocument/2006/relationships/oleObject" Target="embeddings/oleObject448.bin"/><Relationship Id="rId1537" Type="http://schemas.openxmlformats.org/officeDocument/2006/relationships/image" Target="media/image771.wmf"/><Relationship Id="rId1951" Type="http://schemas.openxmlformats.org/officeDocument/2006/relationships/oleObject" Target="embeddings/oleObject967.bin"/><Relationship Id="rId1604" Type="http://schemas.openxmlformats.org/officeDocument/2006/relationships/oleObject" Target="embeddings/oleObject796.bin"/><Relationship Id="rId4010" Type="http://schemas.openxmlformats.org/officeDocument/2006/relationships/oleObject" Target="embeddings/oleObject1986.bin"/><Relationship Id="rId6182" Type="http://schemas.openxmlformats.org/officeDocument/2006/relationships/oleObject" Target="embeddings/oleObject3066.bin"/><Relationship Id="rId697" Type="http://schemas.openxmlformats.org/officeDocument/2006/relationships/oleObject" Target="embeddings/oleObject343.bin"/><Relationship Id="rId2378" Type="http://schemas.openxmlformats.org/officeDocument/2006/relationships/oleObject" Target="embeddings/oleObject1175.bin"/><Relationship Id="rId3429" Type="http://schemas.openxmlformats.org/officeDocument/2006/relationships/oleObject" Target="embeddings/oleObject1698.bin"/><Relationship Id="rId3776" Type="http://schemas.openxmlformats.org/officeDocument/2006/relationships/image" Target="media/image1903.wmf"/><Relationship Id="rId4827" Type="http://schemas.openxmlformats.org/officeDocument/2006/relationships/oleObject" Target="embeddings/oleObject2393.bin"/><Relationship Id="rId2792" Type="http://schemas.openxmlformats.org/officeDocument/2006/relationships/image" Target="media/image1408.wmf"/><Relationship Id="rId3843" Type="http://schemas.openxmlformats.org/officeDocument/2006/relationships/oleObject" Target="embeddings/oleObject1903.bin"/><Relationship Id="rId764" Type="http://schemas.openxmlformats.org/officeDocument/2006/relationships/image" Target="media/image384.wmf"/><Relationship Id="rId1394" Type="http://schemas.openxmlformats.org/officeDocument/2006/relationships/image" Target="media/image699.wmf"/><Relationship Id="rId2445" Type="http://schemas.openxmlformats.org/officeDocument/2006/relationships/image" Target="media/image1234.wmf"/><Relationship Id="rId3910" Type="http://schemas.openxmlformats.org/officeDocument/2006/relationships/image" Target="media/image1970.wmf"/><Relationship Id="rId417" Type="http://schemas.openxmlformats.org/officeDocument/2006/relationships/oleObject" Target="embeddings/oleObject204.bin"/><Relationship Id="rId831" Type="http://schemas.openxmlformats.org/officeDocument/2006/relationships/oleObject" Target="embeddings/oleObject410.bin"/><Relationship Id="rId1047" Type="http://schemas.openxmlformats.org/officeDocument/2006/relationships/oleObject" Target="embeddings/oleObject518.bin"/><Relationship Id="rId1461" Type="http://schemas.openxmlformats.org/officeDocument/2006/relationships/image" Target="media/image733.wmf"/><Relationship Id="rId2512" Type="http://schemas.openxmlformats.org/officeDocument/2006/relationships/oleObject" Target="embeddings/oleObject1241.bin"/><Relationship Id="rId5668" Type="http://schemas.openxmlformats.org/officeDocument/2006/relationships/image" Target="media/image2852.wmf"/><Relationship Id="rId1114" Type="http://schemas.openxmlformats.org/officeDocument/2006/relationships/image" Target="media/image559.wmf"/><Relationship Id="rId4684" Type="http://schemas.openxmlformats.org/officeDocument/2006/relationships/image" Target="media/image2359.wmf"/><Relationship Id="rId5735" Type="http://schemas.openxmlformats.org/officeDocument/2006/relationships/image" Target="media/image2886.wmf"/><Relationship Id="rId3286" Type="http://schemas.openxmlformats.org/officeDocument/2006/relationships/oleObject" Target="embeddings/oleObject1627.bin"/><Relationship Id="rId4337" Type="http://schemas.openxmlformats.org/officeDocument/2006/relationships/oleObject" Target="embeddings/oleObject2149.bin"/><Relationship Id="rId3353" Type="http://schemas.openxmlformats.org/officeDocument/2006/relationships/oleObject" Target="embeddings/oleObject1660.bin"/><Relationship Id="rId4751" Type="http://schemas.openxmlformats.org/officeDocument/2006/relationships/oleObject" Target="embeddings/oleObject2355.bin"/><Relationship Id="rId5802" Type="http://schemas.openxmlformats.org/officeDocument/2006/relationships/oleObject" Target="embeddings/oleObject2879.bin"/><Relationship Id="rId274" Type="http://schemas.openxmlformats.org/officeDocument/2006/relationships/image" Target="media/image138.wmf"/><Relationship Id="rId3006" Type="http://schemas.openxmlformats.org/officeDocument/2006/relationships/image" Target="media/image1515.wmf"/><Relationship Id="rId4404" Type="http://schemas.openxmlformats.org/officeDocument/2006/relationships/image" Target="media/image2218.wmf"/><Relationship Id="rId3420" Type="http://schemas.openxmlformats.org/officeDocument/2006/relationships/image" Target="media/image1723.wmf"/><Relationship Id="rId341" Type="http://schemas.openxmlformats.org/officeDocument/2006/relationships/oleObject" Target="embeddings/oleObject166.bin"/><Relationship Id="rId2022" Type="http://schemas.openxmlformats.org/officeDocument/2006/relationships/image" Target="media/image1018.wmf"/><Relationship Id="rId5178" Type="http://schemas.openxmlformats.org/officeDocument/2006/relationships/oleObject" Target="embeddings/oleObject2568.bin"/><Relationship Id="rId5592" Type="http://schemas.openxmlformats.org/officeDocument/2006/relationships/image" Target="media/image2814.wmf"/><Relationship Id="rId6229" Type="http://schemas.openxmlformats.org/officeDocument/2006/relationships/image" Target="media/image3136.wmf"/><Relationship Id="rId1788" Type="http://schemas.openxmlformats.org/officeDocument/2006/relationships/oleObject" Target="embeddings/oleObject888.bin"/><Relationship Id="rId2839" Type="http://schemas.openxmlformats.org/officeDocument/2006/relationships/oleObject" Target="embeddings/oleObject1404.bin"/><Relationship Id="rId4194" Type="http://schemas.openxmlformats.org/officeDocument/2006/relationships/oleObject" Target="embeddings/oleObject2078.bin"/><Relationship Id="rId5245" Type="http://schemas.openxmlformats.org/officeDocument/2006/relationships/image" Target="media/image2640.wmf"/><Relationship Id="rId4261" Type="http://schemas.openxmlformats.org/officeDocument/2006/relationships/image" Target="media/image2146.wmf"/><Relationship Id="rId5312" Type="http://schemas.openxmlformats.org/officeDocument/2006/relationships/image" Target="media/image2674.wmf"/><Relationship Id="rId1508" Type="http://schemas.openxmlformats.org/officeDocument/2006/relationships/oleObject" Target="embeddings/oleObject748.bin"/><Relationship Id="rId1855" Type="http://schemas.openxmlformats.org/officeDocument/2006/relationships/oleObject" Target="embeddings/oleObject921.bin"/><Relationship Id="rId2906" Type="http://schemas.openxmlformats.org/officeDocument/2006/relationships/image" Target="media/image1465.wmf"/><Relationship Id="rId1922" Type="http://schemas.openxmlformats.org/officeDocument/2006/relationships/image" Target="media/image964.wmf"/><Relationship Id="rId6086" Type="http://schemas.openxmlformats.org/officeDocument/2006/relationships/oleObject" Target="embeddings/oleObject3020.bin"/><Relationship Id="rId2696" Type="http://schemas.openxmlformats.org/officeDocument/2006/relationships/image" Target="media/image1360.wmf"/><Relationship Id="rId3747" Type="http://schemas.openxmlformats.org/officeDocument/2006/relationships/oleObject" Target="embeddings/oleObject1855.bin"/><Relationship Id="rId6153" Type="http://schemas.openxmlformats.org/officeDocument/2006/relationships/image" Target="media/image3098.wmf"/><Relationship Id="rId668" Type="http://schemas.openxmlformats.org/officeDocument/2006/relationships/image" Target="media/image336.wmf"/><Relationship Id="rId1298" Type="http://schemas.openxmlformats.org/officeDocument/2006/relationships/image" Target="media/image651.wmf"/><Relationship Id="rId2349" Type="http://schemas.openxmlformats.org/officeDocument/2006/relationships/image" Target="media/image1185.wmf"/><Relationship Id="rId2763" Type="http://schemas.openxmlformats.org/officeDocument/2006/relationships/oleObject" Target="embeddings/oleObject1366.bin"/><Relationship Id="rId3814" Type="http://schemas.openxmlformats.org/officeDocument/2006/relationships/image" Target="media/image1922.wmf"/><Relationship Id="rId6220" Type="http://schemas.openxmlformats.org/officeDocument/2006/relationships/oleObject" Target="embeddings/oleObject3085.bin"/><Relationship Id="rId735" Type="http://schemas.openxmlformats.org/officeDocument/2006/relationships/oleObject" Target="embeddings/oleObject362.bin"/><Relationship Id="rId1365" Type="http://schemas.openxmlformats.org/officeDocument/2006/relationships/oleObject" Target="embeddings/oleObject677.bin"/><Relationship Id="rId2416" Type="http://schemas.openxmlformats.org/officeDocument/2006/relationships/oleObject" Target="embeddings/oleObject1193.bin"/><Relationship Id="rId1018" Type="http://schemas.openxmlformats.org/officeDocument/2006/relationships/image" Target="media/image511.wmf"/><Relationship Id="rId1432" Type="http://schemas.openxmlformats.org/officeDocument/2006/relationships/image" Target="media/image718.png"/><Relationship Id="rId2830" Type="http://schemas.openxmlformats.org/officeDocument/2006/relationships/image" Target="media/image1427.wmf"/><Relationship Id="rId4588" Type="http://schemas.openxmlformats.org/officeDocument/2006/relationships/image" Target="media/image2311.wmf"/><Relationship Id="rId5639" Type="http://schemas.openxmlformats.org/officeDocument/2006/relationships/oleObject" Target="embeddings/oleObject2798.bin"/><Relationship Id="rId5986" Type="http://schemas.openxmlformats.org/officeDocument/2006/relationships/image" Target="media/image3012.wmf"/><Relationship Id="rId71" Type="http://schemas.openxmlformats.org/officeDocument/2006/relationships/oleObject" Target="embeddings/oleObject31.bin"/><Relationship Id="rId802" Type="http://schemas.openxmlformats.org/officeDocument/2006/relationships/image" Target="media/image403.wmf"/><Relationship Id="rId4655" Type="http://schemas.openxmlformats.org/officeDocument/2006/relationships/oleObject" Target="embeddings/oleObject2307.bin"/><Relationship Id="rId5706" Type="http://schemas.openxmlformats.org/officeDocument/2006/relationships/oleObject" Target="embeddings/oleObject2831.bin"/><Relationship Id="rId178" Type="http://schemas.openxmlformats.org/officeDocument/2006/relationships/image" Target="media/image90.wmf"/><Relationship Id="rId3257" Type="http://schemas.openxmlformats.org/officeDocument/2006/relationships/image" Target="media/image1641.wmf"/><Relationship Id="rId3671" Type="http://schemas.openxmlformats.org/officeDocument/2006/relationships/image" Target="media/image1849.wmf"/><Relationship Id="rId4308" Type="http://schemas.openxmlformats.org/officeDocument/2006/relationships/image" Target="media/image2170.wmf"/><Relationship Id="rId4722" Type="http://schemas.openxmlformats.org/officeDocument/2006/relationships/image" Target="media/image2378.wmf"/><Relationship Id="rId592" Type="http://schemas.openxmlformats.org/officeDocument/2006/relationships/oleObject" Target="embeddings/oleObject291.bin"/><Relationship Id="rId2273" Type="http://schemas.openxmlformats.org/officeDocument/2006/relationships/image" Target="media/image1146.wmf"/><Relationship Id="rId3324" Type="http://schemas.openxmlformats.org/officeDocument/2006/relationships/oleObject" Target="embeddings/oleObject1646.bin"/><Relationship Id="rId245" Type="http://schemas.openxmlformats.org/officeDocument/2006/relationships/oleObject" Target="embeddings/oleObject118.bin"/><Relationship Id="rId2340" Type="http://schemas.openxmlformats.org/officeDocument/2006/relationships/image" Target="media/image1180.wmf"/><Relationship Id="rId5496" Type="http://schemas.openxmlformats.org/officeDocument/2006/relationships/image" Target="media/image2766.wmf"/><Relationship Id="rId312" Type="http://schemas.openxmlformats.org/officeDocument/2006/relationships/image" Target="media/image157.wmf"/><Relationship Id="rId4098" Type="http://schemas.openxmlformats.org/officeDocument/2006/relationships/oleObject" Target="embeddings/oleObject2030.bin"/><Relationship Id="rId5149" Type="http://schemas.openxmlformats.org/officeDocument/2006/relationships/image" Target="media/image2592.wmf"/><Relationship Id="rId5563" Type="http://schemas.openxmlformats.org/officeDocument/2006/relationships/oleObject" Target="embeddings/oleObject2760.bin"/><Relationship Id="rId4165" Type="http://schemas.openxmlformats.org/officeDocument/2006/relationships/image" Target="media/image2098.wmf"/><Relationship Id="rId5216" Type="http://schemas.openxmlformats.org/officeDocument/2006/relationships/oleObject" Target="embeddings/oleObject2587.bin"/><Relationship Id="rId1759" Type="http://schemas.openxmlformats.org/officeDocument/2006/relationships/image" Target="media/image882.wmf"/><Relationship Id="rId3181" Type="http://schemas.openxmlformats.org/officeDocument/2006/relationships/image" Target="media/image1603.wmf"/><Relationship Id="rId5630" Type="http://schemas.openxmlformats.org/officeDocument/2006/relationships/image" Target="media/image2833.wmf"/><Relationship Id="rId1826" Type="http://schemas.openxmlformats.org/officeDocument/2006/relationships/image" Target="media/image916.wmf"/><Relationship Id="rId4232" Type="http://schemas.openxmlformats.org/officeDocument/2006/relationships/oleObject" Target="embeddings/oleObject2097.bin"/><Relationship Id="rId3998" Type="http://schemas.openxmlformats.org/officeDocument/2006/relationships/oleObject" Target="embeddings/oleObject1980.bin"/><Relationship Id="rId6057" Type="http://schemas.openxmlformats.org/officeDocument/2006/relationships/oleObject" Target="embeddings/oleObject3006.bin"/><Relationship Id="rId986" Type="http://schemas.openxmlformats.org/officeDocument/2006/relationships/image" Target="media/image495.wmf"/><Relationship Id="rId2667" Type="http://schemas.openxmlformats.org/officeDocument/2006/relationships/oleObject" Target="embeddings/oleObject1318.bin"/><Relationship Id="rId3718" Type="http://schemas.openxmlformats.org/officeDocument/2006/relationships/oleObject" Target="embeddings/oleObject1842.bin"/><Relationship Id="rId5073" Type="http://schemas.openxmlformats.org/officeDocument/2006/relationships/image" Target="media/image2554.wmf"/><Relationship Id="rId6124" Type="http://schemas.openxmlformats.org/officeDocument/2006/relationships/oleObject" Target="embeddings/oleObject3039.bin"/><Relationship Id="rId639" Type="http://schemas.openxmlformats.org/officeDocument/2006/relationships/oleObject" Target="embeddings/oleObject314.bin"/><Relationship Id="rId1269" Type="http://schemas.openxmlformats.org/officeDocument/2006/relationships/oleObject" Target="embeddings/oleObject629.bin"/><Relationship Id="rId5140" Type="http://schemas.openxmlformats.org/officeDocument/2006/relationships/oleObject" Target="embeddings/oleObject2549.bin"/><Relationship Id="rId1683" Type="http://schemas.openxmlformats.org/officeDocument/2006/relationships/image" Target="media/image844.wmf"/><Relationship Id="rId2734" Type="http://schemas.openxmlformats.org/officeDocument/2006/relationships/image" Target="media/image1379.wmf"/><Relationship Id="rId706" Type="http://schemas.openxmlformats.org/officeDocument/2006/relationships/image" Target="media/image355.wmf"/><Relationship Id="rId1336" Type="http://schemas.openxmlformats.org/officeDocument/2006/relationships/image" Target="media/image670.wmf"/><Relationship Id="rId1750" Type="http://schemas.openxmlformats.org/officeDocument/2006/relationships/oleObject" Target="embeddings/oleObject869.bin"/><Relationship Id="rId2801" Type="http://schemas.openxmlformats.org/officeDocument/2006/relationships/oleObject" Target="embeddings/oleObject1385.bin"/><Relationship Id="rId5957" Type="http://schemas.openxmlformats.org/officeDocument/2006/relationships/oleObject" Target="embeddings/oleObject2956.bin"/><Relationship Id="rId42" Type="http://schemas.openxmlformats.org/officeDocument/2006/relationships/oleObject" Target="embeddings/oleObject17.bin"/><Relationship Id="rId1403" Type="http://schemas.openxmlformats.org/officeDocument/2006/relationships/oleObject" Target="embeddings/oleObject696.bin"/><Relationship Id="rId4559" Type="http://schemas.openxmlformats.org/officeDocument/2006/relationships/image" Target="media/image2296.wmf"/><Relationship Id="rId4973" Type="http://schemas.openxmlformats.org/officeDocument/2006/relationships/image" Target="media/image2504.wmf"/><Relationship Id="rId3575" Type="http://schemas.openxmlformats.org/officeDocument/2006/relationships/oleObject" Target="embeddings/oleObject1771.bin"/><Relationship Id="rId4626" Type="http://schemas.openxmlformats.org/officeDocument/2006/relationships/image" Target="media/image2330.wmf"/><Relationship Id="rId496" Type="http://schemas.openxmlformats.org/officeDocument/2006/relationships/oleObject" Target="embeddings/oleObject243.bin"/><Relationship Id="rId2177" Type="http://schemas.openxmlformats.org/officeDocument/2006/relationships/image" Target="media/image1096.wmf"/><Relationship Id="rId2591" Type="http://schemas.openxmlformats.org/officeDocument/2006/relationships/image" Target="media/image1307.wmf"/><Relationship Id="rId3228" Type="http://schemas.openxmlformats.org/officeDocument/2006/relationships/oleObject" Target="embeddings/oleObject1598.bin"/><Relationship Id="rId3642" Type="http://schemas.openxmlformats.org/officeDocument/2006/relationships/oleObject" Target="embeddings/oleObject1804.bin"/><Relationship Id="rId149" Type="http://schemas.openxmlformats.org/officeDocument/2006/relationships/oleObject" Target="embeddings/oleObject70.bin"/><Relationship Id="rId563" Type="http://schemas.openxmlformats.org/officeDocument/2006/relationships/image" Target="media/image283.wmf"/><Relationship Id="rId1193" Type="http://schemas.openxmlformats.org/officeDocument/2006/relationships/oleObject" Target="embeddings/oleObject591.bin"/><Relationship Id="rId2244" Type="http://schemas.openxmlformats.org/officeDocument/2006/relationships/oleObject" Target="embeddings/oleObject1111.bin"/><Relationship Id="rId216" Type="http://schemas.openxmlformats.org/officeDocument/2006/relationships/image" Target="media/image109.wmf"/><Relationship Id="rId1260" Type="http://schemas.openxmlformats.org/officeDocument/2006/relationships/image" Target="media/image632.wmf"/><Relationship Id="rId630" Type="http://schemas.openxmlformats.org/officeDocument/2006/relationships/image" Target="media/image317.wmf"/><Relationship Id="rId2311" Type="http://schemas.openxmlformats.org/officeDocument/2006/relationships/oleObject" Target="embeddings/oleObject1142.bin"/><Relationship Id="rId4069" Type="http://schemas.openxmlformats.org/officeDocument/2006/relationships/image" Target="media/image2050.wmf"/><Relationship Id="rId5467" Type="http://schemas.openxmlformats.org/officeDocument/2006/relationships/oleObject" Target="embeddings/oleObject2712.bin"/><Relationship Id="rId5881" Type="http://schemas.openxmlformats.org/officeDocument/2006/relationships/image" Target="media/image2959.wmf"/><Relationship Id="rId4483" Type="http://schemas.openxmlformats.org/officeDocument/2006/relationships/oleObject" Target="embeddings/oleObject2222.bin"/><Relationship Id="rId5534" Type="http://schemas.openxmlformats.org/officeDocument/2006/relationships/image" Target="media/image2785.wmf"/><Relationship Id="rId3085" Type="http://schemas.openxmlformats.org/officeDocument/2006/relationships/oleObject" Target="embeddings/oleObject1527.bin"/><Relationship Id="rId4136" Type="http://schemas.openxmlformats.org/officeDocument/2006/relationships/oleObject" Target="embeddings/oleObject2049.bin"/><Relationship Id="rId4550" Type="http://schemas.openxmlformats.org/officeDocument/2006/relationships/oleObject" Target="embeddings/oleObject2255.bin"/><Relationship Id="rId5601" Type="http://schemas.openxmlformats.org/officeDocument/2006/relationships/oleObject" Target="embeddings/oleObject2779.bin"/><Relationship Id="rId3152" Type="http://schemas.openxmlformats.org/officeDocument/2006/relationships/oleObject" Target="embeddings/oleObject1560.bin"/><Relationship Id="rId4203" Type="http://schemas.openxmlformats.org/officeDocument/2006/relationships/image" Target="media/image2117.wmf"/><Relationship Id="rId6375" Type="http://schemas.openxmlformats.org/officeDocument/2006/relationships/image" Target="media/image3209.wmf"/><Relationship Id="rId140" Type="http://schemas.openxmlformats.org/officeDocument/2006/relationships/image" Target="media/image71.wmf"/><Relationship Id="rId3969" Type="http://schemas.openxmlformats.org/officeDocument/2006/relationships/image" Target="media/image2000.wmf"/><Relationship Id="rId5391" Type="http://schemas.openxmlformats.org/officeDocument/2006/relationships/oleObject" Target="embeddings/oleObject2674.bin"/><Relationship Id="rId6028" Type="http://schemas.openxmlformats.org/officeDocument/2006/relationships/image" Target="media/image3033.wmf"/><Relationship Id="rId6" Type="http://schemas.openxmlformats.org/officeDocument/2006/relationships/oleObject" Target="embeddings/oleObject1.bin"/><Relationship Id="rId2985" Type="http://schemas.openxmlformats.org/officeDocument/2006/relationships/oleObject" Target="embeddings/oleObject1477.bin"/><Relationship Id="rId5044" Type="http://schemas.openxmlformats.org/officeDocument/2006/relationships/oleObject" Target="embeddings/oleObject2501.bin"/><Relationship Id="rId6442" Type="http://schemas.openxmlformats.org/officeDocument/2006/relationships/image" Target="media/image3243.wmf"/><Relationship Id="rId957" Type="http://schemas.openxmlformats.org/officeDocument/2006/relationships/oleObject" Target="embeddings/oleObject473.bin"/><Relationship Id="rId1587" Type="http://schemas.openxmlformats.org/officeDocument/2006/relationships/image" Target="media/image796.wmf"/><Relationship Id="rId2638" Type="http://schemas.openxmlformats.org/officeDocument/2006/relationships/image" Target="media/image133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54</Pages>
  <Words>21176</Words>
  <Characters>120706</Characters>
  <Application>Microsoft Office Word</Application>
  <DocSecurity>0</DocSecurity>
  <Lines>1005</Lines>
  <Paragraphs>283</Paragraphs>
  <ScaleCrop>false</ScaleCrop>
  <Company/>
  <LinksUpToDate>false</LinksUpToDate>
  <CharactersWithSpaces>141599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Chin Em</dc:creator>
  <cp:keywords/>
  <dc:description/>
  <cp:lastModifiedBy>Nguyen Chin Em</cp:lastModifiedBy>
  <cp:revision>2</cp:revision>
  <dcterms:created xsi:type="dcterms:W3CDTF">2021-11-30T19:46:00Z</dcterms:created>
  <dcterms:modified xsi:type="dcterms:W3CDTF">2021-11-30T19:46:00Z</dcterms:modified>
</cp:coreProperties>
</file>