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6CA80" w14:textId="561FBF6A" w:rsidR="003D23DA" w:rsidRPr="003D23DA" w:rsidRDefault="003D23DA" w:rsidP="003D23DA">
      <w:pPr>
        <w:ind w:left="992"/>
        <w:jc w:val="center"/>
        <w:rPr>
          <w:rFonts w:cs="Times New Roman"/>
          <w:b/>
          <w:color w:val="0000FF"/>
        </w:rPr>
      </w:pPr>
      <w:r w:rsidRPr="003D23DA">
        <w:rPr>
          <w:rFonts w:cs="Times New Roman"/>
          <w:b/>
          <w:color w:val="0000FF"/>
        </w:rPr>
        <w:t>ĐỀ 1-11</w:t>
      </w:r>
    </w:p>
    <w:p w14:paraId="15CE57B8" w14:textId="2C94E7A1" w:rsidR="004D52D6" w:rsidRPr="003D23DA" w:rsidRDefault="00D06B0C" w:rsidP="003D23DA">
      <w:pPr>
        <w:ind w:left="992"/>
        <w:rPr>
          <w:rFonts w:cs="Times New Roman"/>
        </w:rPr>
      </w:pPr>
      <w:r w:rsidRPr="003D23DA">
        <w:rPr>
          <w:rFonts w:cs="Times New Roman"/>
          <w:b/>
          <w:color w:val="0000FF"/>
        </w:rPr>
        <w:t>Phần</w:t>
      </w:r>
      <w:r w:rsidR="004D52D6" w:rsidRPr="003D23DA">
        <w:rPr>
          <w:rFonts w:cs="Times New Roman"/>
          <w:b/>
          <w:color w:val="0000FF"/>
        </w:rPr>
        <w:t xml:space="preserve"> </w:t>
      </w:r>
      <w:r w:rsidRPr="003D23DA">
        <w:rPr>
          <w:rFonts w:cs="Times New Roman"/>
          <w:b/>
          <w:color w:val="0000FF"/>
        </w:rPr>
        <w:t>I:</w:t>
      </w:r>
      <w:r w:rsidR="004D52D6" w:rsidRPr="003D23DA">
        <w:rPr>
          <w:rFonts w:cs="Times New Roman"/>
          <w:b/>
          <w:color w:val="0000FF"/>
        </w:rPr>
        <w:t xml:space="preserve"> </w:t>
      </w:r>
      <w:r w:rsidRPr="003D23DA">
        <w:rPr>
          <w:rFonts w:cs="Times New Roman"/>
          <w:b/>
          <w:color w:val="0000FF"/>
        </w:rPr>
        <w:t>Trắc</w:t>
      </w:r>
      <w:r w:rsidR="004D52D6" w:rsidRPr="003D23DA">
        <w:rPr>
          <w:rFonts w:cs="Times New Roman"/>
          <w:b/>
          <w:color w:val="0000FF"/>
        </w:rPr>
        <w:t xml:space="preserve"> </w:t>
      </w:r>
      <w:r w:rsidRPr="003D23DA">
        <w:rPr>
          <w:rFonts w:cs="Times New Roman"/>
          <w:b/>
          <w:color w:val="0000FF"/>
        </w:rPr>
        <w:t>nghiệm</w:t>
      </w:r>
    </w:p>
    <w:p w14:paraId="0ECE20F3" w14:textId="6AFAE8EB"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dãy</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004D52D6" w:rsidRPr="003D23DA">
        <w:rPr>
          <w:position w:val="-14"/>
        </w:rPr>
        <w:object w:dxaOrig="480" w:dyaOrig="400" w14:anchorId="156B29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9.8pt" o:ole="">
            <v:imagedata r:id="rId6" o:title=""/>
          </v:shape>
          <o:OLEObject Type="Embed" ProgID="Equation.DSMT4" ShapeID="_x0000_i1025" DrawAspect="Content" ObjectID="_1699917815" r:id="rId7"/>
        </w:object>
      </w:r>
      <w:r w:rsidR="004D52D6" w:rsidRPr="003D23DA">
        <w:rPr>
          <w:rFonts w:cs="Times New Roman"/>
        </w:rPr>
        <w:t xml:space="preserve"> </w:t>
      </w:r>
      <w:r w:rsidRPr="003D23DA">
        <w:rPr>
          <w:rFonts w:cs="Times New Roman"/>
        </w:rPr>
        <w:t>xác</w:t>
      </w:r>
      <w:r w:rsidR="004D52D6" w:rsidRPr="003D23DA">
        <w:rPr>
          <w:rFonts w:cs="Times New Roman"/>
        </w:rPr>
        <w:t xml:space="preserve"> </w:t>
      </w:r>
      <w:r w:rsidRPr="003D23DA">
        <w:rPr>
          <w:rFonts w:cs="Times New Roman"/>
        </w:rPr>
        <w:t>định</w:t>
      </w:r>
      <w:r w:rsidR="004D52D6" w:rsidRPr="003D23DA">
        <w:rPr>
          <w:rFonts w:cs="Times New Roman"/>
        </w:rPr>
        <w:t xml:space="preserve"> </w:t>
      </w:r>
      <w:r w:rsidRPr="003D23DA">
        <w:rPr>
          <w:rFonts w:cs="Times New Roman"/>
        </w:rPr>
        <w:t>bởi</w:t>
      </w:r>
      <w:r w:rsidR="004D52D6" w:rsidRPr="003D23DA">
        <w:rPr>
          <w:rFonts w:cs="Times New Roman"/>
        </w:rPr>
        <w:t xml:space="preserve"> </w:t>
      </w:r>
      <w:r w:rsidR="004D52D6" w:rsidRPr="003D23DA">
        <w:rPr>
          <w:position w:val="-12"/>
        </w:rPr>
        <w:object w:dxaOrig="940" w:dyaOrig="360" w14:anchorId="4B23FFD9">
          <v:shape id="_x0000_i1026" type="#_x0000_t75" style="width:46.8pt;height:18pt" o:ole="">
            <v:imagedata r:id="rId8" o:title=""/>
          </v:shape>
          <o:OLEObject Type="Embed" ProgID="Equation.DSMT4" ShapeID="_x0000_i1026" DrawAspect="Content" ObjectID="_1699917816" r:id="rId9"/>
        </w:objec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004D52D6" w:rsidRPr="003D23DA">
        <w:rPr>
          <w:position w:val="-6"/>
        </w:rPr>
        <w:object w:dxaOrig="499" w:dyaOrig="279" w14:anchorId="3F1AF456">
          <v:shape id="_x0000_i1027" type="#_x0000_t75" style="width:25.2pt;height:13.8pt" o:ole="">
            <v:imagedata r:id="rId10" o:title=""/>
          </v:shape>
          <o:OLEObject Type="Embed" ProgID="Equation.DSMT4" ShapeID="_x0000_i1027" DrawAspect="Content" ObjectID="_1699917817" r:id="rId11"/>
        </w:objec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hạng</w:t>
      </w:r>
      <w:r w:rsidR="004D52D6" w:rsidRPr="003D23DA">
        <w:rPr>
          <w:rFonts w:cs="Times New Roman"/>
        </w:rPr>
        <w:t xml:space="preserve"> </w:t>
      </w:r>
      <w:r w:rsidR="004D52D6" w:rsidRPr="003D23DA">
        <w:rPr>
          <w:position w:val="-12"/>
        </w:rPr>
        <w:object w:dxaOrig="240" w:dyaOrig="360" w14:anchorId="081C4C2E">
          <v:shape id="_x0000_i1028" type="#_x0000_t75" style="width:12pt;height:18pt" o:ole="">
            <v:imagedata r:id="rId12" o:title=""/>
          </v:shape>
          <o:OLEObject Type="Embed" ProgID="Equation.DSMT4" ShapeID="_x0000_i1028" DrawAspect="Content" ObjectID="_1699917818" r:id="rId13"/>
        </w:object>
      </w:r>
      <w:r w:rsidR="004D52D6" w:rsidRPr="003D23DA">
        <w:rPr>
          <w:rFonts w:cs="Times New Roman"/>
        </w:rPr>
        <w:t xml:space="preserve"> </w:t>
      </w:r>
      <w:r w:rsidRPr="003D23DA">
        <w:rPr>
          <w:rFonts w:cs="Times New Roman"/>
        </w:rPr>
        <w:t>bằng</w:t>
      </w:r>
    </w:p>
    <w:p w14:paraId="525E8CD2" w14:textId="48408053"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1.</w:t>
      </w:r>
      <w:r w:rsidRPr="003D23DA">
        <w:rPr>
          <w:rFonts w:cs="Times New Roman"/>
        </w:rPr>
        <w:tab/>
      </w:r>
      <w:r w:rsidRPr="003D23DA">
        <w:rPr>
          <w:rFonts w:cs="Times New Roman"/>
          <w:b/>
          <w:color w:val="0000FF"/>
        </w:rPr>
        <w:t xml:space="preserve">B. </w:t>
      </w:r>
      <w:r w:rsidRPr="003D23DA">
        <w:rPr>
          <w:rFonts w:cs="Times New Roman"/>
          <w:position w:val="-6"/>
        </w:rPr>
        <w:object w:dxaOrig="200" w:dyaOrig="220" w14:anchorId="1C9D864D">
          <v:shape id="_x0000_i1029" type="#_x0000_t75" style="width:10.2pt;height:10.8pt" o:ole="">
            <v:imagedata r:id="rId14" o:title=""/>
          </v:shape>
          <o:OLEObject Type="Embed" ProgID="Equation.DSMT4" ShapeID="_x0000_i1029" DrawAspect="Content" ObjectID="_1699917819" r:id="rId15"/>
        </w:object>
      </w:r>
      <w:r w:rsidRPr="003D23DA">
        <w:rPr>
          <w:rFonts w:cs="Times New Roman"/>
        </w:rPr>
        <w:t>.</w:t>
      </w:r>
      <w:r w:rsidRPr="003D23DA">
        <w:rPr>
          <w:rFonts w:cs="Times New Roman"/>
        </w:rPr>
        <w:tab/>
      </w:r>
      <w:r w:rsidR="00D06B0C" w:rsidRPr="00D06B0C">
        <w:rPr>
          <w:rFonts w:cs="Times New Roman"/>
          <w:b/>
          <w:color w:val="FF0000"/>
          <w:u w:val="single"/>
        </w:rPr>
        <w:t>C</w:t>
      </w:r>
      <w:r w:rsidRPr="003D23DA">
        <w:rPr>
          <w:rFonts w:cs="Times New Roman"/>
          <w:b/>
          <w:color w:val="0000FF"/>
        </w:rPr>
        <w:t xml:space="preserve">. </w:t>
      </w:r>
      <w:r w:rsidRPr="003D23DA">
        <w:rPr>
          <w:rFonts w:cs="Times New Roman"/>
        </w:rPr>
        <w:t>2.</w:t>
      </w:r>
      <w:r w:rsidRPr="003D23DA">
        <w:rPr>
          <w:rFonts w:cs="Times New Roman"/>
        </w:rPr>
        <w:tab/>
      </w:r>
      <w:r w:rsidRPr="003D23DA">
        <w:rPr>
          <w:rFonts w:cs="Times New Roman"/>
          <w:b/>
          <w:color w:val="0000FF"/>
        </w:rPr>
        <w:t xml:space="preserve">D. </w:t>
      </w:r>
      <w:r w:rsidR="004D52D6" w:rsidRPr="003D23DA">
        <w:rPr>
          <w:rFonts w:cs="Times New Roman"/>
          <w:position w:val="-6"/>
        </w:rPr>
        <w:object w:dxaOrig="480" w:dyaOrig="279" w14:anchorId="50B6DFDE">
          <v:shape id="_x0000_i1030" type="#_x0000_t75" style="width:24pt;height:13.8pt" o:ole="">
            <v:imagedata r:id="rId16" o:title=""/>
          </v:shape>
          <o:OLEObject Type="Embed" ProgID="Equation.DSMT4" ShapeID="_x0000_i1030" DrawAspect="Content" ObjectID="_1699917820" r:id="rId17"/>
        </w:object>
      </w:r>
      <w:r w:rsidR="004D52D6" w:rsidRPr="003D23DA">
        <w:rPr>
          <w:rFonts w:cs="Times New Roman"/>
        </w:rPr>
        <w:t>.</w:t>
      </w:r>
    </w:p>
    <w:p w14:paraId="75BA9048" w14:textId="45FB9886"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hình</w:t>
      </w:r>
      <w:r w:rsidR="004D52D6" w:rsidRPr="003D23DA">
        <w:rPr>
          <w:rFonts w:cs="Times New Roman"/>
        </w:rPr>
        <w:t xml:space="preserve"> </w:t>
      </w:r>
      <w:r w:rsidRPr="003D23DA">
        <w:rPr>
          <w:rFonts w:cs="Times New Roman"/>
        </w:rPr>
        <w:t>bình</w:t>
      </w:r>
      <w:r w:rsidR="004D52D6" w:rsidRPr="003D23DA">
        <w:rPr>
          <w:rFonts w:cs="Times New Roman"/>
        </w:rPr>
        <w:t xml:space="preserve"> </w:t>
      </w:r>
      <w:r w:rsidRPr="003D23DA">
        <w:rPr>
          <w:rFonts w:cs="Times New Roman"/>
        </w:rPr>
        <w:t>hành</w:t>
      </w:r>
      <w:r w:rsidR="004D52D6" w:rsidRPr="003D23DA">
        <w:rPr>
          <w:rFonts w:cs="Times New Roman"/>
        </w:rPr>
        <w:t xml:space="preserve"> </w:t>
      </w:r>
      <w:r w:rsidR="004D52D6" w:rsidRPr="003D23DA">
        <w:rPr>
          <w:position w:val="-6"/>
        </w:rPr>
        <w:object w:dxaOrig="720" w:dyaOrig="279" w14:anchorId="12B72071">
          <v:shape id="_x0000_i1031" type="#_x0000_t75" style="width:36pt;height:13.8pt" o:ole="">
            <v:imagedata r:id="rId18" o:title=""/>
          </v:shape>
          <o:OLEObject Type="Embed" ProgID="Equation.DSMT4" ShapeID="_x0000_i1031" DrawAspect="Content" ObjectID="_1699917821" r:id="rId19"/>
        </w:object>
      </w:r>
      <w:r w:rsidR="004D52D6" w:rsidRPr="003D23DA">
        <w:rPr>
          <w:rFonts w:cs="Times New Roman"/>
        </w:rPr>
        <w:t xml:space="preserve">. </w:t>
      </w:r>
      <w:r w:rsidRPr="003D23DA">
        <w:rPr>
          <w:rFonts w:cs="Times New Roman"/>
        </w:rPr>
        <w:t>Phép</w:t>
      </w:r>
      <w:r w:rsidR="004D52D6" w:rsidRPr="003D23DA">
        <w:rPr>
          <w:rFonts w:cs="Times New Roman"/>
        </w:rPr>
        <w:t xml:space="preserve"> </w:t>
      </w:r>
      <w:r w:rsidRPr="003D23DA">
        <w:rPr>
          <w:rFonts w:cs="Times New Roman"/>
        </w:rPr>
        <w:t>tịnh</w:t>
      </w:r>
      <w:r w:rsidR="004D52D6" w:rsidRPr="003D23DA">
        <w:rPr>
          <w:rFonts w:cs="Times New Roman"/>
        </w:rPr>
        <w:t xml:space="preserve"> </w:t>
      </w:r>
      <w:r w:rsidRPr="003D23DA">
        <w:rPr>
          <w:rFonts w:cs="Times New Roman"/>
        </w:rPr>
        <w:t>tiến</w:t>
      </w:r>
      <w:r w:rsidR="004D52D6" w:rsidRPr="003D23DA">
        <w:rPr>
          <w:rFonts w:cs="Times New Roman"/>
        </w:rPr>
        <w:t xml:space="preserve"> </w:t>
      </w:r>
      <w:r w:rsidR="004D52D6" w:rsidRPr="003D23DA">
        <w:rPr>
          <w:position w:val="-14"/>
        </w:rPr>
        <w:object w:dxaOrig="360" w:dyaOrig="380" w14:anchorId="16644BE5">
          <v:shape id="_x0000_i1032" type="#_x0000_t75" style="width:18pt;height:19.2pt" o:ole="">
            <v:imagedata r:id="rId20" o:title=""/>
          </v:shape>
          <o:OLEObject Type="Embed" ProgID="Equation.DSMT4" ShapeID="_x0000_i1032" DrawAspect="Content" ObjectID="_1699917822" r:id="rId21"/>
        </w:object>
      </w:r>
      <w:r w:rsidR="004D52D6" w:rsidRPr="003D23DA">
        <w:rPr>
          <w:rFonts w:cs="Times New Roman"/>
        </w:rPr>
        <w:t xml:space="preserve"> </w:t>
      </w:r>
      <w:r w:rsidRPr="003D23DA">
        <w:rPr>
          <w:rFonts w:cs="Times New Roman"/>
        </w:rPr>
        <w:t>biến</w:t>
      </w:r>
    </w:p>
    <w:p w14:paraId="7DC6E472" w14:textId="0BE3FF4C"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6"/>
        </w:rPr>
        <w:object w:dxaOrig="240" w:dyaOrig="279" w14:anchorId="0A3E58E6">
          <v:shape id="_x0000_i1033" type="#_x0000_t75" style="width:12pt;height:13.8pt" o:ole="">
            <v:imagedata r:id="rId22" o:title=""/>
          </v:shape>
          <o:OLEObject Type="Embed" ProgID="Equation.DSMT4" ShapeID="_x0000_i1033" DrawAspect="Content" ObjectID="_1699917823" r:id="rId23"/>
        </w:object>
      </w:r>
      <w:r w:rsidRPr="003D23DA">
        <w:rPr>
          <w:rFonts w:cs="Times New Roman"/>
        </w:rPr>
        <w:t xml:space="preserve"> thành </w:t>
      </w:r>
      <w:r w:rsidRPr="003D23DA">
        <w:rPr>
          <w:rFonts w:cs="Times New Roman"/>
          <w:position w:val="-4"/>
        </w:rPr>
        <w:object w:dxaOrig="260" w:dyaOrig="260" w14:anchorId="14E530D2">
          <v:shape id="_x0000_i1034" type="#_x0000_t75" style="width:13.2pt;height:13.2pt" o:ole="">
            <v:imagedata r:id="rId24" o:title=""/>
          </v:shape>
          <o:OLEObject Type="Embed" ProgID="Equation.DSMT4" ShapeID="_x0000_i1034" DrawAspect="Content" ObjectID="_1699917824" r:id="rId25"/>
        </w:object>
      </w:r>
      <w:r w:rsidRPr="003D23DA">
        <w:rPr>
          <w:rFonts w:cs="Times New Roman"/>
        </w:rPr>
        <w:t>.</w:t>
      </w:r>
      <w:r w:rsidRPr="003D23DA">
        <w:rPr>
          <w:rFonts w:cs="Times New Roman"/>
        </w:rPr>
        <w:tab/>
      </w:r>
      <w:r w:rsidRPr="003D23DA">
        <w:rPr>
          <w:rFonts w:cs="Times New Roman"/>
          <w:b/>
          <w:color w:val="0000FF"/>
        </w:rPr>
        <w:t xml:space="preserve">B. </w:t>
      </w:r>
      <w:r w:rsidRPr="003D23DA">
        <w:rPr>
          <w:rFonts w:cs="Times New Roman"/>
          <w:position w:val="-4"/>
        </w:rPr>
        <w:object w:dxaOrig="260" w:dyaOrig="260" w14:anchorId="762E1209">
          <v:shape id="_x0000_i1035" type="#_x0000_t75" style="width:13.2pt;height:13.2pt" o:ole="">
            <v:imagedata r:id="rId26" o:title=""/>
          </v:shape>
          <o:OLEObject Type="Embed" ProgID="Equation.DSMT4" ShapeID="_x0000_i1035" DrawAspect="Content" ObjectID="_1699917825" r:id="rId27"/>
        </w:object>
      </w:r>
      <w:r w:rsidRPr="003D23DA">
        <w:rPr>
          <w:rFonts w:cs="Times New Roman"/>
        </w:rPr>
        <w:t xml:space="preserve"> thành </w:t>
      </w:r>
      <w:r w:rsidRPr="003D23DA">
        <w:rPr>
          <w:rFonts w:cs="Times New Roman"/>
          <w:position w:val="-4"/>
        </w:rPr>
        <w:object w:dxaOrig="240" w:dyaOrig="260" w14:anchorId="6076D010">
          <v:shape id="_x0000_i1036" type="#_x0000_t75" style="width:12pt;height:13.2pt" o:ole="">
            <v:imagedata r:id="rId28" o:title=""/>
          </v:shape>
          <o:OLEObject Type="Embed" ProgID="Equation.DSMT4" ShapeID="_x0000_i1036" DrawAspect="Content" ObjectID="_1699917826" r:id="rId29"/>
        </w:object>
      </w:r>
      <w:r w:rsidRPr="003D23DA">
        <w:rPr>
          <w:rFonts w:cs="Times New Roman"/>
        </w:rPr>
        <w:t>.</w:t>
      </w:r>
      <w:r w:rsidRPr="003D23DA">
        <w:rPr>
          <w:rFonts w:cs="Times New Roman"/>
        </w:rPr>
        <w:tab/>
      </w:r>
      <w:r w:rsidR="00D06B0C" w:rsidRPr="00D06B0C">
        <w:rPr>
          <w:rFonts w:cs="Times New Roman"/>
          <w:b/>
          <w:color w:val="FF0000"/>
          <w:u w:val="single"/>
        </w:rPr>
        <w:t>C</w:t>
      </w:r>
      <w:r w:rsidRPr="003D23DA">
        <w:rPr>
          <w:rFonts w:cs="Times New Roman"/>
          <w:b/>
          <w:color w:val="0000FF"/>
        </w:rPr>
        <w:t xml:space="preserve">. </w:t>
      </w:r>
      <w:r w:rsidRPr="003D23DA">
        <w:rPr>
          <w:rFonts w:cs="Times New Roman"/>
          <w:position w:val="-4"/>
        </w:rPr>
        <w:object w:dxaOrig="240" w:dyaOrig="260" w14:anchorId="5C275A32">
          <v:shape id="_x0000_i1037" type="#_x0000_t75" style="width:12pt;height:13.2pt" o:ole="">
            <v:imagedata r:id="rId30" o:title=""/>
          </v:shape>
          <o:OLEObject Type="Embed" ProgID="Equation.DSMT4" ShapeID="_x0000_i1037" DrawAspect="Content" ObjectID="_1699917827" r:id="rId31"/>
        </w:object>
      </w:r>
      <w:r w:rsidRPr="003D23DA">
        <w:rPr>
          <w:rFonts w:cs="Times New Roman"/>
        </w:rPr>
        <w:t xml:space="preserve"> thành </w:t>
      </w:r>
      <w:r w:rsidRPr="003D23DA">
        <w:rPr>
          <w:rFonts w:cs="Times New Roman"/>
          <w:position w:val="-4"/>
        </w:rPr>
        <w:object w:dxaOrig="240" w:dyaOrig="260" w14:anchorId="6CBC1072">
          <v:shape id="_x0000_i1038" type="#_x0000_t75" style="width:12pt;height:13.2pt" o:ole="">
            <v:imagedata r:id="rId32" o:title=""/>
          </v:shape>
          <o:OLEObject Type="Embed" ProgID="Equation.DSMT4" ShapeID="_x0000_i1038" DrawAspect="Content" ObjectID="_1699917828" r:id="rId33"/>
        </w:object>
      </w:r>
      <w:r w:rsidRPr="003D23DA">
        <w:rPr>
          <w:rFonts w:cs="Times New Roman"/>
        </w:rPr>
        <w:t>.</w:t>
      </w:r>
      <w:r w:rsidRPr="003D23DA">
        <w:rPr>
          <w:rFonts w:cs="Times New Roman"/>
        </w:rPr>
        <w:tab/>
      </w:r>
      <w:r w:rsidRPr="003D23DA">
        <w:rPr>
          <w:rFonts w:cs="Times New Roman"/>
          <w:b/>
          <w:color w:val="0000FF"/>
        </w:rPr>
        <w:t xml:space="preserve">D. </w:t>
      </w:r>
      <w:r w:rsidR="004D52D6" w:rsidRPr="003D23DA">
        <w:rPr>
          <w:rFonts w:cs="Times New Roman"/>
          <w:position w:val="-4"/>
        </w:rPr>
        <w:object w:dxaOrig="240" w:dyaOrig="260" w14:anchorId="29D8BADF">
          <v:shape id="_x0000_i1039" type="#_x0000_t75" style="width:12pt;height:13.2pt" o:ole="">
            <v:imagedata r:id="rId34" o:title=""/>
          </v:shape>
          <o:OLEObject Type="Embed" ProgID="Equation.DSMT4" ShapeID="_x0000_i1039" DrawAspect="Content" ObjectID="_1699917829" r:id="rId35"/>
        </w:object>
      </w:r>
      <w:r w:rsidR="004D52D6" w:rsidRPr="003D23DA">
        <w:rPr>
          <w:rFonts w:cs="Times New Roman"/>
        </w:rPr>
        <w:t xml:space="preserve"> </w:t>
      </w:r>
      <w:r w:rsidR="00D06B0C" w:rsidRPr="003D23DA">
        <w:rPr>
          <w:rFonts w:cs="Times New Roman"/>
        </w:rPr>
        <w:t>thành</w:t>
      </w:r>
      <w:r w:rsidR="004D52D6" w:rsidRPr="003D23DA">
        <w:rPr>
          <w:rFonts w:cs="Times New Roman"/>
        </w:rPr>
        <w:t xml:space="preserve"> </w:t>
      </w:r>
      <w:r w:rsidR="004D52D6" w:rsidRPr="003D23DA">
        <w:rPr>
          <w:rFonts w:cs="Times New Roman"/>
          <w:position w:val="-6"/>
        </w:rPr>
        <w:object w:dxaOrig="240" w:dyaOrig="279" w14:anchorId="7A85B80D">
          <v:shape id="_x0000_i1040" type="#_x0000_t75" style="width:12pt;height:13.8pt" o:ole="">
            <v:imagedata r:id="rId36" o:title=""/>
          </v:shape>
          <o:OLEObject Type="Embed" ProgID="Equation.DSMT4" ShapeID="_x0000_i1040" DrawAspect="Content" ObjectID="_1699917830" r:id="rId37"/>
        </w:object>
      </w:r>
      <w:r w:rsidR="004D52D6" w:rsidRPr="003D23DA">
        <w:rPr>
          <w:rFonts w:cs="Times New Roman"/>
        </w:rPr>
        <w:t>.</w:t>
      </w:r>
    </w:p>
    <w:p w14:paraId="127B3BBB" w14:textId="4E504CB2"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3:</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tứ</w:t>
      </w:r>
      <w:r w:rsidR="004D52D6" w:rsidRPr="003D23DA">
        <w:rPr>
          <w:rFonts w:cs="Times New Roman"/>
        </w:rPr>
        <w:t xml:space="preserve"> </w:t>
      </w:r>
      <w:r w:rsidRPr="003D23DA">
        <w:rPr>
          <w:rFonts w:cs="Times New Roman"/>
        </w:rPr>
        <w:t>diện</w:t>
      </w:r>
      <w:r w:rsidR="004D52D6" w:rsidRPr="003D23DA">
        <w:rPr>
          <w:rFonts w:cs="Times New Roman"/>
        </w:rPr>
        <w:t xml:space="preserve"> </w:t>
      </w:r>
      <w:r w:rsidR="004D52D6" w:rsidRPr="003D23DA">
        <w:rPr>
          <w:position w:val="-6"/>
        </w:rPr>
        <w:object w:dxaOrig="720" w:dyaOrig="279" w14:anchorId="76F2D004">
          <v:shape id="_x0000_i1041" type="#_x0000_t75" style="width:36pt;height:13.8pt" o:ole="">
            <v:imagedata r:id="rId38" o:title=""/>
          </v:shape>
          <o:OLEObject Type="Embed" ProgID="Equation.DSMT4" ShapeID="_x0000_i1041" DrawAspect="Content" ObjectID="_1699917831" r:id="rId39"/>
        </w:object>
      </w:r>
      <w:r w:rsidR="004D52D6" w:rsidRPr="003D23DA">
        <w:rPr>
          <w:rFonts w:cs="Times New Roman"/>
        </w:rPr>
        <w:t xml:space="preserve">. </w:t>
      </w:r>
      <w:r w:rsidRPr="003D23DA">
        <w:rPr>
          <w:rFonts w:cs="Times New Roman"/>
        </w:rPr>
        <w:t>Gọi</w:t>
      </w:r>
      <w:r w:rsidR="004D52D6" w:rsidRPr="003D23DA">
        <w:rPr>
          <w:rFonts w:cs="Times New Roman"/>
        </w:rPr>
        <w:t xml:space="preserve"> </w:t>
      </w:r>
      <w:r w:rsidR="004D52D6" w:rsidRPr="003D23DA">
        <w:rPr>
          <w:position w:val="-10"/>
        </w:rPr>
        <w:object w:dxaOrig="420" w:dyaOrig="320" w14:anchorId="5C232F0D">
          <v:shape id="_x0000_i1042" type="#_x0000_t75" style="width:21pt;height:16.2pt" o:ole="">
            <v:imagedata r:id="rId40" o:title=""/>
          </v:shape>
          <o:OLEObject Type="Embed" ProgID="Equation.DSMT4" ShapeID="_x0000_i1042" DrawAspect="Content" ObjectID="_1699917832" r:id="rId41"/>
        </w:object>
      </w:r>
      <w:r w:rsidR="004D52D6" w:rsidRPr="003D23DA">
        <w:rPr>
          <w:rFonts w:cs="Times New Roman"/>
        </w:rPr>
        <w:t xml:space="preserve"> </w:t>
      </w:r>
      <w:r w:rsidRPr="003D23DA">
        <w:rPr>
          <w:rFonts w:cs="Times New Roman"/>
        </w:rPr>
        <w:t>lần</w:t>
      </w:r>
      <w:r w:rsidR="004D52D6" w:rsidRPr="003D23DA">
        <w:rPr>
          <w:rFonts w:cs="Times New Roman"/>
        </w:rPr>
        <w:t xml:space="preserve"> </w:t>
      </w:r>
      <w:r w:rsidRPr="003D23DA">
        <w:rPr>
          <w:rFonts w:cs="Times New Roman"/>
        </w:rPr>
        <w:t>lượt</w: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trung</w:t>
      </w:r>
      <w:r w:rsidR="004D52D6" w:rsidRPr="003D23DA">
        <w:rPr>
          <w:rFonts w:cs="Times New Roman"/>
        </w:rPr>
        <w:t xml:space="preserve"> </w:t>
      </w:r>
      <w:r w:rsidRPr="003D23DA">
        <w:rPr>
          <w:rFonts w:cs="Times New Roman"/>
        </w:rPr>
        <w:t>điểm</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6"/>
        </w:rPr>
        <w:object w:dxaOrig="400" w:dyaOrig="279" w14:anchorId="4CD0DA77">
          <v:shape id="_x0000_i1043" type="#_x0000_t75" style="width:19.8pt;height:13.8pt" o:ole="">
            <v:imagedata r:id="rId42" o:title=""/>
          </v:shape>
          <o:OLEObject Type="Embed" ProgID="Equation.DSMT4" ShapeID="_x0000_i1043" DrawAspect="Content" ObjectID="_1699917833" r:id="rId43"/>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position w:val="-4"/>
        </w:rPr>
        <w:object w:dxaOrig="400" w:dyaOrig="260" w14:anchorId="0359F1C8">
          <v:shape id="_x0000_i1044" type="#_x0000_t75" style="width:19.8pt;height:13.2pt" o:ole="">
            <v:imagedata r:id="rId44" o:title=""/>
          </v:shape>
          <o:OLEObject Type="Embed" ProgID="Equation.DSMT4" ShapeID="_x0000_i1044" DrawAspect="Content" ObjectID="_1699917834" r:id="rId45"/>
        </w:object>
      </w:r>
      <w:r w:rsidR="004D52D6" w:rsidRPr="003D23DA">
        <w:rPr>
          <w:rFonts w:cs="Times New Roman"/>
        </w:rPr>
        <w:t xml:space="preserve">. </w:t>
      </w:r>
      <w:r w:rsidRPr="003D23DA">
        <w:rPr>
          <w:rFonts w:cs="Times New Roman"/>
        </w:rPr>
        <w:t>Giao</w:t>
      </w:r>
      <w:r w:rsidR="004D52D6" w:rsidRPr="003D23DA">
        <w:rPr>
          <w:rFonts w:cs="Times New Roman"/>
        </w:rPr>
        <w:t xml:space="preserve"> </w:t>
      </w:r>
      <w:r w:rsidRPr="003D23DA">
        <w:rPr>
          <w:rFonts w:cs="Times New Roman"/>
        </w:rPr>
        <w:t>tuyến</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hai</w:t>
      </w:r>
      <w:r w:rsidR="004D52D6" w:rsidRPr="003D23DA">
        <w:rPr>
          <w:rFonts w:cs="Times New Roman"/>
        </w:rPr>
        <w:t xml:space="preserve"> </w:t>
      </w:r>
      <w:r w:rsidRPr="003D23DA">
        <w:rPr>
          <w:rFonts w:cs="Times New Roman"/>
        </w:rPr>
        <w:t>mặt</w:t>
      </w:r>
      <w:r w:rsidR="004D52D6" w:rsidRPr="003D23DA">
        <w:rPr>
          <w:rFonts w:cs="Times New Roman"/>
        </w:rPr>
        <w:t xml:space="preserve"> </w:t>
      </w:r>
      <w:r w:rsidRPr="003D23DA">
        <w:rPr>
          <w:rFonts w:cs="Times New Roman"/>
        </w:rPr>
        <w:t>phẳng</w:t>
      </w:r>
      <w:r w:rsidR="004D52D6" w:rsidRPr="003D23DA">
        <w:rPr>
          <w:rFonts w:cs="Times New Roman"/>
        </w:rPr>
        <w:t xml:space="preserve"> </w:t>
      </w:r>
      <w:r w:rsidR="004D52D6" w:rsidRPr="003D23DA">
        <w:rPr>
          <w:position w:val="-10"/>
        </w:rPr>
        <w:object w:dxaOrig="620" w:dyaOrig="320" w14:anchorId="2C9D445F">
          <v:shape id="_x0000_i1045" type="#_x0000_t75" style="width:31.2pt;height:16.2pt" o:ole="">
            <v:imagedata r:id="rId46" o:title=""/>
          </v:shape>
          <o:OLEObject Type="Embed" ProgID="Equation.DSMT4" ShapeID="_x0000_i1045" DrawAspect="Content" ObjectID="_1699917835" r:id="rId47"/>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position w:val="-10"/>
        </w:rPr>
        <w:object w:dxaOrig="740" w:dyaOrig="320" w14:anchorId="2854CBA0">
          <v:shape id="_x0000_i1046" type="#_x0000_t75" style="width:37.2pt;height:16.2pt" o:ole="">
            <v:imagedata r:id="rId48" o:title=""/>
          </v:shape>
          <o:OLEObject Type="Embed" ProgID="Equation.DSMT4" ShapeID="_x0000_i1046" DrawAspect="Content" ObjectID="_1699917836" r:id="rId49"/>
        </w:objec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đường</w:t>
      </w:r>
      <w:r w:rsidR="004D52D6" w:rsidRPr="003D23DA">
        <w:rPr>
          <w:rFonts w:cs="Times New Roman"/>
        </w:rPr>
        <w:t xml:space="preserve"> </w:t>
      </w:r>
      <w:r w:rsidRPr="003D23DA">
        <w:rPr>
          <w:rFonts w:cs="Times New Roman"/>
        </w:rPr>
        <w:t>nào</w:t>
      </w:r>
      <w:r w:rsidR="004D52D6" w:rsidRPr="003D23DA">
        <w:rPr>
          <w:rFonts w:cs="Times New Roman"/>
        </w:rPr>
        <w:t xml:space="preserve"> </w:t>
      </w:r>
      <w:r w:rsidRPr="003D23DA">
        <w:rPr>
          <w:rFonts w:cs="Times New Roman"/>
        </w:rPr>
        <w:t>sau</w:t>
      </w:r>
      <w:r w:rsidR="004D52D6" w:rsidRPr="003D23DA">
        <w:rPr>
          <w:rFonts w:cs="Times New Roman"/>
        </w:rPr>
        <w:t xml:space="preserve"> </w:t>
      </w:r>
      <w:r w:rsidRPr="003D23DA">
        <w:rPr>
          <w:rFonts w:cs="Times New Roman"/>
        </w:rPr>
        <w:t>đây?</w:t>
      </w:r>
    </w:p>
    <w:p w14:paraId="09B3C68F" w14:textId="78F131ED" w:rsidR="003D23DA"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 xml:space="preserve">Đường thẳng </w:t>
      </w:r>
      <w:r w:rsidRPr="003D23DA">
        <w:rPr>
          <w:rFonts w:cs="Times New Roman"/>
          <w:position w:val="-6"/>
        </w:rPr>
        <w:object w:dxaOrig="220" w:dyaOrig="279" w14:anchorId="29383626">
          <v:shape id="_x0000_i1047" type="#_x0000_t75" style="width:10.8pt;height:13.8pt" o:ole="">
            <v:imagedata r:id="rId50" o:title=""/>
          </v:shape>
          <o:OLEObject Type="Embed" ProgID="Equation.DSMT4" ShapeID="_x0000_i1047" DrawAspect="Content" ObjectID="_1699917837" r:id="rId51"/>
        </w:object>
      </w:r>
      <w:r w:rsidRPr="003D23DA">
        <w:rPr>
          <w:rFonts w:cs="Times New Roman"/>
        </w:rPr>
        <w:t xml:space="preserve"> đi qua </w:t>
      </w:r>
      <w:r w:rsidRPr="003D23DA">
        <w:rPr>
          <w:rFonts w:cs="Times New Roman"/>
          <w:position w:val="-4"/>
        </w:rPr>
        <w:object w:dxaOrig="240" w:dyaOrig="260" w14:anchorId="6C82066D">
          <v:shape id="_x0000_i1048" type="#_x0000_t75" style="width:12pt;height:13.2pt" o:ole="">
            <v:imagedata r:id="rId52" o:title=""/>
          </v:shape>
          <o:OLEObject Type="Embed" ProgID="Equation.DSMT4" ShapeID="_x0000_i1048" DrawAspect="Content" ObjectID="_1699917838" r:id="rId53"/>
        </w:object>
      </w:r>
      <w:r w:rsidRPr="003D23DA">
        <w:rPr>
          <w:rFonts w:cs="Times New Roman"/>
        </w:rPr>
        <w:t xml:space="preserve"> và </w:t>
      </w:r>
      <w:r w:rsidRPr="003D23DA">
        <w:rPr>
          <w:rFonts w:cs="Times New Roman"/>
          <w:position w:val="-4"/>
        </w:rPr>
        <w:object w:dxaOrig="320" w:dyaOrig="260" w14:anchorId="533D6D65">
          <v:shape id="_x0000_i1049" type="#_x0000_t75" style="width:16.2pt;height:13.2pt" o:ole="">
            <v:imagedata r:id="rId54" o:title=""/>
          </v:shape>
          <o:OLEObject Type="Embed" ProgID="Equation.DSMT4" ShapeID="_x0000_i1049" DrawAspect="Content" ObjectID="_1699917839" r:id="rId55"/>
        </w:object>
      </w:r>
      <w:r w:rsidRPr="003D23DA">
        <w:rPr>
          <w:rFonts w:cs="Times New Roman"/>
        </w:rPr>
        <w:t xml:space="preserve"> trong đó </w:t>
      </w:r>
      <w:r w:rsidRPr="003D23DA">
        <w:rPr>
          <w:rFonts w:cs="Times New Roman"/>
          <w:position w:val="-4"/>
        </w:rPr>
        <w:object w:dxaOrig="320" w:dyaOrig="260" w14:anchorId="769AA7CF">
          <v:shape id="_x0000_i1050" type="#_x0000_t75" style="width:16.2pt;height:13.2pt" o:ole="">
            <v:imagedata r:id="rId56" o:title=""/>
          </v:shape>
          <o:OLEObject Type="Embed" ProgID="Equation.DSMT4" ShapeID="_x0000_i1050" DrawAspect="Content" ObjectID="_1699917840" r:id="rId57"/>
        </w:object>
      </w:r>
      <w:r w:rsidRPr="003D23DA">
        <w:rPr>
          <w:rFonts w:cs="Times New Roman"/>
        </w:rPr>
        <w:t xml:space="preserve"> là giao điểm </w:t>
      </w:r>
      <w:r w:rsidRPr="003D23DA">
        <w:rPr>
          <w:rFonts w:cs="Times New Roman"/>
          <w:position w:val="-6"/>
        </w:rPr>
        <w:object w:dxaOrig="300" w:dyaOrig="279" w14:anchorId="2624B486">
          <v:shape id="_x0000_i1051" type="#_x0000_t75" style="width:15pt;height:13.8pt" o:ole="">
            <v:imagedata r:id="rId58" o:title=""/>
          </v:shape>
          <o:OLEObject Type="Embed" ProgID="Equation.DSMT4" ShapeID="_x0000_i1051" DrawAspect="Content" ObjectID="_1699917841" r:id="rId59"/>
        </w:object>
      </w:r>
      <w:r w:rsidRPr="003D23DA">
        <w:rPr>
          <w:rFonts w:cs="Times New Roman"/>
        </w:rPr>
        <w:t xml:space="preserve"> và </w:t>
      </w:r>
      <w:r w:rsidRPr="003D23DA">
        <w:rPr>
          <w:rFonts w:cs="Times New Roman"/>
          <w:position w:val="-6"/>
        </w:rPr>
        <w:object w:dxaOrig="400" w:dyaOrig="279" w14:anchorId="692E4A20">
          <v:shape id="_x0000_i1052" type="#_x0000_t75" style="width:19.8pt;height:13.8pt" o:ole="">
            <v:imagedata r:id="rId60" o:title=""/>
          </v:shape>
          <o:OLEObject Type="Embed" ProgID="Equation.DSMT4" ShapeID="_x0000_i1052" DrawAspect="Content" ObjectID="_1699917842" r:id="rId61"/>
        </w:object>
      </w:r>
      <w:r w:rsidRPr="003D23DA">
        <w:rPr>
          <w:rFonts w:cs="Times New Roman"/>
        </w:rPr>
        <w:t>.</w:t>
      </w:r>
    </w:p>
    <w:p w14:paraId="7DAA4B0F" w14:textId="43729904" w:rsidR="003D23DA"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B. </w:t>
      </w:r>
      <w:r w:rsidRPr="003D23DA">
        <w:rPr>
          <w:rFonts w:cs="Times New Roman"/>
        </w:rPr>
        <w:t xml:space="preserve">Đường thăng </w:t>
      </w:r>
      <w:r w:rsidRPr="003D23DA">
        <w:rPr>
          <w:rFonts w:cs="Times New Roman"/>
          <w:position w:val="-6"/>
        </w:rPr>
        <w:object w:dxaOrig="220" w:dyaOrig="279" w14:anchorId="62C8A97C">
          <v:shape id="_x0000_i1053" type="#_x0000_t75" style="width:10.8pt;height:13.8pt" o:ole="">
            <v:imagedata r:id="rId62" o:title=""/>
          </v:shape>
          <o:OLEObject Type="Embed" ProgID="Equation.DSMT4" ShapeID="_x0000_i1053" DrawAspect="Content" ObjectID="_1699917843" r:id="rId63"/>
        </w:object>
      </w:r>
      <w:r w:rsidRPr="003D23DA">
        <w:rPr>
          <w:rFonts w:cs="Times New Roman"/>
        </w:rPr>
        <w:t xml:space="preserve"> đi qua </w:t>
      </w:r>
      <w:r w:rsidRPr="003D23DA">
        <w:rPr>
          <w:rFonts w:cs="Times New Roman"/>
          <w:position w:val="-4"/>
        </w:rPr>
        <w:object w:dxaOrig="240" w:dyaOrig="260" w14:anchorId="471AF6F4">
          <v:shape id="_x0000_i1054" type="#_x0000_t75" style="width:12pt;height:13.2pt" o:ole="">
            <v:imagedata r:id="rId64" o:title=""/>
          </v:shape>
          <o:OLEObject Type="Embed" ProgID="Equation.DSMT4" ShapeID="_x0000_i1054" DrawAspect="Content" ObjectID="_1699917844" r:id="rId65"/>
        </w:object>
      </w:r>
      <w:r w:rsidRPr="003D23DA">
        <w:rPr>
          <w:rFonts w:cs="Times New Roman"/>
        </w:rPr>
        <w:t xml:space="preserve"> và </w:t>
      </w:r>
      <w:r w:rsidRPr="003D23DA">
        <w:rPr>
          <w:rFonts w:cs="Times New Roman"/>
          <w:position w:val="-10"/>
        </w:rPr>
        <w:object w:dxaOrig="740" w:dyaOrig="320" w14:anchorId="7080C09C">
          <v:shape id="_x0000_i1055" type="#_x0000_t75" style="width:37.2pt;height:16.2pt" o:ole="">
            <v:imagedata r:id="rId66" o:title=""/>
          </v:shape>
          <o:OLEObject Type="Embed" ProgID="Equation.DSMT4" ShapeID="_x0000_i1055" DrawAspect="Content" ObjectID="_1699917845" r:id="rId67"/>
        </w:object>
      </w:r>
      <w:r w:rsidRPr="003D23DA">
        <w:rPr>
          <w:rFonts w:cs="Times New Roman"/>
        </w:rPr>
        <w:t>.</w:t>
      </w:r>
    </w:p>
    <w:p w14:paraId="44D91A45" w14:textId="2349EA73" w:rsidR="003D23DA"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C. </w:t>
      </w:r>
      <w:r w:rsidRPr="003D23DA">
        <w:rPr>
          <w:rFonts w:cs="Times New Roman"/>
        </w:rPr>
        <w:t xml:space="preserve">Đường thẳng </w:t>
      </w:r>
      <w:r w:rsidRPr="003D23DA">
        <w:rPr>
          <w:rFonts w:cs="Times New Roman"/>
          <w:position w:val="-6"/>
        </w:rPr>
        <w:object w:dxaOrig="220" w:dyaOrig="279" w14:anchorId="4C683895">
          <v:shape id="_x0000_i1056" type="#_x0000_t75" style="width:10.8pt;height:13.8pt" o:ole="">
            <v:imagedata r:id="rId68" o:title=""/>
          </v:shape>
          <o:OLEObject Type="Embed" ProgID="Equation.DSMT4" ShapeID="_x0000_i1056" DrawAspect="Content" ObjectID="_1699917846" r:id="rId69"/>
        </w:object>
      </w:r>
      <w:r w:rsidRPr="003D23DA">
        <w:rPr>
          <w:rFonts w:cs="Times New Roman"/>
        </w:rPr>
        <w:t xml:space="preserve"> đi qua </w:t>
      </w:r>
      <w:r w:rsidRPr="003D23DA">
        <w:rPr>
          <w:rFonts w:cs="Times New Roman"/>
          <w:position w:val="-4"/>
        </w:rPr>
        <w:object w:dxaOrig="240" w:dyaOrig="260" w14:anchorId="554F8C43">
          <v:shape id="_x0000_i1057" type="#_x0000_t75" style="width:12pt;height:13.2pt" o:ole="">
            <v:imagedata r:id="rId70" o:title=""/>
          </v:shape>
          <o:OLEObject Type="Embed" ProgID="Equation.DSMT4" ShapeID="_x0000_i1057" DrawAspect="Content" ObjectID="_1699917847" r:id="rId71"/>
        </w:object>
      </w:r>
      <w:r w:rsidRPr="003D23DA">
        <w:rPr>
          <w:rFonts w:cs="Times New Roman"/>
        </w:rPr>
        <w:t xml:space="preserve"> và </w:t>
      </w:r>
      <w:r w:rsidRPr="003D23DA">
        <w:rPr>
          <w:rFonts w:cs="Times New Roman"/>
          <w:position w:val="-10"/>
        </w:rPr>
        <w:object w:dxaOrig="740" w:dyaOrig="320" w14:anchorId="67C4C1E6">
          <v:shape id="_x0000_i1058" type="#_x0000_t75" style="width:37.2pt;height:16.2pt" o:ole="">
            <v:imagedata r:id="rId72" o:title=""/>
          </v:shape>
          <o:OLEObject Type="Embed" ProgID="Equation.DSMT4" ShapeID="_x0000_i1058" DrawAspect="Content" ObjectID="_1699917848" r:id="rId73"/>
        </w:object>
      </w:r>
      <w:r w:rsidRPr="003D23DA">
        <w:rPr>
          <w:rFonts w:cs="Times New Roman"/>
        </w:rPr>
        <w:t>.</w:t>
      </w:r>
    </w:p>
    <w:p w14:paraId="1893C301" w14:textId="1CBE4EEB" w:rsidR="004D52D6"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D</w:t>
      </w:r>
      <w:r w:rsidR="003D23DA" w:rsidRPr="003D23DA">
        <w:rPr>
          <w:rFonts w:cs="Times New Roman"/>
          <w:b/>
          <w:color w:val="0000FF"/>
        </w:rPr>
        <w:t xml:space="preserve">. </w:t>
      </w:r>
      <w:r w:rsidRPr="003D23DA">
        <w:rPr>
          <w:rFonts w:cs="Times New Roman"/>
        </w:rPr>
        <w:t>Đường</w:t>
      </w:r>
      <w:r w:rsidR="004D52D6" w:rsidRPr="003D23DA">
        <w:rPr>
          <w:rFonts w:cs="Times New Roman"/>
        </w:rPr>
        <w:t xml:space="preserve"> </w:t>
      </w:r>
      <w:r w:rsidRPr="003D23DA">
        <w:rPr>
          <w:rFonts w:cs="Times New Roman"/>
        </w:rPr>
        <w:t>thẳng</w:t>
      </w:r>
      <w:r w:rsidR="004D52D6" w:rsidRPr="003D23DA">
        <w:rPr>
          <w:rFonts w:cs="Times New Roman"/>
        </w:rPr>
        <w:t xml:space="preserve"> </w:t>
      </w:r>
      <w:r w:rsidR="004D52D6" w:rsidRPr="003D23DA">
        <w:rPr>
          <w:rFonts w:cs="Times New Roman"/>
          <w:position w:val="-6"/>
        </w:rPr>
        <w:object w:dxaOrig="220" w:dyaOrig="279" w14:anchorId="79FAC89B">
          <v:shape id="_x0000_i1059" type="#_x0000_t75" style="width:10.8pt;height:13.8pt" o:ole="">
            <v:imagedata r:id="rId74" o:title=""/>
          </v:shape>
          <o:OLEObject Type="Embed" ProgID="Equation.DSMT4" ShapeID="_x0000_i1059" DrawAspect="Content" ObjectID="_1699917849" r:id="rId75"/>
        </w:object>
      </w:r>
      <w:r w:rsidR="004D52D6" w:rsidRPr="003D23DA">
        <w:rPr>
          <w:rFonts w:cs="Times New Roman"/>
        </w:rPr>
        <w:t xml:space="preserve"> </w:t>
      </w:r>
      <w:r w:rsidRPr="003D23DA">
        <w:rPr>
          <w:rFonts w:cs="Times New Roman"/>
        </w:rPr>
        <w:t>đi</w:t>
      </w:r>
      <w:r w:rsidR="004D52D6" w:rsidRPr="003D23DA">
        <w:rPr>
          <w:rFonts w:cs="Times New Roman"/>
        </w:rPr>
        <w:t xml:space="preserve"> </w:t>
      </w:r>
      <w:r w:rsidRPr="003D23DA">
        <w:rPr>
          <w:rFonts w:cs="Times New Roman"/>
        </w:rPr>
        <w:t>qua</w:t>
      </w:r>
      <w:r w:rsidR="004D52D6" w:rsidRPr="003D23DA">
        <w:rPr>
          <w:rFonts w:cs="Times New Roman"/>
        </w:rPr>
        <w:t xml:space="preserve"> </w:t>
      </w:r>
      <w:r w:rsidR="004D52D6" w:rsidRPr="003D23DA">
        <w:rPr>
          <w:rFonts w:cs="Times New Roman"/>
          <w:position w:val="-4"/>
        </w:rPr>
        <w:object w:dxaOrig="240" w:dyaOrig="260" w14:anchorId="24EEE1EA">
          <v:shape id="_x0000_i1060" type="#_x0000_t75" style="width:12pt;height:13.2pt" o:ole="">
            <v:imagedata r:id="rId76" o:title=""/>
          </v:shape>
          <o:OLEObject Type="Embed" ProgID="Equation.DSMT4" ShapeID="_x0000_i1060" DrawAspect="Content" ObjectID="_1699917850" r:id="rId77"/>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rFonts w:cs="Times New Roman"/>
          <w:position w:val="-10"/>
        </w:rPr>
        <w:object w:dxaOrig="740" w:dyaOrig="320" w14:anchorId="7B5D8E5E">
          <v:shape id="_x0000_i1061" type="#_x0000_t75" style="width:37.2pt;height:16.2pt" o:ole="">
            <v:imagedata r:id="rId78" o:title=""/>
          </v:shape>
          <o:OLEObject Type="Embed" ProgID="Equation.DSMT4" ShapeID="_x0000_i1061" DrawAspect="Content" ObjectID="_1699917851" r:id="rId79"/>
        </w:object>
      </w:r>
      <w:r w:rsidR="004D52D6" w:rsidRPr="003D23DA">
        <w:rPr>
          <w:rFonts w:cs="Times New Roman"/>
        </w:rPr>
        <w:t>.</w:t>
      </w:r>
    </w:p>
    <w:p w14:paraId="05C5404C" w14:textId="16F84309"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4:</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cộng</w:t>
      </w:r>
      <w:r w:rsidR="004D52D6" w:rsidRPr="003D23DA">
        <w:rPr>
          <w:rFonts w:cs="Times New Roman"/>
        </w:rPr>
        <w:t xml:space="preserve"> </w:t>
      </w:r>
      <w:r w:rsidR="004D52D6" w:rsidRPr="003D23DA">
        <w:rPr>
          <w:position w:val="-14"/>
        </w:rPr>
        <w:object w:dxaOrig="480" w:dyaOrig="400" w14:anchorId="4F2BAD79">
          <v:shape id="_x0000_i1062" type="#_x0000_t75" style="width:24pt;height:19.8pt" o:ole="">
            <v:imagedata r:id="rId80" o:title=""/>
          </v:shape>
          <o:OLEObject Type="Embed" ProgID="Equation.DSMT4" ShapeID="_x0000_i1062" DrawAspect="Content" ObjectID="_1699917852" r:id="rId81"/>
        </w:objec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004D52D6" w:rsidRPr="003D23DA">
        <w:rPr>
          <w:position w:val="-12"/>
        </w:rPr>
        <w:object w:dxaOrig="620" w:dyaOrig="360" w14:anchorId="59AAE893">
          <v:shape id="_x0000_i1063" type="#_x0000_t75" style="width:31.2pt;height:18pt" o:ole="">
            <v:imagedata r:id="rId82" o:title=""/>
          </v:shape>
          <o:OLEObject Type="Embed" ProgID="Equation.DSMT4" ShapeID="_x0000_i1063" DrawAspect="Content" ObjectID="_1699917853" r:id="rId83"/>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position w:val="-12"/>
        </w:rPr>
        <w:object w:dxaOrig="639" w:dyaOrig="360" w14:anchorId="0CA945A5">
          <v:shape id="_x0000_i1064" type="#_x0000_t75" style="width:31.8pt;height:18pt" o:ole="">
            <v:imagedata r:id="rId84" o:title=""/>
          </v:shape>
          <o:OLEObject Type="Embed" ProgID="Equation.DSMT4" ShapeID="_x0000_i1064" DrawAspect="Content" ObjectID="_1699917854" r:id="rId85"/>
        </w:object>
      </w:r>
      <w:r w:rsidR="004D52D6" w:rsidRPr="003D23DA">
        <w:rPr>
          <w:rFonts w:cs="Times New Roman"/>
        </w:rPr>
        <w:t xml:space="preserve">. </w:t>
      </w:r>
      <w:r w:rsidRPr="003D23DA">
        <w:rPr>
          <w:rFonts w:cs="Times New Roman"/>
        </w:rPr>
        <w:t>Công</w:t>
      </w:r>
      <w:r w:rsidR="004D52D6" w:rsidRPr="003D23DA">
        <w:rPr>
          <w:rFonts w:cs="Times New Roman"/>
        </w:rPr>
        <w:t xml:space="preserve"> </w:t>
      </w:r>
      <w:r w:rsidRPr="003D23DA">
        <w:rPr>
          <w:rFonts w:cs="Times New Roman"/>
        </w:rPr>
        <w:t>sai</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cộng</w:t>
      </w:r>
      <w:r w:rsidR="004D52D6" w:rsidRPr="003D23DA">
        <w:rPr>
          <w:rFonts w:cs="Times New Roman"/>
        </w:rPr>
        <w:t xml:space="preserve"> </w:t>
      </w:r>
      <w:r w:rsidRPr="003D23DA">
        <w:rPr>
          <w:rFonts w:cs="Times New Roman"/>
        </w:rPr>
        <w:t>đã</w:t>
      </w:r>
      <w:r w:rsidR="004D52D6" w:rsidRPr="003D23DA">
        <w:rPr>
          <w:rFonts w:cs="Times New Roman"/>
        </w:rPr>
        <w:t xml:space="preserve"> </w:t>
      </w:r>
      <w:r w:rsidRPr="003D23DA">
        <w:rPr>
          <w:rFonts w:cs="Times New Roman"/>
        </w:rPr>
        <w:t>cho</w:t>
      </w:r>
      <w:r w:rsidR="004D52D6" w:rsidRPr="003D23DA">
        <w:rPr>
          <w:rFonts w:cs="Times New Roman"/>
        </w:rPr>
        <w:t xml:space="preserve"> </w:t>
      </w:r>
      <w:r w:rsidRPr="003D23DA">
        <w:rPr>
          <w:rFonts w:cs="Times New Roman"/>
        </w:rPr>
        <w:t>bằng</w:t>
      </w:r>
    </w:p>
    <w:p w14:paraId="39E318EE" w14:textId="4674C646" w:rsidR="004D52D6"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position w:val="-6"/>
        </w:rPr>
        <w:object w:dxaOrig="320" w:dyaOrig="279" w14:anchorId="1B3CA20C">
          <v:shape id="_x0000_i1065" type="#_x0000_t75" style="width:16.2pt;height:13.8pt" o:ole="">
            <v:imagedata r:id="rId86" o:title=""/>
          </v:shape>
          <o:OLEObject Type="Embed" ProgID="Equation.DSMT4" ShapeID="_x0000_i1065" DrawAspect="Content" ObjectID="_1699917855" r:id="rId87"/>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B. </w:t>
      </w:r>
      <w:r w:rsidR="003D23DA" w:rsidRPr="003D23DA">
        <w:rPr>
          <w:rFonts w:cs="Times New Roman"/>
          <w:position w:val="-24"/>
        </w:rPr>
        <w:object w:dxaOrig="240" w:dyaOrig="620" w14:anchorId="1F4E9811">
          <v:shape id="_x0000_i1066" type="#_x0000_t75" style="width:12pt;height:31.2pt" o:ole="">
            <v:imagedata r:id="rId88" o:title=""/>
          </v:shape>
          <o:OLEObject Type="Embed" ProgID="Equation.DSMT4" ShapeID="_x0000_i1066" DrawAspect="Content" ObjectID="_1699917856" r:id="rId89"/>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C. </w:t>
      </w:r>
      <w:r w:rsidR="003D23DA" w:rsidRPr="003D23DA">
        <w:rPr>
          <w:rFonts w:cs="Times New Roman"/>
          <w:position w:val="-24"/>
        </w:rPr>
        <w:object w:dxaOrig="240" w:dyaOrig="620" w14:anchorId="3A6C4E62">
          <v:shape id="_x0000_i1067" type="#_x0000_t75" style="width:12pt;height:31.2pt" o:ole="">
            <v:imagedata r:id="rId90" o:title=""/>
          </v:shape>
          <o:OLEObject Type="Embed" ProgID="Equation.DSMT4" ShapeID="_x0000_i1067" DrawAspect="Content" ObjectID="_1699917857" r:id="rId91"/>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D. </w:t>
      </w:r>
      <w:r w:rsidRPr="003D23DA">
        <w:rPr>
          <w:rFonts w:cs="Times New Roman"/>
        </w:rPr>
        <w:t>3</w:t>
      </w:r>
      <w:r w:rsidR="004D52D6" w:rsidRPr="003D23DA">
        <w:rPr>
          <w:rFonts w:cs="Times New Roman"/>
        </w:rPr>
        <w:t>.</w:t>
      </w:r>
    </w:p>
    <w:p w14:paraId="6C90AD39" w14:textId="4B2135BE"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5:</w:t>
      </w:r>
      <w:r w:rsidR="003D23DA" w:rsidRPr="003D23DA">
        <w:rPr>
          <w:rFonts w:cs="Times New Roman"/>
          <w:b/>
          <w:color w:val="0000FF"/>
        </w:rPr>
        <w:tab/>
      </w:r>
      <w:r w:rsidRPr="003D23DA">
        <w:rPr>
          <w:rFonts w:cs="Times New Roman"/>
        </w:rPr>
        <w:t>Chọn</w:t>
      </w:r>
      <w:r w:rsidR="004D52D6" w:rsidRPr="003D23DA">
        <w:rPr>
          <w:rFonts w:cs="Times New Roman"/>
        </w:rPr>
        <w:t xml:space="preserve"> </w:t>
      </w:r>
      <w:r w:rsidRPr="003D23DA">
        <w:rPr>
          <w:rFonts w:cs="Times New Roman"/>
        </w:rPr>
        <w:t>khẳng</w:t>
      </w:r>
      <w:r w:rsidR="004D52D6" w:rsidRPr="003D23DA">
        <w:rPr>
          <w:rFonts w:cs="Times New Roman"/>
        </w:rPr>
        <w:t xml:space="preserve"> </w:t>
      </w:r>
      <w:r w:rsidRPr="003D23DA">
        <w:rPr>
          <w:rFonts w:cs="Times New Roman"/>
        </w:rPr>
        <w:t>định</w:t>
      </w:r>
      <w:r w:rsidR="004D52D6" w:rsidRPr="003D23DA">
        <w:rPr>
          <w:rFonts w:cs="Times New Roman"/>
        </w:rPr>
        <w:t xml:space="preserve"> </w:t>
      </w:r>
      <w:r w:rsidRPr="003D23DA">
        <w:rPr>
          <w:rFonts w:cs="Times New Roman"/>
        </w:rPr>
        <w:t>sai?</w:t>
      </w:r>
    </w:p>
    <w:p w14:paraId="31A13B4E" w14:textId="745C2598"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10"/>
        </w:rPr>
        <w:object w:dxaOrig="960" w:dyaOrig="320" w14:anchorId="0A8A2FA0">
          <v:shape id="_x0000_i1068" type="#_x0000_t75" style="width:48pt;height:16.2pt" o:ole="">
            <v:imagedata r:id="rId92" o:title=""/>
          </v:shape>
          <o:OLEObject Type="Embed" ProgID="Equation.DSMT4" ShapeID="_x0000_i1068" DrawAspect="Content" ObjectID="_1699917858" r:id="rId93"/>
        </w:object>
      </w:r>
      <w:r w:rsidRPr="003D23DA">
        <w:rPr>
          <w:rFonts w:cs="Times New Roman"/>
        </w:rPr>
        <w:t>.</w:t>
      </w:r>
      <w:r w:rsidRPr="003D23DA">
        <w:rPr>
          <w:rFonts w:cs="Times New Roman"/>
        </w:rPr>
        <w:tab/>
      </w:r>
      <w:r w:rsidRPr="003D23DA">
        <w:rPr>
          <w:rFonts w:cs="Times New Roman"/>
          <w:b/>
          <w:color w:val="0000FF"/>
        </w:rPr>
        <w:t xml:space="preserve">B. </w:t>
      </w:r>
      <w:r w:rsidRPr="003D23DA">
        <w:rPr>
          <w:rFonts w:cs="Times New Roman"/>
          <w:position w:val="-10"/>
        </w:rPr>
        <w:object w:dxaOrig="1579" w:dyaOrig="360" w14:anchorId="46E353C5">
          <v:shape id="_x0000_i1069" type="#_x0000_t75" style="width:79.2pt;height:18pt" o:ole="">
            <v:imagedata r:id="rId94" o:title=""/>
          </v:shape>
          <o:OLEObject Type="Embed" ProgID="Equation.DSMT4" ShapeID="_x0000_i1069" DrawAspect="Content" ObjectID="_1699917859" r:id="rId95"/>
        </w:object>
      </w:r>
      <w:r w:rsidRPr="003D23DA">
        <w:rPr>
          <w:rFonts w:cs="Times New Roman"/>
        </w:rPr>
        <w:t>.</w:t>
      </w:r>
      <w:r w:rsidRPr="003D23DA">
        <w:rPr>
          <w:rFonts w:cs="Times New Roman"/>
        </w:rPr>
        <w:tab/>
      </w:r>
      <w:r w:rsidR="00D06B0C" w:rsidRPr="00D06B0C">
        <w:rPr>
          <w:rFonts w:cs="Times New Roman"/>
          <w:b/>
          <w:color w:val="FF0000"/>
          <w:u w:val="single"/>
        </w:rPr>
        <w:t>C</w:t>
      </w:r>
      <w:r w:rsidRPr="003D23DA">
        <w:rPr>
          <w:rFonts w:cs="Times New Roman"/>
          <w:b/>
          <w:color w:val="0000FF"/>
        </w:rPr>
        <w:t xml:space="preserve">. </w:t>
      </w:r>
      <w:r w:rsidRPr="003D23DA">
        <w:rPr>
          <w:rFonts w:cs="Times New Roman"/>
          <w:position w:val="-10"/>
        </w:rPr>
        <w:object w:dxaOrig="1340" w:dyaOrig="320" w14:anchorId="2E4F8A97">
          <v:shape id="_x0000_i1070" type="#_x0000_t75" style="width:67.2pt;height:16.2pt" o:ole="">
            <v:imagedata r:id="rId96" o:title=""/>
          </v:shape>
          <o:OLEObject Type="Embed" ProgID="Equation.DSMT4" ShapeID="_x0000_i1070" DrawAspect="Content" ObjectID="_1699917860" r:id="rId97"/>
        </w:object>
      </w:r>
      <w:r w:rsidRPr="003D23DA">
        <w:rPr>
          <w:rFonts w:cs="Times New Roman"/>
        </w:rPr>
        <w:t>.</w:t>
      </w:r>
      <w:r w:rsidRPr="003D23DA">
        <w:rPr>
          <w:rFonts w:cs="Times New Roman"/>
        </w:rPr>
        <w:tab/>
      </w:r>
      <w:r w:rsidRPr="003D23DA">
        <w:rPr>
          <w:rFonts w:cs="Times New Roman"/>
          <w:b/>
          <w:color w:val="0000FF"/>
        </w:rPr>
        <w:t xml:space="preserve">D. </w:t>
      </w:r>
      <w:r w:rsidR="004D52D6" w:rsidRPr="003D23DA">
        <w:rPr>
          <w:rFonts w:cs="Times New Roman"/>
          <w:position w:val="-10"/>
        </w:rPr>
        <w:object w:dxaOrig="900" w:dyaOrig="320" w14:anchorId="44C29338">
          <v:shape id="_x0000_i1071" type="#_x0000_t75" style="width:45pt;height:16.2pt" o:ole="">
            <v:imagedata r:id="rId98" o:title=""/>
          </v:shape>
          <o:OLEObject Type="Embed" ProgID="Equation.DSMT4" ShapeID="_x0000_i1071" DrawAspect="Content" ObjectID="_1699917861" r:id="rId99"/>
        </w:object>
      </w:r>
      <w:r w:rsidR="004D52D6" w:rsidRPr="003D23DA">
        <w:rPr>
          <w:rFonts w:cs="Times New Roman"/>
        </w:rPr>
        <w:t>.</w:t>
      </w:r>
    </w:p>
    <w:p w14:paraId="45372EBC" w14:textId="5CD7A33A"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6:</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cộng</w:t>
      </w:r>
      <w:r w:rsidR="004D52D6" w:rsidRPr="003D23DA">
        <w:rPr>
          <w:rFonts w:cs="Times New Roman"/>
        </w:rPr>
        <w:t xml:space="preserve"> </w:t>
      </w:r>
      <w:r w:rsidR="004D52D6" w:rsidRPr="003D23DA">
        <w:rPr>
          <w:position w:val="-14"/>
        </w:rPr>
        <w:object w:dxaOrig="480" w:dyaOrig="400" w14:anchorId="7796A3AE">
          <v:shape id="_x0000_i1072" type="#_x0000_t75" style="width:24pt;height:19.8pt" o:ole="">
            <v:imagedata r:id="rId100" o:title=""/>
          </v:shape>
          <o:OLEObject Type="Embed" ProgID="Equation.DSMT4" ShapeID="_x0000_i1072" DrawAspect="Content" ObjectID="_1699917862" r:id="rId101"/>
        </w:object>
      </w:r>
      <w:r w:rsidR="004D52D6" w:rsidRPr="003D23DA">
        <w:rPr>
          <w:rFonts w:cs="Times New Roman"/>
        </w:rPr>
        <w:t xml:space="preserve"> </w:t>
      </w:r>
      <w:r w:rsidRPr="003D23DA">
        <w:rPr>
          <w:rFonts w:cs="Times New Roman"/>
        </w:rPr>
        <w:t>vói</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hạng</w:t>
      </w:r>
      <w:r w:rsidR="004D52D6" w:rsidRPr="003D23DA">
        <w:rPr>
          <w:rFonts w:cs="Times New Roman"/>
        </w:rPr>
        <w:t xml:space="preserve"> </w:t>
      </w:r>
      <w:r w:rsidRPr="003D23DA">
        <w:rPr>
          <w:rFonts w:cs="Times New Roman"/>
        </w:rPr>
        <w:t>đầu</w:t>
      </w:r>
      <w:r w:rsidR="004D52D6" w:rsidRPr="003D23DA">
        <w:rPr>
          <w:rFonts w:cs="Times New Roman"/>
        </w:rPr>
        <w:t xml:space="preserve"> </w:t>
      </w:r>
      <w:r w:rsidR="004D52D6" w:rsidRPr="003D23DA">
        <w:rPr>
          <w:position w:val="-12"/>
        </w:rPr>
        <w:object w:dxaOrig="600" w:dyaOrig="360" w14:anchorId="69125055">
          <v:shape id="_x0000_i1073" type="#_x0000_t75" style="width:30pt;height:18pt" o:ole="">
            <v:imagedata r:id="rId102" o:title=""/>
          </v:shape>
          <o:OLEObject Type="Embed" ProgID="Equation.DSMT4" ShapeID="_x0000_i1073" DrawAspect="Content" ObjectID="_1699917863" r:id="rId103"/>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Pr="003D23DA">
        <w:rPr>
          <w:rFonts w:cs="Times New Roman"/>
        </w:rPr>
        <w:t>công</w:t>
      </w:r>
      <w:r w:rsidR="004D52D6" w:rsidRPr="003D23DA">
        <w:rPr>
          <w:rFonts w:cs="Times New Roman"/>
        </w:rPr>
        <w:t xml:space="preserve"> </w:t>
      </w:r>
      <w:r w:rsidRPr="003D23DA">
        <w:rPr>
          <w:rFonts w:cs="Times New Roman"/>
        </w:rPr>
        <w:t>sai</w:t>
      </w:r>
      <w:r w:rsidR="004D52D6" w:rsidRPr="003D23DA">
        <w:rPr>
          <w:rFonts w:cs="Times New Roman"/>
        </w:rPr>
        <w:t xml:space="preserve"> </w:t>
      </w:r>
      <w:r w:rsidR="004D52D6" w:rsidRPr="003D23DA">
        <w:rPr>
          <w:position w:val="-6"/>
        </w:rPr>
        <w:object w:dxaOrig="580" w:dyaOrig="279" w14:anchorId="7EA0AC1C">
          <v:shape id="_x0000_i1074" type="#_x0000_t75" style="width:28.8pt;height:13.8pt" o:ole="">
            <v:imagedata r:id="rId104" o:title=""/>
          </v:shape>
          <o:OLEObject Type="Embed" ProgID="Equation.DSMT4" ShapeID="_x0000_i1074" DrawAspect="Content" ObjectID="_1699917864" r:id="rId105"/>
        </w:objec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hạng</w:t>
      </w:r>
      <w:r w:rsidR="004D52D6" w:rsidRPr="003D23DA">
        <w:rPr>
          <w:rFonts w:cs="Times New Roman"/>
        </w:rPr>
        <w:t xml:space="preserve"> </w:t>
      </w:r>
      <w:r w:rsidRPr="003D23DA">
        <w:rPr>
          <w:rFonts w:cs="Times New Roman"/>
        </w:rPr>
        <w:t>tổng</w:t>
      </w:r>
      <w:r w:rsidR="004D52D6" w:rsidRPr="003D23DA">
        <w:rPr>
          <w:rFonts w:cs="Times New Roman"/>
        </w:rPr>
        <w:t xml:space="preserve"> </w:t>
      </w:r>
      <w:r w:rsidRPr="003D23DA">
        <w:rPr>
          <w:rFonts w:cs="Times New Roman"/>
        </w:rPr>
        <w:t>quát</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công</w:t>
      </w:r>
      <w:r w:rsidR="004D52D6" w:rsidRPr="003D23DA">
        <w:rPr>
          <w:rFonts w:cs="Times New Roman"/>
        </w:rPr>
        <w:t xml:space="preserve"> </w:t>
      </w:r>
      <w:r w:rsidRPr="003D23DA">
        <w:rPr>
          <w:rFonts w:cs="Times New Roman"/>
        </w:rPr>
        <w:t>đã</w:t>
      </w:r>
      <w:r w:rsidR="004D52D6" w:rsidRPr="003D23DA">
        <w:rPr>
          <w:rFonts w:cs="Times New Roman"/>
        </w:rPr>
        <w:t xml:space="preserve"> </w:t>
      </w:r>
      <w:r w:rsidRPr="003D23DA">
        <w:rPr>
          <w:rFonts w:cs="Times New Roman"/>
        </w:rPr>
        <w:t>cho</w:t>
      </w:r>
      <w:r w:rsidR="004D52D6" w:rsidRPr="003D23DA">
        <w:rPr>
          <w:rFonts w:cs="Times New Roman"/>
        </w:rPr>
        <w:t xml:space="preserve"> </w:t>
      </w:r>
      <w:r w:rsidRPr="003D23DA">
        <w:rPr>
          <w:rFonts w:cs="Times New Roman"/>
        </w:rPr>
        <w:t>được</w:t>
      </w:r>
      <w:r w:rsidR="004D52D6" w:rsidRPr="003D23DA">
        <w:rPr>
          <w:rFonts w:cs="Times New Roman"/>
        </w:rPr>
        <w:t xml:space="preserve"> </w:t>
      </w:r>
      <w:r w:rsidRPr="003D23DA">
        <w:rPr>
          <w:rFonts w:cs="Times New Roman"/>
        </w:rPr>
        <w:t>tính</w:t>
      </w:r>
      <w:r w:rsidR="004D52D6" w:rsidRPr="003D23DA">
        <w:rPr>
          <w:rFonts w:cs="Times New Roman"/>
        </w:rPr>
        <w:t xml:space="preserve"> </w:t>
      </w:r>
      <w:r w:rsidRPr="003D23DA">
        <w:rPr>
          <w:rFonts w:cs="Times New Roman"/>
        </w:rPr>
        <w:t>theo</w:t>
      </w:r>
      <w:r w:rsidR="004D52D6" w:rsidRPr="003D23DA">
        <w:rPr>
          <w:rFonts w:cs="Times New Roman"/>
        </w:rPr>
        <w:t xml:space="preserve"> </w:t>
      </w:r>
      <w:r w:rsidRPr="003D23DA">
        <w:rPr>
          <w:rFonts w:cs="Times New Roman"/>
        </w:rPr>
        <w:t>công</w:t>
      </w:r>
      <w:r w:rsidR="004D52D6" w:rsidRPr="003D23DA">
        <w:rPr>
          <w:rFonts w:cs="Times New Roman"/>
        </w:rPr>
        <w:t xml:space="preserve"> </w:t>
      </w:r>
      <w:r w:rsidRPr="003D23DA">
        <w:rPr>
          <w:rFonts w:cs="Times New Roman"/>
        </w:rPr>
        <w:t>thức</w:t>
      </w:r>
      <w:r w:rsidR="004D52D6" w:rsidRPr="003D23DA">
        <w:rPr>
          <w:rFonts w:cs="Times New Roman"/>
        </w:rPr>
        <w:t xml:space="preserve"> </w:t>
      </w:r>
      <w:r w:rsidRPr="003D23DA">
        <w:rPr>
          <w:rFonts w:cs="Times New Roman"/>
        </w:rPr>
        <w:t>nào</w:t>
      </w:r>
      <w:r w:rsidR="004D52D6" w:rsidRPr="003D23DA">
        <w:rPr>
          <w:rFonts w:cs="Times New Roman"/>
        </w:rPr>
        <w:t xml:space="preserve"> </w:t>
      </w:r>
      <w:r w:rsidRPr="003D23DA">
        <w:rPr>
          <w:rFonts w:cs="Times New Roman"/>
        </w:rPr>
        <w:t>dưới</w:t>
      </w:r>
      <w:r w:rsidR="004D52D6" w:rsidRPr="003D23DA">
        <w:rPr>
          <w:rFonts w:cs="Times New Roman"/>
        </w:rPr>
        <w:t xml:space="preserve"> </w:t>
      </w:r>
      <w:r w:rsidRPr="003D23DA">
        <w:rPr>
          <w:rFonts w:cs="Times New Roman"/>
        </w:rPr>
        <w:t>đây?</w:t>
      </w:r>
    </w:p>
    <w:p w14:paraId="18B1F249" w14:textId="4999BB5E" w:rsidR="004D52D6"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position w:val="-12"/>
        </w:rPr>
        <w:object w:dxaOrig="1060" w:dyaOrig="360" w14:anchorId="559FE6C6">
          <v:shape id="_x0000_i1075" type="#_x0000_t75" style="width:52.8pt;height:18pt" o:ole="">
            <v:imagedata r:id="rId106" o:title=""/>
          </v:shape>
          <o:OLEObject Type="Embed" ProgID="Equation.DSMT4" ShapeID="_x0000_i1075" DrawAspect="Content" ObjectID="_1699917865" r:id="rId107"/>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B. </w:t>
      </w:r>
      <w:r w:rsidR="003D23DA" w:rsidRPr="003D23DA">
        <w:rPr>
          <w:rFonts w:cs="Times New Roman"/>
          <w:position w:val="-12"/>
        </w:rPr>
        <w:object w:dxaOrig="980" w:dyaOrig="360" w14:anchorId="2B43F7C6">
          <v:shape id="_x0000_i1076" type="#_x0000_t75" style="width:49.2pt;height:18pt" o:ole="">
            <v:imagedata r:id="rId108" o:title=""/>
          </v:shape>
          <o:OLEObject Type="Embed" ProgID="Equation.DSMT4" ShapeID="_x0000_i1076" DrawAspect="Content" ObjectID="_1699917866" r:id="rId109"/>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C. </w:t>
      </w:r>
      <w:r w:rsidR="003D23DA" w:rsidRPr="003D23DA">
        <w:rPr>
          <w:rFonts w:cs="Times New Roman"/>
          <w:position w:val="-12"/>
        </w:rPr>
        <w:object w:dxaOrig="1240" w:dyaOrig="360" w14:anchorId="35DF3096">
          <v:shape id="_x0000_i1077" type="#_x0000_t75" style="width:61.8pt;height:18pt" o:ole="">
            <v:imagedata r:id="rId110" o:title=""/>
          </v:shape>
          <o:OLEObject Type="Embed" ProgID="Equation.DSMT4" ShapeID="_x0000_i1077" DrawAspect="Content" ObjectID="_1699917867" r:id="rId111"/>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D. </w:t>
      </w:r>
      <w:r w:rsidR="004D52D6" w:rsidRPr="003D23DA">
        <w:rPr>
          <w:rFonts w:cs="Times New Roman"/>
          <w:position w:val="-12"/>
        </w:rPr>
        <w:object w:dxaOrig="1219" w:dyaOrig="360" w14:anchorId="515CB923">
          <v:shape id="_x0000_i1078" type="#_x0000_t75" style="width:61.2pt;height:18pt" o:ole="">
            <v:imagedata r:id="rId112" o:title=""/>
          </v:shape>
          <o:OLEObject Type="Embed" ProgID="Equation.DSMT4" ShapeID="_x0000_i1078" DrawAspect="Content" ObjectID="_1699917868" r:id="rId113"/>
        </w:object>
      </w:r>
      <w:r w:rsidR="004D52D6" w:rsidRPr="003D23DA">
        <w:rPr>
          <w:rFonts w:cs="Times New Roman"/>
        </w:rPr>
        <w:t>.</w:t>
      </w:r>
    </w:p>
    <w:p w14:paraId="78E3E857" w14:textId="3F399F12"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7:</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nhân</w:t>
      </w:r>
      <w:r w:rsidR="004D52D6" w:rsidRPr="003D23DA">
        <w:rPr>
          <w:rFonts w:cs="Times New Roman"/>
        </w:rPr>
        <w:t xml:space="preserve"> </w:t>
      </w:r>
      <w:r w:rsidR="004D52D6" w:rsidRPr="003D23DA">
        <w:rPr>
          <w:position w:val="-14"/>
        </w:rPr>
        <w:object w:dxaOrig="480" w:dyaOrig="400" w14:anchorId="6D3748E8">
          <v:shape id="_x0000_i1079" type="#_x0000_t75" style="width:24pt;height:19.8pt" o:ole="">
            <v:imagedata r:id="rId114" o:title=""/>
          </v:shape>
          <o:OLEObject Type="Embed" ProgID="Equation.DSMT4" ShapeID="_x0000_i1079" DrawAspect="Content" ObjectID="_1699917869" r:id="rId115"/>
        </w:objec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004D52D6" w:rsidRPr="003D23DA">
        <w:rPr>
          <w:position w:val="-12"/>
        </w:rPr>
        <w:object w:dxaOrig="600" w:dyaOrig="360" w14:anchorId="7CF4DA46">
          <v:shape id="_x0000_i1080" type="#_x0000_t75" style="width:30pt;height:18pt" o:ole="">
            <v:imagedata r:id="rId116" o:title=""/>
          </v:shape>
          <o:OLEObject Type="Embed" ProgID="Equation.DSMT4" ShapeID="_x0000_i1080" DrawAspect="Content" ObjectID="_1699917870" r:id="rId117"/>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position w:val="-12"/>
        </w:rPr>
        <w:object w:dxaOrig="639" w:dyaOrig="360" w14:anchorId="5866A225">
          <v:shape id="_x0000_i1081" type="#_x0000_t75" style="width:31.8pt;height:18pt" o:ole="">
            <v:imagedata r:id="rId118" o:title=""/>
          </v:shape>
          <o:OLEObject Type="Embed" ProgID="Equation.DSMT4" ShapeID="_x0000_i1081" DrawAspect="Content" ObjectID="_1699917871" r:id="rId119"/>
        </w:object>
      </w:r>
      <w:r w:rsidR="004D52D6" w:rsidRPr="003D23DA">
        <w:rPr>
          <w:rFonts w:cs="Times New Roman"/>
        </w:rPr>
        <w:t xml:space="preserve">. </w:t>
      </w:r>
      <w:r w:rsidRPr="003D23DA">
        <w:rPr>
          <w:rFonts w:cs="Times New Roman"/>
        </w:rPr>
        <w:t>Công</w:t>
      </w:r>
      <w:r w:rsidR="004D52D6" w:rsidRPr="003D23DA">
        <w:rPr>
          <w:rFonts w:cs="Times New Roman"/>
        </w:rPr>
        <w:t xml:space="preserve"> </w:t>
      </w:r>
      <w:r w:rsidRPr="003D23DA">
        <w:rPr>
          <w:rFonts w:cs="Times New Roman"/>
        </w:rPr>
        <w:t>bội</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nhân</w:t>
      </w:r>
      <w:r w:rsidR="004D52D6" w:rsidRPr="003D23DA">
        <w:rPr>
          <w:rFonts w:cs="Times New Roman"/>
        </w:rPr>
        <w:t xml:space="preserve"> </w:t>
      </w:r>
      <w:r w:rsidRPr="003D23DA">
        <w:rPr>
          <w:rFonts w:cs="Times New Roman"/>
        </w:rPr>
        <w:t>đã</w:t>
      </w:r>
      <w:r w:rsidR="004D52D6" w:rsidRPr="003D23DA">
        <w:rPr>
          <w:rFonts w:cs="Times New Roman"/>
        </w:rPr>
        <w:t xml:space="preserve"> </w:t>
      </w:r>
      <w:r w:rsidRPr="003D23DA">
        <w:rPr>
          <w:rFonts w:cs="Times New Roman"/>
        </w:rPr>
        <w:t>cho</w:t>
      </w:r>
      <w:r w:rsidR="004D52D6" w:rsidRPr="003D23DA">
        <w:rPr>
          <w:rFonts w:cs="Times New Roman"/>
        </w:rPr>
        <w:t xml:space="preserve"> </w:t>
      </w:r>
      <w:r w:rsidRPr="003D23DA">
        <w:rPr>
          <w:rFonts w:cs="Times New Roman"/>
        </w:rPr>
        <w:t>bằng</w:t>
      </w:r>
    </w:p>
    <w:p w14:paraId="49BA9A83" w14:textId="7675AF2F" w:rsidR="004D52D6"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rPr>
        <w:t>2.</w:t>
      </w:r>
      <w:r w:rsidR="003D23DA" w:rsidRPr="003D23DA">
        <w:rPr>
          <w:rFonts w:cs="Times New Roman"/>
        </w:rPr>
        <w:tab/>
      </w:r>
      <w:r w:rsidR="003D23DA" w:rsidRPr="003D23DA">
        <w:rPr>
          <w:rFonts w:cs="Times New Roman"/>
          <w:b/>
          <w:color w:val="0000FF"/>
        </w:rPr>
        <w:t xml:space="preserve">B. </w:t>
      </w:r>
      <w:r w:rsidR="003D23DA" w:rsidRPr="003D23DA">
        <w:rPr>
          <w:rFonts w:cs="Times New Roman"/>
        </w:rPr>
        <w:t>3.</w:t>
      </w:r>
      <w:r w:rsidR="003D23DA" w:rsidRPr="003D23DA">
        <w:rPr>
          <w:rFonts w:cs="Times New Roman"/>
        </w:rPr>
        <w:tab/>
      </w:r>
      <w:r w:rsidR="003D23DA" w:rsidRPr="003D23DA">
        <w:rPr>
          <w:rFonts w:cs="Times New Roman"/>
          <w:b/>
          <w:color w:val="0000FF"/>
        </w:rPr>
        <w:t xml:space="preserve">C. </w:t>
      </w:r>
      <w:r w:rsidR="003D23DA" w:rsidRPr="003D23DA">
        <w:rPr>
          <w:rFonts w:cs="Times New Roman"/>
        </w:rPr>
        <w:t>1.</w:t>
      </w:r>
      <w:r w:rsidR="003D23DA" w:rsidRPr="003D23DA">
        <w:rPr>
          <w:rFonts w:cs="Times New Roman"/>
        </w:rPr>
        <w:tab/>
      </w:r>
      <w:r w:rsidR="003D23DA" w:rsidRPr="003D23DA">
        <w:rPr>
          <w:rFonts w:cs="Times New Roman"/>
          <w:b/>
          <w:color w:val="0000FF"/>
        </w:rPr>
        <w:t xml:space="preserve">D. </w:t>
      </w:r>
      <w:r w:rsidRPr="003D23DA">
        <w:rPr>
          <w:rFonts w:cs="Times New Roman"/>
        </w:rPr>
        <w:t>4</w:t>
      </w:r>
      <w:r w:rsidR="004D52D6" w:rsidRPr="003D23DA">
        <w:rPr>
          <w:rFonts w:cs="Times New Roman"/>
        </w:rPr>
        <w:t>.</w:t>
      </w:r>
    </w:p>
    <w:p w14:paraId="1264AFA9" w14:textId="72F4E173"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8:</w:t>
      </w:r>
      <w:r w:rsidR="003D23DA" w:rsidRPr="003D23DA">
        <w:rPr>
          <w:rFonts w:cs="Times New Roman"/>
          <w:b/>
          <w:color w:val="0000FF"/>
        </w:rPr>
        <w:tab/>
      </w:r>
      <w:r w:rsidRPr="003D23DA">
        <w:rPr>
          <w:rFonts w:cs="Times New Roman"/>
        </w:rPr>
        <w:t>Hệ</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6"/>
        </w:rPr>
        <w:object w:dxaOrig="260" w:dyaOrig="320" w14:anchorId="746742E0">
          <v:shape id="_x0000_i1082" type="#_x0000_t75" style="width:13.2pt;height:16.2pt" o:ole="">
            <v:imagedata r:id="rId120" o:title=""/>
          </v:shape>
          <o:OLEObject Type="Embed" ProgID="Equation.DSMT4" ShapeID="_x0000_i1082" DrawAspect="Content" ObjectID="_1699917872" r:id="rId121"/>
        </w:object>
      </w:r>
      <w:r w:rsidR="004D52D6" w:rsidRPr="003D23DA">
        <w:rPr>
          <w:rFonts w:cs="Times New Roman"/>
        </w:rPr>
        <w:t xml:space="preserve"> </w:t>
      </w:r>
      <w:r w:rsidRPr="003D23DA">
        <w:rPr>
          <w:rFonts w:cs="Times New Roman"/>
        </w:rPr>
        <w:t>trong</w:t>
      </w:r>
      <w:r w:rsidR="004D52D6" w:rsidRPr="003D23DA">
        <w:rPr>
          <w:rFonts w:cs="Times New Roman"/>
        </w:rPr>
        <w:t xml:space="preserve"> </w:t>
      </w:r>
      <w:r w:rsidRPr="003D23DA">
        <w:rPr>
          <w:rFonts w:cs="Times New Roman"/>
        </w:rPr>
        <w:t>khai</w:t>
      </w:r>
      <w:r w:rsidR="004D52D6" w:rsidRPr="003D23DA">
        <w:rPr>
          <w:rFonts w:cs="Times New Roman"/>
        </w:rPr>
        <w:t xml:space="preserve"> </w:t>
      </w:r>
      <w:r w:rsidRPr="003D23DA">
        <w:rPr>
          <w:rFonts w:cs="Times New Roman"/>
        </w:rPr>
        <w:t>triển</w:t>
      </w:r>
      <w:r w:rsidR="004D52D6" w:rsidRPr="003D23DA">
        <w:rPr>
          <w:rFonts w:cs="Times New Roman"/>
        </w:rPr>
        <w:t xml:space="preserve"> </w:t>
      </w:r>
      <w:r w:rsidR="004D52D6" w:rsidRPr="003D23DA">
        <w:rPr>
          <w:position w:val="-10"/>
        </w:rPr>
        <w:object w:dxaOrig="760" w:dyaOrig="360" w14:anchorId="387D789F">
          <v:shape id="_x0000_i1083" type="#_x0000_t75" style="width:37.8pt;height:18pt" o:ole="">
            <v:imagedata r:id="rId122" o:title=""/>
          </v:shape>
          <o:OLEObject Type="Embed" ProgID="Equation.DSMT4" ShapeID="_x0000_i1083" DrawAspect="Content" ObjectID="_1699917873" r:id="rId123"/>
        </w:object>
      </w:r>
      <w:r w:rsidR="004D52D6" w:rsidRPr="003D23DA">
        <w:rPr>
          <w:rFonts w:cs="Times New Roman"/>
        </w:rPr>
        <w:t xml:space="preserve"> </w:t>
      </w:r>
      <w:r w:rsidRPr="003D23DA">
        <w:rPr>
          <w:rFonts w:cs="Times New Roman"/>
        </w:rPr>
        <w:t>bằng</w:t>
      </w:r>
    </w:p>
    <w:p w14:paraId="5407F627" w14:textId="1E074BC8" w:rsidR="004D52D6"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rPr>
        <w:t>20.</w:t>
      </w:r>
      <w:r w:rsidR="003D23DA" w:rsidRPr="003D23DA">
        <w:rPr>
          <w:rFonts w:cs="Times New Roman"/>
        </w:rPr>
        <w:tab/>
      </w:r>
      <w:r w:rsidR="003D23DA" w:rsidRPr="003D23DA">
        <w:rPr>
          <w:rFonts w:cs="Times New Roman"/>
          <w:b/>
          <w:color w:val="0000FF"/>
        </w:rPr>
        <w:t xml:space="preserve">B. </w:t>
      </w:r>
      <w:r w:rsidR="003D23DA" w:rsidRPr="003D23DA">
        <w:rPr>
          <w:rFonts w:cs="Times New Roman"/>
        </w:rPr>
        <w:t>540.</w:t>
      </w:r>
      <w:r w:rsidR="003D23DA" w:rsidRPr="003D23DA">
        <w:rPr>
          <w:rFonts w:cs="Times New Roman"/>
        </w:rPr>
        <w:tab/>
      </w:r>
      <w:r w:rsidR="003D23DA" w:rsidRPr="003D23DA">
        <w:rPr>
          <w:rFonts w:cs="Times New Roman"/>
          <w:b/>
          <w:color w:val="0000FF"/>
        </w:rPr>
        <w:t xml:space="preserve">C. </w:t>
      </w:r>
      <w:r w:rsidR="003D23DA" w:rsidRPr="003D23DA">
        <w:rPr>
          <w:rFonts w:cs="Times New Roman"/>
        </w:rPr>
        <w:t>27.</w:t>
      </w:r>
      <w:r w:rsidR="003D23DA" w:rsidRPr="003D23DA">
        <w:rPr>
          <w:rFonts w:cs="Times New Roman"/>
        </w:rPr>
        <w:tab/>
      </w:r>
      <w:r w:rsidR="003D23DA" w:rsidRPr="003D23DA">
        <w:rPr>
          <w:rFonts w:cs="Times New Roman"/>
          <w:b/>
          <w:color w:val="0000FF"/>
        </w:rPr>
        <w:t xml:space="preserve">D. </w:t>
      </w:r>
      <w:r w:rsidR="004D52D6" w:rsidRPr="003D23DA">
        <w:rPr>
          <w:rFonts w:cs="Times New Roman"/>
          <w:position w:val="-6"/>
        </w:rPr>
        <w:object w:dxaOrig="560" w:dyaOrig="279" w14:anchorId="40893F4F">
          <v:shape id="_x0000_i1084" type="#_x0000_t75" style="width:28.2pt;height:13.8pt" o:ole="">
            <v:imagedata r:id="rId124" o:title=""/>
          </v:shape>
          <o:OLEObject Type="Embed" ProgID="Equation.DSMT4" ShapeID="_x0000_i1084" DrawAspect="Content" ObjectID="_1699917874" r:id="rId125"/>
        </w:object>
      </w:r>
      <w:r w:rsidR="004D52D6" w:rsidRPr="003D23DA">
        <w:rPr>
          <w:rFonts w:cs="Times New Roman"/>
        </w:rPr>
        <w:t>.</w:t>
      </w:r>
    </w:p>
    <w:p w14:paraId="76E311FF" w14:textId="287F5318"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9:</w:t>
      </w:r>
      <w:r w:rsidR="003D23DA" w:rsidRPr="003D23DA">
        <w:rPr>
          <w:rFonts w:cs="Times New Roman"/>
          <w:b/>
          <w:color w:val="0000FF"/>
        </w:rPr>
        <w:tab/>
      </w:r>
      <w:r w:rsidRPr="003D23DA">
        <w:rPr>
          <w:rFonts w:cs="Times New Roman"/>
        </w:rPr>
        <w:t>Tập</w:t>
      </w:r>
      <w:r w:rsidR="004D52D6" w:rsidRPr="003D23DA">
        <w:rPr>
          <w:rFonts w:cs="Times New Roman"/>
        </w:rPr>
        <w:t xml:space="preserve"> </w:t>
      </w:r>
      <w:r w:rsidRPr="003D23DA">
        <w:rPr>
          <w:rFonts w:cs="Times New Roman"/>
        </w:rPr>
        <w:t>xác</w:t>
      </w:r>
      <w:r w:rsidR="004D52D6" w:rsidRPr="003D23DA">
        <w:rPr>
          <w:rFonts w:cs="Times New Roman"/>
        </w:rPr>
        <w:t xml:space="preserve"> </w:t>
      </w:r>
      <w:r w:rsidRPr="003D23DA">
        <w:rPr>
          <w:rFonts w:cs="Times New Roman"/>
        </w:rPr>
        <w:t>định</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hàm</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004D52D6" w:rsidRPr="003D23DA">
        <w:rPr>
          <w:position w:val="-10"/>
        </w:rPr>
        <w:object w:dxaOrig="920" w:dyaOrig="260" w14:anchorId="6C4E817A">
          <v:shape id="_x0000_i1085" type="#_x0000_t75" style="width:46.2pt;height:13.2pt" o:ole="">
            <v:imagedata r:id="rId126" o:title=""/>
          </v:shape>
          <o:OLEObject Type="Embed" ProgID="Equation.DSMT4" ShapeID="_x0000_i1085" DrawAspect="Content" ObjectID="_1699917875" r:id="rId127"/>
        </w:object>
      </w:r>
      <w:r w:rsidR="004D52D6" w:rsidRPr="003D23DA">
        <w:rPr>
          <w:rFonts w:cs="Times New Roman"/>
        </w:rPr>
        <w:t xml:space="preserve"> </w:t>
      </w:r>
      <w:r w:rsidRPr="003D23DA">
        <w:rPr>
          <w:rFonts w:cs="Times New Roman"/>
        </w:rPr>
        <w:t>là</w:t>
      </w:r>
    </w:p>
    <w:p w14:paraId="1B6FB66B" w14:textId="69A368FF"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10"/>
        </w:rPr>
        <w:object w:dxaOrig="740" w:dyaOrig="320" w14:anchorId="078BE33A">
          <v:shape id="_x0000_i1086" type="#_x0000_t75" style="width:37.2pt;height:16.2pt" o:ole="">
            <v:imagedata r:id="rId128" o:title=""/>
          </v:shape>
          <o:OLEObject Type="Embed" ProgID="Equation.DSMT4" ShapeID="_x0000_i1086" DrawAspect="Content" ObjectID="_1699917876" r:id="rId129"/>
        </w:object>
      </w:r>
      <w:r w:rsidRPr="003D23DA">
        <w:rPr>
          <w:rFonts w:cs="Times New Roman"/>
        </w:rPr>
        <w:t>.</w:t>
      </w:r>
      <w:r w:rsidRPr="003D23DA">
        <w:rPr>
          <w:rFonts w:cs="Times New Roman"/>
        </w:rPr>
        <w:tab/>
      </w:r>
      <w:r w:rsidRPr="003D23DA">
        <w:rPr>
          <w:rFonts w:cs="Times New Roman"/>
          <w:b/>
          <w:color w:val="0000FF"/>
        </w:rPr>
        <w:t xml:space="preserve">B. </w:t>
      </w:r>
      <w:r w:rsidRPr="003D23DA">
        <w:rPr>
          <w:rFonts w:cs="Times New Roman"/>
          <w:position w:val="-10"/>
        </w:rPr>
        <w:object w:dxaOrig="740" w:dyaOrig="320" w14:anchorId="316D218A">
          <v:shape id="_x0000_i1087" type="#_x0000_t75" style="width:37.2pt;height:16.2pt" o:ole="">
            <v:imagedata r:id="rId130" o:title=""/>
          </v:shape>
          <o:OLEObject Type="Embed" ProgID="Equation.DSMT4" ShapeID="_x0000_i1087" DrawAspect="Content" ObjectID="_1699917877" r:id="rId131"/>
        </w:object>
      </w:r>
      <w:r w:rsidRPr="003D23DA">
        <w:rPr>
          <w:rFonts w:cs="Times New Roman"/>
        </w:rPr>
        <w:t>.</w:t>
      </w:r>
      <w:r w:rsidRPr="003D23DA">
        <w:rPr>
          <w:rFonts w:cs="Times New Roman"/>
        </w:rPr>
        <w:tab/>
      </w:r>
      <w:r w:rsidR="00D06B0C" w:rsidRPr="00D06B0C">
        <w:rPr>
          <w:rFonts w:cs="Times New Roman"/>
          <w:b/>
          <w:color w:val="FF0000"/>
          <w:u w:val="single"/>
        </w:rPr>
        <w:t>C</w:t>
      </w:r>
      <w:r w:rsidRPr="003D23DA">
        <w:rPr>
          <w:rFonts w:cs="Times New Roman"/>
          <w:b/>
          <w:color w:val="0000FF"/>
        </w:rPr>
        <w:t xml:space="preserve">. </w:t>
      </w:r>
      <w:r w:rsidRPr="003D23DA">
        <w:rPr>
          <w:rFonts w:cs="Times New Roman"/>
          <w:position w:val="-4"/>
        </w:rPr>
        <w:object w:dxaOrig="260" w:dyaOrig="260" w14:anchorId="6BFDDE17">
          <v:shape id="_x0000_i1088" type="#_x0000_t75" style="width:13.2pt;height:13.2pt" o:ole="">
            <v:imagedata r:id="rId132" o:title=""/>
          </v:shape>
          <o:OLEObject Type="Embed" ProgID="Equation.DSMT4" ShapeID="_x0000_i1088" DrawAspect="Content" ObjectID="_1699917878" r:id="rId133"/>
        </w:object>
      </w:r>
      <w:r w:rsidRPr="003D23DA">
        <w:rPr>
          <w:rFonts w:cs="Times New Roman"/>
        </w:rPr>
        <w:t>.</w:t>
      </w:r>
      <w:r w:rsidRPr="003D23DA">
        <w:rPr>
          <w:rFonts w:cs="Times New Roman"/>
        </w:rPr>
        <w:tab/>
      </w:r>
      <w:r w:rsidRPr="003D23DA">
        <w:rPr>
          <w:rFonts w:cs="Times New Roman"/>
          <w:b/>
          <w:color w:val="0000FF"/>
        </w:rPr>
        <w:t xml:space="preserve">D. </w:t>
      </w:r>
      <w:r w:rsidR="004D52D6" w:rsidRPr="003D23DA">
        <w:rPr>
          <w:rFonts w:cs="Times New Roman"/>
          <w:position w:val="-10"/>
        </w:rPr>
        <w:object w:dxaOrig="600" w:dyaOrig="320" w14:anchorId="00F2F254">
          <v:shape id="_x0000_i1089" type="#_x0000_t75" style="width:30pt;height:16.2pt" o:ole="">
            <v:imagedata r:id="rId134" o:title=""/>
          </v:shape>
          <o:OLEObject Type="Embed" ProgID="Equation.DSMT4" ShapeID="_x0000_i1089" DrawAspect="Content" ObjectID="_1699917879" r:id="rId135"/>
        </w:object>
      </w:r>
      <w:r w:rsidR="004D52D6" w:rsidRPr="003D23DA">
        <w:rPr>
          <w:rFonts w:cs="Times New Roman"/>
        </w:rPr>
        <w:t>.</w:t>
      </w:r>
    </w:p>
    <w:p w14:paraId="3FBB36C9" w14:textId="28277DEC"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10:</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hình</w:t>
      </w:r>
      <w:r w:rsidR="004D52D6" w:rsidRPr="003D23DA">
        <w:rPr>
          <w:rFonts w:cs="Times New Roman"/>
        </w:rPr>
        <w:t xml:space="preserve"> </w:t>
      </w:r>
      <w:r w:rsidRPr="003D23DA">
        <w:rPr>
          <w:rFonts w:cs="Times New Roman"/>
        </w:rPr>
        <w:t>chóp</w:t>
      </w:r>
      <w:r w:rsidR="004D52D6" w:rsidRPr="003D23DA">
        <w:rPr>
          <w:rFonts w:cs="Times New Roman"/>
        </w:rPr>
        <w:t xml:space="preserve"> </w:t>
      </w:r>
      <w:r w:rsidRPr="003D23DA">
        <w:rPr>
          <w:rFonts w:cs="Times New Roman"/>
        </w:rPr>
        <w:t>tam</w:t>
      </w:r>
      <w:r w:rsidR="004D52D6" w:rsidRPr="003D23DA">
        <w:rPr>
          <w:rFonts w:cs="Times New Roman"/>
        </w:rPr>
        <w:t xml:space="preserve"> </w:t>
      </w:r>
      <w:r w:rsidRPr="003D23DA">
        <w:rPr>
          <w:rFonts w:cs="Times New Roman"/>
        </w:rPr>
        <w:t>giác</w:t>
      </w:r>
      <w:r w:rsidR="004D52D6" w:rsidRPr="003D23DA">
        <w:rPr>
          <w:rFonts w:cs="Times New Roman"/>
        </w:rPr>
        <w:t xml:space="preserve"> </w:t>
      </w:r>
      <w:r w:rsidR="004D52D6" w:rsidRPr="003D23DA">
        <w:rPr>
          <w:position w:val="-6"/>
        </w:rPr>
        <w:object w:dxaOrig="740" w:dyaOrig="279" w14:anchorId="03473784">
          <v:shape id="_x0000_i1090" type="#_x0000_t75" style="width:37.2pt;height:13.8pt" o:ole="">
            <v:imagedata r:id="rId136" o:title=""/>
          </v:shape>
          <o:OLEObject Type="Embed" ProgID="Equation.DSMT4" ShapeID="_x0000_i1090" DrawAspect="Content" ObjectID="_1699917880" r:id="rId137"/>
        </w:object>
      </w:r>
      <w:r w:rsidR="004D52D6" w:rsidRPr="003D23DA">
        <w:rPr>
          <w:rFonts w:cs="Times New Roman"/>
        </w:rPr>
        <w:t xml:space="preserve">. </w:t>
      </w:r>
      <w:r w:rsidRPr="003D23DA">
        <w:rPr>
          <w:rFonts w:cs="Times New Roman"/>
        </w:rPr>
        <w:t>Gọi</w:t>
      </w:r>
      <w:r w:rsidR="004D52D6" w:rsidRPr="003D23DA">
        <w:rPr>
          <w:rFonts w:cs="Times New Roman"/>
        </w:rPr>
        <w:t xml:space="preserve"> </w:t>
      </w:r>
      <w:r w:rsidR="004D52D6" w:rsidRPr="003D23DA">
        <w:rPr>
          <w:position w:val="-10"/>
        </w:rPr>
        <w:object w:dxaOrig="859" w:dyaOrig="320" w14:anchorId="5E2982DE">
          <v:shape id="_x0000_i1091" type="#_x0000_t75" style="width:43.2pt;height:16.2pt" o:ole="">
            <v:imagedata r:id="rId138" o:title=""/>
          </v:shape>
          <o:OLEObject Type="Embed" ProgID="Equation.DSMT4" ShapeID="_x0000_i1091" DrawAspect="Content" ObjectID="_1699917881" r:id="rId139"/>
        </w:object>
      </w:r>
      <w:r w:rsidR="004D52D6" w:rsidRPr="003D23DA">
        <w:rPr>
          <w:rFonts w:cs="Times New Roman"/>
        </w:rPr>
        <w:t xml:space="preserve"> </w:t>
      </w:r>
      <w:r w:rsidRPr="003D23DA">
        <w:rPr>
          <w:rFonts w:cs="Times New Roman"/>
        </w:rPr>
        <w:t>lần</w:t>
      </w:r>
      <w:r w:rsidR="004D52D6" w:rsidRPr="003D23DA">
        <w:rPr>
          <w:rFonts w:cs="Times New Roman"/>
        </w:rPr>
        <w:t xml:space="preserve"> </w:t>
      </w:r>
      <w:r w:rsidRPr="003D23DA">
        <w:rPr>
          <w:rFonts w:cs="Times New Roman"/>
        </w:rPr>
        <w:t>lượt</w: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trung</w:t>
      </w:r>
      <w:r w:rsidR="004D52D6" w:rsidRPr="003D23DA">
        <w:rPr>
          <w:rFonts w:cs="Times New Roman"/>
        </w:rPr>
        <w:t xml:space="preserve"> </w:t>
      </w:r>
      <w:r w:rsidRPr="003D23DA">
        <w:rPr>
          <w:rFonts w:cs="Times New Roman"/>
        </w:rPr>
        <w:t>điểm</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các</w:t>
      </w:r>
      <w:r w:rsidR="004D52D6" w:rsidRPr="003D23DA">
        <w:rPr>
          <w:rFonts w:cs="Times New Roman"/>
        </w:rPr>
        <w:t xml:space="preserve"> </w:t>
      </w:r>
      <w:r w:rsidRPr="003D23DA">
        <w:rPr>
          <w:rFonts w:cs="Times New Roman"/>
        </w:rPr>
        <w:t>cạnh</w:t>
      </w:r>
      <w:r w:rsidR="004D52D6" w:rsidRPr="003D23DA">
        <w:rPr>
          <w:rFonts w:cs="Times New Roman"/>
        </w:rPr>
        <w:t xml:space="preserve"> </w:t>
      </w:r>
      <w:r w:rsidR="004D52D6" w:rsidRPr="003D23DA">
        <w:rPr>
          <w:position w:val="-10"/>
        </w:rPr>
        <w:object w:dxaOrig="1180" w:dyaOrig="320" w14:anchorId="798E61A9">
          <v:shape id="_x0000_i1092" type="#_x0000_t75" style="width:58.8pt;height:16.2pt" o:ole="">
            <v:imagedata r:id="rId140" o:title=""/>
          </v:shape>
          <o:OLEObject Type="Embed" ProgID="Equation.DSMT4" ShapeID="_x0000_i1092" DrawAspect="Content" ObjectID="_1699917882" r:id="rId141"/>
        </w:object>
      </w:r>
      <w:r w:rsidR="004D52D6" w:rsidRPr="003D23DA">
        <w:rPr>
          <w:rFonts w:cs="Times New Roman"/>
        </w:rPr>
        <w:t xml:space="preserve">. </w:t>
      </w:r>
      <w:r w:rsidRPr="003D23DA">
        <w:rPr>
          <w:rFonts w:cs="Times New Roman"/>
        </w:rPr>
        <w:t>Mặt</w:t>
      </w:r>
      <w:r w:rsidR="004D52D6" w:rsidRPr="003D23DA">
        <w:rPr>
          <w:rFonts w:cs="Times New Roman"/>
        </w:rPr>
        <w:t xml:space="preserve"> </w:t>
      </w:r>
      <w:r w:rsidRPr="003D23DA">
        <w:rPr>
          <w:rFonts w:cs="Times New Roman"/>
        </w:rPr>
        <w:t>phẳng</w:t>
      </w:r>
      <w:r w:rsidR="004D52D6" w:rsidRPr="003D23DA">
        <w:rPr>
          <w:rFonts w:cs="Times New Roman"/>
        </w:rPr>
        <w:t xml:space="preserve"> </w:t>
      </w:r>
      <w:r w:rsidR="004D52D6" w:rsidRPr="003D23DA">
        <w:rPr>
          <w:position w:val="-10"/>
        </w:rPr>
        <w:object w:dxaOrig="760" w:dyaOrig="320" w14:anchorId="66458E46">
          <v:shape id="_x0000_i1093" type="#_x0000_t75" style="width:37.8pt;height:16.2pt" o:ole="">
            <v:imagedata r:id="rId142" o:title=""/>
          </v:shape>
          <o:OLEObject Type="Embed" ProgID="Equation.DSMT4" ShapeID="_x0000_i1093" DrawAspect="Content" ObjectID="_1699917883" r:id="rId143"/>
        </w:objec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Pr="003D23DA">
        <w:rPr>
          <w:rFonts w:cs="Times New Roman"/>
        </w:rPr>
        <w:t>mặt</w:t>
      </w:r>
      <w:r w:rsidR="004D52D6" w:rsidRPr="003D23DA">
        <w:rPr>
          <w:rFonts w:cs="Times New Roman"/>
        </w:rPr>
        <w:t xml:space="preserve"> </w:t>
      </w:r>
      <w:r w:rsidRPr="003D23DA">
        <w:rPr>
          <w:rFonts w:cs="Times New Roman"/>
        </w:rPr>
        <w:t>phẳng</w:t>
      </w:r>
      <w:r w:rsidR="004D52D6" w:rsidRPr="003D23DA">
        <w:rPr>
          <w:rFonts w:cs="Times New Roman"/>
        </w:rPr>
        <w:t xml:space="preserve"> </w:t>
      </w:r>
      <w:r w:rsidRPr="003D23DA">
        <w:rPr>
          <w:rFonts w:cs="Times New Roman"/>
        </w:rPr>
        <w:t>nào</w:t>
      </w:r>
      <w:r w:rsidR="004D52D6" w:rsidRPr="003D23DA">
        <w:rPr>
          <w:rFonts w:cs="Times New Roman"/>
        </w:rPr>
        <w:t xml:space="preserve"> </w:t>
      </w:r>
      <w:r w:rsidRPr="003D23DA">
        <w:rPr>
          <w:rFonts w:cs="Times New Roman"/>
        </w:rPr>
        <w:t>dưới</w:t>
      </w:r>
      <w:r w:rsidR="004D52D6" w:rsidRPr="003D23DA">
        <w:rPr>
          <w:rFonts w:cs="Times New Roman"/>
        </w:rPr>
        <w:t xml:space="preserve"> </w:t>
      </w:r>
      <w:r w:rsidRPr="003D23DA">
        <w:rPr>
          <w:rFonts w:cs="Times New Roman"/>
        </w:rPr>
        <w:t>đây?</w:t>
      </w:r>
    </w:p>
    <w:p w14:paraId="0D3FF148" w14:textId="12A6F5D2" w:rsidR="003D23DA"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 xml:space="preserve">Mặt phẳng </w:t>
      </w:r>
      <w:r w:rsidRPr="003D23DA">
        <w:rPr>
          <w:rFonts w:cs="Times New Roman"/>
          <w:position w:val="-10"/>
        </w:rPr>
        <w:object w:dxaOrig="660" w:dyaOrig="320" w14:anchorId="5CC36FFA">
          <v:shape id="_x0000_i1094" type="#_x0000_t75" style="width:33pt;height:16.2pt" o:ole="">
            <v:imagedata r:id="rId144" o:title=""/>
          </v:shape>
          <o:OLEObject Type="Embed" ProgID="Equation.DSMT4" ShapeID="_x0000_i1094" DrawAspect="Content" ObjectID="_1699917884" r:id="rId145"/>
        </w:object>
      </w:r>
      <w:r w:rsidRPr="003D23DA">
        <w:rPr>
          <w:rFonts w:cs="Times New Roman"/>
        </w:rPr>
        <w:t>.</w:t>
      </w:r>
      <w:r w:rsidRPr="003D23DA">
        <w:rPr>
          <w:rFonts w:cs="Times New Roman"/>
        </w:rPr>
        <w:tab/>
      </w:r>
      <w:r w:rsidR="00D06B0C" w:rsidRPr="00D06B0C">
        <w:rPr>
          <w:rFonts w:cs="Times New Roman"/>
          <w:b/>
          <w:color w:val="FF0000"/>
          <w:u w:val="single"/>
        </w:rPr>
        <w:t>B</w:t>
      </w:r>
      <w:r w:rsidRPr="003D23DA">
        <w:rPr>
          <w:rFonts w:cs="Times New Roman"/>
          <w:b/>
          <w:color w:val="0000FF"/>
        </w:rPr>
        <w:t xml:space="preserve">. </w:t>
      </w:r>
      <w:r w:rsidRPr="003D23DA">
        <w:rPr>
          <w:rFonts w:cs="Times New Roman"/>
        </w:rPr>
        <w:t xml:space="preserve">Mặt phẳng </w:t>
      </w:r>
      <w:r w:rsidRPr="003D23DA">
        <w:rPr>
          <w:rFonts w:cs="Times New Roman"/>
          <w:position w:val="-10"/>
        </w:rPr>
        <w:object w:dxaOrig="680" w:dyaOrig="320" w14:anchorId="6378DEA7">
          <v:shape id="_x0000_i1095" type="#_x0000_t75" style="width:34.2pt;height:16.2pt" o:ole="">
            <v:imagedata r:id="rId146" o:title=""/>
          </v:shape>
          <o:OLEObject Type="Embed" ProgID="Equation.DSMT4" ShapeID="_x0000_i1095" DrawAspect="Content" ObjectID="_1699917885" r:id="rId147"/>
        </w:object>
      </w:r>
      <w:r w:rsidRPr="003D23DA">
        <w:rPr>
          <w:rFonts w:cs="Times New Roman"/>
        </w:rPr>
        <w:t>.</w:t>
      </w:r>
    </w:p>
    <w:p w14:paraId="6E890573" w14:textId="51B8078D"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C. </w:t>
      </w:r>
      <w:r w:rsidRPr="003D23DA">
        <w:rPr>
          <w:rFonts w:cs="Times New Roman"/>
        </w:rPr>
        <w:t xml:space="preserve">Mặt phẳng </w:t>
      </w:r>
      <w:r w:rsidRPr="003D23DA">
        <w:rPr>
          <w:rFonts w:cs="Times New Roman"/>
          <w:position w:val="-10"/>
        </w:rPr>
        <w:object w:dxaOrig="680" w:dyaOrig="320" w14:anchorId="285D174B">
          <v:shape id="_x0000_i1096" type="#_x0000_t75" style="width:34.2pt;height:16.2pt" o:ole="">
            <v:imagedata r:id="rId148" o:title=""/>
          </v:shape>
          <o:OLEObject Type="Embed" ProgID="Equation.DSMT4" ShapeID="_x0000_i1096" DrawAspect="Content" ObjectID="_1699917886" r:id="rId149"/>
        </w:object>
      </w:r>
      <w:r w:rsidRPr="003D23DA">
        <w:rPr>
          <w:rFonts w:cs="Times New Roman"/>
        </w:rPr>
        <w:t>.</w:t>
      </w:r>
      <w:r w:rsidRPr="003D23DA">
        <w:rPr>
          <w:rFonts w:cs="Times New Roman"/>
        </w:rPr>
        <w:tab/>
      </w:r>
      <w:r w:rsidRPr="003D23DA">
        <w:rPr>
          <w:rFonts w:cs="Times New Roman"/>
          <w:b/>
          <w:color w:val="0000FF"/>
        </w:rPr>
        <w:t xml:space="preserve">D. </w:t>
      </w:r>
      <w:r w:rsidR="00D06B0C" w:rsidRPr="003D23DA">
        <w:rPr>
          <w:rFonts w:cs="Times New Roman"/>
        </w:rPr>
        <w:t>Mặt</w:t>
      </w:r>
      <w:r w:rsidR="004D52D6" w:rsidRPr="003D23DA">
        <w:rPr>
          <w:rFonts w:cs="Times New Roman"/>
        </w:rPr>
        <w:t xml:space="preserve"> </w:t>
      </w:r>
      <w:r w:rsidR="00D06B0C" w:rsidRPr="003D23DA">
        <w:rPr>
          <w:rFonts w:cs="Times New Roman"/>
        </w:rPr>
        <w:t>phẳng</w:t>
      </w:r>
      <w:r w:rsidR="004D52D6" w:rsidRPr="003D23DA">
        <w:rPr>
          <w:rFonts w:cs="Times New Roman"/>
        </w:rPr>
        <w:t xml:space="preserve"> </w:t>
      </w:r>
      <w:r w:rsidR="004D52D6" w:rsidRPr="003D23DA">
        <w:rPr>
          <w:rFonts w:cs="Times New Roman"/>
          <w:position w:val="-10"/>
        </w:rPr>
        <w:object w:dxaOrig="720" w:dyaOrig="320" w14:anchorId="0672D62D">
          <v:shape id="_x0000_i1097" type="#_x0000_t75" style="width:36pt;height:16.2pt" o:ole="">
            <v:imagedata r:id="rId150" o:title=""/>
          </v:shape>
          <o:OLEObject Type="Embed" ProgID="Equation.DSMT4" ShapeID="_x0000_i1097" DrawAspect="Content" ObjectID="_1699917887" r:id="rId151"/>
        </w:object>
      </w:r>
      <w:r w:rsidR="004D52D6" w:rsidRPr="003D23DA">
        <w:rPr>
          <w:rFonts w:cs="Times New Roman"/>
        </w:rPr>
        <w:t>.</w:t>
      </w:r>
    </w:p>
    <w:p w14:paraId="629E16B3" w14:textId="2A97AA37"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11:</w:t>
      </w:r>
      <w:r w:rsidR="003D23DA" w:rsidRPr="003D23DA">
        <w:rPr>
          <w:rFonts w:cs="Times New Roman"/>
          <w:b/>
          <w:color w:val="0000FF"/>
        </w:rPr>
        <w:tab/>
      </w:r>
      <w:r w:rsidRPr="003D23DA">
        <w:rPr>
          <w:rFonts w:cs="Times New Roman"/>
        </w:rPr>
        <w:t>Không</w:t>
      </w:r>
      <w:r w:rsidR="004D52D6" w:rsidRPr="003D23DA">
        <w:rPr>
          <w:rFonts w:cs="Times New Roman"/>
        </w:rPr>
        <w:t xml:space="preserve"> </w:t>
      </w:r>
      <w:r w:rsidRPr="003D23DA">
        <w:rPr>
          <w:rFonts w:cs="Times New Roman"/>
        </w:rPr>
        <w:t>gian</w:t>
      </w:r>
      <w:r w:rsidR="004D52D6" w:rsidRPr="003D23DA">
        <w:rPr>
          <w:rFonts w:cs="Times New Roman"/>
        </w:rPr>
        <w:t xml:space="preserve"> </w:t>
      </w:r>
      <w:r w:rsidRPr="003D23DA">
        <w:rPr>
          <w:rFonts w:cs="Times New Roman"/>
        </w:rPr>
        <w:t>mẫu</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phép</w:t>
      </w:r>
      <w:r w:rsidR="004D52D6" w:rsidRPr="003D23DA">
        <w:rPr>
          <w:rFonts w:cs="Times New Roman"/>
        </w:rPr>
        <w:t xml:space="preserve"> </w:t>
      </w:r>
      <w:r w:rsidRPr="003D23DA">
        <w:rPr>
          <w:rFonts w:cs="Times New Roman"/>
        </w:rPr>
        <w:t>thử</w:t>
      </w:r>
      <w:r w:rsidR="004D52D6" w:rsidRPr="003D23DA">
        <w:rPr>
          <w:rFonts w:cs="Times New Roman"/>
        </w:rPr>
        <w:t xml:space="preserve"> </w:t>
      </w:r>
      <w:r w:rsidRPr="003D23DA">
        <w:rPr>
          <w:rFonts w:cs="Times New Roman"/>
        </w:rPr>
        <w:t>gieo</w:t>
      </w:r>
      <w:r w:rsidR="004D52D6" w:rsidRPr="003D23DA">
        <w:rPr>
          <w:rFonts w:cs="Times New Roman"/>
        </w:rPr>
        <w:t xml:space="preserve"> </w:t>
      </w:r>
      <w:r w:rsidRPr="003D23DA">
        <w:rPr>
          <w:rFonts w:cs="Times New Roman"/>
        </w:rPr>
        <w:t>một</w:t>
      </w:r>
      <w:r w:rsidR="004D52D6" w:rsidRPr="003D23DA">
        <w:rPr>
          <w:rFonts w:cs="Times New Roman"/>
        </w:rPr>
        <w:t xml:space="preserve"> </w:t>
      </w:r>
      <w:r w:rsidRPr="003D23DA">
        <w:rPr>
          <w:rFonts w:cs="Times New Roman"/>
        </w:rPr>
        <w:t>đồng</w:t>
      </w:r>
      <w:r w:rsidR="004D52D6" w:rsidRPr="003D23DA">
        <w:rPr>
          <w:rFonts w:cs="Times New Roman"/>
        </w:rPr>
        <w:t xml:space="preserve"> </w:t>
      </w:r>
      <w:r w:rsidRPr="003D23DA">
        <w:rPr>
          <w:rFonts w:cs="Times New Roman"/>
        </w:rPr>
        <w:t>xu</w:t>
      </w:r>
      <w:r w:rsidR="004D52D6" w:rsidRPr="003D23DA">
        <w:rPr>
          <w:rFonts w:cs="Times New Roman"/>
        </w:rPr>
        <w:t xml:space="preserve"> </w:t>
      </w:r>
      <w:r w:rsidRPr="003D23DA">
        <w:rPr>
          <w:rFonts w:cs="Times New Roman"/>
        </w:rPr>
        <w:t>cân</w:t>
      </w:r>
      <w:r w:rsidR="004D52D6" w:rsidRPr="003D23DA">
        <w:rPr>
          <w:rFonts w:cs="Times New Roman"/>
        </w:rPr>
        <w:t xml:space="preserve"> </w:t>
      </w:r>
      <w:r w:rsidRPr="003D23DA">
        <w:rPr>
          <w:rFonts w:cs="Times New Roman"/>
        </w:rPr>
        <w:t>đối</w:t>
      </w:r>
      <w:r w:rsidR="004D52D6" w:rsidRPr="003D23DA">
        <w:rPr>
          <w:rFonts w:cs="Times New Roman"/>
        </w:rPr>
        <w:t xml:space="preserve"> </w:t>
      </w:r>
      <w:r w:rsidRPr="003D23DA">
        <w:rPr>
          <w:rFonts w:cs="Times New Roman"/>
        </w:rPr>
        <w:t>đồng</w:t>
      </w:r>
      <w:r w:rsidR="004D52D6" w:rsidRPr="003D23DA">
        <w:rPr>
          <w:rFonts w:cs="Times New Roman"/>
        </w:rPr>
        <w:t xml:space="preserve"> </w:t>
      </w:r>
      <w:r w:rsidRPr="003D23DA">
        <w:rPr>
          <w:rFonts w:cs="Times New Roman"/>
        </w:rPr>
        <w:t>chất</w:t>
      </w:r>
      <w:r w:rsidR="004D52D6" w:rsidRPr="003D23DA">
        <w:rPr>
          <w:rFonts w:cs="Times New Roman"/>
        </w:rPr>
        <w:t xml:space="preserve"> </w:t>
      </w:r>
      <w:r w:rsidRPr="003D23DA">
        <w:rPr>
          <w:rFonts w:cs="Times New Roman"/>
        </w:rPr>
        <w:t>3</w:t>
      </w:r>
      <w:r w:rsidR="004D52D6" w:rsidRPr="003D23DA">
        <w:rPr>
          <w:rFonts w:cs="Times New Roman"/>
        </w:rPr>
        <w:t xml:space="preserve"> </w:t>
      </w:r>
      <w:r w:rsidRPr="003D23DA">
        <w:rPr>
          <w:rFonts w:cs="Times New Roman"/>
        </w:rPr>
        <w:t>lần</w:t>
      </w:r>
      <w:r w:rsidR="004D52D6" w:rsidRPr="003D23DA">
        <w:rPr>
          <w:rFonts w:cs="Times New Roman"/>
        </w:rPr>
        <w:t xml:space="preserve"> </w:t>
      </w:r>
      <w:r w:rsidRPr="003D23DA">
        <w:rPr>
          <w:rFonts w:cs="Times New Roman"/>
        </w:rPr>
        <w:t>liên</w:t>
      </w:r>
      <w:r w:rsidR="004D52D6" w:rsidRPr="003D23DA">
        <w:rPr>
          <w:rFonts w:cs="Times New Roman"/>
        </w:rPr>
        <w:t xml:space="preserve"> </w:t>
      </w:r>
      <w:r w:rsidRPr="003D23DA">
        <w:rPr>
          <w:rFonts w:cs="Times New Roman"/>
        </w:rPr>
        <w:t>tiếp</w: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bao</w:t>
      </w:r>
      <w:r w:rsidR="004D52D6" w:rsidRPr="003D23DA">
        <w:rPr>
          <w:rFonts w:cs="Times New Roman"/>
        </w:rPr>
        <w:t xml:space="preserve"> </w:t>
      </w:r>
      <w:r w:rsidRPr="003D23DA">
        <w:rPr>
          <w:rFonts w:cs="Times New Roman"/>
        </w:rPr>
        <w:t>nhiêu</w:t>
      </w:r>
      <w:r w:rsidR="004D52D6" w:rsidRPr="003D23DA">
        <w:rPr>
          <w:rFonts w:cs="Times New Roman"/>
        </w:rPr>
        <w:t xml:space="preserve"> </w:t>
      </w:r>
      <w:r w:rsidRPr="003D23DA">
        <w:rPr>
          <w:rFonts w:cs="Times New Roman"/>
        </w:rPr>
        <w:t>phần</w:t>
      </w:r>
      <w:r w:rsidR="004D52D6" w:rsidRPr="003D23DA">
        <w:rPr>
          <w:rFonts w:cs="Times New Roman"/>
        </w:rPr>
        <w:t xml:space="preserve"> </w:t>
      </w:r>
      <w:r w:rsidRPr="003D23DA">
        <w:rPr>
          <w:rFonts w:cs="Times New Roman"/>
        </w:rPr>
        <w:t>tử?</w:t>
      </w:r>
    </w:p>
    <w:p w14:paraId="1EDCAEDE" w14:textId="1E57A258"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2.</w:t>
      </w:r>
      <w:r w:rsidRPr="003D23DA">
        <w:rPr>
          <w:rFonts w:cs="Times New Roman"/>
        </w:rPr>
        <w:tab/>
      </w:r>
      <w:r w:rsidRPr="003D23DA">
        <w:rPr>
          <w:rFonts w:cs="Times New Roman"/>
          <w:b/>
          <w:color w:val="0000FF"/>
        </w:rPr>
        <w:t xml:space="preserve">B. </w:t>
      </w:r>
      <w:r w:rsidRPr="003D23DA">
        <w:rPr>
          <w:rFonts w:cs="Times New Roman"/>
        </w:rPr>
        <w:t>4.</w:t>
      </w:r>
      <w:r w:rsidRPr="003D23DA">
        <w:rPr>
          <w:rFonts w:cs="Times New Roman"/>
        </w:rPr>
        <w:tab/>
      </w:r>
      <w:r w:rsidRPr="003D23DA">
        <w:rPr>
          <w:rFonts w:cs="Times New Roman"/>
          <w:b/>
          <w:color w:val="0000FF"/>
        </w:rPr>
        <w:t xml:space="preserve">C. </w:t>
      </w:r>
      <w:r w:rsidRPr="003D23DA">
        <w:rPr>
          <w:rFonts w:cs="Times New Roman"/>
        </w:rPr>
        <w:t>6.</w:t>
      </w:r>
      <w:r w:rsidRPr="003D23DA">
        <w:rPr>
          <w:rFonts w:cs="Times New Roman"/>
        </w:rPr>
        <w:tab/>
      </w:r>
      <w:r w:rsidR="00D06B0C" w:rsidRPr="00D06B0C">
        <w:rPr>
          <w:rFonts w:cs="Times New Roman"/>
          <w:b/>
          <w:color w:val="FF0000"/>
          <w:u w:val="single"/>
        </w:rPr>
        <w:t>D</w:t>
      </w:r>
      <w:r w:rsidRPr="003D23DA">
        <w:rPr>
          <w:rFonts w:cs="Times New Roman"/>
          <w:b/>
          <w:color w:val="0000FF"/>
        </w:rPr>
        <w:t xml:space="preserve">. </w:t>
      </w:r>
      <w:r w:rsidR="00D06B0C" w:rsidRPr="003D23DA">
        <w:rPr>
          <w:rFonts w:cs="Times New Roman"/>
        </w:rPr>
        <w:t>8</w:t>
      </w:r>
      <w:r w:rsidR="004D52D6" w:rsidRPr="003D23DA">
        <w:rPr>
          <w:rFonts w:cs="Times New Roman"/>
        </w:rPr>
        <w:t>.</w:t>
      </w:r>
    </w:p>
    <w:p w14:paraId="6AB9359A" w14:textId="68FC5E73"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12:</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các</w:t>
      </w:r>
      <w:r w:rsidR="004D52D6" w:rsidRPr="003D23DA">
        <w:rPr>
          <w:rFonts w:cs="Times New Roman"/>
        </w:rPr>
        <w:t xml:space="preserve"> </w:t>
      </w:r>
      <w:r w:rsidRPr="003D23DA">
        <w:rPr>
          <w:rFonts w:cs="Times New Roman"/>
        </w:rPr>
        <w:t>dãy</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sau</w:t>
      </w:r>
      <w:r w:rsidR="004D52D6" w:rsidRPr="003D23DA">
        <w:rPr>
          <w:rFonts w:cs="Times New Roman"/>
        </w:rPr>
        <w:t xml:space="preserve">. </w:t>
      </w:r>
      <w:r w:rsidRPr="003D23DA">
        <w:rPr>
          <w:rFonts w:cs="Times New Roman"/>
        </w:rPr>
        <w:t>Dãy</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nào</w: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dãy</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giảm?</w:t>
      </w:r>
    </w:p>
    <w:p w14:paraId="4923DE37" w14:textId="64B4A9CB"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10"/>
        </w:rPr>
        <w:object w:dxaOrig="1020" w:dyaOrig="320" w14:anchorId="7B341511">
          <v:shape id="_x0000_i1098" type="#_x0000_t75" style="width:51pt;height:16.2pt" o:ole="">
            <v:imagedata r:id="rId152" o:title=""/>
          </v:shape>
          <o:OLEObject Type="Embed" ProgID="Equation.DSMT4" ShapeID="_x0000_i1098" DrawAspect="Content" ObjectID="_1699917888" r:id="rId153"/>
        </w:object>
      </w:r>
      <w:r w:rsidRPr="003D23DA">
        <w:rPr>
          <w:rFonts w:cs="Times New Roman"/>
        </w:rPr>
        <w:t>.</w:t>
      </w:r>
      <w:r w:rsidRPr="003D23DA">
        <w:rPr>
          <w:rFonts w:cs="Times New Roman"/>
        </w:rPr>
        <w:tab/>
      </w:r>
      <w:r w:rsidRPr="003D23DA">
        <w:rPr>
          <w:rFonts w:cs="Times New Roman"/>
          <w:b/>
          <w:color w:val="0000FF"/>
        </w:rPr>
        <w:t xml:space="preserve">B. </w:t>
      </w:r>
      <w:r w:rsidRPr="003D23DA">
        <w:rPr>
          <w:rFonts w:cs="Times New Roman"/>
          <w:position w:val="-24"/>
        </w:rPr>
        <w:object w:dxaOrig="1620" w:dyaOrig="620" w14:anchorId="17118975">
          <v:shape id="_x0000_i1099" type="#_x0000_t75" style="width:81pt;height:31.2pt" o:ole="">
            <v:imagedata r:id="rId154" o:title=""/>
          </v:shape>
          <o:OLEObject Type="Embed" ProgID="Equation.DSMT4" ShapeID="_x0000_i1099" DrawAspect="Content" ObjectID="_1699917889" r:id="rId155"/>
        </w:object>
      </w:r>
      <w:r w:rsidRPr="003D23DA">
        <w:rPr>
          <w:rFonts w:cs="Times New Roman"/>
        </w:rPr>
        <w:t>.</w:t>
      </w:r>
      <w:r w:rsidRPr="003D23DA">
        <w:rPr>
          <w:rFonts w:cs="Times New Roman"/>
        </w:rPr>
        <w:tab/>
      </w:r>
      <w:r w:rsidRPr="003D23DA">
        <w:rPr>
          <w:rFonts w:cs="Times New Roman"/>
          <w:b/>
          <w:color w:val="0000FF"/>
        </w:rPr>
        <w:t xml:space="preserve">C. </w:t>
      </w:r>
      <w:r w:rsidRPr="003D23DA">
        <w:rPr>
          <w:rFonts w:cs="Times New Roman"/>
          <w:position w:val="-10"/>
        </w:rPr>
        <w:object w:dxaOrig="740" w:dyaOrig="320" w14:anchorId="37DC4EBA">
          <v:shape id="_x0000_i1100" type="#_x0000_t75" style="width:37.2pt;height:16.2pt" o:ole="">
            <v:imagedata r:id="rId156" o:title=""/>
          </v:shape>
          <o:OLEObject Type="Embed" ProgID="Equation.DSMT4" ShapeID="_x0000_i1100" DrawAspect="Content" ObjectID="_1699917890" r:id="rId157"/>
        </w:object>
      </w:r>
      <w:r w:rsidRPr="003D23DA">
        <w:rPr>
          <w:rFonts w:cs="Times New Roman"/>
        </w:rPr>
        <w:t>.</w:t>
      </w:r>
      <w:r w:rsidRPr="003D23DA">
        <w:rPr>
          <w:rFonts w:cs="Times New Roman"/>
        </w:rPr>
        <w:tab/>
      </w:r>
      <w:r w:rsidR="00D06B0C" w:rsidRPr="00D06B0C">
        <w:rPr>
          <w:rFonts w:cs="Times New Roman"/>
          <w:b/>
          <w:color w:val="FF0000"/>
          <w:u w:val="single"/>
        </w:rPr>
        <w:t>D</w:t>
      </w:r>
      <w:r w:rsidRPr="003D23DA">
        <w:rPr>
          <w:rFonts w:cs="Times New Roman"/>
          <w:b/>
          <w:color w:val="0000FF"/>
        </w:rPr>
        <w:t xml:space="preserve">. </w:t>
      </w:r>
      <w:r w:rsidR="004D52D6" w:rsidRPr="003D23DA">
        <w:rPr>
          <w:rFonts w:cs="Times New Roman"/>
          <w:position w:val="-10"/>
        </w:rPr>
        <w:object w:dxaOrig="1060" w:dyaOrig="320" w14:anchorId="3F440709">
          <v:shape id="_x0000_i1101" type="#_x0000_t75" style="width:52.8pt;height:16.2pt" o:ole="">
            <v:imagedata r:id="rId158" o:title=""/>
          </v:shape>
          <o:OLEObject Type="Embed" ProgID="Equation.DSMT4" ShapeID="_x0000_i1101" DrawAspect="Content" ObjectID="_1699917891" r:id="rId159"/>
        </w:object>
      </w:r>
      <w:r w:rsidR="004D52D6" w:rsidRPr="003D23DA">
        <w:rPr>
          <w:rFonts w:cs="Times New Roman"/>
        </w:rPr>
        <w:t>.</w:t>
      </w:r>
    </w:p>
    <w:p w14:paraId="63279631" w14:textId="770A7A3D"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13:</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dãy</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004D52D6" w:rsidRPr="003D23DA">
        <w:rPr>
          <w:position w:val="-14"/>
        </w:rPr>
        <w:object w:dxaOrig="480" w:dyaOrig="400" w14:anchorId="2FCEB4D2">
          <v:shape id="_x0000_i1102" type="#_x0000_t75" style="width:24pt;height:19.8pt" o:ole="">
            <v:imagedata r:id="rId160" o:title=""/>
          </v:shape>
          <o:OLEObject Type="Embed" ProgID="Equation.DSMT4" ShapeID="_x0000_i1102" DrawAspect="Content" ObjectID="_1699917892" r:id="rId161"/>
        </w:object>
      </w:r>
      <w:r w:rsidR="004D52D6" w:rsidRPr="003D23DA">
        <w:rPr>
          <w:rFonts w:cs="Times New Roman"/>
        </w:rPr>
        <w:t xml:space="preserve"> </w:t>
      </w:r>
      <w:r w:rsidRPr="003D23DA">
        <w:rPr>
          <w:rFonts w:cs="Times New Roman"/>
        </w:rPr>
        <w:t>xác</w:t>
      </w:r>
      <w:r w:rsidR="004D52D6" w:rsidRPr="003D23DA">
        <w:rPr>
          <w:rFonts w:cs="Times New Roman"/>
        </w:rPr>
        <w:t xml:space="preserve"> </w:t>
      </w:r>
      <w:r w:rsidRPr="003D23DA">
        <w:rPr>
          <w:rFonts w:cs="Times New Roman"/>
        </w:rPr>
        <w:t>định</w:t>
      </w:r>
      <w:r w:rsidR="004D52D6" w:rsidRPr="003D23DA">
        <w:rPr>
          <w:rFonts w:cs="Times New Roman"/>
        </w:rPr>
        <w:t xml:space="preserve"> </w:t>
      </w:r>
      <w:r w:rsidRPr="003D23DA">
        <w:rPr>
          <w:rFonts w:cs="Times New Roman"/>
        </w:rPr>
        <w:t>bởi</w:t>
      </w:r>
      <w:r w:rsidR="004D52D6" w:rsidRPr="003D23DA">
        <w:rPr>
          <w:rFonts w:cs="Times New Roman"/>
        </w:rPr>
        <w:t xml:space="preserve"> </w:t>
      </w:r>
      <w:r w:rsidR="004D52D6" w:rsidRPr="003D23DA">
        <w:rPr>
          <w:position w:val="-12"/>
        </w:rPr>
        <w:object w:dxaOrig="1840" w:dyaOrig="360" w14:anchorId="27FB99E2">
          <v:shape id="_x0000_i1103" type="#_x0000_t75" style="width:91.8pt;height:18pt" o:ole="">
            <v:imagedata r:id="rId162" o:title=""/>
          </v:shape>
          <o:OLEObject Type="Embed" ProgID="Equation.DSMT4" ShapeID="_x0000_i1103" DrawAspect="Content" ObjectID="_1699917893" r:id="rId163"/>
        </w:object>
      </w:r>
      <w:r w:rsidR="004D52D6" w:rsidRPr="003D23DA">
        <w:rPr>
          <w:rFonts w:cs="Times New Roman"/>
        </w:rPr>
        <w:t>.</w:t>
      </w:r>
      <w:r w:rsidRPr="003D23DA">
        <w:rPr>
          <w:rFonts w:cs="Times New Roman"/>
        </w:rPr>
        <w:t>Số</w:t>
      </w:r>
      <w:r w:rsidR="004D52D6" w:rsidRPr="003D23DA">
        <w:rPr>
          <w:rFonts w:cs="Times New Roman"/>
        </w:rPr>
        <w:t xml:space="preserve"> </w:t>
      </w:r>
      <w:r w:rsidRPr="003D23DA">
        <w:rPr>
          <w:rFonts w:cs="Times New Roman"/>
        </w:rPr>
        <w:t>hạng</w:t>
      </w:r>
      <w:r w:rsidR="004D52D6" w:rsidRPr="003D23DA">
        <w:rPr>
          <w:rFonts w:cs="Times New Roman"/>
        </w:rPr>
        <w:t xml:space="preserve"> </w:t>
      </w:r>
      <w:r w:rsidR="004D52D6" w:rsidRPr="003D23DA">
        <w:rPr>
          <w:position w:val="-12"/>
        </w:rPr>
        <w:object w:dxaOrig="260" w:dyaOrig="360" w14:anchorId="7A4B326A">
          <v:shape id="_x0000_i1104" type="#_x0000_t75" style="width:13.2pt;height:18pt" o:ole="">
            <v:imagedata r:id="rId164" o:title=""/>
          </v:shape>
          <o:OLEObject Type="Embed" ProgID="Equation.DSMT4" ShapeID="_x0000_i1104" DrawAspect="Content" ObjectID="_1699917894" r:id="rId165"/>
        </w:objec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dãy</w:t>
      </w:r>
      <w:r w:rsidR="004D52D6" w:rsidRPr="003D23DA">
        <w:rPr>
          <w:rFonts w:cs="Times New Roman"/>
        </w:rPr>
        <w:t xml:space="preserve"> </w:t>
      </w:r>
      <w:r w:rsidRPr="003D23DA">
        <w:rPr>
          <w:rFonts w:cs="Times New Roman"/>
        </w:rPr>
        <w:t>là</w:t>
      </w:r>
    </w:p>
    <w:p w14:paraId="200F3347" w14:textId="6231D39B"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lastRenderedPageBreak/>
        <w:t xml:space="preserve">A. </w:t>
      </w:r>
      <w:r w:rsidRPr="003D23DA">
        <w:rPr>
          <w:rFonts w:cs="Times New Roman"/>
        </w:rPr>
        <w:t>5.</w:t>
      </w:r>
      <w:r w:rsidRPr="003D23DA">
        <w:rPr>
          <w:rFonts w:cs="Times New Roman"/>
        </w:rPr>
        <w:tab/>
      </w:r>
      <w:r w:rsidR="00D06B0C" w:rsidRPr="00D06B0C">
        <w:rPr>
          <w:rFonts w:cs="Times New Roman"/>
          <w:b/>
          <w:color w:val="FF0000"/>
          <w:u w:val="single"/>
        </w:rPr>
        <w:t>B</w:t>
      </w:r>
      <w:r w:rsidRPr="003D23DA">
        <w:rPr>
          <w:rFonts w:cs="Times New Roman"/>
          <w:b/>
          <w:color w:val="0000FF"/>
        </w:rPr>
        <w:t xml:space="preserve">. </w:t>
      </w:r>
      <w:r w:rsidRPr="003D23DA">
        <w:rPr>
          <w:rFonts w:cs="Times New Roman"/>
        </w:rPr>
        <w:t>8.</w:t>
      </w:r>
      <w:r w:rsidRPr="003D23DA">
        <w:rPr>
          <w:rFonts w:cs="Times New Roman"/>
        </w:rPr>
        <w:tab/>
      </w:r>
      <w:r w:rsidRPr="003D23DA">
        <w:rPr>
          <w:rFonts w:cs="Times New Roman"/>
          <w:b/>
          <w:color w:val="0000FF"/>
        </w:rPr>
        <w:t xml:space="preserve">C. </w:t>
      </w:r>
      <w:r w:rsidRPr="003D23DA">
        <w:rPr>
          <w:rFonts w:cs="Times New Roman"/>
        </w:rPr>
        <w:t>2.</w:t>
      </w:r>
      <w:r w:rsidRPr="003D23DA">
        <w:rPr>
          <w:rFonts w:cs="Times New Roman"/>
        </w:rPr>
        <w:tab/>
      </w:r>
      <w:r w:rsidRPr="003D23DA">
        <w:rPr>
          <w:rFonts w:cs="Times New Roman"/>
          <w:b/>
          <w:color w:val="0000FF"/>
        </w:rPr>
        <w:t xml:space="preserve">D. </w:t>
      </w:r>
      <w:r w:rsidR="00D06B0C" w:rsidRPr="003D23DA">
        <w:rPr>
          <w:rFonts w:cs="Times New Roman"/>
        </w:rPr>
        <w:t>3</w:t>
      </w:r>
      <w:r w:rsidR="004D52D6" w:rsidRPr="003D23DA">
        <w:rPr>
          <w:rFonts w:cs="Times New Roman"/>
        </w:rPr>
        <w:t>.</w:t>
      </w:r>
    </w:p>
    <w:p w14:paraId="72A1A990" w14:textId="61A38073"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14:</w:t>
      </w:r>
      <w:r w:rsidR="003D23DA" w:rsidRPr="003D23DA">
        <w:rPr>
          <w:rFonts w:cs="Times New Roman"/>
          <w:b/>
          <w:color w:val="0000FF"/>
        </w:rPr>
        <w:tab/>
      </w:r>
      <w:r w:rsidRPr="003D23DA">
        <w:rPr>
          <w:rFonts w:cs="Times New Roman"/>
        </w:rPr>
        <w:t>Có</w:t>
      </w:r>
      <w:r w:rsidR="004D52D6" w:rsidRPr="003D23DA">
        <w:rPr>
          <w:rFonts w:cs="Times New Roman"/>
        </w:rPr>
        <w:t xml:space="preserve"> </w:t>
      </w:r>
      <w:r w:rsidRPr="003D23DA">
        <w:rPr>
          <w:rFonts w:cs="Times New Roman"/>
        </w:rPr>
        <w:t>bao</w:t>
      </w:r>
      <w:r w:rsidR="004D52D6" w:rsidRPr="003D23DA">
        <w:rPr>
          <w:rFonts w:cs="Times New Roman"/>
        </w:rPr>
        <w:t xml:space="preserve"> </w:t>
      </w:r>
      <w:r w:rsidRPr="003D23DA">
        <w:rPr>
          <w:rFonts w:cs="Times New Roman"/>
        </w:rPr>
        <w:t>nhiêu</w:t>
      </w:r>
      <w:r w:rsidR="004D52D6" w:rsidRPr="003D23DA">
        <w:rPr>
          <w:rFonts w:cs="Times New Roman"/>
        </w:rPr>
        <w:t xml:space="preserve"> </w:t>
      </w:r>
      <w:r w:rsidRPr="003D23DA">
        <w:rPr>
          <w:rFonts w:cs="Times New Roman"/>
        </w:rPr>
        <w:t>cách</w:t>
      </w:r>
      <w:r w:rsidR="004D52D6" w:rsidRPr="003D23DA">
        <w:rPr>
          <w:rFonts w:cs="Times New Roman"/>
        </w:rPr>
        <w:t xml:space="preserve"> </w:t>
      </w:r>
      <w:r w:rsidRPr="003D23DA">
        <w:rPr>
          <w:rFonts w:cs="Times New Roman"/>
        </w:rPr>
        <w:t>chọn</w:t>
      </w:r>
      <w:r w:rsidR="004D52D6" w:rsidRPr="003D23DA">
        <w:rPr>
          <w:rFonts w:cs="Times New Roman"/>
        </w:rPr>
        <w:t xml:space="preserve"> </w:t>
      </w:r>
      <w:r w:rsidRPr="003D23DA">
        <w:rPr>
          <w:rFonts w:cs="Times New Roman"/>
        </w:rPr>
        <w:t>ngẫu</w:t>
      </w:r>
      <w:r w:rsidR="004D52D6" w:rsidRPr="003D23DA">
        <w:rPr>
          <w:rFonts w:cs="Times New Roman"/>
        </w:rPr>
        <w:t xml:space="preserve"> </w:t>
      </w:r>
      <w:r w:rsidRPr="003D23DA">
        <w:rPr>
          <w:rFonts w:cs="Times New Roman"/>
        </w:rPr>
        <w:t>nhiên</w:t>
      </w:r>
      <w:r w:rsidR="004D52D6" w:rsidRPr="003D23DA">
        <w:rPr>
          <w:rFonts w:cs="Times New Roman"/>
        </w:rPr>
        <w:t xml:space="preserve"> </w:t>
      </w:r>
      <w:r w:rsidRPr="003D23DA">
        <w:rPr>
          <w:rFonts w:cs="Times New Roman"/>
        </w:rPr>
        <w:t>3</w:t>
      </w:r>
      <w:r w:rsidR="004D52D6" w:rsidRPr="003D23DA">
        <w:rPr>
          <w:rFonts w:cs="Times New Roman"/>
        </w:rPr>
        <w:t xml:space="preserve"> </w:t>
      </w:r>
      <w:r w:rsidRPr="003D23DA">
        <w:rPr>
          <w:rFonts w:cs="Times New Roman"/>
        </w:rPr>
        <w:t>quả</w:t>
      </w:r>
      <w:r w:rsidR="004D52D6" w:rsidRPr="003D23DA">
        <w:rPr>
          <w:rFonts w:cs="Times New Roman"/>
        </w:rPr>
        <w:t xml:space="preserve"> </w:t>
      </w:r>
      <w:r w:rsidRPr="003D23DA">
        <w:rPr>
          <w:rFonts w:cs="Times New Roman"/>
        </w:rPr>
        <w:t>cầu</w:t>
      </w:r>
      <w:r w:rsidR="004D52D6" w:rsidRPr="003D23DA">
        <w:rPr>
          <w:rFonts w:cs="Times New Roman"/>
        </w:rPr>
        <w:t xml:space="preserve"> </w:t>
      </w:r>
      <w:r w:rsidRPr="003D23DA">
        <w:rPr>
          <w:rFonts w:cs="Times New Roman"/>
        </w:rPr>
        <w:t>từ</w:t>
      </w:r>
      <w:r w:rsidR="004D52D6" w:rsidRPr="003D23DA">
        <w:rPr>
          <w:rFonts w:cs="Times New Roman"/>
        </w:rPr>
        <w:t xml:space="preserve"> </w:t>
      </w:r>
      <w:r w:rsidRPr="003D23DA">
        <w:rPr>
          <w:rFonts w:cs="Times New Roman"/>
        </w:rPr>
        <w:t>cái</w:t>
      </w:r>
      <w:r w:rsidR="004D52D6" w:rsidRPr="003D23DA">
        <w:rPr>
          <w:rFonts w:cs="Times New Roman"/>
        </w:rPr>
        <w:t xml:space="preserve"> </w:t>
      </w:r>
      <w:r w:rsidRPr="003D23DA">
        <w:rPr>
          <w:rFonts w:cs="Times New Roman"/>
        </w:rPr>
        <w:t>hộp</w: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10</w:t>
      </w:r>
      <w:r w:rsidR="004D52D6" w:rsidRPr="003D23DA">
        <w:rPr>
          <w:rFonts w:cs="Times New Roman"/>
        </w:rPr>
        <w:t xml:space="preserve"> </w:t>
      </w:r>
      <w:r w:rsidRPr="003D23DA">
        <w:rPr>
          <w:rFonts w:cs="Times New Roman"/>
        </w:rPr>
        <w:t>quả</w:t>
      </w:r>
      <w:r w:rsidR="004D52D6" w:rsidRPr="003D23DA">
        <w:rPr>
          <w:rFonts w:cs="Times New Roman"/>
        </w:rPr>
        <w:t xml:space="preserve"> </w:t>
      </w:r>
      <w:r w:rsidRPr="003D23DA">
        <w:rPr>
          <w:rFonts w:cs="Times New Roman"/>
        </w:rPr>
        <w:t>cầu?</w:t>
      </w:r>
    </w:p>
    <w:p w14:paraId="5EEBD004" w14:textId="5EF927AC"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12"/>
        </w:rPr>
        <w:object w:dxaOrig="340" w:dyaOrig="380" w14:anchorId="5509C1FD">
          <v:shape id="_x0000_i1105" type="#_x0000_t75" style="width:16.8pt;height:19.2pt" o:ole="">
            <v:imagedata r:id="rId166" o:title=""/>
          </v:shape>
          <o:OLEObject Type="Embed" ProgID="Equation.DSMT4" ShapeID="_x0000_i1105" DrawAspect="Content" ObjectID="_1699917895" r:id="rId167"/>
        </w:object>
      </w:r>
      <w:r w:rsidRPr="003D23DA">
        <w:rPr>
          <w:rFonts w:cs="Times New Roman"/>
        </w:rPr>
        <w:t>.</w:t>
      </w:r>
      <w:r w:rsidRPr="003D23DA">
        <w:rPr>
          <w:rFonts w:cs="Times New Roman"/>
        </w:rPr>
        <w:tab/>
      </w:r>
      <w:r w:rsidRPr="003D23DA">
        <w:rPr>
          <w:rFonts w:cs="Times New Roman"/>
          <w:b/>
          <w:color w:val="0000FF"/>
        </w:rPr>
        <w:t xml:space="preserve">B. </w:t>
      </w:r>
      <w:r w:rsidRPr="003D23DA">
        <w:rPr>
          <w:rFonts w:cs="Times New Roman"/>
          <w:position w:val="-6"/>
        </w:rPr>
        <w:object w:dxaOrig="320" w:dyaOrig="320" w14:anchorId="7C13DE88">
          <v:shape id="_x0000_i1106" type="#_x0000_t75" style="width:16.2pt;height:16.2pt" o:ole="">
            <v:imagedata r:id="rId168" o:title=""/>
          </v:shape>
          <o:OLEObject Type="Embed" ProgID="Equation.DSMT4" ShapeID="_x0000_i1106" DrawAspect="Content" ObjectID="_1699917896" r:id="rId169"/>
        </w:object>
      </w:r>
      <w:r w:rsidRPr="003D23DA">
        <w:rPr>
          <w:rFonts w:cs="Times New Roman"/>
        </w:rPr>
        <w:t>.</w:t>
      </w:r>
      <w:r w:rsidRPr="003D23DA">
        <w:rPr>
          <w:rFonts w:cs="Times New Roman"/>
        </w:rPr>
        <w:tab/>
      </w:r>
      <w:r w:rsidR="00D06B0C" w:rsidRPr="00D06B0C">
        <w:rPr>
          <w:rFonts w:cs="Times New Roman"/>
          <w:b/>
          <w:color w:val="FF0000"/>
          <w:u w:val="single"/>
        </w:rPr>
        <w:t>C</w:t>
      </w:r>
      <w:r w:rsidRPr="003D23DA">
        <w:rPr>
          <w:rFonts w:cs="Times New Roman"/>
          <w:b/>
          <w:color w:val="0000FF"/>
        </w:rPr>
        <w:t xml:space="preserve">. </w:t>
      </w:r>
      <w:r w:rsidRPr="003D23DA">
        <w:rPr>
          <w:rFonts w:cs="Times New Roman"/>
          <w:position w:val="-12"/>
        </w:rPr>
        <w:object w:dxaOrig="360" w:dyaOrig="380" w14:anchorId="22944425">
          <v:shape id="_x0000_i1107" type="#_x0000_t75" style="width:18pt;height:19.2pt" o:ole="">
            <v:imagedata r:id="rId170" o:title=""/>
          </v:shape>
          <o:OLEObject Type="Embed" ProgID="Equation.DSMT4" ShapeID="_x0000_i1107" DrawAspect="Content" ObjectID="_1699917897" r:id="rId171"/>
        </w:object>
      </w:r>
      <w:r w:rsidRPr="003D23DA">
        <w:rPr>
          <w:rFonts w:cs="Times New Roman"/>
        </w:rPr>
        <w:t>.</w:t>
      </w:r>
      <w:r w:rsidRPr="003D23DA">
        <w:rPr>
          <w:rFonts w:cs="Times New Roman"/>
        </w:rPr>
        <w:tab/>
      </w:r>
      <w:r w:rsidRPr="003D23DA">
        <w:rPr>
          <w:rFonts w:cs="Times New Roman"/>
          <w:b/>
          <w:color w:val="0000FF"/>
        </w:rPr>
        <w:t xml:space="preserve">D. </w:t>
      </w:r>
      <w:r w:rsidR="004D52D6" w:rsidRPr="003D23DA">
        <w:rPr>
          <w:rFonts w:cs="Times New Roman"/>
          <w:position w:val="-6"/>
        </w:rPr>
        <w:object w:dxaOrig="360" w:dyaOrig="320" w14:anchorId="47F945D4">
          <v:shape id="_x0000_i1108" type="#_x0000_t75" style="width:18pt;height:16.2pt" o:ole="">
            <v:imagedata r:id="rId172" o:title=""/>
          </v:shape>
          <o:OLEObject Type="Embed" ProgID="Equation.DSMT4" ShapeID="_x0000_i1108" DrawAspect="Content" ObjectID="_1699917898" r:id="rId173"/>
        </w:object>
      </w:r>
      <w:r w:rsidR="004D52D6" w:rsidRPr="003D23DA">
        <w:rPr>
          <w:rFonts w:cs="Times New Roman"/>
        </w:rPr>
        <w:t>.</w:t>
      </w:r>
    </w:p>
    <w:p w14:paraId="05CEEE8B" w14:textId="19FDAF3A"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15:</w:t>
      </w:r>
      <w:r w:rsidR="003D23DA" w:rsidRPr="003D23DA">
        <w:rPr>
          <w:rFonts w:cs="Times New Roman"/>
          <w:b/>
          <w:color w:val="0000FF"/>
        </w:rPr>
        <w:tab/>
      </w:r>
      <w:r w:rsidRPr="003D23DA">
        <w:rPr>
          <w:rFonts w:cs="Times New Roman"/>
        </w:rPr>
        <w:t>Một</w:t>
      </w:r>
      <w:r w:rsidR="004D52D6" w:rsidRPr="003D23DA">
        <w:rPr>
          <w:rFonts w:cs="Times New Roman"/>
        </w:rPr>
        <w:t xml:space="preserve"> </w:t>
      </w:r>
      <w:r w:rsidRPr="003D23DA">
        <w:rPr>
          <w:rFonts w:cs="Times New Roman"/>
        </w:rPr>
        <w:t>đội</w:t>
      </w:r>
      <w:r w:rsidR="004D52D6" w:rsidRPr="003D23DA">
        <w:rPr>
          <w:rFonts w:cs="Times New Roman"/>
        </w:rPr>
        <w:t xml:space="preserve"> </w:t>
      </w:r>
      <w:r w:rsidRPr="003D23DA">
        <w:rPr>
          <w:rFonts w:cs="Times New Roman"/>
        </w:rPr>
        <w:t>văn</w:t>
      </w:r>
      <w:r w:rsidR="004D52D6" w:rsidRPr="003D23DA">
        <w:rPr>
          <w:rFonts w:cs="Times New Roman"/>
        </w:rPr>
        <w:t xml:space="preserve"> </w:t>
      </w:r>
      <w:r w:rsidRPr="003D23DA">
        <w:rPr>
          <w:rFonts w:cs="Times New Roman"/>
        </w:rPr>
        <w:t>nghệ</w:t>
      </w:r>
      <w:r w:rsidR="004D52D6" w:rsidRPr="003D23DA">
        <w:rPr>
          <w:rFonts w:cs="Times New Roman"/>
        </w:rPr>
        <w:t xml:space="preserve"> </w:t>
      </w:r>
      <w:r w:rsidRPr="003D23DA">
        <w:rPr>
          <w:rFonts w:cs="Times New Roman"/>
        </w:rPr>
        <w:t>gồm</w:t>
      </w:r>
      <w:r w:rsidR="004D52D6" w:rsidRPr="003D23DA">
        <w:rPr>
          <w:rFonts w:cs="Times New Roman"/>
        </w:rPr>
        <w:t xml:space="preserve"> </w:t>
      </w:r>
      <w:r w:rsidRPr="003D23DA">
        <w:rPr>
          <w:rFonts w:cs="Times New Roman"/>
        </w:rPr>
        <w:t>5</w:t>
      </w:r>
      <w:r w:rsidR="004D52D6" w:rsidRPr="003D23DA">
        <w:rPr>
          <w:rFonts w:cs="Times New Roman"/>
        </w:rPr>
        <w:t xml:space="preserve"> </w:t>
      </w:r>
      <w:r w:rsidRPr="003D23DA">
        <w:rPr>
          <w:rFonts w:cs="Times New Roman"/>
        </w:rPr>
        <w:t>nam</w:t>
      </w:r>
      <w:r w:rsidR="004D52D6" w:rsidRPr="003D23DA">
        <w:rPr>
          <w:rFonts w:cs="Times New Roman"/>
        </w:rPr>
        <w:t xml:space="preserve"> </w:t>
      </w:r>
      <w:r w:rsidRPr="003D23DA">
        <w:rPr>
          <w:rFonts w:cs="Times New Roman"/>
        </w:rPr>
        <w:t>và</w:t>
      </w:r>
      <w:r w:rsidR="004D52D6" w:rsidRPr="003D23DA">
        <w:rPr>
          <w:rFonts w:cs="Times New Roman"/>
        </w:rPr>
        <w:t xml:space="preserve"> </w:t>
      </w:r>
      <w:r w:rsidRPr="003D23DA">
        <w:rPr>
          <w:rFonts w:cs="Times New Roman"/>
        </w:rPr>
        <w:t>8</w:t>
      </w:r>
      <w:r w:rsidR="004D52D6" w:rsidRPr="003D23DA">
        <w:rPr>
          <w:rFonts w:cs="Times New Roman"/>
        </w:rPr>
        <w:t xml:space="preserve"> </w:t>
      </w:r>
      <w:r w:rsidRPr="003D23DA">
        <w:rPr>
          <w:rFonts w:cs="Times New Roman"/>
        </w:rPr>
        <w:t>nữ</w:t>
      </w:r>
      <w:r w:rsidR="004D52D6" w:rsidRPr="003D23DA">
        <w:rPr>
          <w:rFonts w:cs="Times New Roman"/>
        </w:rPr>
        <w:t xml:space="preserve">. </w:t>
      </w:r>
      <w:r w:rsidRPr="003D23DA">
        <w:rPr>
          <w:rFonts w:cs="Times New Roman"/>
        </w:rPr>
        <w:t>Lập</w:t>
      </w:r>
      <w:r w:rsidR="004D52D6" w:rsidRPr="003D23DA">
        <w:rPr>
          <w:rFonts w:cs="Times New Roman"/>
        </w:rPr>
        <w:t xml:space="preserve"> </w:t>
      </w:r>
      <w:r w:rsidRPr="003D23DA">
        <w:rPr>
          <w:rFonts w:cs="Times New Roman"/>
        </w:rPr>
        <w:t>một</w:t>
      </w:r>
      <w:r w:rsidR="004D52D6" w:rsidRPr="003D23DA">
        <w:rPr>
          <w:rFonts w:cs="Times New Roman"/>
        </w:rPr>
        <w:t xml:space="preserve"> </w:t>
      </w:r>
      <w:r w:rsidRPr="003D23DA">
        <w:rPr>
          <w:rFonts w:cs="Times New Roman"/>
        </w:rPr>
        <w:t>nhóm</w:t>
      </w:r>
      <w:r w:rsidR="004D52D6" w:rsidRPr="003D23DA">
        <w:rPr>
          <w:rFonts w:cs="Times New Roman"/>
        </w:rPr>
        <w:t xml:space="preserve"> </w:t>
      </w:r>
      <w:r w:rsidRPr="003D23DA">
        <w:rPr>
          <w:rFonts w:cs="Times New Roman"/>
        </w:rPr>
        <w:t>gồm</w:t>
      </w:r>
      <w:r w:rsidR="004D52D6" w:rsidRPr="003D23DA">
        <w:rPr>
          <w:rFonts w:cs="Times New Roman"/>
        </w:rPr>
        <w:t xml:space="preserve"> </w:t>
      </w:r>
      <w:r w:rsidRPr="003D23DA">
        <w:rPr>
          <w:rFonts w:cs="Times New Roman"/>
        </w:rPr>
        <w:t>4</w:t>
      </w:r>
      <w:r w:rsidR="004D52D6" w:rsidRPr="003D23DA">
        <w:rPr>
          <w:rFonts w:cs="Times New Roman"/>
        </w:rPr>
        <w:t xml:space="preserve"> </w:t>
      </w:r>
      <w:r w:rsidRPr="003D23DA">
        <w:rPr>
          <w:rFonts w:cs="Times New Roman"/>
        </w:rPr>
        <w:t>người</w:t>
      </w:r>
      <w:r w:rsidR="004D52D6" w:rsidRPr="003D23DA">
        <w:rPr>
          <w:rFonts w:cs="Times New Roman"/>
        </w:rPr>
        <w:t xml:space="preserve"> </w:t>
      </w:r>
      <w:r w:rsidRPr="003D23DA">
        <w:rPr>
          <w:rFonts w:cs="Times New Roman"/>
        </w:rPr>
        <w:t>hát</w:t>
      </w:r>
      <w:r w:rsidR="004D52D6" w:rsidRPr="003D23DA">
        <w:rPr>
          <w:rFonts w:cs="Times New Roman"/>
        </w:rPr>
        <w:t xml:space="preserve"> </w:t>
      </w:r>
      <w:r w:rsidRPr="003D23DA">
        <w:rPr>
          <w:rFonts w:cs="Times New Roman"/>
        </w:rPr>
        <w:t>tốp</w:t>
      </w:r>
      <w:r w:rsidR="004D52D6" w:rsidRPr="003D23DA">
        <w:rPr>
          <w:rFonts w:cs="Times New Roman"/>
        </w:rPr>
        <w:t xml:space="preserve"> </w:t>
      </w:r>
      <w:r w:rsidRPr="003D23DA">
        <w:rPr>
          <w:rFonts w:cs="Times New Roman"/>
        </w:rPr>
        <w:t>ca</w:t>
      </w:r>
      <w:r w:rsidR="004D52D6" w:rsidRPr="003D23DA">
        <w:rPr>
          <w:rFonts w:cs="Times New Roman"/>
        </w:rPr>
        <w:t xml:space="preserve">. </w:t>
      </w:r>
      <w:r w:rsidRPr="003D23DA">
        <w:rPr>
          <w:rFonts w:cs="Times New Roman"/>
        </w:rPr>
        <w:t>Xác</w:t>
      </w:r>
      <w:r w:rsidR="004D52D6" w:rsidRPr="003D23DA">
        <w:rPr>
          <w:rFonts w:cs="Times New Roman"/>
        </w:rPr>
        <w:t xml:space="preserve"> </w:t>
      </w:r>
      <w:r w:rsidRPr="003D23DA">
        <w:rPr>
          <w:rFonts w:cs="Times New Roman"/>
        </w:rPr>
        <w:t>suất</w:t>
      </w:r>
      <w:r w:rsidR="004D52D6" w:rsidRPr="003D23DA">
        <w:rPr>
          <w:rFonts w:cs="Times New Roman"/>
        </w:rPr>
        <w:t xml:space="preserve"> </w:t>
      </w:r>
      <w:r w:rsidRPr="003D23DA">
        <w:rPr>
          <w:rFonts w:cs="Times New Roman"/>
        </w:rPr>
        <w:t>đề</w:t>
      </w:r>
      <w:r w:rsidR="004D52D6" w:rsidRPr="003D23DA">
        <w:rPr>
          <w:rFonts w:cs="Times New Roman"/>
        </w:rPr>
        <w:t xml:space="preserve"> </w:t>
      </w:r>
      <w:r w:rsidRPr="003D23DA">
        <w:rPr>
          <w:rFonts w:cs="Times New Roman"/>
        </w:rPr>
        <w:t>trong</w:t>
      </w:r>
      <w:r w:rsidR="004D52D6" w:rsidRPr="003D23DA">
        <w:rPr>
          <w:rFonts w:cs="Times New Roman"/>
        </w:rPr>
        <w:t xml:space="preserve"> </w:t>
      </w:r>
      <w:r w:rsidRPr="003D23DA">
        <w:rPr>
          <w:rFonts w:cs="Times New Roman"/>
        </w:rPr>
        <w:t>4</w:t>
      </w:r>
      <w:r w:rsidR="004D52D6" w:rsidRPr="003D23DA">
        <w:rPr>
          <w:rFonts w:cs="Times New Roman"/>
        </w:rPr>
        <w:t xml:space="preserve"> </w:t>
      </w:r>
      <w:r w:rsidRPr="003D23DA">
        <w:rPr>
          <w:rFonts w:cs="Times New Roman"/>
        </w:rPr>
        <w:t>người</w:t>
      </w:r>
      <w:r w:rsidR="004D52D6" w:rsidRPr="003D23DA">
        <w:rPr>
          <w:rFonts w:cs="Times New Roman"/>
        </w:rPr>
        <w:t xml:space="preserve"> </w:t>
      </w:r>
      <w:r w:rsidRPr="003D23DA">
        <w:rPr>
          <w:rFonts w:cs="Times New Roman"/>
        </w:rPr>
        <w:t>được</w:t>
      </w:r>
      <w:r w:rsidR="004D52D6" w:rsidRPr="003D23DA">
        <w:rPr>
          <w:rFonts w:cs="Times New Roman"/>
        </w:rPr>
        <w:t xml:space="preserve"> </w:t>
      </w:r>
      <w:r w:rsidRPr="003D23DA">
        <w:rPr>
          <w:rFonts w:cs="Times New Roman"/>
        </w:rPr>
        <w:t>chọn</w: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đúng</w:t>
      </w:r>
      <w:r w:rsidR="004D52D6" w:rsidRPr="003D23DA">
        <w:rPr>
          <w:rFonts w:cs="Times New Roman"/>
        </w:rPr>
        <w:t xml:space="preserve"> </w:t>
      </w:r>
      <w:r w:rsidRPr="003D23DA">
        <w:rPr>
          <w:rFonts w:cs="Times New Roman"/>
        </w:rPr>
        <w:t>2</w:t>
      </w:r>
      <w:r w:rsidR="004D52D6" w:rsidRPr="003D23DA">
        <w:rPr>
          <w:rFonts w:cs="Times New Roman"/>
        </w:rPr>
        <w:t xml:space="preserve"> </w:t>
      </w:r>
      <w:r w:rsidRPr="003D23DA">
        <w:rPr>
          <w:rFonts w:cs="Times New Roman"/>
        </w:rPr>
        <w:t>nữ</w:t>
      </w:r>
      <w:r w:rsidR="004D52D6" w:rsidRPr="003D23DA">
        <w:rPr>
          <w:rFonts w:cs="Times New Roman"/>
        </w:rPr>
        <w:t xml:space="preserve"> </w:t>
      </w:r>
      <w:r w:rsidRPr="003D23DA">
        <w:rPr>
          <w:rFonts w:cs="Times New Roman"/>
        </w:rPr>
        <w:t>là</w:t>
      </w:r>
    </w:p>
    <w:p w14:paraId="3EEB4F9A" w14:textId="586A34CF"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24"/>
        </w:rPr>
        <w:object w:dxaOrig="440" w:dyaOrig="620" w14:anchorId="4605916D">
          <v:shape id="_x0000_i1109" type="#_x0000_t75" style="width:22.2pt;height:31.2pt" o:ole="">
            <v:imagedata r:id="rId174" o:title=""/>
          </v:shape>
          <o:OLEObject Type="Embed" ProgID="Equation.DSMT4" ShapeID="_x0000_i1109" DrawAspect="Content" ObjectID="_1699917899" r:id="rId175"/>
        </w:object>
      </w:r>
      <w:r w:rsidRPr="003D23DA">
        <w:rPr>
          <w:rFonts w:cs="Times New Roman"/>
        </w:rPr>
        <w:t>.</w:t>
      </w:r>
      <w:r w:rsidRPr="003D23DA">
        <w:rPr>
          <w:rFonts w:cs="Times New Roman"/>
        </w:rPr>
        <w:tab/>
      </w:r>
      <w:r w:rsidR="00D06B0C" w:rsidRPr="00D06B0C">
        <w:rPr>
          <w:rFonts w:cs="Times New Roman"/>
          <w:b/>
          <w:color w:val="FF0000"/>
          <w:u w:val="single"/>
        </w:rPr>
        <w:t>B</w:t>
      </w:r>
      <w:r w:rsidRPr="003D23DA">
        <w:rPr>
          <w:rFonts w:cs="Times New Roman"/>
          <w:b/>
          <w:color w:val="0000FF"/>
        </w:rPr>
        <w:t xml:space="preserve">. </w:t>
      </w:r>
      <w:r w:rsidRPr="003D23DA">
        <w:rPr>
          <w:rFonts w:cs="Times New Roman"/>
          <w:position w:val="-24"/>
        </w:rPr>
        <w:object w:dxaOrig="440" w:dyaOrig="620" w14:anchorId="0D125DE6">
          <v:shape id="_x0000_i1110" type="#_x0000_t75" style="width:22.2pt;height:31.2pt" o:ole="">
            <v:imagedata r:id="rId176" o:title=""/>
          </v:shape>
          <o:OLEObject Type="Embed" ProgID="Equation.DSMT4" ShapeID="_x0000_i1110" DrawAspect="Content" ObjectID="_1699917900" r:id="rId177"/>
        </w:object>
      </w:r>
      <w:r w:rsidRPr="003D23DA">
        <w:rPr>
          <w:rFonts w:cs="Times New Roman"/>
        </w:rPr>
        <w:t>.</w:t>
      </w:r>
      <w:r w:rsidRPr="003D23DA">
        <w:rPr>
          <w:rFonts w:cs="Times New Roman"/>
        </w:rPr>
        <w:tab/>
      </w:r>
      <w:r w:rsidRPr="003D23DA">
        <w:rPr>
          <w:rFonts w:cs="Times New Roman"/>
          <w:b/>
          <w:color w:val="0000FF"/>
        </w:rPr>
        <w:t xml:space="preserve">C. </w:t>
      </w:r>
      <w:r w:rsidRPr="003D23DA">
        <w:rPr>
          <w:rFonts w:cs="Times New Roman"/>
          <w:position w:val="-24"/>
        </w:rPr>
        <w:object w:dxaOrig="440" w:dyaOrig="620" w14:anchorId="33C004E3">
          <v:shape id="_x0000_i1111" type="#_x0000_t75" style="width:22.2pt;height:31.2pt" o:ole="">
            <v:imagedata r:id="rId178" o:title=""/>
          </v:shape>
          <o:OLEObject Type="Embed" ProgID="Equation.DSMT4" ShapeID="_x0000_i1111" DrawAspect="Content" ObjectID="_1699917901" r:id="rId179"/>
        </w:object>
      </w:r>
      <w:r w:rsidRPr="003D23DA">
        <w:rPr>
          <w:rFonts w:cs="Times New Roman"/>
        </w:rPr>
        <w:t>.</w:t>
      </w:r>
      <w:r w:rsidRPr="003D23DA">
        <w:rPr>
          <w:rFonts w:cs="Times New Roman"/>
        </w:rPr>
        <w:tab/>
      </w:r>
      <w:r w:rsidRPr="003D23DA">
        <w:rPr>
          <w:rFonts w:cs="Times New Roman"/>
          <w:b/>
          <w:color w:val="0000FF"/>
        </w:rPr>
        <w:t xml:space="preserve">D. </w:t>
      </w:r>
      <w:r w:rsidR="004D52D6" w:rsidRPr="003D23DA">
        <w:rPr>
          <w:rFonts w:cs="Times New Roman"/>
          <w:position w:val="-24"/>
        </w:rPr>
        <w:object w:dxaOrig="440" w:dyaOrig="620" w14:anchorId="1EA4BB90">
          <v:shape id="_x0000_i1112" type="#_x0000_t75" style="width:22.2pt;height:31.2pt" o:ole="">
            <v:imagedata r:id="rId180" o:title=""/>
          </v:shape>
          <o:OLEObject Type="Embed" ProgID="Equation.DSMT4" ShapeID="_x0000_i1112" DrawAspect="Content" ObjectID="_1699917902" r:id="rId181"/>
        </w:object>
      </w:r>
      <w:r w:rsidR="004D52D6" w:rsidRPr="003D23DA">
        <w:rPr>
          <w:rFonts w:cs="Times New Roman"/>
        </w:rPr>
        <w:t>.</w:t>
      </w:r>
    </w:p>
    <w:p w14:paraId="5A480C38" w14:textId="01D7ED60"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16:</w:t>
      </w:r>
      <w:r w:rsidR="003D23DA" w:rsidRPr="003D23DA">
        <w:rPr>
          <w:rFonts w:cs="Times New Roman"/>
          <w:b/>
          <w:color w:val="0000FF"/>
        </w:rPr>
        <w:tab/>
      </w:r>
      <w:r w:rsidRPr="003D23DA">
        <w:rPr>
          <w:rFonts w:cs="Times New Roman"/>
        </w:rPr>
        <w:t>Nga</w: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7</w:t>
      </w:r>
      <w:r w:rsidR="004D52D6" w:rsidRPr="003D23DA">
        <w:rPr>
          <w:rFonts w:cs="Times New Roman"/>
        </w:rPr>
        <w:t xml:space="preserve"> </w:t>
      </w:r>
      <w:r w:rsidRPr="003D23DA">
        <w:rPr>
          <w:rFonts w:cs="Times New Roman"/>
        </w:rPr>
        <w:t>cây</w:t>
      </w:r>
      <w:r w:rsidR="004D52D6" w:rsidRPr="003D23DA">
        <w:rPr>
          <w:rFonts w:cs="Times New Roman"/>
        </w:rPr>
        <w:t xml:space="preserve"> </w:t>
      </w:r>
      <w:r w:rsidRPr="003D23DA">
        <w:rPr>
          <w:rFonts w:cs="Times New Roman"/>
        </w:rPr>
        <w:t>viết</w:t>
      </w:r>
      <w:r w:rsidR="004D52D6" w:rsidRPr="003D23DA">
        <w:rPr>
          <w:rFonts w:cs="Times New Roman"/>
        </w:rPr>
        <w:t xml:space="preserve"> </w:t>
      </w:r>
      <w:r w:rsidRPr="003D23DA">
        <w:rPr>
          <w:rFonts w:cs="Times New Roman"/>
        </w:rPr>
        <w:t>xanh</w:t>
      </w:r>
      <w:r w:rsidR="004D52D6" w:rsidRPr="003D23DA">
        <w:rPr>
          <w:rFonts w:cs="Times New Roman"/>
        </w:rPr>
        <w:t xml:space="preserve"> </w:t>
      </w:r>
      <w:r w:rsidRPr="003D23DA">
        <w:rPr>
          <w:rFonts w:cs="Times New Roman"/>
        </w:rPr>
        <w:t>và</w:t>
      </w:r>
      <w:r w:rsidR="004D52D6" w:rsidRPr="003D23DA">
        <w:rPr>
          <w:rFonts w:cs="Times New Roman"/>
        </w:rPr>
        <w:t xml:space="preserve"> </w:t>
      </w:r>
      <w:r w:rsidRPr="003D23DA">
        <w:rPr>
          <w:rFonts w:cs="Times New Roman"/>
        </w:rPr>
        <w:t>10</w:t>
      </w:r>
      <w:r w:rsidR="004D52D6" w:rsidRPr="003D23DA">
        <w:rPr>
          <w:rFonts w:cs="Times New Roman"/>
        </w:rPr>
        <w:t xml:space="preserve"> </w:t>
      </w:r>
      <w:r w:rsidRPr="003D23DA">
        <w:rPr>
          <w:rFonts w:cs="Times New Roman"/>
        </w:rPr>
        <w:t>cây</w:t>
      </w:r>
      <w:r w:rsidR="004D52D6" w:rsidRPr="003D23DA">
        <w:rPr>
          <w:rFonts w:cs="Times New Roman"/>
        </w:rPr>
        <w:t xml:space="preserve"> </w:t>
      </w:r>
      <w:r w:rsidRPr="003D23DA">
        <w:rPr>
          <w:rFonts w:cs="Times New Roman"/>
        </w:rPr>
        <w:t>bút</w:t>
      </w:r>
      <w:r w:rsidR="004D52D6" w:rsidRPr="003D23DA">
        <w:rPr>
          <w:rFonts w:cs="Times New Roman"/>
        </w:rPr>
        <w:t xml:space="preserve"> </w:t>
      </w:r>
      <w:r w:rsidRPr="003D23DA">
        <w:rPr>
          <w:rFonts w:cs="Times New Roman"/>
        </w:rPr>
        <w:t>đỏ</w:t>
      </w:r>
      <w:r w:rsidR="004D52D6" w:rsidRPr="003D23DA">
        <w:rPr>
          <w:rFonts w:cs="Times New Roman"/>
        </w:rPr>
        <w:t xml:space="preserve">. </w:t>
      </w:r>
      <w:r w:rsidRPr="003D23DA">
        <w:rPr>
          <w:rFonts w:cs="Times New Roman"/>
        </w:rPr>
        <w:t>Nga</w: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bao</w:t>
      </w:r>
      <w:r w:rsidR="004D52D6" w:rsidRPr="003D23DA">
        <w:rPr>
          <w:rFonts w:cs="Times New Roman"/>
        </w:rPr>
        <w:t xml:space="preserve"> </w:t>
      </w:r>
      <w:r w:rsidRPr="003D23DA">
        <w:rPr>
          <w:rFonts w:cs="Times New Roman"/>
        </w:rPr>
        <w:t>nhiêu</w:t>
      </w:r>
      <w:r w:rsidR="004D52D6" w:rsidRPr="003D23DA">
        <w:rPr>
          <w:rFonts w:cs="Times New Roman"/>
        </w:rPr>
        <w:t xml:space="preserve"> </w:t>
      </w:r>
      <w:r w:rsidRPr="003D23DA">
        <w:rPr>
          <w:rFonts w:cs="Times New Roman"/>
        </w:rPr>
        <w:t>cách</w:t>
      </w:r>
      <w:r w:rsidR="004D52D6" w:rsidRPr="003D23DA">
        <w:rPr>
          <w:rFonts w:cs="Times New Roman"/>
        </w:rPr>
        <w:t xml:space="preserve"> </w:t>
      </w:r>
      <w:r w:rsidRPr="003D23DA">
        <w:rPr>
          <w:rFonts w:cs="Times New Roman"/>
        </w:rPr>
        <w:t>chọn</w:t>
      </w:r>
      <w:r w:rsidR="004D52D6" w:rsidRPr="003D23DA">
        <w:rPr>
          <w:rFonts w:cs="Times New Roman"/>
        </w:rPr>
        <w:t xml:space="preserve"> </w:t>
      </w:r>
      <w:r w:rsidRPr="003D23DA">
        <w:rPr>
          <w:rFonts w:cs="Times New Roman"/>
        </w:rPr>
        <w:t>một</w:t>
      </w:r>
      <w:r w:rsidR="004D52D6" w:rsidRPr="003D23DA">
        <w:rPr>
          <w:rFonts w:cs="Times New Roman"/>
        </w:rPr>
        <w:t xml:space="preserve"> </w:t>
      </w:r>
      <w:r w:rsidRPr="003D23DA">
        <w:rPr>
          <w:rFonts w:cs="Times New Roman"/>
        </w:rPr>
        <w:t>cây</w:t>
      </w:r>
      <w:r w:rsidR="004D52D6" w:rsidRPr="003D23DA">
        <w:rPr>
          <w:rFonts w:cs="Times New Roman"/>
        </w:rPr>
        <w:t xml:space="preserve"> </w:t>
      </w:r>
      <w:r w:rsidRPr="003D23DA">
        <w:rPr>
          <w:rFonts w:cs="Times New Roman"/>
        </w:rPr>
        <w:t>bút?</w:t>
      </w:r>
    </w:p>
    <w:p w14:paraId="5BAE2562" w14:textId="6E9A4AAF" w:rsidR="004D52D6"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rPr>
        <w:t>17.</w:t>
      </w:r>
      <w:r w:rsidR="003D23DA" w:rsidRPr="003D23DA">
        <w:rPr>
          <w:rFonts w:cs="Times New Roman"/>
        </w:rPr>
        <w:tab/>
      </w:r>
      <w:r w:rsidR="003D23DA" w:rsidRPr="003D23DA">
        <w:rPr>
          <w:rFonts w:cs="Times New Roman"/>
          <w:b/>
          <w:color w:val="0000FF"/>
        </w:rPr>
        <w:t xml:space="preserve">B. </w:t>
      </w:r>
      <w:r w:rsidR="003D23DA" w:rsidRPr="003D23DA">
        <w:rPr>
          <w:rFonts w:cs="Times New Roman"/>
        </w:rPr>
        <w:t>10.</w:t>
      </w:r>
      <w:r w:rsidR="003D23DA" w:rsidRPr="003D23DA">
        <w:rPr>
          <w:rFonts w:cs="Times New Roman"/>
        </w:rPr>
        <w:tab/>
      </w:r>
      <w:r w:rsidR="003D23DA" w:rsidRPr="003D23DA">
        <w:rPr>
          <w:rFonts w:cs="Times New Roman"/>
          <w:b/>
          <w:color w:val="0000FF"/>
        </w:rPr>
        <w:t xml:space="preserve">C. </w:t>
      </w:r>
      <w:r w:rsidR="003D23DA" w:rsidRPr="003D23DA">
        <w:rPr>
          <w:rFonts w:cs="Times New Roman"/>
        </w:rPr>
        <w:t>20.</w:t>
      </w:r>
      <w:r w:rsidR="003D23DA" w:rsidRPr="003D23DA">
        <w:rPr>
          <w:rFonts w:cs="Times New Roman"/>
        </w:rPr>
        <w:tab/>
      </w:r>
      <w:r w:rsidR="003D23DA" w:rsidRPr="003D23DA">
        <w:rPr>
          <w:rFonts w:cs="Times New Roman"/>
          <w:b/>
          <w:color w:val="0000FF"/>
        </w:rPr>
        <w:t xml:space="preserve">D. </w:t>
      </w:r>
      <w:r w:rsidRPr="003D23DA">
        <w:rPr>
          <w:rFonts w:cs="Times New Roman"/>
        </w:rPr>
        <w:t>7</w:t>
      </w:r>
      <w:r w:rsidR="004D52D6" w:rsidRPr="003D23DA">
        <w:rPr>
          <w:rFonts w:cs="Times New Roman"/>
        </w:rPr>
        <w:t>.</w:t>
      </w:r>
    </w:p>
    <w:p w14:paraId="223E79CC" w14:textId="1154765B"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17:</w:t>
      </w:r>
      <w:r w:rsidR="003D23DA" w:rsidRPr="003D23DA">
        <w:rPr>
          <w:rFonts w:cs="Times New Roman"/>
          <w:b/>
          <w:color w:val="0000FF"/>
        </w:rPr>
        <w:tab/>
      </w:r>
      <w:r w:rsidRPr="003D23DA">
        <w:rPr>
          <w:rFonts w:cs="Times New Roman"/>
        </w:rPr>
        <w:t>Có</w:t>
      </w:r>
      <w:r w:rsidR="004D52D6" w:rsidRPr="003D23DA">
        <w:rPr>
          <w:rFonts w:cs="Times New Roman"/>
        </w:rPr>
        <w:t xml:space="preserve"> </w:t>
      </w:r>
      <w:r w:rsidRPr="003D23DA">
        <w:rPr>
          <w:rFonts w:cs="Times New Roman"/>
        </w:rPr>
        <w:t>bao</w:t>
      </w:r>
      <w:r w:rsidR="004D52D6" w:rsidRPr="003D23DA">
        <w:rPr>
          <w:rFonts w:cs="Times New Roman"/>
        </w:rPr>
        <w:t xml:space="preserve"> </w:t>
      </w:r>
      <w:r w:rsidRPr="003D23DA">
        <w:rPr>
          <w:rFonts w:cs="Times New Roman"/>
        </w:rPr>
        <w:t>nhiêu</w:t>
      </w:r>
      <w:r w:rsidR="004D52D6" w:rsidRPr="003D23DA">
        <w:rPr>
          <w:rFonts w:cs="Times New Roman"/>
        </w:rPr>
        <w:t xml:space="preserve"> </w:t>
      </w:r>
      <w:r w:rsidRPr="003D23DA">
        <w:rPr>
          <w:rFonts w:cs="Times New Roman"/>
        </w:rPr>
        <w:t>cách</w:t>
      </w:r>
      <w:r w:rsidR="004D52D6" w:rsidRPr="003D23DA">
        <w:rPr>
          <w:rFonts w:cs="Times New Roman"/>
        </w:rPr>
        <w:t xml:space="preserve"> </w:t>
      </w:r>
      <w:r w:rsidRPr="003D23DA">
        <w:rPr>
          <w:rFonts w:cs="Times New Roman"/>
        </w:rPr>
        <w:t>chọn</w:t>
      </w:r>
      <w:r w:rsidR="004D52D6" w:rsidRPr="003D23DA">
        <w:rPr>
          <w:rFonts w:cs="Times New Roman"/>
        </w:rPr>
        <w:t xml:space="preserve"> </w:t>
      </w:r>
      <w:r w:rsidRPr="003D23DA">
        <w:rPr>
          <w:rFonts w:cs="Times New Roman"/>
        </w:rPr>
        <w:t>ra</w:t>
      </w:r>
      <w:r w:rsidR="004D52D6" w:rsidRPr="003D23DA">
        <w:rPr>
          <w:rFonts w:cs="Times New Roman"/>
        </w:rPr>
        <w:t xml:space="preserve"> </w:t>
      </w:r>
      <w:r w:rsidRPr="003D23DA">
        <w:rPr>
          <w:rFonts w:cs="Times New Roman"/>
        </w:rPr>
        <w:t>2</w:t>
      </w:r>
      <w:r w:rsidR="004D52D6" w:rsidRPr="003D23DA">
        <w:rPr>
          <w:rFonts w:cs="Times New Roman"/>
        </w:rPr>
        <w:t xml:space="preserve"> </w:t>
      </w:r>
      <w:r w:rsidRPr="003D23DA">
        <w:rPr>
          <w:rFonts w:cs="Times New Roman"/>
        </w:rPr>
        <w:t>học</w:t>
      </w:r>
      <w:r w:rsidR="004D52D6" w:rsidRPr="003D23DA">
        <w:rPr>
          <w:rFonts w:cs="Times New Roman"/>
        </w:rPr>
        <w:t xml:space="preserve"> </w:t>
      </w:r>
      <w:r w:rsidRPr="003D23DA">
        <w:rPr>
          <w:rFonts w:cs="Times New Roman"/>
        </w:rPr>
        <w:t>sinh</w:t>
      </w:r>
      <w:r w:rsidR="004D52D6" w:rsidRPr="003D23DA">
        <w:rPr>
          <w:rFonts w:cs="Times New Roman"/>
        </w:rPr>
        <w:t xml:space="preserve"> </w:t>
      </w:r>
      <w:r w:rsidRPr="003D23DA">
        <w:rPr>
          <w:rFonts w:cs="Times New Roman"/>
        </w:rPr>
        <w:t>gồm</w:t>
      </w:r>
      <w:r w:rsidR="004D52D6" w:rsidRPr="003D23DA">
        <w:rPr>
          <w:rFonts w:cs="Times New Roman"/>
        </w:rPr>
        <w:t xml:space="preserve"> </w:t>
      </w:r>
      <w:r w:rsidRPr="003D23DA">
        <w:rPr>
          <w:rFonts w:cs="Times New Roman"/>
        </w:rPr>
        <w:t>một</w:t>
      </w:r>
      <w:r w:rsidR="004D52D6" w:rsidRPr="003D23DA">
        <w:rPr>
          <w:rFonts w:cs="Times New Roman"/>
        </w:rPr>
        <w:t xml:space="preserve"> </w:t>
      </w:r>
      <w:r w:rsidRPr="003D23DA">
        <w:rPr>
          <w:rFonts w:cs="Times New Roman"/>
        </w:rPr>
        <w:t>nam</w:t>
      </w:r>
      <w:r w:rsidR="004D52D6" w:rsidRPr="003D23DA">
        <w:rPr>
          <w:rFonts w:cs="Times New Roman"/>
        </w:rPr>
        <w:t xml:space="preserve"> </w:t>
      </w:r>
      <w:r w:rsidRPr="003D23DA">
        <w:rPr>
          <w:rFonts w:cs="Times New Roman"/>
        </w:rPr>
        <w:t>và</w:t>
      </w:r>
      <w:r w:rsidR="004D52D6" w:rsidRPr="003D23DA">
        <w:rPr>
          <w:rFonts w:cs="Times New Roman"/>
        </w:rPr>
        <w:t xml:space="preserve"> </w:t>
      </w:r>
      <w:r w:rsidRPr="003D23DA">
        <w:rPr>
          <w:rFonts w:cs="Times New Roman"/>
        </w:rPr>
        <w:t>một</w:t>
      </w:r>
      <w:r w:rsidR="004D52D6" w:rsidRPr="003D23DA">
        <w:rPr>
          <w:rFonts w:cs="Times New Roman"/>
        </w:rPr>
        <w:t xml:space="preserve"> </w:t>
      </w:r>
      <w:r w:rsidRPr="003D23DA">
        <w:rPr>
          <w:rFonts w:cs="Times New Roman"/>
        </w:rPr>
        <w:t>nữ</w:t>
      </w:r>
      <w:r w:rsidR="004D52D6" w:rsidRPr="003D23DA">
        <w:rPr>
          <w:rFonts w:cs="Times New Roman"/>
        </w:rPr>
        <w:t xml:space="preserve"> </w:t>
      </w:r>
      <w:r w:rsidRPr="003D23DA">
        <w:rPr>
          <w:rFonts w:cs="Times New Roman"/>
        </w:rPr>
        <w:t>từ</w:t>
      </w:r>
      <w:r w:rsidR="004D52D6" w:rsidRPr="003D23DA">
        <w:rPr>
          <w:rFonts w:cs="Times New Roman"/>
        </w:rPr>
        <w:t xml:space="preserve"> </w:t>
      </w:r>
      <w:r w:rsidRPr="003D23DA">
        <w:rPr>
          <w:rFonts w:cs="Times New Roman"/>
        </w:rPr>
        <w:t>một</w:t>
      </w:r>
      <w:r w:rsidR="004D52D6" w:rsidRPr="003D23DA">
        <w:rPr>
          <w:rFonts w:cs="Times New Roman"/>
        </w:rPr>
        <w:t xml:space="preserve"> </w:t>
      </w:r>
      <w:r w:rsidRPr="003D23DA">
        <w:rPr>
          <w:rFonts w:cs="Times New Roman"/>
        </w:rPr>
        <w:t>nhóm</w:t>
      </w:r>
      <w:r w:rsidR="004D52D6" w:rsidRPr="003D23DA">
        <w:rPr>
          <w:rFonts w:cs="Times New Roman"/>
        </w:rPr>
        <w:t xml:space="preserve"> </w:t>
      </w:r>
      <w:r w:rsidRPr="003D23DA">
        <w:rPr>
          <w:rFonts w:cs="Times New Roman"/>
        </w:rPr>
        <w:t>học</w:t>
      </w:r>
      <w:r w:rsidR="004D52D6" w:rsidRPr="003D23DA">
        <w:rPr>
          <w:rFonts w:cs="Times New Roman"/>
        </w:rPr>
        <w:t xml:space="preserve"> </w:t>
      </w:r>
      <w:r w:rsidRPr="003D23DA">
        <w:rPr>
          <w:rFonts w:cs="Times New Roman"/>
        </w:rPr>
        <w:t>sinh</w:t>
      </w:r>
      <w:r w:rsidR="004D52D6" w:rsidRPr="003D23DA">
        <w:rPr>
          <w:rFonts w:cs="Times New Roman"/>
        </w:rPr>
        <w:t xml:space="preserve"> </w:t>
      </w:r>
      <w:r w:rsidRPr="003D23DA">
        <w:rPr>
          <w:rFonts w:cs="Times New Roman"/>
        </w:rPr>
        <w:t>gồm</w:t>
      </w:r>
      <w:r w:rsidR="004D52D6" w:rsidRPr="003D23DA">
        <w:rPr>
          <w:rFonts w:cs="Times New Roman"/>
        </w:rPr>
        <w:t xml:space="preserve"> </w:t>
      </w:r>
      <w:r w:rsidRPr="003D23DA">
        <w:rPr>
          <w:rFonts w:cs="Times New Roman"/>
        </w:rPr>
        <w:t>8</w:t>
      </w:r>
      <w:r w:rsidR="004D52D6" w:rsidRPr="003D23DA">
        <w:rPr>
          <w:rFonts w:cs="Times New Roman"/>
        </w:rPr>
        <w:t xml:space="preserve"> </w:t>
      </w:r>
      <w:r w:rsidRPr="003D23DA">
        <w:rPr>
          <w:rFonts w:cs="Times New Roman"/>
        </w:rPr>
        <w:t>nam</w:t>
      </w:r>
      <w:r w:rsidR="004D52D6" w:rsidRPr="003D23DA">
        <w:rPr>
          <w:rFonts w:cs="Times New Roman"/>
        </w:rPr>
        <w:t xml:space="preserve"> </w:t>
      </w:r>
      <w:r w:rsidRPr="003D23DA">
        <w:rPr>
          <w:rFonts w:cs="Times New Roman"/>
        </w:rPr>
        <w:t>và</w:t>
      </w:r>
      <w:r w:rsidR="004D52D6" w:rsidRPr="003D23DA">
        <w:rPr>
          <w:rFonts w:cs="Times New Roman"/>
        </w:rPr>
        <w:t xml:space="preserve"> </w:t>
      </w:r>
      <w:r w:rsidRPr="003D23DA">
        <w:rPr>
          <w:rFonts w:cs="Times New Roman"/>
        </w:rPr>
        <w:t>3</w:t>
      </w:r>
      <w:r w:rsidR="004D52D6" w:rsidRPr="003D23DA">
        <w:rPr>
          <w:rFonts w:cs="Times New Roman"/>
        </w:rPr>
        <w:t xml:space="preserve"> </w:t>
      </w:r>
      <w:r w:rsidRPr="003D23DA">
        <w:rPr>
          <w:rFonts w:cs="Times New Roman"/>
        </w:rPr>
        <w:t>nư?</w:t>
      </w:r>
    </w:p>
    <w:p w14:paraId="33834716" w14:textId="0307713B"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11.</w:t>
      </w:r>
      <w:r w:rsidRPr="003D23DA">
        <w:rPr>
          <w:rFonts w:cs="Times New Roman"/>
        </w:rPr>
        <w:tab/>
      </w:r>
      <w:r w:rsidRPr="003D23DA">
        <w:rPr>
          <w:rFonts w:cs="Times New Roman"/>
          <w:b/>
          <w:color w:val="0000FF"/>
        </w:rPr>
        <w:t xml:space="preserve">B. </w:t>
      </w:r>
      <w:r w:rsidRPr="003D23DA">
        <w:rPr>
          <w:rFonts w:cs="Times New Roman"/>
        </w:rPr>
        <w:t>3.</w:t>
      </w:r>
      <w:r w:rsidRPr="003D23DA">
        <w:rPr>
          <w:rFonts w:cs="Times New Roman"/>
        </w:rPr>
        <w:tab/>
      </w:r>
      <w:r w:rsidRPr="003D23DA">
        <w:rPr>
          <w:rFonts w:cs="Times New Roman"/>
          <w:b/>
          <w:color w:val="0000FF"/>
        </w:rPr>
        <w:t xml:space="preserve">C. </w:t>
      </w:r>
      <w:r w:rsidRPr="003D23DA">
        <w:rPr>
          <w:rFonts w:cs="Times New Roman"/>
        </w:rPr>
        <w:t>8.</w:t>
      </w:r>
      <w:r w:rsidRPr="003D23DA">
        <w:rPr>
          <w:rFonts w:cs="Times New Roman"/>
        </w:rPr>
        <w:tab/>
      </w:r>
      <w:r w:rsidR="00D06B0C" w:rsidRPr="00D06B0C">
        <w:rPr>
          <w:rFonts w:cs="Times New Roman"/>
          <w:b/>
          <w:color w:val="FF0000"/>
          <w:u w:val="single"/>
        </w:rPr>
        <w:t>D</w:t>
      </w:r>
      <w:r w:rsidRPr="003D23DA">
        <w:rPr>
          <w:rFonts w:cs="Times New Roman"/>
          <w:b/>
          <w:color w:val="0000FF"/>
        </w:rPr>
        <w:t xml:space="preserve">. </w:t>
      </w:r>
      <w:r w:rsidR="00D06B0C" w:rsidRPr="003D23DA">
        <w:rPr>
          <w:rFonts w:cs="Times New Roman"/>
        </w:rPr>
        <w:t>24</w:t>
      </w:r>
      <w:r w:rsidR="004D52D6" w:rsidRPr="003D23DA">
        <w:rPr>
          <w:rFonts w:cs="Times New Roman"/>
        </w:rPr>
        <w:t>.</w:t>
      </w:r>
    </w:p>
    <w:p w14:paraId="32D9B75E" w14:textId="760258D6"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18:</w:t>
      </w:r>
      <w:r w:rsidR="003D23DA" w:rsidRPr="003D23DA">
        <w:rPr>
          <w:rFonts w:cs="Times New Roman"/>
          <w:b/>
          <w:color w:val="0000FF"/>
        </w:rPr>
        <w:tab/>
      </w:r>
      <w:r w:rsidRPr="003D23DA">
        <w:rPr>
          <w:rFonts w:cs="Times New Roman"/>
        </w:rPr>
        <w:t>Từ</w:t>
      </w:r>
      <w:r w:rsidR="004D52D6" w:rsidRPr="003D23DA">
        <w:rPr>
          <w:rFonts w:cs="Times New Roman"/>
        </w:rPr>
        <w:t xml:space="preserve"> </w:t>
      </w:r>
      <w:r w:rsidRPr="003D23DA">
        <w:rPr>
          <w:rFonts w:cs="Times New Roman"/>
        </w:rPr>
        <w:t>tập</w:t>
      </w:r>
      <w:r w:rsidR="004D52D6" w:rsidRPr="003D23DA">
        <w:rPr>
          <w:rFonts w:cs="Times New Roman"/>
        </w:rPr>
        <w:t xml:space="preserve"> </w:t>
      </w:r>
      <w:r w:rsidR="004D52D6" w:rsidRPr="003D23DA">
        <w:rPr>
          <w:position w:val="-10"/>
        </w:rPr>
        <w:object w:dxaOrig="2320" w:dyaOrig="320" w14:anchorId="30BC3E0F">
          <v:shape id="_x0000_i1113" type="#_x0000_t75" style="width:115.8pt;height:16.2pt" o:ole="">
            <v:imagedata r:id="rId182" o:title=""/>
          </v:shape>
          <o:OLEObject Type="Embed" ProgID="Equation.DSMT4" ShapeID="_x0000_i1113" DrawAspect="Content" ObjectID="_1699917903" r:id="rId183"/>
        </w:object>
      </w:r>
      <w:r w:rsidR="004D52D6" w:rsidRPr="003D23DA">
        <w:rPr>
          <w:rFonts w:cs="Times New Roman"/>
        </w:rPr>
        <w:t xml:space="preserve"> </w:t>
      </w:r>
      <w:r w:rsidRPr="003D23DA">
        <w:rPr>
          <w:rFonts w:cs="Times New Roman"/>
        </w:rPr>
        <w:t>lập</w:t>
      </w:r>
      <w:r w:rsidR="004D52D6" w:rsidRPr="003D23DA">
        <w:rPr>
          <w:rFonts w:cs="Times New Roman"/>
        </w:rPr>
        <w:t xml:space="preserve"> </w:t>
      </w:r>
      <w:r w:rsidRPr="003D23DA">
        <w:rPr>
          <w:rFonts w:cs="Times New Roman"/>
        </w:rPr>
        <w:t>được</w:t>
      </w:r>
      <w:r w:rsidR="004D52D6" w:rsidRPr="003D23DA">
        <w:rPr>
          <w:rFonts w:cs="Times New Roman"/>
        </w:rPr>
        <w:t xml:space="preserve"> </w:t>
      </w:r>
      <w:r w:rsidRPr="003D23DA">
        <w:rPr>
          <w:rFonts w:cs="Times New Roman"/>
        </w:rPr>
        <w:t>bao</w:t>
      </w:r>
      <w:r w:rsidR="004D52D6" w:rsidRPr="003D23DA">
        <w:rPr>
          <w:rFonts w:cs="Times New Roman"/>
        </w:rPr>
        <w:t xml:space="preserve"> </w:t>
      </w:r>
      <w:r w:rsidRPr="003D23DA">
        <w:rPr>
          <w:rFonts w:cs="Times New Roman"/>
        </w:rPr>
        <w:t>nhiêu</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bốn</w:t>
      </w:r>
      <w:r w:rsidR="004D52D6" w:rsidRPr="003D23DA">
        <w:rPr>
          <w:rFonts w:cs="Times New Roman"/>
        </w:rPr>
        <w:t xml:space="preserve"> </w:t>
      </w:r>
      <w:r w:rsidRPr="003D23DA">
        <w:rPr>
          <w:rFonts w:cs="Times New Roman"/>
        </w:rPr>
        <w:t>chữ</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khác</w:t>
      </w:r>
      <w:r w:rsidR="004D52D6" w:rsidRPr="003D23DA">
        <w:rPr>
          <w:rFonts w:cs="Times New Roman"/>
        </w:rPr>
        <w:t xml:space="preserve"> </w:t>
      </w:r>
      <w:r w:rsidRPr="003D23DA">
        <w:rPr>
          <w:rFonts w:cs="Times New Roman"/>
        </w:rPr>
        <w:t>nhau?</w:t>
      </w:r>
    </w:p>
    <w:p w14:paraId="281D9A0F" w14:textId="26D45B19" w:rsidR="004D52D6"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position w:val="-12"/>
        </w:rPr>
        <w:object w:dxaOrig="380" w:dyaOrig="380" w14:anchorId="22D1E785">
          <v:shape id="_x0000_i1114" type="#_x0000_t75" style="width:19.2pt;height:19.2pt" o:ole="">
            <v:imagedata r:id="rId184" o:title=""/>
          </v:shape>
          <o:OLEObject Type="Embed" ProgID="Equation.DSMT4" ShapeID="_x0000_i1114" DrawAspect="Content" ObjectID="_1699917904" r:id="rId185"/>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B. </w:t>
      </w:r>
      <w:r w:rsidR="003D23DA" w:rsidRPr="003D23DA">
        <w:rPr>
          <w:rFonts w:cs="Times New Roman"/>
          <w:position w:val="-12"/>
        </w:rPr>
        <w:object w:dxaOrig="380" w:dyaOrig="380" w14:anchorId="76A6A982">
          <v:shape id="_x0000_i1115" type="#_x0000_t75" style="width:19.2pt;height:19.2pt" o:ole="">
            <v:imagedata r:id="rId186" o:title=""/>
          </v:shape>
          <o:OLEObject Type="Embed" ProgID="Equation.DSMT4" ShapeID="_x0000_i1115" DrawAspect="Content" ObjectID="_1699917905" r:id="rId187"/>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C. </w:t>
      </w:r>
      <w:r w:rsidR="003D23DA" w:rsidRPr="003D23DA">
        <w:rPr>
          <w:rFonts w:cs="Times New Roman"/>
          <w:position w:val="-12"/>
        </w:rPr>
        <w:object w:dxaOrig="480" w:dyaOrig="380" w14:anchorId="11811C82">
          <v:shape id="_x0000_i1116" type="#_x0000_t75" style="width:24pt;height:19.2pt" o:ole="">
            <v:imagedata r:id="rId188" o:title=""/>
          </v:shape>
          <o:OLEObject Type="Embed" ProgID="Equation.DSMT4" ShapeID="_x0000_i1116" DrawAspect="Content" ObjectID="_1699917906" r:id="rId189"/>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D. </w:t>
      </w:r>
      <w:r w:rsidR="004D52D6" w:rsidRPr="003D23DA">
        <w:rPr>
          <w:rFonts w:cs="Times New Roman"/>
          <w:position w:val="-6"/>
        </w:rPr>
        <w:object w:dxaOrig="260" w:dyaOrig="279" w14:anchorId="5539EA67">
          <v:shape id="_x0000_i1117" type="#_x0000_t75" style="width:13.2pt;height:13.8pt" o:ole="">
            <v:imagedata r:id="rId190" o:title=""/>
          </v:shape>
          <o:OLEObject Type="Embed" ProgID="Equation.DSMT4" ShapeID="_x0000_i1117" DrawAspect="Content" ObjectID="_1699917907" r:id="rId191"/>
        </w:object>
      </w:r>
      <w:r w:rsidR="004D52D6" w:rsidRPr="003D23DA">
        <w:rPr>
          <w:rFonts w:cs="Times New Roman"/>
        </w:rPr>
        <w:t>.</w:t>
      </w:r>
    </w:p>
    <w:p w14:paraId="24228D5D" w14:textId="4FFE1626"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19:</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nhân</w:t>
      </w:r>
      <w:r w:rsidR="004D52D6" w:rsidRPr="003D23DA">
        <w:rPr>
          <w:rFonts w:cs="Times New Roman"/>
        </w:rPr>
        <w:t xml:space="preserve"> </w:t>
      </w:r>
      <w:r w:rsidR="004D52D6" w:rsidRPr="003D23DA">
        <w:rPr>
          <w:position w:val="-14"/>
        </w:rPr>
        <w:object w:dxaOrig="480" w:dyaOrig="400" w14:anchorId="29E25FF0">
          <v:shape id="_x0000_i1118" type="#_x0000_t75" style="width:24pt;height:19.8pt" o:ole="">
            <v:imagedata r:id="rId192" o:title=""/>
          </v:shape>
          <o:OLEObject Type="Embed" ProgID="Equation.DSMT4" ShapeID="_x0000_i1118" DrawAspect="Content" ObjectID="_1699917908" r:id="rId193"/>
        </w:objec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004D52D6" w:rsidRPr="003D23DA">
        <w:rPr>
          <w:position w:val="-12"/>
        </w:rPr>
        <w:object w:dxaOrig="600" w:dyaOrig="360" w14:anchorId="6C8750F4">
          <v:shape id="_x0000_i1119" type="#_x0000_t75" style="width:30pt;height:18pt" o:ole="">
            <v:imagedata r:id="rId194" o:title=""/>
          </v:shape>
          <o:OLEObject Type="Embed" ProgID="Equation.DSMT4" ShapeID="_x0000_i1119" DrawAspect="Content" ObjectID="_1699917909" r:id="rId195"/>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Pr="003D23DA">
        <w:rPr>
          <w:rFonts w:cs="Times New Roman"/>
        </w:rPr>
        <w:t>công</w:t>
      </w:r>
      <w:r w:rsidR="004D52D6" w:rsidRPr="003D23DA">
        <w:rPr>
          <w:rFonts w:cs="Times New Roman"/>
        </w:rPr>
        <w:t xml:space="preserve"> </w:t>
      </w:r>
      <w:r w:rsidRPr="003D23DA">
        <w:rPr>
          <w:rFonts w:cs="Times New Roman"/>
        </w:rPr>
        <w:t>sai</w:t>
      </w:r>
      <w:r w:rsidR="004D52D6" w:rsidRPr="003D23DA">
        <w:rPr>
          <w:rFonts w:cs="Times New Roman"/>
        </w:rPr>
        <w:t xml:space="preserve"> </w:t>
      </w:r>
      <w:r w:rsidR="004D52D6" w:rsidRPr="003D23DA">
        <w:rPr>
          <w:position w:val="-10"/>
        </w:rPr>
        <w:object w:dxaOrig="560" w:dyaOrig="320" w14:anchorId="1E398785">
          <v:shape id="_x0000_i1120" type="#_x0000_t75" style="width:28.2pt;height:16.2pt" o:ole="">
            <v:imagedata r:id="rId196" o:title=""/>
          </v:shape>
          <o:OLEObject Type="Embed" ProgID="Equation.DSMT4" ShapeID="_x0000_i1120" DrawAspect="Content" ObjectID="_1699917910" r:id="rId197"/>
        </w:object>
      </w:r>
      <w:r w:rsidR="004D52D6" w:rsidRPr="003D23DA">
        <w:rPr>
          <w:rFonts w:cs="Times New Roman"/>
        </w:rPr>
        <w:t xml:space="preserve">. </w:t>
      </w:r>
      <w:r w:rsidRPr="003D23DA">
        <w:rPr>
          <w:rFonts w:cs="Times New Roman"/>
        </w:rPr>
        <w:t>Tổng</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4</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hạng</w:t>
      </w:r>
      <w:r w:rsidR="004D52D6" w:rsidRPr="003D23DA">
        <w:rPr>
          <w:rFonts w:cs="Times New Roman"/>
        </w:rPr>
        <w:t xml:space="preserve"> </w:t>
      </w:r>
      <w:r w:rsidRPr="003D23DA">
        <w:rPr>
          <w:rFonts w:cs="Times New Roman"/>
        </w:rPr>
        <w:t>đầu</w:t>
      </w:r>
      <w:r w:rsidR="004D52D6" w:rsidRPr="003D23DA">
        <w:rPr>
          <w:rFonts w:cs="Times New Roman"/>
        </w:rPr>
        <w:t xml:space="preserve"> </w:t>
      </w:r>
      <w:r w:rsidRPr="003D23DA">
        <w:rPr>
          <w:rFonts w:cs="Times New Roman"/>
        </w:rPr>
        <w:t>tiên</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nhân</w:t>
      </w:r>
      <w:r w:rsidR="004D52D6" w:rsidRPr="003D23DA">
        <w:rPr>
          <w:rFonts w:cs="Times New Roman"/>
        </w:rPr>
        <w:t xml:space="preserve"> </w:t>
      </w:r>
      <w:r w:rsidRPr="003D23DA">
        <w:rPr>
          <w:rFonts w:cs="Times New Roman"/>
        </w:rPr>
        <w:t>đã</w:t>
      </w:r>
      <w:r w:rsidR="004D52D6" w:rsidRPr="003D23DA">
        <w:rPr>
          <w:rFonts w:cs="Times New Roman"/>
        </w:rPr>
        <w:t xml:space="preserve"> </w:t>
      </w:r>
      <w:r w:rsidRPr="003D23DA">
        <w:rPr>
          <w:rFonts w:cs="Times New Roman"/>
        </w:rPr>
        <w:t>cho</w:t>
      </w:r>
      <w:r w:rsidR="004D52D6" w:rsidRPr="003D23DA">
        <w:rPr>
          <w:rFonts w:cs="Times New Roman"/>
        </w:rPr>
        <w:t xml:space="preserve"> </w:t>
      </w:r>
      <w:r w:rsidRPr="003D23DA">
        <w:rPr>
          <w:rFonts w:cs="Times New Roman"/>
        </w:rPr>
        <w:t>bằng</w:t>
      </w:r>
    </w:p>
    <w:p w14:paraId="699C5132" w14:textId="6F8B5B19"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6"/>
        </w:rPr>
        <w:object w:dxaOrig="440" w:dyaOrig="279" w14:anchorId="0B1EBD64">
          <v:shape id="_x0000_i1121" type="#_x0000_t75" style="width:22.2pt;height:13.8pt" o:ole="">
            <v:imagedata r:id="rId198" o:title=""/>
          </v:shape>
          <o:OLEObject Type="Embed" ProgID="Equation.DSMT4" ShapeID="_x0000_i1121" DrawAspect="Content" ObjectID="_1699917911" r:id="rId199"/>
        </w:object>
      </w:r>
      <w:r w:rsidRPr="003D23DA">
        <w:rPr>
          <w:rFonts w:cs="Times New Roman"/>
        </w:rPr>
        <w:t>.</w:t>
      </w:r>
      <w:r w:rsidRPr="003D23DA">
        <w:rPr>
          <w:rFonts w:cs="Times New Roman"/>
        </w:rPr>
        <w:tab/>
      </w:r>
      <w:r w:rsidR="00D06B0C" w:rsidRPr="00D06B0C">
        <w:rPr>
          <w:rFonts w:cs="Times New Roman"/>
          <w:b/>
          <w:color w:val="FF0000"/>
          <w:u w:val="single"/>
        </w:rPr>
        <w:t>B</w:t>
      </w:r>
      <w:r w:rsidRPr="003D23DA">
        <w:rPr>
          <w:rFonts w:cs="Times New Roman"/>
          <w:b/>
          <w:color w:val="0000FF"/>
        </w:rPr>
        <w:t xml:space="preserve">. </w:t>
      </w:r>
      <w:r w:rsidRPr="003D23DA">
        <w:rPr>
          <w:rFonts w:cs="Times New Roman"/>
          <w:position w:val="-6"/>
        </w:rPr>
        <w:object w:dxaOrig="360" w:dyaOrig="279" w14:anchorId="0335621A">
          <v:shape id="_x0000_i1122" type="#_x0000_t75" style="width:18pt;height:13.8pt" o:ole="">
            <v:imagedata r:id="rId200" o:title=""/>
          </v:shape>
          <o:OLEObject Type="Embed" ProgID="Equation.DSMT4" ShapeID="_x0000_i1122" DrawAspect="Content" ObjectID="_1699917912" r:id="rId201"/>
        </w:object>
      </w:r>
      <w:r w:rsidRPr="003D23DA">
        <w:rPr>
          <w:rFonts w:cs="Times New Roman"/>
        </w:rPr>
        <w:t>.</w:t>
      </w:r>
      <w:r w:rsidRPr="003D23DA">
        <w:rPr>
          <w:rFonts w:cs="Times New Roman"/>
        </w:rPr>
        <w:tab/>
      </w:r>
      <w:r w:rsidRPr="003D23DA">
        <w:rPr>
          <w:rFonts w:cs="Times New Roman"/>
          <w:b/>
          <w:color w:val="0000FF"/>
        </w:rPr>
        <w:t xml:space="preserve">C. </w:t>
      </w:r>
      <w:r w:rsidRPr="003D23DA">
        <w:rPr>
          <w:rFonts w:cs="Times New Roman"/>
          <w:position w:val="-6"/>
        </w:rPr>
        <w:object w:dxaOrig="340" w:dyaOrig="279" w14:anchorId="7386F3D8">
          <v:shape id="_x0000_i1123" type="#_x0000_t75" style="width:16.8pt;height:13.8pt" o:ole="">
            <v:imagedata r:id="rId202" o:title=""/>
          </v:shape>
          <o:OLEObject Type="Embed" ProgID="Equation.DSMT4" ShapeID="_x0000_i1123" DrawAspect="Content" ObjectID="_1699917913" r:id="rId203"/>
        </w:object>
      </w:r>
      <w:r w:rsidRPr="003D23DA">
        <w:rPr>
          <w:rFonts w:cs="Times New Roman"/>
        </w:rPr>
        <w:t>.</w:t>
      </w:r>
      <w:r w:rsidRPr="003D23DA">
        <w:rPr>
          <w:rFonts w:cs="Times New Roman"/>
        </w:rPr>
        <w:tab/>
      </w:r>
      <w:r w:rsidRPr="003D23DA">
        <w:rPr>
          <w:rFonts w:cs="Times New Roman"/>
          <w:b/>
          <w:color w:val="0000FF"/>
        </w:rPr>
        <w:t xml:space="preserve">D. </w:t>
      </w:r>
      <w:r w:rsidR="00D06B0C" w:rsidRPr="003D23DA">
        <w:rPr>
          <w:rFonts w:cs="Times New Roman"/>
        </w:rPr>
        <w:t>32</w:t>
      </w:r>
      <w:r w:rsidR="004D52D6" w:rsidRPr="003D23DA">
        <w:rPr>
          <w:rFonts w:cs="Times New Roman"/>
        </w:rPr>
        <w:t>.</w:t>
      </w:r>
    </w:p>
    <w:p w14:paraId="7CB9C1CD" w14:textId="0B75454D"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20:</w:t>
      </w:r>
      <w:r w:rsidR="003D23DA" w:rsidRPr="003D23DA">
        <w:rPr>
          <w:rFonts w:cs="Times New Roman"/>
          <w:b/>
          <w:color w:val="0000FF"/>
        </w:rPr>
        <w:tab/>
      </w:r>
      <w:r w:rsidRPr="003D23DA">
        <w:rPr>
          <w:rFonts w:cs="Times New Roman"/>
        </w:rPr>
        <w:t>Một</w:t>
      </w:r>
      <w:r w:rsidR="004D52D6" w:rsidRPr="003D23DA">
        <w:rPr>
          <w:rFonts w:cs="Times New Roman"/>
        </w:rPr>
        <w:t xml:space="preserve"> </w:t>
      </w:r>
      <w:r w:rsidRPr="003D23DA">
        <w:rPr>
          <w:rFonts w:cs="Times New Roman"/>
        </w:rPr>
        <w:t>hộp</w:t>
      </w:r>
      <w:r w:rsidR="004D52D6" w:rsidRPr="003D23DA">
        <w:rPr>
          <w:rFonts w:cs="Times New Roman"/>
        </w:rPr>
        <w:t xml:space="preserve"> </w:t>
      </w:r>
      <w:r w:rsidRPr="003D23DA">
        <w:rPr>
          <w:rFonts w:cs="Times New Roman"/>
        </w:rPr>
        <w:t>đựng</w:t>
      </w:r>
      <w:r w:rsidR="004D52D6" w:rsidRPr="003D23DA">
        <w:rPr>
          <w:rFonts w:cs="Times New Roman"/>
        </w:rPr>
        <w:t xml:space="preserve"> </w:t>
      </w:r>
      <w:r w:rsidRPr="003D23DA">
        <w:rPr>
          <w:rFonts w:cs="Times New Roman"/>
        </w:rPr>
        <w:t>5</w:t>
      </w:r>
      <w:r w:rsidR="004D52D6" w:rsidRPr="003D23DA">
        <w:rPr>
          <w:rFonts w:cs="Times New Roman"/>
        </w:rPr>
        <w:t xml:space="preserve"> </w:t>
      </w:r>
      <w:r w:rsidRPr="003D23DA">
        <w:rPr>
          <w:rFonts w:cs="Times New Roman"/>
        </w:rPr>
        <w:t>quả</w:t>
      </w:r>
      <w:r w:rsidR="004D52D6" w:rsidRPr="003D23DA">
        <w:rPr>
          <w:rFonts w:cs="Times New Roman"/>
        </w:rPr>
        <w:t xml:space="preserve"> </w:t>
      </w:r>
      <w:r w:rsidRPr="003D23DA">
        <w:rPr>
          <w:rFonts w:cs="Times New Roman"/>
        </w:rPr>
        <w:t>cầu</w:t>
      </w:r>
      <w:r w:rsidR="004D52D6" w:rsidRPr="003D23DA">
        <w:rPr>
          <w:rFonts w:cs="Times New Roman"/>
        </w:rPr>
        <w:t xml:space="preserve"> </w:t>
      </w:r>
      <w:r w:rsidRPr="003D23DA">
        <w:rPr>
          <w:rFonts w:cs="Times New Roman"/>
        </w:rPr>
        <w:t>trắng,</w:t>
      </w:r>
      <w:r w:rsidR="004D52D6" w:rsidRPr="003D23DA">
        <w:rPr>
          <w:rFonts w:cs="Times New Roman"/>
        </w:rPr>
        <w:t xml:space="preserve"> </w:t>
      </w:r>
      <w:r w:rsidRPr="003D23DA">
        <w:rPr>
          <w:rFonts w:cs="Times New Roman"/>
        </w:rPr>
        <w:t>7</w:t>
      </w:r>
      <w:r w:rsidR="004D52D6" w:rsidRPr="003D23DA">
        <w:rPr>
          <w:rFonts w:cs="Times New Roman"/>
        </w:rPr>
        <w:t xml:space="preserve"> </w:t>
      </w:r>
      <w:r w:rsidRPr="003D23DA">
        <w:rPr>
          <w:rFonts w:cs="Times New Roman"/>
        </w:rPr>
        <w:t>quả</w:t>
      </w:r>
      <w:r w:rsidR="004D52D6" w:rsidRPr="003D23DA">
        <w:rPr>
          <w:rFonts w:cs="Times New Roman"/>
        </w:rPr>
        <w:t xml:space="preserve"> </w:t>
      </w:r>
      <w:r w:rsidRPr="003D23DA">
        <w:rPr>
          <w:rFonts w:cs="Times New Roman"/>
        </w:rPr>
        <w:t>cầu</w:t>
      </w:r>
      <w:r w:rsidR="004D52D6" w:rsidRPr="003D23DA">
        <w:rPr>
          <w:rFonts w:cs="Times New Roman"/>
        </w:rPr>
        <w:t xml:space="preserve"> </w:t>
      </w:r>
      <w:r w:rsidRPr="003D23DA">
        <w:rPr>
          <w:rFonts w:cs="Times New Roman"/>
        </w:rPr>
        <w:t>đen</w:t>
      </w:r>
      <w:r w:rsidR="004D52D6" w:rsidRPr="003D23DA">
        <w:rPr>
          <w:rFonts w:cs="Times New Roman"/>
        </w:rPr>
        <w:t xml:space="preserve">. </w:t>
      </w:r>
      <w:r w:rsidRPr="003D23DA">
        <w:rPr>
          <w:rFonts w:cs="Times New Roman"/>
        </w:rPr>
        <w:t>Chọn</w:t>
      </w:r>
      <w:r w:rsidR="004D52D6" w:rsidRPr="003D23DA">
        <w:rPr>
          <w:rFonts w:cs="Times New Roman"/>
        </w:rPr>
        <w:t xml:space="preserve"> </w:t>
      </w:r>
      <w:r w:rsidRPr="003D23DA">
        <w:rPr>
          <w:rFonts w:cs="Times New Roman"/>
        </w:rPr>
        <w:t>ngẫu</w:t>
      </w:r>
      <w:r w:rsidR="004D52D6" w:rsidRPr="003D23DA">
        <w:rPr>
          <w:rFonts w:cs="Times New Roman"/>
        </w:rPr>
        <w:t xml:space="preserve"> </w:t>
      </w:r>
      <w:r w:rsidRPr="003D23DA">
        <w:rPr>
          <w:rFonts w:cs="Times New Roman"/>
        </w:rPr>
        <w:t>nhiên</w:t>
      </w:r>
      <w:r w:rsidR="004D52D6" w:rsidRPr="003D23DA">
        <w:rPr>
          <w:rFonts w:cs="Times New Roman"/>
        </w:rPr>
        <w:t xml:space="preserve"> </w:t>
      </w:r>
      <w:r w:rsidRPr="003D23DA">
        <w:rPr>
          <w:rFonts w:cs="Times New Roman"/>
        </w:rPr>
        <w:t>hai</w:t>
      </w:r>
      <w:r w:rsidR="004D52D6" w:rsidRPr="003D23DA">
        <w:rPr>
          <w:rFonts w:cs="Times New Roman"/>
        </w:rPr>
        <w:t xml:space="preserve"> </w:t>
      </w:r>
      <w:r w:rsidRPr="003D23DA">
        <w:rPr>
          <w:rFonts w:cs="Times New Roman"/>
        </w:rPr>
        <w:t>quả</w:t>
      </w:r>
      <w:r w:rsidR="004D52D6" w:rsidRPr="003D23DA">
        <w:rPr>
          <w:rFonts w:cs="Times New Roman"/>
        </w:rPr>
        <w:t>.</w:t>
      </w:r>
      <w:r w:rsidRPr="003D23DA">
        <w:rPr>
          <w:rFonts w:cs="Times New Roman"/>
        </w:rPr>
        <w:t>Tính</w:t>
      </w:r>
      <w:r w:rsidR="004D52D6" w:rsidRPr="003D23DA">
        <w:rPr>
          <w:rFonts w:cs="Times New Roman"/>
        </w:rPr>
        <w:t xml:space="preserve"> </w:t>
      </w:r>
      <w:r w:rsidRPr="003D23DA">
        <w:rPr>
          <w:rFonts w:cs="Times New Roman"/>
        </w:rPr>
        <w:t>xác</w:t>
      </w:r>
      <w:r w:rsidR="004D52D6" w:rsidRPr="003D23DA">
        <w:rPr>
          <w:rFonts w:cs="Times New Roman"/>
        </w:rPr>
        <w:t xml:space="preserve"> </w:t>
      </w:r>
      <w:r w:rsidRPr="003D23DA">
        <w:rPr>
          <w:rFonts w:cs="Times New Roman"/>
        </w:rPr>
        <w:t>suất</w:t>
      </w:r>
      <w:r w:rsidR="004D52D6" w:rsidRPr="003D23DA">
        <w:rPr>
          <w:rFonts w:cs="Times New Roman"/>
        </w:rPr>
        <w:t xml:space="preserve"> </w:t>
      </w:r>
      <w:r w:rsidRPr="003D23DA">
        <w:rPr>
          <w:rFonts w:cs="Times New Roman"/>
        </w:rPr>
        <w:t>đề</w:t>
      </w:r>
      <w:r w:rsidR="004D52D6" w:rsidRPr="003D23DA">
        <w:rPr>
          <w:rFonts w:cs="Times New Roman"/>
        </w:rPr>
        <w:t xml:space="preserve"> </w:t>
      </w:r>
      <w:r w:rsidRPr="003D23DA">
        <w:rPr>
          <w:rFonts w:cs="Times New Roman"/>
        </w:rPr>
        <w:t>chọn</w:t>
      </w:r>
      <w:r w:rsidR="004D52D6" w:rsidRPr="003D23DA">
        <w:rPr>
          <w:rFonts w:cs="Times New Roman"/>
        </w:rPr>
        <w:t xml:space="preserve"> </w:t>
      </w:r>
      <w:r w:rsidRPr="003D23DA">
        <w:rPr>
          <w:rFonts w:cs="Times New Roman"/>
        </w:rPr>
        <w:t>được</w:t>
      </w:r>
      <w:r w:rsidR="004D52D6" w:rsidRPr="003D23DA">
        <w:rPr>
          <w:rFonts w:cs="Times New Roman"/>
        </w:rPr>
        <w:t xml:space="preserve"> </w:t>
      </w:r>
      <w:r w:rsidRPr="003D23DA">
        <w:rPr>
          <w:rFonts w:cs="Times New Roman"/>
        </w:rPr>
        <w:t>hai</w:t>
      </w:r>
      <w:r w:rsidR="004D52D6" w:rsidRPr="003D23DA">
        <w:rPr>
          <w:rFonts w:cs="Times New Roman"/>
        </w:rPr>
        <w:t xml:space="preserve"> </w:t>
      </w:r>
      <w:r w:rsidRPr="003D23DA">
        <w:rPr>
          <w:rFonts w:cs="Times New Roman"/>
        </w:rPr>
        <w:t>quả</w:t>
      </w:r>
      <w:r w:rsidR="004D52D6" w:rsidRPr="003D23DA">
        <w:rPr>
          <w:rFonts w:cs="Times New Roman"/>
        </w:rPr>
        <w:t xml:space="preserve"> </w:t>
      </w:r>
      <w:r w:rsidRPr="003D23DA">
        <w:rPr>
          <w:rFonts w:cs="Times New Roman"/>
        </w:rPr>
        <w:t>cầu</w:t>
      </w:r>
      <w:r w:rsidR="004D52D6" w:rsidRPr="003D23DA">
        <w:rPr>
          <w:rFonts w:cs="Times New Roman"/>
        </w:rPr>
        <w:t xml:space="preserve"> </w:t>
      </w:r>
      <w:r w:rsidRPr="003D23DA">
        <w:rPr>
          <w:rFonts w:cs="Times New Roman"/>
        </w:rPr>
        <w:t>khác</w:t>
      </w:r>
      <w:r w:rsidR="004D52D6" w:rsidRPr="003D23DA">
        <w:rPr>
          <w:rFonts w:cs="Times New Roman"/>
        </w:rPr>
        <w:t xml:space="preserve"> </w:t>
      </w:r>
      <w:r w:rsidRPr="003D23DA">
        <w:rPr>
          <w:rFonts w:cs="Times New Roman"/>
        </w:rPr>
        <w:t>màu</w:t>
      </w:r>
      <w:r w:rsidR="004D52D6" w:rsidRPr="003D23DA">
        <w:rPr>
          <w:rFonts w:cs="Times New Roman"/>
        </w:rPr>
        <w:t>.</w:t>
      </w:r>
    </w:p>
    <w:p w14:paraId="3C5C62C1" w14:textId="62A62CBB"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24"/>
        </w:rPr>
        <w:object w:dxaOrig="360" w:dyaOrig="620" w14:anchorId="5F8277DA">
          <v:shape id="_x0000_i1124" type="#_x0000_t75" style="width:18pt;height:31.2pt" o:ole="">
            <v:imagedata r:id="rId204" o:title=""/>
          </v:shape>
          <o:OLEObject Type="Embed" ProgID="Equation.DSMT4" ShapeID="_x0000_i1124" DrawAspect="Content" ObjectID="_1699917914" r:id="rId205"/>
        </w:object>
      </w:r>
      <w:r w:rsidRPr="003D23DA">
        <w:rPr>
          <w:rFonts w:cs="Times New Roman"/>
        </w:rPr>
        <w:t>.</w:t>
      </w:r>
      <w:r w:rsidRPr="003D23DA">
        <w:rPr>
          <w:rFonts w:cs="Times New Roman"/>
        </w:rPr>
        <w:tab/>
      </w:r>
      <w:r w:rsidRPr="003D23DA">
        <w:rPr>
          <w:rFonts w:cs="Times New Roman"/>
          <w:b/>
          <w:color w:val="0000FF"/>
        </w:rPr>
        <w:t xml:space="preserve">B. </w:t>
      </w:r>
      <w:r w:rsidRPr="003D23DA">
        <w:rPr>
          <w:rFonts w:cs="Times New Roman"/>
          <w:position w:val="-24"/>
        </w:rPr>
        <w:object w:dxaOrig="360" w:dyaOrig="620" w14:anchorId="546F0D24">
          <v:shape id="_x0000_i1125" type="#_x0000_t75" style="width:18pt;height:31.2pt" o:ole="">
            <v:imagedata r:id="rId206" o:title=""/>
          </v:shape>
          <o:OLEObject Type="Embed" ProgID="Equation.DSMT4" ShapeID="_x0000_i1125" DrawAspect="Content" ObjectID="_1699917915" r:id="rId207"/>
        </w:object>
      </w:r>
      <w:r w:rsidRPr="003D23DA">
        <w:rPr>
          <w:rFonts w:cs="Times New Roman"/>
        </w:rPr>
        <w:t>.</w:t>
      </w:r>
      <w:r w:rsidRPr="003D23DA">
        <w:rPr>
          <w:rFonts w:cs="Times New Roman"/>
        </w:rPr>
        <w:tab/>
      </w:r>
      <w:r w:rsidR="00D06B0C" w:rsidRPr="00D06B0C">
        <w:rPr>
          <w:rFonts w:cs="Times New Roman"/>
          <w:b/>
          <w:color w:val="FF0000"/>
          <w:u w:val="single"/>
        </w:rPr>
        <w:t>C</w:t>
      </w:r>
      <w:r w:rsidRPr="003D23DA">
        <w:rPr>
          <w:rFonts w:cs="Times New Roman"/>
          <w:b/>
          <w:color w:val="0000FF"/>
        </w:rPr>
        <w:t xml:space="preserve">. </w:t>
      </w:r>
      <w:r w:rsidRPr="003D23DA">
        <w:rPr>
          <w:rFonts w:cs="Times New Roman"/>
          <w:position w:val="-24"/>
        </w:rPr>
        <w:object w:dxaOrig="360" w:dyaOrig="620" w14:anchorId="1FBDB055">
          <v:shape id="_x0000_i1126" type="#_x0000_t75" style="width:18pt;height:31.2pt" o:ole="">
            <v:imagedata r:id="rId208" o:title=""/>
          </v:shape>
          <o:OLEObject Type="Embed" ProgID="Equation.DSMT4" ShapeID="_x0000_i1126" DrawAspect="Content" ObjectID="_1699917916" r:id="rId209"/>
        </w:object>
      </w:r>
      <w:r w:rsidRPr="003D23DA">
        <w:rPr>
          <w:rFonts w:cs="Times New Roman"/>
        </w:rPr>
        <w:t>.</w:t>
      </w:r>
      <w:r w:rsidRPr="003D23DA">
        <w:rPr>
          <w:rFonts w:cs="Times New Roman"/>
        </w:rPr>
        <w:tab/>
      </w:r>
      <w:r w:rsidRPr="003D23DA">
        <w:rPr>
          <w:rFonts w:cs="Times New Roman"/>
          <w:b/>
          <w:color w:val="0000FF"/>
        </w:rPr>
        <w:t xml:space="preserve">D. </w:t>
      </w:r>
      <w:r w:rsidR="004D52D6" w:rsidRPr="003D23DA">
        <w:rPr>
          <w:rFonts w:cs="Times New Roman"/>
          <w:position w:val="-24"/>
        </w:rPr>
        <w:object w:dxaOrig="340" w:dyaOrig="620" w14:anchorId="01AF7746">
          <v:shape id="_x0000_i1127" type="#_x0000_t75" style="width:16.8pt;height:31.2pt" o:ole="">
            <v:imagedata r:id="rId210" o:title=""/>
          </v:shape>
          <o:OLEObject Type="Embed" ProgID="Equation.DSMT4" ShapeID="_x0000_i1127" DrawAspect="Content" ObjectID="_1699917917" r:id="rId211"/>
        </w:object>
      </w:r>
      <w:r w:rsidR="004D52D6" w:rsidRPr="003D23DA">
        <w:rPr>
          <w:rFonts w:cs="Times New Roman"/>
        </w:rPr>
        <w:t>.</w:t>
      </w:r>
    </w:p>
    <w:p w14:paraId="06B6EAB8" w14:textId="4CA197D9"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21:</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nhân</w:t>
      </w:r>
      <w:r w:rsidR="004D52D6" w:rsidRPr="003D23DA">
        <w:rPr>
          <w:rFonts w:cs="Times New Roman"/>
        </w:rPr>
        <w:t xml:space="preserve"> </w:t>
      </w:r>
      <w:r w:rsidR="004D52D6" w:rsidRPr="003D23DA">
        <w:rPr>
          <w:position w:val="-14"/>
        </w:rPr>
        <w:object w:dxaOrig="480" w:dyaOrig="400" w14:anchorId="437F7186">
          <v:shape id="_x0000_i1128" type="#_x0000_t75" style="width:24pt;height:19.8pt" o:ole="">
            <v:imagedata r:id="rId212" o:title=""/>
          </v:shape>
          <o:OLEObject Type="Embed" ProgID="Equation.DSMT4" ShapeID="_x0000_i1128" DrawAspect="Content" ObjectID="_1699917918" r:id="rId213"/>
        </w:objec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hạng</w:t>
      </w:r>
      <w:r w:rsidR="004D52D6" w:rsidRPr="003D23DA">
        <w:rPr>
          <w:rFonts w:cs="Times New Roman"/>
        </w:rPr>
        <w:t xml:space="preserve"> </w:t>
      </w:r>
      <w:r w:rsidRPr="003D23DA">
        <w:rPr>
          <w:rFonts w:cs="Times New Roman"/>
        </w:rPr>
        <w:t>tổng</w:t>
      </w:r>
      <w:r w:rsidR="004D52D6" w:rsidRPr="003D23DA">
        <w:rPr>
          <w:rFonts w:cs="Times New Roman"/>
        </w:rPr>
        <w:t xml:space="preserve"> </w:t>
      </w:r>
      <w:r w:rsidRPr="003D23DA">
        <w:rPr>
          <w:rFonts w:cs="Times New Roman"/>
        </w:rPr>
        <w:t>quát</w:t>
      </w:r>
      <w:r w:rsidR="004D52D6" w:rsidRPr="003D23DA">
        <w:rPr>
          <w:rFonts w:cs="Times New Roman"/>
        </w:rPr>
        <w:t xml:space="preserve"> </w:t>
      </w:r>
      <w:r w:rsidR="004D52D6" w:rsidRPr="003D23DA">
        <w:rPr>
          <w:position w:val="-12"/>
        </w:rPr>
        <w:object w:dxaOrig="900" w:dyaOrig="380" w14:anchorId="0B330B42">
          <v:shape id="_x0000_i1129" type="#_x0000_t75" style="width:45pt;height:19.2pt" o:ole="">
            <v:imagedata r:id="rId214" o:title=""/>
          </v:shape>
          <o:OLEObject Type="Embed" ProgID="Equation.DSMT4" ShapeID="_x0000_i1129" DrawAspect="Content" ObjectID="_1699917919" r:id="rId215"/>
        </w:objec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004D52D6" w:rsidRPr="003D23DA">
        <w:rPr>
          <w:position w:val="-6"/>
        </w:rPr>
        <w:object w:dxaOrig="499" w:dyaOrig="279" w14:anchorId="4043AAD5">
          <v:shape id="_x0000_i1130" type="#_x0000_t75" style="width:25.2pt;height:13.8pt" o:ole="">
            <v:imagedata r:id="rId216" o:title=""/>
          </v:shape>
          <o:OLEObject Type="Embed" ProgID="Equation.DSMT4" ShapeID="_x0000_i1130" DrawAspect="Content" ObjectID="_1699917920" r:id="rId217"/>
        </w:objec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hạng</w:t>
      </w:r>
      <w:r w:rsidR="004D52D6" w:rsidRPr="003D23DA">
        <w:rPr>
          <w:rFonts w:cs="Times New Roman"/>
        </w:rPr>
        <w:t xml:space="preserve"> </w:t>
      </w:r>
      <w:r w:rsidRPr="003D23DA">
        <w:rPr>
          <w:rFonts w:cs="Times New Roman"/>
        </w:rPr>
        <w:t>đầu</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nhân</w:t>
      </w:r>
      <w:r w:rsidR="004D52D6" w:rsidRPr="003D23DA">
        <w:rPr>
          <w:rFonts w:cs="Times New Roman"/>
        </w:rPr>
        <w:t xml:space="preserve"> </w:t>
      </w:r>
      <w:r w:rsidRPr="003D23DA">
        <w:rPr>
          <w:rFonts w:cs="Times New Roman"/>
        </w:rPr>
        <w:t>là</w:t>
      </w:r>
    </w:p>
    <w:p w14:paraId="649898A3" w14:textId="0A8BE7EE"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5.</w:t>
      </w:r>
      <w:r w:rsidRPr="003D23DA">
        <w:rPr>
          <w:rFonts w:cs="Times New Roman"/>
        </w:rPr>
        <w:tab/>
      </w:r>
      <w:r w:rsidRPr="003D23DA">
        <w:rPr>
          <w:rFonts w:cs="Times New Roman"/>
          <w:b/>
          <w:color w:val="0000FF"/>
        </w:rPr>
        <w:t xml:space="preserve">B. </w:t>
      </w:r>
      <w:r w:rsidRPr="003D23DA">
        <w:rPr>
          <w:rFonts w:cs="Times New Roman"/>
        </w:rPr>
        <w:t>2.</w:t>
      </w:r>
      <w:r w:rsidRPr="003D23DA">
        <w:rPr>
          <w:rFonts w:cs="Times New Roman"/>
        </w:rPr>
        <w:tab/>
      </w:r>
      <w:r w:rsidR="00D06B0C" w:rsidRPr="00D06B0C">
        <w:rPr>
          <w:rFonts w:cs="Times New Roman"/>
          <w:b/>
          <w:color w:val="FF0000"/>
          <w:u w:val="single"/>
        </w:rPr>
        <w:t>C</w:t>
      </w:r>
      <w:r w:rsidRPr="003D23DA">
        <w:rPr>
          <w:rFonts w:cs="Times New Roman"/>
          <w:b/>
          <w:color w:val="0000FF"/>
        </w:rPr>
        <w:t xml:space="preserve">. </w:t>
      </w:r>
      <w:r w:rsidRPr="003D23DA">
        <w:rPr>
          <w:rFonts w:cs="Times New Roman"/>
        </w:rPr>
        <w:t>10.</w:t>
      </w:r>
      <w:r w:rsidRPr="003D23DA">
        <w:rPr>
          <w:rFonts w:cs="Times New Roman"/>
        </w:rPr>
        <w:tab/>
      </w:r>
      <w:r w:rsidRPr="003D23DA">
        <w:rPr>
          <w:rFonts w:cs="Times New Roman"/>
          <w:b/>
          <w:color w:val="0000FF"/>
        </w:rPr>
        <w:t xml:space="preserve">D. </w:t>
      </w:r>
      <w:r w:rsidR="00D06B0C" w:rsidRPr="003D23DA">
        <w:rPr>
          <w:rFonts w:cs="Times New Roman"/>
        </w:rPr>
        <w:t>6</w:t>
      </w:r>
      <w:r w:rsidR="004D52D6" w:rsidRPr="003D23DA">
        <w:rPr>
          <w:rFonts w:cs="Times New Roman"/>
        </w:rPr>
        <w:t>.</w:t>
      </w:r>
    </w:p>
    <w:p w14:paraId="5BD9E84D" w14:textId="76A88E05"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22:</w:t>
      </w:r>
      <w:r w:rsidR="003D23DA" w:rsidRPr="003D23DA">
        <w:rPr>
          <w:rFonts w:cs="Times New Roman"/>
          <w:b/>
          <w:color w:val="0000FF"/>
        </w:rPr>
        <w:tab/>
      </w:r>
      <w:r w:rsidRPr="003D23DA">
        <w:rPr>
          <w:rFonts w:cs="Times New Roman"/>
        </w:rPr>
        <w:t>Ba</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hạng</w:t>
      </w:r>
      <w:r w:rsidR="004D52D6" w:rsidRPr="003D23DA">
        <w:rPr>
          <w:rFonts w:cs="Times New Roman"/>
        </w:rPr>
        <w:t xml:space="preserve"> </w:t>
      </w:r>
      <w:r w:rsidRPr="003D23DA">
        <w:rPr>
          <w:rFonts w:cs="Times New Roman"/>
        </w:rPr>
        <w:t>đầu</w:t>
      </w:r>
      <w:r w:rsidR="004D52D6" w:rsidRPr="003D23DA">
        <w:rPr>
          <w:rFonts w:cs="Times New Roman"/>
        </w:rPr>
        <w:t xml:space="preserve"> </w:t>
      </w:r>
      <w:r w:rsidRPr="003D23DA">
        <w:rPr>
          <w:rFonts w:cs="Times New Roman"/>
        </w:rPr>
        <w:t>tiên</w:t>
      </w:r>
      <w:r w:rsidR="004D52D6" w:rsidRPr="003D23DA">
        <w:rPr>
          <w:rFonts w:cs="Times New Roman"/>
        </w:rPr>
        <w:t xml:space="preserve"> </w:t>
      </w:r>
      <w:r w:rsidRPr="003D23DA">
        <w:rPr>
          <w:rFonts w:cs="Times New Roman"/>
        </w:rPr>
        <w:t>theo</w:t>
      </w:r>
      <w:r w:rsidR="004D52D6" w:rsidRPr="003D23DA">
        <w:rPr>
          <w:rFonts w:cs="Times New Roman"/>
        </w:rPr>
        <w:t xml:space="preserve"> </w:t>
      </w:r>
      <w:r w:rsidRPr="003D23DA">
        <w:rPr>
          <w:rFonts w:cs="Times New Roman"/>
        </w:rPr>
        <w:t>lũy</w:t>
      </w:r>
      <w:r w:rsidR="004D52D6" w:rsidRPr="003D23DA">
        <w:rPr>
          <w:rFonts w:cs="Times New Roman"/>
        </w:rPr>
        <w:t xml:space="preserve"> </w:t>
      </w:r>
      <w:r w:rsidRPr="003D23DA">
        <w:rPr>
          <w:rFonts w:cs="Times New Roman"/>
        </w:rPr>
        <w:t>thừa</w:t>
      </w:r>
      <w:r w:rsidR="004D52D6" w:rsidRPr="003D23DA">
        <w:rPr>
          <w:rFonts w:cs="Times New Roman"/>
        </w:rPr>
        <w:t xml:space="preserve"> </w:t>
      </w:r>
      <w:r w:rsidRPr="003D23DA">
        <w:rPr>
          <w:rFonts w:cs="Times New Roman"/>
        </w:rPr>
        <w:t>tăng</w:t>
      </w:r>
      <w:r w:rsidR="004D52D6" w:rsidRPr="003D23DA">
        <w:rPr>
          <w:rFonts w:cs="Times New Roman"/>
        </w:rPr>
        <w:t xml:space="preserve"> </w:t>
      </w:r>
      <w:r w:rsidRPr="003D23DA">
        <w:rPr>
          <w:rFonts w:cs="Times New Roman"/>
        </w:rPr>
        <w:t>dần</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6"/>
        </w:rPr>
        <w:object w:dxaOrig="200" w:dyaOrig="220" w14:anchorId="7EFD8EA2">
          <v:shape id="_x0000_i1131" type="#_x0000_t75" style="width:10.2pt;height:10.8pt" o:ole="">
            <v:imagedata r:id="rId218" o:title=""/>
          </v:shape>
          <o:OLEObject Type="Embed" ProgID="Equation.DSMT4" ShapeID="_x0000_i1131" DrawAspect="Content" ObjectID="_1699917921" r:id="rId219"/>
        </w:object>
      </w:r>
      <w:r w:rsidR="004D52D6" w:rsidRPr="003D23DA">
        <w:rPr>
          <w:rFonts w:cs="Times New Roman"/>
        </w:rPr>
        <w:t xml:space="preserve"> </w:t>
      </w:r>
      <w:r w:rsidRPr="003D23DA">
        <w:rPr>
          <w:rFonts w:cs="Times New Roman"/>
        </w:rPr>
        <w:t>trong</w:t>
      </w:r>
      <w:r w:rsidR="004D52D6" w:rsidRPr="003D23DA">
        <w:rPr>
          <w:rFonts w:cs="Times New Roman"/>
        </w:rPr>
        <w:t xml:space="preserve"> </w:t>
      </w:r>
      <w:r w:rsidRPr="003D23DA">
        <w:rPr>
          <w:rFonts w:cs="Times New Roman"/>
        </w:rPr>
        <w:t>khai</w:t>
      </w:r>
      <w:r w:rsidR="004D52D6" w:rsidRPr="003D23DA">
        <w:rPr>
          <w:rFonts w:cs="Times New Roman"/>
        </w:rPr>
        <w:t xml:space="preserve"> </w:t>
      </w:r>
      <w:r w:rsidRPr="003D23DA">
        <w:rPr>
          <w:rFonts w:cs="Times New Roman"/>
        </w:rPr>
        <w:t>triển</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10"/>
        </w:rPr>
        <w:object w:dxaOrig="900" w:dyaOrig="360" w14:anchorId="6055D436">
          <v:shape id="_x0000_i1132" type="#_x0000_t75" style="width:45pt;height:18pt" o:ole="">
            <v:imagedata r:id="rId220" o:title=""/>
          </v:shape>
          <o:OLEObject Type="Embed" ProgID="Equation.DSMT4" ShapeID="_x0000_i1132" DrawAspect="Content" ObjectID="_1699917922" r:id="rId221"/>
        </w:object>
      </w:r>
      <w:r w:rsidR="004D52D6" w:rsidRPr="003D23DA">
        <w:rPr>
          <w:rFonts w:cs="Times New Roman"/>
        </w:rPr>
        <w:t xml:space="preserve"> </w:t>
      </w:r>
      <w:r w:rsidRPr="003D23DA">
        <w:rPr>
          <w:rFonts w:cs="Times New Roman"/>
        </w:rPr>
        <w:t>là</w:t>
      </w:r>
    </w:p>
    <w:p w14:paraId="0ED16F3D" w14:textId="2B98F136"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10"/>
        </w:rPr>
        <w:object w:dxaOrig="1219" w:dyaOrig="360" w14:anchorId="745D900D">
          <v:shape id="_x0000_i1133" type="#_x0000_t75" style="width:61.2pt;height:18pt" o:ole="">
            <v:imagedata r:id="rId222" o:title=""/>
          </v:shape>
          <o:OLEObject Type="Embed" ProgID="Equation.DSMT4" ShapeID="_x0000_i1133" DrawAspect="Content" ObjectID="_1699917923" r:id="rId223"/>
        </w:object>
      </w:r>
      <w:r w:rsidRPr="003D23DA">
        <w:rPr>
          <w:rFonts w:cs="Times New Roman"/>
        </w:rPr>
        <w:t>.</w:t>
      </w:r>
      <w:r w:rsidRPr="003D23DA">
        <w:rPr>
          <w:rFonts w:cs="Times New Roman"/>
        </w:rPr>
        <w:tab/>
      </w:r>
      <w:r w:rsidRPr="003D23DA">
        <w:rPr>
          <w:rFonts w:cs="Times New Roman"/>
          <w:b/>
          <w:color w:val="0000FF"/>
        </w:rPr>
        <w:t xml:space="preserve">B. </w:t>
      </w:r>
      <w:r w:rsidRPr="003D23DA">
        <w:rPr>
          <w:rFonts w:cs="Times New Roman"/>
          <w:position w:val="-10"/>
        </w:rPr>
        <w:object w:dxaOrig="1200" w:dyaOrig="360" w14:anchorId="062868AE">
          <v:shape id="_x0000_i1134" type="#_x0000_t75" style="width:60pt;height:18pt" o:ole="">
            <v:imagedata r:id="rId224" o:title=""/>
          </v:shape>
          <o:OLEObject Type="Embed" ProgID="Equation.DSMT4" ShapeID="_x0000_i1134" DrawAspect="Content" ObjectID="_1699917924" r:id="rId225"/>
        </w:object>
      </w:r>
      <w:r w:rsidRPr="003D23DA">
        <w:rPr>
          <w:rFonts w:cs="Times New Roman"/>
        </w:rPr>
        <w:t>.</w:t>
      </w:r>
      <w:r w:rsidRPr="003D23DA">
        <w:rPr>
          <w:rFonts w:cs="Times New Roman"/>
        </w:rPr>
        <w:tab/>
      </w:r>
      <w:r w:rsidRPr="003D23DA">
        <w:rPr>
          <w:rFonts w:cs="Times New Roman"/>
          <w:b/>
          <w:color w:val="0000FF"/>
        </w:rPr>
        <w:t xml:space="preserve">C. </w:t>
      </w:r>
      <w:r w:rsidRPr="003D23DA">
        <w:rPr>
          <w:rFonts w:cs="Times New Roman"/>
          <w:position w:val="-10"/>
        </w:rPr>
        <w:object w:dxaOrig="1359" w:dyaOrig="360" w14:anchorId="7AF4F52F">
          <v:shape id="_x0000_i1135" type="#_x0000_t75" style="width:67.8pt;height:18pt" o:ole="">
            <v:imagedata r:id="rId226" o:title=""/>
          </v:shape>
          <o:OLEObject Type="Embed" ProgID="Equation.DSMT4" ShapeID="_x0000_i1135" DrawAspect="Content" ObjectID="_1699917925" r:id="rId227"/>
        </w:object>
      </w:r>
      <w:r w:rsidRPr="003D23DA">
        <w:rPr>
          <w:rFonts w:cs="Times New Roman"/>
        </w:rPr>
        <w:t>.</w:t>
      </w:r>
      <w:r w:rsidRPr="003D23DA">
        <w:rPr>
          <w:rFonts w:cs="Times New Roman"/>
        </w:rPr>
        <w:tab/>
      </w:r>
      <w:r w:rsidR="00D06B0C" w:rsidRPr="00D06B0C">
        <w:rPr>
          <w:rFonts w:cs="Times New Roman"/>
          <w:b/>
          <w:color w:val="FF0000"/>
          <w:u w:val="single"/>
        </w:rPr>
        <w:t>D</w:t>
      </w:r>
      <w:r w:rsidRPr="003D23DA">
        <w:rPr>
          <w:rFonts w:cs="Times New Roman"/>
          <w:b/>
          <w:color w:val="0000FF"/>
        </w:rPr>
        <w:t xml:space="preserve">. </w:t>
      </w:r>
      <w:r w:rsidR="004D52D6" w:rsidRPr="003D23DA">
        <w:rPr>
          <w:rFonts w:cs="Times New Roman"/>
          <w:position w:val="-10"/>
        </w:rPr>
        <w:object w:dxaOrig="1240" w:dyaOrig="360" w14:anchorId="404773CA">
          <v:shape id="_x0000_i1136" type="#_x0000_t75" style="width:61.8pt;height:18pt" o:ole="">
            <v:imagedata r:id="rId228" o:title=""/>
          </v:shape>
          <o:OLEObject Type="Embed" ProgID="Equation.DSMT4" ShapeID="_x0000_i1136" DrawAspect="Content" ObjectID="_1699917926" r:id="rId229"/>
        </w:object>
      </w:r>
      <w:r w:rsidR="004D52D6" w:rsidRPr="003D23DA">
        <w:rPr>
          <w:rFonts w:cs="Times New Roman"/>
        </w:rPr>
        <w:t>.</w:t>
      </w:r>
    </w:p>
    <w:p w14:paraId="2A917FC9" w14:textId="1B945D9E"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23:</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hai</w:t>
      </w:r>
      <w:r w:rsidR="004D52D6" w:rsidRPr="003D23DA">
        <w:rPr>
          <w:rFonts w:cs="Times New Roman"/>
        </w:rPr>
        <w:t xml:space="preserve"> </w:t>
      </w:r>
      <w:r w:rsidRPr="003D23DA">
        <w:rPr>
          <w:rFonts w:cs="Times New Roman"/>
        </w:rPr>
        <w:t>mặt</w:t>
      </w:r>
      <w:r w:rsidR="004D52D6" w:rsidRPr="003D23DA">
        <w:rPr>
          <w:rFonts w:cs="Times New Roman"/>
        </w:rPr>
        <w:t xml:space="preserve"> </w:t>
      </w:r>
      <w:r w:rsidRPr="003D23DA">
        <w:rPr>
          <w:rFonts w:cs="Times New Roman"/>
        </w:rPr>
        <w:t>phẳng</w:t>
      </w:r>
      <w:r w:rsidR="004D52D6" w:rsidRPr="003D23DA">
        <w:rPr>
          <w:rFonts w:cs="Times New Roman"/>
        </w:rPr>
        <w:t xml:space="preserve"> </w:t>
      </w:r>
      <w:r w:rsidR="004D52D6" w:rsidRPr="003D23DA">
        <w:rPr>
          <w:position w:val="-10"/>
        </w:rPr>
        <w:object w:dxaOrig="820" w:dyaOrig="320" w14:anchorId="1031E361">
          <v:shape id="_x0000_i1137" type="#_x0000_t75" style="width:40.8pt;height:16.2pt" o:ole="">
            <v:imagedata r:id="rId230" o:title=""/>
          </v:shape>
          <o:OLEObject Type="Embed" ProgID="Equation.DSMT4" ShapeID="_x0000_i1137" DrawAspect="Content" ObjectID="_1699917927" r:id="rId231"/>
        </w:object>
      </w:r>
      <w:r w:rsidR="004D52D6" w:rsidRPr="003D23DA">
        <w:rPr>
          <w:rFonts w:cs="Times New Roman"/>
        </w:rPr>
        <w:t xml:space="preserve"> </w:t>
      </w:r>
      <w:r w:rsidRPr="003D23DA">
        <w:rPr>
          <w:rFonts w:cs="Times New Roman"/>
        </w:rPr>
        <w:t>cắt</w:t>
      </w:r>
      <w:r w:rsidR="004D52D6" w:rsidRPr="003D23DA">
        <w:rPr>
          <w:rFonts w:cs="Times New Roman"/>
        </w:rPr>
        <w:t xml:space="preserve"> </w:t>
      </w:r>
      <w:r w:rsidRPr="003D23DA">
        <w:rPr>
          <w:rFonts w:cs="Times New Roman"/>
        </w:rPr>
        <w:t>nhau</w:t>
      </w:r>
      <w:r w:rsidR="004D52D6" w:rsidRPr="003D23DA">
        <w:rPr>
          <w:rFonts w:cs="Times New Roman"/>
        </w:rPr>
        <w:t xml:space="preserve"> </w:t>
      </w:r>
      <w:r w:rsidRPr="003D23DA">
        <w:rPr>
          <w:rFonts w:cs="Times New Roman"/>
        </w:rPr>
        <w:t>và</w:t>
      </w:r>
      <w:r w:rsidR="004D52D6" w:rsidRPr="003D23DA">
        <w:rPr>
          <w:rFonts w:cs="Times New Roman"/>
        </w:rPr>
        <w:t xml:space="preserve"> </w:t>
      </w:r>
      <w:r w:rsidRPr="003D23DA">
        <w:rPr>
          <w:rFonts w:cs="Times New Roman"/>
        </w:rPr>
        <w:t>cùng</w: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Pr="003D23DA">
        <w:rPr>
          <w:rFonts w:cs="Times New Roman"/>
        </w:rPr>
        <w:t>đường</w:t>
      </w:r>
      <w:r w:rsidR="004D52D6" w:rsidRPr="003D23DA">
        <w:rPr>
          <w:rFonts w:cs="Times New Roman"/>
        </w:rPr>
        <w:t xml:space="preserve"> </w:t>
      </w:r>
      <w:r w:rsidRPr="003D23DA">
        <w:rPr>
          <w:rFonts w:cs="Times New Roman"/>
        </w:rPr>
        <w:t>thẳng</w:t>
      </w:r>
      <w:r w:rsidR="004D52D6" w:rsidRPr="003D23DA">
        <w:rPr>
          <w:rFonts w:cs="Times New Roman"/>
        </w:rPr>
        <w:t xml:space="preserve"> </w:t>
      </w:r>
      <w:r w:rsidR="004D52D6" w:rsidRPr="003D23DA">
        <w:rPr>
          <w:position w:val="-6"/>
        </w:rPr>
        <w:object w:dxaOrig="220" w:dyaOrig="279" w14:anchorId="64ECAF4B">
          <v:shape id="_x0000_i1138" type="#_x0000_t75" style="width:10.8pt;height:13.8pt" o:ole="">
            <v:imagedata r:id="rId232" o:title=""/>
          </v:shape>
          <o:OLEObject Type="Embed" ProgID="Equation.DSMT4" ShapeID="_x0000_i1138" DrawAspect="Content" ObjectID="_1699917928" r:id="rId233"/>
        </w:object>
      </w:r>
      <w:r w:rsidR="004D52D6" w:rsidRPr="003D23DA">
        <w:rPr>
          <w:rFonts w:cs="Times New Roman"/>
        </w:rPr>
        <w:t xml:space="preserve">. </w:t>
      </w:r>
      <w:r w:rsidRPr="003D23DA">
        <w:rPr>
          <w:rFonts w:cs="Times New Roman"/>
        </w:rPr>
        <w:t>Khẳng</w:t>
      </w:r>
      <w:r w:rsidR="004D52D6" w:rsidRPr="003D23DA">
        <w:rPr>
          <w:rFonts w:cs="Times New Roman"/>
        </w:rPr>
        <w:t xml:space="preserve"> </w:t>
      </w:r>
      <w:r w:rsidRPr="003D23DA">
        <w:rPr>
          <w:rFonts w:cs="Times New Roman"/>
        </w:rPr>
        <w:t>định</w:t>
      </w:r>
      <w:r w:rsidR="004D52D6" w:rsidRPr="003D23DA">
        <w:rPr>
          <w:rFonts w:cs="Times New Roman"/>
        </w:rPr>
        <w:t xml:space="preserve"> </w:t>
      </w:r>
      <w:r w:rsidRPr="003D23DA">
        <w:rPr>
          <w:rFonts w:cs="Times New Roman"/>
        </w:rPr>
        <w:t>nào</w:t>
      </w:r>
      <w:r w:rsidR="004D52D6" w:rsidRPr="003D23DA">
        <w:rPr>
          <w:rFonts w:cs="Times New Roman"/>
        </w:rPr>
        <w:t xml:space="preserve"> </w:t>
      </w:r>
      <w:r w:rsidRPr="003D23DA">
        <w:rPr>
          <w:rFonts w:cs="Times New Roman"/>
        </w:rPr>
        <w:t>sau</w:t>
      </w:r>
      <w:r w:rsidR="004D52D6" w:rsidRPr="003D23DA">
        <w:rPr>
          <w:rFonts w:cs="Times New Roman"/>
        </w:rPr>
        <w:t xml:space="preserve"> </w:t>
      </w:r>
      <w:r w:rsidRPr="003D23DA">
        <w:rPr>
          <w:rFonts w:cs="Times New Roman"/>
        </w:rPr>
        <w:t>đây</w: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đúng?</w:t>
      </w:r>
    </w:p>
    <w:p w14:paraId="1BF69528" w14:textId="4C7AF1C9" w:rsidR="003D23DA"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rPr>
        <w:t xml:space="preserve">Giao tuyến của </w:t>
      </w:r>
      <w:r w:rsidR="003D23DA" w:rsidRPr="003D23DA">
        <w:rPr>
          <w:rFonts w:cs="Times New Roman"/>
          <w:position w:val="-10"/>
        </w:rPr>
        <w:object w:dxaOrig="820" w:dyaOrig="320" w14:anchorId="30B3C524">
          <v:shape id="_x0000_i1139" type="#_x0000_t75" style="width:40.8pt;height:16.2pt" o:ole="">
            <v:imagedata r:id="rId234" o:title=""/>
          </v:shape>
          <o:OLEObject Type="Embed" ProgID="Equation.DSMT4" ShapeID="_x0000_i1139" DrawAspect="Content" ObjectID="_1699917929" r:id="rId235"/>
        </w:object>
      </w:r>
      <w:r w:rsidR="003D23DA" w:rsidRPr="003D23DA">
        <w:rPr>
          <w:rFonts w:cs="Times New Roman"/>
        </w:rPr>
        <w:t xml:space="preserve"> song song với </w:t>
      </w:r>
      <w:r w:rsidR="003D23DA" w:rsidRPr="003D23DA">
        <w:rPr>
          <w:rFonts w:cs="Times New Roman"/>
          <w:position w:val="-6"/>
        </w:rPr>
        <w:object w:dxaOrig="220" w:dyaOrig="279" w14:anchorId="7B9ED695">
          <v:shape id="_x0000_i1140" type="#_x0000_t75" style="width:10.8pt;height:13.8pt" o:ole="">
            <v:imagedata r:id="rId236" o:title=""/>
          </v:shape>
          <o:OLEObject Type="Embed" ProgID="Equation.DSMT4" ShapeID="_x0000_i1140" DrawAspect="Content" ObjectID="_1699917930" r:id="rId237"/>
        </w:object>
      </w:r>
      <w:r w:rsidR="003D23DA" w:rsidRPr="003D23DA">
        <w:rPr>
          <w:rFonts w:cs="Times New Roman"/>
        </w:rPr>
        <w:t>.</w:t>
      </w:r>
    </w:p>
    <w:p w14:paraId="5B28D157" w14:textId="0E62338A" w:rsidR="003D23DA"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B. </w:t>
      </w:r>
      <w:r w:rsidRPr="003D23DA">
        <w:rPr>
          <w:rFonts w:cs="Times New Roman"/>
        </w:rPr>
        <w:t xml:space="preserve">Giao tuyến của </w:t>
      </w:r>
      <w:r w:rsidRPr="003D23DA">
        <w:rPr>
          <w:rFonts w:cs="Times New Roman"/>
          <w:position w:val="-10"/>
        </w:rPr>
        <w:object w:dxaOrig="820" w:dyaOrig="320" w14:anchorId="5AF2A51B">
          <v:shape id="_x0000_i1141" type="#_x0000_t75" style="width:40.8pt;height:16.2pt" o:ole="">
            <v:imagedata r:id="rId238" o:title=""/>
          </v:shape>
          <o:OLEObject Type="Embed" ProgID="Equation.DSMT4" ShapeID="_x0000_i1141" DrawAspect="Content" ObjectID="_1699917931" r:id="rId239"/>
        </w:object>
      </w:r>
      <w:r w:rsidRPr="003D23DA">
        <w:rPr>
          <w:rFonts w:cs="Times New Roman"/>
        </w:rPr>
        <w:t xml:space="preserve"> trùng với </w:t>
      </w:r>
      <w:r w:rsidRPr="003D23DA">
        <w:rPr>
          <w:rFonts w:cs="Times New Roman"/>
          <w:position w:val="-6"/>
        </w:rPr>
        <w:object w:dxaOrig="220" w:dyaOrig="279" w14:anchorId="29B4E449">
          <v:shape id="_x0000_i1142" type="#_x0000_t75" style="width:10.8pt;height:13.8pt" o:ole="">
            <v:imagedata r:id="rId240" o:title=""/>
          </v:shape>
          <o:OLEObject Type="Embed" ProgID="Equation.DSMT4" ShapeID="_x0000_i1142" DrawAspect="Content" ObjectID="_1699917932" r:id="rId241"/>
        </w:object>
      </w:r>
      <w:r w:rsidRPr="003D23DA">
        <w:rPr>
          <w:rFonts w:cs="Times New Roman"/>
        </w:rPr>
        <w:t>.</w:t>
      </w:r>
    </w:p>
    <w:p w14:paraId="2055109A" w14:textId="437C8E0F" w:rsidR="003D23DA"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C. </w:t>
      </w:r>
      <w:r w:rsidRPr="003D23DA">
        <w:rPr>
          <w:rFonts w:cs="Times New Roman"/>
        </w:rPr>
        <w:t xml:space="preserve">Giao tuyến của </w:t>
      </w:r>
      <w:r w:rsidRPr="003D23DA">
        <w:rPr>
          <w:rFonts w:cs="Times New Roman"/>
          <w:position w:val="-10"/>
        </w:rPr>
        <w:object w:dxaOrig="820" w:dyaOrig="320" w14:anchorId="797A21BE">
          <v:shape id="_x0000_i1143" type="#_x0000_t75" style="width:40.8pt;height:16.2pt" o:ole="">
            <v:imagedata r:id="rId242" o:title=""/>
          </v:shape>
          <o:OLEObject Type="Embed" ProgID="Equation.DSMT4" ShapeID="_x0000_i1143" DrawAspect="Content" ObjectID="_1699917933" r:id="rId243"/>
        </w:object>
      </w:r>
      <w:r w:rsidRPr="003D23DA">
        <w:rPr>
          <w:rFonts w:cs="Times New Roman"/>
        </w:rPr>
        <w:t xml:space="preserve"> cắt </w:t>
      </w:r>
      <w:r w:rsidRPr="003D23DA">
        <w:rPr>
          <w:rFonts w:cs="Times New Roman"/>
          <w:position w:val="-6"/>
        </w:rPr>
        <w:object w:dxaOrig="220" w:dyaOrig="279" w14:anchorId="5D6D7361">
          <v:shape id="_x0000_i1144" type="#_x0000_t75" style="width:10.8pt;height:13.8pt" o:ole="">
            <v:imagedata r:id="rId244" o:title=""/>
          </v:shape>
          <o:OLEObject Type="Embed" ProgID="Equation.DSMT4" ShapeID="_x0000_i1144" DrawAspect="Content" ObjectID="_1699917934" r:id="rId245"/>
        </w:object>
      </w:r>
      <w:r w:rsidRPr="003D23DA">
        <w:rPr>
          <w:rFonts w:cs="Times New Roman"/>
        </w:rPr>
        <w:t>.</w:t>
      </w:r>
    </w:p>
    <w:p w14:paraId="7D05F510" w14:textId="0FAC69EA"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D. </w:t>
      </w:r>
      <w:r w:rsidR="00D06B0C" w:rsidRPr="003D23DA">
        <w:rPr>
          <w:rFonts w:cs="Times New Roman"/>
        </w:rPr>
        <w:t>Giao</w:t>
      </w:r>
      <w:r w:rsidR="004D52D6" w:rsidRPr="003D23DA">
        <w:rPr>
          <w:rFonts w:cs="Times New Roman"/>
        </w:rPr>
        <w:t xml:space="preserve"> </w:t>
      </w:r>
      <w:r w:rsidR="00D06B0C" w:rsidRPr="003D23DA">
        <w:rPr>
          <w:rFonts w:cs="Times New Roman"/>
        </w:rPr>
        <w:t>tuyến</w:t>
      </w:r>
      <w:r w:rsidR="004D52D6" w:rsidRPr="003D23DA">
        <w:rPr>
          <w:rFonts w:cs="Times New Roman"/>
        </w:rPr>
        <w:t xml:space="preserve"> </w:t>
      </w:r>
      <w:r w:rsidR="00D06B0C" w:rsidRPr="003D23DA">
        <w:rPr>
          <w:rFonts w:cs="Times New Roman"/>
        </w:rPr>
        <w:t>của</w:t>
      </w:r>
      <w:r w:rsidR="004D52D6" w:rsidRPr="003D23DA">
        <w:rPr>
          <w:rFonts w:cs="Times New Roman"/>
        </w:rPr>
        <w:t xml:space="preserve"> </w:t>
      </w:r>
      <w:r w:rsidR="004D52D6" w:rsidRPr="003D23DA">
        <w:rPr>
          <w:rFonts w:cs="Times New Roman"/>
          <w:position w:val="-10"/>
        </w:rPr>
        <w:object w:dxaOrig="820" w:dyaOrig="320" w14:anchorId="0AB389F5">
          <v:shape id="_x0000_i1145" type="#_x0000_t75" style="width:40.8pt;height:16.2pt" o:ole="">
            <v:imagedata r:id="rId246" o:title=""/>
          </v:shape>
          <o:OLEObject Type="Embed" ProgID="Equation.DSMT4" ShapeID="_x0000_i1145" DrawAspect="Content" ObjectID="_1699917935" r:id="rId247"/>
        </w:object>
      </w:r>
      <w:r w:rsidR="004D52D6" w:rsidRPr="003D23DA">
        <w:rPr>
          <w:rFonts w:cs="Times New Roman"/>
        </w:rPr>
        <w:t xml:space="preserve"> </w:t>
      </w:r>
      <w:r w:rsidR="00D06B0C" w:rsidRPr="003D23DA">
        <w:rPr>
          <w:rFonts w:cs="Times New Roman"/>
        </w:rPr>
        <w:t>song</w:t>
      </w:r>
      <w:r w:rsidR="004D52D6" w:rsidRPr="003D23DA">
        <w:rPr>
          <w:rFonts w:cs="Times New Roman"/>
        </w:rPr>
        <w:t xml:space="preserve"> </w:t>
      </w:r>
      <w:r w:rsidR="00D06B0C" w:rsidRPr="003D23DA">
        <w:rPr>
          <w:rFonts w:cs="Times New Roman"/>
        </w:rPr>
        <w:t>song</w:t>
      </w:r>
      <w:r w:rsidR="004D52D6" w:rsidRPr="003D23DA">
        <w:rPr>
          <w:rFonts w:cs="Times New Roman"/>
        </w:rPr>
        <w:t xml:space="preserve"> </w:t>
      </w:r>
      <w:r w:rsidR="00D06B0C" w:rsidRPr="003D23DA">
        <w:rPr>
          <w:rFonts w:cs="Times New Roman"/>
        </w:rPr>
        <w:t>hoặc</w:t>
      </w:r>
      <w:r w:rsidR="004D52D6" w:rsidRPr="003D23DA">
        <w:rPr>
          <w:rFonts w:cs="Times New Roman"/>
        </w:rPr>
        <w:t xml:space="preserve"> </w:t>
      </w:r>
      <w:r w:rsidR="00D06B0C" w:rsidRPr="003D23DA">
        <w:rPr>
          <w:rFonts w:cs="Times New Roman"/>
        </w:rPr>
        <w:t>trùng</w:t>
      </w:r>
      <w:r w:rsidR="004D52D6" w:rsidRPr="003D23DA">
        <w:rPr>
          <w:rFonts w:cs="Times New Roman"/>
        </w:rPr>
        <w:t xml:space="preserve"> </w:t>
      </w:r>
      <w:r w:rsidR="00D06B0C" w:rsidRPr="003D23DA">
        <w:rPr>
          <w:rFonts w:cs="Times New Roman"/>
        </w:rPr>
        <w:t>với</w:t>
      </w:r>
      <w:r w:rsidR="004D52D6" w:rsidRPr="003D23DA">
        <w:rPr>
          <w:rFonts w:cs="Times New Roman"/>
        </w:rPr>
        <w:t xml:space="preserve"> </w:t>
      </w:r>
      <w:r w:rsidR="004D52D6" w:rsidRPr="003D23DA">
        <w:rPr>
          <w:rFonts w:cs="Times New Roman"/>
          <w:position w:val="-6"/>
        </w:rPr>
        <w:object w:dxaOrig="220" w:dyaOrig="279" w14:anchorId="24C03C72">
          <v:shape id="_x0000_i1146" type="#_x0000_t75" style="width:10.8pt;height:13.8pt" o:ole="">
            <v:imagedata r:id="rId248" o:title=""/>
          </v:shape>
          <o:OLEObject Type="Embed" ProgID="Equation.DSMT4" ShapeID="_x0000_i1146" DrawAspect="Content" ObjectID="_1699917936" r:id="rId249"/>
        </w:object>
      </w:r>
      <w:r w:rsidR="004D52D6" w:rsidRPr="003D23DA">
        <w:rPr>
          <w:rFonts w:cs="Times New Roman"/>
        </w:rPr>
        <w:t>.</w:t>
      </w:r>
    </w:p>
    <w:p w14:paraId="6EE50345" w14:textId="42A1987B"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24:</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004D52D6" w:rsidRPr="003D23DA">
        <w:rPr>
          <w:position w:val="-10"/>
        </w:rPr>
        <w:object w:dxaOrig="1180" w:dyaOrig="320" w14:anchorId="7DDB9CFB">
          <v:shape id="_x0000_i1147" type="#_x0000_t75" style="width:58.8pt;height:16.2pt" o:ole="">
            <v:imagedata r:id="rId250" o:title=""/>
          </v:shape>
          <o:OLEObject Type="Embed" ProgID="Equation.DSMT4" ShapeID="_x0000_i1147" DrawAspect="Content" ObjectID="_1699917937" r:id="rId251"/>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position w:val="-12"/>
        </w:rPr>
        <w:object w:dxaOrig="920" w:dyaOrig="380" w14:anchorId="6D223288">
          <v:shape id="_x0000_i1148" type="#_x0000_t75" style="width:46.2pt;height:19.2pt" o:ole="">
            <v:imagedata r:id="rId252" o:title=""/>
          </v:shape>
          <o:OLEObject Type="Embed" ProgID="Equation.DSMT4" ShapeID="_x0000_i1148" DrawAspect="Content" ObjectID="_1699917938" r:id="rId253"/>
        </w:object>
      </w:r>
      <w:r w:rsidR="004D52D6" w:rsidRPr="003D23DA">
        <w:rPr>
          <w:rFonts w:cs="Times New Roman"/>
        </w:rPr>
        <w:t xml:space="preserve">. </w:t>
      </w:r>
      <w:r w:rsidRPr="003D23DA">
        <w:rPr>
          <w:rFonts w:cs="Times New Roman"/>
        </w:rPr>
        <w:t>Giá</w:t>
      </w:r>
      <w:r w:rsidR="004D52D6" w:rsidRPr="003D23DA">
        <w:rPr>
          <w:rFonts w:cs="Times New Roman"/>
        </w:rPr>
        <w:t xml:space="preserve"> </w:t>
      </w:r>
      <w:r w:rsidRPr="003D23DA">
        <w:rPr>
          <w:rFonts w:cs="Times New Roman"/>
        </w:rPr>
        <w:t>trị</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6"/>
        </w:rPr>
        <w:object w:dxaOrig="200" w:dyaOrig="220" w14:anchorId="53F9743B">
          <v:shape id="_x0000_i1149" type="#_x0000_t75" style="width:10.2pt;height:10.8pt" o:ole="">
            <v:imagedata r:id="rId254" o:title=""/>
          </v:shape>
          <o:OLEObject Type="Embed" ProgID="Equation.DSMT4" ShapeID="_x0000_i1149" DrawAspect="Content" ObjectID="_1699917939" r:id="rId255"/>
        </w:object>
      </w:r>
      <w:r w:rsidR="004D52D6" w:rsidRPr="003D23DA">
        <w:rPr>
          <w:rFonts w:cs="Times New Roman"/>
        </w:rPr>
        <w:t xml:space="preserve"> </w:t>
      </w:r>
      <w:r w:rsidRPr="003D23DA">
        <w:rPr>
          <w:rFonts w:cs="Times New Roman"/>
        </w:rPr>
        <w:t>bằng</w:t>
      </w:r>
    </w:p>
    <w:p w14:paraId="10B45485" w14:textId="4A16FF84"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3.</w:t>
      </w:r>
      <w:r w:rsidRPr="003D23DA">
        <w:rPr>
          <w:rFonts w:cs="Times New Roman"/>
        </w:rPr>
        <w:tab/>
      </w:r>
      <w:r w:rsidRPr="003D23DA">
        <w:rPr>
          <w:rFonts w:cs="Times New Roman"/>
          <w:b/>
          <w:color w:val="0000FF"/>
        </w:rPr>
        <w:t xml:space="preserve">B. </w:t>
      </w:r>
      <w:r w:rsidRPr="003D23DA">
        <w:rPr>
          <w:rFonts w:cs="Times New Roman"/>
        </w:rPr>
        <w:t>12.</w:t>
      </w:r>
      <w:r w:rsidRPr="003D23DA">
        <w:rPr>
          <w:rFonts w:cs="Times New Roman"/>
        </w:rPr>
        <w:tab/>
      </w:r>
      <w:r w:rsidR="00D06B0C" w:rsidRPr="00D06B0C">
        <w:rPr>
          <w:rFonts w:cs="Times New Roman"/>
          <w:b/>
          <w:color w:val="FF0000"/>
          <w:u w:val="single"/>
        </w:rPr>
        <w:t>C</w:t>
      </w:r>
      <w:r w:rsidRPr="003D23DA">
        <w:rPr>
          <w:rFonts w:cs="Times New Roman"/>
          <w:b/>
          <w:color w:val="0000FF"/>
        </w:rPr>
        <w:t xml:space="preserve">. </w:t>
      </w:r>
      <w:r w:rsidRPr="003D23DA">
        <w:rPr>
          <w:rFonts w:cs="Times New Roman"/>
        </w:rPr>
        <w:t>10.</w:t>
      </w:r>
      <w:r w:rsidRPr="003D23DA">
        <w:rPr>
          <w:rFonts w:cs="Times New Roman"/>
        </w:rPr>
        <w:tab/>
      </w:r>
      <w:r w:rsidRPr="003D23DA">
        <w:rPr>
          <w:rFonts w:cs="Times New Roman"/>
          <w:b/>
          <w:color w:val="0000FF"/>
        </w:rPr>
        <w:t xml:space="preserve">D. </w:t>
      </w:r>
      <w:r w:rsidR="00D06B0C" w:rsidRPr="003D23DA">
        <w:rPr>
          <w:rFonts w:cs="Times New Roman"/>
        </w:rPr>
        <w:t>9</w:t>
      </w:r>
      <w:r w:rsidR="004D52D6" w:rsidRPr="003D23DA">
        <w:rPr>
          <w:rFonts w:cs="Times New Roman"/>
        </w:rPr>
        <w:t>.</w:t>
      </w:r>
    </w:p>
    <w:p w14:paraId="4846440F" w14:textId="164C2BC0"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25:</w:t>
      </w:r>
      <w:r w:rsidR="003D23DA" w:rsidRPr="003D23DA">
        <w:rPr>
          <w:rFonts w:cs="Times New Roman"/>
          <w:b/>
          <w:color w:val="0000FF"/>
        </w:rPr>
        <w:tab/>
      </w:r>
      <w:r w:rsidRPr="003D23DA">
        <w:rPr>
          <w:rFonts w:cs="Times New Roman"/>
        </w:rPr>
        <w:t>Trong</w:t>
      </w:r>
      <w:r w:rsidR="004D52D6" w:rsidRPr="003D23DA">
        <w:rPr>
          <w:rFonts w:cs="Times New Roman"/>
        </w:rPr>
        <w:t xml:space="preserve"> </w:t>
      </w:r>
      <w:r w:rsidRPr="003D23DA">
        <w:rPr>
          <w:rFonts w:cs="Times New Roman"/>
        </w:rPr>
        <w:t>các</w:t>
      </w:r>
      <w:r w:rsidR="004D52D6" w:rsidRPr="003D23DA">
        <w:rPr>
          <w:rFonts w:cs="Times New Roman"/>
        </w:rPr>
        <w:t xml:space="preserve"> </w:t>
      </w:r>
      <w:r w:rsidRPr="003D23DA">
        <w:rPr>
          <w:rFonts w:cs="Times New Roman"/>
        </w:rPr>
        <w:t>mệnh</w:t>
      </w:r>
      <w:r w:rsidR="004D52D6" w:rsidRPr="003D23DA">
        <w:rPr>
          <w:rFonts w:cs="Times New Roman"/>
        </w:rPr>
        <w:t xml:space="preserve"> </w:t>
      </w:r>
      <w:r w:rsidRPr="003D23DA">
        <w:rPr>
          <w:rFonts w:cs="Times New Roman"/>
        </w:rPr>
        <w:t>đề</w:t>
      </w:r>
      <w:r w:rsidR="004D52D6" w:rsidRPr="003D23DA">
        <w:rPr>
          <w:rFonts w:cs="Times New Roman"/>
        </w:rPr>
        <w:t xml:space="preserve"> </w:t>
      </w:r>
      <w:r w:rsidRPr="003D23DA">
        <w:rPr>
          <w:rFonts w:cs="Times New Roman"/>
        </w:rPr>
        <w:t>sau,</w:t>
      </w:r>
      <w:r w:rsidR="004D52D6" w:rsidRPr="003D23DA">
        <w:rPr>
          <w:rFonts w:cs="Times New Roman"/>
        </w:rPr>
        <w:t xml:space="preserve"> </w:t>
      </w:r>
      <w:r w:rsidRPr="003D23DA">
        <w:rPr>
          <w:rFonts w:cs="Times New Roman"/>
        </w:rPr>
        <w:t>mệnh</w:t>
      </w:r>
      <w:r w:rsidR="004D52D6" w:rsidRPr="003D23DA">
        <w:rPr>
          <w:rFonts w:cs="Times New Roman"/>
        </w:rPr>
        <w:t xml:space="preserve"> </w:t>
      </w:r>
      <w:r w:rsidRPr="003D23DA">
        <w:rPr>
          <w:rFonts w:cs="Times New Roman"/>
        </w:rPr>
        <w:t>đề</w:t>
      </w:r>
      <w:r w:rsidR="004D52D6" w:rsidRPr="003D23DA">
        <w:rPr>
          <w:rFonts w:cs="Times New Roman"/>
        </w:rPr>
        <w:t xml:space="preserve"> </w:t>
      </w:r>
      <w:r w:rsidRPr="003D23DA">
        <w:rPr>
          <w:rFonts w:cs="Times New Roman"/>
        </w:rPr>
        <w:t>nào</w:t>
      </w:r>
      <w:r w:rsidR="004D52D6" w:rsidRPr="003D23DA">
        <w:rPr>
          <w:rFonts w:cs="Times New Roman"/>
        </w:rPr>
        <w:t xml:space="preserve"> </w:t>
      </w:r>
      <w:r w:rsidRPr="003D23DA">
        <w:rPr>
          <w:rFonts w:cs="Times New Roman"/>
        </w:rPr>
        <w:t>đúng?</w:t>
      </w:r>
    </w:p>
    <w:p w14:paraId="63C89AEC" w14:textId="06256213" w:rsidR="003D23DA"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Hai đường thẳng song song nhau khi và chỉ khi chúng ở trên cùng một mặt phẳng.</w:t>
      </w:r>
    </w:p>
    <w:p w14:paraId="71A43F28" w14:textId="644FDBAC" w:rsidR="003D23DA"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B</w:t>
      </w:r>
      <w:r w:rsidR="003D23DA" w:rsidRPr="003D23DA">
        <w:rPr>
          <w:rFonts w:cs="Times New Roman"/>
          <w:b/>
          <w:color w:val="0000FF"/>
        </w:rPr>
        <w:t xml:space="preserve">. </w:t>
      </w:r>
      <w:r w:rsidR="003D23DA" w:rsidRPr="003D23DA">
        <w:rPr>
          <w:rFonts w:cs="Times New Roman"/>
        </w:rPr>
        <w:t>Hai đường thẳng không có điểm chung là hai đường thẳng song song hoặc chéo nhau.</w:t>
      </w:r>
    </w:p>
    <w:p w14:paraId="6945191E" w14:textId="4A931630" w:rsidR="003D23DA"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C. </w:t>
      </w:r>
      <w:r w:rsidRPr="003D23DA">
        <w:rPr>
          <w:rFonts w:cs="Times New Roman"/>
        </w:rPr>
        <w:t>Khi hai đường thẳng ở trên hai mặt phẳng thì hai đường thẳng đó cắt nhau.</w:t>
      </w:r>
    </w:p>
    <w:p w14:paraId="0D9D5D3C" w14:textId="77EFCF27"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D. </w:t>
      </w:r>
      <w:r w:rsidR="00D06B0C" w:rsidRPr="003D23DA">
        <w:rPr>
          <w:rFonts w:cs="Times New Roman"/>
        </w:rPr>
        <w:t>Hai</w:t>
      </w:r>
      <w:r w:rsidR="004D52D6" w:rsidRPr="003D23DA">
        <w:rPr>
          <w:rFonts w:cs="Times New Roman"/>
        </w:rPr>
        <w:t xml:space="preserve"> </w:t>
      </w:r>
      <w:r w:rsidR="00D06B0C" w:rsidRPr="003D23DA">
        <w:rPr>
          <w:rFonts w:cs="Times New Roman"/>
        </w:rPr>
        <w:t>đường</w:t>
      </w:r>
      <w:r w:rsidR="004D52D6" w:rsidRPr="003D23DA">
        <w:rPr>
          <w:rFonts w:cs="Times New Roman"/>
        </w:rPr>
        <w:t xml:space="preserve"> </w:t>
      </w:r>
      <w:r w:rsidR="00D06B0C" w:rsidRPr="003D23DA">
        <w:rPr>
          <w:rFonts w:cs="Times New Roman"/>
        </w:rPr>
        <w:t>thăng</w:t>
      </w:r>
      <w:r w:rsidR="004D52D6" w:rsidRPr="003D23DA">
        <w:rPr>
          <w:rFonts w:cs="Times New Roman"/>
        </w:rPr>
        <w:t xml:space="preserve"> </w:t>
      </w:r>
      <w:r w:rsidR="00D06B0C" w:rsidRPr="003D23DA">
        <w:rPr>
          <w:rFonts w:cs="Times New Roman"/>
        </w:rPr>
        <w:t>không</w:t>
      </w:r>
      <w:r w:rsidR="004D52D6" w:rsidRPr="003D23DA">
        <w:rPr>
          <w:rFonts w:cs="Times New Roman"/>
        </w:rPr>
        <w:t xml:space="preserve"> </w:t>
      </w:r>
      <w:r w:rsidR="00D06B0C" w:rsidRPr="003D23DA">
        <w:rPr>
          <w:rFonts w:cs="Times New Roman"/>
        </w:rPr>
        <w:t>có</w:t>
      </w:r>
      <w:r w:rsidR="004D52D6" w:rsidRPr="003D23DA">
        <w:rPr>
          <w:rFonts w:cs="Times New Roman"/>
        </w:rPr>
        <w:t xml:space="preserve"> </w:t>
      </w:r>
      <w:r w:rsidR="00D06B0C" w:rsidRPr="003D23DA">
        <w:rPr>
          <w:rFonts w:cs="Times New Roman"/>
        </w:rPr>
        <w:t>điêm</w:t>
      </w:r>
      <w:r w:rsidR="004D52D6" w:rsidRPr="003D23DA">
        <w:rPr>
          <w:rFonts w:cs="Times New Roman"/>
        </w:rPr>
        <w:t xml:space="preserve"> </w:t>
      </w:r>
      <w:r w:rsidR="00D06B0C" w:rsidRPr="003D23DA">
        <w:rPr>
          <w:rFonts w:cs="Times New Roman"/>
        </w:rPr>
        <w:t>chung</w:t>
      </w:r>
      <w:r w:rsidR="004D52D6" w:rsidRPr="003D23DA">
        <w:rPr>
          <w:rFonts w:cs="Times New Roman"/>
        </w:rPr>
        <w:t xml:space="preserve"> </w:t>
      </w:r>
      <w:r w:rsidR="00D06B0C" w:rsidRPr="003D23DA">
        <w:rPr>
          <w:rFonts w:cs="Times New Roman"/>
        </w:rPr>
        <w:t>thì</w:t>
      </w:r>
      <w:r w:rsidR="004D52D6" w:rsidRPr="003D23DA">
        <w:rPr>
          <w:rFonts w:cs="Times New Roman"/>
        </w:rPr>
        <w:t xml:space="preserve"> </w:t>
      </w:r>
      <w:r w:rsidR="00D06B0C" w:rsidRPr="003D23DA">
        <w:rPr>
          <w:rFonts w:cs="Times New Roman"/>
        </w:rPr>
        <w:t>chúng</w:t>
      </w:r>
      <w:r w:rsidR="004D52D6" w:rsidRPr="003D23DA">
        <w:rPr>
          <w:rFonts w:cs="Times New Roman"/>
        </w:rPr>
        <w:t xml:space="preserve"> </w:t>
      </w:r>
      <w:r w:rsidR="00D06B0C" w:rsidRPr="003D23DA">
        <w:rPr>
          <w:rFonts w:cs="Times New Roman"/>
        </w:rPr>
        <w:t>chéo</w:t>
      </w:r>
      <w:r w:rsidR="004D52D6" w:rsidRPr="003D23DA">
        <w:rPr>
          <w:rFonts w:cs="Times New Roman"/>
        </w:rPr>
        <w:t xml:space="preserve"> </w:t>
      </w:r>
      <w:r w:rsidR="00D06B0C" w:rsidRPr="003D23DA">
        <w:rPr>
          <w:rFonts w:cs="Times New Roman"/>
        </w:rPr>
        <w:t>nhau</w:t>
      </w:r>
      <w:r w:rsidR="004D52D6" w:rsidRPr="003D23DA">
        <w:rPr>
          <w:rFonts w:cs="Times New Roman"/>
        </w:rPr>
        <w:t>.</w:t>
      </w:r>
    </w:p>
    <w:p w14:paraId="09477A72" w14:textId="335A5479"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26:</w:t>
      </w:r>
      <w:r w:rsidR="003D23DA" w:rsidRPr="003D23DA">
        <w:rPr>
          <w:rFonts w:cs="Times New Roman"/>
          <w:b/>
          <w:color w:val="0000FF"/>
        </w:rPr>
        <w:tab/>
      </w:r>
      <w:r w:rsidRPr="003D23DA">
        <w:rPr>
          <w:rFonts w:cs="Times New Roman"/>
        </w:rPr>
        <w:t>Số</w:t>
      </w:r>
      <w:r w:rsidR="004D52D6" w:rsidRPr="003D23DA">
        <w:rPr>
          <w:rFonts w:cs="Times New Roman"/>
        </w:rPr>
        <w:t xml:space="preserve"> </w:t>
      </w:r>
      <w:r w:rsidRPr="003D23DA">
        <w:rPr>
          <w:rFonts w:cs="Times New Roman"/>
        </w:rPr>
        <w:t>hoán</w:t>
      </w:r>
      <w:r w:rsidR="004D52D6" w:rsidRPr="003D23DA">
        <w:rPr>
          <w:rFonts w:cs="Times New Roman"/>
        </w:rPr>
        <w:t xml:space="preserve"> </w:t>
      </w:r>
      <w:r w:rsidRPr="003D23DA">
        <w:rPr>
          <w:rFonts w:cs="Times New Roman"/>
        </w:rPr>
        <w:t>vị</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5</w:t>
      </w:r>
      <w:r w:rsidR="004D52D6" w:rsidRPr="003D23DA">
        <w:rPr>
          <w:rFonts w:cs="Times New Roman"/>
        </w:rPr>
        <w:t xml:space="preserve"> </w:t>
      </w:r>
      <w:r w:rsidRPr="003D23DA">
        <w:rPr>
          <w:rFonts w:cs="Times New Roman"/>
        </w:rPr>
        <w:t>phần</w:t>
      </w:r>
      <w:r w:rsidR="004D52D6" w:rsidRPr="003D23DA">
        <w:rPr>
          <w:rFonts w:cs="Times New Roman"/>
        </w:rPr>
        <w:t xml:space="preserve"> </w:t>
      </w:r>
      <w:r w:rsidRPr="003D23DA">
        <w:rPr>
          <w:rFonts w:cs="Times New Roman"/>
        </w:rPr>
        <w:t>tử</w:t>
      </w:r>
      <w:r w:rsidR="004D52D6" w:rsidRPr="003D23DA">
        <w:rPr>
          <w:rFonts w:cs="Times New Roman"/>
        </w:rPr>
        <w:t xml:space="preserve"> </w:t>
      </w:r>
      <w:r w:rsidRPr="003D23DA">
        <w:rPr>
          <w:rFonts w:cs="Times New Roman"/>
        </w:rPr>
        <w:t>là</w:t>
      </w:r>
    </w:p>
    <w:p w14:paraId="69EEB2B0" w14:textId="1BCC20BE"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lastRenderedPageBreak/>
        <w:t xml:space="preserve">A. </w:t>
      </w:r>
      <w:r w:rsidRPr="003D23DA">
        <w:rPr>
          <w:rFonts w:cs="Times New Roman"/>
        </w:rPr>
        <w:t>130.</w:t>
      </w:r>
      <w:r w:rsidRPr="003D23DA">
        <w:rPr>
          <w:rFonts w:cs="Times New Roman"/>
        </w:rPr>
        <w:tab/>
      </w:r>
      <w:r w:rsidRPr="003D23DA">
        <w:rPr>
          <w:rFonts w:cs="Times New Roman"/>
          <w:b/>
          <w:color w:val="0000FF"/>
        </w:rPr>
        <w:t xml:space="preserve">B. </w:t>
      </w:r>
      <w:r w:rsidRPr="003D23DA">
        <w:rPr>
          <w:rFonts w:cs="Times New Roman"/>
        </w:rPr>
        <w:t>125.</w:t>
      </w:r>
      <w:r w:rsidRPr="003D23DA">
        <w:rPr>
          <w:rFonts w:cs="Times New Roman"/>
        </w:rPr>
        <w:tab/>
      </w:r>
      <w:r w:rsidR="00D06B0C" w:rsidRPr="00D06B0C">
        <w:rPr>
          <w:rFonts w:cs="Times New Roman"/>
          <w:b/>
          <w:color w:val="FF0000"/>
          <w:u w:val="single"/>
        </w:rPr>
        <w:t>C</w:t>
      </w:r>
      <w:r w:rsidRPr="003D23DA">
        <w:rPr>
          <w:rFonts w:cs="Times New Roman"/>
          <w:b/>
          <w:color w:val="0000FF"/>
        </w:rPr>
        <w:t xml:space="preserve">. </w:t>
      </w:r>
      <w:r w:rsidRPr="003D23DA">
        <w:rPr>
          <w:rFonts w:cs="Times New Roman"/>
        </w:rPr>
        <w:t>120.</w:t>
      </w:r>
      <w:r w:rsidRPr="003D23DA">
        <w:rPr>
          <w:rFonts w:cs="Times New Roman"/>
        </w:rPr>
        <w:tab/>
      </w:r>
      <w:r w:rsidRPr="003D23DA">
        <w:rPr>
          <w:rFonts w:cs="Times New Roman"/>
          <w:b/>
          <w:color w:val="0000FF"/>
        </w:rPr>
        <w:t xml:space="preserve">D. </w:t>
      </w:r>
      <w:r w:rsidR="00D06B0C" w:rsidRPr="003D23DA">
        <w:rPr>
          <w:rFonts w:cs="Times New Roman"/>
        </w:rPr>
        <w:t>100</w:t>
      </w:r>
      <w:r w:rsidR="004D52D6" w:rsidRPr="003D23DA">
        <w:rPr>
          <w:rFonts w:cs="Times New Roman"/>
        </w:rPr>
        <w:t>.</w:t>
      </w:r>
    </w:p>
    <w:p w14:paraId="75574932" w14:textId="3D49BF10"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27:</w:t>
      </w:r>
      <w:r w:rsidR="003D23DA" w:rsidRPr="003D23DA">
        <w:rPr>
          <w:rFonts w:cs="Times New Roman"/>
          <w:b/>
          <w:color w:val="0000FF"/>
        </w:rPr>
        <w:tab/>
      </w:r>
      <w:r w:rsidRPr="003D23DA">
        <w:rPr>
          <w:rFonts w:cs="Times New Roman"/>
        </w:rPr>
        <w:t>Trong</w:t>
      </w:r>
      <w:r w:rsidR="004D52D6" w:rsidRPr="003D23DA">
        <w:rPr>
          <w:rFonts w:cs="Times New Roman"/>
        </w:rPr>
        <w:t xml:space="preserve"> </w:t>
      </w:r>
      <w:r w:rsidRPr="003D23DA">
        <w:rPr>
          <w:rFonts w:cs="Times New Roman"/>
        </w:rPr>
        <w:t>mặt</w:t>
      </w:r>
      <w:r w:rsidR="004D52D6" w:rsidRPr="003D23DA">
        <w:rPr>
          <w:rFonts w:cs="Times New Roman"/>
        </w:rPr>
        <w:t xml:space="preserve"> </w:t>
      </w:r>
      <w:r w:rsidRPr="003D23DA">
        <w:rPr>
          <w:rFonts w:cs="Times New Roman"/>
        </w:rPr>
        <w:t>phẳng</w:t>
      </w:r>
      <w:r w:rsidR="004D52D6" w:rsidRPr="003D23DA">
        <w:rPr>
          <w:rFonts w:cs="Times New Roman"/>
        </w:rPr>
        <w:t xml:space="preserve"> </w:t>
      </w:r>
      <w:r w:rsidRPr="003D23DA">
        <w:rPr>
          <w:rFonts w:cs="Times New Roman"/>
        </w:rPr>
        <w:t>tọa</w:t>
      </w:r>
      <w:r w:rsidR="004D52D6" w:rsidRPr="003D23DA">
        <w:rPr>
          <w:rFonts w:cs="Times New Roman"/>
        </w:rPr>
        <w:t xml:space="preserve"> </w:t>
      </w:r>
      <w:r w:rsidRPr="003D23DA">
        <w:rPr>
          <w:rFonts w:cs="Times New Roman"/>
        </w:rPr>
        <w:t>độ</w:t>
      </w:r>
      <w:r w:rsidR="004D52D6" w:rsidRPr="003D23DA">
        <w:rPr>
          <w:rFonts w:cs="Times New Roman"/>
        </w:rPr>
        <w:t xml:space="preserve"> </w:t>
      </w:r>
      <w:r w:rsidR="004D52D6" w:rsidRPr="003D23DA">
        <w:rPr>
          <w:position w:val="-10"/>
        </w:rPr>
        <w:object w:dxaOrig="460" w:dyaOrig="320" w14:anchorId="23ECD9C5">
          <v:shape id="_x0000_i1150" type="#_x0000_t75" style="width:22.8pt;height:16.2pt" o:ole="">
            <v:imagedata r:id="rId256" o:title=""/>
          </v:shape>
          <o:OLEObject Type="Embed" ProgID="Equation.DSMT4" ShapeID="_x0000_i1150" DrawAspect="Content" ObjectID="_1699917940" r:id="rId257"/>
        </w:object>
      </w:r>
      <w:r w:rsidR="004D52D6" w:rsidRPr="003D23DA">
        <w:rPr>
          <w:rFonts w:cs="Times New Roman"/>
        </w:rPr>
        <w:t xml:space="preserve"> </w:t>
      </w:r>
      <w:r w:rsidRPr="003D23DA">
        <w:rPr>
          <w:rFonts w:cs="Times New Roman"/>
        </w:rPr>
        <w:t>cho</w:t>
      </w:r>
      <w:r w:rsidR="004D52D6" w:rsidRPr="003D23DA">
        <w:rPr>
          <w:rFonts w:cs="Times New Roman"/>
        </w:rPr>
        <w:t xml:space="preserve"> </w:t>
      </w:r>
      <w:r w:rsidRPr="003D23DA">
        <w:rPr>
          <w:rFonts w:cs="Times New Roman"/>
        </w:rPr>
        <w:t>đường</w:t>
      </w:r>
      <w:r w:rsidR="004D52D6" w:rsidRPr="003D23DA">
        <w:rPr>
          <w:rFonts w:cs="Times New Roman"/>
        </w:rPr>
        <w:t xml:space="preserve"> </w:t>
      </w:r>
      <w:r w:rsidRPr="003D23DA">
        <w:rPr>
          <w:rFonts w:cs="Times New Roman"/>
        </w:rPr>
        <w:t>thẳng</w:t>
      </w:r>
      <w:r w:rsidR="004D52D6" w:rsidRPr="003D23DA">
        <w:rPr>
          <w:rFonts w:cs="Times New Roman"/>
        </w:rPr>
        <w:t xml:space="preserve"> </w:t>
      </w:r>
      <w:r w:rsidR="004D52D6" w:rsidRPr="003D23DA">
        <w:rPr>
          <w:position w:val="-6"/>
        </w:rPr>
        <w:object w:dxaOrig="220" w:dyaOrig="279" w14:anchorId="506B2857">
          <v:shape id="_x0000_i1151" type="#_x0000_t75" style="width:10.8pt;height:13.8pt" o:ole="">
            <v:imagedata r:id="rId258" o:title=""/>
          </v:shape>
          <o:OLEObject Type="Embed" ProgID="Equation.DSMT4" ShapeID="_x0000_i1151" DrawAspect="Content" ObjectID="_1699917941" r:id="rId259"/>
        </w:objec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phương</w:t>
      </w:r>
      <w:r w:rsidR="004D52D6" w:rsidRPr="003D23DA">
        <w:rPr>
          <w:rFonts w:cs="Times New Roman"/>
        </w:rPr>
        <w:t xml:space="preserve"> </w:t>
      </w:r>
      <w:r w:rsidRPr="003D23DA">
        <w:rPr>
          <w:rFonts w:cs="Times New Roman"/>
        </w:rPr>
        <w:t>trình</w:t>
      </w:r>
      <w:r w:rsidR="004D52D6" w:rsidRPr="003D23DA">
        <w:rPr>
          <w:rFonts w:cs="Times New Roman"/>
        </w:rPr>
        <w:t xml:space="preserve"> </w:t>
      </w:r>
      <w:r w:rsidR="004D52D6" w:rsidRPr="003D23DA">
        <w:rPr>
          <w:position w:val="-10"/>
        </w:rPr>
        <w:object w:dxaOrig="1359" w:dyaOrig="320" w14:anchorId="39F78046">
          <v:shape id="_x0000_i1152" type="#_x0000_t75" style="width:67.8pt;height:16.2pt" o:ole="">
            <v:imagedata r:id="rId260" o:title=""/>
          </v:shape>
          <o:OLEObject Type="Embed" ProgID="Equation.DSMT4" ShapeID="_x0000_i1152" DrawAspect="Content" ObjectID="_1699917942" r:id="rId261"/>
        </w:object>
      </w:r>
      <w:r w:rsidR="004D52D6" w:rsidRPr="003D23DA">
        <w:rPr>
          <w:rFonts w:cs="Times New Roman"/>
        </w:rPr>
        <w:t xml:space="preserve">. </w:t>
      </w:r>
      <w:r w:rsidRPr="003D23DA">
        <w:rPr>
          <w:rFonts w:cs="Times New Roman"/>
        </w:rPr>
        <w:t>Phương</w:t>
      </w:r>
      <w:r w:rsidR="004D52D6" w:rsidRPr="003D23DA">
        <w:rPr>
          <w:rFonts w:cs="Times New Roman"/>
        </w:rPr>
        <w:t xml:space="preserve"> </w:t>
      </w:r>
      <w:r w:rsidRPr="003D23DA">
        <w:rPr>
          <w:rFonts w:cs="Times New Roman"/>
        </w:rPr>
        <w:t>trình</w:t>
      </w:r>
      <w:r w:rsidR="004D52D6" w:rsidRPr="003D23DA">
        <w:rPr>
          <w:rFonts w:cs="Times New Roman"/>
        </w:rPr>
        <w:t xml:space="preserve"> </w:t>
      </w:r>
      <w:r w:rsidRPr="003D23DA">
        <w:rPr>
          <w:rFonts w:cs="Times New Roman"/>
        </w:rPr>
        <w:t>đường</w:t>
      </w:r>
      <w:r w:rsidR="004D52D6" w:rsidRPr="003D23DA">
        <w:rPr>
          <w:rFonts w:cs="Times New Roman"/>
        </w:rPr>
        <w:t xml:space="preserve"> </w:t>
      </w:r>
      <w:r w:rsidRPr="003D23DA">
        <w:rPr>
          <w:rFonts w:cs="Times New Roman"/>
        </w:rPr>
        <w:t>thẳng</w:t>
      </w:r>
      <w:r w:rsidR="004D52D6" w:rsidRPr="003D23DA">
        <w:rPr>
          <w:rFonts w:cs="Times New Roman"/>
        </w:rPr>
        <w:t xml:space="preserve"> </w:t>
      </w:r>
      <w:r w:rsidR="004D52D6" w:rsidRPr="003D23DA">
        <w:rPr>
          <w:position w:val="-14"/>
        </w:rPr>
        <w:object w:dxaOrig="460" w:dyaOrig="400" w14:anchorId="6700E222">
          <v:shape id="_x0000_i1153" type="#_x0000_t75" style="width:22.8pt;height:19.8pt" o:ole="">
            <v:imagedata r:id="rId262" o:title=""/>
          </v:shape>
          <o:OLEObject Type="Embed" ProgID="Equation.DSMT4" ShapeID="_x0000_i1153" DrawAspect="Content" ObjectID="_1699917943" r:id="rId263"/>
        </w:objec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ảnh</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10"/>
        </w:rPr>
        <w:object w:dxaOrig="380" w:dyaOrig="320" w14:anchorId="27F010FD">
          <v:shape id="_x0000_i1154" type="#_x0000_t75" style="width:19.2pt;height:16.2pt" o:ole="">
            <v:imagedata r:id="rId264" o:title=""/>
          </v:shape>
          <o:OLEObject Type="Embed" ProgID="Equation.DSMT4" ShapeID="_x0000_i1154" DrawAspect="Content" ObjectID="_1699917944" r:id="rId265"/>
        </w:object>
      </w:r>
      <w:r w:rsidR="004D52D6" w:rsidRPr="003D23DA">
        <w:rPr>
          <w:rFonts w:cs="Times New Roman"/>
        </w:rPr>
        <w:t xml:space="preserve"> </w:t>
      </w:r>
      <w:r w:rsidRPr="003D23DA">
        <w:rPr>
          <w:rFonts w:cs="Times New Roman"/>
        </w:rPr>
        <w:t>qua</w:t>
      </w:r>
      <w:r w:rsidR="004D52D6" w:rsidRPr="003D23DA">
        <w:rPr>
          <w:rFonts w:cs="Times New Roman"/>
        </w:rPr>
        <w:t xml:space="preserve"> </w:t>
      </w:r>
      <w:r w:rsidRPr="003D23DA">
        <w:rPr>
          <w:rFonts w:cs="Times New Roman"/>
        </w:rPr>
        <w:t>phép</w:t>
      </w:r>
      <w:r w:rsidR="004D52D6" w:rsidRPr="003D23DA">
        <w:rPr>
          <w:rFonts w:cs="Times New Roman"/>
        </w:rPr>
        <w:t xml:space="preserve"> </w:t>
      </w:r>
      <w:r w:rsidRPr="003D23DA">
        <w:rPr>
          <w:rFonts w:cs="Times New Roman"/>
        </w:rPr>
        <w:t>vị</w:t>
      </w:r>
      <w:r w:rsidR="004D52D6" w:rsidRPr="003D23DA">
        <w:rPr>
          <w:rFonts w:cs="Times New Roman"/>
        </w:rPr>
        <w:t xml:space="preserve"> </w:t>
      </w:r>
      <w:r w:rsidRPr="003D23DA">
        <w:rPr>
          <w:rFonts w:cs="Times New Roman"/>
        </w:rPr>
        <w:t>tự</w:t>
      </w:r>
      <w:r w:rsidR="004D52D6" w:rsidRPr="003D23DA">
        <w:rPr>
          <w:rFonts w:cs="Times New Roman"/>
        </w:rPr>
        <w:t xml:space="preserve"> </w:t>
      </w:r>
      <w:r w:rsidRPr="003D23DA">
        <w:rPr>
          <w:rFonts w:cs="Times New Roman"/>
        </w:rPr>
        <w:t>tâm</w:t>
      </w:r>
      <w:r w:rsidR="004D52D6" w:rsidRPr="003D23DA">
        <w:rPr>
          <w:rFonts w:cs="Times New Roman"/>
        </w:rPr>
        <w:t xml:space="preserve"> </w:t>
      </w:r>
      <w:r w:rsidR="004D52D6" w:rsidRPr="003D23DA">
        <w:rPr>
          <w:position w:val="-6"/>
        </w:rPr>
        <w:object w:dxaOrig="240" w:dyaOrig="279" w14:anchorId="3FC87D32">
          <v:shape id="_x0000_i1155" type="#_x0000_t75" style="width:12pt;height:13.8pt" o:ole="">
            <v:imagedata r:id="rId266" o:title=""/>
          </v:shape>
          <o:OLEObject Type="Embed" ProgID="Equation.DSMT4" ShapeID="_x0000_i1155" DrawAspect="Content" ObjectID="_1699917945" r:id="rId267"/>
        </w:object>
      </w:r>
      <w:r w:rsidR="004D52D6" w:rsidRPr="003D23DA">
        <w:rPr>
          <w:rFonts w:cs="Times New Roman"/>
        </w:rPr>
        <w:t xml:space="preserve"> </w:t>
      </w:r>
      <w:r w:rsidRPr="003D23DA">
        <w:rPr>
          <w:rFonts w:cs="Times New Roman"/>
        </w:rPr>
        <w:t>tỉ</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004D52D6" w:rsidRPr="003D23DA">
        <w:rPr>
          <w:position w:val="-6"/>
        </w:rPr>
        <w:object w:dxaOrig="560" w:dyaOrig="279" w14:anchorId="0977C55A">
          <v:shape id="_x0000_i1156" type="#_x0000_t75" style="width:28.2pt;height:13.8pt" o:ole="">
            <v:imagedata r:id="rId268" o:title=""/>
          </v:shape>
          <o:OLEObject Type="Embed" ProgID="Equation.DSMT4" ShapeID="_x0000_i1156" DrawAspect="Content" ObjectID="_1699917946" r:id="rId269"/>
        </w:object>
      </w:r>
      <w:r w:rsidR="004D52D6" w:rsidRPr="003D23DA">
        <w:rPr>
          <w:rFonts w:cs="Times New Roman"/>
        </w:rPr>
        <w:t xml:space="preserve"> </w:t>
      </w:r>
      <w:r w:rsidRPr="003D23DA">
        <w:rPr>
          <w:rFonts w:cs="Times New Roman"/>
        </w:rPr>
        <w:t>là</w:t>
      </w:r>
    </w:p>
    <w:p w14:paraId="0223B365" w14:textId="1F3B3F3A" w:rsidR="004D52D6"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position w:val="-10"/>
        </w:rPr>
        <w:object w:dxaOrig="1359" w:dyaOrig="320" w14:anchorId="73F96AEE">
          <v:shape id="_x0000_i1157" type="#_x0000_t75" style="width:67.8pt;height:16.2pt" o:ole="">
            <v:imagedata r:id="rId270" o:title=""/>
          </v:shape>
          <o:OLEObject Type="Embed" ProgID="Equation.DSMT4" ShapeID="_x0000_i1157" DrawAspect="Content" ObjectID="_1699917947" r:id="rId271"/>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B. </w:t>
      </w:r>
      <w:r w:rsidR="003D23DA" w:rsidRPr="003D23DA">
        <w:rPr>
          <w:rFonts w:cs="Times New Roman"/>
          <w:position w:val="-10"/>
        </w:rPr>
        <w:object w:dxaOrig="1359" w:dyaOrig="320" w14:anchorId="791A0629">
          <v:shape id="_x0000_i1158" type="#_x0000_t75" style="width:67.8pt;height:16.2pt" o:ole="">
            <v:imagedata r:id="rId272" o:title=""/>
          </v:shape>
          <o:OLEObject Type="Embed" ProgID="Equation.DSMT4" ShapeID="_x0000_i1158" DrawAspect="Content" ObjectID="_1699917948" r:id="rId273"/>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C. </w:t>
      </w:r>
      <w:r w:rsidR="003D23DA" w:rsidRPr="003D23DA">
        <w:rPr>
          <w:rFonts w:cs="Times New Roman"/>
          <w:position w:val="-10"/>
        </w:rPr>
        <w:object w:dxaOrig="1359" w:dyaOrig="320" w14:anchorId="0E4B98AA">
          <v:shape id="_x0000_i1159" type="#_x0000_t75" style="width:67.8pt;height:16.2pt" o:ole="">
            <v:imagedata r:id="rId274" o:title=""/>
          </v:shape>
          <o:OLEObject Type="Embed" ProgID="Equation.DSMT4" ShapeID="_x0000_i1159" DrawAspect="Content" ObjectID="_1699917949" r:id="rId275"/>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D. </w:t>
      </w:r>
      <w:r w:rsidR="004D52D6" w:rsidRPr="003D23DA">
        <w:rPr>
          <w:rFonts w:cs="Times New Roman"/>
          <w:position w:val="-10"/>
        </w:rPr>
        <w:object w:dxaOrig="1359" w:dyaOrig="320" w14:anchorId="42D112EB">
          <v:shape id="_x0000_i1160" type="#_x0000_t75" style="width:67.8pt;height:16.2pt" o:ole="">
            <v:imagedata r:id="rId276" o:title=""/>
          </v:shape>
          <o:OLEObject Type="Embed" ProgID="Equation.DSMT4" ShapeID="_x0000_i1160" DrawAspect="Content" ObjectID="_1699917950" r:id="rId277"/>
        </w:object>
      </w:r>
      <w:r w:rsidR="004D52D6" w:rsidRPr="003D23DA">
        <w:rPr>
          <w:rFonts w:cs="Times New Roman"/>
        </w:rPr>
        <w:t>.</w:t>
      </w:r>
    </w:p>
    <w:p w14:paraId="0349BA85" w14:textId="090CD661"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28:</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hình</w:t>
      </w:r>
      <w:r w:rsidR="004D52D6" w:rsidRPr="003D23DA">
        <w:rPr>
          <w:rFonts w:cs="Times New Roman"/>
        </w:rPr>
        <w:t xml:space="preserve"> </w:t>
      </w:r>
      <w:r w:rsidRPr="003D23DA">
        <w:rPr>
          <w:rFonts w:cs="Times New Roman"/>
        </w:rPr>
        <w:t>chóp</w:t>
      </w:r>
      <w:r w:rsidR="004D52D6" w:rsidRPr="003D23DA">
        <w:rPr>
          <w:rFonts w:cs="Times New Roman"/>
        </w:rPr>
        <w:t xml:space="preserve"> </w:t>
      </w:r>
      <w:r w:rsidR="004D52D6" w:rsidRPr="003D23DA">
        <w:rPr>
          <w:position w:val="-6"/>
        </w:rPr>
        <w:object w:dxaOrig="920" w:dyaOrig="279" w14:anchorId="69CF8794">
          <v:shape id="_x0000_i1161" type="#_x0000_t75" style="width:46.2pt;height:13.8pt" o:ole="">
            <v:imagedata r:id="rId278" o:title=""/>
          </v:shape>
          <o:OLEObject Type="Embed" ProgID="Equation.DSMT4" ShapeID="_x0000_i1161" DrawAspect="Content" ObjectID="_1699917951" r:id="rId279"/>
        </w:objec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đáy</w:t>
      </w:r>
      <w:r w:rsidR="004D52D6" w:rsidRPr="003D23DA">
        <w:rPr>
          <w:rFonts w:cs="Times New Roman"/>
        </w:rPr>
        <w:t xml:space="preserve"> </w:t>
      </w:r>
      <w:r w:rsidR="004D52D6" w:rsidRPr="003D23DA">
        <w:rPr>
          <w:position w:val="-6"/>
        </w:rPr>
        <w:object w:dxaOrig="720" w:dyaOrig="279" w14:anchorId="59911A2C">
          <v:shape id="_x0000_i1162" type="#_x0000_t75" style="width:36pt;height:13.8pt" o:ole="">
            <v:imagedata r:id="rId280" o:title=""/>
          </v:shape>
          <o:OLEObject Type="Embed" ProgID="Equation.DSMT4" ShapeID="_x0000_i1162" DrawAspect="Content" ObjectID="_1699917952" r:id="rId281"/>
        </w:objec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hình</w:t>
      </w:r>
      <w:r w:rsidR="004D52D6" w:rsidRPr="003D23DA">
        <w:rPr>
          <w:rFonts w:cs="Times New Roman"/>
        </w:rPr>
        <w:t xml:space="preserve"> </w:t>
      </w:r>
      <w:r w:rsidRPr="003D23DA">
        <w:rPr>
          <w:rFonts w:cs="Times New Roman"/>
        </w:rPr>
        <w:t>thang</w:t>
      </w:r>
      <w:r w:rsidR="004D52D6" w:rsidRPr="003D23DA">
        <w:rPr>
          <w:rFonts w:cs="Times New Roman"/>
        </w:rPr>
        <w:t xml:space="preserve"> </w:t>
      </w:r>
      <w:r w:rsidRPr="003D23DA">
        <w:rPr>
          <w:rFonts w:cs="Times New Roman"/>
        </w:rPr>
        <w:t>đáy</w:t>
      </w:r>
      <w:r w:rsidR="004D52D6" w:rsidRPr="003D23DA">
        <w:rPr>
          <w:rFonts w:cs="Times New Roman"/>
        </w:rPr>
        <w:t xml:space="preserve"> </w:t>
      </w:r>
      <w:r w:rsidRPr="003D23DA">
        <w:rPr>
          <w:rFonts w:cs="Times New Roman"/>
        </w:rPr>
        <w:t>lón</w:t>
      </w:r>
      <w:r w:rsidR="004D52D6" w:rsidRPr="003D23DA">
        <w:rPr>
          <w:rFonts w:cs="Times New Roman"/>
        </w:rPr>
        <w:t xml:space="preserve"> </w:t>
      </w:r>
      <w:r w:rsidR="004D52D6" w:rsidRPr="003D23DA">
        <w:rPr>
          <w:position w:val="-4"/>
        </w:rPr>
        <w:object w:dxaOrig="420" w:dyaOrig="260" w14:anchorId="2EA5E8EB">
          <v:shape id="_x0000_i1163" type="#_x0000_t75" style="width:21pt;height:13.2pt" o:ole="">
            <v:imagedata r:id="rId282" o:title=""/>
          </v:shape>
          <o:OLEObject Type="Embed" ProgID="Equation.DSMT4" ShapeID="_x0000_i1163" DrawAspect="Content" ObjectID="_1699917953" r:id="rId283"/>
        </w:object>
      </w:r>
      <w:r w:rsidR="004D52D6" w:rsidRPr="003D23DA">
        <w:rPr>
          <w:rFonts w:cs="Times New Roman"/>
        </w:rPr>
        <w:t xml:space="preserve">. </w:t>
      </w:r>
      <w:r w:rsidRPr="003D23DA">
        <w:rPr>
          <w:rFonts w:cs="Times New Roman"/>
        </w:rPr>
        <w:t>Gọi</w:t>
      </w:r>
      <w:r w:rsidR="004D52D6" w:rsidRPr="003D23DA">
        <w:rPr>
          <w:rFonts w:cs="Times New Roman"/>
        </w:rPr>
        <w:t xml:space="preserve"> </w:t>
      </w:r>
      <w:r w:rsidR="004D52D6" w:rsidRPr="003D23DA">
        <w:rPr>
          <w:position w:val="-10"/>
        </w:rPr>
        <w:object w:dxaOrig="600" w:dyaOrig="320" w14:anchorId="2DE55E88">
          <v:shape id="_x0000_i1164" type="#_x0000_t75" style="width:30pt;height:16.2pt" o:ole="">
            <v:imagedata r:id="rId284" o:title=""/>
          </v:shape>
          <o:OLEObject Type="Embed" ProgID="Equation.DSMT4" ShapeID="_x0000_i1164" DrawAspect="Content" ObjectID="_1699917954" r:id="rId285"/>
        </w:object>
      </w:r>
      <w:r w:rsidR="004D52D6" w:rsidRPr="003D23DA">
        <w:rPr>
          <w:rFonts w:cs="Times New Roman"/>
        </w:rPr>
        <w:t xml:space="preserve"> </w:t>
      </w:r>
      <w:r w:rsidRPr="003D23DA">
        <w:rPr>
          <w:rFonts w:cs="Times New Roman"/>
        </w:rPr>
        <w:t>lần</w:t>
      </w:r>
      <w:r w:rsidR="004D52D6" w:rsidRPr="003D23DA">
        <w:rPr>
          <w:rFonts w:cs="Times New Roman"/>
        </w:rPr>
        <w:t xml:space="preserve"> </w:t>
      </w:r>
      <w:r w:rsidRPr="003D23DA">
        <w:rPr>
          <w:rFonts w:cs="Times New Roman"/>
        </w:rPr>
        <w:t>lượt</w: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trung</w:t>
      </w:r>
      <w:r w:rsidR="004D52D6" w:rsidRPr="003D23DA">
        <w:rPr>
          <w:rFonts w:cs="Times New Roman"/>
        </w:rPr>
        <w:t xml:space="preserve"> </w:t>
      </w:r>
      <w:r w:rsidRPr="003D23DA">
        <w:rPr>
          <w:rFonts w:cs="Times New Roman"/>
        </w:rPr>
        <w:t>điểm</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10"/>
        </w:rPr>
        <w:object w:dxaOrig="740" w:dyaOrig="320" w14:anchorId="5368551B">
          <v:shape id="_x0000_i1165" type="#_x0000_t75" style="width:37.2pt;height:16.2pt" o:ole="">
            <v:imagedata r:id="rId286" o:title=""/>
          </v:shape>
          <o:OLEObject Type="Embed" ProgID="Equation.DSMT4" ShapeID="_x0000_i1165" DrawAspect="Content" ObjectID="_1699917955" r:id="rId287"/>
        </w:object>
      </w:r>
      <w:r w:rsidR="004D52D6" w:rsidRPr="003D23DA">
        <w:rPr>
          <w:rFonts w:cs="Times New Roman"/>
        </w:rPr>
        <w:t xml:space="preserve">. </w:t>
      </w:r>
      <w:r w:rsidRPr="003D23DA">
        <w:rPr>
          <w:rFonts w:cs="Times New Roman"/>
        </w:rPr>
        <w:t>Khi</w:t>
      </w:r>
      <w:r w:rsidR="004D52D6" w:rsidRPr="003D23DA">
        <w:rPr>
          <w:rFonts w:cs="Times New Roman"/>
        </w:rPr>
        <w:t xml:space="preserve"> </w:t>
      </w:r>
      <w:r w:rsidRPr="003D23DA">
        <w:rPr>
          <w:rFonts w:cs="Times New Roman"/>
        </w:rPr>
        <w:t>đó</w:t>
      </w:r>
      <w:r w:rsidR="004D52D6" w:rsidRPr="003D23DA">
        <w:rPr>
          <w:rFonts w:cs="Times New Roman"/>
        </w:rPr>
        <w:t xml:space="preserve"> </w:t>
      </w:r>
      <w:r w:rsidR="004D52D6" w:rsidRPr="003D23DA">
        <w:rPr>
          <w:position w:val="-6"/>
        </w:rPr>
        <w:object w:dxaOrig="460" w:dyaOrig="279" w14:anchorId="6495D482">
          <v:shape id="_x0000_i1166" type="#_x0000_t75" style="width:22.8pt;height:13.8pt" o:ole="">
            <v:imagedata r:id="rId288" o:title=""/>
          </v:shape>
          <o:OLEObject Type="Embed" ProgID="Equation.DSMT4" ShapeID="_x0000_i1166" DrawAspect="Content" ObjectID="_1699917956" r:id="rId289"/>
        </w:objec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Pr="003D23DA">
        <w:rPr>
          <w:rFonts w:cs="Times New Roman"/>
        </w:rPr>
        <w:t>đường</w:t>
      </w:r>
      <w:r w:rsidR="004D52D6" w:rsidRPr="003D23DA">
        <w:rPr>
          <w:rFonts w:cs="Times New Roman"/>
        </w:rPr>
        <w:t xml:space="preserve"> </w:t>
      </w:r>
      <w:r w:rsidRPr="003D23DA">
        <w:rPr>
          <w:rFonts w:cs="Times New Roman"/>
        </w:rPr>
        <w:t>thẳng</w:t>
      </w:r>
    </w:p>
    <w:p w14:paraId="2CCF048A" w14:textId="00D93C91"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6"/>
        </w:rPr>
        <w:object w:dxaOrig="360" w:dyaOrig="279" w14:anchorId="246C5E1C">
          <v:shape id="_x0000_i1167" type="#_x0000_t75" style="width:18pt;height:13.8pt" o:ole="">
            <v:imagedata r:id="rId290" o:title=""/>
          </v:shape>
          <o:OLEObject Type="Embed" ProgID="Equation.DSMT4" ShapeID="_x0000_i1167" DrawAspect="Content" ObjectID="_1699917957" r:id="rId291"/>
        </w:object>
      </w:r>
      <w:r w:rsidRPr="003D23DA">
        <w:rPr>
          <w:rFonts w:cs="Times New Roman"/>
        </w:rPr>
        <w:t>.</w:t>
      </w:r>
      <w:r w:rsidRPr="003D23DA">
        <w:rPr>
          <w:rFonts w:cs="Times New Roman"/>
        </w:rPr>
        <w:tab/>
      </w:r>
      <w:r w:rsidRPr="003D23DA">
        <w:rPr>
          <w:rFonts w:cs="Times New Roman"/>
          <w:b/>
          <w:color w:val="0000FF"/>
        </w:rPr>
        <w:t xml:space="preserve">B. </w:t>
      </w:r>
      <w:r w:rsidRPr="003D23DA">
        <w:rPr>
          <w:rFonts w:cs="Times New Roman"/>
          <w:position w:val="-6"/>
        </w:rPr>
        <w:object w:dxaOrig="420" w:dyaOrig="279" w14:anchorId="342F1283">
          <v:shape id="_x0000_i1168" type="#_x0000_t75" style="width:21pt;height:13.8pt" o:ole="">
            <v:imagedata r:id="rId292" o:title=""/>
          </v:shape>
          <o:OLEObject Type="Embed" ProgID="Equation.DSMT4" ShapeID="_x0000_i1168" DrawAspect="Content" ObjectID="_1699917958" r:id="rId293"/>
        </w:object>
      </w:r>
      <w:r w:rsidRPr="003D23DA">
        <w:rPr>
          <w:rFonts w:cs="Times New Roman"/>
        </w:rPr>
        <w:t>.</w:t>
      </w:r>
      <w:r w:rsidRPr="003D23DA">
        <w:rPr>
          <w:rFonts w:cs="Times New Roman"/>
        </w:rPr>
        <w:tab/>
      </w:r>
      <w:r w:rsidRPr="003D23DA">
        <w:rPr>
          <w:rFonts w:cs="Times New Roman"/>
          <w:b/>
          <w:color w:val="0000FF"/>
        </w:rPr>
        <w:t xml:space="preserve">C. </w:t>
      </w:r>
      <w:r w:rsidRPr="003D23DA">
        <w:rPr>
          <w:rFonts w:cs="Times New Roman"/>
          <w:position w:val="-4"/>
        </w:rPr>
        <w:object w:dxaOrig="400" w:dyaOrig="260" w14:anchorId="700657A6">
          <v:shape id="_x0000_i1169" type="#_x0000_t75" style="width:19.8pt;height:13.2pt" o:ole="">
            <v:imagedata r:id="rId294" o:title=""/>
          </v:shape>
          <o:OLEObject Type="Embed" ProgID="Equation.DSMT4" ShapeID="_x0000_i1169" DrawAspect="Content" ObjectID="_1699917959" r:id="rId295"/>
        </w:object>
      </w:r>
      <w:r w:rsidRPr="003D23DA">
        <w:rPr>
          <w:rFonts w:cs="Times New Roman"/>
        </w:rPr>
        <w:t>.</w:t>
      </w:r>
      <w:r w:rsidRPr="003D23DA">
        <w:rPr>
          <w:rFonts w:cs="Times New Roman"/>
        </w:rPr>
        <w:tab/>
      </w:r>
      <w:r w:rsidR="00D06B0C" w:rsidRPr="00D06B0C">
        <w:rPr>
          <w:rFonts w:cs="Times New Roman"/>
          <w:b/>
          <w:color w:val="FF0000"/>
          <w:u w:val="single"/>
        </w:rPr>
        <w:t>D</w:t>
      </w:r>
      <w:r w:rsidRPr="003D23DA">
        <w:rPr>
          <w:rFonts w:cs="Times New Roman"/>
          <w:b/>
          <w:color w:val="0000FF"/>
        </w:rPr>
        <w:t xml:space="preserve">. </w:t>
      </w:r>
      <w:r w:rsidR="004D52D6" w:rsidRPr="003D23DA">
        <w:rPr>
          <w:rFonts w:cs="Times New Roman"/>
          <w:position w:val="-6"/>
        </w:rPr>
        <w:object w:dxaOrig="400" w:dyaOrig="279" w14:anchorId="0383E97D">
          <v:shape id="_x0000_i1170" type="#_x0000_t75" style="width:19.8pt;height:13.8pt" o:ole="">
            <v:imagedata r:id="rId296" o:title=""/>
          </v:shape>
          <o:OLEObject Type="Embed" ProgID="Equation.DSMT4" ShapeID="_x0000_i1170" DrawAspect="Content" ObjectID="_1699917960" r:id="rId297"/>
        </w:object>
      </w:r>
      <w:r w:rsidR="004D52D6" w:rsidRPr="003D23DA">
        <w:rPr>
          <w:rFonts w:cs="Times New Roman"/>
        </w:rPr>
        <w:t>.</w:t>
      </w:r>
    </w:p>
    <w:p w14:paraId="1876D509" w14:textId="433204E1"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29:</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tứ</w:t>
      </w:r>
      <w:r w:rsidR="004D52D6" w:rsidRPr="003D23DA">
        <w:rPr>
          <w:rFonts w:cs="Times New Roman"/>
        </w:rPr>
        <w:t xml:space="preserve"> </w:t>
      </w:r>
      <w:r w:rsidRPr="003D23DA">
        <w:rPr>
          <w:rFonts w:cs="Times New Roman"/>
        </w:rPr>
        <w:t>diện</w:t>
      </w:r>
      <w:r w:rsidR="004D52D6" w:rsidRPr="003D23DA">
        <w:rPr>
          <w:rFonts w:cs="Times New Roman"/>
        </w:rPr>
        <w:t xml:space="preserve"> </w:t>
      </w:r>
      <w:r w:rsidR="004D52D6" w:rsidRPr="003D23DA">
        <w:rPr>
          <w:position w:val="-6"/>
        </w:rPr>
        <w:object w:dxaOrig="720" w:dyaOrig="279" w14:anchorId="76A11E5F">
          <v:shape id="_x0000_i1171" type="#_x0000_t75" style="width:36pt;height:13.8pt" o:ole="">
            <v:imagedata r:id="rId298" o:title=""/>
          </v:shape>
          <o:OLEObject Type="Embed" ProgID="Equation.DSMT4" ShapeID="_x0000_i1171" DrawAspect="Content" ObjectID="_1699917961" r:id="rId299"/>
        </w:object>
      </w:r>
      <w:r w:rsidR="004D52D6" w:rsidRPr="003D23DA">
        <w:rPr>
          <w:rFonts w:cs="Times New Roman"/>
        </w:rPr>
        <w:t xml:space="preserve">. </w:t>
      </w:r>
      <w:r w:rsidRPr="003D23DA">
        <w:rPr>
          <w:rFonts w:cs="Times New Roman"/>
        </w:rPr>
        <w:t>Gọi</w:t>
      </w:r>
      <w:r w:rsidR="004D52D6" w:rsidRPr="003D23DA">
        <w:rPr>
          <w:rFonts w:cs="Times New Roman"/>
        </w:rPr>
        <w:t xml:space="preserve"> </w:t>
      </w:r>
      <w:r w:rsidR="004D52D6" w:rsidRPr="003D23DA">
        <w:rPr>
          <w:position w:val="-10"/>
        </w:rPr>
        <w:object w:dxaOrig="600" w:dyaOrig="320" w14:anchorId="1E172B09">
          <v:shape id="_x0000_i1172" type="#_x0000_t75" style="width:30pt;height:16.2pt" o:ole="">
            <v:imagedata r:id="rId300" o:title=""/>
          </v:shape>
          <o:OLEObject Type="Embed" ProgID="Equation.DSMT4" ShapeID="_x0000_i1172" DrawAspect="Content" ObjectID="_1699917962" r:id="rId301"/>
        </w:object>
      </w:r>
      <w:r w:rsidR="004D52D6" w:rsidRPr="003D23DA">
        <w:rPr>
          <w:rFonts w:cs="Times New Roman"/>
        </w:rPr>
        <w:t xml:space="preserve"> </w:t>
      </w:r>
      <w:r w:rsidRPr="003D23DA">
        <w:rPr>
          <w:rFonts w:cs="Times New Roman"/>
        </w:rPr>
        <w:t>lần</w:t>
      </w:r>
      <w:r w:rsidR="004D52D6" w:rsidRPr="003D23DA">
        <w:rPr>
          <w:rFonts w:cs="Times New Roman"/>
        </w:rPr>
        <w:t xml:space="preserve"> </w:t>
      </w:r>
      <w:r w:rsidRPr="003D23DA">
        <w:rPr>
          <w:rFonts w:cs="Times New Roman"/>
        </w:rPr>
        <w:t>lượt</w: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trung</w:t>
      </w:r>
      <w:r w:rsidR="004D52D6" w:rsidRPr="003D23DA">
        <w:rPr>
          <w:rFonts w:cs="Times New Roman"/>
        </w:rPr>
        <w:t xml:space="preserve"> </w:t>
      </w:r>
      <w:r w:rsidRPr="003D23DA">
        <w:rPr>
          <w:rFonts w:cs="Times New Roman"/>
        </w:rPr>
        <w:t>điểm</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4"/>
        </w:rPr>
        <w:object w:dxaOrig="420" w:dyaOrig="260" w14:anchorId="79DAA9F2">
          <v:shape id="_x0000_i1173" type="#_x0000_t75" style="width:21pt;height:13.2pt" o:ole="">
            <v:imagedata r:id="rId302" o:title=""/>
          </v:shape>
          <o:OLEObject Type="Embed" ProgID="Equation.DSMT4" ShapeID="_x0000_i1173" DrawAspect="Content" ObjectID="_1699917963" r:id="rId303"/>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position w:val="-6"/>
        </w:rPr>
        <w:object w:dxaOrig="400" w:dyaOrig="279" w14:anchorId="54B69329">
          <v:shape id="_x0000_i1174" type="#_x0000_t75" style="width:19.8pt;height:13.8pt" o:ole="">
            <v:imagedata r:id="rId304" o:title=""/>
          </v:shape>
          <o:OLEObject Type="Embed" ProgID="Equation.DSMT4" ShapeID="_x0000_i1174" DrawAspect="Content" ObjectID="_1699917964" r:id="rId305"/>
        </w:object>
      </w:r>
      <w:r w:rsidR="004D52D6" w:rsidRPr="003D23DA">
        <w:rPr>
          <w:rFonts w:cs="Times New Roman"/>
        </w:rPr>
        <w:t xml:space="preserve">. </w:t>
      </w:r>
      <w:r w:rsidRPr="003D23DA">
        <w:rPr>
          <w:rFonts w:cs="Times New Roman"/>
        </w:rPr>
        <w:t>Khi</w:t>
      </w:r>
      <w:r w:rsidR="004D52D6" w:rsidRPr="003D23DA">
        <w:rPr>
          <w:rFonts w:cs="Times New Roman"/>
        </w:rPr>
        <w:t xml:space="preserve"> </w:t>
      </w:r>
      <w:r w:rsidRPr="003D23DA">
        <w:rPr>
          <w:rFonts w:cs="Times New Roman"/>
        </w:rPr>
        <w:t>đó</w:t>
      </w:r>
      <w:r w:rsidR="004D52D6" w:rsidRPr="003D23DA">
        <w:rPr>
          <w:rFonts w:cs="Times New Roman"/>
        </w:rPr>
        <w:t xml:space="preserve"> </w:t>
      </w:r>
      <w:r w:rsidR="004D52D6" w:rsidRPr="003D23DA">
        <w:rPr>
          <w:position w:val="-6"/>
        </w:rPr>
        <w:object w:dxaOrig="460" w:dyaOrig="279" w14:anchorId="7B387B9C">
          <v:shape id="_x0000_i1175" type="#_x0000_t75" style="width:22.8pt;height:13.8pt" o:ole="">
            <v:imagedata r:id="rId306" o:title=""/>
          </v:shape>
          <o:OLEObject Type="Embed" ProgID="Equation.DSMT4" ShapeID="_x0000_i1175" DrawAspect="Content" ObjectID="_1699917965" r:id="rId307"/>
        </w:objec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giao</w:t>
      </w:r>
      <w:r w:rsidR="004D52D6" w:rsidRPr="003D23DA">
        <w:rPr>
          <w:rFonts w:cs="Times New Roman"/>
        </w:rPr>
        <w:t xml:space="preserve"> </w:t>
      </w:r>
      <w:r w:rsidRPr="003D23DA">
        <w:rPr>
          <w:rFonts w:cs="Times New Roman"/>
        </w:rPr>
        <w:t>tuyến</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hai</w:t>
      </w:r>
      <w:r w:rsidR="004D52D6" w:rsidRPr="003D23DA">
        <w:rPr>
          <w:rFonts w:cs="Times New Roman"/>
        </w:rPr>
        <w:t xml:space="preserve"> </w:t>
      </w:r>
      <w:r w:rsidRPr="003D23DA">
        <w:rPr>
          <w:rFonts w:cs="Times New Roman"/>
        </w:rPr>
        <w:t>mặt</w:t>
      </w:r>
      <w:r w:rsidR="004D52D6" w:rsidRPr="003D23DA">
        <w:rPr>
          <w:rFonts w:cs="Times New Roman"/>
        </w:rPr>
        <w:t xml:space="preserve"> </w:t>
      </w:r>
      <w:r w:rsidRPr="003D23DA">
        <w:rPr>
          <w:rFonts w:cs="Times New Roman"/>
        </w:rPr>
        <w:t>phẳng</w:t>
      </w:r>
      <w:r w:rsidR="004D52D6" w:rsidRPr="003D23DA">
        <w:rPr>
          <w:rFonts w:cs="Times New Roman"/>
        </w:rPr>
        <w:t xml:space="preserve"> </w:t>
      </w:r>
      <w:r w:rsidRPr="003D23DA">
        <w:rPr>
          <w:rFonts w:cs="Times New Roman"/>
        </w:rPr>
        <w:t>nào?</w:t>
      </w:r>
    </w:p>
    <w:p w14:paraId="40E5537D" w14:textId="30941679" w:rsidR="003D23DA"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position w:val="-10"/>
        </w:rPr>
        <w:object w:dxaOrig="760" w:dyaOrig="320" w14:anchorId="7500A8A9">
          <v:shape id="_x0000_i1176" type="#_x0000_t75" style="width:37.8pt;height:16.2pt" o:ole="">
            <v:imagedata r:id="rId308" o:title=""/>
          </v:shape>
          <o:OLEObject Type="Embed" ProgID="Equation.DSMT4" ShapeID="_x0000_i1176" DrawAspect="Content" ObjectID="_1699917966" r:id="rId309"/>
        </w:object>
      </w:r>
      <w:r w:rsidR="003D23DA" w:rsidRPr="003D23DA">
        <w:rPr>
          <w:rFonts w:cs="Times New Roman"/>
        </w:rPr>
        <w:t xml:space="preserve"> và </w:t>
      </w:r>
      <w:r w:rsidR="003D23DA" w:rsidRPr="003D23DA">
        <w:rPr>
          <w:rFonts w:cs="Times New Roman"/>
          <w:position w:val="-10"/>
        </w:rPr>
        <w:object w:dxaOrig="740" w:dyaOrig="320" w14:anchorId="35534EB6">
          <v:shape id="_x0000_i1177" type="#_x0000_t75" style="width:37.2pt;height:16.2pt" o:ole="">
            <v:imagedata r:id="rId310" o:title=""/>
          </v:shape>
          <o:OLEObject Type="Embed" ProgID="Equation.DSMT4" ShapeID="_x0000_i1177" DrawAspect="Content" ObjectID="_1699917967" r:id="rId311"/>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B. </w:t>
      </w:r>
      <w:r w:rsidR="003D23DA" w:rsidRPr="003D23DA">
        <w:rPr>
          <w:rFonts w:cs="Times New Roman"/>
          <w:position w:val="-10"/>
        </w:rPr>
        <w:object w:dxaOrig="780" w:dyaOrig="320" w14:anchorId="7BC227AD">
          <v:shape id="_x0000_i1178" type="#_x0000_t75" style="width:39pt;height:16.2pt" o:ole="">
            <v:imagedata r:id="rId312" o:title=""/>
          </v:shape>
          <o:OLEObject Type="Embed" ProgID="Equation.DSMT4" ShapeID="_x0000_i1178" DrawAspect="Content" ObjectID="_1699917968" r:id="rId313"/>
        </w:object>
      </w:r>
      <w:r w:rsidR="003D23DA" w:rsidRPr="003D23DA">
        <w:rPr>
          <w:rFonts w:cs="Times New Roman"/>
        </w:rPr>
        <w:t xml:space="preserve"> và </w:t>
      </w:r>
      <w:r w:rsidR="003D23DA" w:rsidRPr="003D23DA">
        <w:rPr>
          <w:rFonts w:cs="Times New Roman"/>
          <w:position w:val="-10"/>
        </w:rPr>
        <w:object w:dxaOrig="740" w:dyaOrig="320" w14:anchorId="6279149A">
          <v:shape id="_x0000_i1179" type="#_x0000_t75" style="width:37.2pt;height:16.2pt" o:ole="">
            <v:imagedata r:id="rId314" o:title=""/>
          </v:shape>
          <o:OLEObject Type="Embed" ProgID="Equation.DSMT4" ShapeID="_x0000_i1179" DrawAspect="Content" ObjectID="_1699917969" r:id="rId315"/>
        </w:object>
      </w:r>
      <w:r w:rsidR="003D23DA" w:rsidRPr="003D23DA">
        <w:rPr>
          <w:rFonts w:cs="Times New Roman"/>
        </w:rPr>
        <w:t>.</w:t>
      </w:r>
    </w:p>
    <w:p w14:paraId="00BDA261" w14:textId="1CC9F0B4"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C. </w:t>
      </w:r>
      <w:r w:rsidRPr="003D23DA">
        <w:rPr>
          <w:rFonts w:cs="Times New Roman"/>
          <w:position w:val="-10"/>
        </w:rPr>
        <w:object w:dxaOrig="760" w:dyaOrig="320" w14:anchorId="229BDC6B">
          <v:shape id="_x0000_i1180" type="#_x0000_t75" style="width:37.8pt;height:16.2pt" o:ole="">
            <v:imagedata r:id="rId316" o:title=""/>
          </v:shape>
          <o:OLEObject Type="Embed" ProgID="Equation.DSMT4" ShapeID="_x0000_i1180" DrawAspect="Content" ObjectID="_1699917970" r:id="rId317"/>
        </w:object>
      </w:r>
      <w:r w:rsidRPr="003D23DA">
        <w:rPr>
          <w:rFonts w:cs="Times New Roman"/>
        </w:rPr>
        <w:t xml:space="preserve"> và </w:t>
      </w:r>
      <w:r w:rsidRPr="003D23DA">
        <w:rPr>
          <w:rFonts w:cs="Times New Roman"/>
          <w:position w:val="-10"/>
        </w:rPr>
        <w:object w:dxaOrig="740" w:dyaOrig="320" w14:anchorId="5063C99D">
          <v:shape id="_x0000_i1181" type="#_x0000_t75" style="width:37.2pt;height:16.2pt" o:ole="">
            <v:imagedata r:id="rId318" o:title=""/>
          </v:shape>
          <o:OLEObject Type="Embed" ProgID="Equation.DSMT4" ShapeID="_x0000_i1181" DrawAspect="Content" ObjectID="_1699917971" r:id="rId319"/>
        </w:object>
      </w:r>
      <w:r w:rsidRPr="003D23DA">
        <w:rPr>
          <w:rFonts w:cs="Times New Roman"/>
        </w:rPr>
        <w:t>.</w:t>
      </w:r>
      <w:r w:rsidRPr="003D23DA">
        <w:rPr>
          <w:rFonts w:cs="Times New Roman"/>
        </w:rPr>
        <w:tab/>
      </w:r>
      <w:r w:rsidRPr="003D23DA">
        <w:rPr>
          <w:rFonts w:cs="Times New Roman"/>
          <w:b/>
          <w:color w:val="0000FF"/>
        </w:rPr>
        <w:t xml:space="preserve">D. </w:t>
      </w:r>
      <w:r w:rsidR="004D52D6" w:rsidRPr="003D23DA">
        <w:rPr>
          <w:rFonts w:cs="Times New Roman"/>
          <w:position w:val="-10"/>
        </w:rPr>
        <w:object w:dxaOrig="720" w:dyaOrig="320" w14:anchorId="05A34D31">
          <v:shape id="_x0000_i1182" type="#_x0000_t75" style="width:36pt;height:16.2pt" o:ole="">
            <v:imagedata r:id="rId320" o:title=""/>
          </v:shape>
          <o:OLEObject Type="Embed" ProgID="Equation.DSMT4" ShapeID="_x0000_i1182" DrawAspect="Content" ObjectID="_1699917972" r:id="rId321"/>
        </w:object>
      </w:r>
      <w:r w:rsidR="004D52D6" w:rsidRPr="003D23DA">
        <w:rPr>
          <w:rFonts w:cs="Times New Roman"/>
        </w:rPr>
        <w:t xml:space="preserve"> </w:t>
      </w:r>
      <w:r w:rsidR="00D06B0C" w:rsidRPr="003D23DA">
        <w:rPr>
          <w:rFonts w:cs="Times New Roman"/>
        </w:rPr>
        <w:t>và</w:t>
      </w:r>
      <w:r w:rsidR="004D52D6" w:rsidRPr="003D23DA">
        <w:rPr>
          <w:rFonts w:cs="Times New Roman"/>
        </w:rPr>
        <w:t xml:space="preserve"> </w:t>
      </w:r>
      <w:r w:rsidR="004D52D6" w:rsidRPr="003D23DA">
        <w:rPr>
          <w:rFonts w:cs="Times New Roman"/>
          <w:position w:val="-10"/>
        </w:rPr>
        <w:object w:dxaOrig="740" w:dyaOrig="320" w14:anchorId="64D4FCEE">
          <v:shape id="_x0000_i1183" type="#_x0000_t75" style="width:37.2pt;height:16.2pt" o:ole="">
            <v:imagedata r:id="rId322" o:title=""/>
          </v:shape>
          <o:OLEObject Type="Embed" ProgID="Equation.DSMT4" ShapeID="_x0000_i1183" DrawAspect="Content" ObjectID="_1699917973" r:id="rId323"/>
        </w:object>
      </w:r>
      <w:r w:rsidR="004D52D6" w:rsidRPr="003D23DA">
        <w:rPr>
          <w:rFonts w:cs="Times New Roman"/>
        </w:rPr>
        <w:t>.</w:t>
      </w:r>
    </w:p>
    <w:p w14:paraId="5F7A96FD" w14:textId="15182E0E"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30:</w:t>
      </w:r>
      <w:r w:rsidR="003D23DA" w:rsidRPr="003D23DA">
        <w:rPr>
          <w:rFonts w:cs="Times New Roman"/>
          <w:b/>
          <w:color w:val="0000FF"/>
        </w:rPr>
        <w:tab/>
      </w:r>
      <w:r w:rsidRPr="003D23DA">
        <w:rPr>
          <w:rFonts w:cs="Times New Roman"/>
        </w:rPr>
        <w:t>Hàm</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004D52D6" w:rsidRPr="003D23DA">
        <w:rPr>
          <w:position w:val="-10"/>
        </w:rPr>
        <w:object w:dxaOrig="920" w:dyaOrig="300" w14:anchorId="59F83623">
          <v:shape id="_x0000_i1184" type="#_x0000_t75" style="width:46.2pt;height:15pt" o:ole="">
            <v:imagedata r:id="rId324" o:title=""/>
          </v:shape>
          <o:OLEObject Type="Embed" ProgID="Equation.DSMT4" ShapeID="_x0000_i1184" DrawAspect="Content" ObjectID="_1699917974" r:id="rId325"/>
        </w:objec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chu</w:t>
      </w:r>
      <w:r w:rsidR="004D52D6" w:rsidRPr="003D23DA">
        <w:rPr>
          <w:rFonts w:cs="Times New Roman"/>
        </w:rPr>
        <w:t xml:space="preserve"> </w:t>
      </w:r>
      <w:r w:rsidRPr="003D23DA">
        <w:rPr>
          <w:rFonts w:cs="Times New Roman"/>
        </w:rPr>
        <w:t>kì</w:t>
      </w:r>
      <w:r w:rsidR="004D52D6" w:rsidRPr="003D23DA">
        <w:rPr>
          <w:rFonts w:cs="Times New Roman"/>
        </w:rPr>
        <w:t xml:space="preserve"> </w:t>
      </w:r>
      <w:r w:rsidRPr="003D23DA">
        <w:rPr>
          <w:rFonts w:cs="Times New Roman"/>
        </w:rPr>
        <w:t>là</w:t>
      </w:r>
    </w:p>
    <w:p w14:paraId="74D4A0BC" w14:textId="7B3719D1" w:rsidR="004D52D6" w:rsidRPr="003D23DA" w:rsidRDefault="00D06B0C" w:rsidP="003D23DA">
      <w:pPr>
        <w:tabs>
          <w:tab w:val="left" w:pos="3402"/>
          <w:tab w:val="left" w:pos="5669"/>
          <w:tab w:val="left" w:pos="7937"/>
        </w:tabs>
        <w:spacing w:after="0"/>
        <w:ind w:left="992"/>
        <w:jc w:val="both"/>
        <w:rPr>
          <w:rFonts w:cs="Times New Roman"/>
        </w:rPr>
      </w:pPr>
      <w:r w:rsidRPr="00D06B0C">
        <w:rPr>
          <w:rFonts w:cs="Times New Roman"/>
          <w:b/>
          <w:color w:val="FF0000"/>
          <w:u w:val="single"/>
        </w:rPr>
        <w:t>A</w:t>
      </w:r>
      <w:r w:rsidR="003D23DA" w:rsidRPr="003D23DA">
        <w:rPr>
          <w:rFonts w:cs="Times New Roman"/>
          <w:b/>
          <w:color w:val="0000FF"/>
        </w:rPr>
        <w:t xml:space="preserve">. </w:t>
      </w:r>
      <w:r w:rsidR="003D23DA" w:rsidRPr="003D23DA">
        <w:rPr>
          <w:rFonts w:cs="Times New Roman"/>
          <w:position w:val="-6"/>
        </w:rPr>
        <w:object w:dxaOrig="220" w:dyaOrig="220" w14:anchorId="7F363110">
          <v:shape id="_x0000_i1185" type="#_x0000_t75" style="width:10.8pt;height:10.8pt" o:ole="">
            <v:imagedata r:id="rId326" o:title=""/>
          </v:shape>
          <o:OLEObject Type="Embed" ProgID="Equation.DSMT4" ShapeID="_x0000_i1185" DrawAspect="Content" ObjectID="_1699917975" r:id="rId327"/>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B. </w:t>
      </w:r>
      <w:r w:rsidR="003D23DA" w:rsidRPr="003D23DA">
        <w:rPr>
          <w:rFonts w:cs="Times New Roman"/>
          <w:position w:val="-6"/>
        </w:rPr>
        <w:object w:dxaOrig="360" w:dyaOrig="279" w14:anchorId="2CDEC27A">
          <v:shape id="_x0000_i1186" type="#_x0000_t75" style="width:18pt;height:13.8pt" o:ole="">
            <v:imagedata r:id="rId328" o:title=""/>
          </v:shape>
          <o:OLEObject Type="Embed" ProgID="Equation.DSMT4" ShapeID="_x0000_i1186" DrawAspect="Content" ObjectID="_1699917976" r:id="rId329"/>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C. </w:t>
      </w:r>
      <w:r w:rsidR="003D23DA" w:rsidRPr="003D23DA">
        <w:rPr>
          <w:rFonts w:cs="Times New Roman"/>
          <w:position w:val="-24"/>
        </w:rPr>
        <w:object w:dxaOrig="260" w:dyaOrig="620" w14:anchorId="02804338">
          <v:shape id="_x0000_i1187" type="#_x0000_t75" style="width:13.2pt;height:31.2pt" o:ole="">
            <v:imagedata r:id="rId330" o:title=""/>
          </v:shape>
          <o:OLEObject Type="Embed" ProgID="Equation.DSMT4" ShapeID="_x0000_i1187" DrawAspect="Content" ObjectID="_1699917977" r:id="rId331"/>
        </w:object>
      </w:r>
      <w:r w:rsidR="003D23DA" w:rsidRPr="003D23DA">
        <w:rPr>
          <w:rFonts w:cs="Times New Roman"/>
        </w:rPr>
        <w:t>.</w:t>
      </w:r>
      <w:r w:rsidR="003D23DA" w:rsidRPr="003D23DA">
        <w:rPr>
          <w:rFonts w:cs="Times New Roman"/>
        </w:rPr>
        <w:tab/>
      </w:r>
      <w:r w:rsidR="003D23DA" w:rsidRPr="003D23DA">
        <w:rPr>
          <w:rFonts w:cs="Times New Roman"/>
          <w:b/>
          <w:color w:val="0000FF"/>
        </w:rPr>
        <w:t xml:space="preserve">D. </w:t>
      </w:r>
      <w:r w:rsidR="004D52D6" w:rsidRPr="003D23DA">
        <w:rPr>
          <w:rFonts w:cs="Times New Roman"/>
          <w:position w:val="-6"/>
        </w:rPr>
        <w:object w:dxaOrig="480" w:dyaOrig="279" w14:anchorId="5DD171E7">
          <v:shape id="_x0000_i1188" type="#_x0000_t75" style="width:24pt;height:13.8pt" o:ole="">
            <v:imagedata r:id="rId332" o:title=""/>
          </v:shape>
          <o:OLEObject Type="Embed" ProgID="Equation.DSMT4" ShapeID="_x0000_i1188" DrawAspect="Content" ObjectID="_1699917978" r:id="rId333"/>
        </w:object>
      </w:r>
      <w:r w:rsidR="004D52D6" w:rsidRPr="003D23DA">
        <w:rPr>
          <w:rFonts w:cs="Times New Roman"/>
        </w:rPr>
        <w:t>.</w:t>
      </w:r>
    </w:p>
    <w:p w14:paraId="6BBD440D" w14:textId="47877C52"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31:</w:t>
      </w:r>
      <w:r w:rsidR="003D23DA" w:rsidRPr="003D23DA">
        <w:rPr>
          <w:rFonts w:cs="Times New Roman"/>
          <w:b/>
          <w:color w:val="0000FF"/>
        </w:rPr>
        <w:tab/>
      </w:r>
      <w:r w:rsidRPr="003D23DA">
        <w:rPr>
          <w:rFonts w:cs="Times New Roman"/>
        </w:rPr>
        <w:t>Hình</w:t>
      </w:r>
      <w:r w:rsidR="004D52D6" w:rsidRPr="003D23DA">
        <w:rPr>
          <w:rFonts w:cs="Times New Roman"/>
        </w:rPr>
        <w:t xml:space="preserve"> </w:t>
      </w:r>
      <w:r w:rsidRPr="003D23DA">
        <w:rPr>
          <w:rFonts w:cs="Times New Roman"/>
        </w:rPr>
        <w:t>chóp</w:t>
      </w:r>
      <w:r w:rsidR="004D52D6" w:rsidRPr="003D23DA">
        <w:rPr>
          <w:rFonts w:cs="Times New Roman"/>
        </w:rPr>
        <w:t xml:space="preserve"> </w:t>
      </w:r>
      <w:r w:rsidRPr="003D23DA">
        <w:rPr>
          <w:rFonts w:cs="Times New Roman"/>
        </w:rPr>
        <w:t>tứ</w:t>
      </w:r>
      <w:r w:rsidR="004D52D6" w:rsidRPr="003D23DA">
        <w:rPr>
          <w:rFonts w:cs="Times New Roman"/>
        </w:rPr>
        <w:t xml:space="preserve"> </w:t>
      </w:r>
      <w:r w:rsidRPr="003D23DA">
        <w:rPr>
          <w:rFonts w:cs="Times New Roman"/>
        </w:rPr>
        <w:t>giác</w: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hình</w:t>
      </w:r>
      <w:r w:rsidR="004D52D6" w:rsidRPr="003D23DA">
        <w:rPr>
          <w:rFonts w:cs="Times New Roman"/>
        </w:rPr>
        <w:t xml:space="preserve"> </w:t>
      </w:r>
      <w:r w:rsidRPr="003D23DA">
        <w:rPr>
          <w:rFonts w:cs="Times New Roman"/>
        </w:rPr>
        <w:t>chóp</w:t>
      </w:r>
      <w:r w:rsidR="004D52D6" w:rsidRPr="003D23DA">
        <w:rPr>
          <w:rFonts w:cs="Times New Roman"/>
        </w:rPr>
        <w:t xml:space="preserve"> </w:t>
      </w:r>
      <w:r w:rsidRPr="003D23DA">
        <w:rPr>
          <w:rFonts w:cs="Times New Roman"/>
        </w:rPr>
        <w:t>có</w:t>
      </w:r>
    </w:p>
    <w:p w14:paraId="5516D404" w14:textId="1B9AF772" w:rsidR="003D23DA"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Mặt bên là tứ giác.</w:t>
      </w:r>
      <w:r w:rsidRPr="003D23DA">
        <w:rPr>
          <w:rFonts w:cs="Times New Roman"/>
        </w:rPr>
        <w:tab/>
      </w:r>
      <w:r w:rsidRPr="003D23DA">
        <w:rPr>
          <w:rFonts w:cs="Times New Roman"/>
          <w:b/>
          <w:color w:val="0000FF"/>
        </w:rPr>
        <w:t xml:space="preserve">B. </w:t>
      </w:r>
      <w:r w:rsidRPr="003D23DA">
        <w:rPr>
          <w:rFonts w:cs="Times New Roman"/>
        </w:rPr>
        <w:t>Bốn mặt là tứ giác.</w:t>
      </w:r>
    </w:p>
    <w:p w14:paraId="756FB2C1" w14:textId="2332D55F"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C. </w:t>
      </w:r>
      <w:r w:rsidRPr="003D23DA">
        <w:rPr>
          <w:rFonts w:cs="Times New Roman"/>
        </w:rPr>
        <w:t>Tât cả các mặt là tứ giác.</w:t>
      </w:r>
      <w:r w:rsidRPr="003D23DA">
        <w:rPr>
          <w:rFonts w:cs="Times New Roman"/>
        </w:rPr>
        <w:tab/>
      </w:r>
      <w:r w:rsidR="00D06B0C" w:rsidRPr="00D06B0C">
        <w:rPr>
          <w:rFonts w:cs="Times New Roman"/>
          <w:b/>
          <w:color w:val="FF0000"/>
          <w:u w:val="single"/>
        </w:rPr>
        <w:t>D</w:t>
      </w:r>
      <w:r w:rsidRPr="003D23DA">
        <w:rPr>
          <w:rFonts w:cs="Times New Roman"/>
          <w:b/>
          <w:color w:val="0000FF"/>
        </w:rPr>
        <w:t xml:space="preserve">. </w:t>
      </w:r>
      <w:r w:rsidR="00D06B0C" w:rsidRPr="003D23DA">
        <w:rPr>
          <w:rFonts w:cs="Times New Roman"/>
        </w:rPr>
        <w:t>Mặt</w:t>
      </w:r>
      <w:r w:rsidR="004D52D6" w:rsidRPr="003D23DA">
        <w:rPr>
          <w:rFonts w:cs="Times New Roman"/>
        </w:rPr>
        <w:t xml:space="preserve"> </w:t>
      </w:r>
      <w:r w:rsidR="00D06B0C" w:rsidRPr="003D23DA">
        <w:rPr>
          <w:rFonts w:cs="Times New Roman"/>
        </w:rPr>
        <w:t>đáy</w:t>
      </w:r>
      <w:r w:rsidR="004D52D6" w:rsidRPr="003D23DA">
        <w:rPr>
          <w:rFonts w:cs="Times New Roman"/>
        </w:rPr>
        <w:t xml:space="preserve"> </w:t>
      </w:r>
      <w:r w:rsidR="00D06B0C" w:rsidRPr="003D23DA">
        <w:rPr>
          <w:rFonts w:cs="Times New Roman"/>
        </w:rPr>
        <w:t>là</w:t>
      </w:r>
      <w:r w:rsidR="004D52D6" w:rsidRPr="003D23DA">
        <w:rPr>
          <w:rFonts w:cs="Times New Roman"/>
        </w:rPr>
        <w:t xml:space="preserve"> </w:t>
      </w:r>
      <w:r w:rsidR="00D06B0C" w:rsidRPr="003D23DA">
        <w:rPr>
          <w:rFonts w:cs="Times New Roman"/>
        </w:rPr>
        <w:t>tứ</w:t>
      </w:r>
      <w:r w:rsidR="004D52D6" w:rsidRPr="003D23DA">
        <w:rPr>
          <w:rFonts w:cs="Times New Roman"/>
        </w:rPr>
        <w:t xml:space="preserve"> </w:t>
      </w:r>
      <w:r w:rsidR="00D06B0C" w:rsidRPr="003D23DA">
        <w:rPr>
          <w:rFonts w:cs="Times New Roman"/>
        </w:rPr>
        <w:t>giác</w:t>
      </w:r>
      <w:r w:rsidR="004D52D6" w:rsidRPr="003D23DA">
        <w:rPr>
          <w:rFonts w:cs="Times New Roman"/>
        </w:rPr>
        <w:t>.</w:t>
      </w:r>
    </w:p>
    <w:p w14:paraId="3544B043" w14:textId="33F93F89"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32:</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004D52D6" w:rsidRPr="003D23DA">
        <w:rPr>
          <w:position w:val="-10"/>
        </w:rPr>
        <w:object w:dxaOrig="740" w:dyaOrig="320" w14:anchorId="470B940B">
          <v:shape id="_x0000_i1189" type="#_x0000_t75" style="width:37.2pt;height:16.2pt" o:ole="">
            <v:imagedata r:id="rId334" o:title=""/>
          </v:shape>
          <o:OLEObject Type="Embed" ProgID="Equation.DSMT4" ShapeID="_x0000_i1189" DrawAspect="Content" ObjectID="_1699917979" r:id="rId335"/>
        </w:objec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3</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hạng</w:t>
      </w:r>
      <w:r w:rsidR="004D52D6" w:rsidRPr="003D23DA">
        <w:rPr>
          <w:rFonts w:cs="Times New Roman"/>
        </w:rPr>
        <w:t xml:space="preserve"> </w:t>
      </w:r>
      <w:r w:rsidRPr="003D23DA">
        <w:rPr>
          <w:rFonts w:cs="Times New Roman"/>
        </w:rPr>
        <w:t>liên</w:t>
      </w:r>
      <w:r w:rsidR="004D52D6" w:rsidRPr="003D23DA">
        <w:rPr>
          <w:rFonts w:cs="Times New Roman"/>
        </w:rPr>
        <w:t xml:space="preserve"> </w:t>
      </w:r>
      <w:r w:rsidRPr="003D23DA">
        <w:rPr>
          <w:rFonts w:cs="Times New Roman"/>
        </w:rPr>
        <w:t>tiếp</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một</w:t>
      </w:r>
      <w:r w:rsidR="004D52D6" w:rsidRPr="003D23DA">
        <w:rPr>
          <w:rFonts w:cs="Times New Roman"/>
        </w:rPr>
        <w:t xml:space="preserve"> </w:t>
      </w:r>
      <w:r w:rsidRPr="003D23DA">
        <w:rPr>
          <w:rFonts w:cs="Times New Roman"/>
        </w:rPr>
        <w:t>cấp</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cộng</w:t>
      </w:r>
      <w:r w:rsidR="004D52D6" w:rsidRPr="003D23DA">
        <w:rPr>
          <w:rFonts w:cs="Times New Roman"/>
        </w:rPr>
        <w:t xml:space="preserve">. </w:t>
      </w:r>
      <w:r w:rsidRPr="003D23DA">
        <w:rPr>
          <w:rFonts w:cs="Times New Roman"/>
        </w:rPr>
        <w:t>Giá</w:t>
      </w:r>
      <w:r w:rsidR="004D52D6" w:rsidRPr="003D23DA">
        <w:rPr>
          <w:rFonts w:cs="Times New Roman"/>
        </w:rPr>
        <w:t xml:space="preserve"> </w:t>
      </w:r>
      <w:r w:rsidRPr="003D23DA">
        <w:rPr>
          <w:rFonts w:cs="Times New Roman"/>
        </w:rPr>
        <w:t>trị</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6"/>
        </w:rPr>
        <w:object w:dxaOrig="200" w:dyaOrig="220" w14:anchorId="223B3DC5">
          <v:shape id="_x0000_i1190" type="#_x0000_t75" style="width:10.2pt;height:10.8pt" o:ole="">
            <v:imagedata r:id="rId336" o:title=""/>
          </v:shape>
          <o:OLEObject Type="Embed" ProgID="Equation.DSMT4" ShapeID="_x0000_i1190" DrawAspect="Content" ObjectID="_1699917980" r:id="rId337"/>
        </w:object>
      </w:r>
      <w:r w:rsidR="004D52D6" w:rsidRPr="003D23DA">
        <w:rPr>
          <w:rFonts w:cs="Times New Roman"/>
        </w:rPr>
        <w:t xml:space="preserve"> </w:t>
      </w:r>
      <w:r w:rsidRPr="003D23DA">
        <w:rPr>
          <w:rFonts w:cs="Times New Roman"/>
        </w:rPr>
        <w:t>bằng</w:t>
      </w:r>
    </w:p>
    <w:p w14:paraId="28FA4FE2" w14:textId="3175A55F"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rPr>
        <w:t>4.</w:t>
      </w:r>
      <w:r w:rsidRPr="003D23DA">
        <w:rPr>
          <w:rFonts w:cs="Times New Roman"/>
        </w:rPr>
        <w:tab/>
      </w:r>
      <w:r w:rsidR="00D06B0C" w:rsidRPr="00D06B0C">
        <w:rPr>
          <w:rFonts w:cs="Times New Roman"/>
          <w:b/>
          <w:color w:val="FF0000"/>
          <w:u w:val="single"/>
        </w:rPr>
        <w:t>B</w:t>
      </w:r>
      <w:r w:rsidRPr="003D23DA">
        <w:rPr>
          <w:rFonts w:cs="Times New Roman"/>
          <w:b/>
          <w:color w:val="0000FF"/>
        </w:rPr>
        <w:t xml:space="preserve">. </w:t>
      </w:r>
      <w:r w:rsidRPr="003D23DA">
        <w:rPr>
          <w:rFonts w:cs="Times New Roman"/>
        </w:rPr>
        <w:t>2.</w:t>
      </w:r>
      <w:r w:rsidRPr="003D23DA">
        <w:rPr>
          <w:rFonts w:cs="Times New Roman"/>
        </w:rPr>
        <w:tab/>
      </w:r>
      <w:r w:rsidRPr="003D23DA">
        <w:rPr>
          <w:rFonts w:cs="Times New Roman"/>
          <w:b/>
          <w:color w:val="0000FF"/>
        </w:rPr>
        <w:t xml:space="preserve">C. </w:t>
      </w:r>
      <w:r w:rsidRPr="003D23DA">
        <w:rPr>
          <w:rFonts w:cs="Times New Roman"/>
          <w:position w:val="-4"/>
        </w:rPr>
        <w:object w:dxaOrig="320" w:dyaOrig="260" w14:anchorId="00D4FDCA">
          <v:shape id="_x0000_i1191" type="#_x0000_t75" style="width:16.2pt;height:13.2pt" o:ole="">
            <v:imagedata r:id="rId338" o:title=""/>
          </v:shape>
          <o:OLEObject Type="Embed" ProgID="Equation.DSMT4" ShapeID="_x0000_i1191" DrawAspect="Content" ObjectID="_1699917981" r:id="rId339"/>
        </w:object>
      </w:r>
      <w:r w:rsidRPr="003D23DA">
        <w:rPr>
          <w:rFonts w:cs="Times New Roman"/>
        </w:rPr>
        <w:t>.</w:t>
      </w:r>
      <w:r w:rsidRPr="003D23DA">
        <w:rPr>
          <w:rFonts w:cs="Times New Roman"/>
        </w:rPr>
        <w:tab/>
      </w:r>
      <w:r w:rsidRPr="003D23DA">
        <w:rPr>
          <w:rFonts w:cs="Times New Roman"/>
          <w:b/>
          <w:color w:val="0000FF"/>
        </w:rPr>
        <w:t xml:space="preserve">D. </w:t>
      </w:r>
      <w:r w:rsidR="00D06B0C" w:rsidRPr="003D23DA">
        <w:rPr>
          <w:rFonts w:cs="Times New Roman"/>
        </w:rPr>
        <w:t>6</w:t>
      </w:r>
      <w:r w:rsidR="004D52D6" w:rsidRPr="003D23DA">
        <w:rPr>
          <w:rFonts w:cs="Times New Roman"/>
        </w:rPr>
        <w:t>.</w:t>
      </w:r>
    </w:p>
    <w:p w14:paraId="2E20FCA8" w14:textId="47837320"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33:</w:t>
      </w:r>
      <w:r w:rsidR="003D23DA" w:rsidRPr="003D23DA">
        <w:rPr>
          <w:rFonts w:cs="Times New Roman"/>
          <w:b/>
          <w:color w:val="0000FF"/>
        </w:rPr>
        <w:tab/>
      </w:r>
      <w:r w:rsidRPr="003D23DA">
        <w:rPr>
          <w:rFonts w:cs="Times New Roman"/>
        </w:rPr>
        <w:t>Phương</w:t>
      </w:r>
      <w:r w:rsidR="004D52D6" w:rsidRPr="003D23DA">
        <w:rPr>
          <w:rFonts w:cs="Times New Roman"/>
        </w:rPr>
        <w:t xml:space="preserve"> </w:t>
      </w:r>
      <w:r w:rsidRPr="003D23DA">
        <w:rPr>
          <w:rFonts w:cs="Times New Roman"/>
        </w:rPr>
        <w:t>trình</w:t>
      </w:r>
      <w:r w:rsidR="004D52D6" w:rsidRPr="003D23DA">
        <w:rPr>
          <w:rFonts w:cs="Times New Roman"/>
        </w:rPr>
        <w:t xml:space="preserve"> </w:t>
      </w:r>
      <w:r w:rsidR="004D52D6" w:rsidRPr="003D23DA">
        <w:rPr>
          <w:position w:val="-6"/>
        </w:rPr>
        <w:object w:dxaOrig="1219" w:dyaOrig="279" w14:anchorId="5DD44CC1">
          <v:shape id="_x0000_i1192" type="#_x0000_t75" style="width:61.2pt;height:13.8pt" o:ole="">
            <v:imagedata r:id="rId340" o:title=""/>
          </v:shape>
          <o:OLEObject Type="Embed" ProgID="Equation.DSMT4" ShapeID="_x0000_i1192" DrawAspect="Content" ObjectID="_1699917982" r:id="rId341"/>
        </w:objec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nghiệm</w:t>
      </w:r>
      <w:r w:rsidR="004D52D6" w:rsidRPr="003D23DA">
        <w:rPr>
          <w:rFonts w:cs="Times New Roman"/>
        </w:rPr>
        <w:t xml:space="preserve"> </w:t>
      </w:r>
      <w:r w:rsidRPr="003D23DA">
        <w:rPr>
          <w:rFonts w:cs="Times New Roman"/>
        </w:rPr>
        <w:t>khi</w:t>
      </w:r>
    </w:p>
    <w:p w14:paraId="5448500F" w14:textId="6378A6A0"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6"/>
        </w:rPr>
        <w:object w:dxaOrig="560" w:dyaOrig="279" w14:anchorId="76A735CA">
          <v:shape id="_x0000_i1193" type="#_x0000_t75" style="width:28.2pt;height:13.8pt" o:ole="">
            <v:imagedata r:id="rId342" o:title=""/>
          </v:shape>
          <o:OLEObject Type="Embed" ProgID="Equation.DSMT4" ShapeID="_x0000_i1193" DrawAspect="Content" ObjectID="_1699917983" r:id="rId343"/>
        </w:object>
      </w:r>
      <w:r w:rsidRPr="003D23DA">
        <w:rPr>
          <w:rFonts w:cs="Times New Roman"/>
        </w:rPr>
        <w:t>.</w:t>
      </w:r>
      <w:r w:rsidRPr="003D23DA">
        <w:rPr>
          <w:rFonts w:cs="Times New Roman"/>
        </w:rPr>
        <w:tab/>
      </w:r>
      <w:r w:rsidR="00D06B0C" w:rsidRPr="00D06B0C">
        <w:rPr>
          <w:rFonts w:cs="Times New Roman"/>
          <w:b/>
          <w:color w:val="FF0000"/>
          <w:u w:val="single"/>
        </w:rPr>
        <w:t>B</w:t>
      </w:r>
      <w:r w:rsidRPr="003D23DA">
        <w:rPr>
          <w:rFonts w:cs="Times New Roman"/>
          <w:b/>
          <w:color w:val="0000FF"/>
        </w:rPr>
        <w:t xml:space="preserve">. </w:t>
      </w:r>
      <w:r w:rsidRPr="003D23DA">
        <w:rPr>
          <w:rFonts w:cs="Times New Roman"/>
          <w:position w:val="-6"/>
        </w:rPr>
        <w:object w:dxaOrig="859" w:dyaOrig="279" w14:anchorId="0A0A96B2">
          <v:shape id="_x0000_i1194" type="#_x0000_t75" style="width:43.2pt;height:13.8pt" o:ole="">
            <v:imagedata r:id="rId344" o:title=""/>
          </v:shape>
          <o:OLEObject Type="Embed" ProgID="Equation.DSMT4" ShapeID="_x0000_i1194" DrawAspect="Content" ObjectID="_1699917984" r:id="rId345"/>
        </w:object>
      </w:r>
      <w:r w:rsidRPr="003D23DA">
        <w:rPr>
          <w:rFonts w:cs="Times New Roman"/>
        </w:rPr>
        <w:t>.</w:t>
      </w:r>
      <w:r w:rsidRPr="003D23DA">
        <w:rPr>
          <w:rFonts w:cs="Times New Roman"/>
        </w:rPr>
        <w:tab/>
      </w:r>
      <w:r w:rsidRPr="003D23DA">
        <w:rPr>
          <w:rFonts w:cs="Times New Roman"/>
          <w:b/>
          <w:color w:val="0000FF"/>
        </w:rPr>
        <w:t xml:space="preserve">C. </w:t>
      </w:r>
      <w:r w:rsidRPr="003D23DA">
        <w:rPr>
          <w:rFonts w:cs="Times New Roman"/>
          <w:position w:val="-6"/>
        </w:rPr>
        <w:object w:dxaOrig="920" w:dyaOrig="279" w14:anchorId="6C8B89CF">
          <v:shape id="_x0000_i1195" type="#_x0000_t75" style="width:46.2pt;height:13.8pt" o:ole="">
            <v:imagedata r:id="rId346" o:title=""/>
          </v:shape>
          <o:OLEObject Type="Embed" ProgID="Equation.DSMT4" ShapeID="_x0000_i1195" DrawAspect="Content" ObjectID="_1699917985" r:id="rId347"/>
        </w:object>
      </w:r>
      <w:r w:rsidRPr="003D23DA">
        <w:rPr>
          <w:rFonts w:cs="Times New Roman"/>
        </w:rPr>
        <w:t>.</w:t>
      </w:r>
      <w:r w:rsidRPr="003D23DA">
        <w:rPr>
          <w:rFonts w:cs="Times New Roman"/>
        </w:rPr>
        <w:tab/>
      </w:r>
      <w:r w:rsidRPr="003D23DA">
        <w:rPr>
          <w:rFonts w:cs="Times New Roman"/>
          <w:b/>
          <w:color w:val="0000FF"/>
        </w:rPr>
        <w:t xml:space="preserve">D. </w:t>
      </w:r>
      <w:r w:rsidR="004D52D6" w:rsidRPr="003D23DA">
        <w:rPr>
          <w:rFonts w:cs="Times New Roman"/>
          <w:position w:val="-6"/>
        </w:rPr>
        <w:object w:dxaOrig="980" w:dyaOrig="279" w14:anchorId="7F57BBA1">
          <v:shape id="_x0000_i1196" type="#_x0000_t75" style="width:49.2pt;height:13.8pt" o:ole="">
            <v:imagedata r:id="rId348" o:title=""/>
          </v:shape>
          <o:OLEObject Type="Embed" ProgID="Equation.DSMT4" ShapeID="_x0000_i1196" DrawAspect="Content" ObjectID="_1699917986" r:id="rId349"/>
        </w:object>
      </w:r>
      <w:r w:rsidR="004D52D6" w:rsidRPr="003D23DA">
        <w:rPr>
          <w:rFonts w:cs="Times New Roman"/>
        </w:rPr>
        <w:t>.</w:t>
      </w:r>
    </w:p>
    <w:p w14:paraId="2FB24AC4" w14:textId="2AFF586A"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34:</w:t>
      </w:r>
      <w:r w:rsidR="003D23DA" w:rsidRPr="003D23DA">
        <w:rPr>
          <w:rFonts w:cs="Times New Roman"/>
          <w:b/>
          <w:color w:val="0000FF"/>
        </w:rPr>
        <w:tab/>
      </w:r>
      <w:r w:rsidRPr="003D23DA">
        <w:rPr>
          <w:rFonts w:cs="Times New Roman"/>
        </w:rPr>
        <w:t>Cho</w:t>
      </w:r>
      <w:r w:rsidR="004D52D6" w:rsidRPr="003D23DA">
        <w:rPr>
          <w:rFonts w:cs="Times New Roman"/>
        </w:rPr>
        <w:t xml:space="preserve"> </w:t>
      </w:r>
      <w:r w:rsidRPr="003D23DA">
        <w:rPr>
          <w:rFonts w:cs="Times New Roman"/>
        </w:rPr>
        <w:t>hình</w:t>
      </w:r>
      <w:r w:rsidR="004D52D6" w:rsidRPr="003D23DA">
        <w:rPr>
          <w:rFonts w:cs="Times New Roman"/>
        </w:rPr>
        <w:t xml:space="preserve"> </w:t>
      </w:r>
      <w:r w:rsidRPr="003D23DA">
        <w:rPr>
          <w:rFonts w:cs="Times New Roman"/>
        </w:rPr>
        <w:t>chóp</w:t>
      </w:r>
      <w:r w:rsidR="004D52D6" w:rsidRPr="003D23DA">
        <w:rPr>
          <w:rFonts w:cs="Times New Roman"/>
        </w:rPr>
        <w:t xml:space="preserve"> </w:t>
      </w:r>
      <w:r w:rsidR="004D52D6" w:rsidRPr="003D23DA">
        <w:rPr>
          <w:position w:val="-6"/>
        </w:rPr>
        <w:object w:dxaOrig="920" w:dyaOrig="279" w14:anchorId="63C61130">
          <v:shape id="_x0000_i1197" type="#_x0000_t75" style="width:46.2pt;height:13.8pt" o:ole="">
            <v:imagedata r:id="rId350" o:title=""/>
          </v:shape>
          <o:OLEObject Type="Embed" ProgID="Equation.DSMT4" ShapeID="_x0000_i1197" DrawAspect="Content" ObjectID="_1699917987" r:id="rId351"/>
        </w:object>
      </w:r>
      <w:r w:rsidR="004D52D6" w:rsidRPr="003D23DA">
        <w:rPr>
          <w:rFonts w:cs="Times New Roman"/>
        </w:rPr>
        <w:t xml:space="preserve"> </w:t>
      </w:r>
      <w:r w:rsidRPr="003D23DA">
        <w:rPr>
          <w:rFonts w:cs="Times New Roman"/>
        </w:rPr>
        <w:t>có</w:t>
      </w:r>
      <w:r w:rsidR="004D52D6" w:rsidRPr="003D23DA">
        <w:rPr>
          <w:rFonts w:cs="Times New Roman"/>
        </w:rPr>
        <w:t xml:space="preserve"> </w:t>
      </w:r>
      <w:r w:rsidRPr="003D23DA">
        <w:rPr>
          <w:rFonts w:cs="Times New Roman"/>
        </w:rPr>
        <w:t>đáy</w:t>
      </w:r>
      <w:r w:rsidR="004D52D6" w:rsidRPr="003D23DA">
        <w:rPr>
          <w:rFonts w:cs="Times New Roman"/>
        </w:rPr>
        <w:t xml:space="preserve"> </w:t>
      </w:r>
      <w:r w:rsidR="004D52D6" w:rsidRPr="003D23DA">
        <w:rPr>
          <w:position w:val="-6"/>
        </w:rPr>
        <w:object w:dxaOrig="720" w:dyaOrig="279" w14:anchorId="408E4876">
          <v:shape id="_x0000_i1198" type="#_x0000_t75" style="width:36pt;height:13.8pt" o:ole="">
            <v:imagedata r:id="rId352" o:title=""/>
          </v:shape>
          <o:OLEObject Type="Embed" ProgID="Equation.DSMT4" ShapeID="_x0000_i1198" DrawAspect="Content" ObjectID="_1699917988" r:id="rId353"/>
        </w:objec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hình</w:t>
      </w:r>
      <w:r w:rsidR="004D52D6" w:rsidRPr="003D23DA">
        <w:rPr>
          <w:rFonts w:cs="Times New Roman"/>
        </w:rPr>
        <w:t xml:space="preserve"> </w:t>
      </w:r>
      <w:r w:rsidRPr="003D23DA">
        <w:rPr>
          <w:rFonts w:cs="Times New Roman"/>
        </w:rPr>
        <w:t>bình</w:t>
      </w:r>
      <w:r w:rsidR="004D52D6" w:rsidRPr="003D23DA">
        <w:rPr>
          <w:rFonts w:cs="Times New Roman"/>
        </w:rPr>
        <w:t xml:space="preserve"> </w:t>
      </w:r>
      <w:r w:rsidRPr="003D23DA">
        <w:rPr>
          <w:rFonts w:cs="Times New Roman"/>
        </w:rPr>
        <w:t>hành,</w:t>
      </w:r>
      <w:r w:rsidR="004D52D6" w:rsidRPr="003D23DA">
        <w:rPr>
          <w:rFonts w:cs="Times New Roman"/>
        </w:rPr>
        <w:t xml:space="preserve"> </w:t>
      </w:r>
      <w:r w:rsidRPr="003D23DA">
        <w:rPr>
          <w:rFonts w:cs="Times New Roman"/>
        </w:rPr>
        <w:t>goi</w:t>
      </w:r>
      <w:r w:rsidR="004D52D6" w:rsidRPr="003D23DA">
        <w:rPr>
          <w:rFonts w:cs="Times New Roman"/>
        </w:rPr>
        <w:t xml:space="preserve"> </w:t>
      </w:r>
      <w:r w:rsidR="004D52D6" w:rsidRPr="003D23DA">
        <w:rPr>
          <w:position w:val="-6"/>
        </w:rPr>
        <w:object w:dxaOrig="240" w:dyaOrig="279" w14:anchorId="2D7EB188">
          <v:shape id="_x0000_i1199" type="#_x0000_t75" style="width:12pt;height:13.8pt" o:ole="">
            <v:imagedata r:id="rId354" o:title=""/>
          </v:shape>
          <o:OLEObject Type="Embed" ProgID="Equation.DSMT4" ShapeID="_x0000_i1199" DrawAspect="Content" ObjectID="_1699917989" r:id="rId355"/>
        </w:objec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giao</w:t>
      </w:r>
      <w:r w:rsidR="004D52D6" w:rsidRPr="003D23DA">
        <w:rPr>
          <w:rFonts w:cs="Times New Roman"/>
        </w:rPr>
        <w:t xml:space="preserve"> </w:t>
      </w:r>
      <w:r w:rsidRPr="003D23DA">
        <w:rPr>
          <w:rFonts w:cs="Times New Roman"/>
        </w:rPr>
        <w:t>điểm</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6"/>
        </w:rPr>
        <w:object w:dxaOrig="420" w:dyaOrig="279" w14:anchorId="706D8000">
          <v:shape id="_x0000_i1200" type="#_x0000_t75" style="width:21pt;height:13.8pt" o:ole="">
            <v:imagedata r:id="rId356" o:title=""/>
          </v:shape>
          <o:OLEObject Type="Embed" ProgID="Equation.DSMT4" ShapeID="_x0000_i1200" DrawAspect="Content" ObjectID="_1699917990" r:id="rId357"/>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position w:val="-4"/>
        </w:rPr>
        <w:object w:dxaOrig="400" w:dyaOrig="260" w14:anchorId="33D478C9">
          <v:shape id="_x0000_i1201" type="#_x0000_t75" style="width:19.8pt;height:13.2pt" o:ole="">
            <v:imagedata r:id="rId358" o:title=""/>
          </v:shape>
          <o:OLEObject Type="Embed" ProgID="Equation.DSMT4" ShapeID="_x0000_i1201" DrawAspect="Content" ObjectID="_1699917991" r:id="rId359"/>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position w:val="-4"/>
        </w:rPr>
        <w:object w:dxaOrig="320" w:dyaOrig="260" w14:anchorId="792A895D">
          <v:shape id="_x0000_i1202" type="#_x0000_t75" style="width:16.2pt;height:13.2pt" o:ole="">
            <v:imagedata r:id="rId360" o:title=""/>
          </v:shape>
          <o:OLEObject Type="Embed" ProgID="Equation.DSMT4" ShapeID="_x0000_i1202" DrawAspect="Content" ObjectID="_1699917992" r:id="rId361"/>
        </w:objec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trung</w:t>
      </w:r>
      <w:r w:rsidR="004D52D6" w:rsidRPr="003D23DA">
        <w:rPr>
          <w:rFonts w:cs="Times New Roman"/>
        </w:rPr>
        <w:t xml:space="preserve"> </w:t>
      </w:r>
      <w:r w:rsidRPr="003D23DA">
        <w:rPr>
          <w:rFonts w:cs="Times New Roman"/>
        </w:rPr>
        <w:t>điểm</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position w:val="-6"/>
        </w:rPr>
        <w:object w:dxaOrig="340" w:dyaOrig="279" w14:anchorId="6FE4A686">
          <v:shape id="_x0000_i1203" type="#_x0000_t75" style="width:16.8pt;height:13.8pt" o:ole="">
            <v:imagedata r:id="rId362" o:title=""/>
          </v:shape>
          <o:OLEObject Type="Embed" ProgID="Equation.DSMT4" ShapeID="_x0000_i1203" DrawAspect="Content" ObjectID="_1699917993" r:id="rId363"/>
        </w:object>
      </w:r>
      <w:r w:rsidR="004D52D6" w:rsidRPr="003D23DA">
        <w:rPr>
          <w:rFonts w:cs="Times New Roman"/>
        </w:rPr>
        <w:t xml:space="preserve">. </w:t>
      </w:r>
      <w:r w:rsidRPr="003D23DA">
        <w:rPr>
          <w:rFonts w:cs="Times New Roman"/>
        </w:rPr>
        <w:t>Đường</w:t>
      </w:r>
      <w:r w:rsidR="004D52D6" w:rsidRPr="003D23DA">
        <w:rPr>
          <w:rFonts w:cs="Times New Roman"/>
        </w:rPr>
        <w:t xml:space="preserve"> </w:t>
      </w:r>
      <w:r w:rsidRPr="003D23DA">
        <w:rPr>
          <w:rFonts w:cs="Times New Roman"/>
        </w:rPr>
        <w:t>thẳng</w:t>
      </w:r>
      <w:r w:rsidR="004D52D6" w:rsidRPr="003D23DA">
        <w:rPr>
          <w:rFonts w:cs="Times New Roman"/>
        </w:rPr>
        <w:t xml:space="preserve"> </w:t>
      </w:r>
      <w:r w:rsidR="004D52D6" w:rsidRPr="003D23DA">
        <w:rPr>
          <w:position w:val="-6"/>
        </w:rPr>
        <w:object w:dxaOrig="480" w:dyaOrig="279" w14:anchorId="31D558B1">
          <v:shape id="_x0000_i1204" type="#_x0000_t75" style="width:24pt;height:13.8pt" o:ole="">
            <v:imagedata r:id="rId364" o:title=""/>
          </v:shape>
          <o:OLEObject Type="Embed" ProgID="Equation.DSMT4" ShapeID="_x0000_i1204" DrawAspect="Content" ObjectID="_1699917994" r:id="rId365"/>
        </w:objec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Pr="003D23DA">
        <w:rPr>
          <w:rFonts w:cs="Times New Roman"/>
        </w:rPr>
        <w:t>mặt</w:t>
      </w:r>
      <w:r w:rsidR="004D52D6" w:rsidRPr="003D23DA">
        <w:rPr>
          <w:rFonts w:cs="Times New Roman"/>
        </w:rPr>
        <w:t xml:space="preserve"> </w:t>
      </w:r>
      <w:r w:rsidRPr="003D23DA">
        <w:rPr>
          <w:rFonts w:cs="Times New Roman"/>
        </w:rPr>
        <w:t>phẳng</w:t>
      </w:r>
    </w:p>
    <w:p w14:paraId="04BC2C3A" w14:textId="2E53218E"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position w:val="-10"/>
        </w:rPr>
        <w:object w:dxaOrig="680" w:dyaOrig="320" w14:anchorId="668DCC2C">
          <v:shape id="_x0000_i1205" type="#_x0000_t75" style="width:34.2pt;height:16.2pt" o:ole="">
            <v:imagedata r:id="rId366" o:title=""/>
          </v:shape>
          <o:OLEObject Type="Embed" ProgID="Equation.DSMT4" ShapeID="_x0000_i1205" DrawAspect="Content" ObjectID="_1699917995" r:id="rId367"/>
        </w:object>
      </w:r>
      <w:r w:rsidRPr="003D23DA">
        <w:rPr>
          <w:rFonts w:cs="Times New Roman"/>
        </w:rPr>
        <w:t>.</w:t>
      </w:r>
      <w:r w:rsidRPr="003D23DA">
        <w:rPr>
          <w:rFonts w:cs="Times New Roman"/>
        </w:rPr>
        <w:tab/>
      </w:r>
      <w:r w:rsidRPr="003D23DA">
        <w:rPr>
          <w:rFonts w:cs="Times New Roman"/>
          <w:b/>
          <w:color w:val="0000FF"/>
        </w:rPr>
        <w:t xml:space="preserve">B. </w:t>
      </w:r>
      <w:r w:rsidRPr="003D23DA">
        <w:rPr>
          <w:rFonts w:cs="Times New Roman"/>
          <w:position w:val="-10"/>
        </w:rPr>
        <w:object w:dxaOrig="660" w:dyaOrig="320" w14:anchorId="41DBD0CF">
          <v:shape id="_x0000_i1206" type="#_x0000_t75" style="width:33pt;height:16.2pt" o:ole="">
            <v:imagedata r:id="rId368" o:title=""/>
          </v:shape>
          <o:OLEObject Type="Embed" ProgID="Equation.DSMT4" ShapeID="_x0000_i1206" DrawAspect="Content" ObjectID="_1699917996" r:id="rId369"/>
        </w:object>
      </w:r>
      <w:r w:rsidRPr="003D23DA">
        <w:rPr>
          <w:rFonts w:cs="Times New Roman"/>
        </w:rPr>
        <w:t>.</w:t>
      </w:r>
      <w:r w:rsidRPr="003D23DA">
        <w:rPr>
          <w:rFonts w:cs="Times New Roman"/>
        </w:rPr>
        <w:tab/>
      </w:r>
      <w:r w:rsidRPr="003D23DA">
        <w:rPr>
          <w:rFonts w:cs="Times New Roman"/>
          <w:b/>
          <w:color w:val="0000FF"/>
        </w:rPr>
        <w:t xml:space="preserve">C. </w:t>
      </w:r>
      <w:r w:rsidRPr="003D23DA">
        <w:rPr>
          <w:rFonts w:cs="Times New Roman"/>
          <w:position w:val="-10"/>
        </w:rPr>
        <w:object w:dxaOrig="680" w:dyaOrig="320" w14:anchorId="2B80C155">
          <v:shape id="_x0000_i1207" type="#_x0000_t75" style="width:34.2pt;height:16.2pt" o:ole="">
            <v:imagedata r:id="rId370" o:title=""/>
          </v:shape>
          <o:OLEObject Type="Embed" ProgID="Equation.DSMT4" ShapeID="_x0000_i1207" DrawAspect="Content" ObjectID="_1699917997" r:id="rId371"/>
        </w:object>
      </w:r>
      <w:r w:rsidRPr="003D23DA">
        <w:rPr>
          <w:rFonts w:cs="Times New Roman"/>
        </w:rPr>
        <w:t>.</w:t>
      </w:r>
      <w:r w:rsidRPr="003D23DA">
        <w:rPr>
          <w:rFonts w:cs="Times New Roman"/>
        </w:rPr>
        <w:tab/>
      </w:r>
      <w:r w:rsidR="00D06B0C" w:rsidRPr="00D06B0C">
        <w:rPr>
          <w:rFonts w:cs="Times New Roman"/>
          <w:b/>
          <w:color w:val="FF0000"/>
          <w:u w:val="single"/>
        </w:rPr>
        <w:t>D</w:t>
      </w:r>
      <w:r w:rsidRPr="003D23DA">
        <w:rPr>
          <w:rFonts w:cs="Times New Roman"/>
          <w:b/>
          <w:color w:val="0000FF"/>
        </w:rPr>
        <w:t xml:space="preserve">. </w:t>
      </w:r>
      <w:r w:rsidR="004D52D6" w:rsidRPr="003D23DA">
        <w:rPr>
          <w:rFonts w:cs="Times New Roman"/>
          <w:position w:val="-10"/>
        </w:rPr>
        <w:object w:dxaOrig="680" w:dyaOrig="320" w14:anchorId="256CDD3A">
          <v:shape id="_x0000_i1208" type="#_x0000_t75" style="width:34.2pt;height:16.2pt" o:ole="">
            <v:imagedata r:id="rId372" o:title=""/>
          </v:shape>
          <o:OLEObject Type="Embed" ProgID="Equation.DSMT4" ShapeID="_x0000_i1208" DrawAspect="Content" ObjectID="_1699917998" r:id="rId373"/>
        </w:object>
      </w:r>
    </w:p>
    <w:p w14:paraId="073CE963" w14:textId="0E9B69B6" w:rsidR="003D23DA" w:rsidRPr="003D23DA" w:rsidRDefault="00D06B0C" w:rsidP="003D23DA">
      <w:pPr>
        <w:tabs>
          <w:tab w:val="left" w:pos="992"/>
        </w:tabs>
        <w:spacing w:before="120" w:after="0"/>
        <w:ind w:left="992" w:hanging="992"/>
        <w:jc w:val="both"/>
        <w:rPr>
          <w:rFonts w:cs="Times New Roman"/>
        </w:rPr>
      </w:pPr>
      <w:r w:rsidRPr="00D06B0C">
        <w:rPr>
          <w:rFonts w:cs="Times New Roman"/>
          <w:b/>
          <w:color w:val="0000FF"/>
        </w:rPr>
        <w:t>Câu 35:</w:t>
      </w:r>
      <w:r w:rsidR="003D23DA" w:rsidRPr="003D23DA">
        <w:rPr>
          <w:rFonts w:cs="Times New Roman"/>
          <w:b/>
          <w:color w:val="0000FF"/>
        </w:rPr>
        <w:tab/>
      </w:r>
      <w:r w:rsidRPr="003D23DA">
        <w:rPr>
          <w:rFonts w:cs="Times New Roman"/>
        </w:rPr>
        <w:t>Gieo</w:t>
      </w:r>
      <w:r w:rsidR="004D52D6" w:rsidRPr="003D23DA">
        <w:rPr>
          <w:rFonts w:cs="Times New Roman"/>
        </w:rPr>
        <w:t xml:space="preserve"> </w:t>
      </w:r>
      <w:r w:rsidRPr="003D23DA">
        <w:rPr>
          <w:rFonts w:cs="Times New Roman"/>
        </w:rPr>
        <w:t>con</w:t>
      </w:r>
      <w:r w:rsidR="004D52D6" w:rsidRPr="003D23DA">
        <w:rPr>
          <w:rFonts w:cs="Times New Roman"/>
        </w:rPr>
        <w:t xml:space="preserve"> </w:t>
      </w:r>
      <w:r w:rsidRPr="003D23DA">
        <w:rPr>
          <w:rFonts w:cs="Times New Roman"/>
        </w:rPr>
        <w:t>súc</w:t>
      </w:r>
      <w:r w:rsidR="004D52D6" w:rsidRPr="003D23DA">
        <w:rPr>
          <w:rFonts w:cs="Times New Roman"/>
        </w:rPr>
        <w:t xml:space="preserve"> </w:t>
      </w:r>
      <w:r w:rsidRPr="003D23DA">
        <w:rPr>
          <w:rFonts w:cs="Times New Roman"/>
        </w:rPr>
        <w:t>sắc</w:t>
      </w:r>
      <w:r w:rsidR="004D52D6" w:rsidRPr="003D23DA">
        <w:rPr>
          <w:rFonts w:cs="Times New Roman"/>
        </w:rPr>
        <w:t xml:space="preserve"> </w:t>
      </w:r>
      <w:r w:rsidRPr="003D23DA">
        <w:rPr>
          <w:rFonts w:cs="Times New Roman"/>
        </w:rPr>
        <w:t>cân</w:t>
      </w:r>
      <w:r w:rsidR="004D52D6" w:rsidRPr="003D23DA">
        <w:rPr>
          <w:rFonts w:cs="Times New Roman"/>
        </w:rPr>
        <w:t xml:space="preserve"> </w:t>
      </w:r>
      <w:r w:rsidRPr="003D23DA">
        <w:rPr>
          <w:rFonts w:cs="Times New Roman"/>
        </w:rPr>
        <w:t>đối</w:t>
      </w:r>
      <w:r w:rsidR="004D52D6" w:rsidRPr="003D23DA">
        <w:rPr>
          <w:rFonts w:cs="Times New Roman"/>
        </w:rPr>
        <w:t xml:space="preserve"> </w:t>
      </w:r>
      <w:r w:rsidRPr="003D23DA">
        <w:rPr>
          <w:rFonts w:cs="Times New Roman"/>
        </w:rPr>
        <w:t>và</w:t>
      </w:r>
      <w:r w:rsidR="004D52D6" w:rsidRPr="003D23DA">
        <w:rPr>
          <w:rFonts w:cs="Times New Roman"/>
        </w:rPr>
        <w:t xml:space="preserve"> </w:t>
      </w:r>
      <w:r w:rsidRPr="003D23DA">
        <w:rPr>
          <w:rFonts w:cs="Times New Roman"/>
        </w:rPr>
        <w:t>đồng</w:t>
      </w:r>
      <w:r w:rsidR="004D52D6" w:rsidRPr="003D23DA">
        <w:rPr>
          <w:rFonts w:cs="Times New Roman"/>
        </w:rPr>
        <w:t xml:space="preserve"> </w:t>
      </w:r>
      <w:r w:rsidRPr="003D23DA">
        <w:rPr>
          <w:rFonts w:cs="Times New Roman"/>
        </w:rPr>
        <w:t>chất</w:t>
      </w:r>
      <w:r w:rsidR="004D52D6" w:rsidRPr="003D23DA">
        <w:rPr>
          <w:rFonts w:cs="Times New Roman"/>
        </w:rPr>
        <w:t xml:space="preserve"> </w:t>
      </w:r>
      <w:r w:rsidRPr="003D23DA">
        <w:rPr>
          <w:rFonts w:cs="Times New Roman"/>
        </w:rPr>
        <w:t>một</w:t>
      </w:r>
      <w:r w:rsidR="004D52D6" w:rsidRPr="003D23DA">
        <w:rPr>
          <w:rFonts w:cs="Times New Roman"/>
        </w:rPr>
        <w:t xml:space="preserve"> </w:t>
      </w:r>
      <w:r w:rsidRPr="003D23DA">
        <w:rPr>
          <w:rFonts w:cs="Times New Roman"/>
        </w:rPr>
        <w:t>lần</w:t>
      </w:r>
      <w:r w:rsidR="004D52D6" w:rsidRPr="003D23DA">
        <w:rPr>
          <w:rFonts w:cs="Times New Roman"/>
        </w:rPr>
        <w:t xml:space="preserve">. </w:t>
      </w:r>
      <w:r w:rsidRPr="003D23DA">
        <w:rPr>
          <w:rFonts w:cs="Times New Roman"/>
        </w:rPr>
        <w:t>Tính</w:t>
      </w:r>
      <w:r w:rsidR="004D52D6" w:rsidRPr="003D23DA">
        <w:rPr>
          <w:rFonts w:cs="Times New Roman"/>
        </w:rPr>
        <w:t xml:space="preserve"> </w:t>
      </w:r>
      <w:r w:rsidRPr="003D23DA">
        <w:rPr>
          <w:rFonts w:cs="Times New Roman"/>
        </w:rPr>
        <w:t>xác</w:t>
      </w:r>
      <w:r w:rsidR="004D52D6" w:rsidRPr="003D23DA">
        <w:rPr>
          <w:rFonts w:cs="Times New Roman"/>
        </w:rPr>
        <w:t xml:space="preserve"> </w:t>
      </w:r>
      <w:r w:rsidRPr="003D23DA">
        <w:rPr>
          <w:rFonts w:cs="Times New Roman"/>
        </w:rPr>
        <w:t>suất</w:t>
      </w:r>
      <w:r w:rsidR="004D52D6" w:rsidRPr="003D23DA">
        <w:rPr>
          <w:rFonts w:cs="Times New Roman"/>
        </w:rPr>
        <w:t xml:space="preserve"> </w:t>
      </w:r>
      <w:r w:rsidRPr="003D23DA">
        <w:rPr>
          <w:rFonts w:cs="Times New Roman"/>
        </w:rPr>
        <w:t>xuất</w:t>
      </w:r>
      <w:r w:rsidR="004D52D6" w:rsidRPr="003D23DA">
        <w:rPr>
          <w:rFonts w:cs="Times New Roman"/>
        </w:rPr>
        <w:t xml:space="preserve"> </w:t>
      </w:r>
      <w:r w:rsidRPr="003D23DA">
        <w:rPr>
          <w:rFonts w:cs="Times New Roman"/>
        </w:rPr>
        <w:t>hiện</w:t>
      </w:r>
      <w:r w:rsidR="004D52D6" w:rsidRPr="003D23DA">
        <w:rPr>
          <w:rFonts w:cs="Times New Roman"/>
        </w:rPr>
        <w:t xml:space="preserve"> </w:t>
      </w:r>
      <w:r w:rsidRPr="003D23DA">
        <w:rPr>
          <w:rFonts w:cs="Times New Roman"/>
        </w:rPr>
        <w:t>mặt</w:t>
      </w:r>
      <w:r w:rsidR="004D52D6" w:rsidRPr="003D23DA">
        <w:rPr>
          <w:rFonts w:cs="Times New Roman"/>
        </w:rPr>
        <w:t xml:space="preserve"> </w:t>
      </w:r>
      <w:r w:rsidRPr="003D23DA">
        <w:rPr>
          <w:rFonts w:cs="Times New Roman"/>
        </w:rPr>
        <w:t>7</w:t>
      </w:r>
      <w:r w:rsidR="004D52D6" w:rsidRPr="003D23DA">
        <w:rPr>
          <w:rFonts w:cs="Times New Roman"/>
        </w:rPr>
        <w:t xml:space="preserve"> </w:t>
      </w:r>
      <w:r w:rsidRPr="003D23DA">
        <w:rPr>
          <w:rFonts w:cs="Times New Roman"/>
        </w:rPr>
        <w:t>chấm</w:t>
      </w:r>
      <w:r w:rsidR="004D52D6" w:rsidRPr="003D23DA">
        <w:rPr>
          <w:rFonts w:cs="Times New Roman"/>
        </w:rPr>
        <w:t>.</w:t>
      </w:r>
    </w:p>
    <w:p w14:paraId="46E20ECD" w14:textId="73F5D9B3" w:rsidR="004D52D6" w:rsidRPr="003D23DA" w:rsidRDefault="003D23DA" w:rsidP="003D23DA">
      <w:pPr>
        <w:tabs>
          <w:tab w:val="left" w:pos="3402"/>
          <w:tab w:val="left" w:pos="5669"/>
          <w:tab w:val="left" w:pos="7937"/>
        </w:tabs>
        <w:spacing w:after="0"/>
        <w:ind w:left="992"/>
        <w:jc w:val="both"/>
        <w:rPr>
          <w:rFonts w:cs="Times New Roman"/>
        </w:rPr>
      </w:pPr>
      <w:r w:rsidRPr="003D23DA">
        <w:rPr>
          <w:rFonts w:cs="Times New Roman"/>
          <w:b/>
          <w:color w:val="0000FF"/>
        </w:rPr>
        <w:t xml:space="preserve">A. </w:t>
      </w:r>
      <w:r w:rsidRPr="003D23DA">
        <w:rPr>
          <w:rFonts w:cs="Times New Roman"/>
          <w:b/>
          <w:color w:val="FF0000"/>
          <w:position w:val="-24"/>
        </w:rPr>
        <w:object w:dxaOrig="240" w:dyaOrig="620" w14:anchorId="0F7F794D">
          <v:shape id="_x0000_i1209" type="#_x0000_t75" style="width:12pt;height:31.2pt" o:ole="">
            <v:imagedata r:id="rId374" o:title=""/>
          </v:shape>
          <o:OLEObject Type="Embed" ProgID="Equation.DSMT4" ShapeID="_x0000_i1209" DrawAspect="Content" ObjectID="_1699917999" r:id="rId375"/>
        </w:object>
      </w:r>
      <w:r w:rsidRPr="003D23DA">
        <w:rPr>
          <w:rFonts w:cs="Times New Roman"/>
          <w:b/>
          <w:color w:val="FF0000"/>
        </w:rPr>
        <w:tab/>
      </w:r>
      <w:r w:rsidR="00D06B0C" w:rsidRPr="00D06B0C">
        <w:rPr>
          <w:rFonts w:cs="Times New Roman"/>
          <w:b/>
          <w:color w:val="FF0000"/>
          <w:u w:val="single"/>
        </w:rPr>
        <w:t>B</w:t>
      </w:r>
      <w:r w:rsidRPr="003D23DA">
        <w:rPr>
          <w:rFonts w:cs="Times New Roman"/>
          <w:b/>
          <w:color w:val="0000FF"/>
        </w:rPr>
        <w:t xml:space="preserve">. </w:t>
      </w:r>
      <w:r w:rsidRPr="003D23DA">
        <w:rPr>
          <w:rFonts w:cs="Times New Roman"/>
        </w:rPr>
        <w:t>0</w:t>
      </w:r>
      <w:r w:rsidRPr="003D23DA">
        <w:rPr>
          <w:rFonts w:cs="Times New Roman"/>
        </w:rPr>
        <w:tab/>
      </w:r>
      <w:r w:rsidRPr="003D23DA">
        <w:rPr>
          <w:rFonts w:cs="Times New Roman"/>
          <w:b/>
          <w:color w:val="0000FF"/>
        </w:rPr>
        <w:t xml:space="preserve">C. </w:t>
      </w:r>
      <w:r w:rsidRPr="003D23DA">
        <w:rPr>
          <w:rFonts w:cs="Times New Roman"/>
          <w:position w:val="-24"/>
        </w:rPr>
        <w:object w:dxaOrig="220" w:dyaOrig="620" w14:anchorId="2FF50B7C">
          <v:shape id="_x0000_i1210" type="#_x0000_t75" style="width:10.8pt;height:31.2pt" o:ole="">
            <v:imagedata r:id="rId376" o:title=""/>
          </v:shape>
          <o:OLEObject Type="Embed" ProgID="Equation.DSMT4" ShapeID="_x0000_i1210" DrawAspect="Content" ObjectID="_1699918000" r:id="rId377"/>
        </w:object>
      </w:r>
      <w:r w:rsidRPr="003D23DA">
        <w:rPr>
          <w:rFonts w:cs="Times New Roman"/>
        </w:rPr>
        <w:tab/>
      </w:r>
      <w:r w:rsidRPr="003D23DA">
        <w:rPr>
          <w:rFonts w:cs="Times New Roman"/>
          <w:b/>
          <w:color w:val="0000FF"/>
        </w:rPr>
        <w:t xml:space="preserve">D. </w:t>
      </w:r>
      <w:r w:rsidR="00D06B0C" w:rsidRPr="003D23DA">
        <w:rPr>
          <w:rFonts w:cs="Times New Roman"/>
        </w:rPr>
        <w:t>1</w:t>
      </w:r>
    </w:p>
    <w:p w14:paraId="695EA41D" w14:textId="77777777" w:rsidR="004D52D6" w:rsidRPr="003D23DA" w:rsidRDefault="00D06B0C" w:rsidP="003D23DA">
      <w:pPr>
        <w:ind w:left="992"/>
        <w:rPr>
          <w:rFonts w:cs="Times New Roman"/>
        </w:rPr>
      </w:pPr>
      <w:r w:rsidRPr="003D23DA">
        <w:rPr>
          <w:rFonts w:cs="Times New Roman"/>
          <w:b/>
          <w:color w:val="0000FF"/>
        </w:rPr>
        <w:t>Phần</w:t>
      </w:r>
      <w:r w:rsidR="004D52D6" w:rsidRPr="003D23DA">
        <w:rPr>
          <w:rFonts w:cs="Times New Roman"/>
          <w:b/>
          <w:color w:val="0000FF"/>
        </w:rPr>
        <w:t xml:space="preserve"> </w:t>
      </w:r>
      <w:r w:rsidRPr="003D23DA">
        <w:rPr>
          <w:rFonts w:cs="Times New Roman"/>
          <w:b/>
          <w:color w:val="0000FF"/>
        </w:rPr>
        <w:t>II:</w:t>
      </w:r>
      <w:r w:rsidR="004D52D6" w:rsidRPr="003D23DA">
        <w:rPr>
          <w:rFonts w:cs="Times New Roman"/>
          <w:b/>
          <w:color w:val="0000FF"/>
        </w:rPr>
        <w:t xml:space="preserve"> </w:t>
      </w:r>
      <w:r w:rsidRPr="003D23DA">
        <w:rPr>
          <w:rFonts w:cs="Times New Roman"/>
          <w:b/>
          <w:color w:val="0000FF"/>
        </w:rPr>
        <w:t>Tự</w:t>
      </w:r>
      <w:r w:rsidR="004D52D6" w:rsidRPr="003D23DA">
        <w:rPr>
          <w:rFonts w:cs="Times New Roman"/>
          <w:b/>
          <w:color w:val="0000FF"/>
        </w:rPr>
        <w:t xml:space="preserve"> </w:t>
      </w:r>
      <w:r w:rsidRPr="003D23DA">
        <w:rPr>
          <w:rFonts w:cs="Times New Roman"/>
          <w:b/>
          <w:color w:val="0000FF"/>
        </w:rPr>
        <w:t>luận</w:t>
      </w:r>
    </w:p>
    <w:p w14:paraId="2DECD89F" w14:textId="3743F5B6" w:rsidR="003D23DA" w:rsidRPr="003D23DA" w:rsidRDefault="00D06B0C" w:rsidP="003D23DA">
      <w:pPr>
        <w:ind w:left="992" w:hanging="992"/>
        <w:jc w:val="both"/>
        <w:rPr>
          <w:rFonts w:cs="Times New Roman"/>
        </w:rPr>
      </w:pPr>
      <w:r w:rsidRPr="003D23DA">
        <w:rPr>
          <w:rFonts w:cs="Times New Roman"/>
          <w:b/>
          <w:color w:val="0000FF"/>
        </w:rPr>
        <w:t>Bài</w:t>
      </w:r>
      <w:r w:rsidR="004D52D6" w:rsidRPr="003D23DA">
        <w:rPr>
          <w:rFonts w:cs="Times New Roman"/>
          <w:b/>
          <w:color w:val="0000FF"/>
        </w:rPr>
        <w:t xml:space="preserve"> </w:t>
      </w:r>
      <w:r w:rsidRPr="003D23DA">
        <w:rPr>
          <w:rFonts w:cs="Times New Roman"/>
          <w:b/>
          <w:color w:val="0000FF"/>
        </w:rPr>
        <w:t>1:</w:t>
      </w:r>
      <w:r w:rsidR="003D23DA" w:rsidRPr="003D23DA">
        <w:rPr>
          <w:rFonts w:cs="Times New Roman"/>
          <w:b/>
          <w:color w:val="0000FF"/>
        </w:rPr>
        <w:t xml:space="preserve"> </w:t>
      </w:r>
      <w:r w:rsidRPr="003D23DA">
        <w:rPr>
          <w:rFonts w:cs="Times New Roman"/>
        </w:rPr>
        <w:t>Giải</w:t>
      </w:r>
      <w:r w:rsidR="004D52D6" w:rsidRPr="003D23DA">
        <w:rPr>
          <w:rFonts w:cs="Times New Roman"/>
        </w:rPr>
        <w:t xml:space="preserve"> </w:t>
      </w:r>
      <w:r w:rsidRPr="003D23DA">
        <w:rPr>
          <w:rFonts w:cs="Times New Roman"/>
        </w:rPr>
        <w:t>phương</w:t>
      </w:r>
      <w:r w:rsidR="004D52D6" w:rsidRPr="003D23DA">
        <w:rPr>
          <w:rFonts w:cs="Times New Roman"/>
        </w:rPr>
        <w:t xml:space="preserve"> </w:t>
      </w:r>
      <w:r w:rsidRPr="003D23DA">
        <w:rPr>
          <w:rFonts w:cs="Times New Roman"/>
        </w:rPr>
        <w:t>trình</w:t>
      </w:r>
      <w:r w:rsidR="004D52D6" w:rsidRPr="003D23DA">
        <w:rPr>
          <w:rFonts w:cs="Times New Roman"/>
        </w:rPr>
        <w:t xml:space="preserve"> </w:t>
      </w:r>
      <w:r w:rsidR="004D52D6" w:rsidRPr="003D23DA">
        <w:rPr>
          <w:rFonts w:cs="Times New Roman"/>
          <w:position w:val="-8"/>
        </w:rPr>
        <w:object w:dxaOrig="1840" w:dyaOrig="360" w14:anchorId="07B5EA90">
          <v:shape id="_x0000_i1211" type="#_x0000_t75" style="width:91.8pt;height:18pt" o:ole="">
            <v:imagedata r:id="rId378" o:title=""/>
          </v:shape>
          <o:OLEObject Type="Embed" ProgID="Equation.DSMT4" ShapeID="_x0000_i1211" DrawAspect="Content" ObjectID="_1699918001" r:id="rId379"/>
        </w:object>
      </w:r>
    </w:p>
    <w:p w14:paraId="77B299CE" w14:textId="21AABBA1" w:rsidR="004D52D6" w:rsidRPr="003D23DA" w:rsidRDefault="00D06B0C" w:rsidP="003D23DA">
      <w:pPr>
        <w:ind w:left="992" w:hanging="992"/>
        <w:jc w:val="both"/>
        <w:rPr>
          <w:rFonts w:cs="Times New Roman"/>
        </w:rPr>
      </w:pPr>
      <w:r w:rsidRPr="003D23DA">
        <w:rPr>
          <w:rFonts w:cs="Times New Roman"/>
          <w:b/>
          <w:color w:val="0000FF"/>
        </w:rPr>
        <w:t>Bài</w:t>
      </w:r>
      <w:r w:rsidR="004D52D6" w:rsidRPr="003D23DA">
        <w:rPr>
          <w:rFonts w:cs="Times New Roman"/>
          <w:b/>
          <w:color w:val="0000FF"/>
        </w:rPr>
        <w:t xml:space="preserve"> </w:t>
      </w:r>
      <w:r w:rsidRPr="003D23DA">
        <w:rPr>
          <w:rFonts w:cs="Times New Roman"/>
          <w:b/>
          <w:color w:val="0000FF"/>
        </w:rPr>
        <w:t>2:</w:t>
      </w:r>
      <w:r w:rsidR="003D23DA" w:rsidRPr="003D23DA">
        <w:rPr>
          <w:rFonts w:cs="Times New Roman"/>
          <w:b/>
          <w:color w:val="0000FF"/>
        </w:rPr>
        <w:t xml:space="preserve"> </w:t>
      </w:r>
      <w:r w:rsidRPr="003D23DA">
        <w:rPr>
          <w:rFonts w:cs="Times New Roman"/>
        </w:rPr>
        <w:t>Cho</w:t>
      </w:r>
      <w:r w:rsidR="004D52D6" w:rsidRPr="003D23DA">
        <w:rPr>
          <w:rFonts w:cs="Times New Roman"/>
        </w:rPr>
        <w:t xml:space="preserve"> </w:t>
      </w:r>
      <w:r w:rsidRPr="003D23DA">
        <w:rPr>
          <w:rFonts w:cs="Times New Roman"/>
        </w:rPr>
        <w:t>tứ</w:t>
      </w:r>
      <w:r w:rsidR="004D52D6" w:rsidRPr="003D23DA">
        <w:rPr>
          <w:rFonts w:cs="Times New Roman"/>
        </w:rPr>
        <w:t xml:space="preserve"> </w:t>
      </w:r>
      <w:r w:rsidRPr="003D23DA">
        <w:rPr>
          <w:rFonts w:cs="Times New Roman"/>
        </w:rPr>
        <w:t>diện</w:t>
      </w:r>
      <w:r w:rsidR="004D52D6" w:rsidRPr="003D23DA">
        <w:rPr>
          <w:rFonts w:cs="Times New Roman"/>
        </w:rPr>
        <w:t xml:space="preserve"> </w:t>
      </w:r>
      <w:r w:rsidR="004D52D6" w:rsidRPr="003D23DA">
        <w:rPr>
          <w:rFonts w:cs="Times New Roman"/>
          <w:position w:val="-6"/>
        </w:rPr>
        <w:object w:dxaOrig="720" w:dyaOrig="279" w14:anchorId="68F43CF9">
          <v:shape id="_x0000_i1212" type="#_x0000_t75" style="width:36pt;height:13.8pt" o:ole="">
            <v:imagedata r:id="rId380" o:title=""/>
          </v:shape>
          <o:OLEObject Type="Embed" ProgID="Equation.DSMT4" ShapeID="_x0000_i1212" DrawAspect="Content" ObjectID="_1699918002" r:id="rId381"/>
        </w:object>
      </w:r>
      <w:r w:rsidR="004D52D6" w:rsidRPr="003D23DA">
        <w:rPr>
          <w:rFonts w:cs="Times New Roman"/>
        </w:rPr>
        <w:t xml:space="preserve">. </w:t>
      </w:r>
      <w:r w:rsidRPr="003D23DA">
        <w:rPr>
          <w:rFonts w:cs="Times New Roman"/>
        </w:rPr>
        <w:t>Gọi</w:t>
      </w:r>
      <w:r w:rsidR="004D52D6" w:rsidRPr="003D23DA">
        <w:rPr>
          <w:rFonts w:cs="Times New Roman"/>
        </w:rPr>
        <w:t xml:space="preserve"> </w:t>
      </w:r>
      <w:r w:rsidR="004D52D6" w:rsidRPr="003D23DA">
        <w:rPr>
          <w:rFonts w:cs="Times New Roman"/>
          <w:position w:val="-10"/>
        </w:rPr>
        <w:object w:dxaOrig="600" w:dyaOrig="320" w14:anchorId="7CD4122A">
          <v:shape id="_x0000_i1213" type="#_x0000_t75" style="width:30pt;height:16.2pt" o:ole="">
            <v:imagedata r:id="rId382" o:title=""/>
          </v:shape>
          <o:OLEObject Type="Embed" ProgID="Equation.DSMT4" ShapeID="_x0000_i1213" DrawAspect="Content" ObjectID="_1699918003" r:id="rId383"/>
        </w:object>
      </w:r>
      <w:r w:rsidR="004D52D6" w:rsidRPr="003D23DA">
        <w:rPr>
          <w:rFonts w:cs="Times New Roman"/>
        </w:rPr>
        <w:t xml:space="preserve"> </w:t>
      </w:r>
      <w:r w:rsidRPr="003D23DA">
        <w:rPr>
          <w:rFonts w:cs="Times New Roman"/>
        </w:rPr>
        <w:t>lần</w:t>
      </w:r>
      <w:r w:rsidR="004D52D6" w:rsidRPr="003D23DA">
        <w:rPr>
          <w:rFonts w:cs="Times New Roman"/>
        </w:rPr>
        <w:t xml:space="preserve"> </w:t>
      </w:r>
      <w:r w:rsidRPr="003D23DA">
        <w:rPr>
          <w:rFonts w:cs="Times New Roman"/>
        </w:rPr>
        <w:t>lượt</w: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trọng</w:t>
      </w:r>
      <w:r w:rsidR="004D52D6" w:rsidRPr="003D23DA">
        <w:rPr>
          <w:rFonts w:cs="Times New Roman"/>
        </w:rPr>
        <w:t xml:space="preserve"> </w:t>
      </w:r>
      <w:r w:rsidRPr="003D23DA">
        <w:rPr>
          <w:rFonts w:cs="Times New Roman"/>
        </w:rPr>
        <w:t>tâm</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rFonts w:cs="Times New Roman"/>
          <w:position w:val="-6"/>
        </w:rPr>
        <w:object w:dxaOrig="680" w:dyaOrig="279" w14:anchorId="6EC9E32B">
          <v:shape id="_x0000_i1214" type="#_x0000_t75" style="width:34.2pt;height:13.8pt" o:ole="">
            <v:imagedata r:id="rId384" o:title=""/>
          </v:shape>
          <o:OLEObject Type="Embed" ProgID="Equation.DSMT4" ShapeID="_x0000_i1214" DrawAspect="Content" ObjectID="_1699918004" r:id="rId385"/>
        </w:object>
      </w:r>
      <w:r w:rsidR="004D52D6" w:rsidRPr="003D23DA">
        <w:rPr>
          <w:rFonts w:cs="Times New Roman"/>
        </w:rPr>
        <w:t xml:space="preserve"> </w:t>
      </w:r>
      <w:r w:rsidRPr="003D23DA">
        <w:rPr>
          <w:rFonts w:cs="Times New Roman"/>
        </w:rPr>
        <w:t>và</w:t>
      </w:r>
      <w:r w:rsidR="004D52D6" w:rsidRPr="003D23DA">
        <w:rPr>
          <w:rFonts w:cs="Times New Roman"/>
        </w:rPr>
        <w:t xml:space="preserve"> </w:t>
      </w:r>
      <w:r w:rsidR="004D52D6" w:rsidRPr="003D23DA">
        <w:rPr>
          <w:rFonts w:cs="Times New Roman"/>
          <w:position w:val="-6"/>
        </w:rPr>
        <w:object w:dxaOrig="700" w:dyaOrig="279" w14:anchorId="521CEA05">
          <v:shape id="_x0000_i1215" type="#_x0000_t75" style="width:34.8pt;height:13.8pt" o:ole="">
            <v:imagedata r:id="rId386" o:title=""/>
          </v:shape>
          <o:OLEObject Type="Embed" ProgID="Equation.DSMT4" ShapeID="_x0000_i1215" DrawAspect="Content" ObjectID="_1699918005" r:id="rId387"/>
        </w:object>
      </w:r>
      <w:r w:rsidR="004D52D6" w:rsidRPr="003D23DA">
        <w:rPr>
          <w:rFonts w:cs="Times New Roman"/>
        </w:rPr>
        <w:t xml:space="preserve">. </w:t>
      </w:r>
      <w:r w:rsidRPr="003D23DA">
        <w:rPr>
          <w:rFonts w:cs="Times New Roman"/>
        </w:rPr>
        <w:t>Chúng</w:t>
      </w:r>
      <w:r w:rsidR="004D52D6" w:rsidRPr="003D23DA">
        <w:rPr>
          <w:rFonts w:cs="Times New Roman"/>
        </w:rPr>
        <w:t xml:space="preserve"> </w:t>
      </w:r>
      <w:r w:rsidRPr="003D23DA">
        <w:rPr>
          <w:rFonts w:cs="Times New Roman"/>
        </w:rPr>
        <w:t>minh</w:t>
      </w:r>
      <w:r w:rsidR="004D52D6" w:rsidRPr="003D23DA">
        <w:rPr>
          <w:rFonts w:cs="Times New Roman"/>
        </w:rPr>
        <w:t xml:space="preserve"> </w:t>
      </w:r>
      <w:r w:rsidRPr="003D23DA">
        <w:rPr>
          <w:rFonts w:cs="Times New Roman"/>
        </w:rPr>
        <w:t>rằng</w:t>
      </w:r>
      <w:r w:rsidR="004D52D6" w:rsidRPr="003D23DA">
        <w:rPr>
          <w:rFonts w:cs="Times New Roman"/>
        </w:rPr>
        <w:t xml:space="preserve"> </w:t>
      </w:r>
      <w:r w:rsidRPr="003D23DA">
        <w:rPr>
          <w:rFonts w:cs="Times New Roman"/>
        </w:rPr>
        <w:t>đường</w:t>
      </w:r>
      <w:r w:rsidR="004D52D6" w:rsidRPr="003D23DA">
        <w:rPr>
          <w:rFonts w:cs="Times New Roman"/>
        </w:rPr>
        <w:t xml:space="preserve"> </w:t>
      </w:r>
      <w:r w:rsidRPr="003D23DA">
        <w:rPr>
          <w:rFonts w:cs="Times New Roman"/>
        </w:rPr>
        <w:t>thẳng</w:t>
      </w:r>
      <w:r w:rsidR="004D52D6" w:rsidRPr="003D23DA">
        <w:rPr>
          <w:rFonts w:cs="Times New Roman"/>
        </w:rPr>
        <w:t xml:space="preserve"> </w:t>
      </w:r>
      <w:r w:rsidR="004D52D6" w:rsidRPr="003D23DA">
        <w:rPr>
          <w:rFonts w:cs="Times New Roman"/>
          <w:position w:val="-6"/>
        </w:rPr>
        <w:object w:dxaOrig="460" w:dyaOrig="279" w14:anchorId="3A4AB655">
          <v:shape id="_x0000_i1216" type="#_x0000_t75" style="width:22.8pt;height:13.8pt" o:ole="">
            <v:imagedata r:id="rId388" o:title=""/>
          </v:shape>
          <o:OLEObject Type="Embed" ProgID="Equation.DSMT4" ShapeID="_x0000_i1216" DrawAspect="Content" ObjectID="_1699918006" r:id="rId389"/>
        </w:objec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song</w:t>
      </w:r>
      <w:r w:rsidR="004D52D6" w:rsidRPr="003D23DA">
        <w:rPr>
          <w:rFonts w:cs="Times New Roman"/>
        </w:rPr>
        <w:t xml:space="preserve"> </w:t>
      </w:r>
      <w:r w:rsidRPr="003D23DA">
        <w:rPr>
          <w:rFonts w:cs="Times New Roman"/>
        </w:rPr>
        <w:t>với</w:t>
      </w:r>
      <w:r w:rsidR="004D52D6" w:rsidRPr="003D23DA">
        <w:rPr>
          <w:rFonts w:cs="Times New Roman"/>
        </w:rPr>
        <w:t xml:space="preserve"> </w:t>
      </w:r>
      <w:r w:rsidRPr="003D23DA">
        <w:rPr>
          <w:rFonts w:cs="Times New Roman"/>
        </w:rPr>
        <w:t>mặt</w:t>
      </w:r>
      <w:r w:rsidR="004D52D6" w:rsidRPr="003D23DA">
        <w:rPr>
          <w:rFonts w:cs="Times New Roman"/>
        </w:rPr>
        <w:t xml:space="preserve"> </w:t>
      </w:r>
      <w:r w:rsidRPr="003D23DA">
        <w:rPr>
          <w:rFonts w:cs="Times New Roman"/>
        </w:rPr>
        <w:t>phẳng</w:t>
      </w:r>
      <w:r w:rsidR="004D52D6" w:rsidRPr="003D23DA">
        <w:rPr>
          <w:rFonts w:cs="Times New Roman"/>
        </w:rPr>
        <w:t xml:space="preserve"> </w:t>
      </w:r>
      <w:r w:rsidR="004D52D6" w:rsidRPr="003D23DA">
        <w:rPr>
          <w:rFonts w:cs="Times New Roman"/>
          <w:position w:val="-10"/>
        </w:rPr>
        <w:object w:dxaOrig="740" w:dyaOrig="320" w14:anchorId="5F419FA9">
          <v:shape id="_x0000_i1217" type="#_x0000_t75" style="width:37.2pt;height:16.2pt" o:ole="">
            <v:imagedata r:id="rId390" o:title=""/>
          </v:shape>
          <o:OLEObject Type="Embed" ProgID="Equation.DSMT4" ShapeID="_x0000_i1217" DrawAspect="Content" ObjectID="_1699918007" r:id="rId391"/>
        </w:object>
      </w:r>
      <w:r w:rsidR="004D52D6" w:rsidRPr="003D23DA">
        <w:rPr>
          <w:rFonts w:cs="Times New Roman"/>
        </w:rPr>
        <w:t>.</w:t>
      </w:r>
    </w:p>
    <w:p w14:paraId="19C379E3" w14:textId="789D7132" w:rsidR="004D52D6" w:rsidRPr="003D23DA" w:rsidRDefault="00D06B0C" w:rsidP="003D23DA">
      <w:pPr>
        <w:ind w:left="992" w:hanging="992"/>
        <w:jc w:val="both"/>
        <w:rPr>
          <w:rFonts w:cs="Times New Roman"/>
        </w:rPr>
      </w:pPr>
      <w:r w:rsidRPr="003D23DA">
        <w:rPr>
          <w:rFonts w:cs="Times New Roman"/>
          <w:b/>
          <w:color w:val="0000FF"/>
        </w:rPr>
        <w:t>Bài</w:t>
      </w:r>
      <w:r w:rsidR="004D52D6" w:rsidRPr="003D23DA">
        <w:rPr>
          <w:rFonts w:cs="Times New Roman"/>
          <w:b/>
          <w:color w:val="0000FF"/>
        </w:rPr>
        <w:t xml:space="preserve"> </w:t>
      </w:r>
      <w:r w:rsidRPr="003D23DA">
        <w:rPr>
          <w:rFonts w:cs="Times New Roman"/>
          <w:b/>
          <w:color w:val="0000FF"/>
        </w:rPr>
        <w:t>3:</w:t>
      </w:r>
      <w:r w:rsidR="003D23DA" w:rsidRPr="003D23DA">
        <w:rPr>
          <w:rFonts w:cs="Times New Roman"/>
          <w:b/>
          <w:color w:val="0000FF"/>
        </w:rPr>
        <w:t xml:space="preserve"> </w:t>
      </w:r>
      <w:r w:rsidRPr="003D23DA">
        <w:rPr>
          <w:rFonts w:cs="Times New Roman"/>
        </w:rPr>
        <w:t>Tìm</w:t>
      </w:r>
      <w:r w:rsidR="004D52D6" w:rsidRPr="003D23DA">
        <w:rPr>
          <w:rFonts w:cs="Times New Roman"/>
        </w:rPr>
        <w:t xml:space="preserve"> </w:t>
      </w:r>
      <w:r w:rsidRPr="003D23DA">
        <w:rPr>
          <w:rFonts w:cs="Times New Roman"/>
        </w:rPr>
        <w:t>hệ</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004D52D6" w:rsidRPr="003D23DA">
        <w:rPr>
          <w:rFonts w:cs="Times New Roman"/>
          <w:position w:val="-6"/>
        </w:rPr>
        <w:object w:dxaOrig="340" w:dyaOrig="320" w14:anchorId="73970CDA">
          <v:shape id="_x0000_i1218" type="#_x0000_t75" style="width:16.8pt;height:16.2pt" o:ole="">
            <v:imagedata r:id="rId392" o:title=""/>
          </v:shape>
          <o:OLEObject Type="Embed" ProgID="Equation.DSMT4" ShapeID="_x0000_i1218" DrawAspect="Content" ObjectID="_1699918008" r:id="rId393"/>
        </w:object>
      </w:r>
      <w:r w:rsidR="004D52D6" w:rsidRPr="003D23DA">
        <w:rPr>
          <w:rFonts w:cs="Times New Roman"/>
        </w:rPr>
        <w:t xml:space="preserve"> </w:t>
      </w:r>
      <w:r w:rsidRPr="003D23DA">
        <w:rPr>
          <w:rFonts w:cs="Times New Roman"/>
        </w:rPr>
        <w:t>trong</w:t>
      </w:r>
      <w:r w:rsidR="004D52D6" w:rsidRPr="003D23DA">
        <w:rPr>
          <w:rFonts w:cs="Times New Roman"/>
        </w:rPr>
        <w:t xml:space="preserve"> </w:t>
      </w:r>
      <w:r w:rsidRPr="003D23DA">
        <w:rPr>
          <w:rFonts w:cs="Times New Roman"/>
        </w:rPr>
        <w:t>khai</w:t>
      </w:r>
      <w:r w:rsidR="004D52D6" w:rsidRPr="003D23DA">
        <w:rPr>
          <w:rFonts w:cs="Times New Roman"/>
        </w:rPr>
        <w:t xml:space="preserve"> </w:t>
      </w:r>
      <w:r w:rsidRPr="003D23DA">
        <w:rPr>
          <w:rFonts w:cs="Times New Roman"/>
        </w:rPr>
        <w:t>triển</w:t>
      </w:r>
      <w:r w:rsidR="004D52D6" w:rsidRPr="003D23DA">
        <w:rPr>
          <w:rFonts w:cs="Times New Roman"/>
        </w:rPr>
        <w:t xml:space="preserve"> </w:t>
      </w:r>
      <w:r w:rsidR="004D52D6" w:rsidRPr="003D23DA">
        <w:rPr>
          <w:rFonts w:cs="Times New Roman"/>
          <w:position w:val="-28"/>
        </w:rPr>
        <w:object w:dxaOrig="1260" w:dyaOrig="740" w14:anchorId="04D50E12">
          <v:shape id="_x0000_i1219" type="#_x0000_t75" style="width:63pt;height:37.2pt" o:ole="">
            <v:imagedata r:id="rId394" o:title=""/>
          </v:shape>
          <o:OLEObject Type="Embed" ProgID="Equation.DSMT4" ShapeID="_x0000_i1219" DrawAspect="Content" ObjectID="_1699918009" r:id="rId395"/>
        </w:object>
      </w:r>
      <w:r w:rsidR="004D52D6" w:rsidRPr="003D23DA">
        <w:rPr>
          <w:rFonts w:cs="Times New Roman"/>
        </w:rPr>
        <w:t>.</w:t>
      </w:r>
    </w:p>
    <w:p w14:paraId="24380E68" w14:textId="77777777" w:rsidR="00DE7E5C" w:rsidRDefault="00D06B0C" w:rsidP="00DE7E5C">
      <w:pPr>
        <w:ind w:left="992" w:hanging="992"/>
        <w:jc w:val="both"/>
        <w:rPr>
          <w:rFonts w:cs="Times New Roman"/>
        </w:rPr>
      </w:pPr>
      <w:r w:rsidRPr="003D23DA">
        <w:rPr>
          <w:rFonts w:cs="Times New Roman"/>
          <w:b/>
          <w:color w:val="0000FF"/>
        </w:rPr>
        <w:t>Bài</w:t>
      </w:r>
      <w:r w:rsidR="004D52D6" w:rsidRPr="003D23DA">
        <w:rPr>
          <w:rFonts w:cs="Times New Roman"/>
          <w:b/>
          <w:color w:val="0000FF"/>
        </w:rPr>
        <w:t xml:space="preserve"> </w:t>
      </w:r>
      <w:r w:rsidRPr="003D23DA">
        <w:rPr>
          <w:rFonts w:cs="Times New Roman"/>
          <w:b/>
          <w:color w:val="0000FF"/>
        </w:rPr>
        <w:t>4:</w:t>
      </w:r>
      <w:r w:rsidR="003D23DA" w:rsidRPr="003D23DA">
        <w:rPr>
          <w:rFonts w:cs="Times New Roman"/>
          <w:b/>
          <w:color w:val="0000FF"/>
        </w:rPr>
        <w:t xml:space="preserve"> </w:t>
      </w:r>
      <w:r w:rsidRPr="003D23DA">
        <w:rPr>
          <w:rFonts w:cs="Times New Roman"/>
        </w:rPr>
        <w:t>Một</w:t>
      </w:r>
      <w:r w:rsidR="004D52D6" w:rsidRPr="003D23DA">
        <w:rPr>
          <w:rFonts w:cs="Times New Roman"/>
        </w:rPr>
        <w:t xml:space="preserve"> </w:t>
      </w:r>
      <w:r w:rsidRPr="003D23DA">
        <w:rPr>
          <w:rFonts w:cs="Times New Roman"/>
        </w:rPr>
        <w:t>công</w:t>
      </w:r>
      <w:r w:rsidR="004D52D6" w:rsidRPr="003D23DA">
        <w:rPr>
          <w:rFonts w:cs="Times New Roman"/>
        </w:rPr>
        <w:t xml:space="preserve"> </w:t>
      </w:r>
      <w:r w:rsidRPr="003D23DA">
        <w:rPr>
          <w:rFonts w:cs="Times New Roman"/>
        </w:rPr>
        <w:t>ty</w:t>
      </w:r>
      <w:r w:rsidR="004D52D6" w:rsidRPr="003D23DA">
        <w:rPr>
          <w:rFonts w:cs="Times New Roman"/>
        </w:rPr>
        <w:t xml:space="preserve"> </w:t>
      </w:r>
      <w:r w:rsidRPr="003D23DA">
        <w:rPr>
          <w:rFonts w:cs="Times New Roman"/>
        </w:rPr>
        <w:t>trách</w:t>
      </w:r>
      <w:r w:rsidR="004D52D6" w:rsidRPr="003D23DA">
        <w:rPr>
          <w:rFonts w:cs="Times New Roman"/>
        </w:rPr>
        <w:t xml:space="preserve"> </w:t>
      </w:r>
      <w:r w:rsidRPr="003D23DA">
        <w:rPr>
          <w:rFonts w:cs="Times New Roman"/>
        </w:rPr>
        <w:t>nhiệm</w:t>
      </w:r>
      <w:r w:rsidR="004D52D6" w:rsidRPr="003D23DA">
        <w:rPr>
          <w:rFonts w:cs="Times New Roman"/>
        </w:rPr>
        <w:t xml:space="preserve"> </w:t>
      </w:r>
      <w:r w:rsidRPr="003D23DA">
        <w:rPr>
          <w:rFonts w:cs="Times New Roman"/>
        </w:rPr>
        <w:t>hữu</w:t>
      </w:r>
      <w:r w:rsidR="004D52D6" w:rsidRPr="003D23DA">
        <w:rPr>
          <w:rFonts w:cs="Times New Roman"/>
        </w:rPr>
        <w:t xml:space="preserve"> </w:t>
      </w:r>
      <w:r w:rsidRPr="003D23DA">
        <w:rPr>
          <w:rFonts w:cs="Times New Roman"/>
        </w:rPr>
        <w:t>hạn</w:t>
      </w:r>
      <w:r w:rsidR="004D52D6" w:rsidRPr="003D23DA">
        <w:rPr>
          <w:rFonts w:cs="Times New Roman"/>
        </w:rPr>
        <w:t xml:space="preserve"> </w:t>
      </w:r>
      <w:r w:rsidRPr="003D23DA">
        <w:rPr>
          <w:rFonts w:cs="Times New Roman"/>
        </w:rPr>
        <w:t>thực</w:t>
      </w:r>
      <w:r w:rsidR="004D52D6" w:rsidRPr="003D23DA">
        <w:rPr>
          <w:rFonts w:cs="Times New Roman"/>
        </w:rPr>
        <w:t xml:space="preserve"> </w:t>
      </w:r>
      <w:r w:rsidRPr="003D23DA">
        <w:rPr>
          <w:rFonts w:cs="Times New Roman"/>
        </w:rPr>
        <w:t>hiện</w:t>
      </w:r>
      <w:r w:rsidR="004D52D6" w:rsidRPr="003D23DA">
        <w:rPr>
          <w:rFonts w:cs="Times New Roman"/>
        </w:rPr>
        <w:t xml:space="preserve"> </w:t>
      </w:r>
      <w:r w:rsidRPr="003D23DA">
        <w:rPr>
          <w:rFonts w:cs="Times New Roman"/>
        </w:rPr>
        <w:t>việc</w:t>
      </w:r>
      <w:r w:rsidR="004D52D6" w:rsidRPr="003D23DA">
        <w:rPr>
          <w:rFonts w:cs="Times New Roman"/>
        </w:rPr>
        <w:t xml:space="preserve"> </w:t>
      </w:r>
      <w:r w:rsidRPr="003D23DA">
        <w:rPr>
          <w:rFonts w:cs="Times New Roman"/>
        </w:rPr>
        <w:t>trả</w:t>
      </w:r>
      <w:r w:rsidR="004D52D6" w:rsidRPr="003D23DA">
        <w:rPr>
          <w:rFonts w:cs="Times New Roman"/>
        </w:rPr>
        <w:t xml:space="preserve"> </w:t>
      </w:r>
      <w:r w:rsidRPr="003D23DA">
        <w:rPr>
          <w:rFonts w:cs="Times New Roman"/>
        </w:rPr>
        <w:t>lương</w:t>
      </w:r>
      <w:r w:rsidR="004D52D6" w:rsidRPr="003D23DA">
        <w:rPr>
          <w:rFonts w:cs="Times New Roman"/>
        </w:rPr>
        <w:t xml:space="preserve"> </w:t>
      </w:r>
      <w:r w:rsidRPr="003D23DA">
        <w:rPr>
          <w:rFonts w:cs="Times New Roman"/>
        </w:rPr>
        <w:t>cho</w:t>
      </w:r>
      <w:r w:rsidR="004D52D6" w:rsidRPr="003D23DA">
        <w:rPr>
          <w:rFonts w:cs="Times New Roman"/>
        </w:rPr>
        <w:t xml:space="preserve"> </w:t>
      </w:r>
      <w:r w:rsidRPr="003D23DA">
        <w:rPr>
          <w:rFonts w:cs="Times New Roman"/>
        </w:rPr>
        <w:t>các</w:t>
      </w:r>
      <w:r w:rsidR="004D52D6" w:rsidRPr="003D23DA">
        <w:rPr>
          <w:rFonts w:cs="Times New Roman"/>
        </w:rPr>
        <w:t xml:space="preserve"> </w:t>
      </w:r>
      <w:r w:rsidRPr="003D23DA">
        <w:rPr>
          <w:rFonts w:cs="Times New Roman"/>
        </w:rPr>
        <w:t>kỹ</w:t>
      </w:r>
      <w:r w:rsidR="004D52D6" w:rsidRPr="003D23DA">
        <w:rPr>
          <w:rFonts w:cs="Times New Roman"/>
        </w:rPr>
        <w:t xml:space="preserve"> </w:t>
      </w:r>
      <w:r w:rsidRPr="003D23DA">
        <w:rPr>
          <w:rFonts w:cs="Times New Roman"/>
        </w:rPr>
        <w:t>sư</w:t>
      </w:r>
      <w:r w:rsidR="004D52D6" w:rsidRPr="003D23DA">
        <w:rPr>
          <w:rFonts w:cs="Times New Roman"/>
        </w:rPr>
        <w:t xml:space="preserve"> </w:t>
      </w:r>
      <w:r w:rsidRPr="003D23DA">
        <w:rPr>
          <w:rFonts w:cs="Times New Roman"/>
        </w:rPr>
        <w:t>theo</w:t>
      </w:r>
      <w:r w:rsidR="004D52D6" w:rsidRPr="003D23DA">
        <w:rPr>
          <w:rFonts w:cs="Times New Roman"/>
        </w:rPr>
        <w:t xml:space="preserve"> </w:t>
      </w:r>
      <w:r w:rsidRPr="003D23DA">
        <w:rPr>
          <w:rFonts w:cs="Times New Roman"/>
        </w:rPr>
        <w:t>phương</w:t>
      </w:r>
      <w:r w:rsidR="004D52D6" w:rsidRPr="003D23DA">
        <w:rPr>
          <w:rFonts w:cs="Times New Roman"/>
        </w:rPr>
        <w:t xml:space="preserve"> </w:t>
      </w:r>
      <w:r w:rsidRPr="003D23DA">
        <w:rPr>
          <w:rFonts w:cs="Times New Roman"/>
        </w:rPr>
        <w:t>thức</w:t>
      </w:r>
      <w:r w:rsidR="004D52D6" w:rsidRPr="003D23DA">
        <w:rPr>
          <w:rFonts w:cs="Times New Roman"/>
        </w:rPr>
        <w:t xml:space="preserve"> </w:t>
      </w:r>
      <w:r w:rsidRPr="003D23DA">
        <w:rPr>
          <w:rFonts w:cs="Times New Roman"/>
        </w:rPr>
        <w:t>sau:</w:t>
      </w:r>
      <w:r w:rsidR="004D52D6" w:rsidRPr="003D23DA">
        <w:rPr>
          <w:rFonts w:cs="Times New Roman"/>
        </w:rPr>
        <w:t xml:space="preserve"> </w:t>
      </w:r>
      <w:r w:rsidRPr="003D23DA">
        <w:rPr>
          <w:rFonts w:cs="Times New Roman"/>
        </w:rPr>
        <w:t>Mức</w:t>
      </w:r>
      <w:r w:rsidR="004D52D6" w:rsidRPr="003D23DA">
        <w:rPr>
          <w:rFonts w:cs="Times New Roman"/>
        </w:rPr>
        <w:t xml:space="preserve"> </w:t>
      </w:r>
      <w:r w:rsidRPr="003D23DA">
        <w:rPr>
          <w:rFonts w:cs="Times New Roman"/>
        </w:rPr>
        <w:t>lương</w:t>
      </w:r>
      <w:r w:rsidR="004D52D6" w:rsidRPr="003D23DA">
        <w:rPr>
          <w:rFonts w:cs="Times New Roman"/>
        </w:rPr>
        <w:t xml:space="preserve"> </w:t>
      </w:r>
      <w:r w:rsidRPr="003D23DA">
        <w:rPr>
          <w:rFonts w:cs="Times New Roman"/>
        </w:rPr>
        <w:t>của</w:t>
      </w:r>
      <w:r w:rsidR="004D52D6" w:rsidRPr="003D23DA">
        <w:rPr>
          <w:rFonts w:cs="Times New Roman"/>
        </w:rPr>
        <w:t xml:space="preserve"> </w:t>
      </w:r>
      <w:r w:rsidRPr="003D23DA">
        <w:rPr>
          <w:rFonts w:cs="Times New Roman"/>
        </w:rPr>
        <w:t>quý</w:t>
      </w:r>
      <w:r w:rsidR="004D52D6" w:rsidRPr="003D23DA">
        <w:rPr>
          <w:rFonts w:cs="Times New Roman"/>
        </w:rPr>
        <w:t xml:space="preserve"> </w:t>
      </w:r>
      <w:r w:rsidRPr="003D23DA">
        <w:rPr>
          <w:rFonts w:cs="Times New Roman"/>
        </w:rPr>
        <w:t>làm</w:t>
      </w:r>
      <w:r w:rsidR="004D52D6" w:rsidRPr="003D23DA">
        <w:rPr>
          <w:rFonts w:cs="Times New Roman"/>
        </w:rPr>
        <w:t xml:space="preserve"> </w:t>
      </w:r>
      <w:r w:rsidRPr="003D23DA">
        <w:rPr>
          <w:rFonts w:cs="Times New Roman"/>
        </w:rPr>
        <w:t>việc</w:t>
      </w:r>
      <w:r w:rsidR="004D52D6" w:rsidRPr="003D23DA">
        <w:rPr>
          <w:rFonts w:cs="Times New Roman"/>
        </w:rPr>
        <w:t xml:space="preserve"> </w:t>
      </w:r>
      <w:r w:rsidRPr="003D23DA">
        <w:rPr>
          <w:rFonts w:cs="Times New Roman"/>
        </w:rPr>
        <w:t>đầu</w:t>
      </w:r>
      <w:r w:rsidR="004D52D6" w:rsidRPr="003D23DA">
        <w:rPr>
          <w:rFonts w:cs="Times New Roman"/>
        </w:rPr>
        <w:t xml:space="preserve"> </w:t>
      </w:r>
      <w:r w:rsidRPr="003D23DA">
        <w:rPr>
          <w:rFonts w:cs="Times New Roman"/>
        </w:rPr>
        <w:t>tiên</w:t>
      </w:r>
      <w:r w:rsidR="004D52D6" w:rsidRPr="003D23DA">
        <w:rPr>
          <w:rFonts w:cs="Times New Roman"/>
        </w:rPr>
        <w:t xml:space="preserve"> </w:t>
      </w:r>
      <w:r w:rsidRPr="003D23DA">
        <w:rPr>
          <w:rFonts w:cs="Times New Roman"/>
        </w:rPr>
        <w:t>cho</w:t>
      </w:r>
      <w:r w:rsidR="004D52D6" w:rsidRPr="003D23DA">
        <w:rPr>
          <w:rFonts w:cs="Times New Roman"/>
        </w:rPr>
        <w:t xml:space="preserve"> </w:t>
      </w:r>
      <w:r w:rsidRPr="003D23DA">
        <w:rPr>
          <w:rFonts w:cs="Times New Roman"/>
        </w:rPr>
        <w:t>công</w:t>
      </w:r>
      <w:r w:rsidR="004D52D6" w:rsidRPr="003D23DA">
        <w:rPr>
          <w:rFonts w:cs="Times New Roman"/>
        </w:rPr>
        <w:t xml:space="preserve"> </w:t>
      </w:r>
      <w:r w:rsidRPr="003D23DA">
        <w:rPr>
          <w:rFonts w:cs="Times New Roman"/>
        </w:rPr>
        <w:t>ty</w:t>
      </w:r>
      <w:r w:rsidR="004D52D6" w:rsidRPr="003D23DA">
        <w:rPr>
          <w:rFonts w:cs="Times New Roman"/>
        </w:rPr>
        <w:t xml:space="preserve"> </w:t>
      </w:r>
      <w:r w:rsidRPr="003D23DA">
        <w:rPr>
          <w:rFonts w:cs="Times New Roman"/>
        </w:rPr>
        <w:t>là</w:t>
      </w:r>
      <w:r w:rsidR="004D52D6" w:rsidRPr="003D23DA">
        <w:rPr>
          <w:rFonts w:cs="Times New Roman"/>
        </w:rPr>
        <w:t xml:space="preserve"> </w:t>
      </w:r>
      <w:r w:rsidRPr="003D23DA">
        <w:rPr>
          <w:rFonts w:cs="Times New Roman"/>
        </w:rPr>
        <w:t>13,5</w:t>
      </w:r>
      <w:r w:rsidR="004D52D6" w:rsidRPr="003D23DA">
        <w:rPr>
          <w:rFonts w:cs="Times New Roman"/>
        </w:rPr>
        <w:t xml:space="preserve"> </w:t>
      </w:r>
      <w:r w:rsidRPr="003D23DA">
        <w:rPr>
          <w:rFonts w:cs="Times New Roman"/>
        </w:rPr>
        <w:t>triệu</w:t>
      </w:r>
      <w:r w:rsidR="004D52D6" w:rsidRPr="003D23DA">
        <w:rPr>
          <w:rFonts w:cs="Times New Roman"/>
        </w:rPr>
        <w:t xml:space="preserve"> </w:t>
      </w:r>
      <w:r w:rsidRPr="003D23DA">
        <w:rPr>
          <w:rFonts w:cs="Times New Roman"/>
        </w:rPr>
        <w:t>đồng/quý,</w:t>
      </w:r>
      <w:r w:rsidR="004D52D6" w:rsidRPr="003D23DA">
        <w:rPr>
          <w:rFonts w:cs="Times New Roman"/>
        </w:rPr>
        <w:t xml:space="preserve"> </w:t>
      </w:r>
      <w:r w:rsidRPr="003D23DA">
        <w:rPr>
          <w:rFonts w:cs="Times New Roman"/>
        </w:rPr>
        <w:t>và</w:t>
      </w:r>
      <w:r w:rsidR="004D52D6" w:rsidRPr="003D23DA">
        <w:rPr>
          <w:rFonts w:cs="Times New Roman"/>
        </w:rPr>
        <w:t xml:space="preserve"> </w:t>
      </w:r>
      <w:r w:rsidRPr="003D23DA">
        <w:rPr>
          <w:rFonts w:cs="Times New Roman"/>
        </w:rPr>
        <w:t>kể</w:t>
      </w:r>
      <w:r w:rsidR="004D52D6" w:rsidRPr="003D23DA">
        <w:rPr>
          <w:rFonts w:cs="Times New Roman"/>
        </w:rPr>
        <w:t xml:space="preserve"> </w:t>
      </w:r>
      <w:r w:rsidRPr="003D23DA">
        <w:rPr>
          <w:rFonts w:cs="Times New Roman"/>
        </w:rPr>
        <w:t>từ</w:t>
      </w:r>
      <w:r w:rsidR="004D52D6" w:rsidRPr="003D23DA">
        <w:rPr>
          <w:rFonts w:cs="Times New Roman"/>
        </w:rPr>
        <w:t xml:space="preserve"> </w:t>
      </w:r>
      <w:r w:rsidRPr="003D23DA">
        <w:rPr>
          <w:rFonts w:cs="Times New Roman"/>
        </w:rPr>
        <w:t>quý</w:t>
      </w:r>
      <w:r w:rsidR="004D52D6" w:rsidRPr="003D23DA">
        <w:rPr>
          <w:rFonts w:cs="Times New Roman"/>
        </w:rPr>
        <w:t xml:space="preserve"> </w:t>
      </w:r>
      <w:r w:rsidRPr="003D23DA">
        <w:rPr>
          <w:rFonts w:cs="Times New Roman"/>
        </w:rPr>
        <w:t>làm</w:t>
      </w:r>
      <w:r w:rsidR="004D52D6" w:rsidRPr="003D23DA">
        <w:rPr>
          <w:rFonts w:cs="Times New Roman"/>
        </w:rPr>
        <w:t xml:space="preserve"> </w:t>
      </w:r>
      <w:r w:rsidRPr="003D23DA">
        <w:rPr>
          <w:rFonts w:cs="Times New Roman"/>
        </w:rPr>
        <w:t>việc</w:t>
      </w:r>
      <w:r w:rsidR="004D52D6" w:rsidRPr="003D23DA">
        <w:rPr>
          <w:rFonts w:cs="Times New Roman"/>
        </w:rPr>
        <w:t xml:space="preserve"> </w:t>
      </w:r>
      <w:r w:rsidRPr="003D23DA">
        <w:rPr>
          <w:rFonts w:cs="Times New Roman"/>
        </w:rPr>
        <w:t>thứ</w:t>
      </w:r>
      <w:r w:rsidR="004D52D6" w:rsidRPr="003D23DA">
        <w:rPr>
          <w:rFonts w:cs="Times New Roman"/>
        </w:rPr>
        <w:t xml:space="preserve"> </w:t>
      </w:r>
      <w:r w:rsidRPr="003D23DA">
        <w:rPr>
          <w:rFonts w:cs="Times New Roman"/>
        </w:rPr>
        <w:t>hai,</w:t>
      </w:r>
      <w:r w:rsidR="004D52D6" w:rsidRPr="003D23DA">
        <w:rPr>
          <w:rFonts w:cs="Times New Roman"/>
        </w:rPr>
        <w:t xml:space="preserve"> </w:t>
      </w:r>
      <w:r w:rsidRPr="003D23DA">
        <w:rPr>
          <w:rFonts w:cs="Times New Roman"/>
        </w:rPr>
        <w:t>mức</w:t>
      </w:r>
      <w:r w:rsidR="004D52D6" w:rsidRPr="003D23DA">
        <w:rPr>
          <w:rFonts w:cs="Times New Roman"/>
        </w:rPr>
        <w:t xml:space="preserve"> </w:t>
      </w:r>
      <w:r w:rsidRPr="003D23DA">
        <w:rPr>
          <w:rFonts w:cs="Times New Roman"/>
        </w:rPr>
        <w:t>lương</w:t>
      </w:r>
      <w:r w:rsidR="004D52D6" w:rsidRPr="003D23DA">
        <w:rPr>
          <w:rFonts w:cs="Times New Roman"/>
        </w:rPr>
        <w:t xml:space="preserve"> </w:t>
      </w:r>
      <w:r w:rsidRPr="003D23DA">
        <w:rPr>
          <w:rFonts w:cs="Times New Roman"/>
        </w:rPr>
        <w:t>sẽ</w:t>
      </w:r>
      <w:r w:rsidR="004D52D6" w:rsidRPr="003D23DA">
        <w:rPr>
          <w:rFonts w:cs="Times New Roman"/>
        </w:rPr>
        <w:t xml:space="preserve"> </w:t>
      </w:r>
      <w:r w:rsidRPr="003D23DA">
        <w:rPr>
          <w:rFonts w:cs="Times New Roman"/>
        </w:rPr>
        <w:t>được</w:t>
      </w:r>
      <w:r w:rsidR="004D52D6" w:rsidRPr="003D23DA">
        <w:rPr>
          <w:rFonts w:cs="Times New Roman"/>
        </w:rPr>
        <w:t xml:space="preserve"> </w:t>
      </w:r>
      <w:r w:rsidRPr="003D23DA">
        <w:rPr>
          <w:rFonts w:cs="Times New Roman"/>
        </w:rPr>
        <w:t>tăng</w:t>
      </w:r>
      <w:r w:rsidR="004D52D6" w:rsidRPr="003D23DA">
        <w:rPr>
          <w:rFonts w:cs="Times New Roman"/>
        </w:rPr>
        <w:t xml:space="preserve"> </w:t>
      </w:r>
      <w:r w:rsidRPr="003D23DA">
        <w:rPr>
          <w:rFonts w:cs="Times New Roman"/>
        </w:rPr>
        <w:t>thêm</w:t>
      </w:r>
      <w:r w:rsidR="004D52D6" w:rsidRPr="003D23DA">
        <w:rPr>
          <w:rFonts w:cs="Times New Roman"/>
        </w:rPr>
        <w:t xml:space="preserve"> </w:t>
      </w:r>
      <w:r w:rsidR="004D52D6" w:rsidRPr="003D23DA">
        <w:rPr>
          <w:rFonts w:cs="Times New Roman"/>
          <w:position w:val="-6"/>
        </w:rPr>
        <w:object w:dxaOrig="840" w:dyaOrig="279" w14:anchorId="7C897A37">
          <v:shape id="_x0000_i1220" type="#_x0000_t75" style="width:42pt;height:13.8pt" o:ole="">
            <v:imagedata r:id="rId396" o:title=""/>
          </v:shape>
          <o:OLEObject Type="Embed" ProgID="Equation.DSMT4" ShapeID="_x0000_i1220" DrawAspect="Content" ObjectID="_1699918010" r:id="rId397"/>
        </w:object>
      </w:r>
      <w:r w:rsidR="004D52D6" w:rsidRPr="003D23DA">
        <w:rPr>
          <w:rFonts w:cs="Times New Roman"/>
        </w:rPr>
        <w:t xml:space="preserve"> </w:t>
      </w:r>
      <w:r w:rsidRPr="003D23DA">
        <w:rPr>
          <w:rFonts w:cs="Times New Roman"/>
        </w:rPr>
        <w:t>đồng</w:t>
      </w:r>
      <w:r w:rsidR="004D52D6" w:rsidRPr="003D23DA">
        <w:rPr>
          <w:rFonts w:cs="Times New Roman"/>
        </w:rPr>
        <w:t xml:space="preserve"> </w:t>
      </w:r>
      <w:r w:rsidRPr="003D23DA">
        <w:rPr>
          <w:rFonts w:cs="Times New Roman"/>
        </w:rPr>
        <w:t>mỗi</w:t>
      </w:r>
      <w:r w:rsidR="004D52D6" w:rsidRPr="003D23DA">
        <w:rPr>
          <w:rFonts w:cs="Times New Roman"/>
        </w:rPr>
        <w:t xml:space="preserve"> </w:t>
      </w:r>
      <w:r w:rsidRPr="003D23DA">
        <w:rPr>
          <w:rFonts w:cs="Times New Roman"/>
        </w:rPr>
        <w:t>quý</w:t>
      </w:r>
      <w:r w:rsidR="004D52D6" w:rsidRPr="003D23DA">
        <w:rPr>
          <w:rFonts w:cs="Times New Roman"/>
        </w:rPr>
        <w:t xml:space="preserve">. </w:t>
      </w:r>
      <w:r w:rsidRPr="003D23DA">
        <w:rPr>
          <w:rFonts w:cs="Times New Roman"/>
        </w:rPr>
        <w:t>Tính</w:t>
      </w:r>
      <w:r w:rsidR="004D52D6" w:rsidRPr="003D23DA">
        <w:rPr>
          <w:rFonts w:cs="Times New Roman"/>
        </w:rPr>
        <w:t xml:space="preserve"> </w:t>
      </w:r>
      <w:r w:rsidRPr="003D23DA">
        <w:rPr>
          <w:rFonts w:cs="Times New Roman"/>
        </w:rPr>
        <w:t>tồng</w:t>
      </w:r>
      <w:r w:rsidR="004D52D6" w:rsidRPr="003D23DA">
        <w:rPr>
          <w:rFonts w:cs="Times New Roman"/>
        </w:rPr>
        <w:t xml:space="preserve"> </w:t>
      </w:r>
      <w:r w:rsidRPr="003D23DA">
        <w:rPr>
          <w:rFonts w:cs="Times New Roman"/>
        </w:rPr>
        <w:t>số</w:t>
      </w:r>
      <w:r w:rsidR="004D52D6" w:rsidRPr="003D23DA">
        <w:rPr>
          <w:rFonts w:cs="Times New Roman"/>
        </w:rPr>
        <w:t xml:space="preserve"> </w:t>
      </w:r>
      <w:r w:rsidRPr="003D23DA">
        <w:rPr>
          <w:rFonts w:cs="Times New Roman"/>
        </w:rPr>
        <w:t>tiền</w:t>
      </w:r>
      <w:r w:rsidR="004D52D6" w:rsidRPr="003D23DA">
        <w:rPr>
          <w:rFonts w:cs="Times New Roman"/>
        </w:rPr>
        <w:t xml:space="preserve"> </w:t>
      </w:r>
      <w:r w:rsidRPr="003D23DA">
        <w:rPr>
          <w:rFonts w:cs="Times New Roman"/>
        </w:rPr>
        <w:t>lương</w:t>
      </w:r>
      <w:r w:rsidR="004D52D6" w:rsidRPr="003D23DA">
        <w:rPr>
          <w:rFonts w:cs="Times New Roman"/>
        </w:rPr>
        <w:t xml:space="preserve"> </w:t>
      </w:r>
      <w:r w:rsidRPr="003D23DA">
        <w:rPr>
          <w:rFonts w:cs="Times New Roman"/>
        </w:rPr>
        <w:t>một</w:t>
      </w:r>
      <w:r w:rsidR="004D52D6" w:rsidRPr="003D23DA">
        <w:rPr>
          <w:rFonts w:cs="Times New Roman"/>
        </w:rPr>
        <w:t xml:space="preserve"> </w:t>
      </w:r>
      <w:r w:rsidRPr="003D23DA">
        <w:rPr>
          <w:rFonts w:cs="Times New Roman"/>
        </w:rPr>
        <w:t>kỹ</w:t>
      </w:r>
      <w:r w:rsidR="004D52D6" w:rsidRPr="003D23DA">
        <w:rPr>
          <w:rFonts w:cs="Times New Roman"/>
        </w:rPr>
        <w:t xml:space="preserve"> </w:t>
      </w:r>
      <w:r w:rsidRPr="003D23DA">
        <w:rPr>
          <w:rFonts w:cs="Times New Roman"/>
        </w:rPr>
        <w:t>sư</w:t>
      </w:r>
      <w:r w:rsidR="004D52D6" w:rsidRPr="003D23DA">
        <w:rPr>
          <w:rFonts w:cs="Times New Roman"/>
        </w:rPr>
        <w:t xml:space="preserve"> </w:t>
      </w:r>
      <w:r w:rsidRPr="003D23DA">
        <w:rPr>
          <w:rFonts w:cs="Times New Roman"/>
        </w:rPr>
        <w:t>nhận</w:t>
      </w:r>
      <w:r w:rsidR="004D52D6" w:rsidRPr="003D23DA">
        <w:rPr>
          <w:rFonts w:cs="Times New Roman"/>
        </w:rPr>
        <w:t xml:space="preserve"> </w:t>
      </w:r>
      <w:r w:rsidRPr="003D23DA">
        <w:rPr>
          <w:rFonts w:cs="Times New Roman"/>
        </w:rPr>
        <w:t>được</w:t>
      </w:r>
      <w:r w:rsidR="004D52D6" w:rsidRPr="003D23DA">
        <w:rPr>
          <w:rFonts w:cs="Times New Roman"/>
        </w:rPr>
        <w:t xml:space="preserve"> </w:t>
      </w:r>
      <w:r w:rsidRPr="003D23DA">
        <w:rPr>
          <w:rFonts w:cs="Times New Roman"/>
        </w:rPr>
        <w:t>sau</w:t>
      </w:r>
      <w:r w:rsidR="004D52D6" w:rsidRPr="003D23DA">
        <w:rPr>
          <w:rFonts w:cs="Times New Roman"/>
        </w:rPr>
        <w:t xml:space="preserve"> </w:t>
      </w:r>
      <w:r w:rsidRPr="003D23DA">
        <w:rPr>
          <w:rFonts w:cs="Times New Roman"/>
        </w:rPr>
        <w:t>ba</w:t>
      </w:r>
      <w:r w:rsidR="004D52D6" w:rsidRPr="003D23DA">
        <w:rPr>
          <w:rFonts w:cs="Times New Roman"/>
        </w:rPr>
        <w:t xml:space="preserve"> </w:t>
      </w:r>
      <w:r w:rsidRPr="003D23DA">
        <w:rPr>
          <w:rFonts w:cs="Times New Roman"/>
        </w:rPr>
        <w:t>năm</w:t>
      </w:r>
      <w:r w:rsidR="004D52D6" w:rsidRPr="003D23DA">
        <w:rPr>
          <w:rFonts w:cs="Times New Roman"/>
        </w:rPr>
        <w:t xml:space="preserve"> </w:t>
      </w:r>
      <w:r w:rsidRPr="003D23DA">
        <w:rPr>
          <w:rFonts w:cs="Times New Roman"/>
        </w:rPr>
        <w:t>làm</w:t>
      </w:r>
      <w:r w:rsidR="004D52D6" w:rsidRPr="003D23DA">
        <w:rPr>
          <w:rFonts w:cs="Times New Roman"/>
        </w:rPr>
        <w:t xml:space="preserve"> </w:t>
      </w:r>
      <w:r w:rsidRPr="003D23DA">
        <w:rPr>
          <w:rFonts w:cs="Times New Roman"/>
        </w:rPr>
        <w:t>việc</w:t>
      </w:r>
      <w:r w:rsidR="004D52D6" w:rsidRPr="003D23DA">
        <w:rPr>
          <w:rFonts w:cs="Times New Roman"/>
        </w:rPr>
        <w:t xml:space="preserve"> </w:t>
      </w:r>
      <w:r w:rsidRPr="003D23DA">
        <w:rPr>
          <w:rFonts w:cs="Times New Roman"/>
        </w:rPr>
        <w:t>cho</w:t>
      </w:r>
      <w:r w:rsidR="004D52D6" w:rsidRPr="003D23DA">
        <w:rPr>
          <w:rFonts w:cs="Times New Roman"/>
        </w:rPr>
        <w:t xml:space="preserve"> </w:t>
      </w:r>
      <w:r w:rsidRPr="003D23DA">
        <w:rPr>
          <w:rFonts w:cs="Times New Roman"/>
        </w:rPr>
        <w:t>công</w:t>
      </w:r>
      <w:r w:rsidR="004D52D6" w:rsidRPr="003D23DA">
        <w:rPr>
          <w:rFonts w:cs="Times New Roman"/>
        </w:rPr>
        <w:t xml:space="preserve"> </w:t>
      </w:r>
      <w:r w:rsidRPr="003D23DA">
        <w:rPr>
          <w:rFonts w:cs="Times New Roman"/>
        </w:rPr>
        <w:t>ty</w:t>
      </w:r>
      <w:r w:rsidR="004D52D6" w:rsidRPr="003D23DA">
        <w:rPr>
          <w:rFonts w:cs="Times New Roman"/>
        </w:rPr>
        <w:t>.</w:t>
      </w:r>
    </w:p>
    <w:p w14:paraId="475C0388" w14:textId="12AA241C" w:rsidR="00D06B0C" w:rsidRPr="00DE7E5C" w:rsidRDefault="00D06B0C" w:rsidP="00DE7E5C">
      <w:pPr>
        <w:ind w:left="992" w:hanging="992"/>
        <w:jc w:val="center"/>
        <w:rPr>
          <w:rFonts w:cs="Times New Roman"/>
        </w:rPr>
      </w:pPr>
      <w:r>
        <w:rPr>
          <w:rFonts w:cs="Times New Roman"/>
          <w:b/>
          <w:color w:val="010196"/>
        </w:rPr>
        <w:lastRenderedPageBreak/>
        <w:t>BẢNG ĐÁP ÁN</w:t>
      </w:r>
    </w:p>
    <w:tbl>
      <w:tblPr>
        <w:tblStyle w:val="TableGrid"/>
        <w:tblW w:w="0" w:type="auto"/>
        <w:tblInd w:w="992" w:type="dxa"/>
        <w:tblLook w:val="04A0" w:firstRow="1" w:lastRow="0" w:firstColumn="1" w:lastColumn="0" w:noHBand="0" w:noVBand="1"/>
      </w:tblPr>
      <w:tblGrid>
        <w:gridCol w:w="523"/>
        <w:gridCol w:w="523"/>
        <w:gridCol w:w="524"/>
        <w:gridCol w:w="524"/>
        <w:gridCol w:w="524"/>
        <w:gridCol w:w="524"/>
        <w:gridCol w:w="524"/>
        <w:gridCol w:w="524"/>
        <w:gridCol w:w="524"/>
        <w:gridCol w:w="524"/>
        <w:gridCol w:w="524"/>
        <w:gridCol w:w="524"/>
        <w:gridCol w:w="524"/>
        <w:gridCol w:w="524"/>
        <w:gridCol w:w="524"/>
        <w:gridCol w:w="524"/>
        <w:gridCol w:w="524"/>
        <w:gridCol w:w="524"/>
      </w:tblGrid>
      <w:tr w:rsidR="00D06B0C" w:rsidRPr="00D06B0C" w14:paraId="0FAAAF0A" w14:textId="77777777" w:rsidTr="00D06B0C">
        <w:tc>
          <w:tcPr>
            <w:tcW w:w="579" w:type="dxa"/>
            <w:shd w:val="clear" w:color="auto" w:fill="FFFF32"/>
          </w:tcPr>
          <w:p w14:paraId="712818B5" w14:textId="09088137" w:rsidR="00D06B0C" w:rsidRPr="00D06B0C" w:rsidRDefault="00D06B0C" w:rsidP="00D06B0C">
            <w:pPr>
              <w:ind w:left="-57" w:right="-57"/>
              <w:jc w:val="center"/>
              <w:rPr>
                <w:rFonts w:cs="Times New Roman"/>
                <w:b/>
                <w:color w:val="008000"/>
              </w:rPr>
            </w:pPr>
            <w:r>
              <w:rPr>
                <w:rFonts w:cs="Times New Roman"/>
                <w:b/>
                <w:color w:val="008000"/>
              </w:rPr>
              <w:t>1</w:t>
            </w:r>
          </w:p>
        </w:tc>
        <w:tc>
          <w:tcPr>
            <w:tcW w:w="579" w:type="dxa"/>
            <w:shd w:val="clear" w:color="auto" w:fill="FFFF32"/>
          </w:tcPr>
          <w:p w14:paraId="2A48D064" w14:textId="2651C850" w:rsidR="00D06B0C" w:rsidRPr="00D06B0C" w:rsidRDefault="00D06B0C" w:rsidP="00D06B0C">
            <w:pPr>
              <w:ind w:left="-57" w:right="-57"/>
              <w:jc w:val="center"/>
              <w:rPr>
                <w:rFonts w:cs="Times New Roman"/>
                <w:b/>
                <w:color w:val="008000"/>
              </w:rPr>
            </w:pPr>
            <w:r>
              <w:rPr>
                <w:rFonts w:cs="Times New Roman"/>
                <w:b/>
                <w:color w:val="008000"/>
              </w:rPr>
              <w:t>2</w:t>
            </w:r>
          </w:p>
        </w:tc>
        <w:tc>
          <w:tcPr>
            <w:tcW w:w="579" w:type="dxa"/>
            <w:shd w:val="clear" w:color="auto" w:fill="FFFF32"/>
          </w:tcPr>
          <w:p w14:paraId="466F50E3" w14:textId="2A7E7AC8" w:rsidR="00D06B0C" w:rsidRPr="00D06B0C" w:rsidRDefault="00D06B0C" w:rsidP="00D06B0C">
            <w:pPr>
              <w:ind w:left="-57" w:right="-57"/>
              <w:jc w:val="center"/>
              <w:rPr>
                <w:rFonts w:cs="Times New Roman"/>
                <w:b/>
                <w:color w:val="008000"/>
              </w:rPr>
            </w:pPr>
            <w:r>
              <w:rPr>
                <w:rFonts w:cs="Times New Roman"/>
                <w:b/>
                <w:color w:val="008000"/>
              </w:rPr>
              <w:t>3</w:t>
            </w:r>
          </w:p>
        </w:tc>
        <w:tc>
          <w:tcPr>
            <w:tcW w:w="579" w:type="dxa"/>
            <w:shd w:val="clear" w:color="auto" w:fill="FFFF32"/>
          </w:tcPr>
          <w:p w14:paraId="377EF606" w14:textId="51391CB4" w:rsidR="00D06B0C" w:rsidRPr="00D06B0C" w:rsidRDefault="00D06B0C" w:rsidP="00D06B0C">
            <w:pPr>
              <w:ind w:left="-57" w:right="-57"/>
              <w:jc w:val="center"/>
              <w:rPr>
                <w:rFonts w:cs="Times New Roman"/>
                <w:b/>
                <w:color w:val="008000"/>
              </w:rPr>
            </w:pPr>
            <w:r>
              <w:rPr>
                <w:rFonts w:cs="Times New Roman"/>
                <w:b/>
                <w:color w:val="008000"/>
              </w:rPr>
              <w:t>4</w:t>
            </w:r>
          </w:p>
        </w:tc>
        <w:tc>
          <w:tcPr>
            <w:tcW w:w="579" w:type="dxa"/>
            <w:shd w:val="clear" w:color="auto" w:fill="FFFF32"/>
          </w:tcPr>
          <w:p w14:paraId="1CB10AB1" w14:textId="170EFB43" w:rsidR="00D06B0C" w:rsidRPr="00D06B0C" w:rsidRDefault="00D06B0C" w:rsidP="00D06B0C">
            <w:pPr>
              <w:ind w:left="-57" w:right="-57"/>
              <w:jc w:val="center"/>
              <w:rPr>
                <w:rFonts w:cs="Times New Roman"/>
                <w:b/>
                <w:color w:val="008000"/>
              </w:rPr>
            </w:pPr>
            <w:r>
              <w:rPr>
                <w:rFonts w:cs="Times New Roman"/>
                <w:b/>
                <w:color w:val="008000"/>
              </w:rPr>
              <w:t>5</w:t>
            </w:r>
          </w:p>
        </w:tc>
        <w:tc>
          <w:tcPr>
            <w:tcW w:w="579" w:type="dxa"/>
            <w:shd w:val="clear" w:color="auto" w:fill="FFFF32"/>
          </w:tcPr>
          <w:p w14:paraId="4EF3D8DB" w14:textId="34C9F2F6" w:rsidR="00D06B0C" w:rsidRPr="00D06B0C" w:rsidRDefault="00D06B0C" w:rsidP="00D06B0C">
            <w:pPr>
              <w:ind w:left="-57" w:right="-57"/>
              <w:jc w:val="center"/>
              <w:rPr>
                <w:rFonts w:cs="Times New Roman"/>
                <w:b/>
                <w:color w:val="008000"/>
              </w:rPr>
            </w:pPr>
            <w:r>
              <w:rPr>
                <w:rFonts w:cs="Times New Roman"/>
                <w:b/>
                <w:color w:val="008000"/>
              </w:rPr>
              <w:t>6</w:t>
            </w:r>
          </w:p>
        </w:tc>
        <w:tc>
          <w:tcPr>
            <w:tcW w:w="579" w:type="dxa"/>
            <w:shd w:val="clear" w:color="auto" w:fill="FFFF32"/>
          </w:tcPr>
          <w:p w14:paraId="7BD31801" w14:textId="427A94FE" w:rsidR="00D06B0C" w:rsidRPr="00D06B0C" w:rsidRDefault="00D06B0C" w:rsidP="00D06B0C">
            <w:pPr>
              <w:ind w:left="-57" w:right="-57"/>
              <w:jc w:val="center"/>
              <w:rPr>
                <w:rFonts w:cs="Times New Roman"/>
                <w:b/>
                <w:color w:val="008000"/>
              </w:rPr>
            </w:pPr>
            <w:r>
              <w:rPr>
                <w:rFonts w:cs="Times New Roman"/>
                <w:b/>
                <w:color w:val="008000"/>
              </w:rPr>
              <w:t>7</w:t>
            </w:r>
          </w:p>
        </w:tc>
        <w:tc>
          <w:tcPr>
            <w:tcW w:w="579" w:type="dxa"/>
            <w:shd w:val="clear" w:color="auto" w:fill="FFFF32"/>
          </w:tcPr>
          <w:p w14:paraId="6C4CE562" w14:textId="73B2B501" w:rsidR="00D06B0C" w:rsidRPr="00D06B0C" w:rsidRDefault="00D06B0C" w:rsidP="00D06B0C">
            <w:pPr>
              <w:ind w:left="-57" w:right="-57"/>
              <w:jc w:val="center"/>
              <w:rPr>
                <w:rFonts w:cs="Times New Roman"/>
                <w:b/>
                <w:color w:val="008000"/>
              </w:rPr>
            </w:pPr>
            <w:r>
              <w:rPr>
                <w:rFonts w:cs="Times New Roman"/>
                <w:b/>
                <w:color w:val="008000"/>
              </w:rPr>
              <w:t>8</w:t>
            </w:r>
          </w:p>
        </w:tc>
        <w:tc>
          <w:tcPr>
            <w:tcW w:w="579" w:type="dxa"/>
            <w:shd w:val="clear" w:color="auto" w:fill="FFFF32"/>
          </w:tcPr>
          <w:p w14:paraId="5D08C6BA" w14:textId="29D6D450" w:rsidR="00D06B0C" w:rsidRPr="00D06B0C" w:rsidRDefault="00D06B0C" w:rsidP="00D06B0C">
            <w:pPr>
              <w:ind w:left="-57" w:right="-57"/>
              <w:jc w:val="center"/>
              <w:rPr>
                <w:rFonts w:cs="Times New Roman"/>
                <w:b/>
                <w:color w:val="008000"/>
              </w:rPr>
            </w:pPr>
            <w:r>
              <w:rPr>
                <w:rFonts w:cs="Times New Roman"/>
                <w:b/>
                <w:color w:val="008000"/>
              </w:rPr>
              <w:t>9</w:t>
            </w:r>
          </w:p>
        </w:tc>
        <w:tc>
          <w:tcPr>
            <w:tcW w:w="579" w:type="dxa"/>
            <w:shd w:val="clear" w:color="auto" w:fill="FFFF32"/>
          </w:tcPr>
          <w:p w14:paraId="34BCBD97" w14:textId="319BB8BC" w:rsidR="00D06B0C" w:rsidRPr="00D06B0C" w:rsidRDefault="00D06B0C" w:rsidP="00D06B0C">
            <w:pPr>
              <w:ind w:left="-57" w:right="-57"/>
              <w:jc w:val="center"/>
              <w:rPr>
                <w:rFonts w:cs="Times New Roman"/>
                <w:b/>
                <w:color w:val="008000"/>
              </w:rPr>
            </w:pPr>
            <w:r>
              <w:rPr>
                <w:rFonts w:cs="Times New Roman"/>
                <w:b/>
                <w:color w:val="008000"/>
              </w:rPr>
              <w:t>10</w:t>
            </w:r>
          </w:p>
        </w:tc>
        <w:tc>
          <w:tcPr>
            <w:tcW w:w="579" w:type="dxa"/>
            <w:shd w:val="clear" w:color="auto" w:fill="FFFF32"/>
          </w:tcPr>
          <w:p w14:paraId="47C21289" w14:textId="3E0ADC90" w:rsidR="00D06B0C" w:rsidRPr="00D06B0C" w:rsidRDefault="00D06B0C" w:rsidP="00D06B0C">
            <w:pPr>
              <w:ind w:left="-57" w:right="-57"/>
              <w:jc w:val="center"/>
              <w:rPr>
                <w:rFonts w:cs="Times New Roman"/>
                <w:b/>
                <w:color w:val="008000"/>
              </w:rPr>
            </w:pPr>
            <w:r>
              <w:rPr>
                <w:rFonts w:cs="Times New Roman"/>
                <w:b/>
                <w:color w:val="008000"/>
              </w:rPr>
              <w:t>11</w:t>
            </w:r>
          </w:p>
        </w:tc>
        <w:tc>
          <w:tcPr>
            <w:tcW w:w="579" w:type="dxa"/>
            <w:shd w:val="clear" w:color="auto" w:fill="FFFF32"/>
          </w:tcPr>
          <w:p w14:paraId="7B4DF2F3" w14:textId="41BC591A" w:rsidR="00D06B0C" w:rsidRPr="00D06B0C" w:rsidRDefault="00D06B0C" w:rsidP="00D06B0C">
            <w:pPr>
              <w:ind w:left="-57" w:right="-57"/>
              <w:jc w:val="center"/>
              <w:rPr>
                <w:rFonts w:cs="Times New Roman"/>
                <w:b/>
                <w:color w:val="008000"/>
              </w:rPr>
            </w:pPr>
            <w:r>
              <w:rPr>
                <w:rFonts w:cs="Times New Roman"/>
                <w:b/>
                <w:color w:val="008000"/>
              </w:rPr>
              <w:t>12</w:t>
            </w:r>
          </w:p>
        </w:tc>
        <w:tc>
          <w:tcPr>
            <w:tcW w:w="579" w:type="dxa"/>
            <w:shd w:val="clear" w:color="auto" w:fill="FFFF32"/>
          </w:tcPr>
          <w:p w14:paraId="786E44AB" w14:textId="71B31DA6" w:rsidR="00D06B0C" w:rsidRPr="00D06B0C" w:rsidRDefault="00D06B0C" w:rsidP="00D06B0C">
            <w:pPr>
              <w:ind w:left="-57" w:right="-57"/>
              <w:jc w:val="center"/>
              <w:rPr>
                <w:rFonts w:cs="Times New Roman"/>
                <w:b/>
                <w:color w:val="008000"/>
              </w:rPr>
            </w:pPr>
            <w:r>
              <w:rPr>
                <w:rFonts w:cs="Times New Roman"/>
                <w:b/>
                <w:color w:val="008000"/>
              </w:rPr>
              <w:t>13</w:t>
            </w:r>
          </w:p>
        </w:tc>
        <w:tc>
          <w:tcPr>
            <w:tcW w:w="579" w:type="dxa"/>
            <w:shd w:val="clear" w:color="auto" w:fill="FFFF32"/>
          </w:tcPr>
          <w:p w14:paraId="394D3FA5" w14:textId="7F855606" w:rsidR="00D06B0C" w:rsidRPr="00D06B0C" w:rsidRDefault="00D06B0C" w:rsidP="00D06B0C">
            <w:pPr>
              <w:ind w:left="-57" w:right="-57"/>
              <w:jc w:val="center"/>
              <w:rPr>
                <w:rFonts w:cs="Times New Roman"/>
                <w:b/>
                <w:color w:val="008000"/>
              </w:rPr>
            </w:pPr>
            <w:r>
              <w:rPr>
                <w:rFonts w:cs="Times New Roman"/>
                <w:b/>
                <w:color w:val="008000"/>
              </w:rPr>
              <w:t>14</w:t>
            </w:r>
          </w:p>
        </w:tc>
        <w:tc>
          <w:tcPr>
            <w:tcW w:w="579" w:type="dxa"/>
            <w:shd w:val="clear" w:color="auto" w:fill="FFFF32"/>
          </w:tcPr>
          <w:p w14:paraId="638F6997" w14:textId="39421399" w:rsidR="00D06B0C" w:rsidRPr="00D06B0C" w:rsidRDefault="00D06B0C" w:rsidP="00D06B0C">
            <w:pPr>
              <w:ind w:left="-57" w:right="-57"/>
              <w:jc w:val="center"/>
              <w:rPr>
                <w:rFonts w:cs="Times New Roman"/>
                <w:b/>
                <w:color w:val="008000"/>
              </w:rPr>
            </w:pPr>
            <w:r>
              <w:rPr>
                <w:rFonts w:cs="Times New Roman"/>
                <w:b/>
                <w:color w:val="008000"/>
              </w:rPr>
              <w:t>15</w:t>
            </w:r>
          </w:p>
        </w:tc>
        <w:tc>
          <w:tcPr>
            <w:tcW w:w="579" w:type="dxa"/>
            <w:shd w:val="clear" w:color="auto" w:fill="FFFF32"/>
          </w:tcPr>
          <w:p w14:paraId="0FD2BF18" w14:textId="36F6B251" w:rsidR="00D06B0C" w:rsidRPr="00D06B0C" w:rsidRDefault="00D06B0C" w:rsidP="00D06B0C">
            <w:pPr>
              <w:ind w:left="-57" w:right="-57"/>
              <w:jc w:val="center"/>
              <w:rPr>
                <w:rFonts w:cs="Times New Roman"/>
                <w:b/>
                <w:color w:val="008000"/>
              </w:rPr>
            </w:pPr>
            <w:r>
              <w:rPr>
                <w:rFonts w:cs="Times New Roman"/>
                <w:b/>
                <w:color w:val="008000"/>
              </w:rPr>
              <w:t>16</w:t>
            </w:r>
          </w:p>
        </w:tc>
        <w:tc>
          <w:tcPr>
            <w:tcW w:w="579" w:type="dxa"/>
            <w:shd w:val="clear" w:color="auto" w:fill="FFFF32"/>
          </w:tcPr>
          <w:p w14:paraId="22F9AB27" w14:textId="3123B02F" w:rsidR="00D06B0C" w:rsidRPr="00D06B0C" w:rsidRDefault="00D06B0C" w:rsidP="00D06B0C">
            <w:pPr>
              <w:ind w:left="-57" w:right="-57"/>
              <w:jc w:val="center"/>
              <w:rPr>
                <w:rFonts w:cs="Times New Roman"/>
                <w:b/>
                <w:color w:val="008000"/>
              </w:rPr>
            </w:pPr>
            <w:r>
              <w:rPr>
                <w:rFonts w:cs="Times New Roman"/>
                <w:b/>
                <w:color w:val="008000"/>
              </w:rPr>
              <w:t>17</w:t>
            </w:r>
          </w:p>
        </w:tc>
        <w:tc>
          <w:tcPr>
            <w:tcW w:w="579" w:type="dxa"/>
            <w:shd w:val="clear" w:color="auto" w:fill="FFFF32"/>
          </w:tcPr>
          <w:p w14:paraId="5F27A9D1" w14:textId="412ABDFC" w:rsidR="00D06B0C" w:rsidRPr="00D06B0C" w:rsidRDefault="00D06B0C" w:rsidP="00D06B0C">
            <w:pPr>
              <w:ind w:left="-57" w:right="-57"/>
              <w:jc w:val="center"/>
              <w:rPr>
                <w:rFonts w:cs="Times New Roman"/>
                <w:b/>
                <w:color w:val="008000"/>
              </w:rPr>
            </w:pPr>
            <w:r>
              <w:rPr>
                <w:rFonts w:cs="Times New Roman"/>
                <w:b/>
                <w:color w:val="008000"/>
              </w:rPr>
              <w:t>18</w:t>
            </w:r>
          </w:p>
        </w:tc>
      </w:tr>
      <w:tr w:rsidR="00D06B0C" w:rsidRPr="00D06B0C" w14:paraId="5A610B08" w14:textId="77777777" w:rsidTr="00D06B0C">
        <w:tc>
          <w:tcPr>
            <w:tcW w:w="579" w:type="dxa"/>
            <w:tcBorders>
              <w:bottom w:val="single" w:sz="4" w:space="0" w:color="auto"/>
            </w:tcBorders>
          </w:tcPr>
          <w:p w14:paraId="2209CCA1" w14:textId="6C2B7D9C" w:rsidR="00D06B0C" w:rsidRPr="00D06B0C" w:rsidRDefault="00D06B0C" w:rsidP="00D06B0C">
            <w:pPr>
              <w:ind w:left="-57" w:right="-57"/>
              <w:jc w:val="center"/>
              <w:rPr>
                <w:rFonts w:cs="Times New Roman"/>
                <w:b/>
                <w:color w:val="0000FF"/>
              </w:rPr>
            </w:pPr>
            <w:r>
              <w:rPr>
                <w:rFonts w:cs="Times New Roman"/>
                <w:b/>
                <w:color w:val="0000FF"/>
              </w:rPr>
              <w:t>C</w:t>
            </w:r>
          </w:p>
        </w:tc>
        <w:tc>
          <w:tcPr>
            <w:tcW w:w="579" w:type="dxa"/>
            <w:tcBorders>
              <w:bottom w:val="single" w:sz="4" w:space="0" w:color="auto"/>
            </w:tcBorders>
          </w:tcPr>
          <w:p w14:paraId="6CFC0697" w14:textId="5B7EB27F" w:rsidR="00D06B0C" w:rsidRPr="00D06B0C" w:rsidRDefault="00D06B0C" w:rsidP="00D06B0C">
            <w:pPr>
              <w:ind w:left="-57" w:right="-57"/>
              <w:jc w:val="center"/>
              <w:rPr>
                <w:rFonts w:cs="Times New Roman"/>
                <w:b/>
                <w:color w:val="0000FF"/>
              </w:rPr>
            </w:pPr>
            <w:r>
              <w:rPr>
                <w:rFonts w:cs="Times New Roman"/>
                <w:b/>
                <w:color w:val="0000FF"/>
              </w:rPr>
              <w:t>C</w:t>
            </w:r>
          </w:p>
        </w:tc>
        <w:tc>
          <w:tcPr>
            <w:tcW w:w="579" w:type="dxa"/>
            <w:tcBorders>
              <w:bottom w:val="single" w:sz="4" w:space="0" w:color="auto"/>
            </w:tcBorders>
          </w:tcPr>
          <w:p w14:paraId="1B95C159" w14:textId="26929079" w:rsidR="00D06B0C" w:rsidRPr="00D06B0C" w:rsidRDefault="00D06B0C" w:rsidP="00D06B0C">
            <w:pPr>
              <w:ind w:left="-57" w:right="-57"/>
              <w:jc w:val="center"/>
              <w:rPr>
                <w:rFonts w:cs="Times New Roman"/>
                <w:b/>
                <w:color w:val="0000FF"/>
              </w:rPr>
            </w:pPr>
            <w:r>
              <w:rPr>
                <w:rFonts w:cs="Times New Roman"/>
                <w:b/>
                <w:color w:val="0000FF"/>
              </w:rPr>
              <w:t>D</w:t>
            </w:r>
          </w:p>
        </w:tc>
        <w:tc>
          <w:tcPr>
            <w:tcW w:w="579" w:type="dxa"/>
            <w:tcBorders>
              <w:bottom w:val="single" w:sz="4" w:space="0" w:color="auto"/>
            </w:tcBorders>
          </w:tcPr>
          <w:p w14:paraId="5B273BC9" w14:textId="5FBD3FBB" w:rsidR="00D06B0C" w:rsidRPr="00D06B0C" w:rsidRDefault="00D06B0C" w:rsidP="00D06B0C">
            <w:pPr>
              <w:ind w:left="-57" w:right="-57"/>
              <w:jc w:val="center"/>
              <w:rPr>
                <w:rFonts w:cs="Times New Roman"/>
                <w:b/>
                <w:color w:val="0000FF"/>
              </w:rPr>
            </w:pPr>
            <w:r>
              <w:rPr>
                <w:rFonts w:cs="Times New Roman"/>
                <w:b/>
                <w:color w:val="0000FF"/>
              </w:rPr>
              <w:t>A</w:t>
            </w:r>
          </w:p>
        </w:tc>
        <w:tc>
          <w:tcPr>
            <w:tcW w:w="579" w:type="dxa"/>
            <w:tcBorders>
              <w:bottom w:val="single" w:sz="4" w:space="0" w:color="auto"/>
            </w:tcBorders>
          </w:tcPr>
          <w:p w14:paraId="0B2D80AA" w14:textId="7A42D799" w:rsidR="00D06B0C" w:rsidRPr="00D06B0C" w:rsidRDefault="00D06B0C" w:rsidP="00D06B0C">
            <w:pPr>
              <w:ind w:left="-57" w:right="-57"/>
              <w:jc w:val="center"/>
              <w:rPr>
                <w:rFonts w:cs="Times New Roman"/>
                <w:b/>
                <w:color w:val="0000FF"/>
              </w:rPr>
            </w:pPr>
            <w:r>
              <w:rPr>
                <w:rFonts w:cs="Times New Roman"/>
                <w:b/>
                <w:color w:val="0000FF"/>
              </w:rPr>
              <w:t>C</w:t>
            </w:r>
          </w:p>
        </w:tc>
        <w:tc>
          <w:tcPr>
            <w:tcW w:w="579" w:type="dxa"/>
            <w:tcBorders>
              <w:bottom w:val="single" w:sz="4" w:space="0" w:color="auto"/>
            </w:tcBorders>
          </w:tcPr>
          <w:p w14:paraId="6BADA9C9" w14:textId="715613A5" w:rsidR="00D06B0C" w:rsidRPr="00D06B0C" w:rsidRDefault="00D06B0C" w:rsidP="00D06B0C">
            <w:pPr>
              <w:ind w:left="-57" w:right="-57"/>
              <w:jc w:val="center"/>
              <w:rPr>
                <w:rFonts w:cs="Times New Roman"/>
                <w:b/>
                <w:color w:val="0000FF"/>
              </w:rPr>
            </w:pPr>
            <w:r>
              <w:rPr>
                <w:rFonts w:cs="Times New Roman"/>
                <w:b/>
                <w:color w:val="0000FF"/>
              </w:rPr>
              <w:t>A</w:t>
            </w:r>
          </w:p>
        </w:tc>
        <w:tc>
          <w:tcPr>
            <w:tcW w:w="579" w:type="dxa"/>
            <w:tcBorders>
              <w:bottom w:val="single" w:sz="4" w:space="0" w:color="auto"/>
            </w:tcBorders>
          </w:tcPr>
          <w:p w14:paraId="00576E6C" w14:textId="0E3CA5F1" w:rsidR="00D06B0C" w:rsidRPr="00D06B0C" w:rsidRDefault="00D06B0C" w:rsidP="00D06B0C">
            <w:pPr>
              <w:ind w:left="-57" w:right="-57"/>
              <w:jc w:val="center"/>
              <w:rPr>
                <w:rFonts w:cs="Times New Roman"/>
                <w:b/>
                <w:color w:val="0000FF"/>
              </w:rPr>
            </w:pPr>
            <w:r>
              <w:rPr>
                <w:rFonts w:cs="Times New Roman"/>
                <w:b/>
                <w:color w:val="0000FF"/>
              </w:rPr>
              <w:t>A</w:t>
            </w:r>
          </w:p>
        </w:tc>
        <w:tc>
          <w:tcPr>
            <w:tcW w:w="579" w:type="dxa"/>
            <w:tcBorders>
              <w:bottom w:val="single" w:sz="4" w:space="0" w:color="auto"/>
            </w:tcBorders>
          </w:tcPr>
          <w:p w14:paraId="3533D604" w14:textId="47B6D1E9" w:rsidR="00D06B0C" w:rsidRPr="00D06B0C" w:rsidRDefault="00D06B0C" w:rsidP="00D06B0C">
            <w:pPr>
              <w:ind w:left="-57" w:right="-57"/>
              <w:jc w:val="center"/>
              <w:rPr>
                <w:rFonts w:cs="Times New Roman"/>
                <w:b/>
                <w:color w:val="0000FF"/>
              </w:rPr>
            </w:pPr>
            <w:r>
              <w:rPr>
                <w:rFonts w:cs="Times New Roman"/>
                <w:b/>
                <w:color w:val="0000FF"/>
              </w:rPr>
              <w:t>A</w:t>
            </w:r>
          </w:p>
        </w:tc>
        <w:tc>
          <w:tcPr>
            <w:tcW w:w="579" w:type="dxa"/>
            <w:tcBorders>
              <w:bottom w:val="single" w:sz="4" w:space="0" w:color="auto"/>
            </w:tcBorders>
          </w:tcPr>
          <w:p w14:paraId="20A61473" w14:textId="4B9FBCCC" w:rsidR="00D06B0C" w:rsidRPr="00D06B0C" w:rsidRDefault="00D06B0C" w:rsidP="00D06B0C">
            <w:pPr>
              <w:ind w:left="-57" w:right="-57"/>
              <w:jc w:val="center"/>
              <w:rPr>
                <w:rFonts w:cs="Times New Roman"/>
                <w:b/>
                <w:color w:val="0000FF"/>
              </w:rPr>
            </w:pPr>
            <w:r>
              <w:rPr>
                <w:rFonts w:cs="Times New Roman"/>
                <w:b/>
                <w:color w:val="0000FF"/>
              </w:rPr>
              <w:t>C</w:t>
            </w:r>
          </w:p>
        </w:tc>
        <w:tc>
          <w:tcPr>
            <w:tcW w:w="579" w:type="dxa"/>
            <w:tcBorders>
              <w:bottom w:val="single" w:sz="4" w:space="0" w:color="auto"/>
            </w:tcBorders>
          </w:tcPr>
          <w:p w14:paraId="1E6B3C19" w14:textId="4A1AC031" w:rsidR="00D06B0C" w:rsidRPr="00D06B0C" w:rsidRDefault="00D06B0C" w:rsidP="00D06B0C">
            <w:pPr>
              <w:ind w:left="-57" w:right="-57"/>
              <w:jc w:val="center"/>
              <w:rPr>
                <w:rFonts w:cs="Times New Roman"/>
                <w:b/>
                <w:color w:val="0000FF"/>
              </w:rPr>
            </w:pPr>
            <w:r>
              <w:rPr>
                <w:rFonts w:cs="Times New Roman"/>
                <w:b/>
                <w:color w:val="0000FF"/>
              </w:rPr>
              <w:t>B</w:t>
            </w:r>
          </w:p>
        </w:tc>
        <w:tc>
          <w:tcPr>
            <w:tcW w:w="579" w:type="dxa"/>
            <w:tcBorders>
              <w:bottom w:val="single" w:sz="4" w:space="0" w:color="auto"/>
            </w:tcBorders>
          </w:tcPr>
          <w:p w14:paraId="12ED4707" w14:textId="7F4BE8B8" w:rsidR="00D06B0C" w:rsidRPr="00D06B0C" w:rsidRDefault="00D06B0C" w:rsidP="00D06B0C">
            <w:pPr>
              <w:ind w:left="-57" w:right="-57"/>
              <w:jc w:val="center"/>
              <w:rPr>
                <w:rFonts w:cs="Times New Roman"/>
                <w:b/>
                <w:color w:val="0000FF"/>
              </w:rPr>
            </w:pPr>
            <w:r>
              <w:rPr>
                <w:rFonts w:cs="Times New Roman"/>
                <w:b/>
                <w:color w:val="0000FF"/>
              </w:rPr>
              <w:t>D</w:t>
            </w:r>
          </w:p>
        </w:tc>
        <w:tc>
          <w:tcPr>
            <w:tcW w:w="579" w:type="dxa"/>
            <w:tcBorders>
              <w:bottom w:val="single" w:sz="4" w:space="0" w:color="auto"/>
            </w:tcBorders>
          </w:tcPr>
          <w:p w14:paraId="33CA9702" w14:textId="1E2BE1A4" w:rsidR="00D06B0C" w:rsidRPr="00D06B0C" w:rsidRDefault="00D06B0C" w:rsidP="00D06B0C">
            <w:pPr>
              <w:ind w:left="-57" w:right="-57"/>
              <w:jc w:val="center"/>
              <w:rPr>
                <w:rFonts w:cs="Times New Roman"/>
                <w:b/>
                <w:color w:val="0000FF"/>
              </w:rPr>
            </w:pPr>
            <w:r>
              <w:rPr>
                <w:rFonts w:cs="Times New Roman"/>
                <w:b/>
                <w:color w:val="0000FF"/>
              </w:rPr>
              <w:t>D</w:t>
            </w:r>
          </w:p>
        </w:tc>
        <w:tc>
          <w:tcPr>
            <w:tcW w:w="579" w:type="dxa"/>
            <w:tcBorders>
              <w:bottom w:val="single" w:sz="4" w:space="0" w:color="auto"/>
            </w:tcBorders>
          </w:tcPr>
          <w:p w14:paraId="7E0FFBCB" w14:textId="147C21BA" w:rsidR="00D06B0C" w:rsidRPr="00D06B0C" w:rsidRDefault="00D06B0C" w:rsidP="00D06B0C">
            <w:pPr>
              <w:ind w:left="-57" w:right="-57"/>
              <w:jc w:val="center"/>
              <w:rPr>
                <w:rFonts w:cs="Times New Roman"/>
                <w:b/>
                <w:color w:val="0000FF"/>
              </w:rPr>
            </w:pPr>
            <w:r>
              <w:rPr>
                <w:rFonts w:cs="Times New Roman"/>
                <w:b/>
                <w:color w:val="0000FF"/>
              </w:rPr>
              <w:t>B</w:t>
            </w:r>
          </w:p>
        </w:tc>
        <w:tc>
          <w:tcPr>
            <w:tcW w:w="579" w:type="dxa"/>
            <w:tcBorders>
              <w:bottom w:val="single" w:sz="4" w:space="0" w:color="auto"/>
            </w:tcBorders>
          </w:tcPr>
          <w:p w14:paraId="463B934E" w14:textId="7926AB8B" w:rsidR="00D06B0C" w:rsidRPr="00D06B0C" w:rsidRDefault="00D06B0C" w:rsidP="00D06B0C">
            <w:pPr>
              <w:ind w:left="-57" w:right="-57"/>
              <w:jc w:val="center"/>
              <w:rPr>
                <w:rFonts w:cs="Times New Roman"/>
                <w:b/>
                <w:color w:val="0000FF"/>
              </w:rPr>
            </w:pPr>
            <w:r>
              <w:rPr>
                <w:rFonts w:cs="Times New Roman"/>
                <w:b/>
                <w:color w:val="0000FF"/>
              </w:rPr>
              <w:t>C</w:t>
            </w:r>
          </w:p>
        </w:tc>
        <w:tc>
          <w:tcPr>
            <w:tcW w:w="579" w:type="dxa"/>
            <w:tcBorders>
              <w:bottom w:val="single" w:sz="4" w:space="0" w:color="auto"/>
            </w:tcBorders>
          </w:tcPr>
          <w:p w14:paraId="768EFB36" w14:textId="5B8FDE91" w:rsidR="00D06B0C" w:rsidRPr="00D06B0C" w:rsidRDefault="00D06B0C" w:rsidP="00D06B0C">
            <w:pPr>
              <w:ind w:left="-57" w:right="-57"/>
              <w:jc w:val="center"/>
              <w:rPr>
                <w:rFonts w:cs="Times New Roman"/>
                <w:b/>
                <w:color w:val="0000FF"/>
              </w:rPr>
            </w:pPr>
            <w:r>
              <w:rPr>
                <w:rFonts w:cs="Times New Roman"/>
                <w:b/>
                <w:color w:val="0000FF"/>
              </w:rPr>
              <w:t>B</w:t>
            </w:r>
          </w:p>
        </w:tc>
        <w:tc>
          <w:tcPr>
            <w:tcW w:w="579" w:type="dxa"/>
            <w:tcBorders>
              <w:bottom w:val="single" w:sz="4" w:space="0" w:color="auto"/>
            </w:tcBorders>
          </w:tcPr>
          <w:p w14:paraId="66484BB0" w14:textId="395A503F" w:rsidR="00D06B0C" w:rsidRPr="00D06B0C" w:rsidRDefault="00D06B0C" w:rsidP="00D06B0C">
            <w:pPr>
              <w:ind w:left="-57" w:right="-57"/>
              <w:jc w:val="center"/>
              <w:rPr>
                <w:rFonts w:cs="Times New Roman"/>
                <w:b/>
                <w:color w:val="0000FF"/>
              </w:rPr>
            </w:pPr>
            <w:r>
              <w:rPr>
                <w:rFonts w:cs="Times New Roman"/>
                <w:b/>
                <w:color w:val="0000FF"/>
              </w:rPr>
              <w:t>A</w:t>
            </w:r>
          </w:p>
        </w:tc>
        <w:tc>
          <w:tcPr>
            <w:tcW w:w="579" w:type="dxa"/>
            <w:tcBorders>
              <w:bottom w:val="single" w:sz="4" w:space="0" w:color="auto"/>
            </w:tcBorders>
          </w:tcPr>
          <w:p w14:paraId="7E8C8F8D" w14:textId="58C5461F" w:rsidR="00D06B0C" w:rsidRPr="00D06B0C" w:rsidRDefault="00D06B0C" w:rsidP="00D06B0C">
            <w:pPr>
              <w:ind w:left="-57" w:right="-57"/>
              <w:jc w:val="center"/>
              <w:rPr>
                <w:rFonts w:cs="Times New Roman"/>
                <w:b/>
                <w:color w:val="0000FF"/>
              </w:rPr>
            </w:pPr>
            <w:r>
              <w:rPr>
                <w:rFonts w:cs="Times New Roman"/>
                <w:b/>
                <w:color w:val="0000FF"/>
              </w:rPr>
              <w:t>D</w:t>
            </w:r>
          </w:p>
        </w:tc>
        <w:tc>
          <w:tcPr>
            <w:tcW w:w="579" w:type="dxa"/>
            <w:tcBorders>
              <w:bottom w:val="single" w:sz="4" w:space="0" w:color="auto"/>
            </w:tcBorders>
          </w:tcPr>
          <w:p w14:paraId="716C14A6" w14:textId="231FE6CF" w:rsidR="00D06B0C" w:rsidRPr="00D06B0C" w:rsidRDefault="00D06B0C" w:rsidP="00D06B0C">
            <w:pPr>
              <w:ind w:left="-57" w:right="-57"/>
              <w:jc w:val="center"/>
              <w:rPr>
                <w:rFonts w:cs="Times New Roman"/>
                <w:b/>
                <w:color w:val="0000FF"/>
              </w:rPr>
            </w:pPr>
            <w:r>
              <w:rPr>
                <w:rFonts w:cs="Times New Roman"/>
                <w:b/>
                <w:color w:val="0000FF"/>
              </w:rPr>
              <w:t>A</w:t>
            </w:r>
          </w:p>
        </w:tc>
      </w:tr>
      <w:tr w:rsidR="00D06B0C" w:rsidRPr="00D06B0C" w14:paraId="5F5E46FE" w14:textId="77777777" w:rsidTr="00D06B0C">
        <w:tc>
          <w:tcPr>
            <w:tcW w:w="579" w:type="dxa"/>
            <w:shd w:val="clear" w:color="auto" w:fill="FFFF32"/>
          </w:tcPr>
          <w:p w14:paraId="57F10CF1" w14:textId="1FC74E41" w:rsidR="00D06B0C" w:rsidRPr="00D06B0C" w:rsidRDefault="00D06B0C" w:rsidP="00D06B0C">
            <w:pPr>
              <w:ind w:left="-57" w:right="-57"/>
              <w:jc w:val="center"/>
              <w:rPr>
                <w:rFonts w:cs="Times New Roman"/>
                <w:b/>
                <w:color w:val="008000"/>
              </w:rPr>
            </w:pPr>
            <w:r>
              <w:rPr>
                <w:rFonts w:cs="Times New Roman"/>
                <w:b/>
                <w:color w:val="008000"/>
              </w:rPr>
              <w:t>19</w:t>
            </w:r>
          </w:p>
        </w:tc>
        <w:tc>
          <w:tcPr>
            <w:tcW w:w="579" w:type="dxa"/>
            <w:shd w:val="clear" w:color="auto" w:fill="FFFF32"/>
          </w:tcPr>
          <w:p w14:paraId="558A6DFD" w14:textId="3C11E80F" w:rsidR="00D06B0C" w:rsidRPr="00D06B0C" w:rsidRDefault="00D06B0C" w:rsidP="00D06B0C">
            <w:pPr>
              <w:ind w:left="-57" w:right="-57"/>
              <w:jc w:val="center"/>
              <w:rPr>
                <w:rFonts w:cs="Times New Roman"/>
                <w:b/>
                <w:color w:val="008000"/>
              </w:rPr>
            </w:pPr>
            <w:r>
              <w:rPr>
                <w:rFonts w:cs="Times New Roman"/>
                <w:b/>
                <w:color w:val="008000"/>
              </w:rPr>
              <w:t>20</w:t>
            </w:r>
          </w:p>
        </w:tc>
        <w:tc>
          <w:tcPr>
            <w:tcW w:w="579" w:type="dxa"/>
            <w:shd w:val="clear" w:color="auto" w:fill="FFFF32"/>
          </w:tcPr>
          <w:p w14:paraId="3AAA6717" w14:textId="16005620" w:rsidR="00D06B0C" w:rsidRPr="00D06B0C" w:rsidRDefault="00D06B0C" w:rsidP="00D06B0C">
            <w:pPr>
              <w:ind w:left="-57" w:right="-57"/>
              <w:jc w:val="center"/>
              <w:rPr>
                <w:rFonts w:cs="Times New Roman"/>
                <w:b/>
                <w:color w:val="008000"/>
              </w:rPr>
            </w:pPr>
            <w:r>
              <w:rPr>
                <w:rFonts w:cs="Times New Roman"/>
                <w:b/>
                <w:color w:val="008000"/>
              </w:rPr>
              <w:t>21</w:t>
            </w:r>
          </w:p>
        </w:tc>
        <w:tc>
          <w:tcPr>
            <w:tcW w:w="579" w:type="dxa"/>
            <w:shd w:val="clear" w:color="auto" w:fill="FFFF32"/>
          </w:tcPr>
          <w:p w14:paraId="3641B193" w14:textId="25F4D8D3" w:rsidR="00D06B0C" w:rsidRPr="00D06B0C" w:rsidRDefault="00D06B0C" w:rsidP="00D06B0C">
            <w:pPr>
              <w:ind w:left="-57" w:right="-57"/>
              <w:jc w:val="center"/>
              <w:rPr>
                <w:rFonts w:cs="Times New Roman"/>
                <w:b/>
                <w:color w:val="008000"/>
              </w:rPr>
            </w:pPr>
            <w:r>
              <w:rPr>
                <w:rFonts w:cs="Times New Roman"/>
                <w:b/>
                <w:color w:val="008000"/>
              </w:rPr>
              <w:t>22</w:t>
            </w:r>
          </w:p>
        </w:tc>
        <w:tc>
          <w:tcPr>
            <w:tcW w:w="579" w:type="dxa"/>
            <w:shd w:val="clear" w:color="auto" w:fill="FFFF32"/>
          </w:tcPr>
          <w:p w14:paraId="1146348A" w14:textId="3D2EF044" w:rsidR="00D06B0C" w:rsidRPr="00D06B0C" w:rsidRDefault="00D06B0C" w:rsidP="00D06B0C">
            <w:pPr>
              <w:ind w:left="-57" w:right="-57"/>
              <w:jc w:val="center"/>
              <w:rPr>
                <w:rFonts w:cs="Times New Roman"/>
                <w:b/>
                <w:color w:val="008000"/>
              </w:rPr>
            </w:pPr>
            <w:r>
              <w:rPr>
                <w:rFonts w:cs="Times New Roman"/>
                <w:b/>
                <w:color w:val="008000"/>
              </w:rPr>
              <w:t>23</w:t>
            </w:r>
          </w:p>
        </w:tc>
        <w:tc>
          <w:tcPr>
            <w:tcW w:w="579" w:type="dxa"/>
            <w:shd w:val="clear" w:color="auto" w:fill="FFFF32"/>
          </w:tcPr>
          <w:p w14:paraId="4D5A4755" w14:textId="4CC443D5" w:rsidR="00D06B0C" w:rsidRPr="00D06B0C" w:rsidRDefault="00D06B0C" w:rsidP="00D06B0C">
            <w:pPr>
              <w:ind w:left="-57" w:right="-57"/>
              <w:jc w:val="center"/>
              <w:rPr>
                <w:rFonts w:cs="Times New Roman"/>
                <w:b/>
                <w:color w:val="008000"/>
              </w:rPr>
            </w:pPr>
            <w:r>
              <w:rPr>
                <w:rFonts w:cs="Times New Roman"/>
                <w:b/>
                <w:color w:val="008000"/>
              </w:rPr>
              <w:t>24</w:t>
            </w:r>
          </w:p>
        </w:tc>
        <w:tc>
          <w:tcPr>
            <w:tcW w:w="579" w:type="dxa"/>
            <w:shd w:val="clear" w:color="auto" w:fill="FFFF32"/>
          </w:tcPr>
          <w:p w14:paraId="1B6F605F" w14:textId="206B2822" w:rsidR="00D06B0C" w:rsidRPr="00D06B0C" w:rsidRDefault="00D06B0C" w:rsidP="00D06B0C">
            <w:pPr>
              <w:ind w:left="-57" w:right="-57"/>
              <w:jc w:val="center"/>
              <w:rPr>
                <w:rFonts w:cs="Times New Roman"/>
                <w:b/>
                <w:color w:val="008000"/>
              </w:rPr>
            </w:pPr>
            <w:r>
              <w:rPr>
                <w:rFonts w:cs="Times New Roman"/>
                <w:b/>
                <w:color w:val="008000"/>
              </w:rPr>
              <w:t>25</w:t>
            </w:r>
          </w:p>
        </w:tc>
        <w:tc>
          <w:tcPr>
            <w:tcW w:w="579" w:type="dxa"/>
            <w:shd w:val="clear" w:color="auto" w:fill="FFFF32"/>
          </w:tcPr>
          <w:p w14:paraId="1AD0E3D9" w14:textId="49EF6D74" w:rsidR="00D06B0C" w:rsidRPr="00D06B0C" w:rsidRDefault="00D06B0C" w:rsidP="00D06B0C">
            <w:pPr>
              <w:ind w:left="-57" w:right="-57"/>
              <w:jc w:val="center"/>
              <w:rPr>
                <w:rFonts w:cs="Times New Roman"/>
                <w:b/>
                <w:color w:val="008000"/>
              </w:rPr>
            </w:pPr>
            <w:r>
              <w:rPr>
                <w:rFonts w:cs="Times New Roman"/>
                <w:b/>
                <w:color w:val="008000"/>
              </w:rPr>
              <w:t>26</w:t>
            </w:r>
          </w:p>
        </w:tc>
        <w:tc>
          <w:tcPr>
            <w:tcW w:w="579" w:type="dxa"/>
            <w:shd w:val="clear" w:color="auto" w:fill="FFFF32"/>
          </w:tcPr>
          <w:p w14:paraId="5AC1AC4F" w14:textId="0146D176" w:rsidR="00D06B0C" w:rsidRPr="00D06B0C" w:rsidRDefault="00D06B0C" w:rsidP="00D06B0C">
            <w:pPr>
              <w:ind w:left="-57" w:right="-57"/>
              <w:jc w:val="center"/>
              <w:rPr>
                <w:rFonts w:cs="Times New Roman"/>
                <w:b/>
                <w:color w:val="008000"/>
              </w:rPr>
            </w:pPr>
            <w:r>
              <w:rPr>
                <w:rFonts w:cs="Times New Roman"/>
                <w:b/>
                <w:color w:val="008000"/>
              </w:rPr>
              <w:t>27</w:t>
            </w:r>
          </w:p>
        </w:tc>
        <w:tc>
          <w:tcPr>
            <w:tcW w:w="579" w:type="dxa"/>
            <w:shd w:val="clear" w:color="auto" w:fill="FFFF32"/>
          </w:tcPr>
          <w:p w14:paraId="52FC408B" w14:textId="14DE58F0" w:rsidR="00D06B0C" w:rsidRPr="00D06B0C" w:rsidRDefault="00D06B0C" w:rsidP="00D06B0C">
            <w:pPr>
              <w:ind w:left="-57" w:right="-57"/>
              <w:jc w:val="center"/>
              <w:rPr>
                <w:rFonts w:cs="Times New Roman"/>
                <w:b/>
                <w:color w:val="008000"/>
              </w:rPr>
            </w:pPr>
            <w:r>
              <w:rPr>
                <w:rFonts w:cs="Times New Roman"/>
                <w:b/>
                <w:color w:val="008000"/>
              </w:rPr>
              <w:t>28</w:t>
            </w:r>
          </w:p>
        </w:tc>
        <w:tc>
          <w:tcPr>
            <w:tcW w:w="579" w:type="dxa"/>
            <w:shd w:val="clear" w:color="auto" w:fill="FFFF32"/>
          </w:tcPr>
          <w:p w14:paraId="3244F947" w14:textId="3106A417" w:rsidR="00D06B0C" w:rsidRPr="00D06B0C" w:rsidRDefault="00D06B0C" w:rsidP="00D06B0C">
            <w:pPr>
              <w:ind w:left="-57" w:right="-57"/>
              <w:jc w:val="center"/>
              <w:rPr>
                <w:rFonts w:cs="Times New Roman"/>
                <w:b/>
                <w:color w:val="008000"/>
              </w:rPr>
            </w:pPr>
            <w:r>
              <w:rPr>
                <w:rFonts w:cs="Times New Roman"/>
                <w:b/>
                <w:color w:val="008000"/>
              </w:rPr>
              <w:t>29</w:t>
            </w:r>
          </w:p>
        </w:tc>
        <w:tc>
          <w:tcPr>
            <w:tcW w:w="579" w:type="dxa"/>
            <w:shd w:val="clear" w:color="auto" w:fill="FFFF32"/>
          </w:tcPr>
          <w:p w14:paraId="1B1BD809" w14:textId="66D1CE79" w:rsidR="00D06B0C" w:rsidRPr="00D06B0C" w:rsidRDefault="00D06B0C" w:rsidP="00D06B0C">
            <w:pPr>
              <w:ind w:left="-57" w:right="-57"/>
              <w:jc w:val="center"/>
              <w:rPr>
                <w:rFonts w:cs="Times New Roman"/>
                <w:b/>
                <w:color w:val="008000"/>
              </w:rPr>
            </w:pPr>
            <w:r>
              <w:rPr>
                <w:rFonts w:cs="Times New Roman"/>
                <w:b/>
                <w:color w:val="008000"/>
              </w:rPr>
              <w:t>30</w:t>
            </w:r>
          </w:p>
        </w:tc>
        <w:tc>
          <w:tcPr>
            <w:tcW w:w="579" w:type="dxa"/>
            <w:shd w:val="clear" w:color="auto" w:fill="FFFF32"/>
          </w:tcPr>
          <w:p w14:paraId="163B9070" w14:textId="19EADE6D" w:rsidR="00D06B0C" w:rsidRPr="00D06B0C" w:rsidRDefault="00D06B0C" w:rsidP="00D06B0C">
            <w:pPr>
              <w:ind w:left="-57" w:right="-57"/>
              <w:jc w:val="center"/>
              <w:rPr>
                <w:rFonts w:cs="Times New Roman"/>
                <w:b/>
                <w:color w:val="008000"/>
              </w:rPr>
            </w:pPr>
            <w:r>
              <w:rPr>
                <w:rFonts w:cs="Times New Roman"/>
                <w:b/>
                <w:color w:val="008000"/>
              </w:rPr>
              <w:t>31</w:t>
            </w:r>
          </w:p>
        </w:tc>
        <w:tc>
          <w:tcPr>
            <w:tcW w:w="579" w:type="dxa"/>
            <w:shd w:val="clear" w:color="auto" w:fill="FFFF32"/>
          </w:tcPr>
          <w:p w14:paraId="0620D0E3" w14:textId="6263AAF3" w:rsidR="00D06B0C" w:rsidRPr="00D06B0C" w:rsidRDefault="00D06B0C" w:rsidP="00D06B0C">
            <w:pPr>
              <w:ind w:left="-57" w:right="-57"/>
              <w:jc w:val="center"/>
              <w:rPr>
                <w:rFonts w:cs="Times New Roman"/>
                <w:b/>
                <w:color w:val="008000"/>
              </w:rPr>
            </w:pPr>
            <w:r>
              <w:rPr>
                <w:rFonts w:cs="Times New Roman"/>
                <w:b/>
                <w:color w:val="008000"/>
              </w:rPr>
              <w:t>32</w:t>
            </w:r>
          </w:p>
        </w:tc>
        <w:tc>
          <w:tcPr>
            <w:tcW w:w="579" w:type="dxa"/>
            <w:shd w:val="clear" w:color="auto" w:fill="FFFF32"/>
          </w:tcPr>
          <w:p w14:paraId="33FA50C8" w14:textId="24A224B0" w:rsidR="00D06B0C" w:rsidRPr="00D06B0C" w:rsidRDefault="00D06B0C" w:rsidP="00D06B0C">
            <w:pPr>
              <w:ind w:left="-57" w:right="-57"/>
              <w:jc w:val="center"/>
              <w:rPr>
                <w:rFonts w:cs="Times New Roman"/>
                <w:b/>
                <w:color w:val="008000"/>
              </w:rPr>
            </w:pPr>
            <w:r>
              <w:rPr>
                <w:rFonts w:cs="Times New Roman"/>
                <w:b/>
                <w:color w:val="008000"/>
              </w:rPr>
              <w:t>33</w:t>
            </w:r>
          </w:p>
        </w:tc>
        <w:tc>
          <w:tcPr>
            <w:tcW w:w="579" w:type="dxa"/>
            <w:shd w:val="clear" w:color="auto" w:fill="FFFF32"/>
          </w:tcPr>
          <w:p w14:paraId="24F9EAF7" w14:textId="7B6649CD" w:rsidR="00D06B0C" w:rsidRPr="00D06B0C" w:rsidRDefault="00D06B0C" w:rsidP="00D06B0C">
            <w:pPr>
              <w:ind w:left="-57" w:right="-57"/>
              <w:jc w:val="center"/>
              <w:rPr>
                <w:rFonts w:cs="Times New Roman"/>
                <w:b/>
                <w:color w:val="008000"/>
              </w:rPr>
            </w:pPr>
            <w:r>
              <w:rPr>
                <w:rFonts w:cs="Times New Roman"/>
                <w:b/>
                <w:color w:val="008000"/>
              </w:rPr>
              <w:t>34</w:t>
            </w:r>
          </w:p>
        </w:tc>
        <w:tc>
          <w:tcPr>
            <w:tcW w:w="579" w:type="dxa"/>
            <w:shd w:val="clear" w:color="auto" w:fill="FFFF32"/>
          </w:tcPr>
          <w:p w14:paraId="22B7C532" w14:textId="1E2A43D2" w:rsidR="00D06B0C" w:rsidRPr="00D06B0C" w:rsidRDefault="00D06B0C" w:rsidP="00D06B0C">
            <w:pPr>
              <w:ind w:left="-57" w:right="-57"/>
              <w:jc w:val="center"/>
              <w:rPr>
                <w:rFonts w:cs="Times New Roman"/>
                <w:b/>
                <w:color w:val="008000"/>
              </w:rPr>
            </w:pPr>
            <w:r>
              <w:rPr>
                <w:rFonts w:cs="Times New Roman"/>
                <w:b/>
                <w:color w:val="008000"/>
              </w:rPr>
              <w:t>35</w:t>
            </w:r>
          </w:p>
        </w:tc>
        <w:tc>
          <w:tcPr>
            <w:tcW w:w="579" w:type="dxa"/>
            <w:shd w:val="clear" w:color="auto" w:fill="FFFF32"/>
          </w:tcPr>
          <w:p w14:paraId="7F14E33B" w14:textId="56789CFD" w:rsidR="00D06B0C" w:rsidRPr="00D06B0C" w:rsidRDefault="00D06B0C" w:rsidP="00D06B0C">
            <w:pPr>
              <w:ind w:left="-57" w:right="-57"/>
              <w:jc w:val="center"/>
              <w:rPr>
                <w:rFonts w:cs="Times New Roman"/>
                <w:b/>
                <w:color w:val="008000"/>
              </w:rPr>
            </w:pPr>
            <w:r>
              <w:rPr>
                <w:rFonts w:cs="Times New Roman"/>
                <w:b/>
                <w:color w:val="008000"/>
              </w:rPr>
              <w:t>36</w:t>
            </w:r>
          </w:p>
        </w:tc>
      </w:tr>
      <w:tr w:rsidR="00D06B0C" w:rsidRPr="00D06B0C" w14:paraId="1E3F9A20" w14:textId="77777777" w:rsidTr="00D06B0C">
        <w:tc>
          <w:tcPr>
            <w:tcW w:w="579" w:type="dxa"/>
          </w:tcPr>
          <w:p w14:paraId="3ED66227" w14:textId="19E65AFC" w:rsidR="00D06B0C" w:rsidRPr="00D06B0C" w:rsidRDefault="00D06B0C" w:rsidP="00D06B0C">
            <w:pPr>
              <w:ind w:left="-57" w:right="-57"/>
              <w:jc w:val="center"/>
              <w:rPr>
                <w:rFonts w:cs="Times New Roman"/>
                <w:b/>
                <w:color w:val="0000FF"/>
              </w:rPr>
            </w:pPr>
            <w:r>
              <w:rPr>
                <w:rFonts w:cs="Times New Roman"/>
                <w:b/>
                <w:color w:val="0000FF"/>
              </w:rPr>
              <w:t>B</w:t>
            </w:r>
          </w:p>
        </w:tc>
        <w:tc>
          <w:tcPr>
            <w:tcW w:w="579" w:type="dxa"/>
          </w:tcPr>
          <w:p w14:paraId="418050E1" w14:textId="353D2979" w:rsidR="00D06B0C" w:rsidRPr="00D06B0C" w:rsidRDefault="00D06B0C" w:rsidP="00D06B0C">
            <w:pPr>
              <w:ind w:left="-57" w:right="-57"/>
              <w:jc w:val="center"/>
              <w:rPr>
                <w:rFonts w:cs="Times New Roman"/>
                <w:b/>
                <w:color w:val="0000FF"/>
              </w:rPr>
            </w:pPr>
            <w:r>
              <w:rPr>
                <w:rFonts w:cs="Times New Roman"/>
                <w:b/>
                <w:color w:val="0000FF"/>
              </w:rPr>
              <w:t>C</w:t>
            </w:r>
          </w:p>
        </w:tc>
        <w:tc>
          <w:tcPr>
            <w:tcW w:w="579" w:type="dxa"/>
          </w:tcPr>
          <w:p w14:paraId="72AB91FD" w14:textId="066CDC14" w:rsidR="00D06B0C" w:rsidRPr="00D06B0C" w:rsidRDefault="00D06B0C" w:rsidP="00D06B0C">
            <w:pPr>
              <w:ind w:left="-57" w:right="-57"/>
              <w:jc w:val="center"/>
              <w:rPr>
                <w:rFonts w:cs="Times New Roman"/>
                <w:b/>
                <w:color w:val="0000FF"/>
              </w:rPr>
            </w:pPr>
            <w:r>
              <w:rPr>
                <w:rFonts w:cs="Times New Roman"/>
                <w:b/>
                <w:color w:val="0000FF"/>
              </w:rPr>
              <w:t>C</w:t>
            </w:r>
          </w:p>
        </w:tc>
        <w:tc>
          <w:tcPr>
            <w:tcW w:w="579" w:type="dxa"/>
          </w:tcPr>
          <w:p w14:paraId="3B0C9756" w14:textId="1943ABEE" w:rsidR="00D06B0C" w:rsidRPr="00D06B0C" w:rsidRDefault="00D06B0C" w:rsidP="00D06B0C">
            <w:pPr>
              <w:ind w:left="-57" w:right="-57"/>
              <w:jc w:val="center"/>
              <w:rPr>
                <w:rFonts w:cs="Times New Roman"/>
                <w:b/>
                <w:color w:val="0000FF"/>
              </w:rPr>
            </w:pPr>
            <w:r>
              <w:rPr>
                <w:rFonts w:cs="Times New Roman"/>
                <w:b/>
                <w:color w:val="0000FF"/>
              </w:rPr>
              <w:t>D</w:t>
            </w:r>
          </w:p>
        </w:tc>
        <w:tc>
          <w:tcPr>
            <w:tcW w:w="579" w:type="dxa"/>
          </w:tcPr>
          <w:p w14:paraId="6D16A4F7" w14:textId="542799EF" w:rsidR="00D06B0C" w:rsidRPr="00D06B0C" w:rsidRDefault="00D06B0C" w:rsidP="00D06B0C">
            <w:pPr>
              <w:ind w:left="-57" w:right="-57"/>
              <w:jc w:val="center"/>
              <w:rPr>
                <w:rFonts w:cs="Times New Roman"/>
                <w:b/>
                <w:color w:val="0000FF"/>
              </w:rPr>
            </w:pPr>
            <w:r>
              <w:rPr>
                <w:rFonts w:cs="Times New Roman"/>
                <w:b/>
                <w:color w:val="0000FF"/>
              </w:rPr>
              <w:t>A</w:t>
            </w:r>
          </w:p>
        </w:tc>
        <w:tc>
          <w:tcPr>
            <w:tcW w:w="579" w:type="dxa"/>
          </w:tcPr>
          <w:p w14:paraId="18C3990F" w14:textId="0E4942D0" w:rsidR="00D06B0C" w:rsidRPr="00D06B0C" w:rsidRDefault="00D06B0C" w:rsidP="00D06B0C">
            <w:pPr>
              <w:ind w:left="-57" w:right="-57"/>
              <w:jc w:val="center"/>
              <w:rPr>
                <w:rFonts w:cs="Times New Roman"/>
                <w:b/>
                <w:color w:val="0000FF"/>
              </w:rPr>
            </w:pPr>
            <w:r>
              <w:rPr>
                <w:rFonts w:cs="Times New Roman"/>
                <w:b/>
                <w:color w:val="0000FF"/>
              </w:rPr>
              <w:t>C</w:t>
            </w:r>
          </w:p>
        </w:tc>
        <w:tc>
          <w:tcPr>
            <w:tcW w:w="579" w:type="dxa"/>
          </w:tcPr>
          <w:p w14:paraId="22D39BB5" w14:textId="2B94E900" w:rsidR="00D06B0C" w:rsidRPr="00D06B0C" w:rsidRDefault="00D06B0C" w:rsidP="00D06B0C">
            <w:pPr>
              <w:ind w:left="-57" w:right="-57"/>
              <w:jc w:val="center"/>
              <w:rPr>
                <w:rFonts w:cs="Times New Roman"/>
                <w:b/>
                <w:color w:val="0000FF"/>
              </w:rPr>
            </w:pPr>
            <w:r>
              <w:rPr>
                <w:rFonts w:cs="Times New Roman"/>
                <w:b/>
                <w:color w:val="0000FF"/>
              </w:rPr>
              <w:t>B</w:t>
            </w:r>
          </w:p>
        </w:tc>
        <w:tc>
          <w:tcPr>
            <w:tcW w:w="579" w:type="dxa"/>
          </w:tcPr>
          <w:p w14:paraId="2B093EA1" w14:textId="0ABB6AC3" w:rsidR="00D06B0C" w:rsidRPr="00D06B0C" w:rsidRDefault="00D06B0C" w:rsidP="00D06B0C">
            <w:pPr>
              <w:ind w:left="-57" w:right="-57"/>
              <w:jc w:val="center"/>
              <w:rPr>
                <w:rFonts w:cs="Times New Roman"/>
                <w:b/>
                <w:color w:val="0000FF"/>
              </w:rPr>
            </w:pPr>
            <w:r>
              <w:rPr>
                <w:rFonts w:cs="Times New Roman"/>
                <w:b/>
                <w:color w:val="0000FF"/>
              </w:rPr>
              <w:t>C</w:t>
            </w:r>
          </w:p>
        </w:tc>
        <w:tc>
          <w:tcPr>
            <w:tcW w:w="579" w:type="dxa"/>
          </w:tcPr>
          <w:p w14:paraId="1CB47218" w14:textId="52FB7270" w:rsidR="00D06B0C" w:rsidRPr="00D06B0C" w:rsidRDefault="00D06B0C" w:rsidP="00D06B0C">
            <w:pPr>
              <w:ind w:left="-57" w:right="-57"/>
              <w:jc w:val="center"/>
              <w:rPr>
                <w:rFonts w:cs="Times New Roman"/>
                <w:b/>
                <w:color w:val="0000FF"/>
              </w:rPr>
            </w:pPr>
            <w:r>
              <w:rPr>
                <w:rFonts w:cs="Times New Roman"/>
                <w:b/>
                <w:color w:val="0000FF"/>
              </w:rPr>
              <w:t>A</w:t>
            </w:r>
          </w:p>
        </w:tc>
        <w:tc>
          <w:tcPr>
            <w:tcW w:w="579" w:type="dxa"/>
          </w:tcPr>
          <w:p w14:paraId="5189C0C2" w14:textId="136203FD" w:rsidR="00D06B0C" w:rsidRPr="00D06B0C" w:rsidRDefault="00D06B0C" w:rsidP="00D06B0C">
            <w:pPr>
              <w:ind w:left="-57" w:right="-57"/>
              <w:jc w:val="center"/>
              <w:rPr>
                <w:rFonts w:cs="Times New Roman"/>
                <w:b/>
                <w:color w:val="0000FF"/>
              </w:rPr>
            </w:pPr>
            <w:r>
              <w:rPr>
                <w:rFonts w:cs="Times New Roman"/>
                <w:b/>
                <w:color w:val="0000FF"/>
              </w:rPr>
              <w:t>D</w:t>
            </w:r>
          </w:p>
        </w:tc>
        <w:tc>
          <w:tcPr>
            <w:tcW w:w="579" w:type="dxa"/>
          </w:tcPr>
          <w:p w14:paraId="2CB4BB9A" w14:textId="323FB776" w:rsidR="00D06B0C" w:rsidRPr="00D06B0C" w:rsidRDefault="00D06B0C" w:rsidP="00D06B0C">
            <w:pPr>
              <w:ind w:left="-57" w:right="-57"/>
              <w:jc w:val="center"/>
              <w:rPr>
                <w:rFonts w:cs="Times New Roman"/>
                <w:b/>
                <w:color w:val="0000FF"/>
              </w:rPr>
            </w:pPr>
            <w:r>
              <w:rPr>
                <w:rFonts w:cs="Times New Roman"/>
                <w:b/>
                <w:color w:val="0000FF"/>
              </w:rPr>
              <w:t>A</w:t>
            </w:r>
          </w:p>
        </w:tc>
        <w:tc>
          <w:tcPr>
            <w:tcW w:w="579" w:type="dxa"/>
          </w:tcPr>
          <w:p w14:paraId="2C8DD6B7" w14:textId="516DE655" w:rsidR="00D06B0C" w:rsidRPr="00D06B0C" w:rsidRDefault="00D06B0C" w:rsidP="00D06B0C">
            <w:pPr>
              <w:ind w:left="-57" w:right="-57"/>
              <w:jc w:val="center"/>
              <w:rPr>
                <w:rFonts w:cs="Times New Roman"/>
                <w:b/>
                <w:color w:val="0000FF"/>
              </w:rPr>
            </w:pPr>
            <w:r>
              <w:rPr>
                <w:rFonts w:cs="Times New Roman"/>
                <w:b/>
                <w:color w:val="0000FF"/>
              </w:rPr>
              <w:t>A</w:t>
            </w:r>
          </w:p>
        </w:tc>
        <w:tc>
          <w:tcPr>
            <w:tcW w:w="579" w:type="dxa"/>
          </w:tcPr>
          <w:p w14:paraId="5873072A" w14:textId="002A3B20" w:rsidR="00D06B0C" w:rsidRPr="00D06B0C" w:rsidRDefault="00D06B0C" w:rsidP="00D06B0C">
            <w:pPr>
              <w:ind w:left="-57" w:right="-57"/>
              <w:jc w:val="center"/>
              <w:rPr>
                <w:rFonts w:cs="Times New Roman"/>
                <w:b/>
                <w:color w:val="0000FF"/>
              </w:rPr>
            </w:pPr>
            <w:r>
              <w:rPr>
                <w:rFonts w:cs="Times New Roman"/>
                <w:b/>
                <w:color w:val="0000FF"/>
              </w:rPr>
              <w:t>D</w:t>
            </w:r>
          </w:p>
        </w:tc>
        <w:tc>
          <w:tcPr>
            <w:tcW w:w="579" w:type="dxa"/>
          </w:tcPr>
          <w:p w14:paraId="4FE6CA8C" w14:textId="6F2AF1D8" w:rsidR="00D06B0C" w:rsidRPr="00D06B0C" w:rsidRDefault="00D06B0C" w:rsidP="00D06B0C">
            <w:pPr>
              <w:ind w:left="-57" w:right="-57"/>
              <w:jc w:val="center"/>
              <w:rPr>
                <w:rFonts w:cs="Times New Roman"/>
                <w:b/>
                <w:color w:val="0000FF"/>
              </w:rPr>
            </w:pPr>
            <w:r>
              <w:rPr>
                <w:rFonts w:cs="Times New Roman"/>
                <w:b/>
                <w:color w:val="0000FF"/>
              </w:rPr>
              <w:t>B</w:t>
            </w:r>
          </w:p>
        </w:tc>
        <w:tc>
          <w:tcPr>
            <w:tcW w:w="579" w:type="dxa"/>
          </w:tcPr>
          <w:p w14:paraId="63F5331A" w14:textId="5D8CE6A7" w:rsidR="00D06B0C" w:rsidRPr="00D06B0C" w:rsidRDefault="00D06B0C" w:rsidP="00D06B0C">
            <w:pPr>
              <w:ind w:left="-57" w:right="-57"/>
              <w:jc w:val="center"/>
              <w:rPr>
                <w:rFonts w:cs="Times New Roman"/>
                <w:b/>
                <w:color w:val="0000FF"/>
              </w:rPr>
            </w:pPr>
            <w:r>
              <w:rPr>
                <w:rFonts w:cs="Times New Roman"/>
                <w:b/>
                <w:color w:val="0000FF"/>
              </w:rPr>
              <w:t>B</w:t>
            </w:r>
          </w:p>
        </w:tc>
        <w:tc>
          <w:tcPr>
            <w:tcW w:w="579" w:type="dxa"/>
          </w:tcPr>
          <w:p w14:paraId="50B648E8" w14:textId="01796E36" w:rsidR="00D06B0C" w:rsidRPr="00D06B0C" w:rsidRDefault="00D06B0C" w:rsidP="00D06B0C">
            <w:pPr>
              <w:ind w:left="-57" w:right="-57"/>
              <w:jc w:val="center"/>
              <w:rPr>
                <w:rFonts w:cs="Times New Roman"/>
                <w:b/>
                <w:color w:val="0000FF"/>
              </w:rPr>
            </w:pPr>
            <w:r>
              <w:rPr>
                <w:rFonts w:cs="Times New Roman"/>
                <w:b/>
                <w:color w:val="0000FF"/>
              </w:rPr>
              <w:t>D</w:t>
            </w:r>
          </w:p>
        </w:tc>
        <w:tc>
          <w:tcPr>
            <w:tcW w:w="579" w:type="dxa"/>
          </w:tcPr>
          <w:p w14:paraId="7C17CBA9" w14:textId="2A85C36B" w:rsidR="00D06B0C" w:rsidRPr="00D06B0C" w:rsidRDefault="00D06B0C" w:rsidP="00D06B0C">
            <w:pPr>
              <w:ind w:left="-57" w:right="-57"/>
              <w:jc w:val="center"/>
              <w:rPr>
                <w:rFonts w:cs="Times New Roman"/>
                <w:b/>
                <w:color w:val="0000FF"/>
              </w:rPr>
            </w:pPr>
            <w:r>
              <w:rPr>
                <w:rFonts w:cs="Times New Roman"/>
                <w:b/>
                <w:color w:val="0000FF"/>
              </w:rPr>
              <w:t>B</w:t>
            </w:r>
          </w:p>
        </w:tc>
        <w:tc>
          <w:tcPr>
            <w:tcW w:w="579" w:type="dxa"/>
          </w:tcPr>
          <w:p w14:paraId="37ED1B5D" w14:textId="77777777" w:rsidR="00D06B0C" w:rsidRPr="00D06B0C" w:rsidRDefault="00D06B0C" w:rsidP="00D06B0C">
            <w:pPr>
              <w:ind w:left="-57" w:right="-57"/>
              <w:jc w:val="center"/>
              <w:rPr>
                <w:rFonts w:cs="Times New Roman"/>
                <w:b/>
                <w:color w:val="0000FF"/>
              </w:rPr>
            </w:pPr>
          </w:p>
        </w:tc>
      </w:tr>
    </w:tbl>
    <w:p w14:paraId="7CB0A2A3" w14:textId="77777777" w:rsidR="00DE7E5C" w:rsidRDefault="00DE7E5C" w:rsidP="000D500B">
      <w:pPr>
        <w:ind w:left="992"/>
        <w:jc w:val="center"/>
        <w:rPr>
          <w:rFonts w:cs="Times New Roman"/>
          <w:b/>
          <w:color w:val="0000FF"/>
        </w:rPr>
      </w:pPr>
      <w:r>
        <w:rPr>
          <w:rFonts w:cs="Times New Roman"/>
          <w:b/>
          <w:color w:val="0000FF"/>
        </w:rPr>
        <w:t>ĐỀ 2-11</w:t>
      </w:r>
    </w:p>
    <w:p w14:paraId="1F5C391C" w14:textId="77777777" w:rsidR="00DE7E5C" w:rsidRPr="000D500B" w:rsidRDefault="00DE7E5C" w:rsidP="000D500B">
      <w:pPr>
        <w:ind w:left="992"/>
        <w:rPr>
          <w:rFonts w:cs="Times New Roman"/>
        </w:rPr>
      </w:pPr>
      <w:r w:rsidRPr="000D500B">
        <w:rPr>
          <w:rFonts w:cs="Times New Roman"/>
          <w:b/>
          <w:color w:val="0000FF"/>
        </w:rPr>
        <w:t>Phần I: Trắc nghiệm</w:t>
      </w:r>
    </w:p>
    <w:p w14:paraId="30079E3F"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w:t>
      </w:r>
      <w:r w:rsidRPr="000D500B">
        <w:rPr>
          <w:rFonts w:cs="Times New Roman"/>
          <w:b/>
          <w:color w:val="0000FF"/>
        </w:rPr>
        <w:tab/>
      </w:r>
      <w:r w:rsidRPr="000D500B">
        <w:rPr>
          <w:rFonts w:cs="Times New Roman"/>
        </w:rPr>
        <w:t>Trong các hàm số sau, hàm số nào là hàm số tuần hoàn</w:t>
      </w:r>
    </w:p>
    <w:p w14:paraId="2F4E9DC5"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0"/>
        </w:rPr>
        <w:object w:dxaOrig="900" w:dyaOrig="320" w14:anchorId="42786A1B">
          <v:shape id="_x0000_i1221" type="#_x0000_t75" style="width:45pt;height:16.2pt" o:ole="">
            <v:imagedata r:id="rId398" o:title=""/>
          </v:shape>
          <o:OLEObject Type="Embed" ProgID="Equation.DSMT4" ShapeID="_x0000_i1221" DrawAspect="Content" ObjectID="_1699918011" r:id="rId399"/>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0"/>
        </w:rPr>
        <w:object w:dxaOrig="1380" w:dyaOrig="320" w14:anchorId="208B5C8F">
          <v:shape id="_x0000_i1222" type="#_x0000_t75" style="width:69pt;height:16.2pt" o:ole="">
            <v:imagedata r:id="rId400" o:title=""/>
          </v:shape>
          <o:OLEObject Type="Embed" ProgID="Equation.DSMT4" ShapeID="_x0000_i1222" DrawAspect="Content" ObjectID="_1699918012" r:id="rId401"/>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0"/>
        </w:rPr>
        <w:object w:dxaOrig="1060" w:dyaOrig="300" w14:anchorId="1D6AB01F">
          <v:shape id="_x0000_i1223" type="#_x0000_t75" style="width:52.8pt;height:15pt" o:ole="">
            <v:imagedata r:id="rId402" o:title=""/>
          </v:shape>
          <o:OLEObject Type="Embed" ProgID="Equation.DSMT4" ShapeID="_x0000_i1223" DrawAspect="Content" ObjectID="_1699918013" r:id="rId403"/>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0"/>
        </w:rPr>
        <w:object w:dxaOrig="1320" w:dyaOrig="320" w14:anchorId="20F34465">
          <v:shape id="_x0000_i1224" type="#_x0000_t75" style="width:66pt;height:16.2pt" o:ole="">
            <v:imagedata r:id="rId404" o:title=""/>
          </v:shape>
          <o:OLEObject Type="Embed" ProgID="Equation.DSMT4" ShapeID="_x0000_i1224" DrawAspect="Content" ObjectID="_1699918014" r:id="rId405"/>
        </w:object>
      </w:r>
      <w:r w:rsidRPr="000D500B">
        <w:rPr>
          <w:rFonts w:cs="Times New Roman"/>
        </w:rPr>
        <w:t>.</w:t>
      </w:r>
    </w:p>
    <w:p w14:paraId="760761F5"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w:t>
      </w:r>
      <w:r w:rsidRPr="000D500B">
        <w:rPr>
          <w:rFonts w:cs="Times New Roman"/>
          <w:b/>
          <w:color w:val="0000FF"/>
        </w:rPr>
        <w:tab/>
      </w:r>
      <w:r w:rsidRPr="000D500B">
        <w:rPr>
          <w:rFonts w:cs="Times New Roman"/>
        </w:rPr>
        <w:t xml:space="preserve">Tập nghiệm của phương trình </w:t>
      </w:r>
      <w:r w:rsidRPr="000D500B">
        <w:rPr>
          <w:position w:val="-6"/>
        </w:rPr>
        <w:object w:dxaOrig="820" w:dyaOrig="279" w14:anchorId="2F9393D6">
          <v:shape id="_x0000_i1225" type="#_x0000_t75" style="width:40.8pt;height:13.8pt" o:ole="">
            <v:imagedata r:id="rId406" o:title=""/>
          </v:shape>
          <o:OLEObject Type="Embed" ProgID="Equation.DSMT4" ShapeID="_x0000_i1225" DrawAspect="Content" ObjectID="_1699918015" r:id="rId407"/>
        </w:object>
      </w:r>
      <w:r w:rsidRPr="000D500B">
        <w:rPr>
          <w:rFonts w:cs="Times New Roman"/>
        </w:rPr>
        <w:t xml:space="preserve"> là</w:t>
      </w:r>
    </w:p>
    <w:p w14:paraId="1445FA94"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28"/>
        </w:rPr>
        <w:object w:dxaOrig="2140" w:dyaOrig="680" w14:anchorId="4B9B349C">
          <v:shape id="_x0000_i1226" type="#_x0000_t75" style="width:106.8pt;height:34.2pt" o:ole="">
            <v:imagedata r:id="rId408" o:title=""/>
          </v:shape>
          <o:OLEObject Type="Embed" ProgID="Equation.DSMT4" ShapeID="_x0000_i1226" DrawAspect="Content" ObjectID="_1699918016" r:id="rId409"/>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0"/>
        </w:rPr>
        <w:object w:dxaOrig="1520" w:dyaOrig="320" w14:anchorId="1C3E2389">
          <v:shape id="_x0000_i1227" type="#_x0000_t75" style="width:76.2pt;height:16.2pt" o:ole="">
            <v:imagedata r:id="rId410" o:title=""/>
          </v:shape>
          <o:OLEObject Type="Embed" ProgID="Equation.DSMT4" ShapeID="_x0000_i1227" DrawAspect="Content" ObjectID="_1699918017" r:id="rId411"/>
        </w:object>
      </w:r>
      <w:r w:rsidRPr="000D500B">
        <w:rPr>
          <w:rFonts w:cs="Times New Roman"/>
        </w:rPr>
        <w:t>.</w:t>
      </w:r>
    </w:p>
    <w:p w14:paraId="5BAABBEF"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C. </w:t>
      </w:r>
      <w:r w:rsidRPr="000D500B">
        <w:rPr>
          <w:rFonts w:cs="Times New Roman"/>
          <w:position w:val="-28"/>
        </w:rPr>
        <w:object w:dxaOrig="2000" w:dyaOrig="680" w14:anchorId="16E5F09A">
          <v:shape id="_x0000_i1228" type="#_x0000_t75" style="width:100.2pt;height:34.2pt" o:ole="">
            <v:imagedata r:id="rId412" o:title=""/>
          </v:shape>
          <o:OLEObject Type="Embed" ProgID="Equation.DSMT4" ShapeID="_x0000_i1228" DrawAspect="Content" ObjectID="_1699918018" r:id="rId413"/>
        </w:object>
      </w:r>
      <w:r w:rsidRPr="000D500B">
        <w:rPr>
          <w:rFonts w:cs="Times New Roman"/>
        </w:rPr>
        <w:t>.</w:t>
      </w:r>
      <w:r w:rsidRPr="000D500B">
        <w:rPr>
          <w:rFonts w:cs="Times New Roman"/>
        </w:rPr>
        <w:tab/>
      </w:r>
      <w:r>
        <w:rPr>
          <w:rFonts w:cs="Times New Roman"/>
        </w:rPr>
        <w:tab/>
      </w:r>
      <w:r w:rsidRPr="000D500B">
        <w:rPr>
          <w:rFonts w:cs="Times New Roman"/>
          <w:b/>
          <w:color w:val="0000FF"/>
        </w:rPr>
        <w:t xml:space="preserve">D. </w:t>
      </w:r>
      <w:r w:rsidRPr="000D500B">
        <w:rPr>
          <w:rFonts w:cs="Times New Roman"/>
          <w:position w:val="-10"/>
        </w:rPr>
        <w:object w:dxaOrig="1640" w:dyaOrig="320" w14:anchorId="0E4BEF68">
          <v:shape id="_x0000_i1229" type="#_x0000_t75" style="width:82.2pt;height:16.2pt" o:ole="">
            <v:imagedata r:id="rId414" o:title=""/>
          </v:shape>
          <o:OLEObject Type="Embed" ProgID="Equation.DSMT4" ShapeID="_x0000_i1229" DrawAspect="Content" ObjectID="_1699918019" r:id="rId415"/>
        </w:object>
      </w:r>
      <w:r w:rsidRPr="000D500B">
        <w:rPr>
          <w:rFonts w:cs="Times New Roman"/>
        </w:rPr>
        <w:t>.</w:t>
      </w:r>
    </w:p>
    <w:p w14:paraId="3FF89432"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3:</w:t>
      </w:r>
      <w:r w:rsidRPr="000D500B">
        <w:rPr>
          <w:rFonts w:cs="Times New Roman"/>
          <w:b/>
          <w:color w:val="0000FF"/>
        </w:rPr>
        <w:tab/>
      </w:r>
      <w:r w:rsidRPr="000D500B">
        <w:rPr>
          <w:rFonts w:cs="Times New Roman"/>
        </w:rPr>
        <w:t>Trong các phương trình sau, phương trình nào có nghiệm?</w:t>
      </w:r>
    </w:p>
    <w:p w14:paraId="3E5A09DF"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6"/>
        </w:rPr>
        <w:object w:dxaOrig="1960" w:dyaOrig="320" w14:anchorId="122C29BF">
          <v:shape id="_x0000_i1230" type="#_x0000_t75" style="width:97.8pt;height:16.2pt" o:ole="">
            <v:imagedata r:id="rId416" o:title=""/>
          </v:shape>
          <o:OLEObject Type="Embed" ProgID="Equation.DSMT4" ShapeID="_x0000_i1230" DrawAspect="Content" ObjectID="_1699918020" r:id="rId417"/>
        </w:object>
      </w:r>
      <w:r w:rsidRPr="000D500B">
        <w:rPr>
          <w:rFonts w:cs="Times New Roman"/>
        </w:rPr>
        <w:t>.</w:t>
      </w:r>
      <w:r w:rsidRPr="000D500B">
        <w:rPr>
          <w:rFonts w:cs="Times New Roman"/>
        </w:rPr>
        <w:tab/>
      </w:r>
      <w:r>
        <w:rPr>
          <w:rFonts w:cs="Times New Roman"/>
        </w:rPr>
        <w:tab/>
      </w:r>
      <w:r w:rsidRPr="000D500B">
        <w:rPr>
          <w:rFonts w:cs="Times New Roman"/>
          <w:b/>
          <w:color w:val="0000FF"/>
        </w:rPr>
        <w:t xml:space="preserve">B. </w:t>
      </w:r>
      <w:r w:rsidRPr="000D500B">
        <w:rPr>
          <w:rFonts w:cs="Times New Roman"/>
          <w:position w:val="-24"/>
        </w:rPr>
        <w:object w:dxaOrig="940" w:dyaOrig="620" w14:anchorId="434A4A5F">
          <v:shape id="_x0000_i1231" type="#_x0000_t75" style="width:46.8pt;height:31.2pt" o:ole="">
            <v:imagedata r:id="rId418" o:title=""/>
          </v:shape>
          <o:OLEObject Type="Embed" ProgID="Equation.DSMT4" ShapeID="_x0000_i1231" DrawAspect="Content" ObjectID="_1699918021" r:id="rId419"/>
        </w:object>
      </w:r>
      <w:r w:rsidRPr="000D500B">
        <w:rPr>
          <w:rFonts w:cs="Times New Roman"/>
        </w:rPr>
        <w:t>.</w:t>
      </w:r>
    </w:p>
    <w:p w14:paraId="1F398356"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C. </w:t>
      </w:r>
      <w:r w:rsidRPr="000D500B">
        <w:rPr>
          <w:rFonts w:cs="Times New Roman"/>
          <w:position w:val="-6"/>
        </w:rPr>
        <w:object w:dxaOrig="1980" w:dyaOrig="320" w14:anchorId="1413EB04">
          <v:shape id="_x0000_i1232" type="#_x0000_t75" style="width:99pt;height:16.2pt" o:ole="">
            <v:imagedata r:id="rId420" o:title=""/>
          </v:shape>
          <o:OLEObject Type="Embed" ProgID="Equation.DSMT4" ShapeID="_x0000_i1232" DrawAspect="Content" ObjectID="_1699918022" r:id="rId421"/>
        </w:object>
      </w:r>
      <w:r w:rsidRPr="000D500B">
        <w:rPr>
          <w:rFonts w:cs="Times New Roman"/>
        </w:rPr>
        <w:t>.</w:t>
      </w:r>
      <w:r w:rsidRPr="000D500B">
        <w:rPr>
          <w:rFonts w:cs="Times New Roman"/>
        </w:rPr>
        <w:tab/>
      </w:r>
      <w:r>
        <w:rPr>
          <w:rFonts w:cs="Times New Roman"/>
        </w:rPr>
        <w:tab/>
      </w:r>
      <w:r w:rsidRPr="000D500B">
        <w:rPr>
          <w:rFonts w:cs="Times New Roman"/>
          <w:b/>
          <w:color w:val="0000FF"/>
        </w:rPr>
        <w:t xml:space="preserve">D. </w:t>
      </w:r>
      <w:r w:rsidRPr="000D500B">
        <w:rPr>
          <w:rFonts w:cs="Times New Roman"/>
          <w:position w:val="-6"/>
        </w:rPr>
        <w:object w:dxaOrig="2280" w:dyaOrig="279" w14:anchorId="5B2BBD63">
          <v:shape id="_x0000_i1233" type="#_x0000_t75" style="width:114pt;height:13.8pt" o:ole="">
            <v:imagedata r:id="rId422" o:title=""/>
          </v:shape>
          <o:OLEObject Type="Embed" ProgID="Equation.DSMT4" ShapeID="_x0000_i1233" DrawAspect="Content" ObjectID="_1699918023" r:id="rId423"/>
        </w:object>
      </w:r>
      <w:r w:rsidRPr="000D500B">
        <w:rPr>
          <w:rFonts w:cs="Times New Roman"/>
        </w:rPr>
        <w:t>.</w:t>
      </w:r>
    </w:p>
    <w:p w14:paraId="7C702D1D"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4:</w:t>
      </w:r>
      <w:r w:rsidRPr="000D500B">
        <w:rPr>
          <w:rFonts w:cs="Times New Roman"/>
          <w:b/>
          <w:color w:val="0000FF"/>
        </w:rPr>
        <w:tab/>
      </w:r>
      <w:r w:rsidRPr="000D500B">
        <w:rPr>
          <w:rFonts w:cs="Times New Roman"/>
        </w:rPr>
        <w:t xml:space="preserve">Lớp </w:t>
      </w:r>
      <w:r w:rsidRPr="000D500B">
        <w:rPr>
          <w:position w:val="-4"/>
        </w:rPr>
        <w:object w:dxaOrig="440" w:dyaOrig="260" w14:anchorId="380D5D00">
          <v:shape id="_x0000_i1234" type="#_x0000_t75" style="width:22.2pt;height:13.2pt" o:ole="">
            <v:imagedata r:id="rId424" o:title=""/>
          </v:shape>
          <o:OLEObject Type="Embed" ProgID="Equation.DSMT4" ShapeID="_x0000_i1234" DrawAspect="Content" ObjectID="_1699918024" r:id="rId425"/>
        </w:object>
      </w:r>
      <w:r w:rsidRPr="000D500B">
        <w:rPr>
          <w:rFonts w:cs="Times New Roman"/>
        </w:rPr>
        <w:t xml:space="preserve"> có 18 học sinh nữ và 17 học sinh nam. Thầy giáo chọn ngẫu nhiên một học sinh trong lóp để tham gia hoạt động của Đoàn thanh niên. Hỏi thầy giáo có bao nhiêu cách chọn?</w:t>
      </w:r>
    </w:p>
    <w:p w14:paraId="767FBE8C"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35.</w:t>
      </w:r>
      <w:r w:rsidRPr="000D500B">
        <w:rPr>
          <w:rFonts w:cs="Times New Roman"/>
        </w:rPr>
        <w:tab/>
      </w:r>
      <w:r w:rsidRPr="000D500B">
        <w:rPr>
          <w:rFonts w:cs="Times New Roman"/>
          <w:b/>
          <w:color w:val="0000FF"/>
        </w:rPr>
        <w:t xml:space="preserve">B. </w:t>
      </w:r>
      <w:r w:rsidRPr="000D500B">
        <w:rPr>
          <w:rFonts w:cs="Times New Roman"/>
        </w:rPr>
        <w:t>18.</w:t>
      </w:r>
      <w:r w:rsidRPr="000D500B">
        <w:rPr>
          <w:rFonts w:cs="Times New Roman"/>
        </w:rPr>
        <w:tab/>
      </w:r>
      <w:r w:rsidRPr="000D500B">
        <w:rPr>
          <w:rFonts w:cs="Times New Roman"/>
          <w:b/>
          <w:color w:val="0000FF"/>
        </w:rPr>
        <w:t xml:space="preserve">C. </w:t>
      </w:r>
      <w:r w:rsidRPr="000D500B">
        <w:rPr>
          <w:rFonts w:cs="Times New Roman"/>
        </w:rPr>
        <w:t>17.</w:t>
      </w:r>
      <w:r w:rsidRPr="000D500B">
        <w:rPr>
          <w:rFonts w:cs="Times New Roman"/>
        </w:rPr>
        <w:tab/>
      </w:r>
      <w:r w:rsidRPr="000D500B">
        <w:rPr>
          <w:rFonts w:cs="Times New Roman"/>
          <w:b/>
          <w:color w:val="0000FF"/>
        </w:rPr>
        <w:t xml:space="preserve">D. </w:t>
      </w:r>
      <w:r w:rsidRPr="000D500B">
        <w:rPr>
          <w:rFonts w:cs="Times New Roman"/>
        </w:rPr>
        <w:t>306.</w:t>
      </w:r>
    </w:p>
    <w:p w14:paraId="1DBDFB5F"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5:</w:t>
      </w:r>
      <w:r w:rsidRPr="000D500B">
        <w:rPr>
          <w:rFonts w:cs="Times New Roman"/>
          <w:b/>
          <w:color w:val="0000FF"/>
        </w:rPr>
        <w:tab/>
      </w:r>
      <w:r w:rsidRPr="000D500B">
        <w:rPr>
          <w:rFonts w:cs="Times New Roman"/>
        </w:rPr>
        <w:t>Bạn An có 5 cái bút khác nhau và 10 quyển sách khác nhau. Bạn chọn ngẫu nhiên 1 cái bút và 1 quyển sách. Hỏi bạn có bao nhiêu cách chọn?</w:t>
      </w:r>
    </w:p>
    <w:p w14:paraId="1C611E64"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50.</w:t>
      </w:r>
      <w:r w:rsidRPr="000D500B">
        <w:rPr>
          <w:rFonts w:cs="Times New Roman"/>
        </w:rPr>
        <w:tab/>
      </w:r>
      <w:r w:rsidRPr="000D500B">
        <w:rPr>
          <w:rFonts w:cs="Times New Roman"/>
          <w:b/>
          <w:color w:val="0000FF"/>
        </w:rPr>
        <w:t xml:space="preserve">B. </w:t>
      </w:r>
      <w:r w:rsidRPr="000D500B">
        <w:rPr>
          <w:rFonts w:cs="Times New Roman"/>
        </w:rPr>
        <w:t>10.</w:t>
      </w:r>
      <w:r w:rsidRPr="000D500B">
        <w:rPr>
          <w:rFonts w:cs="Times New Roman"/>
        </w:rPr>
        <w:tab/>
      </w:r>
      <w:r w:rsidRPr="000D500B">
        <w:rPr>
          <w:rFonts w:cs="Times New Roman"/>
          <w:b/>
          <w:color w:val="0000FF"/>
        </w:rPr>
        <w:t xml:space="preserve">C. </w:t>
      </w:r>
      <w:r w:rsidRPr="000D500B">
        <w:rPr>
          <w:rFonts w:cs="Times New Roman"/>
        </w:rPr>
        <w:t>15.</w:t>
      </w:r>
      <w:r w:rsidRPr="000D500B">
        <w:rPr>
          <w:rFonts w:cs="Times New Roman"/>
        </w:rPr>
        <w:tab/>
      </w:r>
      <w:r w:rsidRPr="000D500B">
        <w:rPr>
          <w:rFonts w:cs="Times New Roman"/>
          <w:b/>
          <w:color w:val="0000FF"/>
        </w:rPr>
        <w:t xml:space="preserve">D. </w:t>
      </w:r>
      <w:r w:rsidRPr="000D500B">
        <w:rPr>
          <w:rFonts w:cs="Times New Roman"/>
        </w:rPr>
        <w:t>1.</w:t>
      </w:r>
    </w:p>
    <w:p w14:paraId="54D7A29E"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6:</w:t>
      </w:r>
      <w:r w:rsidRPr="000D500B">
        <w:rPr>
          <w:rFonts w:cs="Times New Roman"/>
          <w:b/>
          <w:color w:val="0000FF"/>
        </w:rPr>
        <w:tab/>
      </w:r>
      <w:r w:rsidRPr="000D500B">
        <w:rPr>
          <w:rFonts w:cs="Times New Roman"/>
        </w:rPr>
        <w:t>Mệnh đề nào dưới đây đúng?</w:t>
      </w:r>
    </w:p>
    <w:p w14:paraId="6F865B64"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6"/>
        </w:rPr>
        <w:object w:dxaOrig="520" w:dyaOrig="279" w14:anchorId="73B5A143">
          <v:shape id="_x0000_i1235" type="#_x0000_t75" style="width:25.8pt;height:13.8pt" o:ole="">
            <v:imagedata r:id="rId426" o:title=""/>
          </v:shape>
          <o:OLEObject Type="Embed" ProgID="Equation.DSMT4" ShapeID="_x0000_i1235" DrawAspect="Content" ObjectID="_1699918025" r:id="rId427"/>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6"/>
        </w:rPr>
        <w:object w:dxaOrig="620" w:dyaOrig="279" w14:anchorId="19F8867F">
          <v:shape id="_x0000_i1236" type="#_x0000_t75" style="width:31.2pt;height:13.8pt" o:ole="">
            <v:imagedata r:id="rId428" o:title=""/>
          </v:shape>
          <o:OLEObject Type="Embed" ProgID="Equation.DSMT4" ShapeID="_x0000_i1236" DrawAspect="Content" ObjectID="_1699918026" r:id="rId429"/>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2"/>
        </w:rPr>
        <w:object w:dxaOrig="880" w:dyaOrig="380" w14:anchorId="6E4C730D">
          <v:shape id="_x0000_i1237" type="#_x0000_t75" style="width:43.8pt;height:19.2pt" o:ole="">
            <v:imagedata r:id="rId430" o:title=""/>
          </v:shape>
          <o:OLEObject Type="Embed" ProgID="Equation.DSMT4" ShapeID="_x0000_i1237" DrawAspect="Content" ObjectID="_1699918027" r:id="rId431"/>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2"/>
        </w:rPr>
        <w:object w:dxaOrig="900" w:dyaOrig="380" w14:anchorId="05E6AD6A">
          <v:shape id="_x0000_i1238" type="#_x0000_t75" style="width:45pt;height:19.2pt" o:ole="">
            <v:imagedata r:id="rId432" o:title=""/>
          </v:shape>
          <o:OLEObject Type="Embed" ProgID="Equation.DSMT4" ShapeID="_x0000_i1238" DrawAspect="Content" ObjectID="_1699918028" r:id="rId433"/>
        </w:object>
      </w:r>
      <w:r w:rsidRPr="000D500B">
        <w:rPr>
          <w:rFonts w:cs="Times New Roman"/>
        </w:rPr>
        <w:t>.</w:t>
      </w:r>
    </w:p>
    <w:p w14:paraId="106CFCEC"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7:</w:t>
      </w:r>
      <w:r w:rsidRPr="000D500B">
        <w:rPr>
          <w:rFonts w:cs="Times New Roman"/>
          <w:b/>
          <w:color w:val="0000FF"/>
        </w:rPr>
        <w:tab/>
      </w:r>
      <w:r w:rsidRPr="000D500B">
        <w:rPr>
          <w:rFonts w:cs="Times New Roman"/>
        </w:rPr>
        <w:t>Số vectơ khác vecto-không được tạo thành từ 20 điểm phân biệt là?</w:t>
      </w:r>
    </w:p>
    <w:p w14:paraId="402FAB4C"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380.</w:t>
      </w:r>
      <w:r w:rsidRPr="000D500B">
        <w:rPr>
          <w:rFonts w:cs="Times New Roman"/>
        </w:rPr>
        <w:tab/>
      </w:r>
      <w:r w:rsidRPr="000D500B">
        <w:rPr>
          <w:rFonts w:cs="Times New Roman"/>
          <w:b/>
          <w:color w:val="0000FF"/>
        </w:rPr>
        <w:t xml:space="preserve">B. </w:t>
      </w:r>
      <w:r w:rsidRPr="000D500B">
        <w:rPr>
          <w:rFonts w:cs="Times New Roman"/>
        </w:rPr>
        <w:t>190.</w:t>
      </w:r>
      <w:r w:rsidRPr="000D500B">
        <w:rPr>
          <w:rFonts w:cs="Times New Roman"/>
        </w:rPr>
        <w:tab/>
      </w:r>
      <w:r w:rsidRPr="000D500B">
        <w:rPr>
          <w:rFonts w:cs="Times New Roman"/>
          <w:b/>
          <w:color w:val="0000FF"/>
        </w:rPr>
        <w:t xml:space="preserve">C. </w:t>
      </w:r>
      <w:r w:rsidRPr="000D500B">
        <w:rPr>
          <w:rFonts w:cs="Times New Roman"/>
          <w:position w:val="-6"/>
        </w:rPr>
        <w:object w:dxaOrig="360" w:dyaOrig="279" w14:anchorId="7D97805D">
          <v:shape id="_x0000_i1239" type="#_x0000_t75" style="width:18pt;height:13.8pt" o:ole="">
            <v:imagedata r:id="rId434" o:title=""/>
          </v:shape>
          <o:OLEObject Type="Embed" ProgID="Equation.DSMT4" ShapeID="_x0000_i1239" DrawAspect="Content" ObjectID="_1699918029" r:id="rId435"/>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rPr>
        <w:t>400.</w:t>
      </w:r>
    </w:p>
    <w:p w14:paraId="7FCB59F9"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8:</w:t>
      </w:r>
      <w:r w:rsidRPr="000D500B">
        <w:rPr>
          <w:rFonts w:cs="Times New Roman"/>
          <w:b/>
          <w:color w:val="0000FF"/>
        </w:rPr>
        <w:tab/>
      </w:r>
      <w:r w:rsidRPr="000D500B">
        <w:rPr>
          <w:rFonts w:cs="Times New Roman"/>
        </w:rPr>
        <w:t>Công thức nào dưới đây đúng?</w:t>
      </w:r>
    </w:p>
    <w:p w14:paraId="37479DB8"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28"/>
        </w:rPr>
        <w:object w:dxaOrig="1540" w:dyaOrig="660" w14:anchorId="38246D37">
          <v:shape id="_x0000_i1240" type="#_x0000_t75" style="width:76.8pt;height:33pt" o:ole="">
            <v:imagedata r:id="rId436" o:title=""/>
          </v:shape>
          <o:OLEObject Type="Embed" ProgID="Equation.DSMT4" ShapeID="_x0000_i1240" DrawAspect="Content" ObjectID="_1699918030" r:id="rId437"/>
        </w:object>
      </w:r>
      <w:r w:rsidRPr="000D500B">
        <w:rPr>
          <w:rFonts w:cs="Times New Roman"/>
        </w:rPr>
        <w:tab/>
      </w:r>
      <w:r w:rsidRPr="000D500B">
        <w:rPr>
          <w:rFonts w:cs="Times New Roman"/>
          <w:b/>
          <w:color w:val="0000FF"/>
        </w:rPr>
        <w:t xml:space="preserve">B. </w:t>
      </w:r>
      <w:r w:rsidRPr="000D500B">
        <w:rPr>
          <w:rFonts w:cs="Times New Roman"/>
          <w:position w:val="-28"/>
        </w:rPr>
        <w:object w:dxaOrig="1320" w:dyaOrig="660" w14:anchorId="687EB384">
          <v:shape id="_x0000_i1241" type="#_x0000_t75" style="width:66pt;height:33pt" o:ole="">
            <v:imagedata r:id="rId438" o:title=""/>
          </v:shape>
          <o:OLEObject Type="Embed" ProgID="Equation.DSMT4" ShapeID="_x0000_i1241" DrawAspect="Content" ObjectID="_1699918031" r:id="rId439"/>
        </w:object>
      </w:r>
      <w:r w:rsidRPr="000D500B">
        <w:rPr>
          <w:rFonts w:cs="Times New Roman"/>
        </w:rPr>
        <w:tab/>
      </w:r>
      <w:r w:rsidRPr="000D500B">
        <w:rPr>
          <w:rFonts w:cs="Times New Roman"/>
          <w:b/>
          <w:color w:val="0000FF"/>
        </w:rPr>
        <w:t xml:space="preserve">C. </w:t>
      </w:r>
      <w:r w:rsidRPr="000D500B">
        <w:rPr>
          <w:rFonts w:cs="Times New Roman"/>
          <w:position w:val="-28"/>
        </w:rPr>
        <w:object w:dxaOrig="1520" w:dyaOrig="660" w14:anchorId="5FB9B54E">
          <v:shape id="_x0000_i1242" type="#_x0000_t75" style="width:76.2pt;height:33pt" o:ole="">
            <v:imagedata r:id="rId440" o:title=""/>
          </v:shape>
          <o:OLEObject Type="Embed" ProgID="Equation.DSMT4" ShapeID="_x0000_i1242" DrawAspect="Content" ObjectID="_1699918032" r:id="rId441"/>
        </w:object>
      </w:r>
      <w:r w:rsidRPr="000D500B">
        <w:rPr>
          <w:rFonts w:cs="Times New Roman"/>
        </w:rPr>
        <w:tab/>
      </w:r>
      <w:r w:rsidRPr="000D500B">
        <w:rPr>
          <w:rFonts w:cs="Times New Roman"/>
          <w:b/>
          <w:color w:val="0000FF"/>
        </w:rPr>
        <w:t xml:space="preserve">D. </w:t>
      </w:r>
      <w:r w:rsidRPr="000D500B">
        <w:rPr>
          <w:rFonts w:cs="Times New Roman"/>
          <w:position w:val="-24"/>
        </w:rPr>
        <w:object w:dxaOrig="820" w:dyaOrig="620" w14:anchorId="726D4FD1">
          <v:shape id="_x0000_i1243" type="#_x0000_t75" style="width:40.8pt;height:31.2pt" o:ole="">
            <v:imagedata r:id="rId442" o:title=""/>
          </v:shape>
          <o:OLEObject Type="Embed" ProgID="Equation.DSMT4" ShapeID="_x0000_i1243" DrawAspect="Content" ObjectID="_1699918033" r:id="rId443"/>
        </w:object>
      </w:r>
    </w:p>
    <w:p w14:paraId="517A63D9"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9:</w:t>
      </w:r>
      <w:r w:rsidRPr="000D500B">
        <w:rPr>
          <w:rFonts w:cs="Times New Roman"/>
          <w:b/>
          <w:color w:val="0000FF"/>
        </w:rPr>
        <w:tab/>
      </w:r>
      <w:r w:rsidRPr="000D500B">
        <w:rPr>
          <w:rFonts w:cs="Times New Roman"/>
        </w:rPr>
        <w:t xml:space="preserve">Tập nghiệm của phương trình </w:t>
      </w:r>
      <w:r w:rsidRPr="000D500B">
        <w:rPr>
          <w:position w:val="-12"/>
        </w:rPr>
        <w:object w:dxaOrig="1820" w:dyaOrig="380" w14:anchorId="669C0700">
          <v:shape id="_x0000_i1244" type="#_x0000_t75" style="width:91.2pt;height:19.2pt" o:ole="">
            <v:imagedata r:id="rId444" o:title=""/>
          </v:shape>
          <o:OLEObject Type="Embed" ProgID="Equation.DSMT4" ShapeID="_x0000_i1244" DrawAspect="Content" ObjectID="_1699918034" r:id="rId445"/>
        </w:object>
      </w:r>
      <w:r w:rsidRPr="000D500B">
        <w:rPr>
          <w:rFonts w:cs="Times New Roman"/>
        </w:rPr>
        <w:t xml:space="preserve"> là</w:t>
      </w:r>
    </w:p>
    <w:p w14:paraId="5F556B06"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0"/>
        </w:rPr>
        <w:object w:dxaOrig="940" w:dyaOrig="320" w14:anchorId="0AC5716E">
          <v:shape id="_x0000_i1245" type="#_x0000_t75" style="width:46.8pt;height:16.2pt" o:ole="">
            <v:imagedata r:id="rId446" o:title=""/>
          </v:shape>
          <o:OLEObject Type="Embed" ProgID="Equation.DSMT4" ShapeID="_x0000_i1245" DrawAspect="Content" ObjectID="_1699918035" r:id="rId447"/>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0"/>
        </w:rPr>
        <w:object w:dxaOrig="1240" w:dyaOrig="320" w14:anchorId="539D480D">
          <v:shape id="_x0000_i1246" type="#_x0000_t75" style="width:61.8pt;height:16.2pt" o:ole="">
            <v:imagedata r:id="rId448" o:title=""/>
          </v:shape>
          <o:OLEObject Type="Embed" ProgID="Equation.DSMT4" ShapeID="_x0000_i1246" DrawAspect="Content" ObjectID="_1699918036" r:id="rId449"/>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0"/>
        </w:rPr>
        <w:object w:dxaOrig="940" w:dyaOrig="320" w14:anchorId="53E1F250">
          <v:shape id="_x0000_i1247" type="#_x0000_t75" style="width:46.8pt;height:16.2pt" o:ole="">
            <v:imagedata r:id="rId450" o:title=""/>
          </v:shape>
          <o:OLEObject Type="Embed" ProgID="Equation.DSMT4" ShapeID="_x0000_i1247" DrawAspect="Content" ObjectID="_1699918037" r:id="rId451"/>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0"/>
        </w:rPr>
        <w:object w:dxaOrig="940" w:dyaOrig="320" w14:anchorId="1E19CDDE">
          <v:shape id="_x0000_i1248" type="#_x0000_t75" style="width:46.8pt;height:16.2pt" o:ole="">
            <v:imagedata r:id="rId452" o:title=""/>
          </v:shape>
          <o:OLEObject Type="Embed" ProgID="Equation.DSMT4" ShapeID="_x0000_i1248" DrawAspect="Content" ObjectID="_1699918038" r:id="rId453"/>
        </w:object>
      </w:r>
      <w:r w:rsidRPr="000D500B">
        <w:rPr>
          <w:rFonts w:cs="Times New Roman"/>
        </w:rPr>
        <w:t>.</w:t>
      </w:r>
    </w:p>
    <w:p w14:paraId="6AF7B44C"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10:</w:t>
      </w:r>
      <w:r w:rsidRPr="000D500B">
        <w:rPr>
          <w:rFonts w:cs="Times New Roman"/>
          <w:b/>
          <w:color w:val="0000FF"/>
        </w:rPr>
        <w:tab/>
      </w:r>
      <w:r w:rsidRPr="000D500B">
        <w:rPr>
          <w:rFonts w:cs="Times New Roman"/>
        </w:rPr>
        <w:t xml:space="preserve">Số các số hạng của khai triển </w:t>
      </w:r>
      <w:r w:rsidRPr="000D500B">
        <w:rPr>
          <w:position w:val="-10"/>
        </w:rPr>
        <w:object w:dxaOrig="820" w:dyaOrig="360" w14:anchorId="5EFB7937">
          <v:shape id="_x0000_i1249" type="#_x0000_t75" style="width:40.8pt;height:18pt" o:ole="">
            <v:imagedata r:id="rId454" o:title=""/>
          </v:shape>
          <o:OLEObject Type="Embed" ProgID="Equation.DSMT4" ShapeID="_x0000_i1249" DrawAspect="Content" ObjectID="_1699918039" r:id="rId455"/>
        </w:object>
      </w:r>
      <w:r w:rsidRPr="000D500B">
        <w:rPr>
          <w:rFonts w:cs="Times New Roman"/>
        </w:rPr>
        <w:t xml:space="preserve"> là</w:t>
      </w:r>
    </w:p>
    <w:p w14:paraId="3BCCAFC3"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1 6</w:t>
      </w:r>
      <w:r w:rsidRPr="000D500B">
        <w:rPr>
          <w:rFonts w:cs="Times New Roman"/>
        </w:rPr>
        <w:tab/>
      </w:r>
      <w:r w:rsidRPr="000D500B">
        <w:rPr>
          <w:rFonts w:cs="Times New Roman"/>
          <w:b/>
          <w:color w:val="0000FF"/>
        </w:rPr>
        <w:t xml:space="preserve">B. </w:t>
      </w:r>
      <w:r w:rsidRPr="000D500B">
        <w:rPr>
          <w:rFonts w:cs="Times New Roman"/>
        </w:rPr>
        <w:t>15</w:t>
      </w:r>
      <w:r w:rsidRPr="000D500B">
        <w:rPr>
          <w:rFonts w:cs="Times New Roman"/>
        </w:rPr>
        <w:tab/>
      </w:r>
      <w:r w:rsidRPr="000D500B">
        <w:rPr>
          <w:rFonts w:cs="Times New Roman"/>
          <w:b/>
          <w:color w:val="0000FF"/>
        </w:rPr>
        <w:t xml:space="preserve">C. </w:t>
      </w:r>
      <w:r w:rsidRPr="000D500B">
        <w:rPr>
          <w:rFonts w:cs="Times New Roman"/>
        </w:rPr>
        <w:t>14</w:t>
      </w:r>
      <w:r w:rsidRPr="000D500B">
        <w:rPr>
          <w:rFonts w:cs="Times New Roman"/>
        </w:rPr>
        <w:tab/>
      </w:r>
      <w:r w:rsidRPr="000D500B">
        <w:rPr>
          <w:rFonts w:cs="Times New Roman"/>
          <w:b/>
          <w:color w:val="0000FF"/>
        </w:rPr>
        <w:t xml:space="preserve">D. </w:t>
      </w:r>
      <w:r w:rsidRPr="000D500B">
        <w:rPr>
          <w:rFonts w:cs="Times New Roman"/>
        </w:rPr>
        <w:t>17</w:t>
      </w:r>
    </w:p>
    <w:p w14:paraId="367F91E6"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11:</w:t>
      </w:r>
      <w:r w:rsidRPr="000D500B">
        <w:rPr>
          <w:rFonts w:cs="Times New Roman"/>
          <w:b/>
          <w:color w:val="0000FF"/>
        </w:rPr>
        <w:tab/>
      </w:r>
      <w:r w:rsidRPr="000D500B">
        <w:rPr>
          <w:rFonts w:cs="Times New Roman"/>
        </w:rPr>
        <w:t xml:space="preserve">Số hạng chứa </w:t>
      </w:r>
      <w:r w:rsidRPr="000D500B">
        <w:rPr>
          <w:position w:val="-6"/>
        </w:rPr>
        <w:object w:dxaOrig="320" w:dyaOrig="320" w14:anchorId="70661C54">
          <v:shape id="_x0000_i1250" type="#_x0000_t75" style="width:16.2pt;height:16.2pt" o:ole="">
            <v:imagedata r:id="rId456" o:title=""/>
          </v:shape>
          <o:OLEObject Type="Embed" ProgID="Equation.DSMT4" ShapeID="_x0000_i1250" DrawAspect="Content" ObjectID="_1699918040" r:id="rId457"/>
        </w:object>
      </w:r>
      <w:r w:rsidRPr="000D500B">
        <w:rPr>
          <w:rFonts w:cs="Times New Roman"/>
        </w:rPr>
        <w:t xml:space="preserve"> trong khai triển của nhị thức </w:t>
      </w:r>
      <w:r w:rsidRPr="000D500B">
        <w:rPr>
          <w:position w:val="-10"/>
        </w:rPr>
        <w:object w:dxaOrig="840" w:dyaOrig="360" w14:anchorId="1859AB31">
          <v:shape id="_x0000_i1251" type="#_x0000_t75" style="width:42pt;height:18pt" o:ole="">
            <v:imagedata r:id="rId458" o:title=""/>
          </v:shape>
          <o:OLEObject Type="Embed" ProgID="Equation.DSMT4" ShapeID="_x0000_i1251" DrawAspect="Content" ObjectID="_1699918041" r:id="rId459"/>
        </w:object>
      </w:r>
      <w:r w:rsidRPr="000D500B">
        <w:rPr>
          <w:rFonts w:cs="Times New Roman"/>
        </w:rPr>
        <w:t xml:space="preserve"> là</w:t>
      </w:r>
    </w:p>
    <w:p w14:paraId="570CF806"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2"/>
        </w:rPr>
        <w:object w:dxaOrig="1100" w:dyaOrig="380" w14:anchorId="43094733">
          <v:shape id="_x0000_i1252" type="#_x0000_t75" style="width:55.2pt;height:19.2pt" o:ole="">
            <v:imagedata r:id="rId460" o:title=""/>
          </v:shape>
          <o:OLEObject Type="Embed" ProgID="Equation.DSMT4" ShapeID="_x0000_i1252" DrawAspect="Content" ObjectID="_1699918042" r:id="rId461"/>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2"/>
        </w:rPr>
        <w:object w:dxaOrig="1200" w:dyaOrig="380" w14:anchorId="55FD458B">
          <v:shape id="_x0000_i1253" type="#_x0000_t75" style="width:60pt;height:19.2pt" o:ole="">
            <v:imagedata r:id="rId462" o:title=""/>
          </v:shape>
          <o:OLEObject Type="Embed" ProgID="Equation.DSMT4" ShapeID="_x0000_i1253" DrawAspect="Content" ObjectID="_1699918043" r:id="rId463"/>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2"/>
        </w:rPr>
        <w:object w:dxaOrig="700" w:dyaOrig="380" w14:anchorId="7061D36A">
          <v:shape id="_x0000_i1254" type="#_x0000_t75" style="width:34.8pt;height:19.2pt" o:ole="">
            <v:imagedata r:id="rId464" o:title=""/>
          </v:shape>
          <o:OLEObject Type="Embed" ProgID="Equation.DSMT4" ShapeID="_x0000_i1254" DrawAspect="Content" ObjectID="_1699918044" r:id="rId465"/>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2"/>
        </w:rPr>
        <w:object w:dxaOrig="760" w:dyaOrig="380" w14:anchorId="73F87540">
          <v:shape id="_x0000_i1255" type="#_x0000_t75" style="width:37.8pt;height:19.2pt" o:ole="">
            <v:imagedata r:id="rId466" o:title=""/>
          </v:shape>
          <o:OLEObject Type="Embed" ProgID="Equation.DSMT4" ShapeID="_x0000_i1255" DrawAspect="Content" ObjectID="_1699918045" r:id="rId467"/>
        </w:object>
      </w:r>
      <w:r w:rsidRPr="000D500B">
        <w:rPr>
          <w:rFonts w:cs="Times New Roman"/>
        </w:rPr>
        <w:t>.</w:t>
      </w:r>
    </w:p>
    <w:p w14:paraId="2793E55C"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12:</w:t>
      </w:r>
      <w:r w:rsidRPr="000D500B">
        <w:rPr>
          <w:rFonts w:cs="Times New Roman"/>
          <w:b/>
          <w:color w:val="0000FF"/>
        </w:rPr>
        <w:tab/>
      </w:r>
      <w:r w:rsidRPr="000D500B">
        <w:rPr>
          <w:rFonts w:cs="Times New Roman"/>
        </w:rPr>
        <w:t xml:space="preserve">Giả sử </w:t>
      </w:r>
      <w:r w:rsidRPr="000D500B">
        <w:rPr>
          <w:position w:val="-10"/>
        </w:rPr>
        <w:object w:dxaOrig="480" w:dyaOrig="320" w14:anchorId="1DB7203F">
          <v:shape id="_x0000_i1256" type="#_x0000_t75" style="width:24pt;height:16.2pt" o:ole="">
            <v:imagedata r:id="rId468" o:title=""/>
          </v:shape>
          <o:OLEObject Type="Embed" ProgID="Equation.DSMT4" ShapeID="_x0000_i1256" DrawAspect="Content" ObjectID="_1699918046" r:id="rId469"/>
        </w:object>
      </w:r>
      <w:r w:rsidRPr="000D500B">
        <w:rPr>
          <w:rFonts w:cs="Times New Roman"/>
        </w:rPr>
        <w:t xml:space="preserve"> là hai biến cố liên quan đến một phép thử. Khi đó hai biến cố </w:t>
      </w:r>
      <w:r w:rsidRPr="000D500B">
        <w:rPr>
          <w:position w:val="-10"/>
        </w:rPr>
        <w:object w:dxaOrig="480" w:dyaOrig="320" w14:anchorId="155CDE71">
          <v:shape id="_x0000_i1257" type="#_x0000_t75" style="width:24pt;height:16.2pt" o:ole="">
            <v:imagedata r:id="rId470" o:title=""/>
          </v:shape>
          <o:OLEObject Type="Embed" ProgID="Equation.DSMT4" ShapeID="_x0000_i1257" DrawAspect="Content" ObjectID="_1699918047" r:id="rId471"/>
        </w:object>
      </w:r>
      <w:r w:rsidRPr="000D500B">
        <w:rPr>
          <w:rFonts w:cs="Times New Roman"/>
        </w:rPr>
        <w:t xml:space="preserve"> được gọi là xung khắc nếu</w:t>
      </w:r>
    </w:p>
    <w:p w14:paraId="6FD2B277"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lastRenderedPageBreak/>
        <w:t>A</w:t>
      </w:r>
      <w:r w:rsidRPr="000D500B">
        <w:rPr>
          <w:rFonts w:cs="Times New Roman"/>
          <w:b/>
          <w:color w:val="0000FF"/>
        </w:rPr>
        <w:t xml:space="preserve">. </w:t>
      </w:r>
      <w:r w:rsidRPr="000D500B">
        <w:rPr>
          <w:rFonts w:cs="Times New Roman"/>
        </w:rPr>
        <w:t>Không có phần tử chung.</w:t>
      </w:r>
      <w:r w:rsidRPr="000D500B">
        <w:rPr>
          <w:rFonts w:cs="Times New Roman"/>
        </w:rPr>
        <w:tab/>
      </w:r>
      <w:r w:rsidRPr="000D500B">
        <w:rPr>
          <w:rFonts w:cs="Times New Roman"/>
          <w:b/>
          <w:color w:val="0000FF"/>
        </w:rPr>
        <w:t xml:space="preserve">B. </w:t>
      </w:r>
      <w:r w:rsidRPr="000D500B">
        <w:rPr>
          <w:rFonts w:cs="Times New Roman"/>
        </w:rPr>
        <w:t>Có đúng một phần tử chung.</w:t>
      </w:r>
    </w:p>
    <w:p w14:paraId="01157A58"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C. </w:t>
      </w:r>
      <w:r w:rsidRPr="000D500B">
        <w:rPr>
          <w:rFonts w:cs="Times New Roman"/>
        </w:rPr>
        <w:t>Có ít nhất một phần tử chung.</w:t>
      </w:r>
      <w:r w:rsidRPr="000D500B">
        <w:rPr>
          <w:rFonts w:cs="Times New Roman"/>
        </w:rPr>
        <w:tab/>
      </w:r>
      <w:r w:rsidRPr="000D500B">
        <w:rPr>
          <w:rFonts w:cs="Times New Roman"/>
          <w:b/>
          <w:color w:val="0000FF"/>
        </w:rPr>
        <w:t xml:space="preserve">D. </w:t>
      </w:r>
      <w:r w:rsidRPr="000D500B">
        <w:rPr>
          <w:rFonts w:cs="Times New Roman"/>
        </w:rPr>
        <w:t>Mọi phần tử đều là phần tử chung.</w:t>
      </w:r>
    </w:p>
    <w:p w14:paraId="30031FDE"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13:</w:t>
      </w:r>
      <w:r w:rsidRPr="000D500B">
        <w:rPr>
          <w:rFonts w:cs="Times New Roman"/>
          <w:b/>
          <w:color w:val="0000FF"/>
        </w:rPr>
        <w:tab/>
      </w:r>
      <w:r w:rsidRPr="000D500B">
        <w:rPr>
          <w:rFonts w:cs="Times New Roman"/>
        </w:rPr>
        <w:t xml:space="preserve">Cho </w:t>
      </w:r>
      <w:r w:rsidRPr="000D500B">
        <w:rPr>
          <w:position w:val="-4"/>
        </w:rPr>
        <w:object w:dxaOrig="240" w:dyaOrig="260" w14:anchorId="26CE4874">
          <v:shape id="_x0000_i1258" type="#_x0000_t75" style="width:12pt;height:13.2pt" o:ole="">
            <v:imagedata r:id="rId472" o:title=""/>
          </v:shape>
          <o:OLEObject Type="Embed" ProgID="Equation.DSMT4" ShapeID="_x0000_i1258" DrawAspect="Content" ObjectID="_1699918048" r:id="rId473"/>
        </w:object>
      </w:r>
      <w:r w:rsidRPr="000D500B">
        <w:rPr>
          <w:rFonts w:cs="Times New Roman"/>
        </w:rPr>
        <w:t xml:space="preserve"> là một biến cố liên quan đến một phép thử có không gian mẫu là </w:t>
      </w:r>
      <w:r w:rsidRPr="000D500B">
        <w:rPr>
          <w:position w:val="-4"/>
        </w:rPr>
        <w:object w:dxaOrig="260" w:dyaOrig="260" w14:anchorId="52BE54D8">
          <v:shape id="_x0000_i1259" type="#_x0000_t75" style="width:13.2pt;height:13.2pt" o:ole="">
            <v:imagedata r:id="rId474" o:title=""/>
          </v:shape>
          <o:OLEObject Type="Embed" ProgID="Equation.DSMT4" ShapeID="_x0000_i1259" DrawAspect="Content" ObjectID="_1699918049" r:id="rId475"/>
        </w:object>
      </w:r>
      <w:r w:rsidRPr="000D500B">
        <w:rPr>
          <w:rFonts w:cs="Times New Roman"/>
        </w:rPr>
        <w:t>. Mệnh đề nào dưới đây sai?</w:t>
      </w:r>
    </w:p>
    <w:p w14:paraId="02EA4D56"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0"/>
        </w:rPr>
        <w:object w:dxaOrig="880" w:dyaOrig="320" w14:anchorId="6AC9BFFA">
          <v:shape id="_x0000_i1260" type="#_x0000_t75" style="width:43.8pt;height:16.2pt" o:ole="">
            <v:imagedata r:id="rId476" o:title=""/>
          </v:shape>
          <o:OLEObject Type="Embed" ProgID="Equation.DSMT4" ShapeID="_x0000_i1260" DrawAspect="Content" ObjectID="_1699918050" r:id="rId477"/>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0"/>
        </w:rPr>
        <w:object w:dxaOrig="1219" w:dyaOrig="320" w14:anchorId="58D6CE08">
          <v:shape id="_x0000_i1261" type="#_x0000_t75" style="width:61.2pt;height:16.2pt" o:ole="">
            <v:imagedata r:id="rId478" o:title=""/>
          </v:shape>
          <o:OLEObject Type="Embed" ProgID="Equation.DSMT4" ShapeID="_x0000_i1261" DrawAspect="Content" ObjectID="_1699918051" r:id="rId479"/>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0"/>
        </w:rPr>
        <w:object w:dxaOrig="960" w:dyaOrig="320" w14:anchorId="43AAFE9E">
          <v:shape id="_x0000_i1262" type="#_x0000_t75" style="width:48pt;height:16.2pt" o:ole="">
            <v:imagedata r:id="rId480" o:title=""/>
          </v:shape>
          <o:OLEObject Type="Embed" ProgID="Equation.DSMT4" ShapeID="_x0000_i1262" DrawAspect="Content" ObjectID="_1699918052" r:id="rId481"/>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0"/>
        </w:rPr>
        <w:object w:dxaOrig="900" w:dyaOrig="320" w14:anchorId="11F6DAF4">
          <v:shape id="_x0000_i1263" type="#_x0000_t75" style="width:45pt;height:16.2pt" o:ole="">
            <v:imagedata r:id="rId482" o:title=""/>
          </v:shape>
          <o:OLEObject Type="Embed" ProgID="Equation.DSMT4" ShapeID="_x0000_i1263" DrawAspect="Content" ObjectID="_1699918053" r:id="rId483"/>
        </w:object>
      </w:r>
      <w:r w:rsidRPr="000D500B">
        <w:rPr>
          <w:rFonts w:cs="Times New Roman"/>
        </w:rPr>
        <w:t>.</w:t>
      </w:r>
    </w:p>
    <w:p w14:paraId="71A5985F"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14:</w:t>
      </w:r>
      <w:r w:rsidRPr="000D500B">
        <w:rPr>
          <w:rFonts w:cs="Times New Roman"/>
          <w:b/>
          <w:color w:val="0000FF"/>
        </w:rPr>
        <w:tab/>
      </w:r>
      <w:r w:rsidRPr="000D500B">
        <w:rPr>
          <w:rFonts w:cs="Times New Roman"/>
        </w:rPr>
        <w:t>Gieo ngẫu nhiên một súc sắc 2 lần liên tiếp. Số phần tử của không gian mẫu bằng</w:t>
      </w:r>
    </w:p>
    <w:p w14:paraId="78D35894"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36.</w:t>
      </w:r>
      <w:r w:rsidRPr="000D500B">
        <w:rPr>
          <w:rFonts w:cs="Times New Roman"/>
        </w:rPr>
        <w:tab/>
      </w:r>
      <w:r w:rsidRPr="000D500B">
        <w:rPr>
          <w:rFonts w:cs="Times New Roman"/>
          <w:b/>
          <w:color w:val="0000FF"/>
        </w:rPr>
        <w:t xml:space="preserve">B. </w:t>
      </w:r>
      <w:r w:rsidRPr="000D500B">
        <w:rPr>
          <w:rFonts w:cs="Times New Roman"/>
        </w:rPr>
        <w:t>6.</w:t>
      </w:r>
      <w:r w:rsidRPr="000D500B">
        <w:rPr>
          <w:rFonts w:cs="Times New Roman"/>
        </w:rPr>
        <w:tab/>
      </w:r>
      <w:r w:rsidRPr="000D500B">
        <w:rPr>
          <w:rFonts w:cs="Times New Roman"/>
          <w:b/>
          <w:color w:val="0000FF"/>
        </w:rPr>
        <w:t xml:space="preserve">C. </w:t>
      </w:r>
      <w:r w:rsidRPr="000D500B">
        <w:rPr>
          <w:rFonts w:cs="Times New Roman"/>
        </w:rPr>
        <w:t>12.</w:t>
      </w:r>
      <w:r w:rsidRPr="000D500B">
        <w:rPr>
          <w:rFonts w:cs="Times New Roman"/>
        </w:rPr>
        <w:tab/>
      </w:r>
      <w:r w:rsidRPr="000D500B">
        <w:rPr>
          <w:rFonts w:cs="Times New Roman"/>
          <w:b/>
          <w:color w:val="0000FF"/>
        </w:rPr>
        <w:t xml:space="preserve">D. </w:t>
      </w:r>
      <w:r w:rsidRPr="000D500B">
        <w:rPr>
          <w:rFonts w:cs="Times New Roman"/>
        </w:rPr>
        <w:t>24.</w:t>
      </w:r>
    </w:p>
    <w:p w14:paraId="5EFA19D4"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15:</w:t>
      </w:r>
      <w:r w:rsidRPr="000D500B">
        <w:rPr>
          <w:rFonts w:cs="Times New Roman"/>
          <w:b/>
          <w:color w:val="0000FF"/>
        </w:rPr>
        <w:tab/>
      </w:r>
      <w:r w:rsidRPr="000D500B">
        <w:rPr>
          <w:rFonts w:cs="Times New Roman"/>
        </w:rPr>
        <w:t>Gieo một đồng xu 2 lần liên tiếp. Xác suất để cả 2 lần gieo đồng xu đều xuất hiện mặt ngửa bằng</w:t>
      </w:r>
    </w:p>
    <w:p w14:paraId="3BBDC1CB"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24"/>
        </w:rPr>
        <w:object w:dxaOrig="240" w:dyaOrig="620" w14:anchorId="463A772A">
          <v:shape id="_x0000_i1264" type="#_x0000_t75" style="width:12pt;height:31.2pt" o:ole="">
            <v:imagedata r:id="rId484" o:title=""/>
          </v:shape>
          <o:OLEObject Type="Embed" ProgID="Equation.DSMT4" ShapeID="_x0000_i1264" DrawAspect="Content" ObjectID="_1699918054" r:id="rId485"/>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24"/>
        </w:rPr>
        <w:object w:dxaOrig="220" w:dyaOrig="620" w14:anchorId="4BFA6CC2">
          <v:shape id="_x0000_i1265" type="#_x0000_t75" style="width:10.8pt;height:31.2pt" o:ole="">
            <v:imagedata r:id="rId486" o:title=""/>
          </v:shape>
          <o:OLEObject Type="Embed" ProgID="Equation.DSMT4" ShapeID="_x0000_i1265" DrawAspect="Content" ObjectID="_1699918055" r:id="rId487"/>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rPr>
        <w:t>1.</w:t>
      </w:r>
      <w:r w:rsidRPr="000D500B">
        <w:rPr>
          <w:rFonts w:cs="Times New Roman"/>
        </w:rPr>
        <w:tab/>
      </w:r>
      <w:r w:rsidRPr="000D500B">
        <w:rPr>
          <w:rFonts w:cs="Times New Roman"/>
          <w:b/>
          <w:color w:val="0000FF"/>
        </w:rPr>
        <w:t xml:space="preserve">D. </w:t>
      </w:r>
      <w:r w:rsidRPr="000D500B">
        <w:rPr>
          <w:rFonts w:cs="Times New Roman"/>
          <w:position w:val="-24"/>
        </w:rPr>
        <w:object w:dxaOrig="240" w:dyaOrig="620" w14:anchorId="612B3AE5">
          <v:shape id="_x0000_i1266" type="#_x0000_t75" style="width:12pt;height:31.2pt" o:ole="">
            <v:imagedata r:id="rId488" o:title=""/>
          </v:shape>
          <o:OLEObject Type="Embed" ProgID="Equation.DSMT4" ShapeID="_x0000_i1266" DrawAspect="Content" ObjectID="_1699918056" r:id="rId489"/>
        </w:object>
      </w:r>
      <w:r w:rsidRPr="000D500B">
        <w:rPr>
          <w:rFonts w:cs="Times New Roman"/>
        </w:rPr>
        <w:t>.</w:t>
      </w:r>
    </w:p>
    <w:p w14:paraId="79C0522C"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16:</w:t>
      </w:r>
      <w:r w:rsidRPr="000D500B">
        <w:rPr>
          <w:rFonts w:cs="Times New Roman"/>
          <w:b/>
          <w:color w:val="0000FF"/>
        </w:rPr>
        <w:tab/>
      </w:r>
      <w:r w:rsidRPr="000D500B">
        <w:rPr>
          <w:rFonts w:cs="Times New Roman"/>
        </w:rPr>
        <w:t>Một hộp đựng 3 quả bóng xanh và 7 quả bóng đỏ. Lấy ngẫu nhiên 3 quả bóng. Xác suất đề lấy được 3 quả bóng cùng màu đỏ bằng</w:t>
      </w:r>
    </w:p>
    <w:p w14:paraId="621D627C"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24"/>
        </w:rPr>
        <w:object w:dxaOrig="360" w:dyaOrig="620" w14:anchorId="527F5D06">
          <v:shape id="_x0000_i1267" type="#_x0000_t75" style="width:18pt;height:31.2pt" o:ole="">
            <v:imagedata r:id="rId490" o:title=""/>
          </v:shape>
          <o:OLEObject Type="Embed" ProgID="Equation.DSMT4" ShapeID="_x0000_i1267" DrawAspect="Content" ObjectID="_1699918057" r:id="rId491"/>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24"/>
        </w:rPr>
        <w:object w:dxaOrig="240" w:dyaOrig="620" w14:anchorId="7B20965A">
          <v:shape id="_x0000_i1268" type="#_x0000_t75" style="width:12pt;height:31.2pt" o:ole="">
            <v:imagedata r:id="rId492" o:title=""/>
          </v:shape>
          <o:OLEObject Type="Embed" ProgID="Equation.DSMT4" ShapeID="_x0000_i1268" DrawAspect="Content" ObjectID="_1699918058" r:id="rId493"/>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24"/>
        </w:rPr>
        <w:object w:dxaOrig="220" w:dyaOrig="620" w14:anchorId="2C34FF78">
          <v:shape id="_x0000_i1269" type="#_x0000_t75" style="width:10.8pt;height:31.2pt" o:ole="">
            <v:imagedata r:id="rId494" o:title=""/>
          </v:shape>
          <o:OLEObject Type="Embed" ProgID="Equation.DSMT4" ShapeID="_x0000_i1269" DrawAspect="Content" ObjectID="_1699918059" r:id="rId495"/>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24"/>
        </w:rPr>
        <w:object w:dxaOrig="320" w:dyaOrig="620" w14:anchorId="08397357">
          <v:shape id="_x0000_i1270" type="#_x0000_t75" style="width:16.2pt;height:31.2pt" o:ole="">
            <v:imagedata r:id="rId496" o:title=""/>
          </v:shape>
          <o:OLEObject Type="Embed" ProgID="Equation.DSMT4" ShapeID="_x0000_i1270" DrawAspect="Content" ObjectID="_1699918060" r:id="rId497"/>
        </w:object>
      </w:r>
      <w:r w:rsidRPr="000D500B">
        <w:rPr>
          <w:rFonts w:cs="Times New Roman"/>
        </w:rPr>
        <w:t>.</w:t>
      </w:r>
    </w:p>
    <w:p w14:paraId="1C581CAB"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17:</w:t>
      </w:r>
      <w:r w:rsidRPr="000D500B">
        <w:rPr>
          <w:rFonts w:cs="Times New Roman"/>
          <w:b/>
          <w:color w:val="0000FF"/>
        </w:rPr>
        <w:tab/>
      </w:r>
      <w:r w:rsidRPr="000D500B">
        <w:rPr>
          <w:rFonts w:cs="Times New Roman"/>
        </w:rPr>
        <w:t xml:space="preserve">Cho dãy số </w:t>
      </w:r>
      <w:r w:rsidRPr="000D500B">
        <w:rPr>
          <w:position w:val="-14"/>
        </w:rPr>
        <w:object w:dxaOrig="480" w:dyaOrig="400" w14:anchorId="1F0A94CB">
          <v:shape id="_x0000_i1271" type="#_x0000_t75" style="width:24pt;height:19.8pt" o:ole="">
            <v:imagedata r:id="rId498" o:title=""/>
          </v:shape>
          <o:OLEObject Type="Embed" ProgID="Equation.DSMT4" ShapeID="_x0000_i1271" DrawAspect="Content" ObjectID="_1699918061" r:id="rId499"/>
        </w:object>
      </w:r>
      <w:r w:rsidRPr="000D500B">
        <w:rPr>
          <w:rFonts w:cs="Times New Roman"/>
        </w:rPr>
        <w:t xml:space="preserve"> có </w:t>
      </w:r>
      <w:r w:rsidRPr="000D500B">
        <w:rPr>
          <w:position w:val="-24"/>
        </w:rPr>
        <w:object w:dxaOrig="1100" w:dyaOrig="620" w14:anchorId="73FAEE75">
          <v:shape id="_x0000_i1272" type="#_x0000_t75" style="width:55.2pt;height:31.2pt" o:ole="">
            <v:imagedata r:id="rId500" o:title=""/>
          </v:shape>
          <o:OLEObject Type="Embed" ProgID="Equation.DSMT4" ShapeID="_x0000_i1272" DrawAspect="Content" ObjectID="_1699918062" r:id="rId501"/>
        </w:object>
      </w:r>
      <w:r w:rsidRPr="000D500B">
        <w:rPr>
          <w:rFonts w:cs="Times New Roman"/>
        </w:rPr>
        <w:t xml:space="preserve">. Khi đó, </w:t>
      </w:r>
      <w:r w:rsidRPr="000D500B">
        <w:rPr>
          <w:position w:val="-12"/>
        </w:rPr>
        <w:object w:dxaOrig="260" w:dyaOrig="360" w14:anchorId="7C9AFFFA">
          <v:shape id="_x0000_i1273" type="#_x0000_t75" style="width:13.2pt;height:18pt" o:ole="">
            <v:imagedata r:id="rId502" o:title=""/>
          </v:shape>
          <o:OLEObject Type="Embed" ProgID="Equation.DSMT4" ShapeID="_x0000_i1273" DrawAspect="Content" ObjectID="_1699918063" r:id="rId503"/>
        </w:object>
      </w:r>
      <w:r w:rsidRPr="000D500B">
        <w:rPr>
          <w:rFonts w:cs="Times New Roman"/>
        </w:rPr>
        <w:t xml:space="preserve"> bằng</w:t>
      </w:r>
    </w:p>
    <w:p w14:paraId="7B509BFE"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1.</w:t>
      </w:r>
      <w:r w:rsidRPr="000D500B">
        <w:rPr>
          <w:rFonts w:cs="Times New Roman"/>
        </w:rPr>
        <w:tab/>
      </w:r>
      <w:r w:rsidRPr="000D500B">
        <w:rPr>
          <w:rFonts w:cs="Times New Roman"/>
          <w:b/>
          <w:color w:val="0000FF"/>
        </w:rPr>
        <w:t xml:space="preserve">B. </w:t>
      </w:r>
      <w:r w:rsidRPr="000D500B">
        <w:rPr>
          <w:rFonts w:cs="Times New Roman"/>
        </w:rPr>
        <w:t>2.</w:t>
      </w:r>
      <w:r w:rsidRPr="000D500B">
        <w:rPr>
          <w:rFonts w:cs="Times New Roman"/>
        </w:rPr>
        <w:tab/>
      </w:r>
      <w:r w:rsidRPr="000D500B">
        <w:rPr>
          <w:rFonts w:cs="Times New Roman"/>
          <w:b/>
          <w:color w:val="0000FF"/>
        </w:rPr>
        <w:t xml:space="preserve">C. </w:t>
      </w:r>
      <w:r w:rsidRPr="000D500B">
        <w:rPr>
          <w:rFonts w:cs="Times New Roman"/>
        </w:rPr>
        <w:t>3.</w:t>
      </w:r>
      <w:r w:rsidRPr="000D500B">
        <w:rPr>
          <w:rFonts w:cs="Times New Roman"/>
        </w:rPr>
        <w:tab/>
      </w:r>
      <w:r w:rsidRPr="000D500B">
        <w:rPr>
          <w:rFonts w:cs="Times New Roman"/>
          <w:b/>
          <w:color w:val="0000FF"/>
        </w:rPr>
        <w:t xml:space="preserve">D. </w:t>
      </w:r>
      <w:r w:rsidRPr="000D500B">
        <w:rPr>
          <w:rFonts w:cs="Times New Roman"/>
        </w:rPr>
        <w:t>4.</w:t>
      </w:r>
    </w:p>
    <w:p w14:paraId="5E7D513D"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18:</w:t>
      </w:r>
      <w:r w:rsidRPr="000D500B">
        <w:rPr>
          <w:rFonts w:cs="Times New Roman"/>
          <w:b/>
          <w:color w:val="0000FF"/>
        </w:rPr>
        <w:tab/>
      </w:r>
      <w:r w:rsidRPr="000D500B">
        <w:rPr>
          <w:rFonts w:cs="Times New Roman"/>
        </w:rPr>
        <w:t xml:space="preserve">Biết rằng dãy số </w:t>
      </w:r>
      <w:r w:rsidRPr="000D500B">
        <w:rPr>
          <w:position w:val="-14"/>
        </w:rPr>
        <w:object w:dxaOrig="480" w:dyaOrig="400" w14:anchorId="615B153A">
          <v:shape id="_x0000_i1274" type="#_x0000_t75" style="width:24pt;height:19.8pt" o:ole="">
            <v:imagedata r:id="rId504" o:title=""/>
          </v:shape>
          <o:OLEObject Type="Embed" ProgID="Equation.DSMT4" ShapeID="_x0000_i1274" DrawAspect="Content" ObjectID="_1699918064" r:id="rId505"/>
        </w:object>
      </w:r>
      <w:r w:rsidRPr="000D500B">
        <w:rPr>
          <w:rFonts w:cs="Times New Roman"/>
        </w:rPr>
        <w:t xml:space="preserve"> thỏa mãn </w:t>
      </w:r>
      <w:r w:rsidRPr="000D500B">
        <w:rPr>
          <w:position w:val="-12"/>
        </w:rPr>
        <w:object w:dxaOrig="1620" w:dyaOrig="380" w14:anchorId="7E4A3233">
          <v:shape id="_x0000_i1275" type="#_x0000_t75" style="width:81pt;height:19.2pt" o:ole="">
            <v:imagedata r:id="rId506" o:title=""/>
          </v:shape>
          <o:OLEObject Type="Embed" ProgID="Equation.DSMT4" ShapeID="_x0000_i1275" DrawAspect="Content" ObjectID="_1699918065" r:id="rId507"/>
        </w:object>
      </w:r>
      <w:r w:rsidRPr="000D500B">
        <w:rPr>
          <w:rFonts w:cs="Times New Roman"/>
        </w:rPr>
        <w:t>. Mệnh đề nào sau đây đúng?</w:t>
      </w:r>
    </w:p>
    <w:p w14:paraId="08A275A5"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 xml:space="preserve">dãy </w:t>
      </w:r>
      <w:r w:rsidRPr="000D500B">
        <w:rPr>
          <w:rFonts w:cs="Times New Roman"/>
          <w:position w:val="-14"/>
        </w:rPr>
        <w:object w:dxaOrig="480" w:dyaOrig="400" w14:anchorId="7F74D073">
          <v:shape id="_x0000_i1276" type="#_x0000_t75" style="width:24pt;height:19.8pt" o:ole="">
            <v:imagedata r:id="rId508" o:title=""/>
          </v:shape>
          <o:OLEObject Type="Embed" ProgID="Equation.DSMT4" ShapeID="_x0000_i1276" DrawAspect="Content" ObjectID="_1699918066" r:id="rId509"/>
        </w:object>
      </w:r>
      <w:r w:rsidRPr="000D500B">
        <w:rPr>
          <w:rFonts w:cs="Times New Roman"/>
        </w:rPr>
        <w:t xml:space="preserve"> là dãy số tăng.</w:t>
      </w:r>
      <w:r w:rsidRPr="000D500B">
        <w:rPr>
          <w:rFonts w:cs="Times New Roman"/>
        </w:rPr>
        <w:tab/>
      </w:r>
      <w:r w:rsidRPr="000D500B">
        <w:rPr>
          <w:rFonts w:cs="Times New Roman"/>
          <w:b/>
          <w:color w:val="0000FF"/>
        </w:rPr>
        <w:t xml:space="preserve">B. </w:t>
      </w:r>
      <w:r w:rsidRPr="000D500B">
        <w:rPr>
          <w:rFonts w:cs="Times New Roman"/>
        </w:rPr>
        <w:t xml:space="preserve">dãy </w:t>
      </w:r>
      <w:r w:rsidRPr="000D500B">
        <w:rPr>
          <w:rFonts w:cs="Times New Roman"/>
          <w:position w:val="-14"/>
        </w:rPr>
        <w:object w:dxaOrig="480" w:dyaOrig="400" w14:anchorId="3F6DCAC8">
          <v:shape id="_x0000_i1277" type="#_x0000_t75" style="width:24pt;height:19.8pt" o:ole="">
            <v:imagedata r:id="rId510" o:title=""/>
          </v:shape>
          <o:OLEObject Type="Embed" ProgID="Equation.DSMT4" ShapeID="_x0000_i1277" DrawAspect="Content" ObjectID="_1699918067" r:id="rId511"/>
        </w:object>
      </w:r>
      <w:r w:rsidRPr="000D500B">
        <w:rPr>
          <w:rFonts w:cs="Times New Roman"/>
        </w:rPr>
        <w:t xml:space="preserve"> là dãy số giảm.</w:t>
      </w:r>
    </w:p>
    <w:p w14:paraId="5B87DE4E"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C. </w:t>
      </w:r>
      <w:r w:rsidRPr="000D500B">
        <w:rPr>
          <w:rFonts w:cs="Times New Roman"/>
        </w:rPr>
        <w:t xml:space="preserve">dãy </w:t>
      </w:r>
      <w:r w:rsidRPr="000D500B">
        <w:rPr>
          <w:rFonts w:cs="Times New Roman"/>
          <w:position w:val="-14"/>
        </w:rPr>
        <w:object w:dxaOrig="480" w:dyaOrig="400" w14:anchorId="72092FFF">
          <v:shape id="_x0000_i1278" type="#_x0000_t75" style="width:24pt;height:19.8pt" o:ole="">
            <v:imagedata r:id="rId512" o:title=""/>
          </v:shape>
          <o:OLEObject Type="Embed" ProgID="Equation.DSMT4" ShapeID="_x0000_i1278" DrawAspect="Content" ObjectID="_1699918068" r:id="rId513"/>
        </w:object>
      </w:r>
      <w:r w:rsidRPr="000D500B">
        <w:rPr>
          <w:rFonts w:cs="Times New Roman"/>
        </w:rPr>
        <w:t xml:space="preserve"> là dãy số không tăng không giảm.</w:t>
      </w:r>
      <w:r w:rsidRPr="000D500B">
        <w:rPr>
          <w:rFonts w:cs="Times New Roman"/>
        </w:rPr>
        <w:tab/>
      </w:r>
      <w:r w:rsidRPr="000D500B">
        <w:rPr>
          <w:rFonts w:cs="Times New Roman"/>
          <w:b/>
          <w:color w:val="0000FF"/>
        </w:rPr>
        <w:t xml:space="preserve">D. </w:t>
      </w:r>
      <w:r w:rsidRPr="000D500B">
        <w:rPr>
          <w:rFonts w:cs="Times New Roman"/>
        </w:rPr>
        <w:t xml:space="preserve">dãy </w:t>
      </w:r>
      <w:r w:rsidRPr="000D500B">
        <w:rPr>
          <w:rFonts w:cs="Times New Roman"/>
          <w:position w:val="-14"/>
        </w:rPr>
        <w:object w:dxaOrig="480" w:dyaOrig="400" w14:anchorId="65834591">
          <v:shape id="_x0000_i1279" type="#_x0000_t75" style="width:24pt;height:19.8pt" o:ole="">
            <v:imagedata r:id="rId514" o:title=""/>
          </v:shape>
          <o:OLEObject Type="Embed" ProgID="Equation.DSMT4" ShapeID="_x0000_i1279" DrawAspect="Content" ObjectID="_1699918069" r:id="rId515"/>
        </w:object>
      </w:r>
      <w:r w:rsidRPr="000D500B">
        <w:rPr>
          <w:rFonts w:cs="Times New Roman"/>
        </w:rPr>
        <w:t xml:space="preserve"> là dãy số vừa tăng vừa giảm.</w:t>
      </w:r>
    </w:p>
    <w:p w14:paraId="06684C5A"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19:</w:t>
      </w:r>
      <w:r w:rsidRPr="000D500B">
        <w:rPr>
          <w:rFonts w:cs="Times New Roman"/>
          <w:b/>
          <w:color w:val="0000FF"/>
        </w:rPr>
        <w:tab/>
      </w:r>
      <w:r w:rsidRPr="000D500B">
        <w:rPr>
          <w:rFonts w:cs="Times New Roman"/>
        </w:rPr>
        <w:t>Trong các dãy số sau đây, dãy số nào bị chặn?</w:t>
      </w:r>
    </w:p>
    <w:p w14:paraId="6A45CF64"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24"/>
        </w:rPr>
        <w:object w:dxaOrig="700" w:dyaOrig="620" w14:anchorId="7810B64C">
          <v:shape id="_x0000_i1280" type="#_x0000_t75" style="width:34.8pt;height:31.2pt" o:ole="">
            <v:imagedata r:id="rId516" o:title=""/>
          </v:shape>
          <o:OLEObject Type="Embed" ProgID="Equation.DSMT4" ShapeID="_x0000_i1280" DrawAspect="Content" ObjectID="_1699918070" r:id="rId517"/>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2"/>
        </w:rPr>
        <w:object w:dxaOrig="1060" w:dyaOrig="360" w14:anchorId="342E6DA8">
          <v:shape id="_x0000_i1281" type="#_x0000_t75" style="width:52.8pt;height:18pt" o:ole="">
            <v:imagedata r:id="rId518" o:title=""/>
          </v:shape>
          <o:OLEObject Type="Embed" ProgID="Equation.DSMT4" ShapeID="_x0000_i1281" DrawAspect="Content" ObjectID="_1699918071" r:id="rId519"/>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2"/>
        </w:rPr>
        <w:object w:dxaOrig="740" w:dyaOrig="380" w14:anchorId="74319D2C">
          <v:shape id="_x0000_i1282" type="#_x0000_t75" style="width:37.2pt;height:19.2pt" o:ole="">
            <v:imagedata r:id="rId520" o:title=""/>
          </v:shape>
          <o:OLEObject Type="Embed" ProgID="Equation.DSMT4" ShapeID="_x0000_i1282" DrawAspect="Content" ObjectID="_1699918072" r:id="rId521"/>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2"/>
        </w:rPr>
        <w:object w:dxaOrig="740" w:dyaOrig="380" w14:anchorId="2E678457">
          <v:shape id="_x0000_i1283" type="#_x0000_t75" style="width:37.2pt;height:19.2pt" o:ole="">
            <v:imagedata r:id="rId522" o:title=""/>
          </v:shape>
          <o:OLEObject Type="Embed" ProgID="Equation.DSMT4" ShapeID="_x0000_i1283" DrawAspect="Content" ObjectID="_1699918073" r:id="rId523"/>
        </w:object>
      </w:r>
      <w:r w:rsidRPr="000D500B">
        <w:rPr>
          <w:rFonts w:cs="Times New Roman"/>
        </w:rPr>
        <w:t>.</w:t>
      </w:r>
    </w:p>
    <w:p w14:paraId="13322019"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20:</w:t>
      </w:r>
      <w:r w:rsidRPr="000D500B">
        <w:rPr>
          <w:rFonts w:cs="Times New Roman"/>
          <w:b/>
          <w:color w:val="0000FF"/>
        </w:rPr>
        <w:tab/>
      </w:r>
      <w:r w:rsidRPr="000D500B">
        <w:rPr>
          <w:rFonts w:cs="Times New Roman"/>
        </w:rPr>
        <w:t xml:space="preserve">Cho cấp số cộng </w:t>
      </w:r>
      <w:r w:rsidRPr="000D500B">
        <w:rPr>
          <w:position w:val="-14"/>
        </w:rPr>
        <w:object w:dxaOrig="480" w:dyaOrig="400" w14:anchorId="544CD20C">
          <v:shape id="_x0000_i1284" type="#_x0000_t75" style="width:24pt;height:19.8pt" o:ole="">
            <v:imagedata r:id="rId524" o:title=""/>
          </v:shape>
          <o:OLEObject Type="Embed" ProgID="Equation.DSMT4" ShapeID="_x0000_i1284" DrawAspect="Content" ObjectID="_1699918074" r:id="rId525"/>
        </w:object>
      </w:r>
      <w:r w:rsidRPr="000D500B">
        <w:rPr>
          <w:rFonts w:cs="Times New Roman"/>
        </w:rPr>
        <w:t xml:space="preserve"> có </w:t>
      </w:r>
      <w:r w:rsidRPr="000D500B">
        <w:rPr>
          <w:position w:val="-12"/>
        </w:rPr>
        <w:object w:dxaOrig="1200" w:dyaOrig="360" w14:anchorId="22230B66">
          <v:shape id="_x0000_i1285" type="#_x0000_t75" style="width:60pt;height:18pt" o:ole="">
            <v:imagedata r:id="rId526" o:title=""/>
          </v:shape>
          <o:OLEObject Type="Embed" ProgID="Equation.DSMT4" ShapeID="_x0000_i1285" DrawAspect="Content" ObjectID="_1699918075" r:id="rId527"/>
        </w:object>
      </w:r>
      <w:r w:rsidRPr="000D500B">
        <w:rPr>
          <w:rFonts w:cs="Times New Roman"/>
        </w:rPr>
        <w:t xml:space="preserve">. Công sai </w:t>
      </w:r>
      <w:r w:rsidRPr="000D500B">
        <w:rPr>
          <w:position w:val="-6"/>
        </w:rPr>
        <w:object w:dxaOrig="220" w:dyaOrig="279" w14:anchorId="35791741">
          <v:shape id="_x0000_i1286" type="#_x0000_t75" style="width:10.8pt;height:13.8pt" o:ole="">
            <v:imagedata r:id="rId528" o:title=""/>
          </v:shape>
          <o:OLEObject Type="Embed" ProgID="Equation.DSMT4" ShapeID="_x0000_i1286" DrawAspect="Content" ObjectID="_1699918076" r:id="rId529"/>
        </w:object>
      </w:r>
      <w:r w:rsidRPr="000D500B">
        <w:rPr>
          <w:rFonts w:cs="Times New Roman"/>
        </w:rPr>
        <w:t xml:space="preserve"> bằng</w:t>
      </w:r>
    </w:p>
    <w:p w14:paraId="050620B9"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3.</w:t>
      </w:r>
      <w:r w:rsidRPr="000D500B">
        <w:rPr>
          <w:rFonts w:cs="Times New Roman"/>
        </w:rPr>
        <w:tab/>
      </w:r>
      <w:r w:rsidRPr="000D500B">
        <w:rPr>
          <w:rFonts w:cs="Times New Roman"/>
          <w:b/>
          <w:color w:val="0000FF"/>
        </w:rPr>
        <w:t xml:space="preserve">B. </w:t>
      </w:r>
      <w:r w:rsidRPr="000D500B">
        <w:rPr>
          <w:rFonts w:cs="Times New Roman"/>
          <w:position w:val="-6"/>
        </w:rPr>
        <w:object w:dxaOrig="320" w:dyaOrig="279" w14:anchorId="017DF23B">
          <v:shape id="_x0000_i1287" type="#_x0000_t75" style="width:16.2pt;height:13.8pt" o:ole="">
            <v:imagedata r:id="rId530" o:title=""/>
          </v:shape>
          <o:OLEObject Type="Embed" ProgID="Equation.DSMT4" ShapeID="_x0000_i1287" DrawAspect="Content" ObjectID="_1699918077" r:id="rId531"/>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rPr>
        <w:t>6.</w:t>
      </w:r>
      <w:r w:rsidRPr="000D500B">
        <w:rPr>
          <w:rFonts w:cs="Times New Roman"/>
        </w:rPr>
        <w:tab/>
      </w:r>
      <w:r w:rsidRPr="000D500B">
        <w:rPr>
          <w:rFonts w:cs="Times New Roman"/>
          <w:b/>
          <w:color w:val="0000FF"/>
        </w:rPr>
        <w:t xml:space="preserve">D. </w:t>
      </w:r>
      <w:r w:rsidRPr="000D500B">
        <w:rPr>
          <w:rFonts w:cs="Times New Roman"/>
          <w:position w:val="-6"/>
        </w:rPr>
        <w:object w:dxaOrig="320" w:dyaOrig="279" w14:anchorId="57C27E33">
          <v:shape id="_x0000_i1288" type="#_x0000_t75" style="width:16.2pt;height:13.8pt" o:ole="">
            <v:imagedata r:id="rId532" o:title=""/>
          </v:shape>
          <o:OLEObject Type="Embed" ProgID="Equation.DSMT4" ShapeID="_x0000_i1288" DrawAspect="Content" ObjectID="_1699918078" r:id="rId533"/>
        </w:object>
      </w:r>
      <w:r w:rsidRPr="000D500B">
        <w:rPr>
          <w:rFonts w:cs="Times New Roman"/>
        </w:rPr>
        <w:t>.</w:t>
      </w:r>
    </w:p>
    <w:p w14:paraId="5722112D"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21:</w:t>
      </w:r>
      <w:r w:rsidRPr="000D500B">
        <w:rPr>
          <w:rFonts w:cs="Times New Roman"/>
          <w:b/>
          <w:color w:val="0000FF"/>
        </w:rPr>
        <w:tab/>
      </w:r>
      <w:r w:rsidRPr="000D500B">
        <w:rPr>
          <w:rFonts w:cs="Times New Roman"/>
        </w:rPr>
        <w:t xml:space="preserve">Cho cấp số cộng </w:t>
      </w:r>
      <w:r w:rsidRPr="000D500B">
        <w:rPr>
          <w:position w:val="-14"/>
        </w:rPr>
        <w:object w:dxaOrig="480" w:dyaOrig="400" w14:anchorId="5B705048">
          <v:shape id="_x0000_i1289" type="#_x0000_t75" style="width:24pt;height:19.8pt" o:ole="">
            <v:imagedata r:id="rId534" o:title=""/>
          </v:shape>
          <o:OLEObject Type="Embed" ProgID="Equation.DSMT4" ShapeID="_x0000_i1289" DrawAspect="Content" ObjectID="_1699918079" r:id="rId535"/>
        </w:object>
      </w:r>
      <w:r w:rsidRPr="000D500B">
        <w:rPr>
          <w:rFonts w:cs="Times New Roman"/>
        </w:rPr>
        <w:t xml:space="preserve"> có </w:t>
      </w:r>
      <w:r w:rsidRPr="000D500B">
        <w:rPr>
          <w:position w:val="-12"/>
        </w:rPr>
        <w:object w:dxaOrig="620" w:dyaOrig="360" w14:anchorId="7EC4B2B8">
          <v:shape id="_x0000_i1290" type="#_x0000_t75" style="width:31.2pt;height:18pt" o:ole="">
            <v:imagedata r:id="rId536" o:title=""/>
          </v:shape>
          <o:OLEObject Type="Embed" ProgID="Equation.DSMT4" ShapeID="_x0000_i1290" DrawAspect="Content" ObjectID="_1699918080" r:id="rId537"/>
        </w:object>
      </w:r>
      <w:r w:rsidRPr="000D500B">
        <w:rPr>
          <w:rFonts w:cs="Times New Roman"/>
        </w:rPr>
        <w:t xml:space="preserve"> và công sai </w:t>
      </w:r>
      <w:r w:rsidRPr="000D500B">
        <w:rPr>
          <w:position w:val="-6"/>
        </w:rPr>
        <w:object w:dxaOrig="560" w:dyaOrig="279" w14:anchorId="5B093181">
          <v:shape id="_x0000_i1291" type="#_x0000_t75" style="width:28.2pt;height:13.8pt" o:ole="">
            <v:imagedata r:id="rId538" o:title=""/>
          </v:shape>
          <o:OLEObject Type="Embed" ProgID="Equation.DSMT4" ShapeID="_x0000_i1291" DrawAspect="Content" ObjectID="_1699918081" r:id="rId539"/>
        </w:object>
      </w:r>
      <w:r w:rsidRPr="000D500B">
        <w:rPr>
          <w:rFonts w:cs="Times New Roman"/>
        </w:rPr>
        <w:t>. Mệnh đề nào sau đây đúng?</w:t>
      </w:r>
    </w:p>
    <w:p w14:paraId="50F9DF7C"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2"/>
        </w:rPr>
        <w:object w:dxaOrig="639" w:dyaOrig="360" w14:anchorId="0ABD1B07">
          <v:shape id="_x0000_i1292" type="#_x0000_t75" style="width:31.8pt;height:18pt" o:ole="">
            <v:imagedata r:id="rId540" o:title=""/>
          </v:shape>
          <o:OLEObject Type="Embed" ProgID="Equation.DSMT4" ShapeID="_x0000_i1292" DrawAspect="Content" ObjectID="_1699918082" r:id="rId541"/>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2"/>
        </w:rPr>
        <w:object w:dxaOrig="780" w:dyaOrig="360" w14:anchorId="13C28402">
          <v:shape id="_x0000_i1293" type="#_x0000_t75" style="width:39pt;height:18pt" o:ole="">
            <v:imagedata r:id="rId542" o:title=""/>
          </v:shape>
          <o:OLEObject Type="Embed" ProgID="Equation.DSMT4" ShapeID="_x0000_i1293" DrawAspect="Content" ObjectID="_1699918083" r:id="rId543"/>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2"/>
        </w:rPr>
        <w:object w:dxaOrig="639" w:dyaOrig="360" w14:anchorId="284EF780">
          <v:shape id="_x0000_i1294" type="#_x0000_t75" style="width:31.8pt;height:18pt" o:ole="">
            <v:imagedata r:id="rId544" o:title=""/>
          </v:shape>
          <o:OLEObject Type="Embed" ProgID="Equation.DSMT4" ShapeID="_x0000_i1294" DrawAspect="Content" ObjectID="_1699918084" r:id="rId545"/>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2"/>
        </w:rPr>
        <w:object w:dxaOrig="760" w:dyaOrig="360" w14:anchorId="7879BADE">
          <v:shape id="_x0000_i1295" type="#_x0000_t75" style="width:37.8pt;height:18pt" o:ole="">
            <v:imagedata r:id="rId546" o:title=""/>
          </v:shape>
          <o:OLEObject Type="Embed" ProgID="Equation.DSMT4" ShapeID="_x0000_i1295" DrawAspect="Content" ObjectID="_1699918085" r:id="rId547"/>
        </w:object>
      </w:r>
      <w:r w:rsidRPr="000D500B">
        <w:rPr>
          <w:rFonts w:cs="Times New Roman"/>
        </w:rPr>
        <w:t>.</w:t>
      </w:r>
    </w:p>
    <w:p w14:paraId="1CFF86B8"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22:</w:t>
      </w:r>
      <w:r w:rsidRPr="000D500B">
        <w:rPr>
          <w:rFonts w:cs="Times New Roman"/>
          <w:b/>
          <w:color w:val="0000FF"/>
        </w:rPr>
        <w:tab/>
      </w:r>
      <w:r w:rsidRPr="000D500B">
        <w:rPr>
          <w:rFonts w:cs="Times New Roman"/>
        </w:rPr>
        <w:t xml:space="preserve">Cho cấp số cộng </w:t>
      </w:r>
      <w:r w:rsidRPr="000D500B">
        <w:rPr>
          <w:position w:val="-14"/>
        </w:rPr>
        <w:object w:dxaOrig="480" w:dyaOrig="400" w14:anchorId="7102E0E3">
          <v:shape id="_x0000_i1296" type="#_x0000_t75" style="width:24pt;height:19.8pt" o:ole="">
            <v:imagedata r:id="rId548" o:title=""/>
          </v:shape>
          <o:OLEObject Type="Embed" ProgID="Equation.DSMT4" ShapeID="_x0000_i1296" DrawAspect="Content" ObjectID="_1699918086" r:id="rId549"/>
        </w:object>
      </w:r>
      <w:r w:rsidRPr="000D500B">
        <w:rPr>
          <w:rFonts w:cs="Times New Roman"/>
        </w:rPr>
        <w:t xml:space="preserve"> có </w:t>
      </w:r>
      <w:r w:rsidRPr="000D500B">
        <w:rPr>
          <w:position w:val="-32"/>
        </w:rPr>
        <w:object w:dxaOrig="1800" w:dyaOrig="760" w14:anchorId="167A699E">
          <v:shape id="_x0000_i1297" type="#_x0000_t75" style="width:90pt;height:37.8pt" o:ole="">
            <v:imagedata r:id="rId550" o:title=""/>
          </v:shape>
          <o:OLEObject Type="Embed" ProgID="Equation.DSMT4" ShapeID="_x0000_i1297" DrawAspect="Content" ObjectID="_1699918087" r:id="rId551"/>
        </w:object>
      </w:r>
      <w:r w:rsidRPr="000D500B">
        <w:rPr>
          <w:rFonts w:cs="Times New Roman"/>
        </w:rPr>
        <w:t xml:space="preserve">. Khi đó, số hạng đầu </w:t>
      </w:r>
      <w:r w:rsidRPr="000D500B">
        <w:rPr>
          <w:position w:val="-12"/>
        </w:rPr>
        <w:object w:dxaOrig="240" w:dyaOrig="360" w14:anchorId="71327D54">
          <v:shape id="_x0000_i1298" type="#_x0000_t75" style="width:12pt;height:18pt" o:ole="">
            <v:imagedata r:id="rId552" o:title=""/>
          </v:shape>
          <o:OLEObject Type="Embed" ProgID="Equation.DSMT4" ShapeID="_x0000_i1298" DrawAspect="Content" ObjectID="_1699918088" r:id="rId553"/>
        </w:object>
      </w:r>
      <w:r w:rsidRPr="000D500B">
        <w:rPr>
          <w:rFonts w:cs="Times New Roman"/>
        </w:rPr>
        <w:t xml:space="preserve"> và công sai </w:t>
      </w:r>
      <w:r w:rsidRPr="000D500B">
        <w:rPr>
          <w:position w:val="-6"/>
        </w:rPr>
        <w:object w:dxaOrig="220" w:dyaOrig="279" w14:anchorId="38FF02CA">
          <v:shape id="_x0000_i1299" type="#_x0000_t75" style="width:10.8pt;height:13.8pt" o:ole="">
            <v:imagedata r:id="rId554" o:title=""/>
          </v:shape>
          <o:OLEObject Type="Embed" ProgID="Equation.DSMT4" ShapeID="_x0000_i1299" DrawAspect="Content" ObjectID="_1699918089" r:id="rId555"/>
        </w:object>
      </w:r>
      <w:r w:rsidRPr="000D500B">
        <w:rPr>
          <w:rFonts w:cs="Times New Roman"/>
        </w:rPr>
        <w:t xml:space="preserve"> lần lượt là</w:t>
      </w:r>
    </w:p>
    <w:p w14:paraId="11DFFF30"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2"/>
        </w:rPr>
        <w:object w:dxaOrig="1160" w:dyaOrig="360" w14:anchorId="2A1AE237">
          <v:shape id="_x0000_i1300" type="#_x0000_t75" style="width:58.2pt;height:18pt" o:ole="">
            <v:imagedata r:id="rId556" o:title=""/>
          </v:shape>
          <o:OLEObject Type="Embed" ProgID="Equation.DSMT4" ShapeID="_x0000_i1300" DrawAspect="Content" ObjectID="_1699918090" r:id="rId557"/>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2"/>
        </w:rPr>
        <w:object w:dxaOrig="1460" w:dyaOrig="360" w14:anchorId="646521DC">
          <v:shape id="_x0000_i1301" type="#_x0000_t75" style="width:73.2pt;height:18pt" o:ole="">
            <v:imagedata r:id="rId558" o:title=""/>
          </v:shape>
          <o:OLEObject Type="Embed" ProgID="Equation.DSMT4" ShapeID="_x0000_i1301" DrawAspect="Content" ObjectID="_1699918091" r:id="rId559"/>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2"/>
        </w:rPr>
        <w:object w:dxaOrig="1160" w:dyaOrig="360" w14:anchorId="16D0D283">
          <v:shape id="_x0000_i1302" type="#_x0000_t75" style="width:58.2pt;height:18pt" o:ole="">
            <v:imagedata r:id="rId560" o:title=""/>
          </v:shape>
          <o:OLEObject Type="Embed" ProgID="Equation.DSMT4" ShapeID="_x0000_i1302" DrawAspect="Content" ObjectID="_1699918092" r:id="rId561"/>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2"/>
        </w:rPr>
        <w:object w:dxaOrig="1460" w:dyaOrig="360" w14:anchorId="64289A0B">
          <v:shape id="_x0000_i1303" type="#_x0000_t75" style="width:73.2pt;height:18pt" o:ole="">
            <v:imagedata r:id="rId562" o:title=""/>
          </v:shape>
          <o:OLEObject Type="Embed" ProgID="Equation.DSMT4" ShapeID="_x0000_i1303" DrawAspect="Content" ObjectID="_1699918093" r:id="rId563"/>
        </w:object>
      </w:r>
      <w:r w:rsidRPr="000D500B">
        <w:rPr>
          <w:rFonts w:cs="Times New Roman"/>
        </w:rPr>
        <w:t>.</w:t>
      </w:r>
    </w:p>
    <w:p w14:paraId="594D8CB5"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23:</w:t>
      </w:r>
      <w:r w:rsidRPr="000D500B">
        <w:rPr>
          <w:rFonts w:cs="Times New Roman"/>
          <w:b/>
          <w:color w:val="0000FF"/>
        </w:rPr>
        <w:tab/>
      </w:r>
      <w:r w:rsidRPr="000D500B">
        <w:rPr>
          <w:rFonts w:cs="Times New Roman"/>
        </w:rPr>
        <w:t xml:space="preserve">Cho cấp số nhân </w:t>
      </w:r>
      <w:r w:rsidRPr="000D500B">
        <w:rPr>
          <w:position w:val="-14"/>
        </w:rPr>
        <w:object w:dxaOrig="480" w:dyaOrig="400" w14:anchorId="04AA8984">
          <v:shape id="_x0000_i1304" type="#_x0000_t75" style="width:24pt;height:19.8pt" o:ole="">
            <v:imagedata r:id="rId564" o:title=""/>
          </v:shape>
          <o:OLEObject Type="Embed" ProgID="Equation.DSMT4" ShapeID="_x0000_i1304" DrawAspect="Content" ObjectID="_1699918094" r:id="rId565"/>
        </w:object>
      </w:r>
      <w:r w:rsidRPr="000D500B">
        <w:rPr>
          <w:rFonts w:cs="Times New Roman"/>
        </w:rPr>
        <w:t xml:space="preserve"> có công bội </w:t>
      </w:r>
      <w:r w:rsidRPr="000D500B">
        <w:rPr>
          <w:position w:val="-10"/>
        </w:rPr>
        <w:object w:dxaOrig="200" w:dyaOrig="260" w14:anchorId="1D6A478D">
          <v:shape id="_x0000_i1305" type="#_x0000_t75" style="width:10.2pt;height:13.2pt" o:ole="">
            <v:imagedata r:id="rId566" o:title=""/>
          </v:shape>
          <o:OLEObject Type="Embed" ProgID="Equation.DSMT4" ShapeID="_x0000_i1305" DrawAspect="Content" ObjectID="_1699918095" r:id="rId567"/>
        </w:object>
      </w:r>
      <w:r w:rsidRPr="000D500B">
        <w:rPr>
          <w:rFonts w:cs="Times New Roman"/>
        </w:rPr>
        <w:t>. Mệnh đề nào sau đây sai?</w:t>
      </w:r>
    </w:p>
    <w:p w14:paraId="0F1BE568"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2"/>
        </w:rPr>
        <w:object w:dxaOrig="1100" w:dyaOrig="380" w14:anchorId="1147A15A">
          <v:shape id="_x0000_i1306" type="#_x0000_t75" style="width:55.2pt;height:19.2pt" o:ole="">
            <v:imagedata r:id="rId568" o:title=""/>
          </v:shape>
          <o:OLEObject Type="Embed" ProgID="Equation.DSMT4" ShapeID="_x0000_i1306" DrawAspect="Content" ObjectID="_1699918096" r:id="rId569"/>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2"/>
        </w:rPr>
        <w:object w:dxaOrig="1020" w:dyaOrig="380" w14:anchorId="0405A4DC">
          <v:shape id="_x0000_i1307" type="#_x0000_t75" style="width:51pt;height:19.2pt" o:ole="">
            <v:imagedata r:id="rId570" o:title=""/>
          </v:shape>
          <o:OLEObject Type="Embed" ProgID="Equation.DSMT4" ShapeID="_x0000_i1307" DrawAspect="Content" ObjectID="_1699918097" r:id="rId571"/>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2"/>
        </w:rPr>
        <w:object w:dxaOrig="960" w:dyaOrig="360" w14:anchorId="67923102">
          <v:shape id="_x0000_i1308" type="#_x0000_t75" style="width:48pt;height:18pt" o:ole="">
            <v:imagedata r:id="rId572" o:title=""/>
          </v:shape>
          <o:OLEObject Type="Embed" ProgID="Equation.DSMT4" ShapeID="_x0000_i1308" DrawAspect="Content" ObjectID="_1699918098" r:id="rId573"/>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2"/>
        </w:rPr>
        <w:object w:dxaOrig="1020" w:dyaOrig="380" w14:anchorId="6E6F168E">
          <v:shape id="_x0000_i1309" type="#_x0000_t75" style="width:51pt;height:19.2pt" o:ole="">
            <v:imagedata r:id="rId574" o:title=""/>
          </v:shape>
          <o:OLEObject Type="Embed" ProgID="Equation.DSMT4" ShapeID="_x0000_i1309" DrawAspect="Content" ObjectID="_1699918099" r:id="rId575"/>
        </w:object>
      </w:r>
      <w:r w:rsidRPr="000D500B">
        <w:rPr>
          <w:rFonts w:cs="Times New Roman"/>
        </w:rPr>
        <w:t>.</w:t>
      </w:r>
    </w:p>
    <w:p w14:paraId="3C3C7E9A"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24:</w:t>
      </w:r>
      <w:r w:rsidRPr="000D500B">
        <w:rPr>
          <w:rFonts w:cs="Times New Roman"/>
          <w:b/>
          <w:color w:val="0000FF"/>
        </w:rPr>
        <w:tab/>
      </w:r>
      <w:r w:rsidRPr="000D500B">
        <w:rPr>
          <w:rFonts w:cs="Times New Roman"/>
        </w:rPr>
        <w:t>Dãy số nào dưới đây là một cấp số nhân hữu hạn?</w:t>
      </w:r>
    </w:p>
    <w:p w14:paraId="77D1C025"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0"/>
        </w:rPr>
        <w:object w:dxaOrig="1160" w:dyaOrig="320" w14:anchorId="36C136F4">
          <v:shape id="_x0000_i1310" type="#_x0000_t75" style="width:58.2pt;height:16.2pt" o:ole="">
            <v:imagedata r:id="rId576" o:title=""/>
          </v:shape>
          <o:OLEObject Type="Embed" ProgID="Equation.DSMT4" ShapeID="_x0000_i1310" DrawAspect="Content" ObjectID="_1699918100" r:id="rId577"/>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0"/>
        </w:rPr>
        <w:object w:dxaOrig="1040" w:dyaOrig="320" w14:anchorId="2D6601BD">
          <v:shape id="_x0000_i1311" type="#_x0000_t75" style="width:52.2pt;height:16.2pt" o:ole="">
            <v:imagedata r:id="rId578" o:title=""/>
          </v:shape>
          <o:OLEObject Type="Embed" ProgID="Equation.DSMT4" ShapeID="_x0000_i1311" DrawAspect="Content" ObjectID="_1699918101" r:id="rId579"/>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0"/>
        </w:rPr>
        <w:object w:dxaOrig="980" w:dyaOrig="320" w14:anchorId="3D5D73FF">
          <v:shape id="_x0000_i1312" type="#_x0000_t75" style="width:49.2pt;height:16.2pt" o:ole="">
            <v:imagedata r:id="rId580" o:title=""/>
          </v:shape>
          <o:OLEObject Type="Embed" ProgID="Equation.DSMT4" ShapeID="_x0000_i1312" DrawAspect="Content" ObjectID="_1699918102" r:id="rId581"/>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24"/>
        </w:rPr>
        <w:object w:dxaOrig="1180" w:dyaOrig="620" w14:anchorId="4537CA4A">
          <v:shape id="_x0000_i1313" type="#_x0000_t75" style="width:58.8pt;height:31.2pt" o:ole="">
            <v:imagedata r:id="rId582" o:title=""/>
          </v:shape>
          <o:OLEObject Type="Embed" ProgID="Equation.DSMT4" ShapeID="_x0000_i1313" DrawAspect="Content" ObjectID="_1699918103" r:id="rId583"/>
        </w:object>
      </w:r>
      <w:r w:rsidRPr="000D500B">
        <w:rPr>
          <w:rFonts w:cs="Times New Roman"/>
        </w:rPr>
        <w:t>.</w:t>
      </w:r>
    </w:p>
    <w:p w14:paraId="44C5425A"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25:</w:t>
      </w:r>
      <w:r w:rsidRPr="000D500B">
        <w:rPr>
          <w:rFonts w:cs="Times New Roman"/>
          <w:b/>
          <w:color w:val="0000FF"/>
        </w:rPr>
        <w:tab/>
      </w:r>
      <w:r w:rsidRPr="000D500B">
        <w:rPr>
          <w:rFonts w:cs="Times New Roman"/>
        </w:rPr>
        <w:t xml:space="preserve">Cho cấp số nhân </w:t>
      </w:r>
      <w:r w:rsidRPr="000D500B">
        <w:rPr>
          <w:position w:val="-14"/>
        </w:rPr>
        <w:object w:dxaOrig="480" w:dyaOrig="400" w14:anchorId="08584BC2">
          <v:shape id="_x0000_i1314" type="#_x0000_t75" style="width:24pt;height:19.8pt" o:ole="">
            <v:imagedata r:id="rId584" o:title=""/>
          </v:shape>
          <o:OLEObject Type="Embed" ProgID="Equation.DSMT4" ShapeID="_x0000_i1314" DrawAspect="Content" ObjectID="_1699918104" r:id="rId585"/>
        </w:object>
      </w:r>
      <w:r w:rsidRPr="000D500B">
        <w:rPr>
          <w:rFonts w:cs="Times New Roman"/>
        </w:rPr>
        <w:t xml:space="preserve"> có </w:t>
      </w:r>
      <w:r w:rsidRPr="000D500B">
        <w:rPr>
          <w:position w:val="-12"/>
        </w:rPr>
        <w:object w:dxaOrig="1280" w:dyaOrig="360" w14:anchorId="3E5F00E8">
          <v:shape id="_x0000_i1315" type="#_x0000_t75" style="width:64.2pt;height:18pt" o:ole="">
            <v:imagedata r:id="rId586" o:title=""/>
          </v:shape>
          <o:OLEObject Type="Embed" ProgID="Equation.DSMT4" ShapeID="_x0000_i1315" DrawAspect="Content" ObjectID="_1699918105" r:id="rId587"/>
        </w:object>
      </w:r>
      <w:r w:rsidRPr="000D500B">
        <w:rPr>
          <w:rFonts w:cs="Times New Roman"/>
        </w:rPr>
        <w:t>. Tổng của 10 số hạng đầu tiên của cấp số nhân đó bằng</w:t>
      </w:r>
    </w:p>
    <w:p w14:paraId="5E8F5AB9"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6"/>
        </w:rPr>
        <w:object w:dxaOrig="540" w:dyaOrig="279" w14:anchorId="5DB29D4B">
          <v:shape id="_x0000_i1316" type="#_x0000_t75" style="width:27pt;height:13.8pt" o:ole="">
            <v:imagedata r:id="rId588" o:title=""/>
          </v:shape>
          <o:OLEObject Type="Embed" ProgID="Equation.DSMT4" ShapeID="_x0000_i1316" DrawAspect="Content" ObjectID="_1699918106" r:id="rId589"/>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rPr>
        <w:t>341.</w:t>
      </w:r>
      <w:r w:rsidRPr="000D500B">
        <w:rPr>
          <w:rFonts w:cs="Times New Roman"/>
        </w:rPr>
        <w:tab/>
      </w:r>
      <w:r w:rsidRPr="000D500B">
        <w:rPr>
          <w:rFonts w:cs="Times New Roman"/>
          <w:b/>
          <w:color w:val="0000FF"/>
        </w:rPr>
        <w:t xml:space="preserve">C. </w:t>
      </w:r>
      <w:r w:rsidRPr="000D500B">
        <w:rPr>
          <w:rFonts w:cs="Times New Roman"/>
        </w:rPr>
        <w:t>1023.</w:t>
      </w:r>
      <w:r w:rsidRPr="000D500B">
        <w:rPr>
          <w:rFonts w:cs="Times New Roman"/>
        </w:rPr>
        <w:tab/>
      </w:r>
      <w:r w:rsidRPr="000D500B">
        <w:rPr>
          <w:rFonts w:cs="Times New Roman"/>
          <w:b/>
          <w:color w:val="0000FF"/>
        </w:rPr>
        <w:t xml:space="preserve">D. </w:t>
      </w:r>
      <w:r w:rsidRPr="000D500B">
        <w:rPr>
          <w:rFonts w:cs="Times New Roman"/>
          <w:position w:val="-6"/>
        </w:rPr>
        <w:object w:dxaOrig="680" w:dyaOrig="279" w14:anchorId="28493E5C">
          <v:shape id="_x0000_i1317" type="#_x0000_t75" style="width:34.2pt;height:13.8pt" o:ole="">
            <v:imagedata r:id="rId590" o:title=""/>
          </v:shape>
          <o:OLEObject Type="Embed" ProgID="Equation.DSMT4" ShapeID="_x0000_i1317" DrawAspect="Content" ObjectID="_1699918107" r:id="rId591"/>
        </w:object>
      </w:r>
      <w:r w:rsidRPr="000D500B">
        <w:rPr>
          <w:rFonts w:cs="Times New Roman"/>
        </w:rPr>
        <w:t>.</w:t>
      </w:r>
    </w:p>
    <w:p w14:paraId="3C9857DB"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lastRenderedPageBreak/>
        <w:t>Câu 26:</w:t>
      </w:r>
      <w:r w:rsidRPr="000D500B">
        <w:rPr>
          <w:rFonts w:cs="Times New Roman"/>
          <w:b/>
          <w:color w:val="0000FF"/>
        </w:rPr>
        <w:tab/>
      </w:r>
      <w:r w:rsidRPr="000D500B">
        <w:rPr>
          <w:rFonts w:cs="Times New Roman"/>
        </w:rPr>
        <w:t xml:space="preserve">Phép vị tự tâm </w:t>
      </w:r>
      <w:r w:rsidRPr="000D500B">
        <w:rPr>
          <w:position w:val="-4"/>
        </w:rPr>
        <w:object w:dxaOrig="200" w:dyaOrig="260" w14:anchorId="1CEA096B">
          <v:shape id="_x0000_i1318" type="#_x0000_t75" style="width:10.2pt;height:13.2pt" o:ole="">
            <v:imagedata r:id="rId592" o:title=""/>
          </v:shape>
          <o:OLEObject Type="Embed" ProgID="Equation.DSMT4" ShapeID="_x0000_i1318" DrawAspect="Content" ObjectID="_1699918108" r:id="rId593"/>
        </w:object>
      </w:r>
      <w:r w:rsidRPr="000D500B">
        <w:rPr>
          <w:rFonts w:cs="Times New Roman"/>
        </w:rPr>
        <w:t xml:space="preserve"> tỉ số </w:t>
      </w:r>
      <w:r w:rsidRPr="000D500B">
        <w:rPr>
          <w:position w:val="-6"/>
        </w:rPr>
        <w:object w:dxaOrig="560" w:dyaOrig="279" w14:anchorId="597817F9">
          <v:shape id="_x0000_i1319" type="#_x0000_t75" style="width:28.2pt;height:13.8pt" o:ole="">
            <v:imagedata r:id="rId594" o:title=""/>
          </v:shape>
          <o:OLEObject Type="Embed" ProgID="Equation.DSMT4" ShapeID="_x0000_i1319" DrawAspect="Content" ObjectID="_1699918109" r:id="rId595"/>
        </w:object>
      </w:r>
      <w:r w:rsidRPr="000D500B">
        <w:rPr>
          <w:rFonts w:cs="Times New Roman"/>
        </w:rPr>
        <w:t xml:space="preserve"> biến điểm </w:t>
      </w:r>
      <w:r w:rsidRPr="000D500B">
        <w:rPr>
          <w:position w:val="-4"/>
        </w:rPr>
        <w:object w:dxaOrig="240" w:dyaOrig="260" w14:anchorId="6F3C9DF2">
          <v:shape id="_x0000_i1320" type="#_x0000_t75" style="width:12pt;height:13.2pt" o:ole="">
            <v:imagedata r:id="rId596" o:title=""/>
          </v:shape>
          <o:OLEObject Type="Embed" ProgID="Equation.DSMT4" ShapeID="_x0000_i1320" DrawAspect="Content" ObjectID="_1699918110" r:id="rId597"/>
        </w:object>
      </w:r>
      <w:r w:rsidRPr="000D500B">
        <w:rPr>
          <w:rFonts w:cs="Times New Roman"/>
        </w:rPr>
        <w:t xml:space="preserve"> thành điểm </w:t>
      </w:r>
      <w:r w:rsidRPr="000D500B">
        <w:rPr>
          <w:position w:val="-4"/>
        </w:rPr>
        <w:object w:dxaOrig="240" w:dyaOrig="260" w14:anchorId="03843BBD">
          <v:shape id="_x0000_i1321" type="#_x0000_t75" style="width:12pt;height:13.2pt" o:ole="">
            <v:imagedata r:id="rId598" o:title=""/>
          </v:shape>
          <o:OLEObject Type="Embed" ProgID="Equation.DSMT4" ShapeID="_x0000_i1321" DrawAspect="Content" ObjectID="_1699918111" r:id="rId599"/>
        </w:object>
      </w:r>
      <w:r w:rsidRPr="000D500B">
        <w:rPr>
          <w:rFonts w:cs="Times New Roman"/>
        </w:rPr>
        <w:t>. Khi đó</w:t>
      </w:r>
    </w:p>
    <w:p w14:paraId="3B6F2E92"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6"/>
        </w:rPr>
        <w:object w:dxaOrig="1060" w:dyaOrig="340" w14:anchorId="02F467A7">
          <v:shape id="_x0000_i1322" type="#_x0000_t75" style="width:52.8pt;height:16.8pt" o:ole="">
            <v:imagedata r:id="rId600" o:title=""/>
          </v:shape>
          <o:OLEObject Type="Embed" ProgID="Equation.DSMT4" ShapeID="_x0000_i1322" DrawAspect="Content" ObjectID="_1699918112" r:id="rId601"/>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6"/>
        </w:rPr>
        <w:object w:dxaOrig="1060" w:dyaOrig="340" w14:anchorId="753928AA">
          <v:shape id="_x0000_i1323" type="#_x0000_t75" style="width:52.8pt;height:16.8pt" o:ole="">
            <v:imagedata r:id="rId602" o:title=""/>
          </v:shape>
          <o:OLEObject Type="Embed" ProgID="Equation.DSMT4" ShapeID="_x0000_i1323" DrawAspect="Content" ObjectID="_1699918113" r:id="rId603"/>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6"/>
        </w:rPr>
        <w:object w:dxaOrig="1359" w:dyaOrig="340" w14:anchorId="2CD9E80A">
          <v:shape id="_x0000_i1324" type="#_x0000_t75" style="width:67.8pt;height:16.8pt" o:ole="">
            <v:imagedata r:id="rId604" o:title=""/>
          </v:shape>
          <o:OLEObject Type="Embed" ProgID="Equation.DSMT4" ShapeID="_x0000_i1324" DrawAspect="Content" ObjectID="_1699918114" r:id="rId605"/>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6"/>
        </w:rPr>
        <w:object w:dxaOrig="1359" w:dyaOrig="340" w14:anchorId="3EA78FCA">
          <v:shape id="_x0000_i1325" type="#_x0000_t75" style="width:67.8pt;height:16.8pt" o:ole="">
            <v:imagedata r:id="rId606" o:title=""/>
          </v:shape>
          <o:OLEObject Type="Embed" ProgID="Equation.DSMT4" ShapeID="_x0000_i1325" DrawAspect="Content" ObjectID="_1699918115" r:id="rId607"/>
        </w:object>
      </w:r>
      <w:r w:rsidRPr="000D500B">
        <w:rPr>
          <w:rFonts w:cs="Times New Roman"/>
        </w:rPr>
        <w:t>.</w:t>
      </w:r>
    </w:p>
    <w:p w14:paraId="335A71DA"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27:</w:t>
      </w:r>
      <w:r w:rsidRPr="000D500B">
        <w:rPr>
          <w:rFonts w:cs="Times New Roman"/>
          <w:b/>
          <w:color w:val="0000FF"/>
        </w:rPr>
        <w:tab/>
      </w:r>
      <w:r w:rsidRPr="000D500B">
        <w:rPr>
          <w:rFonts w:cs="Times New Roman"/>
        </w:rPr>
        <w:t xml:space="preserve">Trong mặt phẳng </w:t>
      </w:r>
      <w:r w:rsidRPr="000D500B">
        <w:rPr>
          <w:position w:val="-10"/>
        </w:rPr>
        <w:object w:dxaOrig="460" w:dyaOrig="320" w14:anchorId="3D440F26">
          <v:shape id="_x0000_i1326" type="#_x0000_t75" style="width:22.8pt;height:16.2pt" o:ole="">
            <v:imagedata r:id="rId608" o:title=""/>
          </v:shape>
          <o:OLEObject Type="Embed" ProgID="Equation.DSMT4" ShapeID="_x0000_i1326" DrawAspect="Content" ObjectID="_1699918116" r:id="rId609"/>
        </w:object>
      </w:r>
      <w:r w:rsidRPr="000D500B">
        <w:rPr>
          <w:rFonts w:cs="Times New Roman"/>
        </w:rPr>
        <w:t xml:space="preserve">, phép tịnh tiến theo vecto </w:t>
      </w:r>
      <w:r w:rsidRPr="000D500B">
        <w:rPr>
          <w:position w:val="-6"/>
        </w:rPr>
        <w:object w:dxaOrig="180" w:dyaOrig="220" w14:anchorId="77060BAE">
          <v:shape id="_x0000_i1327" type="#_x0000_t75" style="width:9pt;height:10.8pt" o:ole="">
            <v:imagedata r:id="rId610" o:title=""/>
          </v:shape>
          <o:OLEObject Type="Embed" ProgID="Equation.DSMT4" ShapeID="_x0000_i1327" DrawAspect="Content" ObjectID="_1699918117" r:id="rId611"/>
        </w:object>
      </w:r>
      <w:r w:rsidRPr="000D500B">
        <w:rPr>
          <w:rFonts w:cs="Times New Roman"/>
        </w:rPr>
        <w:t xml:space="preserve"> biến điểm </w:t>
      </w:r>
      <w:r w:rsidRPr="000D500B">
        <w:rPr>
          <w:position w:val="-10"/>
        </w:rPr>
        <w:object w:dxaOrig="720" w:dyaOrig="320" w14:anchorId="3DFAFB1C">
          <v:shape id="_x0000_i1328" type="#_x0000_t75" style="width:36pt;height:16.2pt" o:ole="">
            <v:imagedata r:id="rId612" o:title=""/>
          </v:shape>
          <o:OLEObject Type="Embed" ProgID="Equation.DSMT4" ShapeID="_x0000_i1328" DrawAspect="Content" ObjectID="_1699918118" r:id="rId613"/>
        </w:object>
      </w:r>
      <w:r w:rsidRPr="000D500B">
        <w:rPr>
          <w:rFonts w:cs="Times New Roman"/>
        </w:rPr>
        <w:t xml:space="preserve"> thành điểm </w:t>
      </w:r>
      <w:r w:rsidRPr="000D500B">
        <w:rPr>
          <w:position w:val="-10"/>
        </w:rPr>
        <w:object w:dxaOrig="900" w:dyaOrig="320" w14:anchorId="60804666">
          <v:shape id="_x0000_i1329" type="#_x0000_t75" style="width:45pt;height:16.2pt" o:ole="">
            <v:imagedata r:id="rId614" o:title=""/>
          </v:shape>
          <o:OLEObject Type="Embed" ProgID="Equation.DSMT4" ShapeID="_x0000_i1329" DrawAspect="Content" ObjectID="_1699918119" r:id="rId615"/>
        </w:object>
      </w:r>
      <w:r w:rsidRPr="000D500B">
        <w:rPr>
          <w:rFonts w:cs="Times New Roman"/>
        </w:rPr>
        <w:t xml:space="preserve">. Tọa độ của vecto </w:t>
      </w:r>
      <w:r w:rsidRPr="000D500B">
        <w:rPr>
          <w:position w:val="-6"/>
        </w:rPr>
        <w:object w:dxaOrig="200" w:dyaOrig="279" w14:anchorId="3419A01B">
          <v:shape id="_x0000_i1330" type="#_x0000_t75" style="width:10.2pt;height:13.8pt" o:ole="">
            <v:imagedata r:id="rId616" o:title=""/>
          </v:shape>
          <o:OLEObject Type="Embed" ProgID="Equation.DSMT4" ShapeID="_x0000_i1330" DrawAspect="Content" ObjectID="_1699918120" r:id="rId617"/>
        </w:object>
      </w:r>
      <w:r w:rsidRPr="000D500B">
        <w:rPr>
          <w:rFonts w:cs="Times New Roman"/>
        </w:rPr>
        <w:t xml:space="preserve"> là</w:t>
      </w:r>
    </w:p>
    <w:p w14:paraId="2FCE97BB"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0"/>
        </w:rPr>
        <w:object w:dxaOrig="1200" w:dyaOrig="320" w14:anchorId="561FF89C">
          <v:shape id="_x0000_i1331" type="#_x0000_t75" style="width:60pt;height:16.2pt" o:ole="">
            <v:imagedata r:id="rId618" o:title=""/>
          </v:shape>
          <o:OLEObject Type="Embed" ProgID="Equation.DSMT4" ShapeID="_x0000_i1331" DrawAspect="Content" ObjectID="_1699918121" r:id="rId619"/>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10"/>
        </w:rPr>
        <w:object w:dxaOrig="1060" w:dyaOrig="320" w14:anchorId="2391597B">
          <v:shape id="_x0000_i1332" type="#_x0000_t75" style="width:52.8pt;height:16.2pt" o:ole="">
            <v:imagedata r:id="rId620" o:title=""/>
          </v:shape>
          <o:OLEObject Type="Embed" ProgID="Equation.DSMT4" ShapeID="_x0000_i1332" DrawAspect="Content" ObjectID="_1699918122" r:id="rId621"/>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10"/>
        </w:rPr>
        <w:object w:dxaOrig="940" w:dyaOrig="320" w14:anchorId="1A22913D">
          <v:shape id="_x0000_i1333" type="#_x0000_t75" style="width:46.8pt;height:16.2pt" o:ole="">
            <v:imagedata r:id="rId622" o:title=""/>
          </v:shape>
          <o:OLEObject Type="Embed" ProgID="Equation.DSMT4" ShapeID="_x0000_i1333" DrawAspect="Content" ObjectID="_1699918123" r:id="rId623"/>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10"/>
        </w:rPr>
        <w:object w:dxaOrig="1060" w:dyaOrig="320" w14:anchorId="3B2A8490">
          <v:shape id="_x0000_i1334" type="#_x0000_t75" style="width:52.8pt;height:16.2pt" o:ole="">
            <v:imagedata r:id="rId624" o:title=""/>
          </v:shape>
          <o:OLEObject Type="Embed" ProgID="Equation.DSMT4" ShapeID="_x0000_i1334" DrawAspect="Content" ObjectID="_1699918124" r:id="rId625"/>
        </w:object>
      </w:r>
      <w:r w:rsidRPr="000D500B">
        <w:rPr>
          <w:rFonts w:cs="Times New Roman"/>
        </w:rPr>
        <w:t>.</w:t>
      </w:r>
    </w:p>
    <w:p w14:paraId="239FAB1D"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28:</w:t>
      </w:r>
      <w:r w:rsidRPr="000D500B">
        <w:rPr>
          <w:rFonts w:cs="Times New Roman"/>
          <w:b/>
          <w:color w:val="0000FF"/>
        </w:rPr>
        <w:tab/>
      </w:r>
      <w:r w:rsidRPr="000D500B">
        <w:rPr>
          <w:rFonts w:cs="Times New Roman"/>
        </w:rPr>
        <w:t>Mệnh đề nào dưới đây sai?</w:t>
      </w:r>
    </w:p>
    <w:p w14:paraId="3F744AA2"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Có vô số mặt phẳng đi qua 3 điểm không thẳng hàng.</w:t>
      </w:r>
    </w:p>
    <w:p w14:paraId="6B5FED2F"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B. </w:t>
      </w:r>
      <w:r w:rsidRPr="000D500B">
        <w:rPr>
          <w:rFonts w:cs="Times New Roman"/>
        </w:rPr>
        <w:t>Có một và chỉ một mặt phẳng đi qua 3 điểm không thẳng hàng.</w:t>
      </w:r>
    </w:p>
    <w:p w14:paraId="5A1B1716"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C. </w:t>
      </w:r>
      <w:r w:rsidRPr="000D500B">
        <w:rPr>
          <w:rFonts w:cs="Times New Roman"/>
        </w:rPr>
        <w:t>Có 4 điểm không cùng thuộc một mặt phẳng.</w:t>
      </w:r>
    </w:p>
    <w:p w14:paraId="5C51A04D"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D. </w:t>
      </w:r>
      <w:r w:rsidRPr="000D500B">
        <w:rPr>
          <w:rFonts w:cs="Times New Roman"/>
        </w:rPr>
        <w:t>Nếu hai mặt phẳng phân biệt có một điểm chung thì chúng có một điểm chung khác nữa.</w:t>
      </w:r>
    </w:p>
    <w:p w14:paraId="427F86BC"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29:</w:t>
      </w:r>
      <w:r w:rsidRPr="000D500B">
        <w:rPr>
          <w:rFonts w:cs="Times New Roman"/>
          <w:b/>
          <w:color w:val="0000FF"/>
        </w:rPr>
        <w:tab/>
      </w:r>
      <w:r w:rsidRPr="000D500B">
        <w:rPr>
          <w:rFonts w:cs="Times New Roman"/>
        </w:rPr>
        <w:t xml:space="preserve">Cho hình chóp </w:t>
      </w:r>
      <w:r w:rsidRPr="000D500B">
        <w:rPr>
          <w:position w:val="-6"/>
        </w:rPr>
        <w:object w:dxaOrig="920" w:dyaOrig="279" w14:anchorId="692C5304">
          <v:shape id="_x0000_i1335" type="#_x0000_t75" style="width:46.2pt;height:13.8pt" o:ole="">
            <v:imagedata r:id="rId626" o:title=""/>
          </v:shape>
          <o:OLEObject Type="Embed" ProgID="Equation.DSMT4" ShapeID="_x0000_i1335" DrawAspect="Content" ObjectID="_1699918125" r:id="rId627"/>
        </w:object>
      </w:r>
      <w:r w:rsidRPr="000D500B">
        <w:rPr>
          <w:rFonts w:cs="Times New Roman"/>
        </w:rPr>
        <w:t xml:space="preserve"> có đáy là hình bình hành tâm </w:t>
      </w:r>
      <w:r w:rsidRPr="000D500B">
        <w:rPr>
          <w:position w:val="-6"/>
        </w:rPr>
        <w:object w:dxaOrig="240" w:dyaOrig="279" w14:anchorId="64799DF6">
          <v:shape id="_x0000_i1336" type="#_x0000_t75" style="width:12pt;height:13.8pt" o:ole="">
            <v:imagedata r:id="rId628" o:title=""/>
          </v:shape>
          <o:OLEObject Type="Embed" ProgID="Equation.DSMT4" ShapeID="_x0000_i1336" DrawAspect="Content" ObjectID="_1699918126" r:id="rId629"/>
        </w:object>
      </w:r>
      <w:r w:rsidRPr="000D500B">
        <w:rPr>
          <w:rFonts w:cs="Times New Roman"/>
        </w:rPr>
        <w:t xml:space="preserve">. Giao tuyến của hai mặt phẳng </w:t>
      </w:r>
      <w:r w:rsidRPr="000D500B">
        <w:rPr>
          <w:position w:val="-10"/>
        </w:rPr>
        <w:object w:dxaOrig="680" w:dyaOrig="320" w14:anchorId="28ADDA95">
          <v:shape id="_x0000_i1337" type="#_x0000_t75" style="width:34.2pt;height:16.2pt" o:ole="">
            <v:imagedata r:id="rId630" o:title=""/>
          </v:shape>
          <o:OLEObject Type="Embed" ProgID="Equation.DSMT4" ShapeID="_x0000_i1337" DrawAspect="Content" ObjectID="_1699918127" r:id="rId631"/>
        </w:object>
      </w:r>
      <w:r w:rsidRPr="000D500B">
        <w:rPr>
          <w:rFonts w:cs="Times New Roman"/>
        </w:rPr>
        <w:t xml:space="preserve"> và </w:t>
      </w:r>
      <w:r w:rsidRPr="000D500B">
        <w:rPr>
          <w:position w:val="-10"/>
        </w:rPr>
        <w:object w:dxaOrig="680" w:dyaOrig="320" w14:anchorId="30A75568">
          <v:shape id="_x0000_i1338" type="#_x0000_t75" style="width:34.2pt;height:16.2pt" o:ole="">
            <v:imagedata r:id="rId632" o:title=""/>
          </v:shape>
          <o:OLEObject Type="Embed" ProgID="Equation.DSMT4" ShapeID="_x0000_i1338" DrawAspect="Content" ObjectID="_1699918128" r:id="rId633"/>
        </w:object>
      </w:r>
      <w:r w:rsidRPr="000D500B">
        <w:rPr>
          <w:rFonts w:cs="Times New Roman"/>
        </w:rPr>
        <w:t xml:space="preserve"> là</w:t>
      </w:r>
    </w:p>
    <w:p w14:paraId="3160AF31"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6"/>
        </w:rPr>
        <w:object w:dxaOrig="380" w:dyaOrig="279" w14:anchorId="1E843101">
          <v:shape id="_x0000_i1339" type="#_x0000_t75" style="width:19.2pt;height:13.8pt" o:ole="">
            <v:imagedata r:id="rId634" o:title=""/>
          </v:shape>
          <o:OLEObject Type="Embed" ProgID="Equation.DSMT4" ShapeID="_x0000_i1339" DrawAspect="Content" ObjectID="_1699918129" r:id="rId635"/>
        </w:object>
      </w:r>
      <w:r w:rsidRPr="000D500B">
        <w:rPr>
          <w:rFonts w:cs="Times New Roman"/>
        </w:rPr>
        <w:t>.</w:t>
      </w:r>
      <w:r w:rsidRPr="000D500B">
        <w:rPr>
          <w:rFonts w:cs="Times New Roman"/>
        </w:rPr>
        <w:tab/>
      </w:r>
      <w:r w:rsidRPr="000D500B">
        <w:rPr>
          <w:rFonts w:cs="Times New Roman"/>
          <w:b/>
          <w:color w:val="0000FF"/>
        </w:rPr>
        <w:t xml:space="preserve">B. </w:t>
      </w:r>
      <w:r w:rsidRPr="000D500B">
        <w:rPr>
          <w:rFonts w:cs="Times New Roman"/>
          <w:position w:val="-6"/>
        </w:rPr>
        <w:object w:dxaOrig="340" w:dyaOrig="279" w14:anchorId="5058AC02">
          <v:shape id="_x0000_i1340" type="#_x0000_t75" style="width:16.8pt;height:13.8pt" o:ole="">
            <v:imagedata r:id="rId636" o:title=""/>
          </v:shape>
          <o:OLEObject Type="Embed" ProgID="Equation.DSMT4" ShapeID="_x0000_i1340" DrawAspect="Content" ObjectID="_1699918130" r:id="rId637"/>
        </w:object>
      </w:r>
      <w:r w:rsidRPr="000D500B">
        <w:rPr>
          <w:rFonts w:cs="Times New Roman"/>
        </w:rPr>
        <w:t>.</w:t>
      </w:r>
      <w:r w:rsidRPr="000D500B">
        <w:rPr>
          <w:rFonts w:cs="Times New Roman"/>
        </w:rPr>
        <w:tab/>
      </w:r>
      <w:r w:rsidRPr="000D500B">
        <w:rPr>
          <w:rFonts w:cs="Times New Roman"/>
          <w:b/>
          <w:color w:val="0000FF"/>
        </w:rPr>
        <w:t xml:space="preserve">C. </w:t>
      </w:r>
      <w:r w:rsidRPr="000D500B">
        <w:rPr>
          <w:rFonts w:cs="Times New Roman"/>
          <w:position w:val="-6"/>
        </w:rPr>
        <w:object w:dxaOrig="360" w:dyaOrig="279" w14:anchorId="74CBAEDA">
          <v:shape id="_x0000_i1341" type="#_x0000_t75" style="width:18pt;height:13.8pt" o:ole="">
            <v:imagedata r:id="rId638" o:title=""/>
          </v:shape>
          <o:OLEObject Type="Embed" ProgID="Equation.DSMT4" ShapeID="_x0000_i1341" DrawAspect="Content" ObjectID="_1699918131" r:id="rId639"/>
        </w:object>
      </w:r>
      <w:r w:rsidRPr="000D500B">
        <w:rPr>
          <w:rFonts w:cs="Times New Roman"/>
        </w:rPr>
        <w:t>.</w:t>
      </w:r>
      <w:r w:rsidRPr="000D500B">
        <w:rPr>
          <w:rFonts w:cs="Times New Roman"/>
        </w:rPr>
        <w:tab/>
      </w:r>
      <w:r w:rsidRPr="000D500B">
        <w:rPr>
          <w:rFonts w:cs="Times New Roman"/>
          <w:b/>
          <w:color w:val="0000FF"/>
        </w:rPr>
        <w:t xml:space="preserve">D. </w:t>
      </w:r>
      <w:r w:rsidRPr="000D500B">
        <w:rPr>
          <w:rFonts w:cs="Times New Roman"/>
          <w:position w:val="-6"/>
        </w:rPr>
        <w:object w:dxaOrig="380" w:dyaOrig="279" w14:anchorId="44FFD123">
          <v:shape id="_x0000_i1342" type="#_x0000_t75" style="width:19.2pt;height:13.8pt" o:ole="">
            <v:imagedata r:id="rId640" o:title=""/>
          </v:shape>
          <o:OLEObject Type="Embed" ProgID="Equation.DSMT4" ShapeID="_x0000_i1342" DrawAspect="Content" ObjectID="_1699918132" r:id="rId641"/>
        </w:object>
      </w:r>
      <w:r w:rsidRPr="000D500B">
        <w:rPr>
          <w:rFonts w:cs="Times New Roman"/>
        </w:rPr>
        <w:t>.</w:t>
      </w:r>
    </w:p>
    <w:p w14:paraId="652DBCEC"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30:</w:t>
      </w:r>
      <w:r w:rsidRPr="000D500B">
        <w:rPr>
          <w:rFonts w:cs="Times New Roman"/>
          <w:b/>
          <w:color w:val="0000FF"/>
        </w:rPr>
        <w:tab/>
      </w:r>
      <w:r w:rsidRPr="000D500B">
        <w:rPr>
          <w:rFonts w:cs="Times New Roman"/>
        </w:rPr>
        <w:t>Khẳng định nào sau đây đúng?</w:t>
      </w:r>
    </w:p>
    <w:p w14:paraId="26B58693"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Hai đường thẳng không có điểm chung là hai đường thẳng song song hoặc chéo nhau.</w:t>
      </w:r>
    </w:p>
    <w:p w14:paraId="1CF86AE7"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B. </w:t>
      </w:r>
      <w:r w:rsidRPr="000D500B">
        <w:rPr>
          <w:rFonts w:cs="Times New Roman"/>
        </w:rPr>
        <w:t>Hai đường thẳng không có điểm chung là hai đường thẳng song song với nhau.</w:t>
      </w:r>
    </w:p>
    <w:p w14:paraId="0129EDEC"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C. </w:t>
      </w:r>
      <w:r w:rsidRPr="000D500B">
        <w:rPr>
          <w:rFonts w:cs="Times New Roman"/>
        </w:rPr>
        <w:t>Hai đường thẳng chéo nhau là hai đường thẳng cùng nằm trên một mặt phẳng.</w:t>
      </w:r>
    </w:p>
    <w:p w14:paraId="40992D95"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D. </w:t>
      </w:r>
      <w:r w:rsidRPr="000D500B">
        <w:rPr>
          <w:rFonts w:cs="Times New Roman"/>
        </w:rPr>
        <w:t>Hai đường thẳng không có điểm chung là hai đường thẳng chéo nhau.</w:t>
      </w:r>
    </w:p>
    <w:p w14:paraId="4F768578" w14:textId="77777777" w:rsidR="00DE7E5C" w:rsidRDefault="00DE7E5C" w:rsidP="000D500B">
      <w:pPr>
        <w:tabs>
          <w:tab w:val="left" w:pos="992"/>
        </w:tabs>
        <w:spacing w:before="120" w:after="0"/>
        <w:ind w:left="992" w:hanging="992"/>
        <w:jc w:val="both"/>
        <w:rPr>
          <w:rFonts w:cs="Times New Roman"/>
        </w:rPr>
      </w:pPr>
      <w:r w:rsidRPr="000D500B">
        <w:rPr>
          <w:rFonts w:cs="Times New Roman"/>
          <w:b/>
          <w:color w:val="0000FF"/>
        </w:rPr>
        <w:t>Câu 31:</w:t>
      </w:r>
      <w:r w:rsidRPr="000D500B">
        <w:rPr>
          <w:rFonts w:cs="Times New Roman"/>
          <w:b/>
          <w:color w:val="0000FF"/>
        </w:rPr>
        <w:tab/>
      </w:r>
      <w:r w:rsidRPr="000D500B">
        <w:rPr>
          <w:rFonts w:cs="Times New Roman"/>
        </w:rPr>
        <w:t xml:space="preserve">Bạn Kha vẽ hình chóp </w:t>
      </w:r>
      <w:r w:rsidRPr="000D500B">
        <w:rPr>
          <w:position w:val="-6"/>
        </w:rPr>
        <w:object w:dxaOrig="920" w:dyaOrig="279" w14:anchorId="250713F1">
          <v:shape id="_x0000_i1343" type="#_x0000_t75" style="width:46.2pt;height:13.8pt" o:ole="">
            <v:imagedata r:id="rId642" o:title=""/>
          </v:shape>
          <o:OLEObject Type="Embed" ProgID="Equation.DSMT4" ShapeID="_x0000_i1343" DrawAspect="Content" ObjectID="_1699918133" r:id="rId643"/>
        </w:object>
      </w:r>
      <w:r w:rsidRPr="000D500B">
        <w:rPr>
          <w:rFonts w:cs="Times New Roman"/>
        </w:rPr>
        <w:t xml:space="preserve"> như hình dưới đây. Hỏi bạn Kha vẽ cạnh nào không đúng với quy tắc vẽ hình biểu diễn?</w:t>
      </w:r>
    </w:p>
    <w:p w14:paraId="10EB37D2" w14:textId="77777777" w:rsidR="00DE7E5C" w:rsidRPr="000D500B" w:rsidRDefault="00DE7E5C" w:rsidP="000D500B">
      <w:pPr>
        <w:tabs>
          <w:tab w:val="left" w:pos="992"/>
        </w:tabs>
        <w:spacing w:before="120" w:after="0"/>
        <w:ind w:left="992" w:hanging="992"/>
        <w:jc w:val="center"/>
        <w:rPr>
          <w:rFonts w:cs="Times New Roman"/>
        </w:rPr>
      </w:pPr>
      <w:r>
        <w:rPr>
          <w:noProof/>
        </w:rPr>
        <w:drawing>
          <wp:inline distT="0" distB="0" distL="0" distR="0" wp14:anchorId="74CBF1AC" wp14:editId="4F035363">
            <wp:extent cx="1846140" cy="16383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4"/>
                    <a:stretch>
                      <a:fillRect/>
                    </a:stretch>
                  </pic:blipFill>
                  <pic:spPr>
                    <a:xfrm>
                      <a:off x="0" y="0"/>
                      <a:ext cx="1854713" cy="1645908"/>
                    </a:xfrm>
                    <a:prstGeom prst="rect">
                      <a:avLst/>
                    </a:prstGeom>
                  </pic:spPr>
                </pic:pic>
              </a:graphicData>
            </a:graphic>
          </wp:inline>
        </w:drawing>
      </w:r>
    </w:p>
    <w:p w14:paraId="2AC923FE"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6"/>
        </w:rPr>
        <w:object w:dxaOrig="340" w:dyaOrig="279" w14:anchorId="1B94D16E">
          <v:shape id="_x0000_i1344" type="#_x0000_t75" style="width:16.8pt;height:13.8pt" o:ole="">
            <v:imagedata r:id="rId645" o:title=""/>
          </v:shape>
          <o:OLEObject Type="Embed" ProgID="Equation.DSMT4" ShapeID="_x0000_i1344" DrawAspect="Content" ObjectID="_1699918134" r:id="rId646"/>
        </w:object>
      </w:r>
      <w:r w:rsidRPr="000D500B">
        <w:rPr>
          <w:rFonts w:cs="Times New Roman"/>
        </w:rPr>
        <w:tab/>
      </w:r>
      <w:r w:rsidRPr="000D500B">
        <w:rPr>
          <w:rFonts w:cs="Times New Roman"/>
          <w:b/>
          <w:color w:val="0000FF"/>
        </w:rPr>
        <w:t xml:space="preserve">B. </w:t>
      </w:r>
      <w:r w:rsidRPr="000D500B">
        <w:rPr>
          <w:rFonts w:cs="Times New Roman"/>
          <w:position w:val="-6"/>
        </w:rPr>
        <w:object w:dxaOrig="380" w:dyaOrig="279" w14:anchorId="37332A60">
          <v:shape id="_x0000_i1345" type="#_x0000_t75" style="width:19.2pt;height:13.8pt" o:ole="">
            <v:imagedata r:id="rId647" o:title=""/>
          </v:shape>
          <o:OLEObject Type="Embed" ProgID="Equation.DSMT4" ShapeID="_x0000_i1345" DrawAspect="Content" ObjectID="_1699918135" r:id="rId648"/>
        </w:object>
      </w:r>
      <w:r w:rsidRPr="000D500B">
        <w:rPr>
          <w:rFonts w:cs="Times New Roman"/>
        </w:rPr>
        <w:tab/>
      </w:r>
      <w:r w:rsidRPr="000D500B">
        <w:rPr>
          <w:rFonts w:cs="Times New Roman"/>
          <w:b/>
          <w:color w:val="0000FF"/>
        </w:rPr>
        <w:t xml:space="preserve">C. </w:t>
      </w:r>
      <w:r w:rsidRPr="000D500B">
        <w:rPr>
          <w:rFonts w:cs="Times New Roman"/>
          <w:position w:val="-4"/>
        </w:rPr>
        <w:object w:dxaOrig="420" w:dyaOrig="260" w14:anchorId="40ED6E4E">
          <v:shape id="_x0000_i1346" type="#_x0000_t75" style="width:21pt;height:13.2pt" o:ole="">
            <v:imagedata r:id="rId649" o:title=""/>
          </v:shape>
          <o:OLEObject Type="Embed" ProgID="Equation.DSMT4" ShapeID="_x0000_i1346" DrawAspect="Content" ObjectID="_1699918136" r:id="rId650"/>
        </w:object>
      </w:r>
      <w:r w:rsidRPr="000D500B">
        <w:rPr>
          <w:rFonts w:cs="Times New Roman"/>
        </w:rPr>
        <w:tab/>
      </w:r>
      <w:r w:rsidRPr="000D500B">
        <w:rPr>
          <w:rFonts w:cs="Times New Roman"/>
          <w:b/>
          <w:color w:val="0000FF"/>
        </w:rPr>
        <w:t xml:space="preserve">D. </w:t>
      </w:r>
      <w:r w:rsidRPr="000D500B">
        <w:rPr>
          <w:rFonts w:cs="Times New Roman"/>
          <w:position w:val="-6"/>
        </w:rPr>
        <w:object w:dxaOrig="400" w:dyaOrig="279" w14:anchorId="6FAD8079">
          <v:shape id="_x0000_i1347" type="#_x0000_t75" style="width:19.8pt;height:13.8pt" o:ole="">
            <v:imagedata r:id="rId651" o:title=""/>
          </v:shape>
          <o:OLEObject Type="Embed" ProgID="Equation.DSMT4" ShapeID="_x0000_i1347" DrawAspect="Content" ObjectID="_1699918137" r:id="rId652"/>
        </w:object>
      </w:r>
    </w:p>
    <w:p w14:paraId="0176A3AA" w14:textId="77777777" w:rsidR="00DE7E5C" w:rsidRDefault="00DE7E5C" w:rsidP="000D500B">
      <w:pPr>
        <w:tabs>
          <w:tab w:val="left" w:pos="992"/>
        </w:tabs>
        <w:spacing w:before="120" w:after="0"/>
        <w:ind w:left="992" w:hanging="992"/>
        <w:jc w:val="both"/>
        <w:rPr>
          <w:rFonts w:cs="Times New Roman"/>
        </w:rPr>
      </w:pPr>
      <w:r w:rsidRPr="000D500B">
        <w:rPr>
          <w:rFonts w:cs="Times New Roman"/>
          <w:b/>
          <w:color w:val="0000FF"/>
        </w:rPr>
        <w:t>Câu 32:</w:t>
      </w:r>
      <w:r w:rsidRPr="000D500B">
        <w:rPr>
          <w:rFonts w:cs="Times New Roman"/>
          <w:b/>
          <w:color w:val="0000FF"/>
        </w:rPr>
        <w:tab/>
      </w:r>
      <w:r w:rsidRPr="000D500B">
        <w:rPr>
          <w:rFonts w:cs="Times New Roman"/>
        </w:rPr>
        <w:t xml:space="preserve">Cho tứ diện </w:t>
      </w:r>
      <w:r w:rsidRPr="000D500B">
        <w:rPr>
          <w:position w:val="-6"/>
        </w:rPr>
        <w:object w:dxaOrig="720" w:dyaOrig="279" w14:anchorId="6E268F80">
          <v:shape id="_x0000_i1348" type="#_x0000_t75" style="width:36pt;height:13.8pt" o:ole="">
            <v:imagedata r:id="rId653" o:title=""/>
          </v:shape>
          <o:OLEObject Type="Embed" ProgID="Equation.DSMT4" ShapeID="_x0000_i1348" DrawAspect="Content" ObjectID="_1699918138" r:id="rId654"/>
        </w:object>
      </w:r>
      <w:r w:rsidRPr="000D500B">
        <w:rPr>
          <w:rFonts w:cs="Times New Roman"/>
        </w:rPr>
        <w:t xml:space="preserve">. Gọi </w:t>
      </w:r>
      <w:r w:rsidRPr="000D500B">
        <w:rPr>
          <w:position w:val="-10"/>
        </w:rPr>
        <w:object w:dxaOrig="600" w:dyaOrig="320" w14:anchorId="585C10EB">
          <v:shape id="_x0000_i1349" type="#_x0000_t75" style="width:30pt;height:16.2pt" o:ole="">
            <v:imagedata r:id="rId655" o:title=""/>
          </v:shape>
          <o:OLEObject Type="Embed" ProgID="Equation.DSMT4" ShapeID="_x0000_i1349" DrawAspect="Content" ObjectID="_1699918139" r:id="rId656"/>
        </w:object>
      </w:r>
      <w:r w:rsidRPr="000D500B">
        <w:rPr>
          <w:rFonts w:cs="Times New Roman"/>
        </w:rPr>
        <w:t xml:space="preserve"> lần lượt là trung điểm của </w:t>
      </w:r>
      <w:r w:rsidRPr="000D500B">
        <w:rPr>
          <w:position w:val="-4"/>
        </w:rPr>
        <w:object w:dxaOrig="400" w:dyaOrig="260" w14:anchorId="5F01E51B">
          <v:shape id="_x0000_i1350" type="#_x0000_t75" style="width:19.8pt;height:13.2pt" o:ole="">
            <v:imagedata r:id="rId657" o:title=""/>
          </v:shape>
          <o:OLEObject Type="Embed" ProgID="Equation.DSMT4" ShapeID="_x0000_i1350" DrawAspect="Content" ObjectID="_1699918140" r:id="rId658"/>
        </w:object>
      </w:r>
      <w:r w:rsidRPr="000D500B">
        <w:rPr>
          <w:rFonts w:cs="Times New Roman"/>
        </w:rPr>
        <w:t xml:space="preserve"> và </w:t>
      </w:r>
      <w:r w:rsidRPr="000D500B">
        <w:rPr>
          <w:position w:val="-6"/>
        </w:rPr>
        <w:object w:dxaOrig="400" w:dyaOrig="279" w14:anchorId="66BF1F90">
          <v:shape id="_x0000_i1351" type="#_x0000_t75" style="width:19.8pt;height:13.8pt" o:ole="">
            <v:imagedata r:id="rId659" o:title=""/>
          </v:shape>
          <o:OLEObject Type="Embed" ProgID="Equation.DSMT4" ShapeID="_x0000_i1351" DrawAspect="Content" ObjectID="_1699918141" r:id="rId660"/>
        </w:object>
      </w:r>
      <w:r w:rsidRPr="000D500B">
        <w:rPr>
          <w:rFonts w:cs="Times New Roman"/>
        </w:rPr>
        <w:t xml:space="preserve"> (tham khảo hình vẽ) Mệnh đề nào dưới đây đúng?</w:t>
      </w:r>
    </w:p>
    <w:p w14:paraId="3F7162CF" w14:textId="77777777" w:rsidR="00DE7E5C" w:rsidRPr="000D500B" w:rsidRDefault="00DE7E5C" w:rsidP="000D500B">
      <w:pPr>
        <w:tabs>
          <w:tab w:val="left" w:pos="992"/>
        </w:tabs>
        <w:spacing w:before="120" w:after="0"/>
        <w:ind w:left="992" w:hanging="992"/>
        <w:jc w:val="center"/>
        <w:rPr>
          <w:rFonts w:cs="Times New Roman"/>
        </w:rPr>
      </w:pPr>
      <w:r>
        <w:rPr>
          <w:noProof/>
        </w:rPr>
        <w:drawing>
          <wp:inline distT="0" distB="0" distL="0" distR="0" wp14:anchorId="4DA2D933" wp14:editId="7B736A5E">
            <wp:extent cx="1639853" cy="1470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1"/>
                    <a:stretch>
                      <a:fillRect/>
                    </a:stretch>
                  </pic:blipFill>
                  <pic:spPr>
                    <a:xfrm>
                      <a:off x="0" y="0"/>
                      <a:ext cx="1649857" cy="1479632"/>
                    </a:xfrm>
                    <a:prstGeom prst="rect">
                      <a:avLst/>
                    </a:prstGeom>
                  </pic:spPr>
                </pic:pic>
              </a:graphicData>
            </a:graphic>
          </wp:inline>
        </w:drawing>
      </w:r>
    </w:p>
    <w:p w14:paraId="7BE885EC"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6"/>
        </w:rPr>
        <w:object w:dxaOrig="420" w:dyaOrig="279" w14:anchorId="4D2AC096">
          <v:shape id="_x0000_i1352" type="#_x0000_t75" style="width:21pt;height:13.8pt" o:ole="">
            <v:imagedata r:id="rId662" o:title=""/>
          </v:shape>
          <o:OLEObject Type="Embed" ProgID="Equation.DSMT4" ShapeID="_x0000_i1352" DrawAspect="Content" ObjectID="_1699918142" r:id="rId663"/>
        </w:object>
      </w:r>
      <w:r w:rsidRPr="000D500B">
        <w:rPr>
          <w:rFonts w:cs="Times New Roman"/>
        </w:rPr>
        <w:t xml:space="preserve"> và </w:t>
      </w:r>
      <w:r w:rsidRPr="000D500B">
        <w:rPr>
          <w:rFonts w:cs="Times New Roman"/>
          <w:position w:val="-6"/>
        </w:rPr>
        <w:object w:dxaOrig="400" w:dyaOrig="279" w14:anchorId="7C2B1C32">
          <v:shape id="_x0000_i1353" type="#_x0000_t75" style="width:19.8pt;height:13.8pt" o:ole="">
            <v:imagedata r:id="rId664" o:title=""/>
          </v:shape>
          <o:OLEObject Type="Embed" ProgID="Equation.DSMT4" ShapeID="_x0000_i1353" DrawAspect="Content" ObjectID="_1699918143" r:id="rId665"/>
        </w:object>
      </w:r>
      <w:r w:rsidRPr="000D500B">
        <w:rPr>
          <w:rFonts w:cs="Times New Roman"/>
        </w:rPr>
        <w:t xml:space="preserve"> chéo nhau</w:t>
      </w:r>
      <w:r w:rsidRPr="000D500B">
        <w:rPr>
          <w:rFonts w:cs="Times New Roman"/>
        </w:rPr>
        <w:tab/>
      </w:r>
      <w:r w:rsidRPr="000D500B">
        <w:rPr>
          <w:rFonts w:cs="Times New Roman"/>
          <w:b/>
          <w:color w:val="0000FF"/>
        </w:rPr>
        <w:t xml:space="preserve">B. </w:t>
      </w:r>
      <w:r w:rsidRPr="000D500B">
        <w:rPr>
          <w:rFonts w:cs="Times New Roman"/>
          <w:position w:val="-6"/>
        </w:rPr>
        <w:object w:dxaOrig="420" w:dyaOrig="279" w14:anchorId="1CE5A4F9">
          <v:shape id="_x0000_i1354" type="#_x0000_t75" style="width:21pt;height:13.8pt" o:ole="">
            <v:imagedata r:id="rId666" o:title=""/>
          </v:shape>
          <o:OLEObject Type="Embed" ProgID="Equation.DSMT4" ShapeID="_x0000_i1354" DrawAspect="Content" ObjectID="_1699918144" r:id="rId667"/>
        </w:object>
      </w:r>
      <w:r w:rsidRPr="000D500B">
        <w:rPr>
          <w:rFonts w:cs="Times New Roman"/>
        </w:rPr>
        <w:t xml:space="preserve"> và </w:t>
      </w:r>
      <w:r w:rsidRPr="000D500B">
        <w:rPr>
          <w:rFonts w:cs="Times New Roman"/>
          <w:position w:val="-6"/>
        </w:rPr>
        <w:object w:dxaOrig="400" w:dyaOrig="279" w14:anchorId="30F6B335">
          <v:shape id="_x0000_i1355" type="#_x0000_t75" style="width:19.8pt;height:13.8pt" o:ole="">
            <v:imagedata r:id="rId668" o:title=""/>
          </v:shape>
          <o:OLEObject Type="Embed" ProgID="Equation.DSMT4" ShapeID="_x0000_i1355" DrawAspect="Content" ObjectID="_1699918145" r:id="rId669"/>
        </w:object>
      </w:r>
      <w:r w:rsidRPr="000D500B">
        <w:rPr>
          <w:rFonts w:cs="Times New Roman"/>
        </w:rPr>
        <w:t xml:space="preserve"> cắt nhau</w:t>
      </w:r>
    </w:p>
    <w:p w14:paraId="2266BB87"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C. </w:t>
      </w:r>
      <w:r w:rsidRPr="000D500B">
        <w:rPr>
          <w:rFonts w:cs="Times New Roman"/>
          <w:position w:val="-6"/>
        </w:rPr>
        <w:object w:dxaOrig="420" w:dyaOrig="279" w14:anchorId="0345CE6D">
          <v:shape id="_x0000_i1356" type="#_x0000_t75" style="width:21pt;height:13.8pt" o:ole="">
            <v:imagedata r:id="rId670" o:title=""/>
          </v:shape>
          <o:OLEObject Type="Embed" ProgID="Equation.DSMT4" ShapeID="_x0000_i1356" DrawAspect="Content" ObjectID="_1699918146" r:id="rId671"/>
        </w:object>
      </w:r>
      <w:r w:rsidRPr="000D500B">
        <w:rPr>
          <w:rFonts w:cs="Times New Roman"/>
        </w:rPr>
        <w:t xml:space="preserve"> và </w:t>
      </w:r>
      <w:r w:rsidRPr="000D500B">
        <w:rPr>
          <w:rFonts w:cs="Times New Roman"/>
          <w:position w:val="-6"/>
        </w:rPr>
        <w:object w:dxaOrig="460" w:dyaOrig="279" w14:anchorId="280CDABB">
          <v:shape id="_x0000_i1357" type="#_x0000_t75" style="width:22.8pt;height:13.8pt" o:ole="">
            <v:imagedata r:id="rId672" o:title=""/>
          </v:shape>
          <o:OLEObject Type="Embed" ProgID="Equation.DSMT4" ShapeID="_x0000_i1357" DrawAspect="Content" ObjectID="_1699918147" r:id="rId673"/>
        </w:object>
      </w:r>
      <w:r w:rsidRPr="000D500B">
        <w:rPr>
          <w:rFonts w:cs="Times New Roman"/>
        </w:rPr>
        <w:t xml:space="preserve"> song song với nhau</w:t>
      </w:r>
      <w:r w:rsidRPr="000D500B">
        <w:rPr>
          <w:rFonts w:cs="Times New Roman"/>
        </w:rPr>
        <w:tab/>
      </w:r>
      <w:r w:rsidRPr="000D500B">
        <w:rPr>
          <w:rFonts w:cs="Times New Roman"/>
          <w:b/>
          <w:color w:val="0000FF"/>
        </w:rPr>
        <w:t xml:space="preserve">D. </w:t>
      </w:r>
      <w:r w:rsidRPr="000D500B">
        <w:rPr>
          <w:rFonts w:cs="Times New Roman"/>
          <w:position w:val="-6"/>
        </w:rPr>
        <w:object w:dxaOrig="420" w:dyaOrig="279" w14:anchorId="102FF515">
          <v:shape id="_x0000_i1358" type="#_x0000_t75" style="width:21pt;height:13.8pt" o:ole="">
            <v:imagedata r:id="rId674" o:title=""/>
          </v:shape>
          <o:OLEObject Type="Embed" ProgID="Equation.DSMT4" ShapeID="_x0000_i1358" DrawAspect="Content" ObjectID="_1699918148" r:id="rId675"/>
        </w:object>
      </w:r>
      <w:r w:rsidRPr="000D500B">
        <w:rPr>
          <w:rFonts w:cs="Times New Roman"/>
        </w:rPr>
        <w:t xml:space="preserve"> và </w:t>
      </w:r>
      <w:r w:rsidRPr="000D500B">
        <w:rPr>
          <w:rFonts w:cs="Times New Roman"/>
          <w:position w:val="-4"/>
        </w:rPr>
        <w:object w:dxaOrig="400" w:dyaOrig="260" w14:anchorId="1AD9D324">
          <v:shape id="_x0000_i1359" type="#_x0000_t75" style="width:19.8pt;height:13.2pt" o:ole="">
            <v:imagedata r:id="rId676" o:title=""/>
          </v:shape>
          <o:OLEObject Type="Embed" ProgID="Equation.DSMT4" ShapeID="_x0000_i1359" DrawAspect="Content" ObjectID="_1699918149" r:id="rId677"/>
        </w:object>
      </w:r>
      <w:r w:rsidRPr="000D500B">
        <w:rPr>
          <w:rFonts w:cs="Times New Roman"/>
        </w:rPr>
        <w:t xml:space="preserve"> cắt nhau</w:t>
      </w:r>
    </w:p>
    <w:p w14:paraId="5A34E935" w14:textId="77777777" w:rsidR="00DE7E5C" w:rsidRPr="000D500B" w:rsidRDefault="00DE7E5C" w:rsidP="000D500B">
      <w:pPr>
        <w:tabs>
          <w:tab w:val="left" w:pos="992"/>
        </w:tabs>
        <w:spacing w:before="120" w:after="0"/>
        <w:ind w:left="992" w:hanging="992"/>
        <w:jc w:val="both"/>
        <w:rPr>
          <w:rFonts w:cs="Times New Roman"/>
        </w:rPr>
      </w:pPr>
      <w:r w:rsidRPr="000D500B">
        <w:rPr>
          <w:rFonts w:cs="Times New Roman"/>
          <w:b/>
          <w:color w:val="0000FF"/>
        </w:rPr>
        <w:t>Câu 33:</w:t>
      </w:r>
      <w:r w:rsidRPr="000D500B">
        <w:rPr>
          <w:rFonts w:cs="Times New Roman"/>
          <w:b/>
          <w:color w:val="0000FF"/>
        </w:rPr>
        <w:tab/>
      </w:r>
      <w:r w:rsidRPr="000D500B">
        <w:rPr>
          <w:rFonts w:cs="Times New Roman"/>
        </w:rPr>
        <w:t xml:space="preserve">Cho đường thẳng </w:t>
      </w:r>
      <w:r w:rsidRPr="000D500B">
        <w:rPr>
          <w:position w:val="-6"/>
        </w:rPr>
        <w:object w:dxaOrig="220" w:dyaOrig="279" w14:anchorId="3185BB82">
          <v:shape id="_x0000_i1360" type="#_x0000_t75" style="width:10.8pt;height:13.8pt" o:ole="">
            <v:imagedata r:id="rId678" o:title=""/>
          </v:shape>
          <o:OLEObject Type="Embed" ProgID="Equation.DSMT4" ShapeID="_x0000_i1360" DrawAspect="Content" ObjectID="_1699918150" r:id="rId679"/>
        </w:object>
      </w:r>
      <w:r w:rsidRPr="000D500B">
        <w:rPr>
          <w:rFonts w:cs="Times New Roman"/>
        </w:rPr>
        <w:t xml:space="preserve"> song song với mặt phẳng </w:t>
      </w:r>
      <w:r w:rsidRPr="000D500B">
        <w:rPr>
          <w:position w:val="-10"/>
        </w:rPr>
        <w:object w:dxaOrig="400" w:dyaOrig="320" w14:anchorId="7277433D">
          <v:shape id="_x0000_i1361" type="#_x0000_t75" style="width:19.8pt;height:16.2pt" o:ole="">
            <v:imagedata r:id="rId680" o:title=""/>
          </v:shape>
          <o:OLEObject Type="Embed" ProgID="Equation.DSMT4" ShapeID="_x0000_i1361" DrawAspect="Content" ObjectID="_1699918151" r:id="rId681"/>
        </w:object>
      </w:r>
      <w:r w:rsidRPr="000D500B">
        <w:rPr>
          <w:rFonts w:cs="Times New Roman"/>
        </w:rPr>
        <w:t xml:space="preserve">. Số điểm chung của </w:t>
      </w:r>
      <w:r w:rsidRPr="000D500B">
        <w:rPr>
          <w:position w:val="-6"/>
        </w:rPr>
        <w:object w:dxaOrig="220" w:dyaOrig="279" w14:anchorId="645B7345">
          <v:shape id="_x0000_i1362" type="#_x0000_t75" style="width:10.8pt;height:13.8pt" o:ole="">
            <v:imagedata r:id="rId682" o:title=""/>
          </v:shape>
          <o:OLEObject Type="Embed" ProgID="Equation.DSMT4" ShapeID="_x0000_i1362" DrawAspect="Content" ObjectID="_1699918152" r:id="rId683"/>
        </w:object>
      </w:r>
      <w:r w:rsidRPr="000D500B">
        <w:rPr>
          <w:rFonts w:cs="Times New Roman"/>
        </w:rPr>
        <w:t xml:space="preserve"> và </w:t>
      </w:r>
      <w:r w:rsidRPr="000D500B">
        <w:rPr>
          <w:position w:val="-10"/>
        </w:rPr>
        <w:object w:dxaOrig="400" w:dyaOrig="320" w14:anchorId="2361FE80">
          <v:shape id="_x0000_i1363" type="#_x0000_t75" style="width:19.8pt;height:16.2pt" o:ole="">
            <v:imagedata r:id="rId684" o:title=""/>
          </v:shape>
          <o:OLEObject Type="Embed" ProgID="Equation.DSMT4" ShapeID="_x0000_i1363" DrawAspect="Content" ObjectID="_1699918153" r:id="rId685"/>
        </w:object>
      </w:r>
      <w:r w:rsidRPr="000D500B">
        <w:rPr>
          <w:rFonts w:cs="Times New Roman"/>
        </w:rPr>
        <w:t xml:space="preserve"> là</w:t>
      </w:r>
    </w:p>
    <w:p w14:paraId="3AE374D0"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0.</w:t>
      </w:r>
      <w:r w:rsidRPr="000D500B">
        <w:rPr>
          <w:rFonts w:cs="Times New Roman"/>
        </w:rPr>
        <w:tab/>
      </w:r>
      <w:r w:rsidRPr="000D500B">
        <w:rPr>
          <w:rFonts w:cs="Times New Roman"/>
          <w:b/>
          <w:color w:val="0000FF"/>
        </w:rPr>
        <w:t xml:space="preserve">B. </w:t>
      </w:r>
      <w:r w:rsidRPr="000D500B">
        <w:rPr>
          <w:rFonts w:cs="Times New Roman"/>
        </w:rPr>
        <w:t>1.</w:t>
      </w:r>
      <w:r w:rsidRPr="000D500B">
        <w:rPr>
          <w:rFonts w:cs="Times New Roman"/>
        </w:rPr>
        <w:tab/>
      </w:r>
      <w:r w:rsidRPr="000D500B">
        <w:rPr>
          <w:rFonts w:cs="Times New Roman"/>
          <w:b/>
          <w:color w:val="0000FF"/>
        </w:rPr>
        <w:t xml:space="preserve">C. </w:t>
      </w:r>
      <w:r w:rsidRPr="000D500B">
        <w:rPr>
          <w:rFonts w:cs="Times New Roman"/>
        </w:rPr>
        <w:t>2.</w:t>
      </w:r>
      <w:r w:rsidRPr="000D500B">
        <w:rPr>
          <w:rFonts w:cs="Times New Roman"/>
        </w:rPr>
        <w:tab/>
      </w:r>
      <w:r w:rsidRPr="000D500B">
        <w:rPr>
          <w:rFonts w:cs="Times New Roman"/>
          <w:b/>
          <w:color w:val="0000FF"/>
        </w:rPr>
        <w:t xml:space="preserve">D. </w:t>
      </w:r>
      <w:r w:rsidRPr="000D500B">
        <w:rPr>
          <w:rFonts w:cs="Times New Roman"/>
        </w:rPr>
        <w:t>vô số.</w:t>
      </w:r>
    </w:p>
    <w:p w14:paraId="4305323E" w14:textId="77777777" w:rsidR="00DE7E5C" w:rsidRDefault="00DE7E5C" w:rsidP="000D500B">
      <w:pPr>
        <w:tabs>
          <w:tab w:val="left" w:pos="992"/>
        </w:tabs>
        <w:spacing w:before="120" w:after="0"/>
        <w:ind w:left="992" w:hanging="992"/>
        <w:jc w:val="both"/>
        <w:rPr>
          <w:rFonts w:cs="Times New Roman"/>
        </w:rPr>
      </w:pPr>
      <w:r w:rsidRPr="000D500B">
        <w:rPr>
          <w:rFonts w:cs="Times New Roman"/>
          <w:b/>
          <w:color w:val="0000FF"/>
        </w:rPr>
        <w:lastRenderedPageBreak/>
        <w:t>Câu 34:</w:t>
      </w:r>
      <w:r w:rsidRPr="000D500B">
        <w:rPr>
          <w:rFonts w:cs="Times New Roman"/>
          <w:b/>
          <w:color w:val="0000FF"/>
        </w:rPr>
        <w:tab/>
      </w:r>
      <w:r w:rsidRPr="000D500B">
        <w:rPr>
          <w:rFonts w:cs="Times New Roman"/>
        </w:rPr>
        <w:t xml:space="preserve">Cho hình chóp </w:t>
      </w:r>
      <w:r w:rsidRPr="000D500B">
        <w:rPr>
          <w:position w:val="-6"/>
        </w:rPr>
        <w:object w:dxaOrig="920" w:dyaOrig="279" w14:anchorId="016D4594">
          <v:shape id="_x0000_i1364" type="#_x0000_t75" style="width:46.2pt;height:13.8pt" o:ole="">
            <v:imagedata r:id="rId686" o:title=""/>
          </v:shape>
          <o:OLEObject Type="Embed" ProgID="Equation.DSMT4" ShapeID="_x0000_i1364" DrawAspect="Content" ObjectID="_1699918154" r:id="rId687"/>
        </w:object>
      </w:r>
      <w:r w:rsidRPr="000D500B">
        <w:rPr>
          <w:rFonts w:cs="Times New Roman"/>
        </w:rPr>
        <w:t xml:space="preserve"> có đáy </w:t>
      </w:r>
      <w:r w:rsidRPr="000D500B">
        <w:rPr>
          <w:position w:val="-6"/>
        </w:rPr>
        <w:object w:dxaOrig="720" w:dyaOrig="279" w14:anchorId="5812E068">
          <v:shape id="_x0000_i1365" type="#_x0000_t75" style="width:36pt;height:13.8pt" o:ole="">
            <v:imagedata r:id="rId688" o:title=""/>
          </v:shape>
          <o:OLEObject Type="Embed" ProgID="Equation.DSMT4" ShapeID="_x0000_i1365" DrawAspect="Content" ObjectID="_1699918155" r:id="rId689"/>
        </w:object>
      </w:r>
      <w:r w:rsidRPr="000D500B">
        <w:rPr>
          <w:rFonts w:cs="Times New Roman"/>
        </w:rPr>
        <w:t xml:space="preserve"> là hình bình hành. Gọi </w:t>
      </w:r>
      <w:r w:rsidRPr="000D500B">
        <w:rPr>
          <w:position w:val="-10"/>
        </w:rPr>
        <w:object w:dxaOrig="600" w:dyaOrig="320" w14:anchorId="6737E4F9">
          <v:shape id="_x0000_i1366" type="#_x0000_t75" style="width:30pt;height:16.2pt" o:ole="">
            <v:imagedata r:id="rId690" o:title=""/>
          </v:shape>
          <o:OLEObject Type="Embed" ProgID="Equation.DSMT4" ShapeID="_x0000_i1366" DrawAspect="Content" ObjectID="_1699918156" r:id="rId691"/>
        </w:object>
      </w:r>
      <w:r w:rsidRPr="000D500B">
        <w:rPr>
          <w:rFonts w:cs="Times New Roman"/>
        </w:rPr>
        <w:t xml:space="preserve"> lần lượt là trung điểm của các cạnh </w:t>
      </w:r>
      <w:r w:rsidRPr="000D500B">
        <w:rPr>
          <w:position w:val="-6"/>
        </w:rPr>
        <w:object w:dxaOrig="360" w:dyaOrig="279" w14:anchorId="66581F0A">
          <v:shape id="_x0000_i1367" type="#_x0000_t75" style="width:18pt;height:13.8pt" o:ole="">
            <v:imagedata r:id="rId692" o:title=""/>
          </v:shape>
          <o:OLEObject Type="Embed" ProgID="Equation.DSMT4" ShapeID="_x0000_i1367" DrawAspect="Content" ObjectID="_1699918157" r:id="rId693"/>
        </w:object>
      </w:r>
      <w:r w:rsidRPr="000D500B">
        <w:rPr>
          <w:rFonts w:cs="Times New Roman"/>
        </w:rPr>
        <w:t xml:space="preserve"> và </w:t>
      </w:r>
      <w:r w:rsidRPr="000D500B">
        <w:rPr>
          <w:position w:val="-6"/>
        </w:rPr>
        <w:object w:dxaOrig="380" w:dyaOrig="279" w14:anchorId="5DABA2C4">
          <v:shape id="_x0000_i1368" type="#_x0000_t75" style="width:19.2pt;height:13.8pt" o:ole="">
            <v:imagedata r:id="rId694" o:title=""/>
          </v:shape>
          <o:OLEObject Type="Embed" ProgID="Equation.DSMT4" ShapeID="_x0000_i1368" DrawAspect="Content" ObjectID="_1699918158" r:id="rId695"/>
        </w:object>
      </w:r>
      <w:r w:rsidRPr="000D500B">
        <w:rPr>
          <w:rFonts w:cs="Times New Roman"/>
        </w:rPr>
        <w:t xml:space="preserve"> (hình vẽ kèm theo). </w:t>
      </w:r>
      <w:r>
        <w:rPr>
          <w:rFonts w:cs="Times New Roman"/>
        </w:rPr>
        <w:t xml:space="preserve"> </w:t>
      </w:r>
      <w:r w:rsidRPr="000D500B">
        <w:rPr>
          <w:rFonts w:cs="Times New Roman"/>
        </w:rPr>
        <w:t>Khẳng định nào sau đây đúng</w:t>
      </w:r>
    </w:p>
    <w:p w14:paraId="396556D5" w14:textId="77777777" w:rsidR="00DE7E5C" w:rsidRPr="000D500B" w:rsidRDefault="00DE7E5C" w:rsidP="000D500B">
      <w:pPr>
        <w:tabs>
          <w:tab w:val="left" w:pos="992"/>
        </w:tabs>
        <w:spacing w:before="120" w:after="0"/>
        <w:ind w:left="992" w:hanging="992"/>
        <w:jc w:val="center"/>
        <w:rPr>
          <w:rFonts w:cs="Times New Roman"/>
        </w:rPr>
      </w:pPr>
      <w:r>
        <w:rPr>
          <w:noProof/>
        </w:rPr>
        <w:drawing>
          <wp:inline distT="0" distB="0" distL="0" distR="0" wp14:anchorId="15C4871F" wp14:editId="2F806430">
            <wp:extent cx="1919575" cy="16383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6"/>
                    <a:stretch>
                      <a:fillRect/>
                    </a:stretch>
                  </pic:blipFill>
                  <pic:spPr>
                    <a:xfrm>
                      <a:off x="0" y="0"/>
                      <a:ext cx="1925052" cy="1642974"/>
                    </a:xfrm>
                    <a:prstGeom prst="rect">
                      <a:avLst/>
                    </a:prstGeom>
                  </pic:spPr>
                </pic:pic>
              </a:graphicData>
            </a:graphic>
          </wp:inline>
        </w:drawing>
      </w:r>
    </w:p>
    <w:p w14:paraId="7FC0E8D7"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position w:val="-10"/>
        </w:rPr>
        <w:object w:dxaOrig="1460" w:dyaOrig="320" w14:anchorId="1C9014C5">
          <v:shape id="_x0000_i1369" type="#_x0000_t75" style="width:73.2pt;height:16.2pt" o:ole="">
            <v:imagedata r:id="rId697" o:title=""/>
          </v:shape>
          <o:OLEObject Type="Embed" ProgID="Equation.DSMT4" ShapeID="_x0000_i1369" DrawAspect="Content" ObjectID="_1699918159" r:id="rId698"/>
        </w:object>
      </w:r>
      <w:r w:rsidRPr="000D500B">
        <w:rPr>
          <w:rFonts w:cs="Times New Roman"/>
        </w:rPr>
        <w:tab/>
      </w:r>
      <w:r>
        <w:rPr>
          <w:rFonts w:cs="Times New Roman"/>
        </w:rPr>
        <w:tab/>
      </w:r>
      <w:r w:rsidRPr="000D500B">
        <w:rPr>
          <w:rFonts w:cs="Times New Roman"/>
          <w:b/>
          <w:color w:val="0000FF"/>
        </w:rPr>
        <w:t xml:space="preserve">B. </w:t>
      </w:r>
      <w:r w:rsidRPr="000D500B">
        <w:rPr>
          <w:rFonts w:cs="Times New Roman"/>
          <w:position w:val="-10"/>
        </w:rPr>
        <w:object w:dxaOrig="1240" w:dyaOrig="320" w14:anchorId="5E797BB1">
          <v:shape id="_x0000_i1370" type="#_x0000_t75" style="width:61.8pt;height:16.2pt" o:ole="">
            <v:imagedata r:id="rId699" o:title=""/>
          </v:shape>
          <o:OLEObject Type="Embed" ProgID="Equation.DSMT4" ShapeID="_x0000_i1370" DrawAspect="Content" ObjectID="_1699918160" r:id="rId700"/>
        </w:object>
      </w:r>
    </w:p>
    <w:p w14:paraId="26B17A8A"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C. </w:t>
      </w:r>
      <w:r w:rsidRPr="000D500B">
        <w:rPr>
          <w:rFonts w:cs="Times New Roman"/>
          <w:position w:val="-10"/>
        </w:rPr>
        <w:object w:dxaOrig="1260" w:dyaOrig="320" w14:anchorId="758B22FE">
          <v:shape id="_x0000_i1371" type="#_x0000_t75" style="width:63pt;height:16.2pt" o:ole="">
            <v:imagedata r:id="rId701" o:title=""/>
          </v:shape>
          <o:OLEObject Type="Embed" ProgID="Equation.DSMT4" ShapeID="_x0000_i1371" DrawAspect="Content" ObjectID="_1699918161" r:id="rId702"/>
        </w:object>
      </w:r>
      <w:r w:rsidRPr="000D500B">
        <w:rPr>
          <w:rFonts w:cs="Times New Roman"/>
        </w:rPr>
        <w:tab/>
      </w:r>
      <w:r>
        <w:rPr>
          <w:rFonts w:cs="Times New Roman"/>
        </w:rPr>
        <w:tab/>
      </w:r>
      <w:r w:rsidRPr="000D500B">
        <w:rPr>
          <w:rFonts w:cs="Times New Roman"/>
          <w:b/>
          <w:color w:val="0000FF"/>
        </w:rPr>
        <w:t xml:space="preserve">D. </w:t>
      </w:r>
      <w:r w:rsidRPr="000D500B">
        <w:rPr>
          <w:rFonts w:cs="Times New Roman"/>
          <w:position w:val="-10"/>
        </w:rPr>
        <w:object w:dxaOrig="1260" w:dyaOrig="320" w14:anchorId="75CA677A">
          <v:shape id="_x0000_i1372" type="#_x0000_t75" style="width:63pt;height:16.2pt" o:ole="">
            <v:imagedata r:id="rId703" o:title=""/>
          </v:shape>
          <o:OLEObject Type="Embed" ProgID="Equation.DSMT4" ShapeID="_x0000_i1372" DrawAspect="Content" ObjectID="_1699918162" r:id="rId704"/>
        </w:object>
      </w:r>
    </w:p>
    <w:p w14:paraId="01B6D27C" w14:textId="77777777" w:rsidR="00DE7E5C" w:rsidRDefault="00DE7E5C" w:rsidP="000D500B">
      <w:pPr>
        <w:tabs>
          <w:tab w:val="left" w:pos="992"/>
        </w:tabs>
        <w:spacing w:before="120" w:after="0"/>
        <w:ind w:left="992" w:hanging="992"/>
        <w:jc w:val="both"/>
        <w:rPr>
          <w:rFonts w:cs="Times New Roman"/>
        </w:rPr>
      </w:pPr>
      <w:r w:rsidRPr="000D500B">
        <w:rPr>
          <w:rFonts w:cs="Times New Roman"/>
          <w:b/>
          <w:color w:val="0000FF"/>
        </w:rPr>
        <w:t>Câu 35:</w:t>
      </w:r>
      <w:r w:rsidRPr="000D500B">
        <w:rPr>
          <w:rFonts w:cs="Times New Roman"/>
          <w:b/>
          <w:color w:val="0000FF"/>
        </w:rPr>
        <w:tab/>
      </w:r>
      <w:r w:rsidRPr="000D500B">
        <w:rPr>
          <w:rFonts w:cs="Times New Roman"/>
        </w:rPr>
        <w:t xml:space="preserve">Cho tứ diện </w:t>
      </w:r>
      <w:r w:rsidRPr="000D500B">
        <w:rPr>
          <w:position w:val="-6"/>
        </w:rPr>
        <w:object w:dxaOrig="720" w:dyaOrig="279" w14:anchorId="70F0A13D">
          <v:shape id="_x0000_i1373" type="#_x0000_t75" style="width:36pt;height:13.8pt" o:ole="">
            <v:imagedata r:id="rId705" o:title=""/>
          </v:shape>
          <o:OLEObject Type="Embed" ProgID="Equation.DSMT4" ShapeID="_x0000_i1373" DrawAspect="Content" ObjectID="_1699918163" r:id="rId706"/>
        </w:object>
      </w:r>
      <w:r w:rsidRPr="000D500B">
        <w:rPr>
          <w:rFonts w:cs="Times New Roman"/>
        </w:rPr>
        <w:t xml:space="preserve">. Gọi </w:t>
      </w:r>
      <w:r w:rsidRPr="000D500B">
        <w:rPr>
          <w:position w:val="-10"/>
        </w:rPr>
        <w:object w:dxaOrig="600" w:dyaOrig="320" w14:anchorId="5A668CFB">
          <v:shape id="_x0000_i1374" type="#_x0000_t75" style="width:30pt;height:16.2pt" o:ole="">
            <v:imagedata r:id="rId707" o:title=""/>
          </v:shape>
          <o:OLEObject Type="Embed" ProgID="Equation.DSMT4" ShapeID="_x0000_i1374" DrawAspect="Content" ObjectID="_1699918164" r:id="rId708"/>
        </w:object>
      </w:r>
      <w:r w:rsidRPr="000D500B">
        <w:rPr>
          <w:rFonts w:cs="Times New Roman"/>
        </w:rPr>
        <w:t xml:space="preserve"> theo thứ tự là trung điểm của cạnh </w:t>
      </w:r>
      <w:r w:rsidRPr="000D500B">
        <w:rPr>
          <w:position w:val="-10"/>
        </w:rPr>
        <w:object w:dxaOrig="820" w:dyaOrig="320" w14:anchorId="2B3B61B6">
          <v:shape id="_x0000_i1375" type="#_x0000_t75" style="width:40.8pt;height:16.2pt" o:ole="">
            <v:imagedata r:id="rId709" o:title=""/>
          </v:shape>
          <o:OLEObject Type="Embed" ProgID="Equation.DSMT4" ShapeID="_x0000_i1375" DrawAspect="Content" ObjectID="_1699918165" r:id="rId710"/>
        </w:object>
      </w:r>
      <w:r w:rsidRPr="000D500B">
        <w:rPr>
          <w:rFonts w:cs="Times New Roman"/>
        </w:rPr>
        <w:t xml:space="preserve"> và </w:t>
      </w:r>
      <w:r w:rsidRPr="000D500B">
        <w:rPr>
          <w:position w:val="-6"/>
        </w:rPr>
        <w:object w:dxaOrig="260" w:dyaOrig="279" w14:anchorId="20204582">
          <v:shape id="_x0000_i1376" type="#_x0000_t75" style="width:13.2pt;height:13.8pt" o:ole="">
            <v:imagedata r:id="rId711" o:title=""/>
          </v:shape>
          <o:OLEObject Type="Embed" ProgID="Equation.DSMT4" ShapeID="_x0000_i1376" DrawAspect="Content" ObjectID="_1699918166" r:id="rId712"/>
        </w:object>
      </w:r>
      <w:r w:rsidRPr="000D500B">
        <w:rPr>
          <w:rFonts w:cs="Times New Roman"/>
        </w:rPr>
        <w:t xml:space="preserve"> là trọng tâm tam giác </w:t>
      </w:r>
      <w:r w:rsidRPr="000D500B">
        <w:rPr>
          <w:position w:val="-6"/>
        </w:rPr>
        <w:object w:dxaOrig="580" w:dyaOrig="279" w14:anchorId="11173D28">
          <v:shape id="_x0000_i1377" type="#_x0000_t75" style="width:28.8pt;height:13.8pt" o:ole="">
            <v:imagedata r:id="rId713" o:title=""/>
          </v:shape>
          <o:OLEObject Type="Embed" ProgID="Equation.DSMT4" ShapeID="_x0000_i1377" DrawAspect="Content" ObjectID="_1699918167" r:id="rId714"/>
        </w:object>
      </w:r>
      <w:r w:rsidRPr="000D500B">
        <w:rPr>
          <w:rFonts w:cs="Times New Roman"/>
        </w:rPr>
        <w:t xml:space="preserve"> (hình vẽ kèm theo). Giao tuyến của hai mặt phẳng </w:t>
      </w:r>
      <w:r w:rsidRPr="000D500B">
        <w:rPr>
          <w:position w:val="-10"/>
        </w:rPr>
        <w:object w:dxaOrig="780" w:dyaOrig="320" w14:anchorId="4391F276">
          <v:shape id="_x0000_i1378" type="#_x0000_t75" style="width:39pt;height:16.2pt" o:ole="">
            <v:imagedata r:id="rId715" o:title=""/>
          </v:shape>
          <o:OLEObject Type="Embed" ProgID="Equation.DSMT4" ShapeID="_x0000_i1378" DrawAspect="Content" ObjectID="_1699918168" r:id="rId716"/>
        </w:object>
      </w:r>
      <w:r w:rsidRPr="000D500B">
        <w:rPr>
          <w:rFonts w:cs="Times New Roman"/>
        </w:rPr>
        <w:t xml:space="preserve"> và </w:t>
      </w:r>
      <w:r w:rsidRPr="000D500B">
        <w:rPr>
          <w:position w:val="-10"/>
        </w:rPr>
        <w:object w:dxaOrig="740" w:dyaOrig="320" w14:anchorId="510F64EB">
          <v:shape id="_x0000_i1379" type="#_x0000_t75" style="width:37.2pt;height:16.2pt" o:ole="">
            <v:imagedata r:id="rId717" o:title=""/>
          </v:shape>
          <o:OLEObject Type="Embed" ProgID="Equation.DSMT4" ShapeID="_x0000_i1379" DrawAspect="Content" ObjectID="_1699918169" r:id="rId718"/>
        </w:object>
      </w:r>
      <w:r w:rsidRPr="000D500B">
        <w:rPr>
          <w:rFonts w:cs="Times New Roman"/>
        </w:rPr>
        <w:t xml:space="preserve"> là đường thẳng</w:t>
      </w:r>
    </w:p>
    <w:p w14:paraId="5DB5840F" w14:textId="77777777" w:rsidR="00DE7E5C" w:rsidRPr="000D500B" w:rsidRDefault="00DE7E5C" w:rsidP="000D500B">
      <w:pPr>
        <w:tabs>
          <w:tab w:val="left" w:pos="992"/>
        </w:tabs>
        <w:spacing w:before="120" w:after="0"/>
        <w:ind w:left="992" w:hanging="992"/>
        <w:jc w:val="center"/>
        <w:rPr>
          <w:rFonts w:cs="Times New Roman"/>
        </w:rPr>
      </w:pPr>
      <w:r>
        <w:rPr>
          <w:noProof/>
        </w:rPr>
        <w:drawing>
          <wp:inline distT="0" distB="0" distL="0" distR="0" wp14:anchorId="6B905A8E" wp14:editId="1BEEE09D">
            <wp:extent cx="1781955" cy="20574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9"/>
                    <a:stretch>
                      <a:fillRect/>
                    </a:stretch>
                  </pic:blipFill>
                  <pic:spPr>
                    <a:xfrm>
                      <a:off x="0" y="0"/>
                      <a:ext cx="1783176" cy="2058810"/>
                    </a:xfrm>
                    <a:prstGeom prst="rect">
                      <a:avLst/>
                    </a:prstGeom>
                  </pic:spPr>
                </pic:pic>
              </a:graphicData>
            </a:graphic>
          </wp:inline>
        </w:drawing>
      </w:r>
    </w:p>
    <w:p w14:paraId="17982951"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u w:val="single"/>
        </w:rPr>
        <w:t>A</w:t>
      </w:r>
      <w:r w:rsidRPr="000D500B">
        <w:rPr>
          <w:rFonts w:cs="Times New Roman"/>
          <w:b/>
          <w:color w:val="0000FF"/>
        </w:rPr>
        <w:t xml:space="preserve">. </w:t>
      </w:r>
      <w:r w:rsidRPr="000D500B">
        <w:rPr>
          <w:rFonts w:cs="Times New Roman"/>
        </w:rPr>
        <w:t xml:space="preserve">qua </w:t>
      </w:r>
      <w:r w:rsidRPr="000D500B">
        <w:rPr>
          <w:rFonts w:cs="Times New Roman"/>
          <w:position w:val="-6"/>
        </w:rPr>
        <w:object w:dxaOrig="260" w:dyaOrig="279" w14:anchorId="569F7338">
          <v:shape id="_x0000_i1380" type="#_x0000_t75" style="width:13.2pt;height:13.8pt" o:ole="">
            <v:imagedata r:id="rId720" o:title=""/>
          </v:shape>
          <o:OLEObject Type="Embed" ProgID="Equation.DSMT4" ShapeID="_x0000_i1380" DrawAspect="Content" ObjectID="_1699918170" r:id="rId721"/>
        </w:object>
      </w:r>
      <w:r w:rsidRPr="000D500B">
        <w:rPr>
          <w:rFonts w:cs="Times New Roman"/>
        </w:rPr>
        <w:t xml:space="preserve"> và song song với </w:t>
      </w:r>
      <w:r w:rsidRPr="000D500B">
        <w:rPr>
          <w:rFonts w:cs="Times New Roman"/>
          <w:position w:val="-6"/>
        </w:rPr>
        <w:object w:dxaOrig="400" w:dyaOrig="279" w14:anchorId="3E14221B">
          <v:shape id="_x0000_i1381" type="#_x0000_t75" style="width:19.8pt;height:13.8pt" o:ole="">
            <v:imagedata r:id="rId722" o:title=""/>
          </v:shape>
          <o:OLEObject Type="Embed" ProgID="Equation.DSMT4" ShapeID="_x0000_i1381" DrawAspect="Content" ObjectID="_1699918171" r:id="rId723"/>
        </w:object>
      </w:r>
      <w:r w:rsidRPr="000D500B">
        <w:rPr>
          <w:rFonts w:cs="Times New Roman"/>
        </w:rPr>
        <w:tab/>
      </w:r>
      <w:r w:rsidRPr="000D500B">
        <w:rPr>
          <w:rFonts w:cs="Times New Roman"/>
          <w:b/>
          <w:color w:val="0000FF"/>
        </w:rPr>
        <w:t xml:space="preserve">B. </w:t>
      </w:r>
      <w:r w:rsidRPr="000D500B">
        <w:rPr>
          <w:rFonts w:cs="Times New Roman"/>
        </w:rPr>
        <w:t xml:space="preserve">qua </w:t>
      </w:r>
      <w:r w:rsidRPr="000D500B">
        <w:rPr>
          <w:rFonts w:cs="Times New Roman"/>
          <w:position w:val="-6"/>
        </w:rPr>
        <w:object w:dxaOrig="260" w:dyaOrig="279" w14:anchorId="256D3BD4">
          <v:shape id="_x0000_i1382" type="#_x0000_t75" style="width:13.2pt;height:13.8pt" o:ole="">
            <v:imagedata r:id="rId724" o:title=""/>
          </v:shape>
          <o:OLEObject Type="Embed" ProgID="Equation.DSMT4" ShapeID="_x0000_i1382" DrawAspect="Content" ObjectID="_1699918172" r:id="rId725"/>
        </w:object>
      </w:r>
      <w:r w:rsidRPr="000D500B">
        <w:rPr>
          <w:rFonts w:cs="Times New Roman"/>
        </w:rPr>
        <w:t xml:space="preserve"> và song song với </w:t>
      </w:r>
      <w:r w:rsidRPr="000D500B">
        <w:rPr>
          <w:rFonts w:cs="Times New Roman"/>
          <w:position w:val="-4"/>
        </w:rPr>
        <w:object w:dxaOrig="400" w:dyaOrig="260" w14:anchorId="6A9CFB92">
          <v:shape id="_x0000_i1383" type="#_x0000_t75" style="width:19.8pt;height:13.2pt" o:ole="">
            <v:imagedata r:id="rId726" o:title=""/>
          </v:shape>
          <o:OLEObject Type="Embed" ProgID="Equation.DSMT4" ShapeID="_x0000_i1383" DrawAspect="Content" ObjectID="_1699918173" r:id="rId727"/>
        </w:object>
      </w:r>
    </w:p>
    <w:p w14:paraId="4375C831" w14:textId="77777777" w:rsidR="00DE7E5C" w:rsidRPr="000D500B" w:rsidRDefault="00DE7E5C" w:rsidP="000D500B">
      <w:pPr>
        <w:tabs>
          <w:tab w:val="left" w:pos="3402"/>
          <w:tab w:val="left" w:pos="5669"/>
          <w:tab w:val="left" w:pos="7937"/>
        </w:tabs>
        <w:spacing w:after="0"/>
        <w:ind w:left="992"/>
        <w:jc w:val="both"/>
        <w:rPr>
          <w:rFonts w:cs="Times New Roman"/>
        </w:rPr>
      </w:pPr>
      <w:r w:rsidRPr="000D500B">
        <w:rPr>
          <w:rFonts w:cs="Times New Roman"/>
          <w:b/>
          <w:color w:val="0000FF"/>
        </w:rPr>
        <w:t xml:space="preserve">C. </w:t>
      </w:r>
      <w:r w:rsidRPr="000D500B">
        <w:rPr>
          <w:rFonts w:cs="Times New Roman"/>
        </w:rPr>
        <w:t xml:space="preserve">qua </w:t>
      </w:r>
      <w:r w:rsidRPr="000D500B">
        <w:rPr>
          <w:rFonts w:cs="Times New Roman"/>
          <w:position w:val="-4"/>
        </w:rPr>
        <w:object w:dxaOrig="320" w:dyaOrig="260" w14:anchorId="236BFBCA">
          <v:shape id="_x0000_i1384" type="#_x0000_t75" style="width:16.2pt;height:13.2pt" o:ole="">
            <v:imagedata r:id="rId728" o:title=""/>
          </v:shape>
          <o:OLEObject Type="Embed" ProgID="Equation.DSMT4" ShapeID="_x0000_i1384" DrawAspect="Content" ObjectID="_1699918174" r:id="rId729"/>
        </w:object>
      </w:r>
      <w:r w:rsidRPr="000D500B">
        <w:rPr>
          <w:rFonts w:cs="Times New Roman"/>
        </w:rPr>
        <w:t xml:space="preserve"> và song song với </w:t>
      </w:r>
      <w:r w:rsidRPr="000D500B">
        <w:rPr>
          <w:rFonts w:cs="Times New Roman"/>
          <w:position w:val="-4"/>
        </w:rPr>
        <w:object w:dxaOrig="400" w:dyaOrig="260" w14:anchorId="00A72F81">
          <v:shape id="_x0000_i1385" type="#_x0000_t75" style="width:19.8pt;height:13.2pt" o:ole="">
            <v:imagedata r:id="rId730" o:title=""/>
          </v:shape>
          <o:OLEObject Type="Embed" ProgID="Equation.DSMT4" ShapeID="_x0000_i1385" DrawAspect="Content" ObjectID="_1699918175" r:id="rId731"/>
        </w:object>
      </w:r>
      <w:r w:rsidRPr="000D500B">
        <w:rPr>
          <w:rFonts w:cs="Times New Roman"/>
        </w:rPr>
        <w:tab/>
      </w:r>
      <w:r w:rsidRPr="000D500B">
        <w:rPr>
          <w:rFonts w:cs="Times New Roman"/>
          <w:b/>
          <w:color w:val="0000FF"/>
        </w:rPr>
        <w:t xml:space="preserve">D. </w:t>
      </w:r>
      <w:r w:rsidRPr="000D500B">
        <w:rPr>
          <w:rFonts w:cs="Times New Roman"/>
        </w:rPr>
        <w:t xml:space="preserve">qua </w:t>
      </w:r>
      <w:r w:rsidRPr="000D500B">
        <w:rPr>
          <w:rFonts w:cs="Times New Roman"/>
          <w:position w:val="-6"/>
        </w:rPr>
        <w:object w:dxaOrig="279" w:dyaOrig="279" w14:anchorId="28D62767">
          <v:shape id="_x0000_i1386" type="#_x0000_t75" style="width:13.8pt;height:13.8pt" o:ole="">
            <v:imagedata r:id="rId732" o:title=""/>
          </v:shape>
          <o:OLEObject Type="Embed" ProgID="Equation.DSMT4" ShapeID="_x0000_i1386" DrawAspect="Content" ObjectID="_1699918176" r:id="rId733"/>
        </w:object>
      </w:r>
      <w:r w:rsidRPr="000D500B">
        <w:rPr>
          <w:rFonts w:cs="Times New Roman"/>
        </w:rPr>
        <w:t xml:space="preserve"> và song song với </w:t>
      </w:r>
      <w:r w:rsidRPr="000D500B">
        <w:rPr>
          <w:rFonts w:cs="Times New Roman"/>
          <w:position w:val="-4"/>
        </w:rPr>
        <w:object w:dxaOrig="400" w:dyaOrig="260" w14:anchorId="3AB27575">
          <v:shape id="_x0000_i1387" type="#_x0000_t75" style="width:19.8pt;height:13.2pt" o:ole="">
            <v:imagedata r:id="rId734" o:title=""/>
          </v:shape>
          <o:OLEObject Type="Embed" ProgID="Equation.DSMT4" ShapeID="_x0000_i1387" DrawAspect="Content" ObjectID="_1699918177" r:id="rId735"/>
        </w:object>
      </w:r>
    </w:p>
    <w:p w14:paraId="188DC962" w14:textId="77777777" w:rsidR="00DE7E5C" w:rsidRPr="000D500B" w:rsidRDefault="00DE7E5C" w:rsidP="000D500B">
      <w:pPr>
        <w:ind w:left="992"/>
        <w:rPr>
          <w:rFonts w:cs="Times New Roman"/>
        </w:rPr>
      </w:pPr>
      <w:r w:rsidRPr="000D500B">
        <w:rPr>
          <w:rFonts w:cs="Times New Roman"/>
          <w:b/>
          <w:color w:val="0000FF"/>
        </w:rPr>
        <w:t>Phần II: Tự luận</w:t>
      </w:r>
    </w:p>
    <w:p w14:paraId="12737651" w14:textId="77777777" w:rsidR="00DE7E5C" w:rsidRPr="000D500B" w:rsidRDefault="00DE7E5C" w:rsidP="000D500B">
      <w:pPr>
        <w:ind w:left="992" w:hanging="992"/>
        <w:jc w:val="both"/>
        <w:rPr>
          <w:rFonts w:cs="Times New Roman"/>
        </w:rPr>
      </w:pPr>
      <w:r w:rsidRPr="000D500B">
        <w:rPr>
          <w:rFonts w:cs="Times New Roman"/>
          <w:b/>
          <w:color w:val="0000FF"/>
        </w:rPr>
        <w:t xml:space="preserve">Bài 1: </w:t>
      </w:r>
      <w:r w:rsidRPr="000D500B">
        <w:rPr>
          <w:rFonts w:cs="Times New Roman"/>
        </w:rPr>
        <w:t xml:space="preserve">Chứng minh rằng với </w:t>
      </w:r>
      <w:r w:rsidRPr="000D500B">
        <w:rPr>
          <w:rFonts w:cs="Times New Roman"/>
          <w:position w:val="-6"/>
        </w:rPr>
        <w:object w:dxaOrig="680" w:dyaOrig="320" w14:anchorId="6B50E314">
          <v:shape id="_x0000_i1388" type="#_x0000_t75" style="width:34.2pt;height:16.2pt" o:ole="">
            <v:imagedata r:id="rId736" o:title=""/>
          </v:shape>
          <o:OLEObject Type="Embed" ProgID="Equation.DSMT4" ShapeID="_x0000_i1388" DrawAspect="Content" ObjectID="_1699918178" r:id="rId737"/>
        </w:object>
      </w:r>
      <w:r w:rsidRPr="000D500B">
        <w:rPr>
          <w:rFonts w:cs="Times New Roman"/>
        </w:rPr>
        <w:t xml:space="preserve"> ta có </w:t>
      </w:r>
      <w:r w:rsidRPr="000D500B">
        <w:rPr>
          <w:rFonts w:cs="Times New Roman"/>
          <w:position w:val="-6"/>
        </w:rPr>
        <w:object w:dxaOrig="859" w:dyaOrig="320" w14:anchorId="1924690F">
          <v:shape id="_x0000_i1389" type="#_x0000_t75" style="width:43.2pt;height:16.2pt" o:ole="">
            <v:imagedata r:id="rId738" o:title=""/>
          </v:shape>
          <o:OLEObject Type="Embed" ProgID="Equation.DSMT4" ShapeID="_x0000_i1389" DrawAspect="Content" ObjectID="_1699918179" r:id="rId739"/>
        </w:object>
      </w:r>
      <w:r w:rsidRPr="000D500B">
        <w:rPr>
          <w:rFonts w:cs="Times New Roman"/>
        </w:rPr>
        <w:t xml:space="preserve"> chia hết cho 6.</w:t>
      </w:r>
    </w:p>
    <w:p w14:paraId="728EC05D" w14:textId="77777777" w:rsidR="00DE7E5C" w:rsidRPr="000D500B" w:rsidRDefault="00DE7E5C" w:rsidP="000D500B">
      <w:pPr>
        <w:ind w:left="992" w:hanging="992"/>
        <w:jc w:val="both"/>
        <w:rPr>
          <w:rFonts w:cs="Times New Roman"/>
        </w:rPr>
      </w:pPr>
      <w:r w:rsidRPr="000D500B">
        <w:rPr>
          <w:rFonts w:cs="Times New Roman"/>
          <w:b/>
          <w:color w:val="0000FF"/>
        </w:rPr>
        <w:t xml:space="preserve">Bài 2: </w:t>
      </w:r>
      <w:r w:rsidRPr="000D500B">
        <w:rPr>
          <w:rFonts w:cs="Times New Roman"/>
        </w:rPr>
        <w:t xml:space="preserve">a) Từ các chữ số trong tập </w:t>
      </w:r>
      <w:r w:rsidRPr="000D500B">
        <w:rPr>
          <w:rFonts w:cs="Times New Roman"/>
          <w:position w:val="-10"/>
        </w:rPr>
        <w:object w:dxaOrig="1920" w:dyaOrig="320" w14:anchorId="24DF226B">
          <v:shape id="_x0000_i1390" type="#_x0000_t75" style="width:96pt;height:16.2pt" o:ole="">
            <v:imagedata r:id="rId740" o:title=""/>
          </v:shape>
          <o:OLEObject Type="Embed" ProgID="Equation.DSMT4" ShapeID="_x0000_i1390" DrawAspect="Content" ObjectID="_1699918180" r:id="rId741"/>
        </w:object>
      </w:r>
      <w:r w:rsidRPr="000D500B">
        <w:rPr>
          <w:rFonts w:cs="Times New Roman"/>
        </w:rPr>
        <w:t xml:space="preserve"> lập được bao nhiêu số tự nhiên chẵn có 4 chữ số đôi một khác nhau.</w:t>
      </w:r>
    </w:p>
    <w:p w14:paraId="69769FCD" w14:textId="77777777" w:rsidR="00DE7E5C" w:rsidRPr="000D500B" w:rsidRDefault="00DE7E5C" w:rsidP="000D500B">
      <w:pPr>
        <w:ind w:left="992"/>
        <w:jc w:val="both"/>
        <w:rPr>
          <w:rFonts w:cs="Times New Roman"/>
        </w:rPr>
      </w:pPr>
      <w:r w:rsidRPr="000D500B">
        <w:rPr>
          <w:rFonts w:cs="Times New Roman"/>
        </w:rPr>
        <w:t xml:space="preserve">b) Biết rằng </w:t>
      </w:r>
      <w:r w:rsidRPr="000D500B">
        <w:rPr>
          <w:rFonts w:cs="Times New Roman"/>
          <w:position w:val="-16"/>
        </w:rPr>
        <w:object w:dxaOrig="4040" w:dyaOrig="499" w14:anchorId="1F381EAB">
          <v:shape id="_x0000_i1391" type="#_x0000_t75" style="width:202.2pt;height:25.2pt" o:ole="">
            <v:imagedata r:id="rId742" o:title=""/>
          </v:shape>
          <o:OLEObject Type="Embed" ProgID="Equation.DSMT4" ShapeID="_x0000_i1391" DrawAspect="Content" ObjectID="_1699918181" r:id="rId743"/>
        </w:object>
      </w:r>
      <w:r w:rsidRPr="000D500B">
        <w:rPr>
          <w:rFonts w:cs="Times New Roman"/>
        </w:rPr>
        <w:t xml:space="preserve">. Tìm </w:t>
      </w:r>
      <w:r w:rsidRPr="000D500B">
        <w:rPr>
          <w:rFonts w:cs="Times New Roman"/>
          <w:position w:val="-12"/>
        </w:rPr>
        <w:object w:dxaOrig="260" w:dyaOrig="360" w14:anchorId="46FD37A6">
          <v:shape id="_x0000_i1392" type="#_x0000_t75" style="width:13.2pt;height:18pt" o:ole="">
            <v:imagedata r:id="rId744" o:title=""/>
          </v:shape>
          <o:OLEObject Type="Embed" ProgID="Equation.DSMT4" ShapeID="_x0000_i1392" DrawAspect="Content" ObjectID="_1699918182" r:id="rId745"/>
        </w:object>
      </w:r>
      <w:r w:rsidRPr="000D500B">
        <w:rPr>
          <w:rFonts w:cs="Times New Roman"/>
        </w:rPr>
        <w:t>.</w:t>
      </w:r>
    </w:p>
    <w:p w14:paraId="06DD6A98" w14:textId="77777777" w:rsidR="00DE7E5C" w:rsidRPr="000D500B" w:rsidRDefault="00DE7E5C" w:rsidP="000D500B">
      <w:pPr>
        <w:ind w:left="992" w:hanging="992"/>
        <w:jc w:val="both"/>
        <w:rPr>
          <w:rFonts w:cs="Times New Roman"/>
        </w:rPr>
      </w:pPr>
      <w:r w:rsidRPr="000D500B">
        <w:rPr>
          <w:rFonts w:cs="Times New Roman"/>
          <w:b/>
          <w:color w:val="0000FF"/>
        </w:rPr>
        <w:t xml:space="preserve">Bài 3: </w:t>
      </w:r>
      <w:r w:rsidRPr="000D500B">
        <w:rPr>
          <w:rFonts w:cs="Times New Roman"/>
        </w:rPr>
        <w:t xml:space="preserve">Cho hình chóp </w:t>
      </w:r>
      <w:r w:rsidRPr="000D500B">
        <w:rPr>
          <w:rFonts w:cs="Times New Roman"/>
          <w:position w:val="-6"/>
        </w:rPr>
        <w:object w:dxaOrig="920" w:dyaOrig="279" w14:anchorId="7B4CB79D">
          <v:shape id="_x0000_i1393" type="#_x0000_t75" style="width:46.2pt;height:13.8pt" o:ole="">
            <v:imagedata r:id="rId746" o:title=""/>
          </v:shape>
          <o:OLEObject Type="Embed" ProgID="Equation.DSMT4" ShapeID="_x0000_i1393" DrawAspect="Content" ObjectID="_1699918183" r:id="rId747"/>
        </w:object>
      </w:r>
      <w:r w:rsidRPr="000D500B">
        <w:rPr>
          <w:rFonts w:cs="Times New Roman"/>
        </w:rPr>
        <w:t xml:space="preserve"> có đáy là hình bình hành. Gọi </w:t>
      </w:r>
      <w:r w:rsidRPr="000D500B">
        <w:rPr>
          <w:rFonts w:cs="Times New Roman"/>
          <w:position w:val="-4"/>
        </w:rPr>
        <w:object w:dxaOrig="320" w:dyaOrig="260" w14:anchorId="492CF9D8">
          <v:shape id="_x0000_i1394" type="#_x0000_t75" style="width:16.2pt;height:13.2pt" o:ole="">
            <v:imagedata r:id="rId748" o:title=""/>
          </v:shape>
          <o:OLEObject Type="Embed" ProgID="Equation.DSMT4" ShapeID="_x0000_i1394" DrawAspect="Content" ObjectID="_1699918184" r:id="rId749"/>
        </w:object>
      </w:r>
      <w:r w:rsidRPr="000D500B">
        <w:rPr>
          <w:rFonts w:cs="Times New Roman"/>
        </w:rPr>
        <w:t xml:space="preserve"> là trung điểm cạnh </w:t>
      </w:r>
      <w:r w:rsidRPr="000D500B">
        <w:rPr>
          <w:rFonts w:cs="Times New Roman"/>
          <w:position w:val="-6"/>
        </w:rPr>
        <w:object w:dxaOrig="380" w:dyaOrig="279" w14:anchorId="5D79BE64">
          <v:shape id="_x0000_i1395" type="#_x0000_t75" style="width:19.2pt;height:13.8pt" o:ole="">
            <v:imagedata r:id="rId750" o:title=""/>
          </v:shape>
          <o:OLEObject Type="Embed" ProgID="Equation.DSMT4" ShapeID="_x0000_i1395" DrawAspect="Content" ObjectID="_1699918185" r:id="rId751"/>
        </w:object>
      </w:r>
      <w:r w:rsidRPr="000D500B">
        <w:rPr>
          <w:rFonts w:cs="Times New Roman"/>
        </w:rPr>
        <w:t xml:space="preserve">, </w:t>
      </w:r>
      <w:r w:rsidRPr="000D500B">
        <w:rPr>
          <w:rFonts w:cs="Times New Roman"/>
          <w:position w:val="-6"/>
        </w:rPr>
        <w:object w:dxaOrig="260" w:dyaOrig="279" w14:anchorId="2289E3E3">
          <v:shape id="_x0000_i1396" type="#_x0000_t75" style="width:13.2pt;height:13.8pt" o:ole="">
            <v:imagedata r:id="rId752" o:title=""/>
          </v:shape>
          <o:OLEObject Type="Embed" ProgID="Equation.DSMT4" ShapeID="_x0000_i1396" DrawAspect="Content" ObjectID="_1699918186" r:id="rId753"/>
        </w:object>
      </w:r>
      <w:r w:rsidRPr="000D500B">
        <w:rPr>
          <w:rFonts w:cs="Times New Roman"/>
        </w:rPr>
        <w:t xml:space="preserve"> là trọng tâm tam giác </w:t>
      </w:r>
      <w:r w:rsidRPr="000D500B">
        <w:rPr>
          <w:rFonts w:cs="Times New Roman"/>
          <w:position w:val="-6"/>
        </w:rPr>
        <w:object w:dxaOrig="580" w:dyaOrig="279" w14:anchorId="1EF841FA">
          <v:shape id="_x0000_i1397" type="#_x0000_t75" style="width:28.8pt;height:13.8pt" o:ole="">
            <v:imagedata r:id="rId754" o:title=""/>
          </v:shape>
          <o:OLEObject Type="Embed" ProgID="Equation.DSMT4" ShapeID="_x0000_i1397" DrawAspect="Content" ObjectID="_1699918187" r:id="rId755"/>
        </w:object>
      </w:r>
      <w:r w:rsidRPr="000D500B">
        <w:rPr>
          <w:rFonts w:cs="Times New Roman"/>
        </w:rPr>
        <w:t xml:space="preserve"> và </w:t>
      </w:r>
      <w:r w:rsidRPr="000D500B">
        <w:rPr>
          <w:rFonts w:cs="Times New Roman"/>
          <w:position w:val="-4"/>
        </w:rPr>
        <w:object w:dxaOrig="200" w:dyaOrig="260" w14:anchorId="3507C460">
          <v:shape id="_x0000_i1398" type="#_x0000_t75" style="width:10.2pt;height:13.2pt" o:ole="">
            <v:imagedata r:id="rId756" o:title=""/>
          </v:shape>
          <o:OLEObject Type="Embed" ProgID="Equation.DSMT4" ShapeID="_x0000_i1398" DrawAspect="Content" ObjectID="_1699918188" r:id="rId757"/>
        </w:object>
      </w:r>
      <w:r w:rsidRPr="000D500B">
        <w:rPr>
          <w:rFonts w:cs="Times New Roman"/>
        </w:rPr>
        <w:t xml:space="preserve"> là trung điểm của đoạn </w:t>
      </w:r>
      <w:r w:rsidRPr="000D500B">
        <w:rPr>
          <w:rFonts w:cs="Times New Roman"/>
          <w:position w:val="-6"/>
        </w:rPr>
        <w:object w:dxaOrig="380" w:dyaOrig="279" w14:anchorId="06056554">
          <v:shape id="_x0000_i1399" type="#_x0000_t75" style="width:19.2pt;height:13.8pt" o:ole="">
            <v:imagedata r:id="rId758" o:title=""/>
          </v:shape>
          <o:OLEObject Type="Embed" ProgID="Equation.DSMT4" ShapeID="_x0000_i1399" DrawAspect="Content" ObjectID="_1699918189" r:id="rId759"/>
        </w:object>
      </w:r>
      <w:r w:rsidRPr="000D500B">
        <w:rPr>
          <w:rFonts w:cs="Times New Roman"/>
        </w:rPr>
        <w:t>.</w:t>
      </w:r>
    </w:p>
    <w:p w14:paraId="774F0B01" w14:textId="77777777" w:rsidR="00DE7E5C" w:rsidRPr="000D500B" w:rsidRDefault="00DE7E5C" w:rsidP="000D500B">
      <w:pPr>
        <w:ind w:left="992"/>
        <w:jc w:val="both"/>
        <w:rPr>
          <w:rFonts w:cs="Times New Roman"/>
        </w:rPr>
      </w:pPr>
      <w:r w:rsidRPr="000D500B">
        <w:rPr>
          <w:rFonts w:cs="Times New Roman"/>
        </w:rPr>
        <w:t xml:space="preserve">a) Chứng minh rằng </w:t>
      </w:r>
      <w:r w:rsidRPr="000D500B">
        <w:rPr>
          <w:rFonts w:cs="Times New Roman"/>
          <w:position w:val="-10"/>
        </w:rPr>
        <w:object w:dxaOrig="900" w:dyaOrig="320" w14:anchorId="180D01D0">
          <v:shape id="_x0000_i1400" type="#_x0000_t75" style="width:45pt;height:16.2pt" o:ole="">
            <v:imagedata r:id="rId760" o:title=""/>
          </v:shape>
          <o:OLEObject Type="Embed" ProgID="Equation.DSMT4" ShapeID="_x0000_i1400" DrawAspect="Content" ObjectID="_1699918190" r:id="rId761"/>
        </w:object>
      </w:r>
      <w:r w:rsidRPr="000D500B">
        <w:rPr>
          <w:rFonts w:cs="Times New Roman"/>
        </w:rPr>
        <w:t>.</w:t>
      </w:r>
    </w:p>
    <w:p w14:paraId="2E6611A3" w14:textId="77777777" w:rsidR="00DE7E5C" w:rsidRDefault="00DE7E5C" w:rsidP="000D500B">
      <w:pPr>
        <w:ind w:left="992"/>
        <w:jc w:val="both"/>
        <w:rPr>
          <w:rFonts w:cs="Times New Roman"/>
        </w:rPr>
      </w:pPr>
      <w:r w:rsidRPr="000D500B">
        <w:rPr>
          <w:rFonts w:cs="Times New Roman"/>
        </w:rPr>
        <w:t xml:space="preserve">b) Xác định giao điểm </w:t>
      </w:r>
      <w:r w:rsidRPr="000D500B">
        <w:rPr>
          <w:rFonts w:cs="Times New Roman"/>
          <w:position w:val="-4"/>
        </w:rPr>
        <w:object w:dxaOrig="260" w:dyaOrig="260" w14:anchorId="460B482D">
          <v:shape id="_x0000_i1401" type="#_x0000_t75" style="width:13.2pt;height:13.2pt" o:ole="">
            <v:imagedata r:id="rId762" o:title=""/>
          </v:shape>
          <o:OLEObject Type="Embed" ProgID="Equation.DSMT4" ShapeID="_x0000_i1401" DrawAspect="Content" ObjectID="_1699918191" r:id="rId763"/>
        </w:object>
      </w:r>
      <w:r w:rsidRPr="000D500B">
        <w:rPr>
          <w:rFonts w:cs="Times New Roman"/>
        </w:rPr>
        <w:t xml:space="preserve"> của </w:t>
      </w:r>
      <w:r w:rsidRPr="000D500B">
        <w:rPr>
          <w:rFonts w:cs="Times New Roman"/>
          <w:position w:val="-6"/>
        </w:rPr>
        <w:object w:dxaOrig="340" w:dyaOrig="279" w14:anchorId="39DCC85B">
          <v:shape id="_x0000_i1402" type="#_x0000_t75" style="width:16.8pt;height:13.8pt" o:ole="">
            <v:imagedata r:id="rId764" o:title=""/>
          </v:shape>
          <o:OLEObject Type="Embed" ProgID="Equation.DSMT4" ShapeID="_x0000_i1402" DrawAspect="Content" ObjectID="_1699918192" r:id="rId765"/>
        </w:object>
      </w:r>
      <w:r w:rsidRPr="000D500B">
        <w:rPr>
          <w:rFonts w:cs="Times New Roman"/>
        </w:rPr>
        <w:t xml:space="preserve"> và mặt phẳng </w:t>
      </w:r>
      <w:r w:rsidRPr="000D500B">
        <w:rPr>
          <w:rFonts w:cs="Times New Roman"/>
          <w:position w:val="-10"/>
        </w:rPr>
        <w:object w:dxaOrig="700" w:dyaOrig="320" w14:anchorId="65FF1503">
          <v:shape id="_x0000_i1403" type="#_x0000_t75" style="width:34.8pt;height:16.2pt" o:ole="">
            <v:imagedata r:id="rId766" o:title=""/>
          </v:shape>
          <o:OLEObject Type="Embed" ProgID="Equation.DSMT4" ShapeID="_x0000_i1403" DrawAspect="Content" ObjectID="_1699918193" r:id="rId767"/>
        </w:object>
      </w:r>
      <w:r w:rsidRPr="000D500B">
        <w:rPr>
          <w:rFonts w:cs="Times New Roman"/>
        </w:rPr>
        <w:t xml:space="preserve"> và tính tỉ số </w:t>
      </w:r>
      <w:r w:rsidRPr="000D500B">
        <w:rPr>
          <w:rFonts w:cs="Times New Roman"/>
          <w:position w:val="-24"/>
        </w:rPr>
        <w:object w:dxaOrig="420" w:dyaOrig="620" w14:anchorId="05D5F8A6">
          <v:shape id="_x0000_i1404" type="#_x0000_t75" style="width:21pt;height:31.2pt" o:ole="">
            <v:imagedata r:id="rId768" o:title=""/>
          </v:shape>
          <o:OLEObject Type="Embed" ProgID="Equation.DSMT4" ShapeID="_x0000_i1404" DrawAspect="Content" ObjectID="_1699918194" r:id="rId769"/>
        </w:object>
      </w:r>
      <w:r w:rsidRPr="000D500B">
        <w:rPr>
          <w:rFonts w:cs="Times New Roman"/>
        </w:rPr>
        <w:t>.</w:t>
      </w:r>
    </w:p>
    <w:p w14:paraId="1CBF5FD3" w14:textId="77777777" w:rsidR="00DE7E5C" w:rsidRPr="000D500B" w:rsidRDefault="00DE7E5C" w:rsidP="000D500B">
      <w:pPr>
        <w:ind w:left="992"/>
        <w:jc w:val="both"/>
        <w:rPr>
          <w:rFonts w:cs="Times New Roman"/>
        </w:rPr>
      </w:pPr>
    </w:p>
    <w:p w14:paraId="4C3AB039" w14:textId="77777777" w:rsidR="00DE7E5C" w:rsidRPr="00235EB6" w:rsidRDefault="00DE7E5C" w:rsidP="00235EB6">
      <w:pPr>
        <w:ind w:left="992"/>
        <w:jc w:val="center"/>
        <w:rPr>
          <w:rFonts w:cs="Times New Roman"/>
          <w:b/>
        </w:rPr>
      </w:pPr>
      <w:r w:rsidRPr="00235EB6">
        <w:rPr>
          <w:rFonts w:cs="Times New Roman"/>
          <w:b/>
        </w:rPr>
        <w:lastRenderedPageBreak/>
        <w:t>ĐỀ 3-11</w:t>
      </w:r>
    </w:p>
    <w:p w14:paraId="028761F6" w14:textId="77777777" w:rsidR="00DE7E5C" w:rsidRPr="00235EB6" w:rsidRDefault="00DE7E5C" w:rsidP="00235EB6">
      <w:pPr>
        <w:ind w:left="992"/>
        <w:rPr>
          <w:rFonts w:cs="Times New Roman"/>
        </w:rPr>
      </w:pPr>
      <w:r w:rsidRPr="00235EB6">
        <w:rPr>
          <w:rFonts w:cs="Times New Roman"/>
          <w:b/>
        </w:rPr>
        <w:t>Phần I: Trắc nghiệm</w:t>
      </w:r>
    </w:p>
    <w:p w14:paraId="1EC5D962"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w:t>
      </w:r>
      <w:r w:rsidRPr="00235EB6">
        <w:rPr>
          <w:rFonts w:cs="Times New Roman"/>
          <w:b/>
          <w:color w:val="0000FF"/>
        </w:rPr>
        <w:tab/>
      </w:r>
      <w:r w:rsidRPr="00235EB6">
        <w:rPr>
          <w:rFonts w:cs="Times New Roman"/>
        </w:rPr>
        <w:t xml:space="preserve">Cho dãy số </w:t>
      </w:r>
      <w:r w:rsidRPr="00235EB6">
        <w:rPr>
          <w:position w:val="-14"/>
        </w:rPr>
        <w:object w:dxaOrig="480" w:dyaOrig="400" w14:anchorId="2225E81E">
          <v:shape id="_x0000_i1405" type="#_x0000_t75" style="width:24pt;height:19.8pt" o:ole="">
            <v:imagedata r:id="rId770" o:title=""/>
          </v:shape>
          <o:OLEObject Type="Embed" ProgID="Equation.DSMT4" ShapeID="_x0000_i1405" DrawAspect="Content" ObjectID="_1699918195" r:id="rId771"/>
        </w:object>
      </w:r>
      <w:r w:rsidRPr="00235EB6">
        <w:rPr>
          <w:rFonts w:cs="Times New Roman"/>
        </w:rPr>
        <w:t xml:space="preserve"> xác định bởi </w:t>
      </w:r>
      <w:r w:rsidRPr="00235EB6">
        <w:rPr>
          <w:position w:val="-12"/>
        </w:rPr>
        <w:object w:dxaOrig="940" w:dyaOrig="360" w14:anchorId="23467C66">
          <v:shape id="_x0000_i1406" type="#_x0000_t75" style="width:46.8pt;height:18pt" o:ole="">
            <v:imagedata r:id="rId772" o:title=""/>
          </v:shape>
          <o:OLEObject Type="Embed" ProgID="Equation.DSMT4" ShapeID="_x0000_i1406" DrawAspect="Content" ObjectID="_1699918196" r:id="rId773"/>
        </w:object>
      </w:r>
      <w:r w:rsidRPr="00235EB6">
        <w:rPr>
          <w:rFonts w:cs="Times New Roman"/>
        </w:rPr>
        <w:t xml:space="preserve"> với </w:t>
      </w:r>
      <w:r w:rsidRPr="00235EB6">
        <w:rPr>
          <w:position w:val="-6"/>
        </w:rPr>
        <w:object w:dxaOrig="499" w:dyaOrig="279" w14:anchorId="621F230E">
          <v:shape id="_x0000_i1407" type="#_x0000_t75" style="width:25.2pt;height:13.8pt" o:ole="">
            <v:imagedata r:id="rId774" o:title=""/>
          </v:shape>
          <o:OLEObject Type="Embed" ProgID="Equation.DSMT4" ShapeID="_x0000_i1407" DrawAspect="Content" ObjectID="_1699918197" r:id="rId775"/>
        </w:object>
      </w:r>
      <w:r w:rsidRPr="00235EB6">
        <w:rPr>
          <w:rFonts w:cs="Times New Roman"/>
        </w:rPr>
        <w:t xml:space="preserve">. Số hạng </w:t>
      </w:r>
      <w:r w:rsidRPr="00235EB6">
        <w:rPr>
          <w:position w:val="-12"/>
        </w:rPr>
        <w:object w:dxaOrig="240" w:dyaOrig="360" w14:anchorId="5F90AD4C">
          <v:shape id="_x0000_i1408" type="#_x0000_t75" style="width:12pt;height:18pt" o:ole="">
            <v:imagedata r:id="rId776" o:title=""/>
          </v:shape>
          <o:OLEObject Type="Embed" ProgID="Equation.DSMT4" ShapeID="_x0000_i1408" DrawAspect="Content" ObjectID="_1699918198" r:id="rId777"/>
        </w:object>
      </w:r>
      <w:r w:rsidRPr="00235EB6">
        <w:rPr>
          <w:rFonts w:cs="Times New Roman"/>
        </w:rPr>
        <w:t xml:space="preserve"> bằng</w:t>
      </w:r>
    </w:p>
    <w:p w14:paraId="2731553B"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6"/>
        </w:rPr>
        <w:object w:dxaOrig="220" w:dyaOrig="279" w14:anchorId="4C5514F3">
          <v:shape id="_x0000_i1409" type="#_x0000_t75" style="width:10.8pt;height:13.8pt" o:ole="">
            <v:imagedata r:id="rId778" o:title=""/>
          </v:shape>
          <o:OLEObject Type="Embed" ProgID="Equation.DSMT4" ShapeID="_x0000_i1409" DrawAspect="Content" ObjectID="_1699918199" r:id="rId779"/>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6"/>
        </w:rPr>
        <w:object w:dxaOrig="200" w:dyaOrig="220" w14:anchorId="77118E08">
          <v:shape id="_x0000_i1410" type="#_x0000_t75" style="width:10.2pt;height:10.8pt" o:ole="">
            <v:imagedata r:id="rId780" o:title=""/>
          </v:shape>
          <o:OLEObject Type="Embed" ProgID="Equation.DSMT4" ShapeID="_x0000_i1410" DrawAspect="Content" ObjectID="_1699918200" r:id="rId781"/>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rPr>
        <w:t>2.</w:t>
      </w:r>
      <w:r w:rsidRPr="00235EB6">
        <w:rPr>
          <w:rFonts w:cs="Times New Roman"/>
        </w:rPr>
        <w:tab/>
      </w:r>
      <w:r w:rsidRPr="00235EB6">
        <w:rPr>
          <w:rFonts w:cs="Times New Roman"/>
          <w:b/>
          <w:color w:val="0000FF"/>
        </w:rPr>
        <w:t xml:space="preserve">D. </w:t>
      </w:r>
      <w:r w:rsidRPr="00235EB6">
        <w:rPr>
          <w:rFonts w:cs="Times New Roman"/>
          <w:position w:val="-6"/>
        </w:rPr>
        <w:object w:dxaOrig="480" w:dyaOrig="279" w14:anchorId="7782CE5A">
          <v:shape id="_x0000_i1411" type="#_x0000_t75" style="width:24pt;height:13.8pt" o:ole="">
            <v:imagedata r:id="rId782" o:title=""/>
          </v:shape>
          <o:OLEObject Type="Embed" ProgID="Equation.DSMT4" ShapeID="_x0000_i1411" DrawAspect="Content" ObjectID="_1699918201" r:id="rId783"/>
        </w:object>
      </w:r>
      <w:r w:rsidRPr="00235EB6">
        <w:rPr>
          <w:rFonts w:cs="Times New Roman"/>
        </w:rPr>
        <w:t>.</w:t>
      </w:r>
    </w:p>
    <w:p w14:paraId="2A9F6DA2"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w:t>
      </w:r>
      <w:r w:rsidRPr="00235EB6">
        <w:rPr>
          <w:rFonts w:cs="Times New Roman"/>
          <w:b/>
          <w:color w:val="0000FF"/>
        </w:rPr>
        <w:tab/>
      </w:r>
      <w:r w:rsidRPr="00235EB6">
        <w:rPr>
          <w:rFonts w:cs="Times New Roman"/>
        </w:rPr>
        <w:t xml:space="preserve">Cho hình bình hảnh </w:t>
      </w:r>
      <w:r w:rsidRPr="00235EB6">
        <w:rPr>
          <w:position w:val="-6"/>
        </w:rPr>
        <w:object w:dxaOrig="720" w:dyaOrig="279" w14:anchorId="70333FDD">
          <v:shape id="_x0000_i1412" type="#_x0000_t75" style="width:36pt;height:13.8pt" o:ole="">
            <v:imagedata r:id="rId784" o:title=""/>
          </v:shape>
          <o:OLEObject Type="Embed" ProgID="Equation.DSMT4" ShapeID="_x0000_i1412" DrawAspect="Content" ObjectID="_1699918202" r:id="rId785"/>
        </w:object>
      </w:r>
      <w:r w:rsidRPr="00235EB6">
        <w:rPr>
          <w:rFonts w:cs="Times New Roman"/>
        </w:rPr>
        <w:t xml:space="preserve">. Phép tịnh tiến </w:t>
      </w:r>
      <w:r w:rsidRPr="00235EB6">
        <w:rPr>
          <w:position w:val="-14"/>
        </w:rPr>
        <w:object w:dxaOrig="360" w:dyaOrig="380" w14:anchorId="7925F426">
          <v:shape id="_x0000_i1413" type="#_x0000_t75" style="width:18pt;height:19.2pt" o:ole="">
            <v:imagedata r:id="rId786" o:title=""/>
          </v:shape>
          <o:OLEObject Type="Embed" ProgID="Equation.DSMT4" ShapeID="_x0000_i1413" DrawAspect="Content" ObjectID="_1699918203" r:id="rId787"/>
        </w:object>
      </w:r>
      <w:r w:rsidRPr="00235EB6">
        <w:rPr>
          <w:rFonts w:cs="Times New Roman"/>
        </w:rPr>
        <w:t xml:space="preserve"> biến</w:t>
      </w:r>
    </w:p>
    <w:p w14:paraId="413DB858"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6"/>
        </w:rPr>
        <w:object w:dxaOrig="240" w:dyaOrig="279" w14:anchorId="4014412D">
          <v:shape id="_x0000_i1414" type="#_x0000_t75" style="width:12pt;height:13.8pt" o:ole="">
            <v:imagedata r:id="rId788" o:title=""/>
          </v:shape>
          <o:OLEObject Type="Embed" ProgID="Equation.DSMT4" ShapeID="_x0000_i1414" DrawAspect="Content" ObjectID="_1699918204" r:id="rId789"/>
        </w:object>
      </w:r>
      <w:r w:rsidRPr="00235EB6">
        <w:rPr>
          <w:rFonts w:cs="Times New Roman"/>
        </w:rPr>
        <w:t xml:space="preserve"> thành </w:t>
      </w:r>
      <w:r w:rsidRPr="00235EB6">
        <w:rPr>
          <w:rFonts w:cs="Times New Roman"/>
          <w:position w:val="-4"/>
        </w:rPr>
        <w:object w:dxaOrig="260" w:dyaOrig="260" w14:anchorId="6415406D">
          <v:shape id="_x0000_i1415" type="#_x0000_t75" style="width:13.2pt;height:13.2pt" o:ole="">
            <v:imagedata r:id="rId790" o:title=""/>
          </v:shape>
          <o:OLEObject Type="Embed" ProgID="Equation.DSMT4" ShapeID="_x0000_i1415" DrawAspect="Content" ObjectID="_1699918205" r:id="rId791"/>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4"/>
        </w:rPr>
        <w:object w:dxaOrig="260" w:dyaOrig="260" w14:anchorId="1E5570B6">
          <v:shape id="_x0000_i1416" type="#_x0000_t75" style="width:13.2pt;height:13.2pt" o:ole="">
            <v:imagedata r:id="rId792" o:title=""/>
          </v:shape>
          <o:OLEObject Type="Embed" ProgID="Equation.DSMT4" ShapeID="_x0000_i1416" DrawAspect="Content" ObjectID="_1699918206" r:id="rId793"/>
        </w:object>
      </w:r>
      <w:r w:rsidRPr="00235EB6">
        <w:rPr>
          <w:rFonts w:cs="Times New Roman"/>
        </w:rPr>
        <w:t xml:space="preserve"> thành </w:t>
      </w:r>
      <w:r w:rsidRPr="00235EB6">
        <w:rPr>
          <w:rFonts w:cs="Times New Roman"/>
          <w:position w:val="-4"/>
        </w:rPr>
        <w:object w:dxaOrig="240" w:dyaOrig="260" w14:anchorId="4ED1CB29">
          <v:shape id="_x0000_i1417" type="#_x0000_t75" style="width:12pt;height:13.2pt" o:ole="">
            <v:imagedata r:id="rId794" o:title=""/>
          </v:shape>
          <o:OLEObject Type="Embed" ProgID="Equation.DSMT4" ShapeID="_x0000_i1417" DrawAspect="Content" ObjectID="_1699918207" r:id="rId795"/>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4"/>
        </w:rPr>
        <w:object w:dxaOrig="240" w:dyaOrig="260" w14:anchorId="616BC3F3">
          <v:shape id="_x0000_i1418" type="#_x0000_t75" style="width:12pt;height:13.2pt" o:ole="">
            <v:imagedata r:id="rId796" o:title=""/>
          </v:shape>
          <o:OLEObject Type="Embed" ProgID="Equation.DSMT4" ShapeID="_x0000_i1418" DrawAspect="Content" ObjectID="_1699918208" r:id="rId797"/>
        </w:object>
      </w:r>
      <w:r w:rsidRPr="00235EB6">
        <w:rPr>
          <w:rFonts w:cs="Times New Roman"/>
        </w:rPr>
        <w:t xml:space="preserve"> thành </w:t>
      </w:r>
      <w:r w:rsidRPr="00235EB6">
        <w:rPr>
          <w:rFonts w:cs="Times New Roman"/>
          <w:position w:val="-4"/>
        </w:rPr>
        <w:object w:dxaOrig="240" w:dyaOrig="260" w14:anchorId="7E493C3B">
          <v:shape id="_x0000_i1419" type="#_x0000_t75" style="width:12pt;height:13.2pt" o:ole="">
            <v:imagedata r:id="rId798" o:title=""/>
          </v:shape>
          <o:OLEObject Type="Embed" ProgID="Equation.DSMT4" ShapeID="_x0000_i1419" DrawAspect="Content" ObjectID="_1699918209" r:id="rId799"/>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4"/>
        </w:rPr>
        <w:object w:dxaOrig="240" w:dyaOrig="260" w14:anchorId="5A98A668">
          <v:shape id="_x0000_i1420" type="#_x0000_t75" style="width:12pt;height:13.2pt" o:ole="">
            <v:imagedata r:id="rId800" o:title=""/>
          </v:shape>
          <o:OLEObject Type="Embed" ProgID="Equation.DSMT4" ShapeID="_x0000_i1420" DrawAspect="Content" ObjectID="_1699918210" r:id="rId801"/>
        </w:object>
      </w:r>
      <w:r w:rsidRPr="00235EB6">
        <w:rPr>
          <w:rFonts w:cs="Times New Roman"/>
        </w:rPr>
        <w:t xml:space="preserve"> thành </w:t>
      </w:r>
      <w:r w:rsidRPr="00235EB6">
        <w:rPr>
          <w:rFonts w:cs="Times New Roman"/>
          <w:position w:val="-6"/>
        </w:rPr>
        <w:object w:dxaOrig="240" w:dyaOrig="279" w14:anchorId="2D34D11A">
          <v:shape id="_x0000_i1421" type="#_x0000_t75" style="width:12pt;height:13.8pt" o:ole="">
            <v:imagedata r:id="rId802" o:title=""/>
          </v:shape>
          <o:OLEObject Type="Embed" ProgID="Equation.DSMT4" ShapeID="_x0000_i1421" DrawAspect="Content" ObjectID="_1699918211" r:id="rId803"/>
        </w:object>
      </w:r>
      <w:r w:rsidRPr="00235EB6">
        <w:rPr>
          <w:rFonts w:cs="Times New Roman"/>
        </w:rPr>
        <w:t>.</w:t>
      </w:r>
    </w:p>
    <w:p w14:paraId="77D5CF4C"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3:</w:t>
      </w:r>
      <w:r w:rsidRPr="00235EB6">
        <w:rPr>
          <w:rFonts w:cs="Times New Roman"/>
          <w:b/>
          <w:color w:val="0000FF"/>
        </w:rPr>
        <w:tab/>
      </w:r>
      <w:r w:rsidRPr="00235EB6">
        <w:rPr>
          <w:rFonts w:cs="Times New Roman"/>
        </w:rPr>
        <w:t xml:space="preserve">Cho tứ diện </w:t>
      </w:r>
      <w:r w:rsidRPr="00235EB6">
        <w:rPr>
          <w:position w:val="-6"/>
        </w:rPr>
        <w:object w:dxaOrig="720" w:dyaOrig="279" w14:anchorId="5E46ACCF">
          <v:shape id="_x0000_i1422" type="#_x0000_t75" style="width:36pt;height:13.8pt" o:ole="">
            <v:imagedata r:id="rId804" o:title=""/>
          </v:shape>
          <o:OLEObject Type="Embed" ProgID="Equation.DSMT4" ShapeID="_x0000_i1422" DrawAspect="Content" ObjectID="_1699918212" r:id="rId805"/>
        </w:object>
      </w:r>
      <w:r w:rsidRPr="00235EB6">
        <w:rPr>
          <w:rFonts w:cs="Times New Roman"/>
        </w:rPr>
        <w:t xml:space="preserve">. Gọi </w:t>
      </w:r>
      <w:r w:rsidRPr="00235EB6">
        <w:rPr>
          <w:position w:val="-10"/>
        </w:rPr>
        <w:object w:dxaOrig="420" w:dyaOrig="320" w14:anchorId="58605D49">
          <v:shape id="_x0000_i1423" type="#_x0000_t75" style="width:21pt;height:16.2pt" o:ole="">
            <v:imagedata r:id="rId806" o:title=""/>
          </v:shape>
          <o:OLEObject Type="Embed" ProgID="Equation.DSMT4" ShapeID="_x0000_i1423" DrawAspect="Content" ObjectID="_1699918213" r:id="rId807"/>
        </w:object>
      </w:r>
      <w:r w:rsidRPr="00235EB6">
        <w:rPr>
          <w:rFonts w:cs="Times New Roman"/>
        </w:rPr>
        <w:t xml:space="preserve"> lần lượt là trung điểm của </w:t>
      </w:r>
      <w:r w:rsidRPr="00235EB6">
        <w:rPr>
          <w:position w:val="-6"/>
        </w:rPr>
        <w:object w:dxaOrig="400" w:dyaOrig="279" w14:anchorId="03E79C6E">
          <v:shape id="_x0000_i1424" type="#_x0000_t75" style="width:19.8pt;height:13.8pt" o:ole="">
            <v:imagedata r:id="rId808" o:title=""/>
          </v:shape>
          <o:OLEObject Type="Embed" ProgID="Equation.DSMT4" ShapeID="_x0000_i1424" DrawAspect="Content" ObjectID="_1699918214" r:id="rId809"/>
        </w:object>
      </w:r>
      <w:r w:rsidRPr="00235EB6">
        <w:rPr>
          <w:rFonts w:cs="Times New Roman"/>
        </w:rPr>
        <w:t xml:space="preserve"> và </w:t>
      </w:r>
      <w:r w:rsidRPr="00235EB6">
        <w:rPr>
          <w:position w:val="-4"/>
        </w:rPr>
        <w:object w:dxaOrig="400" w:dyaOrig="260" w14:anchorId="6768D271">
          <v:shape id="_x0000_i1425" type="#_x0000_t75" style="width:19.8pt;height:13.2pt" o:ole="">
            <v:imagedata r:id="rId810" o:title=""/>
          </v:shape>
          <o:OLEObject Type="Embed" ProgID="Equation.DSMT4" ShapeID="_x0000_i1425" DrawAspect="Content" ObjectID="_1699918215" r:id="rId811"/>
        </w:object>
      </w:r>
      <w:r w:rsidRPr="00235EB6">
        <w:rPr>
          <w:rFonts w:cs="Times New Roman"/>
        </w:rPr>
        <w:t xml:space="preserve">. Giao tuyến của hai mặt phẳng </w:t>
      </w:r>
      <w:r w:rsidRPr="00235EB6">
        <w:rPr>
          <w:position w:val="-10"/>
        </w:rPr>
        <w:object w:dxaOrig="620" w:dyaOrig="320" w14:anchorId="3B5E38E1">
          <v:shape id="_x0000_i1426" type="#_x0000_t75" style="width:31.2pt;height:16.2pt" o:ole="">
            <v:imagedata r:id="rId812" o:title=""/>
          </v:shape>
          <o:OLEObject Type="Embed" ProgID="Equation.DSMT4" ShapeID="_x0000_i1426" DrawAspect="Content" ObjectID="_1699918216" r:id="rId813"/>
        </w:object>
      </w:r>
      <w:r w:rsidRPr="00235EB6">
        <w:rPr>
          <w:rFonts w:cs="Times New Roman"/>
        </w:rPr>
        <w:t xml:space="preserve"> và </w:t>
      </w:r>
      <w:r w:rsidRPr="00235EB6">
        <w:rPr>
          <w:position w:val="-10"/>
        </w:rPr>
        <w:object w:dxaOrig="740" w:dyaOrig="320" w14:anchorId="28B8E4EF">
          <v:shape id="_x0000_i1427" type="#_x0000_t75" style="width:37.2pt;height:16.2pt" o:ole="">
            <v:imagedata r:id="rId814" o:title=""/>
          </v:shape>
          <o:OLEObject Type="Embed" ProgID="Equation.DSMT4" ShapeID="_x0000_i1427" DrawAspect="Content" ObjectID="_1699918217" r:id="rId815"/>
        </w:object>
      </w:r>
      <w:r w:rsidRPr="00235EB6">
        <w:rPr>
          <w:rFonts w:cs="Times New Roman"/>
        </w:rPr>
        <w:t xml:space="preserve"> là đường nào sau đây?</w:t>
      </w:r>
    </w:p>
    <w:p w14:paraId="607E93D0"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 xml:space="preserve">Đường thẳng </w:t>
      </w:r>
      <w:r w:rsidRPr="00235EB6">
        <w:rPr>
          <w:rFonts w:cs="Times New Roman"/>
          <w:position w:val="-6"/>
        </w:rPr>
        <w:object w:dxaOrig="220" w:dyaOrig="279" w14:anchorId="58336C74">
          <v:shape id="_x0000_i1428" type="#_x0000_t75" style="width:10.8pt;height:13.8pt" o:ole="">
            <v:imagedata r:id="rId816" o:title=""/>
          </v:shape>
          <o:OLEObject Type="Embed" ProgID="Equation.DSMT4" ShapeID="_x0000_i1428" DrawAspect="Content" ObjectID="_1699918218" r:id="rId817"/>
        </w:object>
      </w:r>
      <w:r w:rsidRPr="00235EB6">
        <w:rPr>
          <w:rFonts w:cs="Times New Roman"/>
        </w:rPr>
        <w:t xml:space="preserve"> đi qua </w:t>
      </w:r>
      <w:r w:rsidRPr="00235EB6">
        <w:rPr>
          <w:rFonts w:cs="Times New Roman"/>
          <w:position w:val="-4"/>
        </w:rPr>
        <w:object w:dxaOrig="240" w:dyaOrig="260" w14:anchorId="47D490DB">
          <v:shape id="_x0000_i1429" type="#_x0000_t75" style="width:12pt;height:13.2pt" o:ole="">
            <v:imagedata r:id="rId818" o:title=""/>
          </v:shape>
          <o:OLEObject Type="Embed" ProgID="Equation.DSMT4" ShapeID="_x0000_i1429" DrawAspect="Content" ObjectID="_1699918219" r:id="rId819"/>
        </w:object>
      </w:r>
      <w:r w:rsidRPr="00235EB6">
        <w:rPr>
          <w:rFonts w:cs="Times New Roman"/>
        </w:rPr>
        <w:t xml:space="preserve"> và </w:t>
      </w:r>
      <w:r w:rsidRPr="00235EB6">
        <w:rPr>
          <w:rFonts w:cs="Times New Roman"/>
          <w:position w:val="-4"/>
        </w:rPr>
        <w:object w:dxaOrig="320" w:dyaOrig="260" w14:anchorId="40C5FEEB">
          <v:shape id="_x0000_i1430" type="#_x0000_t75" style="width:16.2pt;height:13.2pt" o:ole="">
            <v:imagedata r:id="rId820" o:title=""/>
          </v:shape>
          <o:OLEObject Type="Embed" ProgID="Equation.DSMT4" ShapeID="_x0000_i1430" DrawAspect="Content" ObjectID="_1699918220" r:id="rId821"/>
        </w:object>
      </w:r>
      <w:r w:rsidRPr="00235EB6">
        <w:rPr>
          <w:rFonts w:cs="Times New Roman"/>
        </w:rPr>
        <w:t xml:space="preserve"> trong đó </w:t>
      </w:r>
      <w:r w:rsidRPr="00235EB6">
        <w:rPr>
          <w:rFonts w:cs="Times New Roman"/>
          <w:position w:val="-4"/>
        </w:rPr>
        <w:object w:dxaOrig="320" w:dyaOrig="260" w14:anchorId="06D163A7">
          <v:shape id="_x0000_i1431" type="#_x0000_t75" style="width:16.2pt;height:13.2pt" o:ole="">
            <v:imagedata r:id="rId822" o:title=""/>
          </v:shape>
          <o:OLEObject Type="Embed" ProgID="Equation.DSMT4" ShapeID="_x0000_i1431" DrawAspect="Content" ObjectID="_1699918221" r:id="rId823"/>
        </w:object>
      </w:r>
      <w:r w:rsidRPr="00235EB6">
        <w:rPr>
          <w:rFonts w:cs="Times New Roman"/>
        </w:rPr>
        <w:t xml:space="preserve"> là giao điềm </w:t>
      </w:r>
      <w:r w:rsidRPr="00235EB6">
        <w:rPr>
          <w:rFonts w:cs="Times New Roman"/>
          <w:position w:val="-6"/>
        </w:rPr>
        <w:object w:dxaOrig="300" w:dyaOrig="279" w14:anchorId="29E8AED3">
          <v:shape id="_x0000_i1432" type="#_x0000_t75" style="width:15pt;height:13.8pt" o:ole="">
            <v:imagedata r:id="rId824" o:title=""/>
          </v:shape>
          <o:OLEObject Type="Embed" ProgID="Equation.DSMT4" ShapeID="_x0000_i1432" DrawAspect="Content" ObjectID="_1699918222" r:id="rId825"/>
        </w:object>
      </w:r>
      <w:r w:rsidRPr="00235EB6">
        <w:rPr>
          <w:rFonts w:cs="Times New Roman"/>
        </w:rPr>
        <w:t xml:space="preserve"> và </w:t>
      </w:r>
      <w:r w:rsidRPr="00235EB6">
        <w:rPr>
          <w:rFonts w:cs="Times New Roman"/>
          <w:position w:val="-6"/>
        </w:rPr>
        <w:object w:dxaOrig="400" w:dyaOrig="279" w14:anchorId="5E878E1F">
          <v:shape id="_x0000_i1433" type="#_x0000_t75" style="width:19.8pt;height:13.8pt" o:ole="">
            <v:imagedata r:id="rId826" o:title=""/>
          </v:shape>
          <o:OLEObject Type="Embed" ProgID="Equation.DSMT4" ShapeID="_x0000_i1433" DrawAspect="Content" ObjectID="_1699918223" r:id="rId827"/>
        </w:object>
      </w:r>
      <w:r w:rsidRPr="00235EB6">
        <w:rPr>
          <w:rFonts w:cs="Times New Roman"/>
        </w:rPr>
        <w:t>.</w:t>
      </w:r>
    </w:p>
    <w:p w14:paraId="72F9807B"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B. </w:t>
      </w:r>
      <w:r w:rsidRPr="00235EB6">
        <w:rPr>
          <w:rFonts w:cs="Times New Roman"/>
        </w:rPr>
        <w:t xml:space="preserve">Đường thẳng </w:t>
      </w:r>
      <w:r w:rsidRPr="00235EB6">
        <w:rPr>
          <w:rFonts w:cs="Times New Roman"/>
          <w:position w:val="-6"/>
        </w:rPr>
        <w:object w:dxaOrig="220" w:dyaOrig="279" w14:anchorId="11642151">
          <v:shape id="_x0000_i1434" type="#_x0000_t75" style="width:10.8pt;height:13.8pt" o:ole="">
            <v:imagedata r:id="rId828" o:title=""/>
          </v:shape>
          <o:OLEObject Type="Embed" ProgID="Equation.DSMT4" ShapeID="_x0000_i1434" DrawAspect="Content" ObjectID="_1699918224" r:id="rId829"/>
        </w:object>
      </w:r>
      <w:r w:rsidRPr="00235EB6">
        <w:rPr>
          <w:rFonts w:cs="Times New Roman"/>
        </w:rPr>
        <w:t xml:space="preserve"> đi qua </w:t>
      </w:r>
      <w:r w:rsidRPr="00235EB6">
        <w:rPr>
          <w:rFonts w:cs="Times New Roman"/>
          <w:position w:val="-4"/>
        </w:rPr>
        <w:object w:dxaOrig="240" w:dyaOrig="260" w14:anchorId="495EE309">
          <v:shape id="_x0000_i1435" type="#_x0000_t75" style="width:12pt;height:13.2pt" o:ole="">
            <v:imagedata r:id="rId830" o:title=""/>
          </v:shape>
          <o:OLEObject Type="Embed" ProgID="Equation.DSMT4" ShapeID="_x0000_i1435" DrawAspect="Content" ObjectID="_1699918225" r:id="rId831"/>
        </w:object>
      </w:r>
      <w:r w:rsidRPr="00235EB6">
        <w:rPr>
          <w:rFonts w:cs="Times New Roman"/>
        </w:rPr>
        <w:t xml:space="preserve"> và </w:t>
      </w:r>
      <w:r w:rsidRPr="00235EB6">
        <w:rPr>
          <w:rFonts w:cs="Times New Roman"/>
          <w:position w:val="-10"/>
        </w:rPr>
        <w:object w:dxaOrig="740" w:dyaOrig="320" w14:anchorId="5838BC77">
          <v:shape id="_x0000_i1436" type="#_x0000_t75" style="width:37.2pt;height:16.2pt" o:ole="">
            <v:imagedata r:id="rId832" o:title=""/>
          </v:shape>
          <o:OLEObject Type="Embed" ProgID="Equation.DSMT4" ShapeID="_x0000_i1436" DrawAspect="Content" ObjectID="_1699918226" r:id="rId833"/>
        </w:object>
      </w:r>
      <w:r w:rsidRPr="00235EB6">
        <w:rPr>
          <w:rFonts w:cs="Times New Roman"/>
        </w:rPr>
        <w:t>.</w:t>
      </w:r>
    </w:p>
    <w:p w14:paraId="68C2DA6E"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C. </w:t>
      </w:r>
      <w:r w:rsidRPr="00235EB6">
        <w:rPr>
          <w:rFonts w:cs="Times New Roman"/>
        </w:rPr>
        <w:t xml:space="preserve">Đường thẳng </w:t>
      </w:r>
      <w:r w:rsidRPr="00235EB6">
        <w:rPr>
          <w:rFonts w:cs="Times New Roman"/>
          <w:position w:val="-6"/>
        </w:rPr>
        <w:object w:dxaOrig="220" w:dyaOrig="279" w14:anchorId="13A30629">
          <v:shape id="_x0000_i1437" type="#_x0000_t75" style="width:10.8pt;height:13.8pt" o:ole="">
            <v:imagedata r:id="rId834" o:title=""/>
          </v:shape>
          <o:OLEObject Type="Embed" ProgID="Equation.DSMT4" ShapeID="_x0000_i1437" DrawAspect="Content" ObjectID="_1699918227" r:id="rId835"/>
        </w:object>
      </w:r>
      <w:r w:rsidRPr="00235EB6">
        <w:rPr>
          <w:rFonts w:cs="Times New Roman"/>
        </w:rPr>
        <w:t xml:space="preserve"> đi qua </w:t>
      </w:r>
      <w:r w:rsidRPr="00235EB6">
        <w:rPr>
          <w:rFonts w:cs="Times New Roman"/>
          <w:position w:val="-4"/>
        </w:rPr>
        <w:object w:dxaOrig="240" w:dyaOrig="260" w14:anchorId="70302011">
          <v:shape id="_x0000_i1438" type="#_x0000_t75" style="width:12pt;height:13.2pt" o:ole="">
            <v:imagedata r:id="rId836" o:title=""/>
          </v:shape>
          <o:OLEObject Type="Embed" ProgID="Equation.DSMT4" ShapeID="_x0000_i1438" DrawAspect="Content" ObjectID="_1699918228" r:id="rId837"/>
        </w:object>
      </w:r>
      <w:r w:rsidRPr="00235EB6">
        <w:rPr>
          <w:rFonts w:cs="Times New Roman"/>
        </w:rPr>
        <w:t xml:space="preserve"> và </w:t>
      </w:r>
      <w:r w:rsidRPr="00235EB6">
        <w:rPr>
          <w:rFonts w:cs="Times New Roman"/>
          <w:position w:val="-10"/>
        </w:rPr>
        <w:object w:dxaOrig="740" w:dyaOrig="320" w14:anchorId="014B2FD4">
          <v:shape id="_x0000_i1439" type="#_x0000_t75" style="width:37.2pt;height:16.2pt" o:ole="">
            <v:imagedata r:id="rId838" o:title=""/>
          </v:shape>
          <o:OLEObject Type="Embed" ProgID="Equation.DSMT4" ShapeID="_x0000_i1439" DrawAspect="Content" ObjectID="_1699918229" r:id="rId839"/>
        </w:object>
      </w:r>
      <w:r w:rsidRPr="00235EB6">
        <w:rPr>
          <w:rFonts w:cs="Times New Roman"/>
        </w:rPr>
        <w:t>.</w:t>
      </w:r>
    </w:p>
    <w:p w14:paraId="16428F98"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D. </w:t>
      </w:r>
      <w:r w:rsidRPr="00235EB6">
        <w:rPr>
          <w:rFonts w:cs="Times New Roman"/>
        </w:rPr>
        <w:t xml:space="preserve">Đường thẳng </w:t>
      </w:r>
      <w:r w:rsidRPr="00235EB6">
        <w:rPr>
          <w:rFonts w:cs="Times New Roman"/>
          <w:position w:val="-6"/>
        </w:rPr>
        <w:object w:dxaOrig="220" w:dyaOrig="279" w14:anchorId="3C769109">
          <v:shape id="_x0000_i1440" type="#_x0000_t75" style="width:10.8pt;height:13.8pt" o:ole="">
            <v:imagedata r:id="rId840" o:title=""/>
          </v:shape>
          <o:OLEObject Type="Embed" ProgID="Equation.DSMT4" ShapeID="_x0000_i1440" DrawAspect="Content" ObjectID="_1699918230" r:id="rId841"/>
        </w:object>
      </w:r>
      <w:r w:rsidRPr="00235EB6">
        <w:rPr>
          <w:rFonts w:cs="Times New Roman"/>
        </w:rPr>
        <w:t xml:space="preserve"> đi qua </w:t>
      </w:r>
      <w:r w:rsidRPr="00235EB6">
        <w:rPr>
          <w:rFonts w:cs="Times New Roman"/>
          <w:position w:val="-4"/>
        </w:rPr>
        <w:object w:dxaOrig="240" w:dyaOrig="260" w14:anchorId="2BA6E8E1">
          <v:shape id="_x0000_i1441" type="#_x0000_t75" style="width:12pt;height:13.2pt" o:ole="">
            <v:imagedata r:id="rId842" o:title=""/>
          </v:shape>
          <o:OLEObject Type="Embed" ProgID="Equation.DSMT4" ShapeID="_x0000_i1441" DrawAspect="Content" ObjectID="_1699918231" r:id="rId843"/>
        </w:object>
      </w:r>
      <w:r w:rsidRPr="00235EB6">
        <w:rPr>
          <w:rFonts w:cs="Times New Roman"/>
        </w:rPr>
        <w:t xml:space="preserve"> và </w:t>
      </w:r>
      <w:r w:rsidRPr="00235EB6">
        <w:rPr>
          <w:rFonts w:cs="Times New Roman"/>
          <w:position w:val="-10"/>
        </w:rPr>
        <w:object w:dxaOrig="740" w:dyaOrig="320" w14:anchorId="3D40C02D">
          <v:shape id="_x0000_i1442" type="#_x0000_t75" style="width:37.2pt;height:16.2pt" o:ole="">
            <v:imagedata r:id="rId844" o:title=""/>
          </v:shape>
          <o:OLEObject Type="Embed" ProgID="Equation.DSMT4" ShapeID="_x0000_i1442" DrawAspect="Content" ObjectID="_1699918232" r:id="rId845"/>
        </w:object>
      </w:r>
      <w:r w:rsidRPr="00235EB6">
        <w:rPr>
          <w:rFonts w:cs="Times New Roman"/>
        </w:rPr>
        <w:t>.</w:t>
      </w:r>
    </w:p>
    <w:p w14:paraId="128B87B3"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4:</w:t>
      </w:r>
      <w:r w:rsidRPr="00235EB6">
        <w:rPr>
          <w:rFonts w:cs="Times New Roman"/>
          <w:b/>
          <w:color w:val="0000FF"/>
        </w:rPr>
        <w:tab/>
      </w:r>
      <w:r w:rsidRPr="00235EB6">
        <w:rPr>
          <w:rFonts w:cs="Times New Roman"/>
        </w:rPr>
        <w:t xml:space="preserve">Cho cấp số cộng </w:t>
      </w:r>
      <w:r w:rsidRPr="00235EB6">
        <w:rPr>
          <w:position w:val="-14"/>
        </w:rPr>
        <w:object w:dxaOrig="480" w:dyaOrig="400" w14:anchorId="78196047">
          <v:shape id="_x0000_i1443" type="#_x0000_t75" style="width:24pt;height:19.8pt" o:ole="">
            <v:imagedata r:id="rId846" o:title=""/>
          </v:shape>
          <o:OLEObject Type="Embed" ProgID="Equation.DSMT4" ShapeID="_x0000_i1443" DrawAspect="Content" ObjectID="_1699918233" r:id="rId847"/>
        </w:object>
      </w:r>
      <w:r w:rsidRPr="00235EB6">
        <w:rPr>
          <w:rFonts w:cs="Times New Roman"/>
        </w:rPr>
        <w:t xml:space="preserve"> với </w:t>
      </w:r>
      <w:r w:rsidRPr="00235EB6">
        <w:rPr>
          <w:position w:val="-12"/>
        </w:rPr>
        <w:object w:dxaOrig="620" w:dyaOrig="360" w14:anchorId="008F6D25">
          <v:shape id="_x0000_i1444" type="#_x0000_t75" style="width:31.2pt;height:18pt" o:ole="">
            <v:imagedata r:id="rId848" o:title=""/>
          </v:shape>
          <o:OLEObject Type="Embed" ProgID="Equation.DSMT4" ShapeID="_x0000_i1444" DrawAspect="Content" ObjectID="_1699918234" r:id="rId849"/>
        </w:object>
      </w:r>
      <w:r w:rsidRPr="00235EB6">
        <w:rPr>
          <w:rFonts w:cs="Times New Roman"/>
        </w:rPr>
        <w:t xml:space="preserve"> và </w:t>
      </w:r>
      <w:r w:rsidRPr="00235EB6">
        <w:rPr>
          <w:position w:val="-12"/>
        </w:rPr>
        <w:object w:dxaOrig="639" w:dyaOrig="360" w14:anchorId="195AE6E8">
          <v:shape id="_x0000_i1445" type="#_x0000_t75" style="width:31.8pt;height:18pt" o:ole="">
            <v:imagedata r:id="rId850" o:title=""/>
          </v:shape>
          <o:OLEObject Type="Embed" ProgID="Equation.DSMT4" ShapeID="_x0000_i1445" DrawAspect="Content" ObjectID="_1699918235" r:id="rId851"/>
        </w:object>
      </w:r>
      <w:r w:rsidRPr="00235EB6">
        <w:rPr>
          <w:rFonts w:cs="Times New Roman"/>
        </w:rPr>
        <w:t>. Công sai của cấp số cộng đã cho bằng</w:t>
      </w:r>
    </w:p>
    <w:p w14:paraId="0DE18A77"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6"/>
        </w:rPr>
        <w:object w:dxaOrig="320" w:dyaOrig="279" w14:anchorId="4F590A2E">
          <v:shape id="_x0000_i1446" type="#_x0000_t75" style="width:16.2pt;height:13.8pt" o:ole="">
            <v:imagedata r:id="rId852" o:title=""/>
          </v:shape>
          <o:OLEObject Type="Embed" ProgID="Equation.DSMT4" ShapeID="_x0000_i1446" DrawAspect="Content" ObjectID="_1699918236" r:id="rId853"/>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24"/>
        </w:rPr>
        <w:object w:dxaOrig="240" w:dyaOrig="620" w14:anchorId="25E85906">
          <v:shape id="_x0000_i1447" type="#_x0000_t75" style="width:12pt;height:31.2pt" o:ole="">
            <v:imagedata r:id="rId854" o:title=""/>
          </v:shape>
          <o:OLEObject Type="Embed" ProgID="Equation.DSMT4" ShapeID="_x0000_i1447" DrawAspect="Content" ObjectID="_1699918237" r:id="rId855"/>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24"/>
        </w:rPr>
        <w:object w:dxaOrig="240" w:dyaOrig="620" w14:anchorId="5DABEFED">
          <v:shape id="_x0000_i1448" type="#_x0000_t75" style="width:12pt;height:31.2pt" o:ole="">
            <v:imagedata r:id="rId856" o:title=""/>
          </v:shape>
          <o:OLEObject Type="Embed" ProgID="Equation.DSMT4" ShapeID="_x0000_i1448" DrawAspect="Content" ObjectID="_1699918238" r:id="rId857"/>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rPr>
        <w:t>3.</w:t>
      </w:r>
    </w:p>
    <w:p w14:paraId="20899FB2"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5:</w:t>
      </w:r>
      <w:r w:rsidRPr="00235EB6">
        <w:rPr>
          <w:rFonts w:cs="Times New Roman"/>
          <w:b/>
          <w:color w:val="0000FF"/>
        </w:rPr>
        <w:tab/>
      </w:r>
      <w:r w:rsidRPr="00235EB6">
        <w:rPr>
          <w:rFonts w:cs="Times New Roman"/>
        </w:rPr>
        <w:t>Chọn khẳng định sai?</w:t>
      </w:r>
    </w:p>
    <w:p w14:paraId="5AC0266F"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0"/>
        </w:rPr>
        <w:object w:dxaOrig="999" w:dyaOrig="320" w14:anchorId="28205282">
          <v:shape id="_x0000_i1449" type="#_x0000_t75" style="width:49.8pt;height:16.2pt" o:ole="">
            <v:imagedata r:id="rId858" o:title=""/>
          </v:shape>
          <o:OLEObject Type="Embed" ProgID="Equation.DSMT4" ShapeID="_x0000_i1449" DrawAspect="Content" ObjectID="_1699918239" r:id="rId859"/>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10"/>
        </w:rPr>
        <w:object w:dxaOrig="1579" w:dyaOrig="360" w14:anchorId="7B09FEEB">
          <v:shape id="_x0000_i1450" type="#_x0000_t75" style="width:79.2pt;height:18pt" o:ole="">
            <v:imagedata r:id="rId860" o:title=""/>
          </v:shape>
          <o:OLEObject Type="Embed" ProgID="Equation.DSMT4" ShapeID="_x0000_i1450" DrawAspect="Content" ObjectID="_1699918240" r:id="rId861"/>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10"/>
        </w:rPr>
        <w:object w:dxaOrig="1340" w:dyaOrig="320" w14:anchorId="49857854">
          <v:shape id="_x0000_i1451" type="#_x0000_t75" style="width:67.2pt;height:16.2pt" o:ole="">
            <v:imagedata r:id="rId862" o:title=""/>
          </v:shape>
          <o:OLEObject Type="Embed" ProgID="Equation.DSMT4" ShapeID="_x0000_i1451" DrawAspect="Content" ObjectID="_1699918241" r:id="rId863"/>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10"/>
        </w:rPr>
        <w:object w:dxaOrig="900" w:dyaOrig="320" w14:anchorId="20660B34">
          <v:shape id="_x0000_i1452" type="#_x0000_t75" style="width:45pt;height:16.2pt" o:ole="">
            <v:imagedata r:id="rId864" o:title=""/>
          </v:shape>
          <o:OLEObject Type="Embed" ProgID="Equation.DSMT4" ShapeID="_x0000_i1452" DrawAspect="Content" ObjectID="_1699918242" r:id="rId865"/>
        </w:object>
      </w:r>
      <w:r w:rsidRPr="00235EB6">
        <w:rPr>
          <w:rFonts w:cs="Times New Roman"/>
        </w:rPr>
        <w:t>.</w:t>
      </w:r>
    </w:p>
    <w:p w14:paraId="188F6810"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6:</w:t>
      </w:r>
      <w:r w:rsidRPr="00235EB6">
        <w:rPr>
          <w:rFonts w:cs="Times New Roman"/>
          <w:b/>
          <w:color w:val="0000FF"/>
        </w:rPr>
        <w:tab/>
      </w:r>
      <w:r w:rsidRPr="00235EB6">
        <w:rPr>
          <w:rFonts w:cs="Times New Roman"/>
        </w:rPr>
        <w:t xml:space="preserve">Cho cấp số cộng </w:t>
      </w:r>
      <w:r w:rsidRPr="00235EB6">
        <w:rPr>
          <w:position w:val="-14"/>
        </w:rPr>
        <w:object w:dxaOrig="480" w:dyaOrig="400" w14:anchorId="05C897D2">
          <v:shape id="_x0000_i1453" type="#_x0000_t75" style="width:24pt;height:19.8pt" o:ole="">
            <v:imagedata r:id="rId866" o:title=""/>
          </v:shape>
          <o:OLEObject Type="Embed" ProgID="Equation.DSMT4" ShapeID="_x0000_i1453" DrawAspect="Content" ObjectID="_1699918243" r:id="rId867"/>
        </w:object>
      </w:r>
      <w:r w:rsidRPr="00235EB6">
        <w:rPr>
          <w:rFonts w:cs="Times New Roman"/>
        </w:rPr>
        <w:t xml:space="preserve"> với số hạng đầu </w:t>
      </w:r>
      <w:r w:rsidRPr="00235EB6">
        <w:rPr>
          <w:position w:val="-12"/>
        </w:rPr>
        <w:object w:dxaOrig="600" w:dyaOrig="360" w14:anchorId="7B75032A">
          <v:shape id="_x0000_i1454" type="#_x0000_t75" style="width:30pt;height:18pt" o:ole="">
            <v:imagedata r:id="rId868" o:title=""/>
          </v:shape>
          <o:OLEObject Type="Embed" ProgID="Equation.DSMT4" ShapeID="_x0000_i1454" DrawAspect="Content" ObjectID="_1699918244" r:id="rId869"/>
        </w:object>
      </w:r>
      <w:r w:rsidRPr="00235EB6">
        <w:rPr>
          <w:rFonts w:cs="Times New Roman"/>
        </w:rPr>
        <w:t xml:space="preserve"> và công sai </w:t>
      </w:r>
      <w:r w:rsidRPr="00235EB6">
        <w:rPr>
          <w:position w:val="-6"/>
        </w:rPr>
        <w:object w:dxaOrig="580" w:dyaOrig="279" w14:anchorId="53076515">
          <v:shape id="_x0000_i1455" type="#_x0000_t75" style="width:28.8pt;height:13.8pt" o:ole="">
            <v:imagedata r:id="rId870" o:title=""/>
          </v:shape>
          <o:OLEObject Type="Embed" ProgID="Equation.DSMT4" ShapeID="_x0000_i1455" DrawAspect="Content" ObjectID="_1699918245" r:id="rId871"/>
        </w:object>
      </w:r>
      <w:r w:rsidRPr="00235EB6">
        <w:rPr>
          <w:rFonts w:cs="Times New Roman"/>
        </w:rPr>
        <w:t>. Số hạng tổng quát của cấp số cộng đã cho được tính theo công thức nào dưới đây?</w:t>
      </w:r>
    </w:p>
    <w:p w14:paraId="5097EB54"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2"/>
        </w:rPr>
        <w:object w:dxaOrig="1060" w:dyaOrig="360" w14:anchorId="5DBDB629">
          <v:shape id="_x0000_i1456" type="#_x0000_t75" style="width:52.8pt;height:18pt" o:ole="">
            <v:imagedata r:id="rId872" o:title=""/>
          </v:shape>
          <o:OLEObject Type="Embed" ProgID="Equation.DSMT4" ShapeID="_x0000_i1456" DrawAspect="Content" ObjectID="_1699918246" r:id="rId873"/>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12"/>
        </w:rPr>
        <w:object w:dxaOrig="980" w:dyaOrig="360" w14:anchorId="52023370">
          <v:shape id="_x0000_i1457" type="#_x0000_t75" style="width:49.2pt;height:18pt" o:ole="">
            <v:imagedata r:id="rId874" o:title=""/>
          </v:shape>
          <o:OLEObject Type="Embed" ProgID="Equation.DSMT4" ShapeID="_x0000_i1457" DrawAspect="Content" ObjectID="_1699918247" r:id="rId875"/>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12"/>
        </w:rPr>
        <w:object w:dxaOrig="1240" w:dyaOrig="360" w14:anchorId="397C22C9">
          <v:shape id="_x0000_i1458" type="#_x0000_t75" style="width:61.8pt;height:18pt" o:ole="">
            <v:imagedata r:id="rId876" o:title=""/>
          </v:shape>
          <o:OLEObject Type="Embed" ProgID="Equation.DSMT4" ShapeID="_x0000_i1458" DrawAspect="Content" ObjectID="_1699918248" r:id="rId877"/>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12"/>
        </w:rPr>
        <w:object w:dxaOrig="1219" w:dyaOrig="360" w14:anchorId="6A4F3D5A">
          <v:shape id="_x0000_i1459" type="#_x0000_t75" style="width:61.2pt;height:18pt" o:ole="">
            <v:imagedata r:id="rId878" o:title=""/>
          </v:shape>
          <o:OLEObject Type="Embed" ProgID="Equation.DSMT4" ShapeID="_x0000_i1459" DrawAspect="Content" ObjectID="_1699918249" r:id="rId879"/>
        </w:object>
      </w:r>
      <w:r w:rsidRPr="00235EB6">
        <w:rPr>
          <w:rFonts w:cs="Times New Roman"/>
        </w:rPr>
        <w:t>.</w:t>
      </w:r>
    </w:p>
    <w:p w14:paraId="6F2BD439"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7:</w:t>
      </w:r>
      <w:r w:rsidRPr="00235EB6">
        <w:rPr>
          <w:rFonts w:cs="Times New Roman"/>
          <w:b/>
          <w:color w:val="0000FF"/>
        </w:rPr>
        <w:tab/>
      </w:r>
      <w:r w:rsidRPr="00235EB6">
        <w:rPr>
          <w:rFonts w:cs="Times New Roman"/>
        </w:rPr>
        <w:t xml:space="preserve">Cho cấp số nhân </w:t>
      </w:r>
      <w:r w:rsidRPr="00235EB6">
        <w:rPr>
          <w:position w:val="-14"/>
        </w:rPr>
        <w:object w:dxaOrig="480" w:dyaOrig="400" w14:anchorId="7CF198B5">
          <v:shape id="_x0000_i1460" type="#_x0000_t75" style="width:24pt;height:19.8pt" o:ole="">
            <v:imagedata r:id="rId880" o:title=""/>
          </v:shape>
          <o:OLEObject Type="Embed" ProgID="Equation.DSMT4" ShapeID="_x0000_i1460" DrawAspect="Content" ObjectID="_1699918250" r:id="rId881"/>
        </w:object>
      </w:r>
      <w:r w:rsidRPr="00235EB6">
        <w:rPr>
          <w:rFonts w:cs="Times New Roman"/>
        </w:rPr>
        <w:t xml:space="preserve"> với </w:t>
      </w:r>
      <w:r w:rsidRPr="00235EB6">
        <w:rPr>
          <w:position w:val="-12"/>
        </w:rPr>
        <w:object w:dxaOrig="600" w:dyaOrig="360" w14:anchorId="5B7C50FD">
          <v:shape id="_x0000_i1461" type="#_x0000_t75" style="width:30pt;height:18pt" o:ole="">
            <v:imagedata r:id="rId882" o:title=""/>
          </v:shape>
          <o:OLEObject Type="Embed" ProgID="Equation.DSMT4" ShapeID="_x0000_i1461" DrawAspect="Content" ObjectID="_1699918251" r:id="rId883"/>
        </w:object>
      </w:r>
      <w:r w:rsidRPr="00235EB6">
        <w:rPr>
          <w:rFonts w:cs="Times New Roman"/>
        </w:rPr>
        <w:t xml:space="preserve"> và </w:t>
      </w:r>
      <w:r w:rsidRPr="00235EB6">
        <w:rPr>
          <w:position w:val="-12"/>
        </w:rPr>
        <w:object w:dxaOrig="639" w:dyaOrig="360" w14:anchorId="4B3BCFDA">
          <v:shape id="_x0000_i1462" type="#_x0000_t75" style="width:31.8pt;height:18pt" o:ole="">
            <v:imagedata r:id="rId884" o:title=""/>
          </v:shape>
          <o:OLEObject Type="Embed" ProgID="Equation.DSMT4" ShapeID="_x0000_i1462" DrawAspect="Content" ObjectID="_1699918252" r:id="rId885"/>
        </w:object>
      </w:r>
      <w:r w:rsidRPr="00235EB6">
        <w:rPr>
          <w:rFonts w:cs="Times New Roman"/>
        </w:rPr>
        <w:t>. Công bội của cấp số nhân đã cho bằng</w:t>
      </w:r>
    </w:p>
    <w:p w14:paraId="7F797F52"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2.</w:t>
      </w:r>
      <w:r w:rsidRPr="00235EB6">
        <w:rPr>
          <w:rFonts w:cs="Times New Roman"/>
        </w:rPr>
        <w:tab/>
      </w:r>
      <w:r w:rsidRPr="00235EB6">
        <w:rPr>
          <w:rFonts w:cs="Times New Roman"/>
          <w:b/>
          <w:color w:val="0000FF"/>
        </w:rPr>
        <w:t xml:space="preserve">B. </w:t>
      </w:r>
      <w:r w:rsidRPr="00235EB6">
        <w:rPr>
          <w:rFonts w:cs="Times New Roman"/>
        </w:rPr>
        <w:t>3.</w:t>
      </w:r>
      <w:r w:rsidRPr="00235EB6">
        <w:rPr>
          <w:rFonts w:cs="Times New Roman"/>
        </w:rPr>
        <w:tab/>
      </w:r>
      <w:r w:rsidRPr="00235EB6">
        <w:rPr>
          <w:rFonts w:cs="Times New Roman"/>
          <w:b/>
          <w:color w:val="0000FF"/>
        </w:rPr>
        <w:t xml:space="preserve">C. </w:t>
      </w:r>
      <w:r w:rsidRPr="00235EB6">
        <w:rPr>
          <w:rFonts w:cs="Times New Roman"/>
        </w:rPr>
        <w:t>1.</w:t>
      </w:r>
      <w:r w:rsidRPr="00235EB6">
        <w:rPr>
          <w:rFonts w:cs="Times New Roman"/>
        </w:rPr>
        <w:tab/>
      </w:r>
      <w:r w:rsidRPr="00235EB6">
        <w:rPr>
          <w:rFonts w:cs="Times New Roman"/>
          <w:b/>
          <w:color w:val="0000FF"/>
        </w:rPr>
        <w:t xml:space="preserve">D. </w:t>
      </w:r>
      <w:r w:rsidRPr="00235EB6">
        <w:rPr>
          <w:rFonts w:cs="Times New Roman"/>
        </w:rPr>
        <w:t>4.</w:t>
      </w:r>
    </w:p>
    <w:p w14:paraId="73166D4A"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8:</w:t>
      </w:r>
      <w:r w:rsidRPr="00235EB6">
        <w:rPr>
          <w:rFonts w:cs="Times New Roman"/>
          <w:b/>
          <w:color w:val="0000FF"/>
        </w:rPr>
        <w:tab/>
      </w:r>
      <w:r w:rsidRPr="00235EB6">
        <w:rPr>
          <w:rFonts w:cs="Times New Roman"/>
        </w:rPr>
        <w:t xml:space="preserve">Hệ số của </w:t>
      </w:r>
      <w:r w:rsidRPr="00235EB6">
        <w:rPr>
          <w:position w:val="-6"/>
        </w:rPr>
        <w:object w:dxaOrig="260" w:dyaOrig="320" w14:anchorId="50A1C525">
          <v:shape id="_x0000_i1463" type="#_x0000_t75" style="width:13.2pt;height:16.2pt" o:ole="">
            <v:imagedata r:id="rId886" o:title=""/>
          </v:shape>
          <o:OLEObject Type="Embed" ProgID="Equation.DSMT4" ShapeID="_x0000_i1463" DrawAspect="Content" ObjectID="_1699918253" r:id="rId887"/>
        </w:object>
      </w:r>
      <w:r w:rsidRPr="00235EB6">
        <w:rPr>
          <w:rFonts w:cs="Times New Roman"/>
        </w:rPr>
        <w:t xml:space="preserve"> trong khai triển </w:t>
      </w:r>
      <w:r w:rsidRPr="00235EB6">
        <w:rPr>
          <w:position w:val="-10"/>
        </w:rPr>
        <w:object w:dxaOrig="760" w:dyaOrig="360" w14:anchorId="69150C4F">
          <v:shape id="_x0000_i1464" type="#_x0000_t75" style="width:37.8pt;height:18pt" o:ole="">
            <v:imagedata r:id="rId888" o:title=""/>
          </v:shape>
          <o:OLEObject Type="Embed" ProgID="Equation.DSMT4" ShapeID="_x0000_i1464" DrawAspect="Content" ObjectID="_1699918254" r:id="rId889"/>
        </w:object>
      </w:r>
      <w:r w:rsidRPr="00235EB6">
        <w:rPr>
          <w:rFonts w:cs="Times New Roman"/>
        </w:rPr>
        <w:t xml:space="preserve"> bằng</w:t>
      </w:r>
    </w:p>
    <w:p w14:paraId="3E6B9D81"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20.</w:t>
      </w:r>
      <w:r w:rsidRPr="00235EB6">
        <w:rPr>
          <w:rFonts w:cs="Times New Roman"/>
        </w:rPr>
        <w:tab/>
      </w:r>
      <w:r w:rsidRPr="00235EB6">
        <w:rPr>
          <w:rFonts w:cs="Times New Roman"/>
          <w:b/>
          <w:color w:val="0000FF"/>
        </w:rPr>
        <w:t xml:space="preserve">B. </w:t>
      </w:r>
      <w:r w:rsidRPr="00235EB6">
        <w:rPr>
          <w:rFonts w:cs="Times New Roman"/>
        </w:rPr>
        <w:t>540.</w:t>
      </w:r>
      <w:r w:rsidRPr="00235EB6">
        <w:rPr>
          <w:rFonts w:cs="Times New Roman"/>
        </w:rPr>
        <w:tab/>
      </w:r>
      <w:r w:rsidRPr="00235EB6">
        <w:rPr>
          <w:rFonts w:cs="Times New Roman"/>
          <w:b/>
          <w:color w:val="0000FF"/>
        </w:rPr>
        <w:t xml:space="preserve">C. </w:t>
      </w:r>
      <w:r w:rsidRPr="00235EB6">
        <w:rPr>
          <w:rFonts w:cs="Times New Roman"/>
        </w:rPr>
        <w:t>27.</w:t>
      </w:r>
      <w:r w:rsidRPr="00235EB6">
        <w:rPr>
          <w:rFonts w:cs="Times New Roman"/>
        </w:rPr>
        <w:tab/>
      </w:r>
      <w:r w:rsidRPr="00235EB6">
        <w:rPr>
          <w:rFonts w:cs="Times New Roman"/>
          <w:b/>
          <w:color w:val="0000FF"/>
        </w:rPr>
        <w:t xml:space="preserve">D. </w:t>
      </w:r>
      <w:r w:rsidRPr="00235EB6">
        <w:rPr>
          <w:rFonts w:cs="Times New Roman"/>
          <w:position w:val="-6"/>
        </w:rPr>
        <w:object w:dxaOrig="560" w:dyaOrig="279" w14:anchorId="678613CE">
          <v:shape id="_x0000_i1465" type="#_x0000_t75" style="width:28.2pt;height:13.8pt" o:ole="">
            <v:imagedata r:id="rId890" o:title=""/>
          </v:shape>
          <o:OLEObject Type="Embed" ProgID="Equation.DSMT4" ShapeID="_x0000_i1465" DrawAspect="Content" ObjectID="_1699918255" r:id="rId891"/>
        </w:object>
      </w:r>
      <w:r w:rsidRPr="00235EB6">
        <w:rPr>
          <w:rFonts w:cs="Times New Roman"/>
        </w:rPr>
        <w:t>.</w:t>
      </w:r>
    </w:p>
    <w:p w14:paraId="41862DD0"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9:</w:t>
      </w:r>
      <w:r w:rsidRPr="00235EB6">
        <w:rPr>
          <w:rFonts w:cs="Times New Roman"/>
          <w:b/>
          <w:color w:val="0000FF"/>
        </w:rPr>
        <w:tab/>
      </w:r>
      <w:r w:rsidRPr="00235EB6">
        <w:rPr>
          <w:rFonts w:cs="Times New Roman"/>
        </w:rPr>
        <w:t xml:space="preserve">Tập xác định của hàm số </w:t>
      </w:r>
      <w:r w:rsidRPr="00235EB6">
        <w:rPr>
          <w:position w:val="-10"/>
        </w:rPr>
        <w:object w:dxaOrig="920" w:dyaOrig="260" w14:anchorId="1DB2AF43">
          <v:shape id="_x0000_i1466" type="#_x0000_t75" style="width:46.2pt;height:13.2pt" o:ole="">
            <v:imagedata r:id="rId892" o:title=""/>
          </v:shape>
          <o:OLEObject Type="Embed" ProgID="Equation.DSMT4" ShapeID="_x0000_i1466" DrawAspect="Content" ObjectID="_1699918256" r:id="rId893"/>
        </w:object>
      </w:r>
      <w:r w:rsidRPr="00235EB6">
        <w:rPr>
          <w:rFonts w:cs="Times New Roman"/>
        </w:rPr>
        <w:t xml:space="preserve"> là</w:t>
      </w:r>
    </w:p>
    <w:p w14:paraId="53985722"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0"/>
        </w:rPr>
        <w:object w:dxaOrig="740" w:dyaOrig="320" w14:anchorId="6AFA669E">
          <v:shape id="_x0000_i1467" type="#_x0000_t75" style="width:37.2pt;height:16.2pt" o:ole="">
            <v:imagedata r:id="rId894" o:title=""/>
          </v:shape>
          <o:OLEObject Type="Embed" ProgID="Equation.DSMT4" ShapeID="_x0000_i1467" DrawAspect="Content" ObjectID="_1699918257" r:id="rId895"/>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10"/>
        </w:rPr>
        <w:object w:dxaOrig="740" w:dyaOrig="320" w14:anchorId="233FADF7">
          <v:shape id="_x0000_i1468" type="#_x0000_t75" style="width:37.2pt;height:16.2pt" o:ole="">
            <v:imagedata r:id="rId896" o:title=""/>
          </v:shape>
          <o:OLEObject Type="Embed" ProgID="Equation.DSMT4" ShapeID="_x0000_i1468" DrawAspect="Content" ObjectID="_1699918258" r:id="rId897"/>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4"/>
        </w:rPr>
        <w:object w:dxaOrig="260" w:dyaOrig="260" w14:anchorId="5D01AC3A">
          <v:shape id="_x0000_i1469" type="#_x0000_t75" style="width:13.2pt;height:13.2pt" o:ole="">
            <v:imagedata r:id="rId898" o:title=""/>
          </v:shape>
          <o:OLEObject Type="Embed" ProgID="Equation.DSMT4" ShapeID="_x0000_i1469" DrawAspect="Content" ObjectID="_1699918259" r:id="rId899"/>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10"/>
        </w:rPr>
        <w:object w:dxaOrig="600" w:dyaOrig="320" w14:anchorId="2439228F">
          <v:shape id="_x0000_i1470" type="#_x0000_t75" style="width:30pt;height:16.2pt" o:ole="">
            <v:imagedata r:id="rId900" o:title=""/>
          </v:shape>
          <o:OLEObject Type="Embed" ProgID="Equation.DSMT4" ShapeID="_x0000_i1470" DrawAspect="Content" ObjectID="_1699918260" r:id="rId901"/>
        </w:object>
      </w:r>
      <w:r w:rsidRPr="00235EB6">
        <w:rPr>
          <w:rFonts w:cs="Times New Roman"/>
        </w:rPr>
        <w:t>.</w:t>
      </w:r>
    </w:p>
    <w:p w14:paraId="165393A3"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10:</w:t>
      </w:r>
      <w:r w:rsidRPr="00235EB6">
        <w:rPr>
          <w:rFonts w:cs="Times New Roman"/>
          <w:b/>
          <w:color w:val="0000FF"/>
        </w:rPr>
        <w:tab/>
      </w:r>
      <w:r w:rsidRPr="00235EB6">
        <w:rPr>
          <w:rFonts w:cs="Times New Roman"/>
        </w:rPr>
        <w:t xml:space="preserve">Cho hinh chóp tam giác </w:t>
      </w:r>
      <w:r w:rsidRPr="00235EB6">
        <w:rPr>
          <w:position w:val="-6"/>
        </w:rPr>
        <w:object w:dxaOrig="740" w:dyaOrig="279" w14:anchorId="3EEF9A98">
          <v:shape id="_x0000_i1471" type="#_x0000_t75" style="width:37.2pt;height:13.8pt" o:ole="">
            <v:imagedata r:id="rId902" o:title=""/>
          </v:shape>
          <o:OLEObject Type="Embed" ProgID="Equation.DSMT4" ShapeID="_x0000_i1471" DrawAspect="Content" ObjectID="_1699918261" r:id="rId903"/>
        </w:object>
      </w:r>
      <w:r w:rsidRPr="00235EB6">
        <w:rPr>
          <w:rFonts w:cs="Times New Roman"/>
        </w:rPr>
        <w:t xml:space="preserve">. Gọi </w:t>
      </w:r>
      <w:r w:rsidRPr="00235EB6">
        <w:rPr>
          <w:position w:val="-10"/>
        </w:rPr>
        <w:object w:dxaOrig="859" w:dyaOrig="320" w14:anchorId="090AA079">
          <v:shape id="_x0000_i1472" type="#_x0000_t75" style="width:43.2pt;height:16.2pt" o:ole="">
            <v:imagedata r:id="rId904" o:title=""/>
          </v:shape>
          <o:OLEObject Type="Embed" ProgID="Equation.DSMT4" ShapeID="_x0000_i1472" DrawAspect="Content" ObjectID="_1699918262" r:id="rId905"/>
        </w:object>
      </w:r>
      <w:r w:rsidRPr="00235EB6">
        <w:rPr>
          <w:rFonts w:cs="Times New Roman"/>
        </w:rPr>
        <w:t xml:space="preserve"> lần lượt là trung điểm của các cạnh </w:t>
      </w:r>
      <w:r w:rsidRPr="00235EB6">
        <w:rPr>
          <w:position w:val="-10"/>
        </w:rPr>
        <w:object w:dxaOrig="1180" w:dyaOrig="320" w14:anchorId="77BB00F8">
          <v:shape id="_x0000_i1473" type="#_x0000_t75" style="width:58.8pt;height:16.2pt" o:ole="">
            <v:imagedata r:id="rId906" o:title=""/>
          </v:shape>
          <o:OLEObject Type="Embed" ProgID="Equation.DSMT4" ShapeID="_x0000_i1473" DrawAspect="Content" ObjectID="_1699918263" r:id="rId907"/>
        </w:object>
      </w:r>
      <w:r w:rsidRPr="00235EB6">
        <w:rPr>
          <w:rFonts w:cs="Times New Roman"/>
        </w:rPr>
        <w:t>. Mặt phẳng (</w:t>
      </w:r>
      <w:r w:rsidRPr="00235EB6">
        <w:rPr>
          <w:position w:val="-6"/>
        </w:rPr>
        <w:object w:dxaOrig="600" w:dyaOrig="279" w14:anchorId="5C212114">
          <v:shape id="_x0000_i1474" type="#_x0000_t75" style="width:30pt;height:13.8pt" o:ole="">
            <v:imagedata r:id="rId908" o:title=""/>
          </v:shape>
          <o:OLEObject Type="Embed" ProgID="Equation.DSMT4" ShapeID="_x0000_i1474" DrawAspect="Content" ObjectID="_1699918264" r:id="rId909"/>
        </w:object>
      </w:r>
      <w:r w:rsidRPr="00235EB6">
        <w:rPr>
          <w:rFonts w:cs="Times New Roman"/>
        </w:rPr>
        <w:t>) song song với mặt phẳng nào dưới đây?</w:t>
      </w:r>
    </w:p>
    <w:p w14:paraId="1F53975A"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 xml:space="preserve">Mặt phẳng </w:t>
      </w:r>
      <w:r w:rsidRPr="00235EB6">
        <w:rPr>
          <w:rFonts w:cs="Times New Roman"/>
          <w:position w:val="-10"/>
        </w:rPr>
        <w:object w:dxaOrig="660" w:dyaOrig="320" w14:anchorId="7DFEE72F">
          <v:shape id="_x0000_i1475" type="#_x0000_t75" style="width:33pt;height:16.2pt" o:ole="">
            <v:imagedata r:id="rId910" o:title=""/>
          </v:shape>
          <o:OLEObject Type="Embed" ProgID="Equation.DSMT4" ShapeID="_x0000_i1475" DrawAspect="Content" ObjectID="_1699918265" r:id="rId911"/>
        </w:object>
      </w:r>
      <w:r w:rsidRPr="00235EB6">
        <w:rPr>
          <w:rFonts w:cs="Times New Roman"/>
        </w:rPr>
        <w:t>.</w:t>
      </w:r>
      <w:r w:rsidRPr="00235EB6">
        <w:rPr>
          <w:rFonts w:cs="Times New Roman"/>
        </w:rPr>
        <w:tab/>
      </w:r>
      <w:r>
        <w:rPr>
          <w:rFonts w:cs="Times New Roman"/>
        </w:rPr>
        <w:tab/>
      </w:r>
      <w:r w:rsidRPr="00235EB6">
        <w:rPr>
          <w:rFonts w:cs="Times New Roman"/>
          <w:b/>
          <w:color w:val="0000FF"/>
        </w:rPr>
        <w:t xml:space="preserve">B. </w:t>
      </w:r>
      <w:r w:rsidRPr="00235EB6">
        <w:rPr>
          <w:rFonts w:cs="Times New Roman"/>
        </w:rPr>
        <w:t xml:space="preserve">Mặt phẳng </w:t>
      </w:r>
      <w:r w:rsidRPr="00235EB6">
        <w:rPr>
          <w:rFonts w:cs="Times New Roman"/>
          <w:position w:val="-10"/>
        </w:rPr>
        <w:object w:dxaOrig="680" w:dyaOrig="320" w14:anchorId="36F7FDFF">
          <v:shape id="_x0000_i1476" type="#_x0000_t75" style="width:34.2pt;height:16.2pt" o:ole="">
            <v:imagedata r:id="rId912" o:title=""/>
          </v:shape>
          <o:OLEObject Type="Embed" ProgID="Equation.DSMT4" ShapeID="_x0000_i1476" DrawAspect="Content" ObjectID="_1699918266" r:id="rId913"/>
        </w:object>
      </w:r>
      <w:r w:rsidRPr="00235EB6">
        <w:rPr>
          <w:rFonts w:cs="Times New Roman"/>
        </w:rPr>
        <w:t>.</w:t>
      </w:r>
    </w:p>
    <w:p w14:paraId="64E227F1"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C. </w:t>
      </w:r>
      <w:r w:rsidRPr="00235EB6">
        <w:rPr>
          <w:rFonts w:cs="Times New Roman"/>
        </w:rPr>
        <w:t xml:space="preserve">Mặt phẳng </w:t>
      </w:r>
      <w:r w:rsidRPr="00235EB6">
        <w:rPr>
          <w:rFonts w:cs="Times New Roman"/>
          <w:position w:val="-10"/>
        </w:rPr>
        <w:object w:dxaOrig="680" w:dyaOrig="320" w14:anchorId="62D7E64B">
          <v:shape id="_x0000_i1477" type="#_x0000_t75" style="width:34.2pt;height:16.2pt" o:ole="">
            <v:imagedata r:id="rId914" o:title=""/>
          </v:shape>
          <o:OLEObject Type="Embed" ProgID="Equation.DSMT4" ShapeID="_x0000_i1477" DrawAspect="Content" ObjectID="_1699918267" r:id="rId915"/>
        </w:object>
      </w:r>
      <w:r w:rsidRPr="00235EB6">
        <w:rPr>
          <w:rFonts w:cs="Times New Roman"/>
        </w:rPr>
        <w:t>.</w:t>
      </w:r>
      <w:r w:rsidRPr="00235EB6">
        <w:rPr>
          <w:rFonts w:cs="Times New Roman"/>
        </w:rPr>
        <w:tab/>
      </w:r>
      <w:r>
        <w:rPr>
          <w:rFonts w:cs="Times New Roman"/>
        </w:rPr>
        <w:tab/>
      </w:r>
      <w:r w:rsidRPr="00235EB6">
        <w:rPr>
          <w:rFonts w:cs="Times New Roman"/>
          <w:b/>
          <w:color w:val="0000FF"/>
        </w:rPr>
        <w:t xml:space="preserve">D. </w:t>
      </w:r>
      <w:r w:rsidRPr="00235EB6">
        <w:rPr>
          <w:rFonts w:cs="Times New Roman"/>
        </w:rPr>
        <w:t xml:space="preserve">Mặt phẳng </w:t>
      </w:r>
      <w:r w:rsidRPr="00235EB6">
        <w:rPr>
          <w:rFonts w:cs="Times New Roman"/>
          <w:position w:val="-10"/>
        </w:rPr>
        <w:object w:dxaOrig="720" w:dyaOrig="320" w14:anchorId="0FAAB01A">
          <v:shape id="_x0000_i1478" type="#_x0000_t75" style="width:36pt;height:16.2pt" o:ole="">
            <v:imagedata r:id="rId916" o:title=""/>
          </v:shape>
          <o:OLEObject Type="Embed" ProgID="Equation.DSMT4" ShapeID="_x0000_i1478" DrawAspect="Content" ObjectID="_1699918268" r:id="rId917"/>
        </w:object>
      </w:r>
      <w:r w:rsidRPr="00235EB6">
        <w:rPr>
          <w:rFonts w:cs="Times New Roman"/>
        </w:rPr>
        <w:t>.</w:t>
      </w:r>
    </w:p>
    <w:p w14:paraId="532336FF"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11:</w:t>
      </w:r>
      <w:r w:rsidRPr="00235EB6">
        <w:rPr>
          <w:rFonts w:cs="Times New Roman"/>
          <w:b/>
          <w:color w:val="0000FF"/>
        </w:rPr>
        <w:tab/>
      </w:r>
      <w:r w:rsidRPr="00235EB6">
        <w:rPr>
          <w:rFonts w:cs="Times New Roman"/>
        </w:rPr>
        <w:t>Không gian mẫu của phép thử gieo một đồng xu cân đối đồng chất 3 lần liên tiếp có bao nhiêu phần tử?</w:t>
      </w:r>
    </w:p>
    <w:p w14:paraId="0901A470"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2.</w:t>
      </w:r>
      <w:r w:rsidRPr="00235EB6">
        <w:rPr>
          <w:rFonts w:cs="Times New Roman"/>
        </w:rPr>
        <w:tab/>
      </w:r>
      <w:r w:rsidRPr="00235EB6">
        <w:rPr>
          <w:rFonts w:cs="Times New Roman"/>
          <w:b/>
          <w:color w:val="0000FF"/>
        </w:rPr>
        <w:t xml:space="preserve">B. </w:t>
      </w:r>
      <w:r w:rsidRPr="00235EB6">
        <w:rPr>
          <w:rFonts w:cs="Times New Roman"/>
        </w:rPr>
        <w:t>4.</w:t>
      </w:r>
      <w:r w:rsidRPr="00235EB6">
        <w:rPr>
          <w:rFonts w:cs="Times New Roman"/>
        </w:rPr>
        <w:tab/>
      </w:r>
      <w:r w:rsidRPr="00235EB6">
        <w:rPr>
          <w:rFonts w:cs="Times New Roman"/>
          <w:b/>
          <w:color w:val="0000FF"/>
        </w:rPr>
        <w:t xml:space="preserve">C. </w:t>
      </w:r>
      <w:r w:rsidRPr="00235EB6">
        <w:rPr>
          <w:rFonts w:cs="Times New Roman"/>
        </w:rPr>
        <w:t>6.</w:t>
      </w:r>
      <w:r w:rsidRPr="00235EB6">
        <w:rPr>
          <w:rFonts w:cs="Times New Roman"/>
        </w:rPr>
        <w:tab/>
      </w:r>
      <w:r w:rsidRPr="00235EB6">
        <w:rPr>
          <w:rFonts w:cs="Times New Roman"/>
          <w:b/>
          <w:color w:val="0000FF"/>
        </w:rPr>
        <w:t xml:space="preserve">D. </w:t>
      </w:r>
      <w:r w:rsidRPr="00235EB6">
        <w:rPr>
          <w:rFonts w:cs="Times New Roman"/>
        </w:rPr>
        <w:t>8.</w:t>
      </w:r>
    </w:p>
    <w:p w14:paraId="1F0E2153"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12:</w:t>
      </w:r>
      <w:r w:rsidRPr="00235EB6">
        <w:rPr>
          <w:rFonts w:cs="Times New Roman"/>
          <w:b/>
          <w:color w:val="0000FF"/>
        </w:rPr>
        <w:tab/>
      </w:r>
      <w:r w:rsidRPr="00235EB6">
        <w:rPr>
          <w:rFonts w:cs="Times New Roman"/>
        </w:rPr>
        <w:t>Cho các dãy số sau. Dãy số nào là dãy số giảm?</w:t>
      </w:r>
    </w:p>
    <w:p w14:paraId="7C212F50"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0"/>
        </w:rPr>
        <w:object w:dxaOrig="960" w:dyaOrig="320" w14:anchorId="22329BA8">
          <v:shape id="_x0000_i1479" type="#_x0000_t75" style="width:48pt;height:16.2pt" o:ole="">
            <v:imagedata r:id="rId918" o:title=""/>
          </v:shape>
          <o:OLEObject Type="Embed" ProgID="Equation.DSMT4" ShapeID="_x0000_i1479" DrawAspect="Content" ObjectID="_1699918269" r:id="rId919"/>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24"/>
        </w:rPr>
        <w:object w:dxaOrig="1620" w:dyaOrig="620" w14:anchorId="0A8A3714">
          <v:shape id="_x0000_i1480" type="#_x0000_t75" style="width:81pt;height:31.2pt" o:ole="">
            <v:imagedata r:id="rId920" o:title=""/>
          </v:shape>
          <o:OLEObject Type="Embed" ProgID="Equation.DSMT4" ShapeID="_x0000_i1480" DrawAspect="Content" ObjectID="_1699918270" r:id="rId921"/>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10"/>
        </w:rPr>
        <w:object w:dxaOrig="740" w:dyaOrig="320" w14:anchorId="736FB2D5">
          <v:shape id="_x0000_i1481" type="#_x0000_t75" style="width:37.2pt;height:16.2pt" o:ole="">
            <v:imagedata r:id="rId922" o:title=""/>
          </v:shape>
          <o:OLEObject Type="Embed" ProgID="Equation.DSMT4" ShapeID="_x0000_i1481" DrawAspect="Content" ObjectID="_1699918271" r:id="rId923"/>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10"/>
        </w:rPr>
        <w:object w:dxaOrig="1060" w:dyaOrig="320" w14:anchorId="1F2C9AE7">
          <v:shape id="_x0000_i1482" type="#_x0000_t75" style="width:52.8pt;height:16.2pt" o:ole="">
            <v:imagedata r:id="rId924" o:title=""/>
          </v:shape>
          <o:OLEObject Type="Embed" ProgID="Equation.DSMT4" ShapeID="_x0000_i1482" DrawAspect="Content" ObjectID="_1699918272" r:id="rId925"/>
        </w:object>
      </w:r>
      <w:r w:rsidRPr="00235EB6">
        <w:rPr>
          <w:rFonts w:cs="Times New Roman"/>
        </w:rPr>
        <w:t>.</w:t>
      </w:r>
    </w:p>
    <w:p w14:paraId="2020F8D1"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13:</w:t>
      </w:r>
      <w:r w:rsidRPr="00235EB6">
        <w:rPr>
          <w:rFonts w:cs="Times New Roman"/>
          <w:b/>
          <w:color w:val="0000FF"/>
        </w:rPr>
        <w:tab/>
      </w:r>
      <w:r w:rsidRPr="00235EB6">
        <w:rPr>
          <w:rFonts w:cs="Times New Roman"/>
        </w:rPr>
        <w:t xml:space="preserve">Cho dãy số </w:t>
      </w:r>
      <w:r w:rsidRPr="00235EB6">
        <w:rPr>
          <w:position w:val="-14"/>
        </w:rPr>
        <w:object w:dxaOrig="480" w:dyaOrig="400" w14:anchorId="0D3F5DC6">
          <v:shape id="_x0000_i1483" type="#_x0000_t75" style="width:24pt;height:19.8pt" o:ole="">
            <v:imagedata r:id="rId926" o:title=""/>
          </v:shape>
          <o:OLEObject Type="Embed" ProgID="Equation.DSMT4" ShapeID="_x0000_i1483" DrawAspect="Content" ObjectID="_1699918273" r:id="rId927"/>
        </w:object>
      </w:r>
      <w:r w:rsidRPr="00235EB6">
        <w:rPr>
          <w:rFonts w:cs="Times New Roman"/>
        </w:rPr>
        <w:t xml:space="preserve"> xác định bởi </w:t>
      </w:r>
      <w:r w:rsidRPr="00235EB6">
        <w:rPr>
          <w:position w:val="-12"/>
        </w:rPr>
        <w:object w:dxaOrig="1840" w:dyaOrig="360" w14:anchorId="52FD1DD7">
          <v:shape id="_x0000_i1484" type="#_x0000_t75" style="width:91.8pt;height:18pt" o:ole="">
            <v:imagedata r:id="rId928" o:title=""/>
          </v:shape>
          <o:OLEObject Type="Embed" ProgID="Equation.DSMT4" ShapeID="_x0000_i1484" DrawAspect="Content" ObjectID="_1699918274" r:id="rId929"/>
        </w:object>
      </w:r>
      <w:r w:rsidRPr="00235EB6">
        <w:rPr>
          <w:rFonts w:cs="Times New Roman"/>
        </w:rPr>
        <w:t xml:space="preserve">. Số hạng </w:t>
      </w:r>
      <w:r w:rsidRPr="00235EB6">
        <w:rPr>
          <w:position w:val="-12"/>
        </w:rPr>
        <w:object w:dxaOrig="260" w:dyaOrig="360" w14:anchorId="536EA1B0">
          <v:shape id="_x0000_i1485" type="#_x0000_t75" style="width:13.2pt;height:18pt" o:ole="">
            <v:imagedata r:id="rId930" o:title=""/>
          </v:shape>
          <o:OLEObject Type="Embed" ProgID="Equation.DSMT4" ShapeID="_x0000_i1485" DrawAspect="Content" ObjectID="_1699918275" r:id="rId931"/>
        </w:object>
      </w:r>
      <w:r w:rsidRPr="00235EB6">
        <w:rPr>
          <w:rFonts w:cs="Times New Roman"/>
        </w:rPr>
        <w:t xml:space="preserve"> của dãy là</w:t>
      </w:r>
    </w:p>
    <w:p w14:paraId="2BF61B01"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lastRenderedPageBreak/>
        <w:t xml:space="preserve">A. </w:t>
      </w:r>
      <w:r w:rsidRPr="00235EB6">
        <w:rPr>
          <w:rFonts w:cs="Times New Roman"/>
        </w:rPr>
        <w:t>5.</w:t>
      </w:r>
      <w:r w:rsidRPr="00235EB6">
        <w:rPr>
          <w:rFonts w:cs="Times New Roman"/>
        </w:rPr>
        <w:tab/>
      </w:r>
      <w:r w:rsidRPr="00235EB6">
        <w:rPr>
          <w:rFonts w:cs="Times New Roman"/>
          <w:b/>
          <w:color w:val="0000FF"/>
        </w:rPr>
        <w:t xml:space="preserve">B. </w:t>
      </w:r>
      <w:r w:rsidRPr="00235EB6">
        <w:rPr>
          <w:rFonts w:cs="Times New Roman"/>
        </w:rPr>
        <w:t>8.</w:t>
      </w:r>
      <w:r w:rsidRPr="00235EB6">
        <w:rPr>
          <w:rFonts w:cs="Times New Roman"/>
        </w:rPr>
        <w:tab/>
      </w:r>
      <w:r w:rsidRPr="00235EB6">
        <w:rPr>
          <w:rFonts w:cs="Times New Roman"/>
          <w:b/>
          <w:color w:val="0000FF"/>
        </w:rPr>
        <w:t xml:space="preserve">C. </w:t>
      </w:r>
      <w:r w:rsidRPr="00235EB6">
        <w:rPr>
          <w:rFonts w:cs="Times New Roman"/>
        </w:rPr>
        <w:t>2.</w:t>
      </w:r>
      <w:r w:rsidRPr="00235EB6">
        <w:rPr>
          <w:rFonts w:cs="Times New Roman"/>
        </w:rPr>
        <w:tab/>
      </w:r>
      <w:r w:rsidRPr="00235EB6">
        <w:rPr>
          <w:rFonts w:cs="Times New Roman"/>
          <w:b/>
          <w:color w:val="0000FF"/>
        </w:rPr>
        <w:t xml:space="preserve">D. </w:t>
      </w:r>
      <w:r w:rsidRPr="00235EB6">
        <w:rPr>
          <w:rFonts w:cs="Times New Roman"/>
        </w:rPr>
        <w:t>3.</w:t>
      </w:r>
    </w:p>
    <w:p w14:paraId="1B76CE3B"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14:</w:t>
      </w:r>
      <w:r w:rsidRPr="00235EB6">
        <w:rPr>
          <w:rFonts w:cs="Times New Roman"/>
          <w:b/>
          <w:color w:val="0000FF"/>
        </w:rPr>
        <w:tab/>
      </w:r>
      <w:r w:rsidRPr="00235EB6">
        <w:rPr>
          <w:rFonts w:cs="Times New Roman"/>
        </w:rPr>
        <w:t>Có bao nhiêu cách chọn ngẫu nhiên 3 quả cầu từ cái hộp có 10 quả cầu?</w:t>
      </w:r>
    </w:p>
    <w:p w14:paraId="37D2713F"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2"/>
        </w:rPr>
        <w:object w:dxaOrig="340" w:dyaOrig="380" w14:anchorId="563DBBF2">
          <v:shape id="_x0000_i1486" type="#_x0000_t75" style="width:16.8pt;height:19.2pt" o:ole="">
            <v:imagedata r:id="rId932" o:title=""/>
          </v:shape>
          <o:OLEObject Type="Embed" ProgID="Equation.DSMT4" ShapeID="_x0000_i1486" DrawAspect="Content" ObjectID="_1699918276" r:id="rId933"/>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6"/>
        </w:rPr>
        <w:object w:dxaOrig="320" w:dyaOrig="320" w14:anchorId="1960190B">
          <v:shape id="_x0000_i1487" type="#_x0000_t75" style="width:16.2pt;height:16.2pt" o:ole="">
            <v:imagedata r:id="rId934" o:title=""/>
          </v:shape>
          <o:OLEObject Type="Embed" ProgID="Equation.DSMT4" ShapeID="_x0000_i1487" DrawAspect="Content" ObjectID="_1699918277" r:id="rId935"/>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12"/>
        </w:rPr>
        <w:object w:dxaOrig="360" w:dyaOrig="380" w14:anchorId="16AD8494">
          <v:shape id="_x0000_i1488" type="#_x0000_t75" style="width:18pt;height:19.2pt" o:ole="">
            <v:imagedata r:id="rId936" o:title=""/>
          </v:shape>
          <o:OLEObject Type="Embed" ProgID="Equation.DSMT4" ShapeID="_x0000_i1488" DrawAspect="Content" ObjectID="_1699918278" r:id="rId937"/>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6"/>
        </w:rPr>
        <w:object w:dxaOrig="360" w:dyaOrig="320" w14:anchorId="19C3E37B">
          <v:shape id="_x0000_i1489" type="#_x0000_t75" style="width:18pt;height:16.2pt" o:ole="">
            <v:imagedata r:id="rId938" o:title=""/>
          </v:shape>
          <o:OLEObject Type="Embed" ProgID="Equation.DSMT4" ShapeID="_x0000_i1489" DrawAspect="Content" ObjectID="_1699918279" r:id="rId939"/>
        </w:object>
      </w:r>
      <w:r w:rsidRPr="00235EB6">
        <w:rPr>
          <w:rFonts w:cs="Times New Roman"/>
        </w:rPr>
        <w:t>.</w:t>
      </w:r>
    </w:p>
    <w:p w14:paraId="1F4F4020"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15:</w:t>
      </w:r>
      <w:r w:rsidRPr="00235EB6">
        <w:rPr>
          <w:rFonts w:cs="Times New Roman"/>
          <w:b/>
          <w:color w:val="0000FF"/>
        </w:rPr>
        <w:tab/>
      </w:r>
      <w:r w:rsidRPr="00235EB6">
        <w:rPr>
          <w:rFonts w:cs="Times New Roman"/>
        </w:rPr>
        <w:t>Một đội văn nghệ gồm 5 nam và 8 nữ. Lập một nhóm gồm 4 người hát tốp ca. Xác suất để trong 4 người được chọn có đúng 2 nữ là</w:t>
      </w:r>
    </w:p>
    <w:p w14:paraId="3E5BD4FB"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24"/>
        </w:rPr>
        <w:object w:dxaOrig="440" w:dyaOrig="620" w14:anchorId="0AFAA4A0">
          <v:shape id="_x0000_i1490" type="#_x0000_t75" style="width:22.2pt;height:31.2pt" o:ole="">
            <v:imagedata r:id="rId940" o:title=""/>
          </v:shape>
          <o:OLEObject Type="Embed" ProgID="Equation.DSMT4" ShapeID="_x0000_i1490" DrawAspect="Content" ObjectID="_1699918280" r:id="rId941"/>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24"/>
        </w:rPr>
        <w:object w:dxaOrig="440" w:dyaOrig="620" w14:anchorId="4C8A57C7">
          <v:shape id="_x0000_i1491" type="#_x0000_t75" style="width:22.2pt;height:31.2pt" o:ole="">
            <v:imagedata r:id="rId942" o:title=""/>
          </v:shape>
          <o:OLEObject Type="Embed" ProgID="Equation.DSMT4" ShapeID="_x0000_i1491" DrawAspect="Content" ObjectID="_1699918281" r:id="rId943"/>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24"/>
        </w:rPr>
        <w:object w:dxaOrig="440" w:dyaOrig="620" w14:anchorId="72565C55">
          <v:shape id="_x0000_i1492" type="#_x0000_t75" style="width:22.2pt;height:31.2pt" o:ole="">
            <v:imagedata r:id="rId944" o:title=""/>
          </v:shape>
          <o:OLEObject Type="Embed" ProgID="Equation.DSMT4" ShapeID="_x0000_i1492" DrawAspect="Content" ObjectID="_1699918282" r:id="rId945"/>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24"/>
        </w:rPr>
        <w:object w:dxaOrig="440" w:dyaOrig="620" w14:anchorId="7621306C">
          <v:shape id="_x0000_i1493" type="#_x0000_t75" style="width:22.2pt;height:31.2pt" o:ole="">
            <v:imagedata r:id="rId946" o:title=""/>
          </v:shape>
          <o:OLEObject Type="Embed" ProgID="Equation.DSMT4" ShapeID="_x0000_i1493" DrawAspect="Content" ObjectID="_1699918283" r:id="rId947"/>
        </w:object>
      </w:r>
      <w:r w:rsidRPr="00235EB6">
        <w:rPr>
          <w:rFonts w:cs="Times New Roman"/>
        </w:rPr>
        <w:t>.</w:t>
      </w:r>
    </w:p>
    <w:p w14:paraId="6406745A"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16:</w:t>
      </w:r>
      <w:r w:rsidRPr="00235EB6">
        <w:rPr>
          <w:rFonts w:cs="Times New Roman"/>
          <w:b/>
          <w:color w:val="0000FF"/>
        </w:rPr>
        <w:tab/>
      </w:r>
      <w:r w:rsidRPr="00235EB6">
        <w:rPr>
          <w:rFonts w:cs="Times New Roman"/>
        </w:rPr>
        <w:t>Nga có 7 cây viết xanh và 10 cây bút đỏ. Nga có bao nhiêu cách chọn một cây bút?</w:t>
      </w:r>
    </w:p>
    <w:p w14:paraId="66AA925C"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17.</w:t>
      </w:r>
      <w:r w:rsidRPr="00235EB6">
        <w:rPr>
          <w:rFonts w:cs="Times New Roman"/>
        </w:rPr>
        <w:tab/>
      </w:r>
      <w:r w:rsidRPr="00235EB6">
        <w:rPr>
          <w:rFonts w:cs="Times New Roman"/>
          <w:b/>
          <w:color w:val="0000FF"/>
        </w:rPr>
        <w:t xml:space="preserve">B. </w:t>
      </w:r>
      <w:r w:rsidRPr="00235EB6">
        <w:rPr>
          <w:rFonts w:cs="Times New Roman"/>
        </w:rPr>
        <w:t>10.</w:t>
      </w:r>
      <w:r w:rsidRPr="00235EB6">
        <w:rPr>
          <w:rFonts w:cs="Times New Roman"/>
        </w:rPr>
        <w:tab/>
      </w:r>
      <w:r w:rsidRPr="00235EB6">
        <w:rPr>
          <w:rFonts w:cs="Times New Roman"/>
          <w:b/>
          <w:color w:val="0000FF"/>
        </w:rPr>
        <w:t xml:space="preserve">C. </w:t>
      </w:r>
      <w:r w:rsidRPr="00235EB6">
        <w:rPr>
          <w:rFonts w:cs="Times New Roman"/>
        </w:rPr>
        <w:t>20.</w:t>
      </w:r>
      <w:r w:rsidRPr="00235EB6">
        <w:rPr>
          <w:rFonts w:cs="Times New Roman"/>
        </w:rPr>
        <w:tab/>
      </w:r>
      <w:r w:rsidRPr="00235EB6">
        <w:rPr>
          <w:rFonts w:cs="Times New Roman"/>
          <w:b/>
          <w:color w:val="0000FF"/>
        </w:rPr>
        <w:t xml:space="preserve">D. </w:t>
      </w:r>
      <w:r w:rsidRPr="00235EB6">
        <w:rPr>
          <w:rFonts w:cs="Times New Roman"/>
        </w:rPr>
        <w:t>7.</w:t>
      </w:r>
    </w:p>
    <w:p w14:paraId="38BDC251"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17:</w:t>
      </w:r>
      <w:r w:rsidRPr="00235EB6">
        <w:rPr>
          <w:rFonts w:cs="Times New Roman"/>
          <w:b/>
          <w:color w:val="0000FF"/>
        </w:rPr>
        <w:tab/>
      </w:r>
      <w:r w:rsidRPr="00235EB6">
        <w:rPr>
          <w:rFonts w:cs="Times New Roman"/>
        </w:rPr>
        <w:t>Có bao nhiêu cách chọn ra 2 học sinh gồm một nam và một nữ từ một nhóm học sinh gồm 8 nam và 3 nữ?</w:t>
      </w:r>
    </w:p>
    <w:p w14:paraId="62D470AB"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11.</w:t>
      </w:r>
      <w:r w:rsidRPr="00235EB6">
        <w:rPr>
          <w:rFonts w:cs="Times New Roman"/>
        </w:rPr>
        <w:tab/>
      </w:r>
      <w:r w:rsidRPr="00235EB6">
        <w:rPr>
          <w:rFonts w:cs="Times New Roman"/>
          <w:b/>
          <w:color w:val="0000FF"/>
        </w:rPr>
        <w:t xml:space="preserve">B. </w:t>
      </w:r>
      <w:r w:rsidRPr="00235EB6">
        <w:rPr>
          <w:rFonts w:cs="Times New Roman"/>
        </w:rPr>
        <w:t>3.</w:t>
      </w:r>
      <w:r w:rsidRPr="00235EB6">
        <w:rPr>
          <w:rFonts w:cs="Times New Roman"/>
        </w:rPr>
        <w:tab/>
      </w:r>
      <w:r w:rsidRPr="00235EB6">
        <w:rPr>
          <w:rFonts w:cs="Times New Roman"/>
          <w:b/>
          <w:color w:val="0000FF"/>
        </w:rPr>
        <w:t xml:space="preserve">C. </w:t>
      </w:r>
      <w:r w:rsidRPr="00235EB6">
        <w:rPr>
          <w:rFonts w:cs="Times New Roman"/>
        </w:rPr>
        <w:t>8.</w:t>
      </w:r>
      <w:r w:rsidRPr="00235EB6">
        <w:rPr>
          <w:rFonts w:cs="Times New Roman"/>
        </w:rPr>
        <w:tab/>
      </w:r>
      <w:r w:rsidRPr="00235EB6">
        <w:rPr>
          <w:rFonts w:cs="Times New Roman"/>
          <w:b/>
          <w:color w:val="0000FF"/>
        </w:rPr>
        <w:t xml:space="preserve">D. </w:t>
      </w:r>
      <w:r w:rsidRPr="00235EB6">
        <w:rPr>
          <w:rFonts w:cs="Times New Roman"/>
        </w:rPr>
        <w:t>24.</w:t>
      </w:r>
    </w:p>
    <w:p w14:paraId="0AF348C2"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18:</w:t>
      </w:r>
      <w:r w:rsidRPr="00235EB6">
        <w:rPr>
          <w:rFonts w:cs="Times New Roman"/>
          <w:b/>
          <w:color w:val="0000FF"/>
        </w:rPr>
        <w:tab/>
      </w:r>
      <w:r w:rsidRPr="00235EB6">
        <w:rPr>
          <w:rFonts w:cs="Times New Roman"/>
        </w:rPr>
        <w:t xml:space="preserve">Từ tập </w:t>
      </w:r>
      <w:r w:rsidRPr="00235EB6">
        <w:rPr>
          <w:position w:val="-10"/>
        </w:rPr>
        <w:object w:dxaOrig="2320" w:dyaOrig="320" w14:anchorId="724B8FB3">
          <v:shape id="_x0000_i1494" type="#_x0000_t75" style="width:115.8pt;height:16.2pt" o:ole="">
            <v:imagedata r:id="rId948" o:title=""/>
          </v:shape>
          <o:OLEObject Type="Embed" ProgID="Equation.DSMT4" ShapeID="_x0000_i1494" DrawAspect="Content" ObjectID="_1699918284" r:id="rId949"/>
        </w:object>
      </w:r>
      <w:r w:rsidRPr="00235EB6">
        <w:rPr>
          <w:rFonts w:cs="Times New Roman"/>
        </w:rPr>
        <w:t xml:space="preserve"> lập được bao nhiêu số có bốn chữ số khác nhau?</w:t>
      </w:r>
    </w:p>
    <w:p w14:paraId="323AFEE3"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2"/>
        </w:rPr>
        <w:object w:dxaOrig="380" w:dyaOrig="380" w14:anchorId="57D4B897">
          <v:shape id="_x0000_i1495" type="#_x0000_t75" style="width:19.2pt;height:19.2pt" o:ole="">
            <v:imagedata r:id="rId950" o:title=""/>
          </v:shape>
          <o:OLEObject Type="Embed" ProgID="Equation.DSMT4" ShapeID="_x0000_i1495" DrawAspect="Content" ObjectID="_1699918285" r:id="rId951"/>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12"/>
        </w:rPr>
        <w:object w:dxaOrig="320" w:dyaOrig="380" w14:anchorId="16BA6EB8">
          <v:shape id="_x0000_i1496" type="#_x0000_t75" style="width:16.2pt;height:19.2pt" o:ole="">
            <v:imagedata r:id="rId952" o:title=""/>
          </v:shape>
          <o:OLEObject Type="Embed" ProgID="Equation.DSMT4" ShapeID="_x0000_i1496" DrawAspect="Content" ObjectID="_1699918286" r:id="rId953"/>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12"/>
        </w:rPr>
        <w:object w:dxaOrig="480" w:dyaOrig="380" w14:anchorId="093657F9">
          <v:shape id="_x0000_i1497" type="#_x0000_t75" style="width:24pt;height:19.2pt" o:ole="">
            <v:imagedata r:id="rId954" o:title=""/>
          </v:shape>
          <o:OLEObject Type="Embed" ProgID="Equation.DSMT4" ShapeID="_x0000_i1497" DrawAspect="Content" ObjectID="_1699918287" r:id="rId955"/>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6"/>
        </w:rPr>
        <w:object w:dxaOrig="260" w:dyaOrig="279" w14:anchorId="04D997BE">
          <v:shape id="_x0000_i1498" type="#_x0000_t75" style="width:13.2pt;height:13.8pt" o:ole="">
            <v:imagedata r:id="rId956" o:title=""/>
          </v:shape>
          <o:OLEObject Type="Embed" ProgID="Equation.DSMT4" ShapeID="_x0000_i1498" DrawAspect="Content" ObjectID="_1699918288" r:id="rId957"/>
        </w:object>
      </w:r>
      <w:r w:rsidRPr="00235EB6">
        <w:rPr>
          <w:rFonts w:cs="Times New Roman"/>
        </w:rPr>
        <w:t>.</w:t>
      </w:r>
    </w:p>
    <w:p w14:paraId="1C511E16"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19:</w:t>
      </w:r>
      <w:r w:rsidRPr="00235EB6">
        <w:rPr>
          <w:rFonts w:cs="Times New Roman"/>
          <w:b/>
          <w:color w:val="0000FF"/>
        </w:rPr>
        <w:tab/>
      </w:r>
      <w:r w:rsidRPr="00235EB6">
        <w:rPr>
          <w:rFonts w:cs="Times New Roman"/>
        </w:rPr>
        <w:t xml:space="preserve">Cho cấp số nhân </w:t>
      </w:r>
      <w:r w:rsidRPr="00235EB6">
        <w:rPr>
          <w:position w:val="-14"/>
        </w:rPr>
        <w:object w:dxaOrig="480" w:dyaOrig="400" w14:anchorId="2A9F14EA">
          <v:shape id="_x0000_i1499" type="#_x0000_t75" style="width:24pt;height:19.8pt" o:ole="">
            <v:imagedata r:id="rId958" o:title=""/>
          </v:shape>
          <o:OLEObject Type="Embed" ProgID="Equation.DSMT4" ShapeID="_x0000_i1499" DrawAspect="Content" ObjectID="_1699918289" r:id="rId959"/>
        </w:object>
      </w:r>
      <w:r w:rsidRPr="00235EB6">
        <w:rPr>
          <w:rFonts w:cs="Times New Roman"/>
        </w:rPr>
        <w:t xml:space="preserve"> với </w:t>
      </w:r>
      <w:r w:rsidRPr="00235EB6">
        <w:rPr>
          <w:position w:val="-12"/>
        </w:rPr>
        <w:object w:dxaOrig="600" w:dyaOrig="360" w14:anchorId="33F21406">
          <v:shape id="_x0000_i1500" type="#_x0000_t75" style="width:30pt;height:18pt" o:ole="">
            <v:imagedata r:id="rId960" o:title=""/>
          </v:shape>
          <o:OLEObject Type="Embed" ProgID="Equation.DSMT4" ShapeID="_x0000_i1500" DrawAspect="Content" ObjectID="_1699918290" r:id="rId961"/>
        </w:object>
      </w:r>
      <w:r w:rsidRPr="00235EB6">
        <w:rPr>
          <w:rFonts w:cs="Times New Roman"/>
        </w:rPr>
        <w:t xml:space="preserve"> và công sai </w:t>
      </w:r>
      <w:r w:rsidRPr="00235EB6">
        <w:rPr>
          <w:position w:val="-10"/>
        </w:rPr>
        <w:object w:dxaOrig="560" w:dyaOrig="320" w14:anchorId="68F6FACD">
          <v:shape id="_x0000_i1501" type="#_x0000_t75" style="width:28.2pt;height:16.2pt" o:ole="">
            <v:imagedata r:id="rId962" o:title=""/>
          </v:shape>
          <o:OLEObject Type="Embed" ProgID="Equation.DSMT4" ShapeID="_x0000_i1501" DrawAspect="Content" ObjectID="_1699918291" r:id="rId963"/>
        </w:object>
      </w:r>
      <w:r w:rsidRPr="00235EB6">
        <w:rPr>
          <w:rFonts w:cs="Times New Roman"/>
        </w:rPr>
        <w:t>. Tổng của 4 số hạng đầu tiên của cấp số nhân đã cho bằng</w:t>
      </w:r>
    </w:p>
    <w:p w14:paraId="6EFC00BD"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6"/>
        </w:rPr>
        <w:object w:dxaOrig="440" w:dyaOrig="279" w14:anchorId="66007565">
          <v:shape id="_x0000_i1502" type="#_x0000_t75" style="width:22.2pt;height:13.8pt" o:ole="">
            <v:imagedata r:id="rId964" o:title=""/>
          </v:shape>
          <o:OLEObject Type="Embed" ProgID="Equation.DSMT4" ShapeID="_x0000_i1502" DrawAspect="Content" ObjectID="_1699918292" r:id="rId965"/>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rPr>
        <w:t>75.</w:t>
      </w:r>
      <w:r w:rsidRPr="00235EB6">
        <w:rPr>
          <w:rFonts w:cs="Times New Roman"/>
        </w:rPr>
        <w:tab/>
      </w:r>
      <w:r w:rsidRPr="00235EB6">
        <w:rPr>
          <w:rFonts w:cs="Times New Roman"/>
          <w:b/>
          <w:color w:val="0000FF"/>
        </w:rPr>
        <w:t xml:space="preserve">C. </w:t>
      </w:r>
      <w:r w:rsidRPr="00235EB6">
        <w:rPr>
          <w:rFonts w:cs="Times New Roman"/>
        </w:rPr>
        <w:t>16.</w:t>
      </w:r>
      <w:r w:rsidRPr="00235EB6">
        <w:rPr>
          <w:rFonts w:cs="Times New Roman"/>
        </w:rPr>
        <w:tab/>
      </w:r>
      <w:r w:rsidRPr="00235EB6">
        <w:rPr>
          <w:rFonts w:cs="Times New Roman"/>
          <w:b/>
          <w:color w:val="0000FF"/>
        </w:rPr>
        <w:t xml:space="preserve">D. </w:t>
      </w:r>
      <w:r w:rsidRPr="00235EB6">
        <w:rPr>
          <w:rFonts w:cs="Times New Roman"/>
        </w:rPr>
        <w:t>32.</w:t>
      </w:r>
    </w:p>
    <w:p w14:paraId="54B54F31"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20:</w:t>
      </w:r>
      <w:r w:rsidRPr="00235EB6">
        <w:rPr>
          <w:rFonts w:cs="Times New Roman"/>
          <w:b/>
          <w:color w:val="0000FF"/>
        </w:rPr>
        <w:tab/>
      </w:r>
      <w:r w:rsidRPr="00235EB6">
        <w:rPr>
          <w:rFonts w:cs="Times New Roman"/>
        </w:rPr>
        <w:t>Một hộp đựng 5 quả cầu trắng, 7 quả cầu đen. Chọn ngẫu nhiên hai quả.Tính xác suất để chọn được hai quả cầu khác màu.</w:t>
      </w:r>
    </w:p>
    <w:p w14:paraId="4AABE072"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24"/>
        </w:rPr>
        <w:object w:dxaOrig="360" w:dyaOrig="620" w14:anchorId="3AA48540">
          <v:shape id="_x0000_i1503" type="#_x0000_t75" style="width:18pt;height:31.2pt" o:ole="">
            <v:imagedata r:id="rId966" o:title=""/>
          </v:shape>
          <o:OLEObject Type="Embed" ProgID="Equation.DSMT4" ShapeID="_x0000_i1503" DrawAspect="Content" ObjectID="_1699918293" r:id="rId967"/>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24"/>
        </w:rPr>
        <w:object w:dxaOrig="360" w:dyaOrig="620" w14:anchorId="5498AEC2">
          <v:shape id="_x0000_i1504" type="#_x0000_t75" style="width:18pt;height:31.2pt" o:ole="">
            <v:imagedata r:id="rId968" o:title=""/>
          </v:shape>
          <o:OLEObject Type="Embed" ProgID="Equation.DSMT4" ShapeID="_x0000_i1504" DrawAspect="Content" ObjectID="_1699918294" r:id="rId969"/>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24"/>
        </w:rPr>
        <w:object w:dxaOrig="360" w:dyaOrig="620" w14:anchorId="00751F66">
          <v:shape id="_x0000_i1505" type="#_x0000_t75" style="width:18pt;height:31.2pt" o:ole="">
            <v:imagedata r:id="rId970" o:title=""/>
          </v:shape>
          <o:OLEObject Type="Embed" ProgID="Equation.DSMT4" ShapeID="_x0000_i1505" DrawAspect="Content" ObjectID="_1699918295" r:id="rId971"/>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24"/>
        </w:rPr>
        <w:object w:dxaOrig="340" w:dyaOrig="620" w14:anchorId="28423425">
          <v:shape id="_x0000_i1506" type="#_x0000_t75" style="width:16.8pt;height:31.2pt" o:ole="">
            <v:imagedata r:id="rId972" o:title=""/>
          </v:shape>
          <o:OLEObject Type="Embed" ProgID="Equation.DSMT4" ShapeID="_x0000_i1506" DrawAspect="Content" ObjectID="_1699918296" r:id="rId973"/>
        </w:object>
      </w:r>
      <w:r w:rsidRPr="00235EB6">
        <w:rPr>
          <w:rFonts w:cs="Times New Roman"/>
        </w:rPr>
        <w:t>.</w:t>
      </w:r>
    </w:p>
    <w:p w14:paraId="3ECE407E"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21:</w:t>
      </w:r>
      <w:r w:rsidRPr="00235EB6">
        <w:rPr>
          <w:rFonts w:cs="Times New Roman"/>
          <w:b/>
          <w:color w:val="0000FF"/>
        </w:rPr>
        <w:tab/>
      </w:r>
      <w:r w:rsidRPr="00235EB6">
        <w:rPr>
          <w:rFonts w:cs="Times New Roman"/>
        </w:rPr>
        <w:t xml:space="preserve">Cho cấp số nhân </w:t>
      </w:r>
      <w:r w:rsidRPr="00235EB6">
        <w:rPr>
          <w:position w:val="-14"/>
        </w:rPr>
        <w:object w:dxaOrig="480" w:dyaOrig="400" w14:anchorId="0ED729BD">
          <v:shape id="_x0000_i1507" type="#_x0000_t75" style="width:24pt;height:19.8pt" o:ole="">
            <v:imagedata r:id="rId974" o:title=""/>
          </v:shape>
          <o:OLEObject Type="Embed" ProgID="Equation.DSMT4" ShapeID="_x0000_i1507" DrawAspect="Content" ObjectID="_1699918297" r:id="rId975"/>
        </w:object>
      </w:r>
      <w:r w:rsidRPr="00235EB6">
        <w:rPr>
          <w:rFonts w:cs="Times New Roman"/>
        </w:rPr>
        <w:t xml:space="preserve"> có số hạng tổng quát </w:t>
      </w:r>
      <w:r w:rsidRPr="00235EB6">
        <w:rPr>
          <w:position w:val="-12"/>
        </w:rPr>
        <w:object w:dxaOrig="900" w:dyaOrig="380" w14:anchorId="6F6902C6">
          <v:shape id="_x0000_i1508" type="#_x0000_t75" style="width:45pt;height:19.2pt" o:ole="">
            <v:imagedata r:id="rId976" o:title=""/>
          </v:shape>
          <o:OLEObject Type="Embed" ProgID="Equation.DSMT4" ShapeID="_x0000_i1508" DrawAspect="Content" ObjectID="_1699918298" r:id="rId977"/>
        </w:object>
      </w:r>
      <w:r w:rsidRPr="00235EB6">
        <w:rPr>
          <w:rFonts w:cs="Times New Roman"/>
        </w:rPr>
        <w:t xml:space="preserve"> với </w:t>
      </w:r>
      <w:r w:rsidRPr="00235EB6">
        <w:rPr>
          <w:position w:val="-6"/>
        </w:rPr>
        <w:object w:dxaOrig="499" w:dyaOrig="279" w14:anchorId="2A9C5696">
          <v:shape id="_x0000_i1509" type="#_x0000_t75" style="width:25.2pt;height:13.8pt" o:ole="">
            <v:imagedata r:id="rId978" o:title=""/>
          </v:shape>
          <o:OLEObject Type="Embed" ProgID="Equation.DSMT4" ShapeID="_x0000_i1509" DrawAspect="Content" ObjectID="_1699918299" r:id="rId979"/>
        </w:object>
      </w:r>
      <w:r w:rsidRPr="00235EB6">
        <w:rPr>
          <w:rFonts w:cs="Times New Roman"/>
        </w:rPr>
        <w:t>. Số hạng đầu của cấp số nhân là</w:t>
      </w:r>
    </w:p>
    <w:p w14:paraId="098CFBC4"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5.</w:t>
      </w:r>
      <w:r w:rsidRPr="00235EB6">
        <w:rPr>
          <w:rFonts w:cs="Times New Roman"/>
        </w:rPr>
        <w:tab/>
      </w:r>
      <w:r w:rsidRPr="00235EB6">
        <w:rPr>
          <w:rFonts w:cs="Times New Roman"/>
          <w:b/>
          <w:color w:val="0000FF"/>
        </w:rPr>
        <w:t xml:space="preserve">B. </w:t>
      </w:r>
      <w:r w:rsidRPr="00235EB6">
        <w:rPr>
          <w:rFonts w:cs="Times New Roman"/>
        </w:rPr>
        <w:t>2.</w:t>
      </w:r>
      <w:r w:rsidRPr="00235EB6">
        <w:rPr>
          <w:rFonts w:cs="Times New Roman"/>
        </w:rPr>
        <w:tab/>
      </w:r>
      <w:r w:rsidRPr="00235EB6">
        <w:rPr>
          <w:rFonts w:cs="Times New Roman"/>
          <w:b/>
          <w:color w:val="0000FF"/>
        </w:rPr>
        <w:t xml:space="preserve">C. </w:t>
      </w:r>
      <w:r w:rsidRPr="00235EB6">
        <w:rPr>
          <w:rFonts w:cs="Times New Roman"/>
        </w:rPr>
        <w:t>10.</w:t>
      </w:r>
      <w:r w:rsidRPr="00235EB6">
        <w:rPr>
          <w:rFonts w:cs="Times New Roman"/>
        </w:rPr>
        <w:tab/>
      </w:r>
      <w:r w:rsidRPr="00235EB6">
        <w:rPr>
          <w:rFonts w:cs="Times New Roman"/>
          <w:b/>
          <w:color w:val="0000FF"/>
        </w:rPr>
        <w:t xml:space="preserve">D. </w:t>
      </w:r>
      <w:r w:rsidRPr="00235EB6">
        <w:rPr>
          <w:rFonts w:cs="Times New Roman"/>
        </w:rPr>
        <w:t>6.</w:t>
      </w:r>
    </w:p>
    <w:p w14:paraId="00A34774"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22:</w:t>
      </w:r>
      <w:r w:rsidRPr="00235EB6">
        <w:rPr>
          <w:rFonts w:cs="Times New Roman"/>
          <w:b/>
          <w:color w:val="0000FF"/>
        </w:rPr>
        <w:tab/>
      </w:r>
      <w:r w:rsidRPr="00235EB6">
        <w:rPr>
          <w:rFonts w:cs="Times New Roman"/>
        </w:rPr>
        <w:t xml:space="preserve">Ba số hạng đầu tiên theo lũy thừa tăng dần của </w:t>
      </w:r>
      <w:r w:rsidRPr="00235EB6">
        <w:rPr>
          <w:position w:val="-6"/>
        </w:rPr>
        <w:object w:dxaOrig="200" w:dyaOrig="220" w14:anchorId="4AB282E5">
          <v:shape id="_x0000_i1510" type="#_x0000_t75" style="width:10.2pt;height:10.8pt" o:ole="">
            <v:imagedata r:id="rId980" o:title=""/>
          </v:shape>
          <o:OLEObject Type="Embed" ProgID="Equation.DSMT4" ShapeID="_x0000_i1510" DrawAspect="Content" ObjectID="_1699918300" r:id="rId981"/>
        </w:object>
      </w:r>
      <w:r w:rsidRPr="00235EB6">
        <w:rPr>
          <w:rFonts w:cs="Times New Roman"/>
        </w:rPr>
        <w:t xml:space="preserve"> trong khai triển của </w:t>
      </w:r>
      <w:r w:rsidRPr="00235EB6">
        <w:rPr>
          <w:position w:val="-10"/>
        </w:rPr>
        <w:object w:dxaOrig="900" w:dyaOrig="360" w14:anchorId="3D547331">
          <v:shape id="_x0000_i1511" type="#_x0000_t75" style="width:45pt;height:18pt" o:ole="">
            <v:imagedata r:id="rId982" o:title=""/>
          </v:shape>
          <o:OLEObject Type="Embed" ProgID="Equation.DSMT4" ShapeID="_x0000_i1511" DrawAspect="Content" ObjectID="_1699918301" r:id="rId983"/>
        </w:object>
      </w:r>
      <w:r w:rsidRPr="00235EB6">
        <w:rPr>
          <w:rFonts w:cs="Times New Roman"/>
        </w:rPr>
        <w:t xml:space="preserve"> là</w:t>
      </w:r>
    </w:p>
    <w:p w14:paraId="12F8D7EE"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0"/>
        </w:rPr>
        <w:object w:dxaOrig="1219" w:dyaOrig="360" w14:anchorId="6BD3FD22">
          <v:shape id="_x0000_i1512" type="#_x0000_t75" style="width:61.2pt;height:18pt" o:ole="">
            <v:imagedata r:id="rId984" o:title=""/>
          </v:shape>
          <o:OLEObject Type="Embed" ProgID="Equation.DSMT4" ShapeID="_x0000_i1512" DrawAspect="Content" ObjectID="_1699918302" r:id="rId985"/>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10"/>
        </w:rPr>
        <w:object w:dxaOrig="1200" w:dyaOrig="360" w14:anchorId="3EA2F57E">
          <v:shape id="_x0000_i1513" type="#_x0000_t75" style="width:60pt;height:18pt" o:ole="">
            <v:imagedata r:id="rId986" o:title=""/>
          </v:shape>
          <o:OLEObject Type="Embed" ProgID="Equation.DSMT4" ShapeID="_x0000_i1513" DrawAspect="Content" ObjectID="_1699918303" r:id="rId987"/>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10"/>
        </w:rPr>
        <w:object w:dxaOrig="1359" w:dyaOrig="360" w14:anchorId="0CB0AB3C">
          <v:shape id="_x0000_i1514" type="#_x0000_t75" style="width:67.8pt;height:18pt" o:ole="">
            <v:imagedata r:id="rId988" o:title=""/>
          </v:shape>
          <o:OLEObject Type="Embed" ProgID="Equation.DSMT4" ShapeID="_x0000_i1514" DrawAspect="Content" ObjectID="_1699918304" r:id="rId989"/>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10"/>
        </w:rPr>
        <w:object w:dxaOrig="1240" w:dyaOrig="360" w14:anchorId="70A5C2B5">
          <v:shape id="_x0000_i1515" type="#_x0000_t75" style="width:61.8pt;height:18pt" o:ole="">
            <v:imagedata r:id="rId990" o:title=""/>
          </v:shape>
          <o:OLEObject Type="Embed" ProgID="Equation.DSMT4" ShapeID="_x0000_i1515" DrawAspect="Content" ObjectID="_1699918305" r:id="rId991"/>
        </w:object>
      </w:r>
      <w:r w:rsidRPr="00235EB6">
        <w:rPr>
          <w:rFonts w:cs="Times New Roman"/>
        </w:rPr>
        <w:t>.</w:t>
      </w:r>
    </w:p>
    <w:p w14:paraId="6F806E12"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23:</w:t>
      </w:r>
      <w:r w:rsidRPr="00235EB6">
        <w:rPr>
          <w:rFonts w:cs="Times New Roman"/>
          <w:b/>
          <w:color w:val="0000FF"/>
        </w:rPr>
        <w:tab/>
      </w:r>
      <w:r w:rsidRPr="00235EB6">
        <w:rPr>
          <w:rFonts w:cs="Times New Roman"/>
        </w:rPr>
        <w:t xml:space="preserve">Cho hai mặt phẳng </w:t>
      </w:r>
      <w:r w:rsidRPr="00235EB6">
        <w:rPr>
          <w:position w:val="-10"/>
        </w:rPr>
        <w:object w:dxaOrig="820" w:dyaOrig="320" w14:anchorId="222B9683">
          <v:shape id="_x0000_i1516" type="#_x0000_t75" style="width:40.8pt;height:16.2pt" o:ole="">
            <v:imagedata r:id="rId992" o:title=""/>
          </v:shape>
          <o:OLEObject Type="Embed" ProgID="Equation.DSMT4" ShapeID="_x0000_i1516" DrawAspect="Content" ObjectID="_1699918306" r:id="rId993"/>
        </w:object>
      </w:r>
      <w:r w:rsidRPr="00235EB6">
        <w:rPr>
          <w:rFonts w:cs="Times New Roman"/>
        </w:rPr>
        <w:t xml:space="preserve"> cắt nhau và cùng song song với đường thẳng </w:t>
      </w:r>
      <w:r w:rsidRPr="00235EB6">
        <w:rPr>
          <w:position w:val="-6"/>
        </w:rPr>
        <w:object w:dxaOrig="220" w:dyaOrig="279" w14:anchorId="7D39E3B2">
          <v:shape id="_x0000_i1517" type="#_x0000_t75" style="width:10.8pt;height:13.8pt" o:ole="">
            <v:imagedata r:id="rId994" o:title=""/>
          </v:shape>
          <o:OLEObject Type="Embed" ProgID="Equation.DSMT4" ShapeID="_x0000_i1517" DrawAspect="Content" ObjectID="_1699918307" r:id="rId995"/>
        </w:object>
      </w:r>
      <w:r w:rsidRPr="00235EB6">
        <w:rPr>
          <w:rFonts w:cs="Times New Roman"/>
        </w:rPr>
        <w:t>. Khẳng định nào sau đây là đúng?</w:t>
      </w:r>
    </w:p>
    <w:p w14:paraId="2D0B9F1D"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 xml:space="preserve">Giao tuyến của </w:t>
      </w:r>
      <w:r w:rsidRPr="00235EB6">
        <w:rPr>
          <w:rFonts w:cs="Times New Roman"/>
          <w:position w:val="-10"/>
        </w:rPr>
        <w:object w:dxaOrig="820" w:dyaOrig="320" w14:anchorId="30E12823">
          <v:shape id="_x0000_i1518" type="#_x0000_t75" style="width:40.8pt;height:16.2pt" o:ole="">
            <v:imagedata r:id="rId996" o:title=""/>
          </v:shape>
          <o:OLEObject Type="Embed" ProgID="Equation.DSMT4" ShapeID="_x0000_i1518" DrawAspect="Content" ObjectID="_1699918308" r:id="rId997"/>
        </w:object>
      </w:r>
      <w:r w:rsidRPr="00235EB6">
        <w:rPr>
          <w:rFonts w:cs="Times New Roman"/>
        </w:rPr>
        <w:t xml:space="preserve"> song song với </w:t>
      </w:r>
      <w:r w:rsidRPr="00235EB6">
        <w:rPr>
          <w:rFonts w:cs="Times New Roman"/>
          <w:position w:val="-6"/>
        </w:rPr>
        <w:object w:dxaOrig="220" w:dyaOrig="279" w14:anchorId="48CDA5F3">
          <v:shape id="_x0000_i1519" type="#_x0000_t75" style="width:10.8pt;height:13.8pt" o:ole="">
            <v:imagedata r:id="rId998" o:title=""/>
          </v:shape>
          <o:OLEObject Type="Embed" ProgID="Equation.DSMT4" ShapeID="_x0000_i1519" DrawAspect="Content" ObjectID="_1699918309" r:id="rId999"/>
        </w:object>
      </w:r>
      <w:r w:rsidRPr="00235EB6">
        <w:rPr>
          <w:rFonts w:cs="Times New Roman"/>
        </w:rPr>
        <w:t>.</w:t>
      </w:r>
    </w:p>
    <w:p w14:paraId="31E3F36D"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B. </w:t>
      </w:r>
      <w:r w:rsidRPr="00235EB6">
        <w:rPr>
          <w:rFonts w:cs="Times New Roman"/>
        </w:rPr>
        <w:t xml:space="preserve">Giao tuyến của </w:t>
      </w:r>
      <w:r w:rsidRPr="00235EB6">
        <w:rPr>
          <w:rFonts w:cs="Times New Roman"/>
          <w:position w:val="-10"/>
        </w:rPr>
        <w:object w:dxaOrig="820" w:dyaOrig="320" w14:anchorId="14642FF3">
          <v:shape id="_x0000_i1520" type="#_x0000_t75" style="width:40.8pt;height:16.2pt" o:ole="">
            <v:imagedata r:id="rId1000" o:title=""/>
          </v:shape>
          <o:OLEObject Type="Embed" ProgID="Equation.DSMT4" ShapeID="_x0000_i1520" DrawAspect="Content" ObjectID="_1699918310" r:id="rId1001"/>
        </w:object>
      </w:r>
      <w:r w:rsidRPr="00235EB6">
        <w:rPr>
          <w:rFonts w:cs="Times New Roman"/>
        </w:rPr>
        <w:t xml:space="preserve"> trùng với </w:t>
      </w:r>
      <w:r w:rsidRPr="00235EB6">
        <w:rPr>
          <w:rFonts w:cs="Times New Roman"/>
          <w:position w:val="-6"/>
        </w:rPr>
        <w:object w:dxaOrig="220" w:dyaOrig="279" w14:anchorId="62903A7E">
          <v:shape id="_x0000_i1521" type="#_x0000_t75" style="width:10.8pt;height:13.8pt" o:ole="">
            <v:imagedata r:id="rId1002" o:title=""/>
          </v:shape>
          <o:OLEObject Type="Embed" ProgID="Equation.DSMT4" ShapeID="_x0000_i1521" DrawAspect="Content" ObjectID="_1699918311" r:id="rId1003"/>
        </w:object>
      </w:r>
      <w:r w:rsidRPr="00235EB6">
        <w:rPr>
          <w:rFonts w:cs="Times New Roman"/>
        </w:rPr>
        <w:t>.</w:t>
      </w:r>
    </w:p>
    <w:p w14:paraId="10FE78EA"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C. </w:t>
      </w:r>
      <w:r w:rsidRPr="00235EB6">
        <w:rPr>
          <w:rFonts w:cs="Times New Roman"/>
        </w:rPr>
        <w:t xml:space="preserve">Giao tuyến của </w:t>
      </w:r>
      <w:r w:rsidRPr="00235EB6">
        <w:rPr>
          <w:rFonts w:cs="Times New Roman"/>
          <w:position w:val="-10"/>
        </w:rPr>
        <w:object w:dxaOrig="820" w:dyaOrig="320" w14:anchorId="5220DCF9">
          <v:shape id="_x0000_i1522" type="#_x0000_t75" style="width:40.8pt;height:16.2pt" o:ole="">
            <v:imagedata r:id="rId1004" o:title=""/>
          </v:shape>
          <o:OLEObject Type="Embed" ProgID="Equation.DSMT4" ShapeID="_x0000_i1522" DrawAspect="Content" ObjectID="_1699918312" r:id="rId1005"/>
        </w:object>
      </w:r>
      <w:r w:rsidRPr="00235EB6">
        <w:rPr>
          <w:rFonts w:cs="Times New Roman"/>
        </w:rPr>
        <w:t xml:space="preserve"> cắt </w:t>
      </w:r>
      <w:r w:rsidRPr="00235EB6">
        <w:rPr>
          <w:rFonts w:cs="Times New Roman"/>
          <w:position w:val="-6"/>
        </w:rPr>
        <w:object w:dxaOrig="220" w:dyaOrig="279" w14:anchorId="51CA1732">
          <v:shape id="_x0000_i1523" type="#_x0000_t75" style="width:10.8pt;height:13.8pt" o:ole="">
            <v:imagedata r:id="rId1006" o:title=""/>
          </v:shape>
          <o:OLEObject Type="Embed" ProgID="Equation.DSMT4" ShapeID="_x0000_i1523" DrawAspect="Content" ObjectID="_1699918313" r:id="rId1007"/>
        </w:object>
      </w:r>
      <w:r w:rsidRPr="00235EB6">
        <w:rPr>
          <w:rFonts w:cs="Times New Roman"/>
        </w:rPr>
        <w:t>.</w:t>
      </w:r>
    </w:p>
    <w:p w14:paraId="0D715418"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D. </w:t>
      </w:r>
      <w:r w:rsidRPr="00235EB6">
        <w:rPr>
          <w:rFonts w:cs="Times New Roman"/>
        </w:rPr>
        <w:t xml:space="preserve">Giao tuyến của </w:t>
      </w:r>
      <w:r w:rsidRPr="00235EB6">
        <w:rPr>
          <w:rFonts w:cs="Times New Roman"/>
          <w:position w:val="-10"/>
        </w:rPr>
        <w:object w:dxaOrig="820" w:dyaOrig="320" w14:anchorId="50E8B1BB">
          <v:shape id="_x0000_i1524" type="#_x0000_t75" style="width:40.8pt;height:16.2pt" o:ole="">
            <v:imagedata r:id="rId1008" o:title=""/>
          </v:shape>
          <o:OLEObject Type="Embed" ProgID="Equation.DSMT4" ShapeID="_x0000_i1524" DrawAspect="Content" ObjectID="_1699918314" r:id="rId1009"/>
        </w:object>
      </w:r>
      <w:r w:rsidRPr="00235EB6">
        <w:rPr>
          <w:rFonts w:cs="Times New Roman"/>
        </w:rPr>
        <w:t xml:space="preserve"> song song hoặc trủng với </w:t>
      </w:r>
      <w:r w:rsidRPr="00235EB6">
        <w:rPr>
          <w:rFonts w:cs="Times New Roman"/>
          <w:position w:val="-6"/>
        </w:rPr>
        <w:object w:dxaOrig="220" w:dyaOrig="279" w14:anchorId="09F7213D">
          <v:shape id="_x0000_i1525" type="#_x0000_t75" style="width:10.8pt;height:13.8pt" o:ole="">
            <v:imagedata r:id="rId1010" o:title=""/>
          </v:shape>
          <o:OLEObject Type="Embed" ProgID="Equation.DSMT4" ShapeID="_x0000_i1525" DrawAspect="Content" ObjectID="_1699918315" r:id="rId1011"/>
        </w:object>
      </w:r>
      <w:r w:rsidRPr="00235EB6">
        <w:rPr>
          <w:rFonts w:cs="Times New Roman"/>
        </w:rPr>
        <w:t>.</w:t>
      </w:r>
    </w:p>
    <w:p w14:paraId="4FB3E134"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24:</w:t>
      </w:r>
      <w:r w:rsidRPr="00235EB6">
        <w:rPr>
          <w:rFonts w:cs="Times New Roman"/>
          <w:b/>
          <w:color w:val="0000FF"/>
        </w:rPr>
        <w:tab/>
      </w:r>
      <w:r w:rsidRPr="00235EB6">
        <w:rPr>
          <w:rFonts w:cs="Times New Roman"/>
        </w:rPr>
        <w:t xml:space="preserve">Cho </w:t>
      </w:r>
      <w:r w:rsidRPr="00235EB6">
        <w:rPr>
          <w:position w:val="-10"/>
        </w:rPr>
        <w:object w:dxaOrig="1180" w:dyaOrig="320" w14:anchorId="68C2CD84">
          <v:shape id="_x0000_i1526" type="#_x0000_t75" style="width:58.8pt;height:16.2pt" o:ole="">
            <v:imagedata r:id="rId1012" o:title=""/>
          </v:shape>
          <o:OLEObject Type="Embed" ProgID="Equation.DSMT4" ShapeID="_x0000_i1526" DrawAspect="Content" ObjectID="_1699918316" r:id="rId1013"/>
        </w:object>
      </w:r>
      <w:r w:rsidRPr="00235EB6">
        <w:rPr>
          <w:rFonts w:cs="Times New Roman"/>
        </w:rPr>
        <w:t xml:space="preserve"> và </w:t>
      </w:r>
      <w:r w:rsidRPr="00235EB6">
        <w:rPr>
          <w:position w:val="-12"/>
        </w:rPr>
        <w:object w:dxaOrig="920" w:dyaOrig="380" w14:anchorId="14532F2D">
          <v:shape id="_x0000_i1527" type="#_x0000_t75" style="width:46.2pt;height:19.2pt" o:ole="">
            <v:imagedata r:id="rId1014" o:title=""/>
          </v:shape>
          <o:OLEObject Type="Embed" ProgID="Equation.DSMT4" ShapeID="_x0000_i1527" DrawAspect="Content" ObjectID="_1699918317" r:id="rId1015"/>
        </w:object>
      </w:r>
      <w:r w:rsidRPr="00235EB6">
        <w:rPr>
          <w:rFonts w:cs="Times New Roman"/>
        </w:rPr>
        <w:t xml:space="preserve">. Giá trị của </w:t>
      </w:r>
      <w:r w:rsidRPr="00235EB6">
        <w:rPr>
          <w:position w:val="-6"/>
        </w:rPr>
        <w:object w:dxaOrig="200" w:dyaOrig="220" w14:anchorId="56458C3E">
          <v:shape id="_x0000_i1528" type="#_x0000_t75" style="width:10.2pt;height:10.8pt" o:ole="">
            <v:imagedata r:id="rId1016" o:title=""/>
          </v:shape>
          <o:OLEObject Type="Embed" ProgID="Equation.DSMT4" ShapeID="_x0000_i1528" DrawAspect="Content" ObjectID="_1699918318" r:id="rId1017"/>
        </w:object>
      </w:r>
      <w:r w:rsidRPr="00235EB6">
        <w:rPr>
          <w:rFonts w:cs="Times New Roman"/>
        </w:rPr>
        <w:t xml:space="preserve"> bằng</w:t>
      </w:r>
    </w:p>
    <w:p w14:paraId="42D3627B"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3.</w:t>
      </w:r>
      <w:r w:rsidRPr="00235EB6">
        <w:rPr>
          <w:rFonts w:cs="Times New Roman"/>
        </w:rPr>
        <w:tab/>
      </w:r>
      <w:r w:rsidRPr="00235EB6">
        <w:rPr>
          <w:rFonts w:cs="Times New Roman"/>
          <w:b/>
          <w:color w:val="0000FF"/>
        </w:rPr>
        <w:t xml:space="preserve">B. </w:t>
      </w:r>
      <w:r w:rsidRPr="00235EB6">
        <w:rPr>
          <w:rFonts w:cs="Times New Roman"/>
        </w:rPr>
        <w:t>12.</w:t>
      </w:r>
      <w:r w:rsidRPr="00235EB6">
        <w:rPr>
          <w:rFonts w:cs="Times New Roman"/>
        </w:rPr>
        <w:tab/>
      </w:r>
      <w:r w:rsidRPr="00235EB6">
        <w:rPr>
          <w:rFonts w:cs="Times New Roman"/>
          <w:b/>
          <w:color w:val="0000FF"/>
        </w:rPr>
        <w:t xml:space="preserve">C. </w:t>
      </w:r>
      <w:r w:rsidRPr="00235EB6">
        <w:rPr>
          <w:rFonts w:cs="Times New Roman"/>
        </w:rPr>
        <w:t>10.</w:t>
      </w:r>
      <w:r w:rsidRPr="00235EB6">
        <w:rPr>
          <w:rFonts w:cs="Times New Roman"/>
        </w:rPr>
        <w:tab/>
      </w:r>
      <w:r w:rsidRPr="00235EB6">
        <w:rPr>
          <w:rFonts w:cs="Times New Roman"/>
          <w:b/>
          <w:color w:val="0000FF"/>
        </w:rPr>
        <w:t xml:space="preserve">D. </w:t>
      </w:r>
      <w:r w:rsidRPr="00235EB6">
        <w:rPr>
          <w:rFonts w:cs="Times New Roman"/>
        </w:rPr>
        <w:t>9.</w:t>
      </w:r>
    </w:p>
    <w:p w14:paraId="4275D350"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25:</w:t>
      </w:r>
      <w:r w:rsidRPr="00235EB6">
        <w:rPr>
          <w:rFonts w:cs="Times New Roman"/>
          <w:b/>
          <w:color w:val="0000FF"/>
        </w:rPr>
        <w:tab/>
      </w:r>
      <w:r w:rsidRPr="00235EB6">
        <w:rPr>
          <w:rFonts w:cs="Times New Roman"/>
        </w:rPr>
        <w:t>Trong các mệnh đề sau, mệnh đề nào đúng?</w:t>
      </w:r>
    </w:p>
    <w:p w14:paraId="3D387A9B"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Hai đường thẳng song song nhau khi và chỉ khi chúng ở trên củng một mặt phẳng.</w:t>
      </w:r>
    </w:p>
    <w:p w14:paraId="3AC45E48"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B. </w:t>
      </w:r>
      <w:r w:rsidRPr="00235EB6">
        <w:rPr>
          <w:rFonts w:cs="Times New Roman"/>
        </w:rPr>
        <w:t>Hai đường thẳng không có điểm chung là hai đường thẳng song song hoặc chéo nhau.</w:t>
      </w:r>
    </w:p>
    <w:p w14:paraId="1A61BF0F"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C. </w:t>
      </w:r>
      <w:r w:rsidRPr="00235EB6">
        <w:rPr>
          <w:rFonts w:cs="Times New Roman"/>
        </w:rPr>
        <w:t>Khi hai đường thẳng ở trên hai mặt phẳng thì hai đường thẳng đó cắt nhau.</w:t>
      </w:r>
    </w:p>
    <w:p w14:paraId="32EB6031"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D. </w:t>
      </w:r>
      <w:r w:rsidRPr="00235EB6">
        <w:rPr>
          <w:rFonts w:cs="Times New Roman"/>
        </w:rPr>
        <w:t>Hai đường thẳng không có điểm chung thì chúng chéo nhau.</w:t>
      </w:r>
    </w:p>
    <w:p w14:paraId="0AD6050E"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26:</w:t>
      </w:r>
      <w:r w:rsidRPr="00235EB6">
        <w:rPr>
          <w:rFonts w:cs="Times New Roman"/>
          <w:b/>
          <w:color w:val="0000FF"/>
        </w:rPr>
        <w:tab/>
      </w:r>
      <w:r w:rsidRPr="00235EB6">
        <w:rPr>
          <w:rFonts w:cs="Times New Roman"/>
        </w:rPr>
        <w:t>Số hoán vị của 5 phần tử là</w:t>
      </w:r>
    </w:p>
    <w:p w14:paraId="4F8CA7FA"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lastRenderedPageBreak/>
        <w:t xml:space="preserve">A. </w:t>
      </w:r>
      <w:r w:rsidRPr="00235EB6">
        <w:rPr>
          <w:rFonts w:cs="Times New Roman"/>
        </w:rPr>
        <w:t>130.</w:t>
      </w:r>
      <w:r w:rsidRPr="00235EB6">
        <w:rPr>
          <w:rFonts w:cs="Times New Roman"/>
        </w:rPr>
        <w:tab/>
      </w:r>
      <w:r w:rsidRPr="00235EB6">
        <w:rPr>
          <w:rFonts w:cs="Times New Roman"/>
          <w:b/>
          <w:color w:val="0000FF"/>
        </w:rPr>
        <w:t xml:space="preserve">B. </w:t>
      </w:r>
      <w:r w:rsidRPr="00235EB6">
        <w:rPr>
          <w:rFonts w:cs="Times New Roman"/>
        </w:rPr>
        <w:t>125.</w:t>
      </w:r>
      <w:r w:rsidRPr="00235EB6">
        <w:rPr>
          <w:rFonts w:cs="Times New Roman"/>
        </w:rPr>
        <w:tab/>
      </w:r>
      <w:r w:rsidRPr="00235EB6">
        <w:rPr>
          <w:rFonts w:cs="Times New Roman"/>
          <w:b/>
          <w:color w:val="0000FF"/>
        </w:rPr>
        <w:t xml:space="preserve">C. </w:t>
      </w:r>
      <w:r w:rsidRPr="00235EB6">
        <w:rPr>
          <w:rFonts w:cs="Times New Roman"/>
        </w:rPr>
        <w:t>120.</w:t>
      </w:r>
      <w:r w:rsidRPr="00235EB6">
        <w:rPr>
          <w:rFonts w:cs="Times New Roman"/>
        </w:rPr>
        <w:tab/>
      </w:r>
      <w:r w:rsidRPr="00235EB6">
        <w:rPr>
          <w:rFonts w:cs="Times New Roman"/>
          <w:b/>
          <w:color w:val="0000FF"/>
        </w:rPr>
        <w:t xml:space="preserve">D. </w:t>
      </w:r>
      <w:r w:rsidRPr="00235EB6">
        <w:rPr>
          <w:rFonts w:cs="Times New Roman"/>
        </w:rPr>
        <w:t>100.</w:t>
      </w:r>
    </w:p>
    <w:p w14:paraId="6214FD02"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27:</w:t>
      </w:r>
      <w:r w:rsidRPr="00235EB6">
        <w:rPr>
          <w:rFonts w:cs="Times New Roman"/>
          <w:b/>
          <w:color w:val="0000FF"/>
        </w:rPr>
        <w:tab/>
      </w:r>
      <w:r w:rsidRPr="00235EB6">
        <w:rPr>
          <w:rFonts w:cs="Times New Roman"/>
        </w:rPr>
        <w:t xml:space="preserve">Trong mặt phẳng tọa độ </w:t>
      </w:r>
      <w:r w:rsidRPr="00235EB6">
        <w:rPr>
          <w:position w:val="-10"/>
        </w:rPr>
        <w:object w:dxaOrig="460" w:dyaOrig="320" w14:anchorId="4521F785">
          <v:shape id="_x0000_i1529" type="#_x0000_t75" style="width:22.8pt;height:16.2pt" o:ole="">
            <v:imagedata r:id="rId1018" o:title=""/>
          </v:shape>
          <o:OLEObject Type="Embed" ProgID="Equation.DSMT4" ShapeID="_x0000_i1529" DrawAspect="Content" ObjectID="_1699918319" r:id="rId1019"/>
        </w:object>
      </w:r>
      <w:r w:rsidRPr="00235EB6">
        <w:rPr>
          <w:rFonts w:cs="Times New Roman"/>
        </w:rPr>
        <w:t xml:space="preserve"> cho đường thẳng </w:t>
      </w:r>
      <w:r w:rsidRPr="00235EB6">
        <w:rPr>
          <w:position w:val="-6"/>
        </w:rPr>
        <w:object w:dxaOrig="220" w:dyaOrig="279" w14:anchorId="432190B8">
          <v:shape id="_x0000_i1530" type="#_x0000_t75" style="width:10.8pt;height:13.8pt" o:ole="">
            <v:imagedata r:id="rId1020" o:title=""/>
          </v:shape>
          <o:OLEObject Type="Embed" ProgID="Equation.DSMT4" ShapeID="_x0000_i1530" DrawAspect="Content" ObjectID="_1699918320" r:id="rId1021"/>
        </w:object>
      </w:r>
      <w:r w:rsidRPr="00235EB6">
        <w:rPr>
          <w:rFonts w:cs="Times New Roman"/>
        </w:rPr>
        <w:t xml:space="preserve"> có phương trình </w:t>
      </w:r>
      <w:r w:rsidRPr="00235EB6">
        <w:rPr>
          <w:position w:val="-10"/>
        </w:rPr>
        <w:object w:dxaOrig="1359" w:dyaOrig="320" w14:anchorId="79B9AFCB">
          <v:shape id="_x0000_i1531" type="#_x0000_t75" style="width:67.8pt;height:16.2pt" o:ole="">
            <v:imagedata r:id="rId1022" o:title=""/>
          </v:shape>
          <o:OLEObject Type="Embed" ProgID="Equation.DSMT4" ShapeID="_x0000_i1531" DrawAspect="Content" ObjectID="_1699918321" r:id="rId1023"/>
        </w:object>
      </w:r>
      <w:r w:rsidRPr="00235EB6">
        <w:rPr>
          <w:rFonts w:cs="Times New Roman"/>
        </w:rPr>
        <w:t xml:space="preserve">. Phương trình đường thẳng </w:t>
      </w:r>
      <w:r w:rsidRPr="00235EB6">
        <w:rPr>
          <w:position w:val="-14"/>
        </w:rPr>
        <w:object w:dxaOrig="460" w:dyaOrig="400" w14:anchorId="6399ED7D">
          <v:shape id="_x0000_i1532" type="#_x0000_t75" style="width:22.8pt;height:19.8pt" o:ole="">
            <v:imagedata r:id="rId1024" o:title=""/>
          </v:shape>
          <o:OLEObject Type="Embed" ProgID="Equation.DSMT4" ShapeID="_x0000_i1532" DrawAspect="Content" ObjectID="_1699918322" r:id="rId1025"/>
        </w:object>
      </w:r>
      <w:r w:rsidRPr="00235EB6">
        <w:rPr>
          <w:rFonts w:cs="Times New Roman"/>
        </w:rPr>
        <w:t xml:space="preserve"> là ảnh của </w:t>
      </w:r>
      <w:r w:rsidRPr="00235EB6">
        <w:rPr>
          <w:position w:val="-10"/>
        </w:rPr>
        <w:object w:dxaOrig="380" w:dyaOrig="320" w14:anchorId="2338C03C">
          <v:shape id="_x0000_i1533" type="#_x0000_t75" style="width:19.2pt;height:16.2pt" o:ole="">
            <v:imagedata r:id="rId1026" o:title=""/>
          </v:shape>
          <o:OLEObject Type="Embed" ProgID="Equation.DSMT4" ShapeID="_x0000_i1533" DrawAspect="Content" ObjectID="_1699918323" r:id="rId1027"/>
        </w:object>
      </w:r>
      <w:r w:rsidRPr="00235EB6">
        <w:rPr>
          <w:rFonts w:cs="Times New Roman"/>
        </w:rPr>
        <w:t xml:space="preserve"> qua phép vị tự tâm </w:t>
      </w:r>
      <w:r w:rsidRPr="00235EB6">
        <w:rPr>
          <w:position w:val="-6"/>
        </w:rPr>
        <w:object w:dxaOrig="240" w:dyaOrig="279" w14:anchorId="53337FE2">
          <v:shape id="_x0000_i1534" type="#_x0000_t75" style="width:12pt;height:13.8pt" o:ole="">
            <v:imagedata r:id="rId1028" o:title=""/>
          </v:shape>
          <o:OLEObject Type="Embed" ProgID="Equation.DSMT4" ShapeID="_x0000_i1534" DrawAspect="Content" ObjectID="_1699918324" r:id="rId1029"/>
        </w:object>
      </w:r>
      <w:r w:rsidRPr="00235EB6">
        <w:rPr>
          <w:rFonts w:cs="Times New Roman"/>
        </w:rPr>
        <w:t xml:space="preserve"> tỉ số </w:t>
      </w:r>
      <w:r w:rsidRPr="00235EB6">
        <w:rPr>
          <w:position w:val="-6"/>
        </w:rPr>
        <w:object w:dxaOrig="560" w:dyaOrig="279" w14:anchorId="79BDE2E1">
          <v:shape id="_x0000_i1535" type="#_x0000_t75" style="width:28.2pt;height:13.8pt" o:ole="">
            <v:imagedata r:id="rId1030" o:title=""/>
          </v:shape>
          <o:OLEObject Type="Embed" ProgID="Equation.DSMT4" ShapeID="_x0000_i1535" DrawAspect="Content" ObjectID="_1699918325" r:id="rId1031"/>
        </w:object>
      </w:r>
      <w:r w:rsidRPr="00235EB6">
        <w:rPr>
          <w:rFonts w:cs="Times New Roman"/>
        </w:rPr>
        <w:t xml:space="preserve"> là</w:t>
      </w:r>
    </w:p>
    <w:p w14:paraId="5A3B11BD"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0"/>
        </w:rPr>
        <w:object w:dxaOrig="1359" w:dyaOrig="320" w14:anchorId="04B5D385">
          <v:shape id="_x0000_i1536" type="#_x0000_t75" style="width:67.8pt;height:16.2pt" o:ole="">
            <v:imagedata r:id="rId1032" o:title=""/>
          </v:shape>
          <o:OLEObject Type="Embed" ProgID="Equation.DSMT4" ShapeID="_x0000_i1536" DrawAspect="Content" ObjectID="_1699918326" r:id="rId1033"/>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10"/>
        </w:rPr>
        <w:object w:dxaOrig="1359" w:dyaOrig="320" w14:anchorId="4E803982">
          <v:shape id="_x0000_i1537" type="#_x0000_t75" style="width:67.8pt;height:16.2pt" o:ole="">
            <v:imagedata r:id="rId1034" o:title=""/>
          </v:shape>
          <o:OLEObject Type="Embed" ProgID="Equation.DSMT4" ShapeID="_x0000_i1537" DrawAspect="Content" ObjectID="_1699918327" r:id="rId1035"/>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10"/>
        </w:rPr>
        <w:object w:dxaOrig="1359" w:dyaOrig="320" w14:anchorId="282AFFCD">
          <v:shape id="_x0000_i1538" type="#_x0000_t75" style="width:67.8pt;height:16.2pt" o:ole="">
            <v:imagedata r:id="rId1036" o:title=""/>
          </v:shape>
          <o:OLEObject Type="Embed" ProgID="Equation.DSMT4" ShapeID="_x0000_i1538" DrawAspect="Content" ObjectID="_1699918328" r:id="rId1037"/>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10"/>
        </w:rPr>
        <w:object w:dxaOrig="1359" w:dyaOrig="320" w14:anchorId="14A43191">
          <v:shape id="_x0000_i1539" type="#_x0000_t75" style="width:67.8pt;height:16.2pt" o:ole="">
            <v:imagedata r:id="rId1038" o:title=""/>
          </v:shape>
          <o:OLEObject Type="Embed" ProgID="Equation.DSMT4" ShapeID="_x0000_i1539" DrawAspect="Content" ObjectID="_1699918329" r:id="rId1039"/>
        </w:object>
      </w:r>
      <w:r w:rsidRPr="00235EB6">
        <w:rPr>
          <w:rFonts w:cs="Times New Roman"/>
        </w:rPr>
        <w:t>.</w:t>
      </w:r>
    </w:p>
    <w:p w14:paraId="27245B99"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28:</w:t>
      </w:r>
      <w:r w:rsidRPr="00235EB6">
        <w:rPr>
          <w:rFonts w:cs="Times New Roman"/>
          <w:b/>
          <w:color w:val="0000FF"/>
        </w:rPr>
        <w:tab/>
      </w:r>
      <w:r w:rsidRPr="00235EB6">
        <w:rPr>
          <w:rFonts w:cs="Times New Roman"/>
        </w:rPr>
        <w:t xml:space="preserve">Cho hình chóp </w:t>
      </w:r>
      <w:r w:rsidRPr="00235EB6">
        <w:rPr>
          <w:position w:val="-6"/>
        </w:rPr>
        <w:object w:dxaOrig="920" w:dyaOrig="279" w14:anchorId="7A0E5633">
          <v:shape id="_x0000_i1540" type="#_x0000_t75" style="width:46.2pt;height:13.8pt" o:ole="">
            <v:imagedata r:id="rId1040" o:title=""/>
          </v:shape>
          <o:OLEObject Type="Embed" ProgID="Equation.DSMT4" ShapeID="_x0000_i1540" DrawAspect="Content" ObjectID="_1699918330" r:id="rId1041"/>
        </w:object>
      </w:r>
      <w:r w:rsidRPr="00235EB6">
        <w:rPr>
          <w:rFonts w:cs="Times New Roman"/>
        </w:rPr>
        <w:t xml:space="preserve"> có đáy </w:t>
      </w:r>
      <w:r w:rsidRPr="00235EB6">
        <w:rPr>
          <w:position w:val="-6"/>
        </w:rPr>
        <w:object w:dxaOrig="720" w:dyaOrig="279" w14:anchorId="130DCA28">
          <v:shape id="_x0000_i1541" type="#_x0000_t75" style="width:36pt;height:13.8pt" o:ole="">
            <v:imagedata r:id="rId1042" o:title=""/>
          </v:shape>
          <o:OLEObject Type="Embed" ProgID="Equation.DSMT4" ShapeID="_x0000_i1541" DrawAspect="Content" ObjectID="_1699918331" r:id="rId1043"/>
        </w:object>
      </w:r>
      <w:r w:rsidRPr="00235EB6">
        <w:rPr>
          <w:rFonts w:cs="Times New Roman"/>
        </w:rPr>
        <w:t xml:space="preserve"> là hình thang đáy lón </w:t>
      </w:r>
      <w:r w:rsidRPr="00235EB6">
        <w:rPr>
          <w:position w:val="-6"/>
        </w:rPr>
        <w:object w:dxaOrig="460" w:dyaOrig="279" w14:anchorId="13111C1A">
          <v:shape id="_x0000_i1542" type="#_x0000_t75" style="width:22.8pt;height:13.8pt" o:ole="">
            <v:imagedata r:id="rId1044" o:title=""/>
          </v:shape>
          <o:OLEObject Type="Embed" ProgID="Equation.DSMT4" ShapeID="_x0000_i1542" DrawAspect="Content" ObjectID="_1699918332" r:id="rId1045"/>
        </w:object>
      </w:r>
      <w:r w:rsidRPr="00235EB6">
        <w:rPr>
          <w:rFonts w:cs="Times New Roman"/>
        </w:rPr>
        <w:t xml:space="preserve"> Gọi </w:t>
      </w:r>
      <w:r w:rsidRPr="00235EB6">
        <w:rPr>
          <w:position w:val="-10"/>
        </w:rPr>
        <w:object w:dxaOrig="600" w:dyaOrig="320" w14:anchorId="126FD46F">
          <v:shape id="_x0000_i1543" type="#_x0000_t75" style="width:30pt;height:16.2pt" o:ole="">
            <v:imagedata r:id="rId1046" o:title=""/>
          </v:shape>
          <o:OLEObject Type="Embed" ProgID="Equation.DSMT4" ShapeID="_x0000_i1543" DrawAspect="Content" ObjectID="_1699918333" r:id="rId1047"/>
        </w:object>
      </w:r>
      <w:r w:rsidRPr="00235EB6">
        <w:rPr>
          <w:rFonts w:cs="Times New Roman"/>
        </w:rPr>
        <w:t xml:space="preserve"> lần lượt là trung điểm của </w:t>
      </w:r>
      <w:r w:rsidRPr="00235EB6">
        <w:rPr>
          <w:position w:val="-10"/>
        </w:rPr>
        <w:object w:dxaOrig="740" w:dyaOrig="320" w14:anchorId="673568A2">
          <v:shape id="_x0000_i1544" type="#_x0000_t75" style="width:37.2pt;height:16.2pt" o:ole="">
            <v:imagedata r:id="rId1048" o:title=""/>
          </v:shape>
          <o:OLEObject Type="Embed" ProgID="Equation.DSMT4" ShapeID="_x0000_i1544" DrawAspect="Content" ObjectID="_1699918334" r:id="rId1049"/>
        </w:object>
      </w:r>
      <w:r w:rsidRPr="00235EB6">
        <w:rPr>
          <w:rFonts w:cs="Times New Roman"/>
        </w:rPr>
        <w:t xml:space="preserve">. Khi đó </w:t>
      </w:r>
      <w:r w:rsidRPr="00235EB6">
        <w:rPr>
          <w:position w:val="-6"/>
        </w:rPr>
        <w:object w:dxaOrig="460" w:dyaOrig="279" w14:anchorId="06FC058B">
          <v:shape id="_x0000_i1545" type="#_x0000_t75" style="width:22.8pt;height:13.8pt" o:ole="">
            <v:imagedata r:id="rId1050" o:title=""/>
          </v:shape>
          <o:OLEObject Type="Embed" ProgID="Equation.DSMT4" ShapeID="_x0000_i1545" DrawAspect="Content" ObjectID="_1699918335" r:id="rId1051"/>
        </w:object>
      </w:r>
      <w:r w:rsidRPr="00235EB6">
        <w:rPr>
          <w:rFonts w:cs="Times New Roman"/>
        </w:rPr>
        <w:t xml:space="preserve"> song song với đường thẳng</w:t>
      </w:r>
    </w:p>
    <w:p w14:paraId="38DAD18D"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6"/>
        </w:rPr>
        <w:object w:dxaOrig="360" w:dyaOrig="279" w14:anchorId="0D6D4E30">
          <v:shape id="_x0000_i1546" type="#_x0000_t75" style="width:18pt;height:13.8pt" o:ole="">
            <v:imagedata r:id="rId1052" o:title=""/>
          </v:shape>
          <o:OLEObject Type="Embed" ProgID="Equation.DSMT4" ShapeID="_x0000_i1546" DrawAspect="Content" ObjectID="_1699918336" r:id="rId1053"/>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6"/>
        </w:rPr>
        <w:object w:dxaOrig="420" w:dyaOrig="279" w14:anchorId="355D2CC1">
          <v:shape id="_x0000_i1547" type="#_x0000_t75" style="width:21pt;height:13.8pt" o:ole="">
            <v:imagedata r:id="rId1054" o:title=""/>
          </v:shape>
          <o:OLEObject Type="Embed" ProgID="Equation.DSMT4" ShapeID="_x0000_i1547" DrawAspect="Content" ObjectID="_1699918337" r:id="rId1055"/>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4"/>
        </w:rPr>
        <w:object w:dxaOrig="400" w:dyaOrig="260" w14:anchorId="528AAD1F">
          <v:shape id="_x0000_i1548" type="#_x0000_t75" style="width:19.8pt;height:13.2pt" o:ole="">
            <v:imagedata r:id="rId1056" o:title=""/>
          </v:shape>
          <o:OLEObject Type="Embed" ProgID="Equation.DSMT4" ShapeID="_x0000_i1548" DrawAspect="Content" ObjectID="_1699918338" r:id="rId1057"/>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6"/>
        </w:rPr>
        <w:object w:dxaOrig="400" w:dyaOrig="279" w14:anchorId="2D206344">
          <v:shape id="_x0000_i1549" type="#_x0000_t75" style="width:19.8pt;height:13.8pt" o:ole="">
            <v:imagedata r:id="rId1058" o:title=""/>
          </v:shape>
          <o:OLEObject Type="Embed" ProgID="Equation.DSMT4" ShapeID="_x0000_i1549" DrawAspect="Content" ObjectID="_1699918339" r:id="rId1059"/>
        </w:object>
      </w:r>
      <w:r w:rsidRPr="00235EB6">
        <w:rPr>
          <w:rFonts w:cs="Times New Roman"/>
        </w:rPr>
        <w:t>.</w:t>
      </w:r>
    </w:p>
    <w:p w14:paraId="3DA5E750"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29:</w:t>
      </w:r>
      <w:r w:rsidRPr="00235EB6">
        <w:rPr>
          <w:rFonts w:cs="Times New Roman"/>
          <w:b/>
          <w:color w:val="0000FF"/>
        </w:rPr>
        <w:tab/>
      </w:r>
      <w:r w:rsidRPr="00235EB6">
        <w:rPr>
          <w:rFonts w:cs="Times New Roman"/>
        </w:rPr>
        <w:t xml:space="preserve">Cho tứ diện </w:t>
      </w:r>
      <w:r w:rsidRPr="00235EB6">
        <w:rPr>
          <w:position w:val="-6"/>
        </w:rPr>
        <w:object w:dxaOrig="720" w:dyaOrig="279" w14:anchorId="4E8CFBD9">
          <v:shape id="_x0000_i1550" type="#_x0000_t75" style="width:36pt;height:13.8pt" o:ole="">
            <v:imagedata r:id="rId1060" o:title=""/>
          </v:shape>
          <o:OLEObject Type="Embed" ProgID="Equation.DSMT4" ShapeID="_x0000_i1550" DrawAspect="Content" ObjectID="_1699918340" r:id="rId1061"/>
        </w:object>
      </w:r>
      <w:r w:rsidRPr="00235EB6">
        <w:rPr>
          <w:rFonts w:cs="Times New Roman"/>
        </w:rPr>
        <w:t xml:space="preserve">. Gọi </w:t>
      </w:r>
      <w:r w:rsidRPr="00235EB6">
        <w:rPr>
          <w:position w:val="-10"/>
        </w:rPr>
        <w:object w:dxaOrig="600" w:dyaOrig="320" w14:anchorId="11A68D00">
          <v:shape id="_x0000_i1551" type="#_x0000_t75" style="width:30pt;height:16.2pt" o:ole="">
            <v:imagedata r:id="rId1062" o:title=""/>
          </v:shape>
          <o:OLEObject Type="Embed" ProgID="Equation.DSMT4" ShapeID="_x0000_i1551" DrawAspect="Content" ObjectID="_1699918341" r:id="rId1063"/>
        </w:object>
      </w:r>
      <w:r w:rsidRPr="00235EB6">
        <w:rPr>
          <w:rFonts w:cs="Times New Roman"/>
        </w:rPr>
        <w:t xml:space="preserve"> lần lượt là trung điểm của </w:t>
      </w:r>
      <w:r w:rsidRPr="00235EB6">
        <w:rPr>
          <w:position w:val="-4"/>
        </w:rPr>
        <w:object w:dxaOrig="420" w:dyaOrig="260" w14:anchorId="3D7BF252">
          <v:shape id="_x0000_i1552" type="#_x0000_t75" style="width:21pt;height:13.2pt" o:ole="">
            <v:imagedata r:id="rId1064" o:title=""/>
          </v:shape>
          <o:OLEObject Type="Embed" ProgID="Equation.DSMT4" ShapeID="_x0000_i1552" DrawAspect="Content" ObjectID="_1699918342" r:id="rId1065"/>
        </w:object>
      </w:r>
      <w:r w:rsidRPr="00235EB6">
        <w:rPr>
          <w:rFonts w:cs="Times New Roman"/>
        </w:rPr>
        <w:t xml:space="preserve"> và </w:t>
      </w:r>
      <w:r w:rsidRPr="00235EB6">
        <w:rPr>
          <w:position w:val="-6"/>
        </w:rPr>
        <w:object w:dxaOrig="400" w:dyaOrig="279" w14:anchorId="570C0BE7">
          <v:shape id="_x0000_i1553" type="#_x0000_t75" style="width:19.8pt;height:13.8pt" o:ole="">
            <v:imagedata r:id="rId1066" o:title=""/>
          </v:shape>
          <o:OLEObject Type="Embed" ProgID="Equation.DSMT4" ShapeID="_x0000_i1553" DrawAspect="Content" ObjectID="_1699918343" r:id="rId1067"/>
        </w:object>
      </w:r>
      <w:r w:rsidRPr="00235EB6">
        <w:rPr>
          <w:rFonts w:cs="Times New Roman"/>
        </w:rPr>
        <w:t xml:space="preserve">. Khi đó </w:t>
      </w:r>
      <w:r w:rsidRPr="00235EB6">
        <w:rPr>
          <w:position w:val="-6"/>
        </w:rPr>
        <w:object w:dxaOrig="460" w:dyaOrig="279" w14:anchorId="04318E23">
          <v:shape id="_x0000_i1554" type="#_x0000_t75" style="width:22.8pt;height:13.8pt" o:ole="">
            <v:imagedata r:id="rId1068" o:title=""/>
          </v:shape>
          <o:OLEObject Type="Embed" ProgID="Equation.DSMT4" ShapeID="_x0000_i1554" DrawAspect="Content" ObjectID="_1699918344" r:id="rId1069"/>
        </w:object>
      </w:r>
      <w:r w:rsidRPr="00235EB6">
        <w:rPr>
          <w:rFonts w:cs="Times New Roman"/>
        </w:rPr>
        <w:t xml:space="preserve"> là giao tuyến của hai mặt phẳng nào?</w:t>
      </w:r>
    </w:p>
    <w:p w14:paraId="20A7C0C8"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0"/>
        </w:rPr>
        <w:object w:dxaOrig="760" w:dyaOrig="320" w14:anchorId="7C2699CC">
          <v:shape id="_x0000_i1555" type="#_x0000_t75" style="width:37.8pt;height:16.2pt" o:ole="">
            <v:imagedata r:id="rId1070" o:title=""/>
          </v:shape>
          <o:OLEObject Type="Embed" ProgID="Equation.DSMT4" ShapeID="_x0000_i1555" DrawAspect="Content" ObjectID="_1699918345" r:id="rId1071"/>
        </w:object>
      </w:r>
      <w:r w:rsidRPr="00235EB6">
        <w:rPr>
          <w:rFonts w:cs="Times New Roman"/>
        </w:rPr>
        <w:t xml:space="preserve"> và </w:t>
      </w:r>
      <w:r w:rsidRPr="00235EB6">
        <w:rPr>
          <w:rFonts w:cs="Times New Roman"/>
          <w:position w:val="-10"/>
        </w:rPr>
        <w:object w:dxaOrig="740" w:dyaOrig="320" w14:anchorId="6FE71314">
          <v:shape id="_x0000_i1556" type="#_x0000_t75" style="width:37.2pt;height:16.2pt" o:ole="">
            <v:imagedata r:id="rId1072" o:title=""/>
          </v:shape>
          <o:OLEObject Type="Embed" ProgID="Equation.DSMT4" ShapeID="_x0000_i1556" DrawAspect="Content" ObjectID="_1699918346" r:id="rId1073"/>
        </w:object>
      </w:r>
      <w:r w:rsidRPr="00235EB6">
        <w:rPr>
          <w:rFonts w:cs="Times New Roman"/>
        </w:rPr>
        <w:t>.</w:t>
      </w:r>
      <w:r w:rsidRPr="00235EB6">
        <w:rPr>
          <w:rFonts w:cs="Times New Roman"/>
        </w:rPr>
        <w:tab/>
      </w:r>
      <w:r>
        <w:rPr>
          <w:rFonts w:cs="Times New Roman"/>
        </w:rPr>
        <w:tab/>
      </w:r>
      <w:r w:rsidRPr="00235EB6">
        <w:rPr>
          <w:rFonts w:cs="Times New Roman"/>
          <w:b/>
          <w:color w:val="0000FF"/>
        </w:rPr>
        <w:t xml:space="preserve">B. </w:t>
      </w:r>
      <w:r w:rsidRPr="00235EB6">
        <w:rPr>
          <w:rFonts w:cs="Times New Roman"/>
          <w:position w:val="-10"/>
        </w:rPr>
        <w:object w:dxaOrig="780" w:dyaOrig="320" w14:anchorId="0ED3DCBB">
          <v:shape id="_x0000_i1557" type="#_x0000_t75" style="width:39pt;height:16.2pt" o:ole="">
            <v:imagedata r:id="rId1074" o:title=""/>
          </v:shape>
          <o:OLEObject Type="Embed" ProgID="Equation.DSMT4" ShapeID="_x0000_i1557" DrawAspect="Content" ObjectID="_1699918347" r:id="rId1075"/>
        </w:object>
      </w:r>
      <w:r w:rsidRPr="00235EB6">
        <w:rPr>
          <w:rFonts w:cs="Times New Roman"/>
        </w:rPr>
        <w:t xml:space="preserve"> và </w:t>
      </w:r>
      <w:r w:rsidRPr="00235EB6">
        <w:rPr>
          <w:rFonts w:cs="Times New Roman"/>
          <w:position w:val="-10"/>
        </w:rPr>
        <w:object w:dxaOrig="740" w:dyaOrig="320" w14:anchorId="70C7AC26">
          <v:shape id="_x0000_i1558" type="#_x0000_t75" style="width:37.2pt;height:16.2pt" o:ole="">
            <v:imagedata r:id="rId1076" o:title=""/>
          </v:shape>
          <o:OLEObject Type="Embed" ProgID="Equation.DSMT4" ShapeID="_x0000_i1558" DrawAspect="Content" ObjectID="_1699918348" r:id="rId1077"/>
        </w:object>
      </w:r>
      <w:r w:rsidRPr="00235EB6">
        <w:rPr>
          <w:rFonts w:cs="Times New Roman"/>
        </w:rPr>
        <w:t>.</w:t>
      </w:r>
    </w:p>
    <w:p w14:paraId="5E9B6E87"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C. </w:t>
      </w:r>
      <w:r w:rsidRPr="00235EB6">
        <w:rPr>
          <w:rFonts w:cs="Times New Roman"/>
          <w:position w:val="-10"/>
        </w:rPr>
        <w:object w:dxaOrig="760" w:dyaOrig="320" w14:anchorId="3724332E">
          <v:shape id="_x0000_i1559" type="#_x0000_t75" style="width:37.8pt;height:16.2pt" o:ole="">
            <v:imagedata r:id="rId1078" o:title=""/>
          </v:shape>
          <o:OLEObject Type="Embed" ProgID="Equation.DSMT4" ShapeID="_x0000_i1559" DrawAspect="Content" ObjectID="_1699918349" r:id="rId1079"/>
        </w:object>
      </w:r>
      <w:r w:rsidRPr="00235EB6">
        <w:rPr>
          <w:rFonts w:cs="Times New Roman"/>
        </w:rPr>
        <w:t xml:space="preserve"> và </w:t>
      </w:r>
      <w:r w:rsidRPr="00235EB6">
        <w:rPr>
          <w:rFonts w:cs="Times New Roman"/>
          <w:position w:val="-10"/>
        </w:rPr>
        <w:object w:dxaOrig="740" w:dyaOrig="320" w14:anchorId="02CC2B7B">
          <v:shape id="_x0000_i1560" type="#_x0000_t75" style="width:37.2pt;height:16.2pt" o:ole="">
            <v:imagedata r:id="rId1080" o:title=""/>
          </v:shape>
          <o:OLEObject Type="Embed" ProgID="Equation.DSMT4" ShapeID="_x0000_i1560" DrawAspect="Content" ObjectID="_1699918350" r:id="rId1081"/>
        </w:object>
      </w:r>
      <w:r w:rsidRPr="00235EB6">
        <w:rPr>
          <w:rFonts w:cs="Times New Roman"/>
        </w:rPr>
        <w:t>.</w:t>
      </w:r>
      <w:r w:rsidRPr="00235EB6">
        <w:rPr>
          <w:rFonts w:cs="Times New Roman"/>
        </w:rPr>
        <w:tab/>
      </w:r>
      <w:r>
        <w:rPr>
          <w:rFonts w:cs="Times New Roman"/>
        </w:rPr>
        <w:tab/>
      </w:r>
      <w:r w:rsidRPr="00235EB6">
        <w:rPr>
          <w:rFonts w:cs="Times New Roman"/>
          <w:b/>
          <w:color w:val="0000FF"/>
        </w:rPr>
        <w:t xml:space="preserve">D. </w:t>
      </w:r>
      <w:r w:rsidRPr="00235EB6">
        <w:rPr>
          <w:rFonts w:cs="Times New Roman"/>
          <w:position w:val="-10"/>
        </w:rPr>
        <w:object w:dxaOrig="720" w:dyaOrig="320" w14:anchorId="6DACB0E6">
          <v:shape id="_x0000_i1561" type="#_x0000_t75" style="width:36pt;height:16.2pt" o:ole="">
            <v:imagedata r:id="rId1082" o:title=""/>
          </v:shape>
          <o:OLEObject Type="Embed" ProgID="Equation.DSMT4" ShapeID="_x0000_i1561" DrawAspect="Content" ObjectID="_1699918351" r:id="rId1083"/>
        </w:object>
      </w:r>
      <w:r w:rsidRPr="00235EB6">
        <w:rPr>
          <w:rFonts w:cs="Times New Roman"/>
        </w:rPr>
        <w:t xml:space="preserve"> và </w:t>
      </w:r>
      <w:r w:rsidRPr="00235EB6">
        <w:rPr>
          <w:rFonts w:cs="Times New Roman"/>
          <w:position w:val="-10"/>
        </w:rPr>
        <w:object w:dxaOrig="740" w:dyaOrig="320" w14:anchorId="150B4FA3">
          <v:shape id="_x0000_i1562" type="#_x0000_t75" style="width:37.2pt;height:16.2pt" o:ole="">
            <v:imagedata r:id="rId1084" o:title=""/>
          </v:shape>
          <o:OLEObject Type="Embed" ProgID="Equation.DSMT4" ShapeID="_x0000_i1562" DrawAspect="Content" ObjectID="_1699918352" r:id="rId1085"/>
        </w:object>
      </w:r>
      <w:r w:rsidRPr="00235EB6">
        <w:rPr>
          <w:rFonts w:cs="Times New Roman"/>
        </w:rPr>
        <w:t>.</w:t>
      </w:r>
    </w:p>
    <w:p w14:paraId="0BEC21E3"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30:</w:t>
      </w:r>
      <w:r w:rsidRPr="00235EB6">
        <w:rPr>
          <w:rFonts w:cs="Times New Roman"/>
          <w:b/>
          <w:color w:val="0000FF"/>
        </w:rPr>
        <w:tab/>
      </w:r>
      <w:r w:rsidRPr="00235EB6">
        <w:rPr>
          <w:rFonts w:cs="Times New Roman"/>
        </w:rPr>
        <w:t xml:space="preserve">Hàm số </w:t>
      </w:r>
      <w:r w:rsidRPr="00235EB6">
        <w:rPr>
          <w:position w:val="-10"/>
        </w:rPr>
        <w:object w:dxaOrig="920" w:dyaOrig="300" w14:anchorId="6DFACFCB">
          <v:shape id="_x0000_i1563" type="#_x0000_t75" style="width:46.2pt;height:15pt" o:ole="">
            <v:imagedata r:id="rId1086" o:title=""/>
          </v:shape>
          <o:OLEObject Type="Embed" ProgID="Equation.DSMT4" ShapeID="_x0000_i1563" DrawAspect="Content" ObjectID="_1699918353" r:id="rId1087"/>
        </w:object>
      </w:r>
      <w:r w:rsidRPr="00235EB6">
        <w:rPr>
          <w:rFonts w:cs="Times New Roman"/>
        </w:rPr>
        <w:t xml:space="preserve"> có chu kì là</w:t>
      </w:r>
    </w:p>
    <w:p w14:paraId="7CDCCA11"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6"/>
        </w:rPr>
        <w:object w:dxaOrig="220" w:dyaOrig="220" w14:anchorId="4A0285B3">
          <v:shape id="_x0000_i1564" type="#_x0000_t75" style="width:10.8pt;height:10.8pt" o:ole="">
            <v:imagedata r:id="rId1088" o:title=""/>
          </v:shape>
          <o:OLEObject Type="Embed" ProgID="Equation.DSMT4" ShapeID="_x0000_i1564" DrawAspect="Content" ObjectID="_1699918354" r:id="rId1089"/>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6"/>
        </w:rPr>
        <w:object w:dxaOrig="360" w:dyaOrig="279" w14:anchorId="5DCFEDAE">
          <v:shape id="_x0000_i1565" type="#_x0000_t75" style="width:18pt;height:13.8pt" o:ole="">
            <v:imagedata r:id="rId1090" o:title=""/>
          </v:shape>
          <o:OLEObject Type="Embed" ProgID="Equation.DSMT4" ShapeID="_x0000_i1565" DrawAspect="Content" ObjectID="_1699918355" r:id="rId1091"/>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24"/>
        </w:rPr>
        <w:object w:dxaOrig="260" w:dyaOrig="620" w14:anchorId="0CDE1B42">
          <v:shape id="_x0000_i1566" type="#_x0000_t75" style="width:13.2pt;height:31.2pt" o:ole="">
            <v:imagedata r:id="rId1092" o:title=""/>
          </v:shape>
          <o:OLEObject Type="Embed" ProgID="Equation.DSMT4" ShapeID="_x0000_i1566" DrawAspect="Content" ObjectID="_1699918356" r:id="rId1093"/>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6"/>
        </w:rPr>
        <w:object w:dxaOrig="480" w:dyaOrig="279" w14:anchorId="3FC86DCC">
          <v:shape id="_x0000_i1567" type="#_x0000_t75" style="width:24pt;height:13.8pt" o:ole="">
            <v:imagedata r:id="rId1094" o:title=""/>
          </v:shape>
          <o:OLEObject Type="Embed" ProgID="Equation.DSMT4" ShapeID="_x0000_i1567" DrawAspect="Content" ObjectID="_1699918357" r:id="rId1095"/>
        </w:object>
      </w:r>
      <w:r w:rsidRPr="00235EB6">
        <w:rPr>
          <w:rFonts w:cs="Times New Roman"/>
        </w:rPr>
        <w:t>.</w:t>
      </w:r>
    </w:p>
    <w:p w14:paraId="3D40EEC1"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31:</w:t>
      </w:r>
      <w:r w:rsidRPr="00235EB6">
        <w:rPr>
          <w:rFonts w:cs="Times New Roman"/>
          <w:b/>
          <w:color w:val="0000FF"/>
        </w:rPr>
        <w:tab/>
      </w:r>
      <w:r w:rsidRPr="00235EB6">
        <w:rPr>
          <w:rFonts w:cs="Times New Roman"/>
        </w:rPr>
        <w:t>Hình chóp tứ giác là hinh chóp có</w:t>
      </w:r>
    </w:p>
    <w:p w14:paraId="7F143043"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Mặt bên là tứ giác.</w:t>
      </w:r>
      <w:r w:rsidRPr="00235EB6">
        <w:rPr>
          <w:rFonts w:cs="Times New Roman"/>
        </w:rPr>
        <w:tab/>
      </w:r>
      <w:r w:rsidRPr="00235EB6">
        <w:rPr>
          <w:rFonts w:cs="Times New Roman"/>
          <w:b/>
          <w:color w:val="0000FF"/>
        </w:rPr>
        <w:t xml:space="preserve">B. </w:t>
      </w:r>
      <w:r w:rsidRPr="00235EB6">
        <w:rPr>
          <w:rFonts w:cs="Times New Roman"/>
        </w:rPr>
        <w:t>Tất cả các mặt là tứ giác.</w:t>
      </w:r>
    </w:p>
    <w:p w14:paraId="448C657D"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C. </w:t>
      </w:r>
      <w:r w:rsidRPr="00235EB6">
        <w:rPr>
          <w:rFonts w:cs="Times New Roman"/>
        </w:rPr>
        <w:t>Bốn mặt là tứ giác.</w:t>
      </w:r>
      <w:r w:rsidRPr="00235EB6">
        <w:rPr>
          <w:rFonts w:cs="Times New Roman"/>
        </w:rPr>
        <w:tab/>
      </w:r>
      <w:r w:rsidRPr="00235EB6">
        <w:rPr>
          <w:rFonts w:cs="Times New Roman"/>
          <w:b/>
          <w:color w:val="0000FF"/>
        </w:rPr>
        <w:t xml:space="preserve">D. </w:t>
      </w:r>
      <w:r w:rsidRPr="00235EB6">
        <w:rPr>
          <w:rFonts w:cs="Times New Roman"/>
        </w:rPr>
        <w:t>Mặt đáy là tứ giác.</w:t>
      </w:r>
    </w:p>
    <w:p w14:paraId="591E3CA8"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32:</w:t>
      </w:r>
      <w:r w:rsidRPr="00235EB6">
        <w:rPr>
          <w:rFonts w:cs="Times New Roman"/>
          <w:b/>
          <w:color w:val="0000FF"/>
        </w:rPr>
        <w:tab/>
      </w:r>
      <w:r w:rsidRPr="00235EB6">
        <w:rPr>
          <w:rFonts w:cs="Times New Roman"/>
        </w:rPr>
        <w:t xml:space="preserve">Cho </w:t>
      </w:r>
      <w:r w:rsidRPr="00235EB6">
        <w:rPr>
          <w:position w:val="-10"/>
        </w:rPr>
        <w:object w:dxaOrig="740" w:dyaOrig="320" w14:anchorId="0728F524">
          <v:shape id="_x0000_i1568" type="#_x0000_t75" style="width:37.2pt;height:16.2pt" o:ole="">
            <v:imagedata r:id="rId1096" o:title=""/>
          </v:shape>
          <o:OLEObject Type="Embed" ProgID="Equation.DSMT4" ShapeID="_x0000_i1568" DrawAspect="Content" ObjectID="_1699918358" r:id="rId1097"/>
        </w:object>
      </w:r>
      <w:r w:rsidRPr="00235EB6">
        <w:rPr>
          <w:rFonts w:cs="Times New Roman"/>
        </w:rPr>
        <w:t xml:space="preserve"> là 3 số hạng liên tiếp của một cấp số cộng. Giá trị của </w:t>
      </w:r>
      <w:r w:rsidRPr="00235EB6">
        <w:rPr>
          <w:position w:val="-6"/>
        </w:rPr>
        <w:object w:dxaOrig="200" w:dyaOrig="220" w14:anchorId="49512B3D">
          <v:shape id="_x0000_i1569" type="#_x0000_t75" style="width:10.2pt;height:10.8pt" o:ole="">
            <v:imagedata r:id="rId1098" o:title=""/>
          </v:shape>
          <o:OLEObject Type="Embed" ProgID="Equation.DSMT4" ShapeID="_x0000_i1569" DrawAspect="Content" ObjectID="_1699918359" r:id="rId1099"/>
        </w:object>
      </w:r>
      <w:r w:rsidRPr="00235EB6">
        <w:rPr>
          <w:rFonts w:cs="Times New Roman"/>
        </w:rPr>
        <w:t xml:space="preserve"> bằng</w:t>
      </w:r>
    </w:p>
    <w:p w14:paraId="7809E779"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rPr>
        <w:t>4.</w:t>
      </w:r>
      <w:r w:rsidRPr="00235EB6">
        <w:rPr>
          <w:rFonts w:cs="Times New Roman"/>
        </w:rPr>
        <w:tab/>
      </w:r>
      <w:r w:rsidRPr="00235EB6">
        <w:rPr>
          <w:rFonts w:cs="Times New Roman"/>
          <w:b/>
          <w:color w:val="0000FF"/>
        </w:rPr>
        <w:t xml:space="preserve">B. </w:t>
      </w:r>
      <w:r w:rsidRPr="00235EB6">
        <w:rPr>
          <w:rFonts w:cs="Times New Roman"/>
        </w:rPr>
        <w:t>2.</w:t>
      </w:r>
      <w:r w:rsidRPr="00235EB6">
        <w:rPr>
          <w:rFonts w:cs="Times New Roman"/>
        </w:rPr>
        <w:tab/>
      </w:r>
      <w:r w:rsidRPr="00235EB6">
        <w:rPr>
          <w:rFonts w:cs="Times New Roman"/>
          <w:b/>
          <w:color w:val="0000FF"/>
        </w:rPr>
        <w:t xml:space="preserve">C. </w:t>
      </w:r>
      <w:r w:rsidRPr="00235EB6">
        <w:rPr>
          <w:rFonts w:cs="Times New Roman"/>
          <w:position w:val="-4"/>
        </w:rPr>
        <w:object w:dxaOrig="320" w:dyaOrig="260" w14:anchorId="49F48FBD">
          <v:shape id="_x0000_i1570" type="#_x0000_t75" style="width:16.2pt;height:13.2pt" o:ole="">
            <v:imagedata r:id="rId1100" o:title=""/>
          </v:shape>
          <o:OLEObject Type="Embed" ProgID="Equation.DSMT4" ShapeID="_x0000_i1570" DrawAspect="Content" ObjectID="_1699918360" r:id="rId1101"/>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rPr>
        <w:t>6.</w:t>
      </w:r>
    </w:p>
    <w:p w14:paraId="2F02031F"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33:</w:t>
      </w:r>
      <w:r w:rsidRPr="00235EB6">
        <w:rPr>
          <w:rFonts w:cs="Times New Roman"/>
          <w:b/>
          <w:color w:val="0000FF"/>
        </w:rPr>
        <w:tab/>
      </w:r>
      <w:r w:rsidRPr="00235EB6">
        <w:rPr>
          <w:rFonts w:cs="Times New Roman"/>
        </w:rPr>
        <w:t xml:space="preserve">Phương trình </w:t>
      </w:r>
      <w:r w:rsidRPr="00235EB6">
        <w:rPr>
          <w:position w:val="-6"/>
        </w:rPr>
        <w:object w:dxaOrig="1219" w:dyaOrig="279" w14:anchorId="463B1190">
          <v:shape id="_x0000_i1571" type="#_x0000_t75" style="width:61.2pt;height:13.8pt" o:ole="">
            <v:imagedata r:id="rId1102" o:title=""/>
          </v:shape>
          <o:OLEObject Type="Embed" ProgID="Equation.DSMT4" ShapeID="_x0000_i1571" DrawAspect="Content" ObjectID="_1699918361" r:id="rId1103"/>
        </w:object>
      </w:r>
      <w:r w:rsidRPr="00235EB6">
        <w:rPr>
          <w:rFonts w:cs="Times New Roman"/>
        </w:rPr>
        <w:t xml:space="preserve"> có nghiệm khi</w:t>
      </w:r>
    </w:p>
    <w:p w14:paraId="7B3E80F8"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6"/>
        </w:rPr>
        <w:object w:dxaOrig="560" w:dyaOrig="279" w14:anchorId="631D9B3A">
          <v:shape id="_x0000_i1572" type="#_x0000_t75" style="width:28.2pt;height:13.8pt" o:ole="">
            <v:imagedata r:id="rId1104" o:title=""/>
          </v:shape>
          <o:OLEObject Type="Embed" ProgID="Equation.DSMT4" ShapeID="_x0000_i1572" DrawAspect="Content" ObjectID="_1699918362" r:id="rId1105"/>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6"/>
        </w:rPr>
        <w:object w:dxaOrig="859" w:dyaOrig="279" w14:anchorId="01D8D8B7">
          <v:shape id="_x0000_i1573" type="#_x0000_t75" style="width:43.2pt;height:13.8pt" o:ole="">
            <v:imagedata r:id="rId1106" o:title=""/>
          </v:shape>
          <o:OLEObject Type="Embed" ProgID="Equation.DSMT4" ShapeID="_x0000_i1573" DrawAspect="Content" ObjectID="_1699918363" r:id="rId1107"/>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6"/>
        </w:rPr>
        <w:object w:dxaOrig="920" w:dyaOrig="279" w14:anchorId="76FE9362">
          <v:shape id="_x0000_i1574" type="#_x0000_t75" style="width:46.2pt;height:13.8pt" o:ole="">
            <v:imagedata r:id="rId1108" o:title=""/>
          </v:shape>
          <o:OLEObject Type="Embed" ProgID="Equation.DSMT4" ShapeID="_x0000_i1574" DrawAspect="Content" ObjectID="_1699918364" r:id="rId1109"/>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6"/>
        </w:rPr>
        <w:object w:dxaOrig="980" w:dyaOrig="279" w14:anchorId="1F690B92">
          <v:shape id="_x0000_i1575" type="#_x0000_t75" style="width:49.2pt;height:13.8pt" o:ole="">
            <v:imagedata r:id="rId1110" o:title=""/>
          </v:shape>
          <o:OLEObject Type="Embed" ProgID="Equation.DSMT4" ShapeID="_x0000_i1575" DrawAspect="Content" ObjectID="_1699918365" r:id="rId1111"/>
        </w:object>
      </w:r>
      <w:r w:rsidRPr="00235EB6">
        <w:rPr>
          <w:rFonts w:cs="Times New Roman"/>
        </w:rPr>
        <w:t>.</w:t>
      </w:r>
    </w:p>
    <w:p w14:paraId="27E69997"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34:</w:t>
      </w:r>
      <w:r w:rsidRPr="00235EB6">
        <w:rPr>
          <w:rFonts w:cs="Times New Roman"/>
          <w:b/>
          <w:color w:val="0000FF"/>
        </w:rPr>
        <w:tab/>
      </w:r>
      <w:r w:rsidRPr="00235EB6">
        <w:rPr>
          <w:rFonts w:cs="Times New Roman"/>
        </w:rPr>
        <w:t xml:space="preserve">Cho hình chóp </w:t>
      </w:r>
      <w:r w:rsidRPr="00235EB6">
        <w:rPr>
          <w:position w:val="-6"/>
        </w:rPr>
        <w:object w:dxaOrig="920" w:dyaOrig="279" w14:anchorId="1BED98EA">
          <v:shape id="_x0000_i1576" type="#_x0000_t75" style="width:46.2pt;height:13.8pt" o:ole="">
            <v:imagedata r:id="rId1112" o:title=""/>
          </v:shape>
          <o:OLEObject Type="Embed" ProgID="Equation.DSMT4" ShapeID="_x0000_i1576" DrawAspect="Content" ObjectID="_1699918366" r:id="rId1113"/>
        </w:object>
      </w:r>
      <w:r w:rsidRPr="00235EB6">
        <w:rPr>
          <w:rFonts w:cs="Times New Roman"/>
        </w:rPr>
        <w:t xml:space="preserve"> có đáy </w:t>
      </w:r>
      <w:r w:rsidRPr="00235EB6">
        <w:rPr>
          <w:position w:val="-6"/>
        </w:rPr>
        <w:object w:dxaOrig="720" w:dyaOrig="279" w14:anchorId="050FF751">
          <v:shape id="_x0000_i1577" type="#_x0000_t75" style="width:36pt;height:13.8pt" o:ole="">
            <v:imagedata r:id="rId1114" o:title=""/>
          </v:shape>
          <o:OLEObject Type="Embed" ProgID="Equation.DSMT4" ShapeID="_x0000_i1577" DrawAspect="Content" ObjectID="_1699918367" r:id="rId1115"/>
        </w:object>
      </w:r>
      <w:r w:rsidRPr="00235EB6">
        <w:rPr>
          <w:rFonts w:cs="Times New Roman"/>
        </w:rPr>
        <w:t xml:space="preserve"> là hình binh hành, gọi </w:t>
      </w:r>
      <w:r w:rsidRPr="00235EB6">
        <w:rPr>
          <w:position w:val="-6"/>
        </w:rPr>
        <w:object w:dxaOrig="240" w:dyaOrig="279" w14:anchorId="508F9BA4">
          <v:shape id="_x0000_i1578" type="#_x0000_t75" style="width:12pt;height:13.8pt" o:ole="">
            <v:imagedata r:id="rId1116" o:title=""/>
          </v:shape>
          <o:OLEObject Type="Embed" ProgID="Equation.DSMT4" ShapeID="_x0000_i1578" DrawAspect="Content" ObjectID="_1699918368" r:id="rId1117"/>
        </w:object>
      </w:r>
      <w:r w:rsidRPr="00235EB6">
        <w:rPr>
          <w:rFonts w:cs="Times New Roman"/>
        </w:rPr>
        <w:t xml:space="preserve"> là giao điểm của </w:t>
      </w:r>
      <w:r w:rsidRPr="00235EB6">
        <w:rPr>
          <w:position w:val="-6"/>
        </w:rPr>
        <w:object w:dxaOrig="420" w:dyaOrig="279" w14:anchorId="3052CBC7">
          <v:shape id="_x0000_i1579" type="#_x0000_t75" style="width:21pt;height:13.8pt" o:ole="">
            <v:imagedata r:id="rId1118" o:title=""/>
          </v:shape>
          <o:OLEObject Type="Embed" ProgID="Equation.DSMT4" ShapeID="_x0000_i1579" DrawAspect="Content" ObjectID="_1699918369" r:id="rId1119"/>
        </w:object>
      </w:r>
      <w:r w:rsidRPr="00235EB6">
        <w:rPr>
          <w:rFonts w:cs="Times New Roman"/>
        </w:rPr>
        <w:t xml:space="preserve"> và </w:t>
      </w:r>
      <w:r w:rsidRPr="00235EB6">
        <w:rPr>
          <w:position w:val="-4"/>
        </w:rPr>
        <w:object w:dxaOrig="400" w:dyaOrig="260" w14:anchorId="73606C07">
          <v:shape id="_x0000_i1580" type="#_x0000_t75" style="width:19.8pt;height:13.2pt" o:ole="">
            <v:imagedata r:id="rId1120" o:title=""/>
          </v:shape>
          <o:OLEObject Type="Embed" ProgID="Equation.DSMT4" ShapeID="_x0000_i1580" DrawAspect="Content" ObjectID="_1699918370" r:id="rId1121"/>
        </w:object>
      </w:r>
      <w:r w:rsidRPr="00235EB6">
        <w:rPr>
          <w:rFonts w:cs="Times New Roman"/>
        </w:rPr>
        <w:t xml:space="preserve"> và </w:t>
      </w:r>
      <w:r w:rsidRPr="00235EB6">
        <w:rPr>
          <w:position w:val="-4"/>
        </w:rPr>
        <w:object w:dxaOrig="320" w:dyaOrig="260" w14:anchorId="551D4778">
          <v:shape id="_x0000_i1581" type="#_x0000_t75" style="width:16.2pt;height:13.2pt" o:ole="">
            <v:imagedata r:id="rId1122" o:title=""/>
          </v:shape>
          <o:OLEObject Type="Embed" ProgID="Equation.DSMT4" ShapeID="_x0000_i1581" DrawAspect="Content" ObjectID="_1699918371" r:id="rId1123"/>
        </w:object>
      </w:r>
      <w:r w:rsidRPr="00235EB6">
        <w:rPr>
          <w:rFonts w:cs="Times New Roman"/>
        </w:rPr>
        <w:t xml:space="preserve"> là trung điểm của </w:t>
      </w:r>
      <w:r w:rsidRPr="00235EB6">
        <w:rPr>
          <w:position w:val="-6"/>
        </w:rPr>
        <w:object w:dxaOrig="340" w:dyaOrig="279" w14:anchorId="5F4BBB68">
          <v:shape id="_x0000_i1582" type="#_x0000_t75" style="width:16.8pt;height:13.8pt" o:ole="">
            <v:imagedata r:id="rId1124" o:title=""/>
          </v:shape>
          <o:OLEObject Type="Embed" ProgID="Equation.DSMT4" ShapeID="_x0000_i1582" DrawAspect="Content" ObjectID="_1699918372" r:id="rId1125"/>
        </w:object>
      </w:r>
      <w:r w:rsidRPr="00235EB6">
        <w:rPr>
          <w:rFonts w:cs="Times New Roman"/>
        </w:rPr>
        <w:t xml:space="preserve">. Đường thẳng </w:t>
      </w:r>
      <w:r w:rsidRPr="00235EB6">
        <w:rPr>
          <w:position w:val="-6"/>
        </w:rPr>
        <w:object w:dxaOrig="480" w:dyaOrig="279" w14:anchorId="77616570">
          <v:shape id="_x0000_i1583" type="#_x0000_t75" style="width:24pt;height:13.8pt" o:ole="">
            <v:imagedata r:id="rId1126" o:title=""/>
          </v:shape>
          <o:OLEObject Type="Embed" ProgID="Equation.DSMT4" ShapeID="_x0000_i1583" DrawAspect="Content" ObjectID="_1699918373" r:id="rId1127"/>
        </w:object>
      </w:r>
      <w:r w:rsidRPr="00235EB6">
        <w:rPr>
          <w:rFonts w:cs="Times New Roman"/>
        </w:rPr>
        <w:t xml:space="preserve"> song song với mặt phẳng</w:t>
      </w:r>
    </w:p>
    <w:p w14:paraId="549EF41F"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10"/>
        </w:rPr>
        <w:object w:dxaOrig="680" w:dyaOrig="320" w14:anchorId="6E7D5FAA">
          <v:shape id="_x0000_i1584" type="#_x0000_t75" style="width:34.2pt;height:16.2pt" o:ole="">
            <v:imagedata r:id="rId1128" o:title=""/>
          </v:shape>
          <o:OLEObject Type="Embed" ProgID="Equation.DSMT4" ShapeID="_x0000_i1584" DrawAspect="Content" ObjectID="_1699918374" r:id="rId1129"/>
        </w:object>
      </w:r>
      <w:r w:rsidRPr="00235EB6">
        <w:rPr>
          <w:rFonts w:cs="Times New Roman"/>
        </w:rPr>
        <w:t>.</w:t>
      </w:r>
      <w:r w:rsidRPr="00235EB6">
        <w:rPr>
          <w:rFonts w:cs="Times New Roman"/>
        </w:rPr>
        <w:tab/>
      </w:r>
      <w:r w:rsidRPr="00235EB6">
        <w:rPr>
          <w:rFonts w:cs="Times New Roman"/>
          <w:b/>
          <w:color w:val="0000FF"/>
        </w:rPr>
        <w:t xml:space="preserve">B. </w:t>
      </w:r>
      <w:r w:rsidRPr="00235EB6">
        <w:rPr>
          <w:rFonts w:cs="Times New Roman"/>
          <w:position w:val="-10"/>
        </w:rPr>
        <w:object w:dxaOrig="660" w:dyaOrig="320" w14:anchorId="5ACBDED6">
          <v:shape id="_x0000_i1585" type="#_x0000_t75" style="width:33pt;height:16.2pt" o:ole="">
            <v:imagedata r:id="rId1130" o:title=""/>
          </v:shape>
          <o:OLEObject Type="Embed" ProgID="Equation.DSMT4" ShapeID="_x0000_i1585" DrawAspect="Content" ObjectID="_1699918375" r:id="rId1131"/>
        </w:object>
      </w:r>
      <w:r w:rsidRPr="00235EB6">
        <w:rPr>
          <w:rFonts w:cs="Times New Roman"/>
        </w:rPr>
        <w:t>.</w:t>
      </w:r>
      <w:r w:rsidRPr="00235EB6">
        <w:rPr>
          <w:rFonts w:cs="Times New Roman"/>
        </w:rPr>
        <w:tab/>
      </w:r>
      <w:r w:rsidRPr="00235EB6">
        <w:rPr>
          <w:rFonts w:cs="Times New Roman"/>
          <w:b/>
          <w:color w:val="0000FF"/>
        </w:rPr>
        <w:t xml:space="preserve">C. </w:t>
      </w:r>
      <w:r w:rsidRPr="00235EB6">
        <w:rPr>
          <w:rFonts w:cs="Times New Roman"/>
          <w:position w:val="-10"/>
        </w:rPr>
        <w:object w:dxaOrig="680" w:dyaOrig="320" w14:anchorId="5A30AF1A">
          <v:shape id="_x0000_i1586" type="#_x0000_t75" style="width:34.2pt;height:16.2pt" o:ole="">
            <v:imagedata r:id="rId1132" o:title=""/>
          </v:shape>
          <o:OLEObject Type="Embed" ProgID="Equation.DSMT4" ShapeID="_x0000_i1586" DrawAspect="Content" ObjectID="_1699918376" r:id="rId1133"/>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position w:val="-10"/>
        </w:rPr>
        <w:object w:dxaOrig="680" w:dyaOrig="320" w14:anchorId="18BA5FD9">
          <v:shape id="_x0000_i1587" type="#_x0000_t75" style="width:34.2pt;height:16.2pt" o:ole="">
            <v:imagedata r:id="rId1134" o:title=""/>
          </v:shape>
          <o:OLEObject Type="Embed" ProgID="Equation.DSMT4" ShapeID="_x0000_i1587" DrawAspect="Content" ObjectID="_1699918377" r:id="rId1135"/>
        </w:object>
      </w:r>
      <w:r w:rsidRPr="00235EB6">
        <w:rPr>
          <w:rFonts w:cs="Times New Roman"/>
        </w:rPr>
        <w:t>.</w:t>
      </w:r>
    </w:p>
    <w:p w14:paraId="710820ED" w14:textId="77777777" w:rsidR="00DE7E5C" w:rsidRPr="00235EB6" w:rsidRDefault="00DE7E5C" w:rsidP="00235EB6">
      <w:pPr>
        <w:tabs>
          <w:tab w:val="left" w:pos="992"/>
        </w:tabs>
        <w:spacing w:before="120" w:after="0"/>
        <w:ind w:left="992" w:hanging="992"/>
        <w:jc w:val="both"/>
        <w:rPr>
          <w:rFonts w:cs="Times New Roman"/>
        </w:rPr>
      </w:pPr>
      <w:r w:rsidRPr="00235EB6">
        <w:rPr>
          <w:rFonts w:cs="Times New Roman"/>
          <w:b/>
          <w:color w:val="0000FF"/>
        </w:rPr>
        <w:t>Câu 35:</w:t>
      </w:r>
      <w:r w:rsidRPr="00235EB6">
        <w:rPr>
          <w:rFonts w:cs="Times New Roman"/>
          <w:b/>
          <w:color w:val="0000FF"/>
        </w:rPr>
        <w:tab/>
      </w:r>
      <w:r w:rsidRPr="00235EB6">
        <w:rPr>
          <w:rFonts w:cs="Times New Roman"/>
        </w:rPr>
        <w:t>Gieo con súc sắc cân đối và đồng chất một lần. Tính xác suất xuất hiện mặt 7 chấm.</w:t>
      </w:r>
    </w:p>
    <w:p w14:paraId="5FE411DE" w14:textId="77777777" w:rsidR="00DE7E5C" w:rsidRPr="00235EB6" w:rsidRDefault="00DE7E5C" w:rsidP="00235EB6">
      <w:pPr>
        <w:tabs>
          <w:tab w:val="left" w:pos="3402"/>
          <w:tab w:val="left" w:pos="5669"/>
          <w:tab w:val="left" w:pos="7937"/>
        </w:tabs>
        <w:spacing w:after="0"/>
        <w:ind w:left="992"/>
        <w:jc w:val="both"/>
        <w:rPr>
          <w:rFonts w:cs="Times New Roman"/>
        </w:rPr>
      </w:pPr>
      <w:r w:rsidRPr="00235EB6">
        <w:rPr>
          <w:rFonts w:cs="Times New Roman"/>
          <w:b/>
          <w:color w:val="0000FF"/>
        </w:rPr>
        <w:t xml:space="preserve">A. </w:t>
      </w:r>
      <w:r w:rsidRPr="00235EB6">
        <w:rPr>
          <w:rFonts w:cs="Times New Roman"/>
          <w:position w:val="-24"/>
        </w:rPr>
        <w:object w:dxaOrig="240" w:dyaOrig="620" w14:anchorId="40FBD4C9">
          <v:shape id="_x0000_i1588" type="#_x0000_t75" style="width:12pt;height:31.2pt" o:ole="">
            <v:imagedata r:id="rId1136" o:title=""/>
          </v:shape>
          <o:OLEObject Type="Embed" ProgID="Equation.DSMT4" ShapeID="_x0000_i1588" DrawAspect="Content" ObjectID="_1699918378" r:id="rId1137"/>
        </w:object>
      </w:r>
      <w:r w:rsidRPr="00235EB6">
        <w:rPr>
          <w:rFonts w:cs="Times New Roman"/>
          <w:b/>
        </w:rPr>
        <w:t>.</w:t>
      </w:r>
      <w:r w:rsidRPr="00235EB6">
        <w:rPr>
          <w:rFonts w:cs="Times New Roman"/>
          <w:b/>
        </w:rPr>
        <w:tab/>
      </w:r>
      <w:r w:rsidRPr="00235EB6">
        <w:rPr>
          <w:rFonts w:cs="Times New Roman"/>
          <w:b/>
          <w:color w:val="0000FF"/>
        </w:rPr>
        <w:t xml:space="preserve">B. </w:t>
      </w:r>
      <w:r w:rsidRPr="00235EB6">
        <w:rPr>
          <w:rFonts w:cs="Times New Roman"/>
        </w:rPr>
        <w:t>0.</w:t>
      </w:r>
      <w:r w:rsidRPr="00235EB6">
        <w:rPr>
          <w:rFonts w:cs="Times New Roman"/>
        </w:rPr>
        <w:tab/>
      </w:r>
      <w:r w:rsidRPr="00235EB6">
        <w:rPr>
          <w:rFonts w:cs="Times New Roman"/>
          <w:b/>
          <w:color w:val="0000FF"/>
        </w:rPr>
        <w:t xml:space="preserve">C. </w:t>
      </w:r>
      <w:r w:rsidRPr="00235EB6">
        <w:rPr>
          <w:rFonts w:cs="Times New Roman"/>
          <w:position w:val="-24"/>
        </w:rPr>
        <w:object w:dxaOrig="220" w:dyaOrig="620" w14:anchorId="181EEB67">
          <v:shape id="_x0000_i1589" type="#_x0000_t75" style="width:10.8pt;height:31.2pt" o:ole="">
            <v:imagedata r:id="rId1138" o:title=""/>
          </v:shape>
          <o:OLEObject Type="Embed" ProgID="Equation.DSMT4" ShapeID="_x0000_i1589" DrawAspect="Content" ObjectID="_1699918379" r:id="rId1139"/>
        </w:object>
      </w:r>
      <w:r w:rsidRPr="00235EB6">
        <w:rPr>
          <w:rFonts w:cs="Times New Roman"/>
        </w:rPr>
        <w:t>.</w:t>
      </w:r>
      <w:r w:rsidRPr="00235EB6">
        <w:rPr>
          <w:rFonts w:cs="Times New Roman"/>
        </w:rPr>
        <w:tab/>
      </w:r>
      <w:r w:rsidRPr="00235EB6">
        <w:rPr>
          <w:rFonts w:cs="Times New Roman"/>
          <w:b/>
          <w:color w:val="0000FF"/>
        </w:rPr>
        <w:t xml:space="preserve">D. </w:t>
      </w:r>
      <w:r w:rsidRPr="00235EB6">
        <w:rPr>
          <w:rFonts w:cs="Times New Roman"/>
        </w:rPr>
        <w:t>1.</w:t>
      </w:r>
    </w:p>
    <w:p w14:paraId="4B8E4F89" w14:textId="77777777" w:rsidR="00DE7E5C" w:rsidRPr="00235EB6" w:rsidRDefault="00DE7E5C" w:rsidP="00235EB6">
      <w:pPr>
        <w:ind w:left="992"/>
        <w:rPr>
          <w:rFonts w:cs="Times New Roman"/>
        </w:rPr>
      </w:pPr>
      <w:r w:rsidRPr="00235EB6">
        <w:rPr>
          <w:rFonts w:cs="Times New Roman"/>
          <w:b/>
        </w:rPr>
        <w:t>Phần II: Tự luận</w:t>
      </w:r>
    </w:p>
    <w:p w14:paraId="2D8E051A" w14:textId="77777777" w:rsidR="00DE7E5C" w:rsidRPr="00235EB6" w:rsidRDefault="00DE7E5C" w:rsidP="00235EB6">
      <w:pPr>
        <w:ind w:left="992" w:hanging="992"/>
        <w:jc w:val="both"/>
        <w:rPr>
          <w:rFonts w:cs="Times New Roman"/>
        </w:rPr>
      </w:pPr>
      <w:r w:rsidRPr="00235EB6">
        <w:rPr>
          <w:rFonts w:cs="Times New Roman"/>
          <w:b/>
        </w:rPr>
        <w:t xml:space="preserve">Bài 1: </w:t>
      </w:r>
      <w:r w:rsidRPr="00235EB6">
        <w:rPr>
          <w:rFonts w:cs="Times New Roman"/>
        </w:rPr>
        <w:t xml:space="preserve">Giải phương trình </w:t>
      </w:r>
      <w:r w:rsidRPr="00235EB6">
        <w:rPr>
          <w:rFonts w:cs="Times New Roman"/>
          <w:position w:val="-8"/>
        </w:rPr>
        <w:object w:dxaOrig="1840" w:dyaOrig="360" w14:anchorId="753993B9">
          <v:shape id="_x0000_i1590" type="#_x0000_t75" style="width:91.8pt;height:18pt" o:ole="">
            <v:imagedata r:id="rId1140" o:title=""/>
          </v:shape>
          <o:OLEObject Type="Embed" ProgID="Equation.DSMT4" ShapeID="_x0000_i1590" DrawAspect="Content" ObjectID="_1699918380" r:id="rId1141"/>
        </w:object>
      </w:r>
    </w:p>
    <w:p w14:paraId="3C66711D" w14:textId="77777777" w:rsidR="00DE7E5C" w:rsidRPr="00235EB6" w:rsidRDefault="00DE7E5C" w:rsidP="00235EB6">
      <w:pPr>
        <w:ind w:left="992" w:hanging="992"/>
        <w:jc w:val="both"/>
        <w:rPr>
          <w:rFonts w:cs="Times New Roman"/>
        </w:rPr>
      </w:pPr>
      <w:r w:rsidRPr="00235EB6">
        <w:rPr>
          <w:rFonts w:cs="Times New Roman"/>
          <w:b/>
        </w:rPr>
        <w:t xml:space="preserve">Bài 2: </w:t>
      </w:r>
      <w:r w:rsidRPr="00235EB6">
        <w:rPr>
          <w:rFonts w:cs="Times New Roman"/>
        </w:rPr>
        <w:t xml:space="preserve">Cho tứ diện </w:t>
      </w:r>
      <w:r w:rsidRPr="00235EB6">
        <w:rPr>
          <w:rFonts w:cs="Times New Roman"/>
          <w:position w:val="-6"/>
        </w:rPr>
        <w:object w:dxaOrig="720" w:dyaOrig="279" w14:anchorId="3CE52116">
          <v:shape id="_x0000_i1591" type="#_x0000_t75" style="width:36pt;height:13.8pt" o:ole="">
            <v:imagedata r:id="rId1142" o:title=""/>
          </v:shape>
          <o:OLEObject Type="Embed" ProgID="Equation.DSMT4" ShapeID="_x0000_i1591" DrawAspect="Content" ObjectID="_1699918381" r:id="rId1143"/>
        </w:object>
      </w:r>
      <w:r w:rsidRPr="00235EB6">
        <w:rPr>
          <w:rFonts w:cs="Times New Roman"/>
        </w:rPr>
        <w:t xml:space="preserve">. Gọi </w:t>
      </w:r>
      <w:r w:rsidRPr="00235EB6">
        <w:rPr>
          <w:rFonts w:cs="Times New Roman"/>
          <w:position w:val="-10"/>
        </w:rPr>
        <w:object w:dxaOrig="600" w:dyaOrig="320" w14:anchorId="3D330CA7">
          <v:shape id="_x0000_i1592" type="#_x0000_t75" style="width:30pt;height:16.2pt" o:ole="">
            <v:imagedata r:id="rId1144" o:title=""/>
          </v:shape>
          <o:OLEObject Type="Embed" ProgID="Equation.DSMT4" ShapeID="_x0000_i1592" DrawAspect="Content" ObjectID="_1699918382" r:id="rId1145"/>
        </w:object>
      </w:r>
      <w:r w:rsidRPr="00235EB6">
        <w:rPr>
          <w:rFonts w:cs="Times New Roman"/>
        </w:rPr>
        <w:t xml:space="preserve"> lần lượt là trọng tâm của </w:t>
      </w:r>
      <w:r w:rsidRPr="00235EB6">
        <w:rPr>
          <w:rFonts w:cs="Times New Roman"/>
          <w:position w:val="-6"/>
        </w:rPr>
        <w:object w:dxaOrig="680" w:dyaOrig="279" w14:anchorId="6A793D54">
          <v:shape id="_x0000_i1593" type="#_x0000_t75" style="width:34.2pt;height:13.8pt" o:ole="">
            <v:imagedata r:id="rId1146" o:title=""/>
          </v:shape>
          <o:OLEObject Type="Embed" ProgID="Equation.DSMT4" ShapeID="_x0000_i1593" DrawAspect="Content" ObjectID="_1699918383" r:id="rId1147"/>
        </w:object>
      </w:r>
      <w:r w:rsidRPr="00235EB6">
        <w:rPr>
          <w:rFonts w:cs="Times New Roman"/>
        </w:rPr>
        <w:t xml:space="preserve"> và </w:t>
      </w:r>
      <w:r w:rsidRPr="00235EB6">
        <w:rPr>
          <w:rFonts w:cs="Times New Roman"/>
          <w:position w:val="-6"/>
        </w:rPr>
        <w:object w:dxaOrig="700" w:dyaOrig="279" w14:anchorId="4832B77A">
          <v:shape id="_x0000_i1594" type="#_x0000_t75" style="width:34.8pt;height:13.8pt" o:ole="">
            <v:imagedata r:id="rId1148" o:title=""/>
          </v:shape>
          <o:OLEObject Type="Embed" ProgID="Equation.DSMT4" ShapeID="_x0000_i1594" DrawAspect="Content" ObjectID="_1699918384" r:id="rId1149"/>
        </w:object>
      </w:r>
      <w:r w:rsidRPr="00235EB6">
        <w:rPr>
          <w:rFonts w:cs="Times New Roman"/>
        </w:rPr>
        <w:t xml:space="preserve">. Chứng minh rằng đường thẳng </w:t>
      </w:r>
      <w:r w:rsidRPr="00235EB6">
        <w:rPr>
          <w:rFonts w:cs="Times New Roman"/>
          <w:position w:val="-6"/>
        </w:rPr>
        <w:object w:dxaOrig="460" w:dyaOrig="279" w14:anchorId="5CB595BD">
          <v:shape id="_x0000_i1595" type="#_x0000_t75" style="width:22.8pt;height:13.8pt" o:ole="">
            <v:imagedata r:id="rId1150" o:title=""/>
          </v:shape>
          <o:OLEObject Type="Embed" ProgID="Equation.DSMT4" ShapeID="_x0000_i1595" DrawAspect="Content" ObjectID="_1699918385" r:id="rId1151"/>
        </w:object>
      </w:r>
      <w:r w:rsidRPr="00235EB6">
        <w:rPr>
          <w:rFonts w:cs="Times New Roman"/>
        </w:rPr>
        <w:t xml:space="preserve"> song song vói mặt phẳng </w:t>
      </w:r>
      <w:r w:rsidRPr="00235EB6">
        <w:rPr>
          <w:rFonts w:cs="Times New Roman"/>
          <w:position w:val="-10"/>
        </w:rPr>
        <w:object w:dxaOrig="740" w:dyaOrig="320" w14:anchorId="3D3E6C5F">
          <v:shape id="_x0000_i1596" type="#_x0000_t75" style="width:37.2pt;height:16.2pt" o:ole="">
            <v:imagedata r:id="rId1152" o:title=""/>
          </v:shape>
          <o:OLEObject Type="Embed" ProgID="Equation.DSMT4" ShapeID="_x0000_i1596" DrawAspect="Content" ObjectID="_1699918386" r:id="rId1153"/>
        </w:object>
      </w:r>
      <w:r w:rsidRPr="00235EB6">
        <w:rPr>
          <w:rFonts w:cs="Times New Roman"/>
        </w:rPr>
        <w:t>.</w:t>
      </w:r>
    </w:p>
    <w:p w14:paraId="410E47FE" w14:textId="77777777" w:rsidR="00DE7E5C" w:rsidRPr="00235EB6" w:rsidRDefault="00DE7E5C" w:rsidP="00235EB6">
      <w:pPr>
        <w:ind w:left="992" w:hanging="992"/>
        <w:jc w:val="both"/>
        <w:rPr>
          <w:rFonts w:cs="Times New Roman"/>
        </w:rPr>
      </w:pPr>
      <w:r w:rsidRPr="00235EB6">
        <w:rPr>
          <w:rFonts w:cs="Times New Roman"/>
          <w:b/>
        </w:rPr>
        <w:t xml:space="preserve">Bài 3: </w:t>
      </w:r>
      <w:r w:rsidRPr="00235EB6">
        <w:rPr>
          <w:rFonts w:cs="Times New Roman"/>
        </w:rPr>
        <w:t xml:space="preserve">Tim hệ số của </w:t>
      </w:r>
      <w:r w:rsidRPr="00235EB6">
        <w:rPr>
          <w:rFonts w:cs="Times New Roman"/>
          <w:position w:val="-6"/>
        </w:rPr>
        <w:object w:dxaOrig="340" w:dyaOrig="320" w14:anchorId="1ED043E4">
          <v:shape id="_x0000_i1597" type="#_x0000_t75" style="width:16.8pt;height:16.2pt" o:ole="">
            <v:imagedata r:id="rId1154" o:title=""/>
          </v:shape>
          <o:OLEObject Type="Embed" ProgID="Equation.DSMT4" ShapeID="_x0000_i1597" DrawAspect="Content" ObjectID="_1699918387" r:id="rId1155"/>
        </w:object>
      </w:r>
      <w:r w:rsidRPr="00235EB6">
        <w:rPr>
          <w:rFonts w:cs="Times New Roman"/>
        </w:rPr>
        <w:t xml:space="preserve"> trong khai triển </w:t>
      </w:r>
      <w:r w:rsidRPr="00235EB6">
        <w:rPr>
          <w:rFonts w:cs="Times New Roman"/>
          <w:position w:val="-28"/>
        </w:rPr>
        <w:object w:dxaOrig="1260" w:dyaOrig="740" w14:anchorId="36C95154">
          <v:shape id="_x0000_i1598" type="#_x0000_t75" style="width:63pt;height:37.2pt" o:ole="">
            <v:imagedata r:id="rId1156" o:title=""/>
          </v:shape>
          <o:OLEObject Type="Embed" ProgID="Equation.DSMT4" ShapeID="_x0000_i1598" DrawAspect="Content" ObjectID="_1699918388" r:id="rId1157"/>
        </w:object>
      </w:r>
      <w:r w:rsidRPr="00235EB6">
        <w:rPr>
          <w:rFonts w:cs="Times New Roman"/>
        </w:rPr>
        <w:t>.</w:t>
      </w:r>
    </w:p>
    <w:p w14:paraId="5BECA8AC" w14:textId="77777777" w:rsidR="00DE7E5C" w:rsidRPr="00235EB6" w:rsidRDefault="00DE7E5C" w:rsidP="00235EB6">
      <w:pPr>
        <w:ind w:left="992" w:hanging="992"/>
        <w:jc w:val="both"/>
        <w:rPr>
          <w:rFonts w:cs="Times New Roman"/>
        </w:rPr>
      </w:pPr>
      <w:r w:rsidRPr="00235EB6">
        <w:rPr>
          <w:rFonts w:cs="Times New Roman"/>
          <w:b/>
        </w:rPr>
        <w:t xml:space="preserve">Bài 4: </w:t>
      </w:r>
      <w:r w:rsidRPr="00235EB6">
        <w:rPr>
          <w:rFonts w:cs="Times New Roman"/>
        </w:rPr>
        <w:t xml:space="preserve">Một công ty trách nhiệm hữu hạn thực hiện việc trả lưong cho các kỹ sư theo phương thức sau: Mức lương của quý làm việc đầu tiên cho công ty là 13,5 triệu đồng/quý, và kể từ quý làm việc thứ hai, mức lương sẽ được tăng thêm </w:t>
      </w:r>
      <w:r w:rsidRPr="00235EB6">
        <w:rPr>
          <w:rFonts w:cs="Times New Roman"/>
          <w:position w:val="-6"/>
        </w:rPr>
        <w:object w:dxaOrig="840" w:dyaOrig="279" w14:anchorId="6441D2A3">
          <v:shape id="_x0000_i1599" type="#_x0000_t75" style="width:42pt;height:13.8pt" o:ole="">
            <v:imagedata r:id="rId1158" o:title=""/>
          </v:shape>
          <o:OLEObject Type="Embed" ProgID="Equation.DSMT4" ShapeID="_x0000_i1599" DrawAspect="Content" ObjectID="_1699918389" r:id="rId1159"/>
        </w:object>
      </w:r>
      <w:r w:rsidRPr="00235EB6">
        <w:rPr>
          <w:rFonts w:cs="Times New Roman"/>
        </w:rPr>
        <w:t xml:space="preserve"> đồng mỗi quý. Tính tổng số tiền lương một kỹ sư nhận được sau ba năm làm việc cho công ty.</w:t>
      </w:r>
    </w:p>
    <w:p w14:paraId="210FC0AD" w14:textId="77777777" w:rsidR="00DE7E5C" w:rsidRPr="00235EB6" w:rsidRDefault="00DE7E5C" w:rsidP="00235EB6">
      <w:pPr>
        <w:ind w:left="992" w:hanging="992"/>
        <w:jc w:val="center"/>
        <w:rPr>
          <w:rFonts w:cs="Times New Roman"/>
          <w:b/>
        </w:rPr>
      </w:pPr>
      <w:r w:rsidRPr="00235EB6">
        <w:rPr>
          <w:rFonts w:cs="Times New Roman"/>
          <w:b/>
        </w:rPr>
        <w:lastRenderedPageBreak/>
        <w:t>BẢNG ĐÁP ÁN</w:t>
      </w:r>
    </w:p>
    <w:tbl>
      <w:tblPr>
        <w:tblStyle w:val="TableGrid"/>
        <w:tblW w:w="0" w:type="auto"/>
        <w:tblInd w:w="992" w:type="dxa"/>
        <w:tblLook w:val="04A0" w:firstRow="1" w:lastRow="0" w:firstColumn="1" w:lastColumn="0" w:noHBand="0" w:noVBand="1"/>
      </w:tblPr>
      <w:tblGrid>
        <w:gridCol w:w="523"/>
        <w:gridCol w:w="523"/>
        <w:gridCol w:w="524"/>
        <w:gridCol w:w="524"/>
        <w:gridCol w:w="524"/>
        <w:gridCol w:w="524"/>
        <w:gridCol w:w="524"/>
        <w:gridCol w:w="524"/>
        <w:gridCol w:w="524"/>
        <w:gridCol w:w="524"/>
        <w:gridCol w:w="524"/>
        <w:gridCol w:w="524"/>
        <w:gridCol w:w="524"/>
        <w:gridCol w:w="524"/>
        <w:gridCol w:w="524"/>
        <w:gridCol w:w="524"/>
        <w:gridCol w:w="524"/>
        <w:gridCol w:w="524"/>
      </w:tblGrid>
      <w:tr w:rsidR="00DE7E5C" w:rsidRPr="00235EB6" w14:paraId="1A4AB433" w14:textId="77777777" w:rsidTr="00235EB6">
        <w:tc>
          <w:tcPr>
            <w:tcW w:w="629" w:type="dxa"/>
            <w:shd w:val="clear" w:color="auto" w:fill="FFFF32"/>
          </w:tcPr>
          <w:p w14:paraId="745F7FCA" w14:textId="77777777" w:rsidR="00DE7E5C" w:rsidRPr="00235EB6" w:rsidRDefault="00DE7E5C" w:rsidP="00235EB6">
            <w:pPr>
              <w:spacing w:line="276" w:lineRule="auto"/>
              <w:jc w:val="center"/>
              <w:rPr>
                <w:rFonts w:cs="Times New Roman"/>
                <w:b/>
              </w:rPr>
            </w:pPr>
            <w:r w:rsidRPr="00235EB6">
              <w:rPr>
                <w:rFonts w:cs="Times New Roman"/>
                <w:b/>
              </w:rPr>
              <w:t>1</w:t>
            </w:r>
          </w:p>
        </w:tc>
        <w:tc>
          <w:tcPr>
            <w:tcW w:w="629" w:type="dxa"/>
            <w:shd w:val="clear" w:color="auto" w:fill="FFFF32"/>
          </w:tcPr>
          <w:p w14:paraId="0EB66B83" w14:textId="77777777" w:rsidR="00DE7E5C" w:rsidRPr="00235EB6" w:rsidRDefault="00DE7E5C" w:rsidP="00235EB6">
            <w:pPr>
              <w:spacing w:line="276" w:lineRule="auto"/>
              <w:jc w:val="center"/>
              <w:rPr>
                <w:rFonts w:cs="Times New Roman"/>
                <w:b/>
              </w:rPr>
            </w:pPr>
            <w:r w:rsidRPr="00235EB6">
              <w:rPr>
                <w:rFonts w:cs="Times New Roman"/>
                <w:b/>
              </w:rPr>
              <w:t>2</w:t>
            </w:r>
          </w:p>
        </w:tc>
        <w:tc>
          <w:tcPr>
            <w:tcW w:w="629" w:type="dxa"/>
            <w:shd w:val="clear" w:color="auto" w:fill="FFFF32"/>
          </w:tcPr>
          <w:p w14:paraId="07472F46" w14:textId="77777777" w:rsidR="00DE7E5C" w:rsidRPr="00235EB6" w:rsidRDefault="00DE7E5C" w:rsidP="00235EB6">
            <w:pPr>
              <w:spacing w:line="276" w:lineRule="auto"/>
              <w:jc w:val="center"/>
              <w:rPr>
                <w:rFonts w:cs="Times New Roman"/>
                <w:b/>
              </w:rPr>
            </w:pPr>
            <w:r w:rsidRPr="00235EB6">
              <w:rPr>
                <w:rFonts w:cs="Times New Roman"/>
                <w:b/>
              </w:rPr>
              <w:t>3</w:t>
            </w:r>
          </w:p>
        </w:tc>
        <w:tc>
          <w:tcPr>
            <w:tcW w:w="629" w:type="dxa"/>
            <w:shd w:val="clear" w:color="auto" w:fill="FFFF32"/>
          </w:tcPr>
          <w:p w14:paraId="50ED4A20" w14:textId="77777777" w:rsidR="00DE7E5C" w:rsidRPr="00235EB6" w:rsidRDefault="00DE7E5C" w:rsidP="00235EB6">
            <w:pPr>
              <w:spacing w:line="276" w:lineRule="auto"/>
              <w:jc w:val="center"/>
              <w:rPr>
                <w:rFonts w:cs="Times New Roman"/>
                <w:b/>
              </w:rPr>
            </w:pPr>
            <w:r w:rsidRPr="00235EB6">
              <w:rPr>
                <w:rFonts w:cs="Times New Roman"/>
                <w:b/>
              </w:rPr>
              <w:t>4</w:t>
            </w:r>
          </w:p>
        </w:tc>
        <w:tc>
          <w:tcPr>
            <w:tcW w:w="629" w:type="dxa"/>
            <w:shd w:val="clear" w:color="auto" w:fill="FFFF32"/>
          </w:tcPr>
          <w:p w14:paraId="3A418238" w14:textId="77777777" w:rsidR="00DE7E5C" w:rsidRPr="00235EB6" w:rsidRDefault="00DE7E5C" w:rsidP="00235EB6">
            <w:pPr>
              <w:spacing w:line="276" w:lineRule="auto"/>
              <w:jc w:val="center"/>
              <w:rPr>
                <w:rFonts w:cs="Times New Roman"/>
                <w:b/>
              </w:rPr>
            </w:pPr>
            <w:r w:rsidRPr="00235EB6">
              <w:rPr>
                <w:rFonts w:cs="Times New Roman"/>
                <w:b/>
              </w:rPr>
              <w:t>5</w:t>
            </w:r>
          </w:p>
        </w:tc>
        <w:tc>
          <w:tcPr>
            <w:tcW w:w="629" w:type="dxa"/>
            <w:shd w:val="clear" w:color="auto" w:fill="FFFF32"/>
          </w:tcPr>
          <w:p w14:paraId="7E2D7AF4" w14:textId="77777777" w:rsidR="00DE7E5C" w:rsidRPr="00235EB6" w:rsidRDefault="00DE7E5C" w:rsidP="00235EB6">
            <w:pPr>
              <w:spacing w:line="276" w:lineRule="auto"/>
              <w:jc w:val="center"/>
              <w:rPr>
                <w:rFonts w:cs="Times New Roman"/>
                <w:b/>
              </w:rPr>
            </w:pPr>
            <w:r w:rsidRPr="00235EB6">
              <w:rPr>
                <w:rFonts w:cs="Times New Roman"/>
                <w:b/>
              </w:rPr>
              <w:t>6</w:t>
            </w:r>
          </w:p>
        </w:tc>
        <w:tc>
          <w:tcPr>
            <w:tcW w:w="629" w:type="dxa"/>
            <w:shd w:val="clear" w:color="auto" w:fill="FFFF32"/>
          </w:tcPr>
          <w:p w14:paraId="31D2CFF6" w14:textId="77777777" w:rsidR="00DE7E5C" w:rsidRPr="00235EB6" w:rsidRDefault="00DE7E5C" w:rsidP="00235EB6">
            <w:pPr>
              <w:spacing w:line="276" w:lineRule="auto"/>
              <w:jc w:val="center"/>
              <w:rPr>
                <w:rFonts w:cs="Times New Roman"/>
                <w:b/>
              </w:rPr>
            </w:pPr>
            <w:r w:rsidRPr="00235EB6">
              <w:rPr>
                <w:rFonts w:cs="Times New Roman"/>
                <w:b/>
              </w:rPr>
              <w:t>7</w:t>
            </w:r>
          </w:p>
        </w:tc>
        <w:tc>
          <w:tcPr>
            <w:tcW w:w="629" w:type="dxa"/>
            <w:shd w:val="clear" w:color="auto" w:fill="FFFF32"/>
          </w:tcPr>
          <w:p w14:paraId="7F80EACD" w14:textId="77777777" w:rsidR="00DE7E5C" w:rsidRPr="00235EB6" w:rsidRDefault="00DE7E5C" w:rsidP="00235EB6">
            <w:pPr>
              <w:spacing w:line="276" w:lineRule="auto"/>
              <w:jc w:val="center"/>
              <w:rPr>
                <w:rFonts w:cs="Times New Roman"/>
                <w:b/>
              </w:rPr>
            </w:pPr>
            <w:r w:rsidRPr="00235EB6">
              <w:rPr>
                <w:rFonts w:cs="Times New Roman"/>
                <w:b/>
              </w:rPr>
              <w:t>8</w:t>
            </w:r>
          </w:p>
        </w:tc>
        <w:tc>
          <w:tcPr>
            <w:tcW w:w="629" w:type="dxa"/>
            <w:shd w:val="clear" w:color="auto" w:fill="FFFF32"/>
          </w:tcPr>
          <w:p w14:paraId="0FBCC3E5" w14:textId="77777777" w:rsidR="00DE7E5C" w:rsidRPr="00235EB6" w:rsidRDefault="00DE7E5C" w:rsidP="00235EB6">
            <w:pPr>
              <w:spacing w:line="276" w:lineRule="auto"/>
              <w:jc w:val="center"/>
              <w:rPr>
                <w:rFonts w:cs="Times New Roman"/>
                <w:b/>
              </w:rPr>
            </w:pPr>
            <w:r w:rsidRPr="00235EB6">
              <w:rPr>
                <w:rFonts w:cs="Times New Roman"/>
                <w:b/>
              </w:rPr>
              <w:t>9</w:t>
            </w:r>
          </w:p>
        </w:tc>
        <w:tc>
          <w:tcPr>
            <w:tcW w:w="629" w:type="dxa"/>
            <w:shd w:val="clear" w:color="auto" w:fill="FFFF32"/>
          </w:tcPr>
          <w:p w14:paraId="57B3E0C3" w14:textId="77777777" w:rsidR="00DE7E5C" w:rsidRPr="00235EB6" w:rsidRDefault="00DE7E5C" w:rsidP="00235EB6">
            <w:pPr>
              <w:spacing w:line="276" w:lineRule="auto"/>
              <w:jc w:val="center"/>
              <w:rPr>
                <w:rFonts w:cs="Times New Roman"/>
                <w:b/>
              </w:rPr>
            </w:pPr>
            <w:r w:rsidRPr="00235EB6">
              <w:rPr>
                <w:rFonts w:cs="Times New Roman"/>
                <w:b/>
              </w:rPr>
              <w:t>10</w:t>
            </w:r>
          </w:p>
        </w:tc>
        <w:tc>
          <w:tcPr>
            <w:tcW w:w="629" w:type="dxa"/>
            <w:shd w:val="clear" w:color="auto" w:fill="FFFF32"/>
          </w:tcPr>
          <w:p w14:paraId="2AC27800" w14:textId="77777777" w:rsidR="00DE7E5C" w:rsidRPr="00235EB6" w:rsidRDefault="00DE7E5C" w:rsidP="00235EB6">
            <w:pPr>
              <w:spacing w:line="276" w:lineRule="auto"/>
              <w:jc w:val="center"/>
              <w:rPr>
                <w:rFonts w:cs="Times New Roman"/>
                <w:b/>
              </w:rPr>
            </w:pPr>
            <w:r w:rsidRPr="00235EB6">
              <w:rPr>
                <w:rFonts w:cs="Times New Roman"/>
                <w:b/>
              </w:rPr>
              <w:t>11</w:t>
            </w:r>
          </w:p>
        </w:tc>
        <w:tc>
          <w:tcPr>
            <w:tcW w:w="629" w:type="dxa"/>
            <w:shd w:val="clear" w:color="auto" w:fill="FFFF32"/>
          </w:tcPr>
          <w:p w14:paraId="018265B4" w14:textId="77777777" w:rsidR="00DE7E5C" w:rsidRPr="00235EB6" w:rsidRDefault="00DE7E5C" w:rsidP="00235EB6">
            <w:pPr>
              <w:spacing w:line="276" w:lineRule="auto"/>
              <w:jc w:val="center"/>
              <w:rPr>
                <w:rFonts w:cs="Times New Roman"/>
                <w:b/>
              </w:rPr>
            </w:pPr>
            <w:r w:rsidRPr="00235EB6">
              <w:rPr>
                <w:rFonts w:cs="Times New Roman"/>
                <w:b/>
              </w:rPr>
              <w:t>12</w:t>
            </w:r>
          </w:p>
        </w:tc>
        <w:tc>
          <w:tcPr>
            <w:tcW w:w="629" w:type="dxa"/>
            <w:shd w:val="clear" w:color="auto" w:fill="FFFF32"/>
          </w:tcPr>
          <w:p w14:paraId="02846BBB" w14:textId="77777777" w:rsidR="00DE7E5C" w:rsidRPr="00235EB6" w:rsidRDefault="00DE7E5C" w:rsidP="00235EB6">
            <w:pPr>
              <w:spacing w:line="276" w:lineRule="auto"/>
              <w:jc w:val="center"/>
              <w:rPr>
                <w:rFonts w:cs="Times New Roman"/>
                <w:b/>
              </w:rPr>
            </w:pPr>
            <w:r w:rsidRPr="00235EB6">
              <w:rPr>
                <w:rFonts w:cs="Times New Roman"/>
                <w:b/>
              </w:rPr>
              <w:t>13</w:t>
            </w:r>
          </w:p>
        </w:tc>
        <w:tc>
          <w:tcPr>
            <w:tcW w:w="629" w:type="dxa"/>
            <w:shd w:val="clear" w:color="auto" w:fill="FFFF32"/>
          </w:tcPr>
          <w:p w14:paraId="2D25A766" w14:textId="77777777" w:rsidR="00DE7E5C" w:rsidRPr="00235EB6" w:rsidRDefault="00DE7E5C" w:rsidP="00235EB6">
            <w:pPr>
              <w:spacing w:line="276" w:lineRule="auto"/>
              <w:jc w:val="center"/>
              <w:rPr>
                <w:rFonts w:cs="Times New Roman"/>
                <w:b/>
              </w:rPr>
            </w:pPr>
            <w:r w:rsidRPr="00235EB6">
              <w:rPr>
                <w:rFonts w:cs="Times New Roman"/>
                <w:b/>
              </w:rPr>
              <w:t>14</w:t>
            </w:r>
          </w:p>
        </w:tc>
        <w:tc>
          <w:tcPr>
            <w:tcW w:w="629" w:type="dxa"/>
            <w:shd w:val="clear" w:color="auto" w:fill="FFFF32"/>
          </w:tcPr>
          <w:p w14:paraId="1893B774" w14:textId="77777777" w:rsidR="00DE7E5C" w:rsidRPr="00235EB6" w:rsidRDefault="00DE7E5C" w:rsidP="00235EB6">
            <w:pPr>
              <w:spacing w:line="276" w:lineRule="auto"/>
              <w:jc w:val="center"/>
              <w:rPr>
                <w:rFonts w:cs="Times New Roman"/>
                <w:b/>
              </w:rPr>
            </w:pPr>
            <w:r w:rsidRPr="00235EB6">
              <w:rPr>
                <w:rFonts w:cs="Times New Roman"/>
                <w:b/>
              </w:rPr>
              <w:t>15</w:t>
            </w:r>
          </w:p>
        </w:tc>
        <w:tc>
          <w:tcPr>
            <w:tcW w:w="629" w:type="dxa"/>
            <w:shd w:val="clear" w:color="auto" w:fill="FFFF32"/>
          </w:tcPr>
          <w:p w14:paraId="75F19B97" w14:textId="77777777" w:rsidR="00DE7E5C" w:rsidRPr="00235EB6" w:rsidRDefault="00DE7E5C" w:rsidP="00235EB6">
            <w:pPr>
              <w:spacing w:line="276" w:lineRule="auto"/>
              <w:jc w:val="center"/>
              <w:rPr>
                <w:rFonts w:cs="Times New Roman"/>
                <w:b/>
              </w:rPr>
            </w:pPr>
            <w:r w:rsidRPr="00235EB6">
              <w:rPr>
                <w:rFonts w:cs="Times New Roman"/>
                <w:b/>
              </w:rPr>
              <w:t>16</w:t>
            </w:r>
          </w:p>
        </w:tc>
        <w:tc>
          <w:tcPr>
            <w:tcW w:w="629" w:type="dxa"/>
            <w:shd w:val="clear" w:color="auto" w:fill="FFFF32"/>
          </w:tcPr>
          <w:p w14:paraId="50EAEC20" w14:textId="77777777" w:rsidR="00DE7E5C" w:rsidRPr="00235EB6" w:rsidRDefault="00DE7E5C" w:rsidP="00235EB6">
            <w:pPr>
              <w:spacing w:line="276" w:lineRule="auto"/>
              <w:jc w:val="center"/>
              <w:rPr>
                <w:rFonts w:cs="Times New Roman"/>
                <w:b/>
              </w:rPr>
            </w:pPr>
            <w:r w:rsidRPr="00235EB6">
              <w:rPr>
                <w:rFonts w:cs="Times New Roman"/>
                <w:b/>
              </w:rPr>
              <w:t>17</w:t>
            </w:r>
          </w:p>
        </w:tc>
        <w:tc>
          <w:tcPr>
            <w:tcW w:w="629" w:type="dxa"/>
            <w:shd w:val="clear" w:color="auto" w:fill="FFFF32"/>
          </w:tcPr>
          <w:p w14:paraId="5F715805" w14:textId="77777777" w:rsidR="00DE7E5C" w:rsidRPr="00235EB6" w:rsidRDefault="00DE7E5C" w:rsidP="00235EB6">
            <w:pPr>
              <w:spacing w:line="276" w:lineRule="auto"/>
              <w:jc w:val="center"/>
              <w:rPr>
                <w:rFonts w:cs="Times New Roman"/>
                <w:b/>
              </w:rPr>
            </w:pPr>
            <w:r w:rsidRPr="00235EB6">
              <w:rPr>
                <w:rFonts w:cs="Times New Roman"/>
                <w:b/>
              </w:rPr>
              <w:t>18</w:t>
            </w:r>
          </w:p>
        </w:tc>
      </w:tr>
      <w:tr w:rsidR="00DE7E5C" w:rsidRPr="00235EB6" w14:paraId="639E9FDA" w14:textId="77777777" w:rsidTr="00235EB6">
        <w:tc>
          <w:tcPr>
            <w:tcW w:w="629" w:type="dxa"/>
            <w:tcBorders>
              <w:bottom w:val="single" w:sz="4" w:space="0" w:color="auto"/>
            </w:tcBorders>
          </w:tcPr>
          <w:p w14:paraId="3EEFD016" w14:textId="77777777" w:rsidR="00DE7E5C" w:rsidRPr="00235EB6" w:rsidRDefault="00DE7E5C" w:rsidP="00235EB6">
            <w:pPr>
              <w:spacing w:line="276" w:lineRule="auto"/>
              <w:jc w:val="center"/>
              <w:rPr>
                <w:rFonts w:cs="Times New Roman"/>
                <w:b/>
              </w:rPr>
            </w:pPr>
            <w:r w:rsidRPr="00235EB6">
              <w:rPr>
                <w:rFonts w:cs="Times New Roman"/>
                <w:b/>
              </w:rPr>
              <w:t>C</w:t>
            </w:r>
          </w:p>
        </w:tc>
        <w:tc>
          <w:tcPr>
            <w:tcW w:w="629" w:type="dxa"/>
            <w:tcBorders>
              <w:bottom w:val="single" w:sz="4" w:space="0" w:color="auto"/>
            </w:tcBorders>
          </w:tcPr>
          <w:p w14:paraId="110EA161" w14:textId="77777777" w:rsidR="00DE7E5C" w:rsidRPr="00235EB6" w:rsidRDefault="00DE7E5C" w:rsidP="00235EB6">
            <w:pPr>
              <w:spacing w:line="276" w:lineRule="auto"/>
              <w:jc w:val="center"/>
              <w:rPr>
                <w:rFonts w:cs="Times New Roman"/>
                <w:b/>
              </w:rPr>
            </w:pPr>
            <w:r w:rsidRPr="00235EB6">
              <w:rPr>
                <w:rFonts w:cs="Times New Roman"/>
                <w:b/>
              </w:rPr>
              <w:t>C</w:t>
            </w:r>
          </w:p>
        </w:tc>
        <w:tc>
          <w:tcPr>
            <w:tcW w:w="629" w:type="dxa"/>
            <w:tcBorders>
              <w:bottom w:val="single" w:sz="4" w:space="0" w:color="auto"/>
            </w:tcBorders>
          </w:tcPr>
          <w:p w14:paraId="7951C15B" w14:textId="77777777" w:rsidR="00DE7E5C" w:rsidRPr="00235EB6" w:rsidRDefault="00DE7E5C" w:rsidP="00235EB6">
            <w:pPr>
              <w:spacing w:line="276" w:lineRule="auto"/>
              <w:jc w:val="center"/>
              <w:rPr>
                <w:rFonts w:cs="Times New Roman"/>
                <w:b/>
              </w:rPr>
            </w:pPr>
            <w:r w:rsidRPr="00235EB6">
              <w:rPr>
                <w:rFonts w:cs="Times New Roman"/>
                <w:b/>
              </w:rPr>
              <w:t>D</w:t>
            </w:r>
          </w:p>
        </w:tc>
        <w:tc>
          <w:tcPr>
            <w:tcW w:w="629" w:type="dxa"/>
            <w:tcBorders>
              <w:bottom w:val="single" w:sz="4" w:space="0" w:color="auto"/>
            </w:tcBorders>
          </w:tcPr>
          <w:p w14:paraId="5073A5F6" w14:textId="77777777" w:rsidR="00DE7E5C" w:rsidRPr="00235EB6" w:rsidRDefault="00DE7E5C" w:rsidP="00235EB6">
            <w:pPr>
              <w:spacing w:line="276" w:lineRule="auto"/>
              <w:jc w:val="center"/>
              <w:rPr>
                <w:rFonts w:cs="Times New Roman"/>
                <w:b/>
              </w:rPr>
            </w:pPr>
            <w:r w:rsidRPr="00235EB6">
              <w:rPr>
                <w:rFonts w:cs="Times New Roman"/>
                <w:b/>
              </w:rPr>
              <w:t>A</w:t>
            </w:r>
          </w:p>
        </w:tc>
        <w:tc>
          <w:tcPr>
            <w:tcW w:w="629" w:type="dxa"/>
            <w:tcBorders>
              <w:bottom w:val="single" w:sz="4" w:space="0" w:color="auto"/>
            </w:tcBorders>
          </w:tcPr>
          <w:p w14:paraId="7FB2A967" w14:textId="77777777" w:rsidR="00DE7E5C" w:rsidRPr="00235EB6" w:rsidRDefault="00DE7E5C" w:rsidP="00235EB6">
            <w:pPr>
              <w:spacing w:line="276" w:lineRule="auto"/>
              <w:jc w:val="center"/>
              <w:rPr>
                <w:rFonts w:cs="Times New Roman"/>
                <w:b/>
              </w:rPr>
            </w:pPr>
            <w:r w:rsidRPr="00235EB6">
              <w:rPr>
                <w:rFonts w:cs="Times New Roman"/>
                <w:b/>
              </w:rPr>
              <w:t>C</w:t>
            </w:r>
          </w:p>
        </w:tc>
        <w:tc>
          <w:tcPr>
            <w:tcW w:w="629" w:type="dxa"/>
            <w:tcBorders>
              <w:bottom w:val="single" w:sz="4" w:space="0" w:color="auto"/>
            </w:tcBorders>
          </w:tcPr>
          <w:p w14:paraId="0419C8DC" w14:textId="77777777" w:rsidR="00DE7E5C" w:rsidRPr="00235EB6" w:rsidRDefault="00DE7E5C" w:rsidP="00235EB6">
            <w:pPr>
              <w:spacing w:line="276" w:lineRule="auto"/>
              <w:jc w:val="center"/>
              <w:rPr>
                <w:rFonts w:cs="Times New Roman"/>
                <w:b/>
              </w:rPr>
            </w:pPr>
            <w:r w:rsidRPr="00235EB6">
              <w:rPr>
                <w:rFonts w:cs="Times New Roman"/>
                <w:b/>
              </w:rPr>
              <w:t>A</w:t>
            </w:r>
          </w:p>
        </w:tc>
        <w:tc>
          <w:tcPr>
            <w:tcW w:w="629" w:type="dxa"/>
            <w:tcBorders>
              <w:bottom w:val="single" w:sz="4" w:space="0" w:color="auto"/>
            </w:tcBorders>
          </w:tcPr>
          <w:p w14:paraId="6C3B5DE3" w14:textId="77777777" w:rsidR="00DE7E5C" w:rsidRPr="00235EB6" w:rsidRDefault="00DE7E5C" w:rsidP="00235EB6">
            <w:pPr>
              <w:spacing w:line="276" w:lineRule="auto"/>
              <w:jc w:val="center"/>
              <w:rPr>
                <w:rFonts w:cs="Times New Roman"/>
                <w:b/>
              </w:rPr>
            </w:pPr>
            <w:r w:rsidRPr="00235EB6">
              <w:rPr>
                <w:rFonts w:cs="Times New Roman"/>
                <w:b/>
              </w:rPr>
              <w:t>A</w:t>
            </w:r>
          </w:p>
        </w:tc>
        <w:tc>
          <w:tcPr>
            <w:tcW w:w="629" w:type="dxa"/>
            <w:tcBorders>
              <w:bottom w:val="single" w:sz="4" w:space="0" w:color="auto"/>
            </w:tcBorders>
          </w:tcPr>
          <w:p w14:paraId="3C8DAF9F" w14:textId="77777777" w:rsidR="00DE7E5C" w:rsidRPr="00235EB6" w:rsidRDefault="00DE7E5C" w:rsidP="00235EB6">
            <w:pPr>
              <w:spacing w:line="276" w:lineRule="auto"/>
              <w:jc w:val="center"/>
              <w:rPr>
                <w:rFonts w:cs="Times New Roman"/>
                <w:b/>
              </w:rPr>
            </w:pPr>
            <w:r w:rsidRPr="00235EB6">
              <w:rPr>
                <w:rFonts w:cs="Times New Roman"/>
                <w:b/>
              </w:rPr>
              <w:t>A</w:t>
            </w:r>
          </w:p>
        </w:tc>
        <w:tc>
          <w:tcPr>
            <w:tcW w:w="629" w:type="dxa"/>
            <w:tcBorders>
              <w:bottom w:val="single" w:sz="4" w:space="0" w:color="auto"/>
            </w:tcBorders>
          </w:tcPr>
          <w:p w14:paraId="22973ECE" w14:textId="77777777" w:rsidR="00DE7E5C" w:rsidRPr="00235EB6" w:rsidRDefault="00DE7E5C" w:rsidP="00235EB6">
            <w:pPr>
              <w:spacing w:line="276" w:lineRule="auto"/>
              <w:jc w:val="center"/>
              <w:rPr>
                <w:rFonts w:cs="Times New Roman"/>
                <w:b/>
              </w:rPr>
            </w:pPr>
            <w:r w:rsidRPr="00235EB6">
              <w:rPr>
                <w:rFonts w:cs="Times New Roman"/>
                <w:b/>
              </w:rPr>
              <w:t>C</w:t>
            </w:r>
          </w:p>
        </w:tc>
        <w:tc>
          <w:tcPr>
            <w:tcW w:w="629" w:type="dxa"/>
            <w:tcBorders>
              <w:bottom w:val="single" w:sz="4" w:space="0" w:color="auto"/>
            </w:tcBorders>
          </w:tcPr>
          <w:p w14:paraId="1F5128B9" w14:textId="77777777" w:rsidR="00DE7E5C" w:rsidRPr="00235EB6" w:rsidRDefault="00DE7E5C" w:rsidP="00235EB6">
            <w:pPr>
              <w:spacing w:line="276" w:lineRule="auto"/>
              <w:jc w:val="center"/>
              <w:rPr>
                <w:rFonts w:cs="Times New Roman"/>
                <w:b/>
              </w:rPr>
            </w:pPr>
            <w:r w:rsidRPr="00235EB6">
              <w:rPr>
                <w:rFonts w:cs="Times New Roman"/>
                <w:b/>
              </w:rPr>
              <w:t>B</w:t>
            </w:r>
          </w:p>
        </w:tc>
        <w:tc>
          <w:tcPr>
            <w:tcW w:w="629" w:type="dxa"/>
            <w:tcBorders>
              <w:bottom w:val="single" w:sz="4" w:space="0" w:color="auto"/>
            </w:tcBorders>
          </w:tcPr>
          <w:p w14:paraId="07940A6A" w14:textId="77777777" w:rsidR="00DE7E5C" w:rsidRPr="00235EB6" w:rsidRDefault="00DE7E5C" w:rsidP="00235EB6">
            <w:pPr>
              <w:spacing w:line="276" w:lineRule="auto"/>
              <w:jc w:val="center"/>
              <w:rPr>
                <w:rFonts w:cs="Times New Roman"/>
                <w:b/>
              </w:rPr>
            </w:pPr>
            <w:r w:rsidRPr="00235EB6">
              <w:rPr>
                <w:rFonts w:cs="Times New Roman"/>
                <w:b/>
              </w:rPr>
              <w:t>D</w:t>
            </w:r>
          </w:p>
        </w:tc>
        <w:tc>
          <w:tcPr>
            <w:tcW w:w="629" w:type="dxa"/>
            <w:tcBorders>
              <w:bottom w:val="single" w:sz="4" w:space="0" w:color="auto"/>
            </w:tcBorders>
          </w:tcPr>
          <w:p w14:paraId="556049BE" w14:textId="77777777" w:rsidR="00DE7E5C" w:rsidRPr="00235EB6" w:rsidRDefault="00DE7E5C" w:rsidP="00235EB6">
            <w:pPr>
              <w:spacing w:line="276" w:lineRule="auto"/>
              <w:jc w:val="center"/>
              <w:rPr>
                <w:rFonts w:cs="Times New Roman"/>
                <w:b/>
              </w:rPr>
            </w:pPr>
            <w:r w:rsidRPr="00235EB6">
              <w:rPr>
                <w:rFonts w:cs="Times New Roman"/>
                <w:b/>
              </w:rPr>
              <w:t>D</w:t>
            </w:r>
          </w:p>
        </w:tc>
        <w:tc>
          <w:tcPr>
            <w:tcW w:w="629" w:type="dxa"/>
            <w:tcBorders>
              <w:bottom w:val="single" w:sz="4" w:space="0" w:color="auto"/>
            </w:tcBorders>
          </w:tcPr>
          <w:p w14:paraId="69F9D191" w14:textId="77777777" w:rsidR="00DE7E5C" w:rsidRPr="00235EB6" w:rsidRDefault="00DE7E5C" w:rsidP="00235EB6">
            <w:pPr>
              <w:spacing w:line="276" w:lineRule="auto"/>
              <w:jc w:val="center"/>
              <w:rPr>
                <w:rFonts w:cs="Times New Roman"/>
                <w:b/>
              </w:rPr>
            </w:pPr>
            <w:r w:rsidRPr="00235EB6">
              <w:rPr>
                <w:rFonts w:cs="Times New Roman"/>
                <w:b/>
              </w:rPr>
              <w:t>B</w:t>
            </w:r>
          </w:p>
        </w:tc>
        <w:tc>
          <w:tcPr>
            <w:tcW w:w="629" w:type="dxa"/>
            <w:tcBorders>
              <w:bottom w:val="single" w:sz="4" w:space="0" w:color="auto"/>
            </w:tcBorders>
          </w:tcPr>
          <w:p w14:paraId="2FE995D2" w14:textId="77777777" w:rsidR="00DE7E5C" w:rsidRPr="00235EB6" w:rsidRDefault="00DE7E5C" w:rsidP="00235EB6">
            <w:pPr>
              <w:spacing w:line="276" w:lineRule="auto"/>
              <w:jc w:val="center"/>
              <w:rPr>
                <w:rFonts w:cs="Times New Roman"/>
                <w:b/>
              </w:rPr>
            </w:pPr>
            <w:r w:rsidRPr="00235EB6">
              <w:rPr>
                <w:rFonts w:cs="Times New Roman"/>
                <w:b/>
              </w:rPr>
              <w:t>C</w:t>
            </w:r>
          </w:p>
        </w:tc>
        <w:tc>
          <w:tcPr>
            <w:tcW w:w="629" w:type="dxa"/>
            <w:tcBorders>
              <w:bottom w:val="single" w:sz="4" w:space="0" w:color="auto"/>
            </w:tcBorders>
          </w:tcPr>
          <w:p w14:paraId="2F257394" w14:textId="77777777" w:rsidR="00DE7E5C" w:rsidRPr="00235EB6" w:rsidRDefault="00DE7E5C" w:rsidP="00235EB6">
            <w:pPr>
              <w:spacing w:line="276" w:lineRule="auto"/>
              <w:jc w:val="center"/>
              <w:rPr>
                <w:rFonts w:cs="Times New Roman"/>
                <w:b/>
              </w:rPr>
            </w:pPr>
            <w:r w:rsidRPr="00235EB6">
              <w:rPr>
                <w:rFonts w:cs="Times New Roman"/>
                <w:b/>
              </w:rPr>
              <w:t>B</w:t>
            </w:r>
          </w:p>
        </w:tc>
        <w:tc>
          <w:tcPr>
            <w:tcW w:w="629" w:type="dxa"/>
            <w:tcBorders>
              <w:bottom w:val="single" w:sz="4" w:space="0" w:color="auto"/>
            </w:tcBorders>
          </w:tcPr>
          <w:p w14:paraId="4ACFC9E2" w14:textId="77777777" w:rsidR="00DE7E5C" w:rsidRPr="00235EB6" w:rsidRDefault="00DE7E5C" w:rsidP="00235EB6">
            <w:pPr>
              <w:spacing w:line="276" w:lineRule="auto"/>
              <w:jc w:val="center"/>
              <w:rPr>
                <w:rFonts w:cs="Times New Roman"/>
                <w:b/>
              </w:rPr>
            </w:pPr>
            <w:r w:rsidRPr="00235EB6">
              <w:rPr>
                <w:rFonts w:cs="Times New Roman"/>
                <w:b/>
              </w:rPr>
              <w:t>A</w:t>
            </w:r>
          </w:p>
        </w:tc>
        <w:tc>
          <w:tcPr>
            <w:tcW w:w="629" w:type="dxa"/>
            <w:tcBorders>
              <w:bottom w:val="single" w:sz="4" w:space="0" w:color="auto"/>
            </w:tcBorders>
          </w:tcPr>
          <w:p w14:paraId="2080CA21" w14:textId="77777777" w:rsidR="00DE7E5C" w:rsidRPr="00235EB6" w:rsidRDefault="00DE7E5C" w:rsidP="00235EB6">
            <w:pPr>
              <w:spacing w:line="276" w:lineRule="auto"/>
              <w:jc w:val="center"/>
              <w:rPr>
                <w:rFonts w:cs="Times New Roman"/>
                <w:b/>
              </w:rPr>
            </w:pPr>
            <w:r w:rsidRPr="00235EB6">
              <w:rPr>
                <w:rFonts w:cs="Times New Roman"/>
                <w:b/>
              </w:rPr>
              <w:t>D</w:t>
            </w:r>
          </w:p>
        </w:tc>
        <w:tc>
          <w:tcPr>
            <w:tcW w:w="629" w:type="dxa"/>
            <w:tcBorders>
              <w:bottom w:val="single" w:sz="4" w:space="0" w:color="auto"/>
            </w:tcBorders>
          </w:tcPr>
          <w:p w14:paraId="07D72477" w14:textId="77777777" w:rsidR="00DE7E5C" w:rsidRPr="00235EB6" w:rsidRDefault="00DE7E5C" w:rsidP="00235EB6">
            <w:pPr>
              <w:spacing w:line="276" w:lineRule="auto"/>
              <w:jc w:val="center"/>
              <w:rPr>
                <w:rFonts w:cs="Times New Roman"/>
                <w:b/>
              </w:rPr>
            </w:pPr>
            <w:r w:rsidRPr="00235EB6">
              <w:rPr>
                <w:rFonts w:cs="Times New Roman"/>
                <w:b/>
              </w:rPr>
              <w:t>A</w:t>
            </w:r>
          </w:p>
        </w:tc>
      </w:tr>
      <w:tr w:rsidR="00DE7E5C" w:rsidRPr="00235EB6" w14:paraId="7139FFD4" w14:textId="77777777" w:rsidTr="00235EB6">
        <w:tc>
          <w:tcPr>
            <w:tcW w:w="629" w:type="dxa"/>
            <w:shd w:val="clear" w:color="auto" w:fill="FFFF32"/>
          </w:tcPr>
          <w:p w14:paraId="576757FE" w14:textId="77777777" w:rsidR="00DE7E5C" w:rsidRPr="00235EB6" w:rsidRDefault="00DE7E5C" w:rsidP="00235EB6">
            <w:pPr>
              <w:spacing w:line="276" w:lineRule="auto"/>
              <w:jc w:val="center"/>
              <w:rPr>
                <w:rFonts w:cs="Times New Roman"/>
                <w:b/>
              </w:rPr>
            </w:pPr>
            <w:r w:rsidRPr="00235EB6">
              <w:rPr>
                <w:rFonts w:cs="Times New Roman"/>
                <w:b/>
              </w:rPr>
              <w:t>19</w:t>
            </w:r>
          </w:p>
        </w:tc>
        <w:tc>
          <w:tcPr>
            <w:tcW w:w="629" w:type="dxa"/>
            <w:shd w:val="clear" w:color="auto" w:fill="FFFF32"/>
          </w:tcPr>
          <w:p w14:paraId="32A79765" w14:textId="77777777" w:rsidR="00DE7E5C" w:rsidRPr="00235EB6" w:rsidRDefault="00DE7E5C" w:rsidP="00235EB6">
            <w:pPr>
              <w:spacing w:line="276" w:lineRule="auto"/>
              <w:jc w:val="center"/>
              <w:rPr>
                <w:rFonts w:cs="Times New Roman"/>
                <w:b/>
              </w:rPr>
            </w:pPr>
            <w:r w:rsidRPr="00235EB6">
              <w:rPr>
                <w:rFonts w:cs="Times New Roman"/>
                <w:b/>
              </w:rPr>
              <w:t>20</w:t>
            </w:r>
          </w:p>
        </w:tc>
        <w:tc>
          <w:tcPr>
            <w:tcW w:w="629" w:type="dxa"/>
            <w:shd w:val="clear" w:color="auto" w:fill="FFFF32"/>
          </w:tcPr>
          <w:p w14:paraId="6267DBA6" w14:textId="77777777" w:rsidR="00DE7E5C" w:rsidRPr="00235EB6" w:rsidRDefault="00DE7E5C" w:rsidP="00235EB6">
            <w:pPr>
              <w:spacing w:line="276" w:lineRule="auto"/>
              <w:jc w:val="center"/>
              <w:rPr>
                <w:rFonts w:cs="Times New Roman"/>
                <w:b/>
              </w:rPr>
            </w:pPr>
            <w:r w:rsidRPr="00235EB6">
              <w:rPr>
                <w:rFonts w:cs="Times New Roman"/>
                <w:b/>
              </w:rPr>
              <w:t>21</w:t>
            </w:r>
          </w:p>
        </w:tc>
        <w:tc>
          <w:tcPr>
            <w:tcW w:w="629" w:type="dxa"/>
            <w:shd w:val="clear" w:color="auto" w:fill="FFFF32"/>
          </w:tcPr>
          <w:p w14:paraId="456266F7" w14:textId="77777777" w:rsidR="00DE7E5C" w:rsidRPr="00235EB6" w:rsidRDefault="00DE7E5C" w:rsidP="00235EB6">
            <w:pPr>
              <w:spacing w:line="276" w:lineRule="auto"/>
              <w:jc w:val="center"/>
              <w:rPr>
                <w:rFonts w:cs="Times New Roman"/>
                <w:b/>
              </w:rPr>
            </w:pPr>
            <w:r w:rsidRPr="00235EB6">
              <w:rPr>
                <w:rFonts w:cs="Times New Roman"/>
                <w:b/>
              </w:rPr>
              <w:t>22</w:t>
            </w:r>
          </w:p>
        </w:tc>
        <w:tc>
          <w:tcPr>
            <w:tcW w:w="629" w:type="dxa"/>
            <w:shd w:val="clear" w:color="auto" w:fill="FFFF32"/>
          </w:tcPr>
          <w:p w14:paraId="6B14EEA4" w14:textId="77777777" w:rsidR="00DE7E5C" w:rsidRPr="00235EB6" w:rsidRDefault="00DE7E5C" w:rsidP="00235EB6">
            <w:pPr>
              <w:spacing w:line="276" w:lineRule="auto"/>
              <w:jc w:val="center"/>
              <w:rPr>
                <w:rFonts w:cs="Times New Roman"/>
                <w:b/>
              </w:rPr>
            </w:pPr>
            <w:r w:rsidRPr="00235EB6">
              <w:rPr>
                <w:rFonts w:cs="Times New Roman"/>
                <w:b/>
              </w:rPr>
              <w:t>23</w:t>
            </w:r>
          </w:p>
        </w:tc>
        <w:tc>
          <w:tcPr>
            <w:tcW w:w="629" w:type="dxa"/>
            <w:shd w:val="clear" w:color="auto" w:fill="FFFF32"/>
          </w:tcPr>
          <w:p w14:paraId="1D13EC69" w14:textId="77777777" w:rsidR="00DE7E5C" w:rsidRPr="00235EB6" w:rsidRDefault="00DE7E5C" w:rsidP="00235EB6">
            <w:pPr>
              <w:spacing w:line="276" w:lineRule="auto"/>
              <w:jc w:val="center"/>
              <w:rPr>
                <w:rFonts w:cs="Times New Roman"/>
                <w:b/>
              </w:rPr>
            </w:pPr>
            <w:r w:rsidRPr="00235EB6">
              <w:rPr>
                <w:rFonts w:cs="Times New Roman"/>
                <w:b/>
              </w:rPr>
              <w:t>24</w:t>
            </w:r>
          </w:p>
        </w:tc>
        <w:tc>
          <w:tcPr>
            <w:tcW w:w="629" w:type="dxa"/>
            <w:shd w:val="clear" w:color="auto" w:fill="FFFF32"/>
          </w:tcPr>
          <w:p w14:paraId="2061421A" w14:textId="77777777" w:rsidR="00DE7E5C" w:rsidRPr="00235EB6" w:rsidRDefault="00DE7E5C" w:rsidP="00235EB6">
            <w:pPr>
              <w:spacing w:line="276" w:lineRule="auto"/>
              <w:jc w:val="center"/>
              <w:rPr>
                <w:rFonts w:cs="Times New Roman"/>
                <w:b/>
              </w:rPr>
            </w:pPr>
            <w:r w:rsidRPr="00235EB6">
              <w:rPr>
                <w:rFonts w:cs="Times New Roman"/>
                <w:b/>
              </w:rPr>
              <w:t>25</w:t>
            </w:r>
          </w:p>
        </w:tc>
        <w:tc>
          <w:tcPr>
            <w:tcW w:w="629" w:type="dxa"/>
            <w:shd w:val="clear" w:color="auto" w:fill="FFFF32"/>
          </w:tcPr>
          <w:p w14:paraId="4E319DA3" w14:textId="77777777" w:rsidR="00DE7E5C" w:rsidRPr="00235EB6" w:rsidRDefault="00DE7E5C" w:rsidP="00235EB6">
            <w:pPr>
              <w:spacing w:line="276" w:lineRule="auto"/>
              <w:jc w:val="center"/>
              <w:rPr>
                <w:rFonts w:cs="Times New Roman"/>
                <w:b/>
              </w:rPr>
            </w:pPr>
            <w:r w:rsidRPr="00235EB6">
              <w:rPr>
                <w:rFonts w:cs="Times New Roman"/>
                <w:b/>
              </w:rPr>
              <w:t>26</w:t>
            </w:r>
          </w:p>
        </w:tc>
        <w:tc>
          <w:tcPr>
            <w:tcW w:w="629" w:type="dxa"/>
            <w:shd w:val="clear" w:color="auto" w:fill="FFFF32"/>
          </w:tcPr>
          <w:p w14:paraId="607946E9" w14:textId="77777777" w:rsidR="00DE7E5C" w:rsidRPr="00235EB6" w:rsidRDefault="00DE7E5C" w:rsidP="00235EB6">
            <w:pPr>
              <w:spacing w:line="276" w:lineRule="auto"/>
              <w:jc w:val="center"/>
              <w:rPr>
                <w:rFonts w:cs="Times New Roman"/>
                <w:b/>
              </w:rPr>
            </w:pPr>
            <w:r w:rsidRPr="00235EB6">
              <w:rPr>
                <w:rFonts w:cs="Times New Roman"/>
                <w:b/>
              </w:rPr>
              <w:t>27</w:t>
            </w:r>
          </w:p>
        </w:tc>
        <w:tc>
          <w:tcPr>
            <w:tcW w:w="629" w:type="dxa"/>
            <w:shd w:val="clear" w:color="auto" w:fill="FFFF32"/>
          </w:tcPr>
          <w:p w14:paraId="27A24A8A" w14:textId="77777777" w:rsidR="00DE7E5C" w:rsidRPr="00235EB6" w:rsidRDefault="00DE7E5C" w:rsidP="00235EB6">
            <w:pPr>
              <w:spacing w:line="276" w:lineRule="auto"/>
              <w:jc w:val="center"/>
              <w:rPr>
                <w:rFonts w:cs="Times New Roman"/>
                <w:b/>
              </w:rPr>
            </w:pPr>
            <w:r w:rsidRPr="00235EB6">
              <w:rPr>
                <w:rFonts w:cs="Times New Roman"/>
                <w:b/>
              </w:rPr>
              <w:t>28</w:t>
            </w:r>
          </w:p>
        </w:tc>
        <w:tc>
          <w:tcPr>
            <w:tcW w:w="629" w:type="dxa"/>
            <w:shd w:val="clear" w:color="auto" w:fill="FFFF32"/>
          </w:tcPr>
          <w:p w14:paraId="18124735" w14:textId="77777777" w:rsidR="00DE7E5C" w:rsidRPr="00235EB6" w:rsidRDefault="00DE7E5C" w:rsidP="00235EB6">
            <w:pPr>
              <w:spacing w:line="276" w:lineRule="auto"/>
              <w:jc w:val="center"/>
              <w:rPr>
                <w:rFonts w:cs="Times New Roman"/>
                <w:b/>
              </w:rPr>
            </w:pPr>
            <w:r w:rsidRPr="00235EB6">
              <w:rPr>
                <w:rFonts w:cs="Times New Roman"/>
                <w:b/>
              </w:rPr>
              <w:t>29</w:t>
            </w:r>
          </w:p>
        </w:tc>
        <w:tc>
          <w:tcPr>
            <w:tcW w:w="629" w:type="dxa"/>
            <w:shd w:val="clear" w:color="auto" w:fill="FFFF32"/>
          </w:tcPr>
          <w:p w14:paraId="10428324" w14:textId="77777777" w:rsidR="00DE7E5C" w:rsidRPr="00235EB6" w:rsidRDefault="00DE7E5C" w:rsidP="00235EB6">
            <w:pPr>
              <w:spacing w:line="276" w:lineRule="auto"/>
              <w:jc w:val="center"/>
              <w:rPr>
                <w:rFonts w:cs="Times New Roman"/>
                <w:b/>
              </w:rPr>
            </w:pPr>
            <w:r w:rsidRPr="00235EB6">
              <w:rPr>
                <w:rFonts w:cs="Times New Roman"/>
                <w:b/>
              </w:rPr>
              <w:t>30</w:t>
            </w:r>
          </w:p>
        </w:tc>
        <w:tc>
          <w:tcPr>
            <w:tcW w:w="629" w:type="dxa"/>
            <w:shd w:val="clear" w:color="auto" w:fill="FFFF32"/>
          </w:tcPr>
          <w:p w14:paraId="62ADA91C" w14:textId="77777777" w:rsidR="00DE7E5C" w:rsidRPr="00235EB6" w:rsidRDefault="00DE7E5C" w:rsidP="00235EB6">
            <w:pPr>
              <w:spacing w:line="276" w:lineRule="auto"/>
              <w:jc w:val="center"/>
              <w:rPr>
                <w:rFonts w:cs="Times New Roman"/>
                <w:b/>
              </w:rPr>
            </w:pPr>
            <w:r w:rsidRPr="00235EB6">
              <w:rPr>
                <w:rFonts w:cs="Times New Roman"/>
                <w:b/>
              </w:rPr>
              <w:t>31</w:t>
            </w:r>
          </w:p>
        </w:tc>
        <w:tc>
          <w:tcPr>
            <w:tcW w:w="629" w:type="dxa"/>
            <w:shd w:val="clear" w:color="auto" w:fill="FFFF32"/>
          </w:tcPr>
          <w:p w14:paraId="3B3D7761" w14:textId="77777777" w:rsidR="00DE7E5C" w:rsidRPr="00235EB6" w:rsidRDefault="00DE7E5C" w:rsidP="00235EB6">
            <w:pPr>
              <w:spacing w:line="276" w:lineRule="auto"/>
              <w:jc w:val="center"/>
              <w:rPr>
                <w:rFonts w:cs="Times New Roman"/>
                <w:b/>
              </w:rPr>
            </w:pPr>
            <w:r w:rsidRPr="00235EB6">
              <w:rPr>
                <w:rFonts w:cs="Times New Roman"/>
                <w:b/>
              </w:rPr>
              <w:t>32</w:t>
            </w:r>
          </w:p>
        </w:tc>
        <w:tc>
          <w:tcPr>
            <w:tcW w:w="629" w:type="dxa"/>
            <w:shd w:val="clear" w:color="auto" w:fill="FFFF32"/>
          </w:tcPr>
          <w:p w14:paraId="4019A6C5" w14:textId="77777777" w:rsidR="00DE7E5C" w:rsidRPr="00235EB6" w:rsidRDefault="00DE7E5C" w:rsidP="00235EB6">
            <w:pPr>
              <w:spacing w:line="276" w:lineRule="auto"/>
              <w:jc w:val="center"/>
              <w:rPr>
                <w:rFonts w:cs="Times New Roman"/>
                <w:b/>
              </w:rPr>
            </w:pPr>
            <w:r w:rsidRPr="00235EB6">
              <w:rPr>
                <w:rFonts w:cs="Times New Roman"/>
                <w:b/>
              </w:rPr>
              <w:t>33</w:t>
            </w:r>
          </w:p>
        </w:tc>
        <w:tc>
          <w:tcPr>
            <w:tcW w:w="629" w:type="dxa"/>
            <w:shd w:val="clear" w:color="auto" w:fill="FFFF32"/>
          </w:tcPr>
          <w:p w14:paraId="331FA7F0" w14:textId="77777777" w:rsidR="00DE7E5C" w:rsidRPr="00235EB6" w:rsidRDefault="00DE7E5C" w:rsidP="00235EB6">
            <w:pPr>
              <w:spacing w:line="276" w:lineRule="auto"/>
              <w:jc w:val="center"/>
              <w:rPr>
                <w:rFonts w:cs="Times New Roman"/>
                <w:b/>
              </w:rPr>
            </w:pPr>
            <w:r w:rsidRPr="00235EB6">
              <w:rPr>
                <w:rFonts w:cs="Times New Roman"/>
                <w:b/>
              </w:rPr>
              <w:t>34</w:t>
            </w:r>
          </w:p>
        </w:tc>
        <w:tc>
          <w:tcPr>
            <w:tcW w:w="629" w:type="dxa"/>
            <w:shd w:val="clear" w:color="auto" w:fill="FFFF32"/>
          </w:tcPr>
          <w:p w14:paraId="607A69E4" w14:textId="77777777" w:rsidR="00DE7E5C" w:rsidRPr="00235EB6" w:rsidRDefault="00DE7E5C" w:rsidP="00235EB6">
            <w:pPr>
              <w:spacing w:line="276" w:lineRule="auto"/>
              <w:jc w:val="center"/>
              <w:rPr>
                <w:rFonts w:cs="Times New Roman"/>
                <w:b/>
              </w:rPr>
            </w:pPr>
            <w:r w:rsidRPr="00235EB6">
              <w:rPr>
                <w:rFonts w:cs="Times New Roman"/>
                <w:b/>
              </w:rPr>
              <w:t>35</w:t>
            </w:r>
          </w:p>
        </w:tc>
        <w:tc>
          <w:tcPr>
            <w:tcW w:w="629" w:type="dxa"/>
            <w:shd w:val="clear" w:color="auto" w:fill="FFFF32"/>
          </w:tcPr>
          <w:p w14:paraId="533D4983" w14:textId="77777777" w:rsidR="00DE7E5C" w:rsidRPr="00235EB6" w:rsidRDefault="00DE7E5C" w:rsidP="00235EB6">
            <w:pPr>
              <w:spacing w:line="276" w:lineRule="auto"/>
              <w:jc w:val="center"/>
              <w:rPr>
                <w:rFonts w:cs="Times New Roman"/>
                <w:b/>
              </w:rPr>
            </w:pPr>
            <w:r w:rsidRPr="00235EB6">
              <w:rPr>
                <w:rFonts w:cs="Times New Roman"/>
                <w:b/>
              </w:rPr>
              <w:t>36</w:t>
            </w:r>
          </w:p>
        </w:tc>
      </w:tr>
      <w:tr w:rsidR="00DE7E5C" w:rsidRPr="00235EB6" w14:paraId="1F14F240" w14:textId="77777777" w:rsidTr="00235EB6">
        <w:tc>
          <w:tcPr>
            <w:tcW w:w="629" w:type="dxa"/>
          </w:tcPr>
          <w:p w14:paraId="59184EAB" w14:textId="77777777" w:rsidR="00DE7E5C" w:rsidRPr="00235EB6" w:rsidRDefault="00DE7E5C" w:rsidP="00235EB6">
            <w:pPr>
              <w:spacing w:line="276" w:lineRule="auto"/>
              <w:jc w:val="center"/>
              <w:rPr>
                <w:rFonts w:cs="Times New Roman"/>
                <w:b/>
              </w:rPr>
            </w:pPr>
            <w:r w:rsidRPr="00235EB6">
              <w:rPr>
                <w:rFonts w:cs="Times New Roman"/>
                <w:b/>
              </w:rPr>
              <w:t>B</w:t>
            </w:r>
          </w:p>
        </w:tc>
        <w:tc>
          <w:tcPr>
            <w:tcW w:w="629" w:type="dxa"/>
          </w:tcPr>
          <w:p w14:paraId="148ECA45" w14:textId="77777777" w:rsidR="00DE7E5C" w:rsidRPr="00235EB6" w:rsidRDefault="00DE7E5C" w:rsidP="00235EB6">
            <w:pPr>
              <w:spacing w:line="276" w:lineRule="auto"/>
              <w:jc w:val="center"/>
              <w:rPr>
                <w:rFonts w:cs="Times New Roman"/>
                <w:b/>
              </w:rPr>
            </w:pPr>
            <w:r w:rsidRPr="00235EB6">
              <w:rPr>
                <w:rFonts w:cs="Times New Roman"/>
                <w:b/>
              </w:rPr>
              <w:t>C</w:t>
            </w:r>
          </w:p>
        </w:tc>
        <w:tc>
          <w:tcPr>
            <w:tcW w:w="629" w:type="dxa"/>
          </w:tcPr>
          <w:p w14:paraId="44F26BDE" w14:textId="77777777" w:rsidR="00DE7E5C" w:rsidRPr="00235EB6" w:rsidRDefault="00DE7E5C" w:rsidP="00235EB6">
            <w:pPr>
              <w:spacing w:line="276" w:lineRule="auto"/>
              <w:jc w:val="center"/>
              <w:rPr>
                <w:rFonts w:cs="Times New Roman"/>
                <w:b/>
              </w:rPr>
            </w:pPr>
            <w:r w:rsidRPr="00235EB6">
              <w:rPr>
                <w:rFonts w:cs="Times New Roman"/>
                <w:b/>
              </w:rPr>
              <w:t>C</w:t>
            </w:r>
          </w:p>
        </w:tc>
        <w:tc>
          <w:tcPr>
            <w:tcW w:w="629" w:type="dxa"/>
          </w:tcPr>
          <w:p w14:paraId="23210355" w14:textId="77777777" w:rsidR="00DE7E5C" w:rsidRPr="00235EB6" w:rsidRDefault="00DE7E5C" w:rsidP="00235EB6">
            <w:pPr>
              <w:spacing w:line="276" w:lineRule="auto"/>
              <w:jc w:val="center"/>
              <w:rPr>
                <w:rFonts w:cs="Times New Roman"/>
                <w:b/>
              </w:rPr>
            </w:pPr>
            <w:r w:rsidRPr="00235EB6">
              <w:rPr>
                <w:rFonts w:cs="Times New Roman"/>
                <w:b/>
              </w:rPr>
              <w:t>D</w:t>
            </w:r>
          </w:p>
        </w:tc>
        <w:tc>
          <w:tcPr>
            <w:tcW w:w="629" w:type="dxa"/>
          </w:tcPr>
          <w:p w14:paraId="4489ABFF" w14:textId="77777777" w:rsidR="00DE7E5C" w:rsidRPr="00235EB6" w:rsidRDefault="00DE7E5C" w:rsidP="00235EB6">
            <w:pPr>
              <w:spacing w:line="276" w:lineRule="auto"/>
              <w:jc w:val="center"/>
              <w:rPr>
                <w:rFonts w:cs="Times New Roman"/>
                <w:b/>
              </w:rPr>
            </w:pPr>
            <w:r w:rsidRPr="00235EB6">
              <w:rPr>
                <w:rFonts w:cs="Times New Roman"/>
                <w:b/>
              </w:rPr>
              <w:t>A</w:t>
            </w:r>
          </w:p>
        </w:tc>
        <w:tc>
          <w:tcPr>
            <w:tcW w:w="629" w:type="dxa"/>
          </w:tcPr>
          <w:p w14:paraId="7098207D" w14:textId="77777777" w:rsidR="00DE7E5C" w:rsidRPr="00235EB6" w:rsidRDefault="00DE7E5C" w:rsidP="00235EB6">
            <w:pPr>
              <w:spacing w:line="276" w:lineRule="auto"/>
              <w:jc w:val="center"/>
              <w:rPr>
                <w:rFonts w:cs="Times New Roman"/>
                <w:b/>
              </w:rPr>
            </w:pPr>
            <w:r w:rsidRPr="00235EB6">
              <w:rPr>
                <w:rFonts w:cs="Times New Roman"/>
                <w:b/>
              </w:rPr>
              <w:t>C</w:t>
            </w:r>
          </w:p>
        </w:tc>
        <w:tc>
          <w:tcPr>
            <w:tcW w:w="629" w:type="dxa"/>
          </w:tcPr>
          <w:p w14:paraId="172346DC" w14:textId="77777777" w:rsidR="00DE7E5C" w:rsidRPr="00235EB6" w:rsidRDefault="00DE7E5C" w:rsidP="00235EB6">
            <w:pPr>
              <w:spacing w:line="276" w:lineRule="auto"/>
              <w:jc w:val="center"/>
              <w:rPr>
                <w:rFonts w:cs="Times New Roman"/>
                <w:b/>
              </w:rPr>
            </w:pPr>
            <w:r w:rsidRPr="00235EB6">
              <w:rPr>
                <w:rFonts w:cs="Times New Roman"/>
                <w:b/>
              </w:rPr>
              <w:t>B</w:t>
            </w:r>
          </w:p>
        </w:tc>
        <w:tc>
          <w:tcPr>
            <w:tcW w:w="629" w:type="dxa"/>
          </w:tcPr>
          <w:p w14:paraId="3F622BAE" w14:textId="77777777" w:rsidR="00DE7E5C" w:rsidRPr="00235EB6" w:rsidRDefault="00DE7E5C" w:rsidP="00235EB6">
            <w:pPr>
              <w:spacing w:line="276" w:lineRule="auto"/>
              <w:jc w:val="center"/>
              <w:rPr>
                <w:rFonts w:cs="Times New Roman"/>
                <w:b/>
              </w:rPr>
            </w:pPr>
            <w:r w:rsidRPr="00235EB6">
              <w:rPr>
                <w:rFonts w:cs="Times New Roman"/>
                <w:b/>
              </w:rPr>
              <w:t>C</w:t>
            </w:r>
          </w:p>
        </w:tc>
        <w:tc>
          <w:tcPr>
            <w:tcW w:w="629" w:type="dxa"/>
          </w:tcPr>
          <w:p w14:paraId="3432902C" w14:textId="77777777" w:rsidR="00DE7E5C" w:rsidRPr="00235EB6" w:rsidRDefault="00DE7E5C" w:rsidP="00235EB6">
            <w:pPr>
              <w:spacing w:line="276" w:lineRule="auto"/>
              <w:jc w:val="center"/>
              <w:rPr>
                <w:rFonts w:cs="Times New Roman"/>
                <w:b/>
              </w:rPr>
            </w:pPr>
            <w:r w:rsidRPr="00235EB6">
              <w:rPr>
                <w:rFonts w:cs="Times New Roman"/>
                <w:b/>
              </w:rPr>
              <w:t>A</w:t>
            </w:r>
          </w:p>
        </w:tc>
        <w:tc>
          <w:tcPr>
            <w:tcW w:w="629" w:type="dxa"/>
          </w:tcPr>
          <w:p w14:paraId="12D1B949" w14:textId="77777777" w:rsidR="00DE7E5C" w:rsidRPr="00235EB6" w:rsidRDefault="00DE7E5C" w:rsidP="00235EB6">
            <w:pPr>
              <w:spacing w:line="276" w:lineRule="auto"/>
              <w:jc w:val="center"/>
              <w:rPr>
                <w:rFonts w:cs="Times New Roman"/>
                <w:b/>
              </w:rPr>
            </w:pPr>
            <w:r w:rsidRPr="00235EB6">
              <w:rPr>
                <w:rFonts w:cs="Times New Roman"/>
                <w:b/>
              </w:rPr>
              <w:t>D</w:t>
            </w:r>
          </w:p>
        </w:tc>
        <w:tc>
          <w:tcPr>
            <w:tcW w:w="629" w:type="dxa"/>
          </w:tcPr>
          <w:p w14:paraId="12BDDC12" w14:textId="77777777" w:rsidR="00DE7E5C" w:rsidRPr="00235EB6" w:rsidRDefault="00DE7E5C" w:rsidP="00235EB6">
            <w:pPr>
              <w:spacing w:line="276" w:lineRule="auto"/>
              <w:jc w:val="center"/>
              <w:rPr>
                <w:rFonts w:cs="Times New Roman"/>
                <w:b/>
              </w:rPr>
            </w:pPr>
            <w:r w:rsidRPr="00235EB6">
              <w:rPr>
                <w:rFonts w:cs="Times New Roman"/>
                <w:b/>
              </w:rPr>
              <w:t>A</w:t>
            </w:r>
          </w:p>
        </w:tc>
        <w:tc>
          <w:tcPr>
            <w:tcW w:w="629" w:type="dxa"/>
          </w:tcPr>
          <w:p w14:paraId="18B05B02" w14:textId="77777777" w:rsidR="00DE7E5C" w:rsidRPr="00235EB6" w:rsidRDefault="00DE7E5C" w:rsidP="00235EB6">
            <w:pPr>
              <w:spacing w:line="276" w:lineRule="auto"/>
              <w:jc w:val="center"/>
              <w:rPr>
                <w:rFonts w:cs="Times New Roman"/>
                <w:b/>
              </w:rPr>
            </w:pPr>
            <w:r w:rsidRPr="00235EB6">
              <w:rPr>
                <w:rFonts w:cs="Times New Roman"/>
                <w:b/>
              </w:rPr>
              <w:t>A</w:t>
            </w:r>
          </w:p>
        </w:tc>
        <w:tc>
          <w:tcPr>
            <w:tcW w:w="629" w:type="dxa"/>
          </w:tcPr>
          <w:p w14:paraId="40A0259B" w14:textId="77777777" w:rsidR="00DE7E5C" w:rsidRPr="00235EB6" w:rsidRDefault="00DE7E5C" w:rsidP="00235EB6">
            <w:pPr>
              <w:spacing w:line="276" w:lineRule="auto"/>
              <w:jc w:val="center"/>
              <w:rPr>
                <w:rFonts w:cs="Times New Roman"/>
                <w:b/>
              </w:rPr>
            </w:pPr>
            <w:r w:rsidRPr="00235EB6">
              <w:rPr>
                <w:rFonts w:cs="Times New Roman"/>
                <w:b/>
              </w:rPr>
              <w:t>D</w:t>
            </w:r>
          </w:p>
        </w:tc>
        <w:tc>
          <w:tcPr>
            <w:tcW w:w="629" w:type="dxa"/>
          </w:tcPr>
          <w:p w14:paraId="5ACF88E5" w14:textId="77777777" w:rsidR="00DE7E5C" w:rsidRPr="00235EB6" w:rsidRDefault="00DE7E5C" w:rsidP="00235EB6">
            <w:pPr>
              <w:spacing w:line="276" w:lineRule="auto"/>
              <w:jc w:val="center"/>
              <w:rPr>
                <w:rFonts w:cs="Times New Roman"/>
                <w:b/>
              </w:rPr>
            </w:pPr>
            <w:r w:rsidRPr="00235EB6">
              <w:rPr>
                <w:rFonts w:cs="Times New Roman"/>
                <w:b/>
              </w:rPr>
              <w:t>B</w:t>
            </w:r>
          </w:p>
        </w:tc>
        <w:tc>
          <w:tcPr>
            <w:tcW w:w="629" w:type="dxa"/>
          </w:tcPr>
          <w:p w14:paraId="66C38E02" w14:textId="77777777" w:rsidR="00DE7E5C" w:rsidRPr="00235EB6" w:rsidRDefault="00DE7E5C" w:rsidP="00235EB6">
            <w:pPr>
              <w:spacing w:line="276" w:lineRule="auto"/>
              <w:jc w:val="center"/>
              <w:rPr>
                <w:rFonts w:cs="Times New Roman"/>
                <w:b/>
              </w:rPr>
            </w:pPr>
            <w:r w:rsidRPr="00235EB6">
              <w:rPr>
                <w:rFonts w:cs="Times New Roman"/>
                <w:b/>
              </w:rPr>
              <w:t>B</w:t>
            </w:r>
          </w:p>
        </w:tc>
        <w:tc>
          <w:tcPr>
            <w:tcW w:w="629" w:type="dxa"/>
          </w:tcPr>
          <w:p w14:paraId="772BD43D" w14:textId="77777777" w:rsidR="00DE7E5C" w:rsidRPr="00235EB6" w:rsidRDefault="00DE7E5C" w:rsidP="00235EB6">
            <w:pPr>
              <w:spacing w:line="276" w:lineRule="auto"/>
              <w:jc w:val="center"/>
              <w:rPr>
                <w:rFonts w:cs="Times New Roman"/>
                <w:b/>
              </w:rPr>
            </w:pPr>
            <w:r w:rsidRPr="00235EB6">
              <w:rPr>
                <w:rFonts w:cs="Times New Roman"/>
                <w:b/>
              </w:rPr>
              <w:t>D</w:t>
            </w:r>
          </w:p>
        </w:tc>
        <w:tc>
          <w:tcPr>
            <w:tcW w:w="629" w:type="dxa"/>
          </w:tcPr>
          <w:p w14:paraId="677A2F7B" w14:textId="77777777" w:rsidR="00DE7E5C" w:rsidRPr="00235EB6" w:rsidRDefault="00DE7E5C" w:rsidP="00235EB6">
            <w:pPr>
              <w:spacing w:line="276" w:lineRule="auto"/>
              <w:jc w:val="center"/>
              <w:rPr>
                <w:rFonts w:cs="Times New Roman"/>
                <w:b/>
              </w:rPr>
            </w:pPr>
            <w:r w:rsidRPr="00235EB6">
              <w:rPr>
                <w:rFonts w:cs="Times New Roman"/>
                <w:b/>
              </w:rPr>
              <w:t>B</w:t>
            </w:r>
          </w:p>
        </w:tc>
        <w:tc>
          <w:tcPr>
            <w:tcW w:w="629" w:type="dxa"/>
          </w:tcPr>
          <w:p w14:paraId="557C5D52" w14:textId="77777777" w:rsidR="00DE7E5C" w:rsidRPr="00235EB6" w:rsidRDefault="00DE7E5C" w:rsidP="00235EB6">
            <w:pPr>
              <w:spacing w:line="276" w:lineRule="auto"/>
              <w:jc w:val="center"/>
              <w:rPr>
                <w:rFonts w:cs="Times New Roman"/>
                <w:b/>
              </w:rPr>
            </w:pPr>
          </w:p>
        </w:tc>
      </w:tr>
    </w:tbl>
    <w:p w14:paraId="125F7C96" w14:textId="77777777" w:rsidR="00DE7E5C" w:rsidRPr="001A2DDE" w:rsidRDefault="00DE7E5C" w:rsidP="001A2DDE">
      <w:pPr>
        <w:ind w:left="992"/>
        <w:jc w:val="center"/>
        <w:rPr>
          <w:rFonts w:cs="Times New Roman"/>
          <w:b/>
        </w:rPr>
      </w:pPr>
      <w:r w:rsidRPr="001A2DDE">
        <w:rPr>
          <w:rFonts w:cs="Times New Roman"/>
          <w:b/>
        </w:rPr>
        <w:t>ĐỀ 4-11</w:t>
      </w:r>
    </w:p>
    <w:p w14:paraId="743B48A7" w14:textId="77777777" w:rsidR="00DE7E5C" w:rsidRPr="001A2DDE" w:rsidRDefault="00DE7E5C" w:rsidP="001A2DDE">
      <w:pPr>
        <w:ind w:left="992"/>
        <w:rPr>
          <w:rFonts w:cs="Times New Roman"/>
        </w:rPr>
      </w:pPr>
      <w:r w:rsidRPr="001A2DDE">
        <w:rPr>
          <w:rFonts w:cs="Times New Roman"/>
          <w:b/>
        </w:rPr>
        <w:t>Phần I: Trắc nghiệm</w:t>
      </w:r>
    </w:p>
    <w:p w14:paraId="215F176C"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w:t>
      </w:r>
      <w:r w:rsidRPr="001A2DDE">
        <w:rPr>
          <w:rFonts w:cs="Times New Roman"/>
          <w:b/>
          <w:color w:val="0000FF"/>
        </w:rPr>
        <w:tab/>
      </w:r>
      <w:r w:rsidRPr="001A2DDE">
        <w:rPr>
          <w:rFonts w:cs="Times New Roman"/>
        </w:rPr>
        <w:t>Trong các phương trình sau phương trình nào có nghiệm:</w:t>
      </w:r>
    </w:p>
    <w:p w14:paraId="58123B50"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6"/>
        </w:rPr>
        <w:object w:dxaOrig="1960" w:dyaOrig="320" w14:anchorId="50384AC2">
          <v:shape id="_x0000_i1654" type="#_x0000_t75" style="width:97.8pt;height:16.2pt" o:ole="">
            <v:imagedata r:id="rId1160" o:title=""/>
          </v:shape>
          <o:OLEObject Type="Embed" ProgID="Equation.DSMT4" ShapeID="_x0000_i1654" DrawAspect="Content" ObjectID="_1699918390" r:id="rId1161"/>
        </w:object>
      </w:r>
      <w:r w:rsidRPr="001A2DDE">
        <w:rPr>
          <w:rFonts w:cs="Times New Roman"/>
        </w:rPr>
        <w:t>.</w:t>
      </w:r>
      <w:r w:rsidRPr="001A2DDE">
        <w:rPr>
          <w:rFonts w:cs="Times New Roman"/>
        </w:rPr>
        <w:tab/>
      </w:r>
      <w:r>
        <w:rPr>
          <w:rFonts w:cs="Times New Roman"/>
        </w:rPr>
        <w:tab/>
      </w:r>
      <w:r w:rsidRPr="001A2DDE">
        <w:rPr>
          <w:rFonts w:cs="Times New Roman"/>
          <w:b/>
          <w:color w:val="0000FF"/>
        </w:rPr>
        <w:t xml:space="preserve">B. </w:t>
      </w:r>
      <w:r w:rsidRPr="001A2DDE">
        <w:rPr>
          <w:rFonts w:cs="Times New Roman"/>
          <w:position w:val="-8"/>
        </w:rPr>
        <w:object w:dxaOrig="1200" w:dyaOrig="360" w14:anchorId="1A98E65F">
          <v:shape id="_x0000_i1655" type="#_x0000_t75" style="width:60pt;height:18pt" o:ole="">
            <v:imagedata r:id="rId1162" o:title=""/>
          </v:shape>
          <o:OLEObject Type="Embed" ProgID="Equation.DSMT4" ShapeID="_x0000_i1655" DrawAspect="Content" ObjectID="_1699918391" r:id="rId1163"/>
        </w:object>
      </w:r>
      <w:r w:rsidRPr="001A2DDE">
        <w:rPr>
          <w:rFonts w:cs="Times New Roman"/>
        </w:rPr>
        <w:t>.</w:t>
      </w:r>
    </w:p>
    <w:p w14:paraId="4E7A44ED"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24"/>
        </w:rPr>
        <w:object w:dxaOrig="1260" w:dyaOrig="620" w14:anchorId="76CA8195">
          <v:shape id="_x0000_i1656" type="#_x0000_t75" style="width:63pt;height:31.2pt" o:ole="">
            <v:imagedata r:id="rId1164" o:title=""/>
          </v:shape>
          <o:OLEObject Type="Embed" ProgID="Equation.DSMT4" ShapeID="_x0000_i1656" DrawAspect="Content" ObjectID="_1699918392" r:id="rId1165"/>
        </w:object>
      </w:r>
      <w:r w:rsidRPr="001A2DDE">
        <w:rPr>
          <w:rFonts w:cs="Times New Roman"/>
        </w:rPr>
        <w:t>.</w:t>
      </w:r>
      <w:r w:rsidRPr="001A2DDE">
        <w:rPr>
          <w:rFonts w:cs="Times New Roman"/>
        </w:rPr>
        <w:tab/>
      </w:r>
      <w:r>
        <w:rPr>
          <w:rFonts w:cs="Times New Roman"/>
        </w:rPr>
        <w:tab/>
      </w:r>
      <w:r w:rsidRPr="001A2DDE">
        <w:rPr>
          <w:rFonts w:cs="Times New Roman"/>
          <w:b/>
          <w:color w:val="0000FF"/>
        </w:rPr>
        <w:t xml:space="preserve">D. </w:t>
      </w:r>
      <w:r w:rsidRPr="001A2DDE">
        <w:rPr>
          <w:rFonts w:cs="Times New Roman"/>
          <w:position w:val="-6"/>
        </w:rPr>
        <w:object w:dxaOrig="1840" w:dyaOrig="279" w14:anchorId="51DA1E60">
          <v:shape id="_x0000_i1657" type="#_x0000_t75" style="width:91.8pt;height:13.8pt" o:ole="">
            <v:imagedata r:id="rId1166" o:title=""/>
          </v:shape>
          <o:OLEObject Type="Embed" ProgID="Equation.DSMT4" ShapeID="_x0000_i1657" DrawAspect="Content" ObjectID="_1699918393" r:id="rId1167"/>
        </w:object>
      </w:r>
      <w:r w:rsidRPr="001A2DDE">
        <w:rPr>
          <w:rFonts w:cs="Times New Roman"/>
        </w:rPr>
        <w:t>.</w:t>
      </w:r>
    </w:p>
    <w:p w14:paraId="43B32245"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w:t>
      </w:r>
      <w:r w:rsidRPr="001A2DDE">
        <w:rPr>
          <w:rFonts w:cs="Times New Roman"/>
          <w:b/>
          <w:color w:val="0000FF"/>
        </w:rPr>
        <w:tab/>
      </w:r>
      <w:r w:rsidRPr="001A2DDE">
        <w:rPr>
          <w:rFonts w:cs="Times New Roman"/>
        </w:rPr>
        <w:t xml:space="preserve">Tập xác định của hàm số </w:t>
      </w:r>
      <w:r w:rsidRPr="001A2DDE">
        <w:rPr>
          <w:position w:val="-10"/>
        </w:rPr>
        <w:object w:dxaOrig="1400" w:dyaOrig="380" w14:anchorId="37CC1C6C">
          <v:shape id="_x0000_i1658" type="#_x0000_t75" style="width:70.2pt;height:19.2pt" o:ole="">
            <v:imagedata r:id="rId1168" o:title=""/>
          </v:shape>
          <o:OLEObject Type="Embed" ProgID="Equation.DSMT4" ShapeID="_x0000_i1658" DrawAspect="Content" ObjectID="_1699918394" r:id="rId1169"/>
        </w:object>
      </w:r>
      <w:r w:rsidRPr="001A2DDE">
        <w:rPr>
          <w:rFonts w:cs="Times New Roman"/>
        </w:rPr>
        <w:t xml:space="preserve"> là:</w:t>
      </w:r>
    </w:p>
    <w:p w14:paraId="4A3699AA"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28"/>
        </w:rPr>
        <w:object w:dxaOrig="1780" w:dyaOrig="680" w14:anchorId="2C6B2304">
          <v:shape id="_x0000_i1659" type="#_x0000_t75" style="width:88.8pt;height:34.2pt" o:ole="">
            <v:imagedata r:id="rId1170" o:title=""/>
          </v:shape>
          <o:OLEObject Type="Embed" ProgID="Equation.DSMT4" ShapeID="_x0000_i1659" DrawAspect="Content" ObjectID="_1699918395" r:id="rId1171"/>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4"/>
        </w:rPr>
        <w:object w:dxaOrig="260" w:dyaOrig="260" w14:anchorId="252B2ABE">
          <v:shape id="_x0000_i1660" type="#_x0000_t75" style="width:13.2pt;height:13.2pt" o:ole="">
            <v:imagedata r:id="rId1172" o:title=""/>
          </v:shape>
          <o:OLEObject Type="Embed" ProgID="Equation.DSMT4" ShapeID="_x0000_i1660" DrawAspect="Content" ObjectID="_1699918396" r:id="rId1173"/>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10"/>
        </w:rPr>
        <w:object w:dxaOrig="1300" w:dyaOrig="320" w14:anchorId="04139025">
          <v:shape id="_x0000_i1661" type="#_x0000_t75" style="width:64.8pt;height:16.2pt" o:ole="">
            <v:imagedata r:id="rId1174" o:title=""/>
          </v:shape>
          <o:OLEObject Type="Embed" ProgID="Equation.DSMT4" ShapeID="_x0000_i1661" DrawAspect="Content" ObjectID="_1699918397" r:id="rId1175"/>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1180" w:dyaOrig="320" w14:anchorId="7D8D9C1A">
          <v:shape id="_x0000_i1662" type="#_x0000_t75" style="width:58.8pt;height:16.2pt" o:ole="">
            <v:imagedata r:id="rId1176" o:title=""/>
          </v:shape>
          <o:OLEObject Type="Embed" ProgID="Equation.DSMT4" ShapeID="_x0000_i1662" DrawAspect="Content" ObjectID="_1699918398" r:id="rId1177"/>
        </w:object>
      </w:r>
      <w:r w:rsidRPr="001A2DDE">
        <w:rPr>
          <w:rFonts w:cs="Times New Roman"/>
        </w:rPr>
        <w:t>.</w:t>
      </w:r>
    </w:p>
    <w:p w14:paraId="2BB1FE7A"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3:</w:t>
      </w:r>
      <w:r w:rsidRPr="001A2DDE">
        <w:rPr>
          <w:rFonts w:cs="Times New Roman"/>
          <w:b/>
          <w:color w:val="0000FF"/>
        </w:rPr>
        <w:tab/>
      </w:r>
      <w:r w:rsidRPr="001A2DDE">
        <w:rPr>
          <w:rFonts w:cs="Times New Roman"/>
        </w:rPr>
        <w:t>Trong các hàm số sau, hàm số nào là hàm số chẵn:</w:t>
      </w:r>
    </w:p>
    <w:p w14:paraId="667C617D"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2600" w:dyaOrig="320" w14:anchorId="3CAA8848">
          <v:shape id="_x0000_i1663" type="#_x0000_t75" style="width:130.2pt;height:16.2pt" o:ole="">
            <v:imagedata r:id="rId1178" o:title=""/>
          </v:shape>
          <o:OLEObject Type="Embed" ProgID="Equation.DSMT4" ShapeID="_x0000_i1663" DrawAspect="Content" ObjectID="_1699918399" r:id="rId1179"/>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10"/>
        </w:rPr>
        <w:object w:dxaOrig="2540" w:dyaOrig="320" w14:anchorId="753B0F4A">
          <v:shape id="_x0000_i1664" type="#_x0000_t75" style="width:127.2pt;height:16.2pt" o:ole="">
            <v:imagedata r:id="rId1180" o:title=""/>
          </v:shape>
          <o:OLEObject Type="Embed" ProgID="Equation.DSMT4" ShapeID="_x0000_i1664" DrawAspect="Content" ObjectID="_1699918400" r:id="rId1181"/>
        </w:object>
      </w:r>
      <w:r w:rsidRPr="001A2DDE">
        <w:rPr>
          <w:rFonts w:cs="Times New Roman"/>
        </w:rPr>
        <w:t>.</w:t>
      </w:r>
    </w:p>
    <w:p w14:paraId="4CB4EA13"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10"/>
        </w:rPr>
        <w:object w:dxaOrig="2540" w:dyaOrig="320" w14:anchorId="75C6819E">
          <v:shape id="_x0000_i1665" type="#_x0000_t75" style="width:127.2pt;height:16.2pt" o:ole="">
            <v:imagedata r:id="rId1182" o:title=""/>
          </v:shape>
          <o:OLEObject Type="Embed" ProgID="Equation.DSMT4" ShapeID="_x0000_i1665" DrawAspect="Content" ObjectID="_1699918401" r:id="rId1183"/>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2740" w:dyaOrig="320" w14:anchorId="5B676E6D">
          <v:shape id="_x0000_i1666" type="#_x0000_t75" style="width:136.8pt;height:16.2pt" o:ole="">
            <v:imagedata r:id="rId1184" o:title=""/>
          </v:shape>
          <o:OLEObject Type="Embed" ProgID="Equation.DSMT4" ShapeID="_x0000_i1666" DrawAspect="Content" ObjectID="_1699918402" r:id="rId1185"/>
        </w:object>
      </w:r>
      <w:r w:rsidRPr="001A2DDE">
        <w:rPr>
          <w:rFonts w:cs="Times New Roman"/>
        </w:rPr>
        <w:t>.</w:t>
      </w:r>
    </w:p>
    <w:p w14:paraId="5384C9CC"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4:</w:t>
      </w:r>
      <w:r w:rsidRPr="001A2DDE">
        <w:rPr>
          <w:rFonts w:cs="Times New Roman"/>
          <w:b/>
          <w:color w:val="0000FF"/>
        </w:rPr>
        <w:tab/>
      </w:r>
      <w:r w:rsidRPr="001A2DDE">
        <w:rPr>
          <w:rFonts w:cs="Times New Roman"/>
        </w:rPr>
        <w:t>Gieo hai con súc sắc. Xác suất để số chấm xuất hiện trến hai con súc sắc như nhau là</w:t>
      </w:r>
    </w:p>
    <w:p w14:paraId="283E6A5B"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24"/>
        </w:rPr>
        <w:object w:dxaOrig="220" w:dyaOrig="620" w14:anchorId="2A043852">
          <v:shape id="_x0000_i1667" type="#_x0000_t75" style="width:10.8pt;height:31.2pt" o:ole="">
            <v:imagedata r:id="rId1186" o:title=""/>
          </v:shape>
          <o:OLEObject Type="Embed" ProgID="Equation.DSMT4" ShapeID="_x0000_i1667" DrawAspect="Content" ObjectID="_1699918403" r:id="rId1187"/>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24"/>
        </w:rPr>
        <w:object w:dxaOrig="320" w:dyaOrig="620" w14:anchorId="7EF16AC4">
          <v:shape id="_x0000_i1668" type="#_x0000_t75" style="width:16.2pt;height:31.2pt" o:ole="">
            <v:imagedata r:id="rId1188" o:title=""/>
          </v:shape>
          <o:OLEObject Type="Embed" ProgID="Equation.DSMT4" ShapeID="_x0000_i1668" DrawAspect="Content" ObjectID="_1699918404" r:id="rId1189"/>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24"/>
        </w:rPr>
        <w:object w:dxaOrig="240" w:dyaOrig="620" w14:anchorId="0E99DE43">
          <v:shape id="_x0000_i1669" type="#_x0000_t75" style="width:12pt;height:31.2pt" o:ole="">
            <v:imagedata r:id="rId1190" o:title=""/>
          </v:shape>
          <o:OLEObject Type="Embed" ProgID="Equation.DSMT4" ShapeID="_x0000_i1669" DrawAspect="Content" ObjectID="_1699918405" r:id="rId1191"/>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24"/>
        </w:rPr>
        <w:object w:dxaOrig="340" w:dyaOrig="620" w14:anchorId="3FF069F6">
          <v:shape id="_x0000_i1670" type="#_x0000_t75" style="width:16.8pt;height:31.2pt" o:ole="">
            <v:imagedata r:id="rId1192" o:title=""/>
          </v:shape>
          <o:OLEObject Type="Embed" ProgID="Equation.DSMT4" ShapeID="_x0000_i1670" DrawAspect="Content" ObjectID="_1699918406" r:id="rId1193"/>
        </w:object>
      </w:r>
      <w:r w:rsidRPr="001A2DDE">
        <w:rPr>
          <w:rFonts w:cs="Times New Roman"/>
        </w:rPr>
        <w:t>.</w:t>
      </w:r>
    </w:p>
    <w:p w14:paraId="7D82F754"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5:</w:t>
      </w:r>
      <w:r w:rsidRPr="001A2DDE">
        <w:rPr>
          <w:rFonts w:cs="Times New Roman"/>
          <w:b/>
          <w:color w:val="0000FF"/>
        </w:rPr>
        <w:tab/>
      </w:r>
      <w:r w:rsidRPr="001A2DDE">
        <w:rPr>
          <w:rFonts w:cs="Times New Roman"/>
        </w:rPr>
        <w:t xml:space="preserve">Gọi </w:t>
      </w:r>
      <w:r w:rsidRPr="001A2DDE">
        <w:rPr>
          <w:position w:val="-6"/>
        </w:rPr>
        <w:object w:dxaOrig="260" w:dyaOrig="279" w14:anchorId="051DCFFF">
          <v:shape id="_x0000_i1671" type="#_x0000_t75" style="width:13.2pt;height:13.8pt" o:ole="">
            <v:imagedata r:id="rId1194" o:title=""/>
          </v:shape>
          <o:OLEObject Type="Embed" ProgID="Equation.DSMT4" ShapeID="_x0000_i1671" DrawAspect="Content" ObjectID="_1699918407" r:id="rId1195"/>
        </w:object>
      </w:r>
      <w:r w:rsidRPr="001A2DDE">
        <w:rPr>
          <w:rFonts w:cs="Times New Roman"/>
        </w:rPr>
        <w:t xml:space="preserve"> là trọng tâm tử diện </w:t>
      </w:r>
      <w:r w:rsidRPr="001A2DDE">
        <w:rPr>
          <w:position w:val="-6"/>
        </w:rPr>
        <w:object w:dxaOrig="720" w:dyaOrig="279" w14:anchorId="63C12401">
          <v:shape id="_x0000_i1672" type="#_x0000_t75" style="width:36pt;height:13.8pt" o:ole="">
            <v:imagedata r:id="rId1196" o:title=""/>
          </v:shape>
          <o:OLEObject Type="Embed" ProgID="Equation.DSMT4" ShapeID="_x0000_i1672" DrawAspect="Content" ObjectID="_1699918408" r:id="rId1197"/>
        </w:object>
      </w:r>
      <w:r w:rsidRPr="001A2DDE">
        <w:rPr>
          <w:rFonts w:cs="Times New Roman"/>
        </w:rPr>
        <w:t xml:space="preserve">. Gọi </w:t>
      </w:r>
      <w:r w:rsidRPr="001A2DDE">
        <w:rPr>
          <w:position w:val="-4"/>
        </w:rPr>
        <w:object w:dxaOrig="279" w:dyaOrig="260" w14:anchorId="038F2750">
          <v:shape id="_x0000_i1673" type="#_x0000_t75" style="width:13.8pt;height:13.2pt" o:ole="">
            <v:imagedata r:id="rId1198" o:title=""/>
          </v:shape>
          <o:OLEObject Type="Embed" ProgID="Equation.DSMT4" ShapeID="_x0000_i1673" DrawAspect="Content" ObjectID="_1699918409" r:id="rId1199"/>
        </w:object>
      </w:r>
      <w:r w:rsidRPr="001A2DDE">
        <w:rPr>
          <w:rFonts w:cs="Times New Roman"/>
        </w:rPr>
        <w:t xml:space="preserve"> là trọng tâm tam giác </w:t>
      </w:r>
      <w:r w:rsidRPr="001A2DDE">
        <w:rPr>
          <w:position w:val="-6"/>
        </w:rPr>
        <w:object w:dxaOrig="560" w:dyaOrig="279" w14:anchorId="25E3DF96">
          <v:shape id="_x0000_i1674" type="#_x0000_t75" style="width:28.2pt;height:13.8pt" o:ole="">
            <v:imagedata r:id="rId1200" o:title=""/>
          </v:shape>
          <o:OLEObject Type="Embed" ProgID="Equation.DSMT4" ShapeID="_x0000_i1674" DrawAspect="Content" ObjectID="_1699918410" r:id="rId1201"/>
        </w:object>
      </w:r>
      <w:r w:rsidRPr="001A2DDE">
        <w:rPr>
          <w:rFonts w:cs="Times New Roman"/>
        </w:rPr>
        <w:t xml:space="preserve">. Tỉ số </w:t>
      </w:r>
      <w:r w:rsidRPr="001A2DDE">
        <w:rPr>
          <w:position w:val="-24"/>
        </w:rPr>
        <w:object w:dxaOrig="480" w:dyaOrig="620" w14:anchorId="320547D2">
          <v:shape id="_x0000_i1675" type="#_x0000_t75" style="width:24pt;height:31.2pt" o:ole="">
            <v:imagedata r:id="rId1202" o:title=""/>
          </v:shape>
          <o:OLEObject Type="Embed" ProgID="Equation.DSMT4" ShapeID="_x0000_i1675" DrawAspect="Content" ObjectID="_1699918411" r:id="rId1203"/>
        </w:object>
      </w:r>
      <w:r w:rsidRPr="001A2DDE">
        <w:rPr>
          <w:rFonts w:cs="Times New Roman"/>
        </w:rPr>
        <w:t xml:space="preserve"> bằng</w:t>
      </w:r>
    </w:p>
    <w:p w14:paraId="24573C4A"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3.</w:t>
      </w:r>
      <w:r w:rsidRPr="001A2DDE">
        <w:rPr>
          <w:rFonts w:cs="Times New Roman"/>
        </w:rPr>
        <w:tab/>
      </w:r>
      <w:r w:rsidRPr="001A2DDE">
        <w:rPr>
          <w:rFonts w:cs="Times New Roman"/>
          <w:b/>
          <w:color w:val="0000FF"/>
        </w:rPr>
        <w:t xml:space="preserve">B. </w:t>
      </w:r>
      <w:r w:rsidRPr="001A2DDE">
        <w:rPr>
          <w:rFonts w:cs="Times New Roman"/>
          <w:position w:val="-24"/>
        </w:rPr>
        <w:object w:dxaOrig="240" w:dyaOrig="620" w14:anchorId="0FA12453">
          <v:shape id="_x0000_i1676" type="#_x0000_t75" style="width:12pt;height:31.2pt" o:ole="">
            <v:imagedata r:id="rId1204" o:title=""/>
          </v:shape>
          <o:OLEObject Type="Embed" ProgID="Equation.DSMT4" ShapeID="_x0000_i1676" DrawAspect="Content" ObjectID="_1699918412" r:id="rId1205"/>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rPr>
        <w:t>2.</w:t>
      </w:r>
      <w:r w:rsidRPr="001A2DDE">
        <w:rPr>
          <w:rFonts w:cs="Times New Roman"/>
        </w:rPr>
        <w:tab/>
      </w:r>
      <w:r w:rsidRPr="001A2DDE">
        <w:rPr>
          <w:rFonts w:cs="Times New Roman"/>
          <w:b/>
          <w:color w:val="0000FF"/>
        </w:rPr>
        <w:t xml:space="preserve">D. </w:t>
      </w:r>
      <w:r w:rsidRPr="001A2DDE">
        <w:rPr>
          <w:rFonts w:cs="Times New Roman"/>
          <w:position w:val="-24"/>
        </w:rPr>
        <w:object w:dxaOrig="220" w:dyaOrig="620" w14:anchorId="33FB403F">
          <v:shape id="_x0000_i1677" type="#_x0000_t75" style="width:10.8pt;height:31.2pt" o:ole="">
            <v:imagedata r:id="rId1206" o:title=""/>
          </v:shape>
          <o:OLEObject Type="Embed" ProgID="Equation.DSMT4" ShapeID="_x0000_i1677" DrawAspect="Content" ObjectID="_1699918413" r:id="rId1207"/>
        </w:object>
      </w:r>
      <w:r w:rsidRPr="001A2DDE">
        <w:rPr>
          <w:rFonts w:cs="Times New Roman"/>
        </w:rPr>
        <w:t>.</w:t>
      </w:r>
    </w:p>
    <w:p w14:paraId="41B0B694"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6:</w:t>
      </w:r>
      <w:r w:rsidRPr="001A2DDE">
        <w:rPr>
          <w:rFonts w:cs="Times New Roman"/>
          <w:b/>
          <w:color w:val="0000FF"/>
        </w:rPr>
        <w:tab/>
      </w:r>
      <w:r w:rsidRPr="001A2DDE">
        <w:rPr>
          <w:rFonts w:cs="Times New Roman"/>
        </w:rPr>
        <w:t xml:space="preserve">Phép quay </w:t>
      </w:r>
      <w:r w:rsidRPr="001A2DDE">
        <w:rPr>
          <w:position w:val="-14"/>
        </w:rPr>
        <w:object w:dxaOrig="580" w:dyaOrig="380" w14:anchorId="48DC7E4A">
          <v:shape id="_x0000_i1678" type="#_x0000_t75" style="width:28.8pt;height:19.2pt" o:ole="">
            <v:imagedata r:id="rId1208" o:title=""/>
          </v:shape>
          <o:OLEObject Type="Embed" ProgID="Equation.DSMT4" ShapeID="_x0000_i1678" DrawAspect="Content" ObjectID="_1699918414" r:id="rId1209"/>
        </w:object>
      </w:r>
      <w:r w:rsidRPr="001A2DDE">
        <w:rPr>
          <w:rFonts w:cs="Times New Roman"/>
        </w:rPr>
        <w:t xml:space="preserve"> biến điểm </w:t>
      </w:r>
      <w:r w:rsidRPr="001A2DDE">
        <w:rPr>
          <w:position w:val="-4"/>
        </w:rPr>
        <w:object w:dxaOrig="320" w:dyaOrig="260" w14:anchorId="4DE5A8B6">
          <v:shape id="_x0000_i1679" type="#_x0000_t75" style="width:16.2pt;height:13.2pt" o:ole="">
            <v:imagedata r:id="rId1210" o:title=""/>
          </v:shape>
          <o:OLEObject Type="Embed" ProgID="Equation.DSMT4" ShapeID="_x0000_i1679" DrawAspect="Content" ObjectID="_1699918415" r:id="rId1211"/>
        </w:object>
      </w:r>
      <w:r w:rsidRPr="001A2DDE">
        <w:rPr>
          <w:rFonts w:cs="Times New Roman"/>
        </w:rPr>
        <w:t xml:space="preserve"> thành điểm </w:t>
      </w:r>
      <w:r w:rsidRPr="001A2DDE">
        <w:rPr>
          <w:position w:val="-4"/>
        </w:rPr>
        <w:object w:dxaOrig="380" w:dyaOrig="260" w14:anchorId="7E86210F">
          <v:shape id="_x0000_i1680" type="#_x0000_t75" style="width:19.2pt;height:13.2pt" o:ole="">
            <v:imagedata r:id="rId1212" o:title=""/>
          </v:shape>
          <o:OLEObject Type="Embed" ProgID="Equation.DSMT4" ShapeID="_x0000_i1680" DrawAspect="Content" ObjectID="_1699918416" r:id="rId1213"/>
        </w:object>
      </w:r>
      <w:r w:rsidRPr="001A2DDE">
        <w:rPr>
          <w:rFonts w:cs="Times New Roman"/>
        </w:rPr>
        <w:t>. Khi đó</w:t>
      </w:r>
    </w:p>
    <w:p w14:paraId="3359217C"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6"/>
        </w:rPr>
        <w:object w:dxaOrig="1180" w:dyaOrig="340" w14:anchorId="7AAF3F92">
          <v:shape id="_x0000_i1681" type="#_x0000_t75" style="width:58.8pt;height:16.8pt" o:ole="">
            <v:imagedata r:id="rId1214" o:title=""/>
          </v:shape>
          <o:OLEObject Type="Embed" ProgID="Equation.DSMT4" ShapeID="_x0000_i1681" DrawAspect="Content" ObjectID="_1699918417" r:id="rId1215"/>
        </w:object>
      </w:r>
      <w:r w:rsidRPr="001A2DDE">
        <w:rPr>
          <w:rFonts w:cs="Times New Roman"/>
        </w:rPr>
        <w:t xml:space="preserve"> yà </w:t>
      </w:r>
      <w:r w:rsidRPr="001A2DDE">
        <w:rPr>
          <w:rFonts w:cs="Times New Roman"/>
          <w:position w:val="-10"/>
        </w:rPr>
        <w:object w:dxaOrig="1120" w:dyaOrig="400" w14:anchorId="3026BF72">
          <v:shape id="_x0000_i1682" type="#_x0000_t75" style="width:55.8pt;height:19.8pt" o:ole="">
            <v:imagedata r:id="rId1216" o:title=""/>
          </v:shape>
          <o:OLEObject Type="Embed" ProgID="Equation.DSMT4" ShapeID="_x0000_i1682" DrawAspect="Content" ObjectID="_1699918418" r:id="rId1217"/>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6"/>
        </w:rPr>
        <w:object w:dxaOrig="1180" w:dyaOrig="340" w14:anchorId="598B588C">
          <v:shape id="_x0000_i1683" type="#_x0000_t75" style="width:58.8pt;height:16.8pt" o:ole="">
            <v:imagedata r:id="rId1218" o:title=""/>
          </v:shape>
          <o:OLEObject Type="Embed" ProgID="Equation.DSMT4" ShapeID="_x0000_i1683" DrawAspect="Content" ObjectID="_1699918419" r:id="rId1219"/>
        </w:object>
      </w:r>
      <w:r w:rsidRPr="001A2DDE">
        <w:rPr>
          <w:rFonts w:cs="Times New Roman"/>
        </w:rPr>
        <w:t xml:space="preserve"> và </w:t>
      </w:r>
      <w:r w:rsidRPr="001A2DDE">
        <w:rPr>
          <w:rFonts w:cs="Times New Roman"/>
          <w:position w:val="-14"/>
        </w:rPr>
        <w:object w:dxaOrig="1600" w:dyaOrig="400" w14:anchorId="51D0CE6C">
          <v:shape id="_x0000_i1684" type="#_x0000_t75" style="width:79.8pt;height:19.8pt" o:ole="">
            <v:imagedata r:id="rId1220" o:title=""/>
          </v:shape>
          <o:OLEObject Type="Embed" ProgID="Equation.DSMT4" ShapeID="_x0000_i1684" DrawAspect="Content" ObjectID="_1699918420" r:id="rId1221"/>
        </w:object>
      </w:r>
      <w:r w:rsidRPr="001A2DDE">
        <w:rPr>
          <w:rFonts w:cs="Times New Roman"/>
        </w:rPr>
        <w:t>.</w:t>
      </w:r>
    </w:p>
    <w:p w14:paraId="7D666417"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6"/>
        </w:rPr>
        <w:object w:dxaOrig="1180" w:dyaOrig="279" w14:anchorId="528BDDB9">
          <v:shape id="_x0000_i1685" type="#_x0000_t75" style="width:58.8pt;height:13.8pt" o:ole="">
            <v:imagedata r:id="rId1222" o:title=""/>
          </v:shape>
          <o:OLEObject Type="Embed" ProgID="Equation.DSMT4" ShapeID="_x0000_i1685" DrawAspect="Content" ObjectID="_1699918421" r:id="rId1223"/>
        </w:object>
      </w:r>
      <w:r w:rsidRPr="001A2DDE">
        <w:rPr>
          <w:rFonts w:cs="Times New Roman"/>
        </w:rPr>
        <w:t xml:space="preserve"> yá </w:t>
      </w:r>
      <w:r w:rsidRPr="001A2DDE">
        <w:rPr>
          <w:rFonts w:cs="Times New Roman"/>
          <w:position w:val="-14"/>
        </w:rPr>
        <w:object w:dxaOrig="1600" w:dyaOrig="400" w14:anchorId="5AC5EFE7">
          <v:shape id="_x0000_i1686" type="#_x0000_t75" style="width:79.8pt;height:19.8pt" o:ole="">
            <v:imagedata r:id="rId1224" o:title=""/>
          </v:shape>
          <o:OLEObject Type="Embed" ProgID="Equation.DSMT4" ShapeID="_x0000_i1686" DrawAspect="Content" ObjectID="_1699918422" r:id="rId1225"/>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6"/>
        </w:rPr>
        <w:object w:dxaOrig="1180" w:dyaOrig="279" w14:anchorId="769147C2">
          <v:shape id="_x0000_i1687" type="#_x0000_t75" style="width:58.8pt;height:13.8pt" o:ole="">
            <v:imagedata r:id="rId1226" o:title=""/>
          </v:shape>
          <o:OLEObject Type="Embed" ProgID="Equation.DSMT4" ShapeID="_x0000_i1687" DrawAspect="Content" ObjectID="_1699918423" r:id="rId1227"/>
        </w:object>
      </w:r>
      <w:r w:rsidRPr="001A2DDE">
        <w:rPr>
          <w:rFonts w:cs="Times New Roman"/>
        </w:rPr>
        <w:t xml:space="preserve"> và </w:t>
      </w:r>
      <w:r w:rsidRPr="001A2DDE">
        <w:rPr>
          <w:rFonts w:cs="Times New Roman"/>
          <w:position w:val="-10"/>
        </w:rPr>
        <w:object w:dxaOrig="1120" w:dyaOrig="400" w14:anchorId="3E7ACB52">
          <v:shape id="_x0000_i1688" type="#_x0000_t75" style="width:55.8pt;height:19.8pt" o:ole="">
            <v:imagedata r:id="rId1228" o:title=""/>
          </v:shape>
          <o:OLEObject Type="Embed" ProgID="Equation.DSMT4" ShapeID="_x0000_i1688" DrawAspect="Content" ObjectID="_1699918424" r:id="rId1229"/>
        </w:object>
      </w:r>
      <w:r w:rsidRPr="001A2DDE">
        <w:rPr>
          <w:rFonts w:cs="Times New Roman"/>
        </w:rPr>
        <w:t>.</w:t>
      </w:r>
    </w:p>
    <w:p w14:paraId="5C1AC296"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7:</w:t>
      </w:r>
      <w:r w:rsidRPr="001A2DDE">
        <w:rPr>
          <w:rFonts w:cs="Times New Roman"/>
          <w:b/>
          <w:color w:val="0000FF"/>
        </w:rPr>
        <w:tab/>
      </w:r>
      <w:r w:rsidRPr="001A2DDE">
        <w:rPr>
          <w:rFonts w:cs="Times New Roman"/>
        </w:rPr>
        <w:t xml:space="preserve">Chô tứ diện </w:t>
      </w:r>
      <w:r w:rsidRPr="001A2DDE">
        <w:rPr>
          <w:position w:val="-6"/>
        </w:rPr>
        <w:object w:dxaOrig="720" w:dyaOrig="279" w14:anchorId="07D6EDB9">
          <v:shape id="_x0000_i1689" type="#_x0000_t75" style="width:36pt;height:13.8pt" o:ole="">
            <v:imagedata r:id="rId1230" o:title=""/>
          </v:shape>
          <o:OLEObject Type="Embed" ProgID="Equation.DSMT4" ShapeID="_x0000_i1689" DrawAspect="Content" ObjectID="_1699918425" r:id="rId1231"/>
        </w:object>
      </w:r>
      <w:r w:rsidRPr="001A2DDE">
        <w:rPr>
          <w:rFonts w:cs="Times New Roman"/>
        </w:rPr>
        <w:t xml:space="preserve">. Gọi </w:t>
      </w:r>
      <w:r w:rsidRPr="001A2DDE">
        <w:rPr>
          <w:position w:val="-10"/>
        </w:rPr>
        <w:object w:dxaOrig="1579" w:dyaOrig="320" w14:anchorId="5B6A7905">
          <v:shape id="_x0000_i1690" type="#_x0000_t75" style="width:79.2pt;height:16.2pt" o:ole="">
            <v:imagedata r:id="rId1232" o:title=""/>
          </v:shape>
          <o:OLEObject Type="Embed" ProgID="Equation.DSMT4" ShapeID="_x0000_i1690" DrawAspect="Content" ObjectID="_1699918426" r:id="rId1233"/>
        </w:object>
      </w:r>
      <w:r w:rsidRPr="001A2DDE">
        <w:rPr>
          <w:rFonts w:cs="Times New Roman"/>
        </w:rPr>
        <w:t xml:space="preserve"> lần lượt là trung điểm các cạnh </w:t>
      </w:r>
      <w:r w:rsidRPr="001A2DDE">
        <w:rPr>
          <w:position w:val="-10"/>
        </w:rPr>
        <w:object w:dxaOrig="2500" w:dyaOrig="320" w14:anchorId="1EB1921B">
          <v:shape id="_x0000_i1691" type="#_x0000_t75" style="width:124.8pt;height:16.2pt" o:ole="">
            <v:imagedata r:id="rId1234" o:title=""/>
          </v:shape>
          <o:OLEObject Type="Embed" ProgID="Equation.DSMT4" ShapeID="_x0000_i1691" DrawAspect="Content" ObjectID="_1699918427" r:id="rId1235"/>
        </w:object>
      </w:r>
      <w:r w:rsidRPr="001A2DDE">
        <w:rPr>
          <w:rFonts w:cs="Times New Roman"/>
        </w:rPr>
        <w:t>. Bốn điểm nào sau đây không đồng phẳng?</w:t>
      </w:r>
    </w:p>
    <w:p w14:paraId="09A7D4A1"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1080" w:dyaOrig="320" w14:anchorId="1D3ECEC2">
          <v:shape id="_x0000_i1692" type="#_x0000_t75" style="width:54pt;height:16.2pt" o:ole="">
            <v:imagedata r:id="rId1236" o:title=""/>
          </v:shape>
          <o:OLEObject Type="Embed" ProgID="Equation.DSMT4" ShapeID="_x0000_i1692" DrawAspect="Content" ObjectID="_1699918428" r:id="rId1237"/>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10"/>
        </w:rPr>
        <w:object w:dxaOrig="1080" w:dyaOrig="320" w14:anchorId="0D8E9DC1">
          <v:shape id="_x0000_i1693" type="#_x0000_t75" style="width:54pt;height:16.2pt" o:ole="">
            <v:imagedata r:id="rId1238" o:title=""/>
          </v:shape>
          <o:OLEObject Type="Embed" ProgID="Equation.DSMT4" ShapeID="_x0000_i1693" DrawAspect="Content" ObjectID="_1699918429" r:id="rId1239"/>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10"/>
        </w:rPr>
        <w:object w:dxaOrig="980" w:dyaOrig="320" w14:anchorId="3346AE36">
          <v:shape id="_x0000_i1694" type="#_x0000_t75" style="width:49.2pt;height:16.2pt" o:ole="">
            <v:imagedata r:id="rId1240" o:title=""/>
          </v:shape>
          <o:OLEObject Type="Embed" ProgID="Equation.DSMT4" ShapeID="_x0000_i1694" DrawAspect="Content" ObjectID="_1699918430" r:id="rId1241"/>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1100" w:dyaOrig="320" w14:anchorId="399610D4">
          <v:shape id="_x0000_i1695" type="#_x0000_t75" style="width:55.2pt;height:16.2pt" o:ole="">
            <v:imagedata r:id="rId1242" o:title=""/>
          </v:shape>
          <o:OLEObject Type="Embed" ProgID="Equation.DSMT4" ShapeID="_x0000_i1695" DrawAspect="Content" ObjectID="_1699918431" r:id="rId1243"/>
        </w:object>
      </w:r>
      <w:r w:rsidRPr="001A2DDE">
        <w:rPr>
          <w:rFonts w:cs="Times New Roman"/>
        </w:rPr>
        <w:t>.</w:t>
      </w:r>
    </w:p>
    <w:p w14:paraId="0694D9B1"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8:</w:t>
      </w:r>
      <w:r w:rsidRPr="001A2DDE">
        <w:rPr>
          <w:rFonts w:cs="Times New Roman"/>
          <w:b/>
          <w:color w:val="0000FF"/>
        </w:rPr>
        <w:tab/>
      </w:r>
      <w:r w:rsidRPr="001A2DDE">
        <w:rPr>
          <w:rFonts w:cs="Times New Roman"/>
        </w:rPr>
        <w:t xml:space="preserve">Trong các mệnh đề sau đây mệnh đề nào </w:t>
      </w:r>
      <w:r w:rsidRPr="001A2DDE">
        <w:rPr>
          <w:position w:val="-6"/>
        </w:rPr>
        <w:object w:dxaOrig="360" w:dyaOrig="279" w14:anchorId="4D106C3B">
          <v:shape id="_x0000_i1696" type="#_x0000_t75" style="width:18pt;height:13.8pt" o:ole="">
            <v:imagedata r:id="rId1244" o:title=""/>
          </v:shape>
          <o:OLEObject Type="Embed" ProgID="Equation.DSMT4" ShapeID="_x0000_i1696" DrawAspect="Content" ObjectID="_1699918432" r:id="rId1245"/>
        </w:object>
      </w:r>
      <w:r w:rsidRPr="001A2DDE">
        <w:rPr>
          <w:rFonts w:cs="Times New Roman"/>
        </w:rPr>
        <w:t>?</w:t>
      </w:r>
    </w:p>
    <w:p w14:paraId="17700D6E"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 xml:space="preserve">Phép dời hình là phép đồng dạng tỉ số </w:t>
      </w:r>
      <w:r w:rsidRPr="001A2DDE">
        <w:rPr>
          <w:rFonts w:cs="Times New Roman"/>
          <w:position w:val="-6"/>
        </w:rPr>
        <w:object w:dxaOrig="520" w:dyaOrig="279" w14:anchorId="0A14FDC3">
          <v:shape id="_x0000_i1697" type="#_x0000_t75" style="width:25.8pt;height:13.8pt" o:ole="">
            <v:imagedata r:id="rId1246" o:title=""/>
          </v:shape>
          <o:OLEObject Type="Embed" ProgID="Equation.DSMT4" ShapeID="_x0000_i1697" DrawAspect="Content" ObjectID="_1699918433" r:id="rId1247"/>
        </w:object>
      </w:r>
      <w:r w:rsidRPr="001A2DDE">
        <w:rPr>
          <w:rFonts w:cs="Times New Roman"/>
        </w:rPr>
        <w:t>.</w:t>
      </w:r>
    </w:p>
    <w:p w14:paraId="40BFFC4B"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B. </w:t>
      </w:r>
      <w:r w:rsidRPr="001A2DDE">
        <w:rPr>
          <w:rFonts w:cs="Times New Roman"/>
        </w:rPr>
        <w:t xml:space="preserve">Phép vị tự ti số </w:t>
      </w:r>
      <w:r w:rsidRPr="001A2DDE">
        <w:rPr>
          <w:rFonts w:cs="Times New Roman"/>
          <w:position w:val="-6"/>
        </w:rPr>
        <w:object w:dxaOrig="200" w:dyaOrig="279" w14:anchorId="6257CBA6">
          <v:shape id="_x0000_i1698" type="#_x0000_t75" style="width:10.2pt;height:13.8pt" o:ole="">
            <v:imagedata r:id="rId1248" o:title=""/>
          </v:shape>
          <o:OLEObject Type="Embed" ProgID="Equation.DSMT4" ShapeID="_x0000_i1698" DrawAspect="Content" ObjectID="_1699918434" r:id="rId1249"/>
        </w:object>
      </w:r>
      <w:r w:rsidRPr="001A2DDE">
        <w:rPr>
          <w:rFonts w:cs="Times New Roman"/>
        </w:rPr>
        <w:t xml:space="preserve"> là phép đồng dạng ti số </w:t>
      </w:r>
      <w:r w:rsidRPr="001A2DDE">
        <w:rPr>
          <w:rFonts w:cs="Times New Roman"/>
          <w:position w:val="-10"/>
        </w:rPr>
        <w:object w:dxaOrig="360" w:dyaOrig="320" w14:anchorId="5D2C86C7">
          <v:shape id="_x0000_i1699" type="#_x0000_t75" style="width:18pt;height:16.2pt" o:ole="">
            <v:imagedata r:id="rId1250" o:title=""/>
          </v:shape>
          <o:OLEObject Type="Embed" ProgID="Equation.DSMT4" ShapeID="_x0000_i1699" DrawAspect="Content" ObjectID="_1699918435" r:id="rId1251"/>
        </w:object>
      </w:r>
      <w:r w:rsidRPr="001A2DDE">
        <w:rPr>
          <w:rFonts w:cs="Times New Roman"/>
        </w:rPr>
        <w:t>.</w:t>
      </w:r>
    </w:p>
    <w:p w14:paraId="203EA017"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rPr>
        <w:t>Phép đồng dạng biến đường thẳng thành đường thẳng song song hoặc trùng với nó.</w:t>
      </w:r>
    </w:p>
    <w:p w14:paraId="1D9059D7"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D. </w:t>
      </w:r>
      <w:r w:rsidRPr="001A2DDE">
        <w:rPr>
          <w:rFonts w:cs="Times New Roman"/>
        </w:rPr>
        <w:t>Phép đồng dạng bảo toàn độ lón góc.</w:t>
      </w:r>
    </w:p>
    <w:p w14:paraId="45D34B85"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9:</w:t>
      </w:r>
      <w:r w:rsidRPr="001A2DDE">
        <w:rPr>
          <w:rFonts w:cs="Times New Roman"/>
          <w:b/>
          <w:color w:val="0000FF"/>
        </w:rPr>
        <w:tab/>
      </w:r>
      <w:r w:rsidRPr="001A2DDE">
        <w:rPr>
          <w:rFonts w:cs="Times New Roman"/>
        </w:rPr>
        <w:t xml:space="preserve">Hàm số nào sau đây là hàm số tuần hoàn với chu kì </w:t>
      </w:r>
      <w:r w:rsidRPr="001A2DDE">
        <w:rPr>
          <w:position w:val="-6"/>
        </w:rPr>
        <w:object w:dxaOrig="620" w:dyaOrig="279" w14:anchorId="103B7A94">
          <v:shape id="_x0000_i1700" type="#_x0000_t75" style="width:31.2pt;height:13.8pt" o:ole="">
            <v:imagedata r:id="rId1252" o:title=""/>
          </v:shape>
          <o:OLEObject Type="Embed" ProgID="Equation.DSMT4" ShapeID="_x0000_i1700" DrawAspect="Content" ObjectID="_1699918436" r:id="rId1253"/>
        </w:object>
      </w:r>
      <w:r w:rsidRPr="001A2DDE">
        <w:rPr>
          <w:rFonts w:cs="Times New Roman"/>
        </w:rPr>
        <w:t>?</w:t>
      </w:r>
    </w:p>
    <w:p w14:paraId="560512EB"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1080" w:dyaOrig="320" w14:anchorId="54DA4406">
          <v:shape id="_x0000_i1701" type="#_x0000_t75" style="width:54pt;height:16.2pt" o:ole="">
            <v:imagedata r:id="rId1254" o:title=""/>
          </v:shape>
          <o:OLEObject Type="Embed" ProgID="Equation.DSMT4" ShapeID="_x0000_i1701" DrawAspect="Content" ObjectID="_1699918437" r:id="rId1255"/>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10"/>
        </w:rPr>
        <w:object w:dxaOrig="920" w:dyaOrig="260" w14:anchorId="5470863A">
          <v:shape id="_x0000_i1702" type="#_x0000_t75" style="width:46.2pt;height:13.2pt" o:ole="">
            <v:imagedata r:id="rId1256" o:title=""/>
          </v:shape>
          <o:OLEObject Type="Embed" ProgID="Equation.DSMT4" ShapeID="_x0000_i1702" DrawAspect="Content" ObjectID="_1699918438" r:id="rId1257"/>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10"/>
        </w:rPr>
        <w:object w:dxaOrig="1040" w:dyaOrig="320" w14:anchorId="7BDA360F">
          <v:shape id="_x0000_i1703" type="#_x0000_t75" style="width:52.2pt;height:16.2pt" o:ole="">
            <v:imagedata r:id="rId1258" o:title=""/>
          </v:shape>
          <o:OLEObject Type="Embed" ProgID="Equation.DSMT4" ShapeID="_x0000_i1703" DrawAspect="Content" ObjectID="_1699918439" r:id="rId1259"/>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1260" w:dyaOrig="320" w14:anchorId="7D58D93A">
          <v:shape id="_x0000_i1704" type="#_x0000_t75" style="width:63pt;height:16.2pt" o:ole="">
            <v:imagedata r:id="rId1260" o:title=""/>
          </v:shape>
          <o:OLEObject Type="Embed" ProgID="Equation.DSMT4" ShapeID="_x0000_i1704" DrawAspect="Content" ObjectID="_1699918440" r:id="rId1261"/>
        </w:object>
      </w:r>
      <w:r w:rsidRPr="001A2DDE">
        <w:rPr>
          <w:rFonts w:cs="Times New Roman"/>
        </w:rPr>
        <w:t>.</w:t>
      </w:r>
    </w:p>
    <w:p w14:paraId="1BB3A6E7"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10:</w:t>
      </w:r>
      <w:r w:rsidRPr="001A2DDE">
        <w:rPr>
          <w:rFonts w:cs="Times New Roman"/>
          <w:b/>
          <w:color w:val="0000FF"/>
        </w:rPr>
        <w:tab/>
      </w:r>
      <w:r w:rsidRPr="001A2DDE">
        <w:rPr>
          <w:rFonts w:cs="Times New Roman"/>
        </w:rPr>
        <w:t xml:space="preserve">Hàm số </w:t>
      </w:r>
      <w:r w:rsidRPr="001A2DDE">
        <w:rPr>
          <w:position w:val="-10"/>
        </w:rPr>
        <w:object w:dxaOrig="920" w:dyaOrig="300" w14:anchorId="549288F8">
          <v:shape id="_x0000_i1705" type="#_x0000_t75" style="width:46.2pt;height:15pt" o:ole="">
            <v:imagedata r:id="rId1262" o:title=""/>
          </v:shape>
          <o:OLEObject Type="Embed" ProgID="Equation.DSMT4" ShapeID="_x0000_i1705" DrawAspect="Content" ObjectID="_1699918441" r:id="rId1263"/>
        </w:object>
      </w:r>
      <w:r w:rsidRPr="001A2DDE">
        <w:rPr>
          <w:rFonts w:cs="Times New Roman"/>
        </w:rPr>
        <w:t xml:space="preserve"> đồng biến trên mỗi khoảng</w:t>
      </w:r>
    </w:p>
    <w:p w14:paraId="5616A41D"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lastRenderedPageBreak/>
        <w:t xml:space="preserve">A. </w:t>
      </w:r>
      <w:r w:rsidRPr="001A2DDE">
        <w:rPr>
          <w:rFonts w:cs="Times New Roman"/>
          <w:position w:val="-10"/>
        </w:rPr>
        <w:object w:dxaOrig="2020" w:dyaOrig="320" w14:anchorId="149D7886">
          <v:shape id="_x0000_i1706" type="#_x0000_t75" style="width:100.8pt;height:16.2pt" o:ole="">
            <v:imagedata r:id="rId1264" o:title=""/>
          </v:shape>
          <o:OLEObject Type="Embed" ProgID="Equation.DSMT4" ShapeID="_x0000_i1706" DrawAspect="Content" ObjectID="_1699918442" r:id="rId1265"/>
        </w:object>
      </w:r>
      <w:r w:rsidRPr="001A2DDE">
        <w:rPr>
          <w:rFonts w:cs="Times New Roman"/>
        </w:rPr>
        <w:t>.</w:t>
      </w:r>
      <w:r w:rsidRPr="001A2DDE">
        <w:rPr>
          <w:rFonts w:cs="Times New Roman"/>
        </w:rPr>
        <w:tab/>
      </w:r>
      <w:r>
        <w:rPr>
          <w:rFonts w:cs="Times New Roman"/>
        </w:rPr>
        <w:tab/>
      </w:r>
      <w:r w:rsidRPr="001A2DDE">
        <w:rPr>
          <w:rFonts w:cs="Times New Roman"/>
          <w:b/>
          <w:color w:val="0000FF"/>
        </w:rPr>
        <w:t xml:space="preserve">B. </w:t>
      </w:r>
      <w:r w:rsidRPr="001A2DDE">
        <w:rPr>
          <w:rFonts w:cs="Times New Roman"/>
          <w:position w:val="-28"/>
        </w:rPr>
        <w:object w:dxaOrig="2799" w:dyaOrig="680" w14:anchorId="78256BC4">
          <v:shape id="_x0000_i1707" type="#_x0000_t75" style="width:139.8pt;height:34.2pt" o:ole="">
            <v:imagedata r:id="rId1266" o:title=""/>
          </v:shape>
          <o:OLEObject Type="Embed" ProgID="Equation.DSMT4" ShapeID="_x0000_i1707" DrawAspect="Content" ObjectID="_1699918443" r:id="rId1267"/>
        </w:object>
      </w:r>
      <w:r w:rsidRPr="001A2DDE">
        <w:rPr>
          <w:rFonts w:cs="Times New Roman"/>
        </w:rPr>
        <w:t>.</w:t>
      </w:r>
    </w:p>
    <w:p w14:paraId="3DA2CF37"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10"/>
        </w:rPr>
        <w:object w:dxaOrig="2280" w:dyaOrig="320" w14:anchorId="4EA43C28">
          <v:shape id="_x0000_i1708" type="#_x0000_t75" style="width:114pt;height:16.2pt" o:ole="">
            <v:imagedata r:id="rId1268" o:title=""/>
          </v:shape>
          <o:OLEObject Type="Embed" ProgID="Equation.DSMT4" ShapeID="_x0000_i1708" DrawAspect="Content" ObjectID="_1699918444" r:id="rId1269"/>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28"/>
        </w:rPr>
        <w:object w:dxaOrig="2740" w:dyaOrig="680" w14:anchorId="0DA4B169">
          <v:shape id="_x0000_i1709" type="#_x0000_t75" style="width:136.8pt;height:34.2pt" o:ole="">
            <v:imagedata r:id="rId1270" o:title=""/>
          </v:shape>
          <o:OLEObject Type="Embed" ProgID="Equation.DSMT4" ShapeID="_x0000_i1709" DrawAspect="Content" ObjectID="_1699918445" r:id="rId1271"/>
        </w:object>
      </w:r>
      <w:r w:rsidRPr="001A2DDE">
        <w:rPr>
          <w:rFonts w:cs="Times New Roman"/>
        </w:rPr>
        <w:t>.</w:t>
      </w:r>
    </w:p>
    <w:p w14:paraId="29F4534A"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11:</w:t>
      </w:r>
      <w:r w:rsidRPr="001A2DDE">
        <w:rPr>
          <w:rFonts w:cs="Times New Roman"/>
          <w:b/>
          <w:color w:val="0000FF"/>
        </w:rPr>
        <w:tab/>
      </w:r>
      <w:r w:rsidRPr="001A2DDE">
        <w:rPr>
          <w:rFonts w:cs="Times New Roman"/>
        </w:rPr>
        <w:t xml:space="preserve">Cho phép thử có không gian mẫu </w:t>
      </w:r>
      <w:r w:rsidRPr="001A2DDE">
        <w:rPr>
          <w:position w:val="-10"/>
        </w:rPr>
        <w:object w:dxaOrig="1740" w:dyaOrig="320" w14:anchorId="0236CBAF">
          <v:shape id="_x0000_i1710" type="#_x0000_t75" style="width:87pt;height:16.2pt" o:ole="">
            <v:imagedata r:id="rId1272" o:title=""/>
          </v:shape>
          <o:OLEObject Type="Embed" ProgID="Equation.DSMT4" ShapeID="_x0000_i1710" DrawAspect="Content" ObjectID="_1699918446" r:id="rId1273"/>
        </w:object>
      </w:r>
      <w:r w:rsidRPr="001A2DDE">
        <w:rPr>
          <w:rFonts w:cs="Times New Roman"/>
        </w:rPr>
        <w:t>. Các cặp biến cố không đối nhau là:</w:t>
      </w:r>
    </w:p>
    <w:p w14:paraId="1D2BFD59"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720" w:dyaOrig="320" w14:anchorId="0B30B771">
          <v:shape id="_x0000_i1711" type="#_x0000_t75" style="width:36pt;height:16.2pt" o:ole="">
            <v:imagedata r:id="rId1274" o:title=""/>
          </v:shape>
          <o:OLEObject Type="Embed" ProgID="Equation.DSMT4" ShapeID="_x0000_i1711" DrawAspect="Content" ObjectID="_1699918447" r:id="rId1275"/>
        </w:object>
      </w:r>
      <w:r w:rsidRPr="001A2DDE">
        <w:rPr>
          <w:rFonts w:cs="Times New Roman"/>
        </w:rPr>
        <w:t xml:space="preserve"> và </w:t>
      </w:r>
      <w:r w:rsidRPr="001A2DDE">
        <w:rPr>
          <w:rFonts w:cs="Times New Roman"/>
          <w:position w:val="-10"/>
        </w:rPr>
        <w:object w:dxaOrig="1560" w:dyaOrig="320" w14:anchorId="66FA2CBD">
          <v:shape id="_x0000_i1712" type="#_x0000_t75" style="width:78pt;height:16.2pt" o:ole="">
            <v:imagedata r:id="rId1276" o:title=""/>
          </v:shape>
          <o:OLEObject Type="Embed" ProgID="Equation.DSMT4" ShapeID="_x0000_i1712" DrawAspect="Content" ObjectID="_1699918448" r:id="rId1277"/>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4"/>
        </w:rPr>
        <w:object w:dxaOrig="260" w:dyaOrig="260" w14:anchorId="26933275">
          <v:shape id="_x0000_i1713" type="#_x0000_t75" style="width:13.2pt;height:13.2pt" o:ole="">
            <v:imagedata r:id="rId1278" o:title=""/>
          </v:shape>
          <o:OLEObject Type="Embed" ProgID="Equation.DSMT4" ShapeID="_x0000_i1713" DrawAspect="Content" ObjectID="_1699918449" r:id="rId1279"/>
        </w:object>
      </w:r>
      <w:r w:rsidRPr="001A2DDE">
        <w:rPr>
          <w:rFonts w:cs="Times New Roman"/>
        </w:rPr>
        <w:t xml:space="preserve"> vá </w:t>
      </w:r>
      <w:r w:rsidRPr="001A2DDE">
        <w:rPr>
          <w:rFonts w:cs="Times New Roman"/>
          <w:position w:val="-6"/>
        </w:rPr>
        <w:object w:dxaOrig="260" w:dyaOrig="279" w14:anchorId="78037AF5">
          <v:shape id="_x0000_i1714" type="#_x0000_t75" style="width:13.2pt;height:13.8pt" o:ole="">
            <v:imagedata r:id="rId1280" o:title=""/>
          </v:shape>
          <o:OLEObject Type="Embed" ProgID="Equation.DSMT4" ShapeID="_x0000_i1714" DrawAspect="Content" ObjectID="_1699918450" r:id="rId1281"/>
        </w:object>
      </w:r>
      <w:r w:rsidRPr="001A2DDE">
        <w:rPr>
          <w:rFonts w:cs="Times New Roman"/>
        </w:rPr>
        <w:t>.</w:t>
      </w:r>
    </w:p>
    <w:p w14:paraId="3BA31367"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10"/>
        </w:rPr>
        <w:object w:dxaOrig="1140" w:dyaOrig="320" w14:anchorId="3890FBA5">
          <v:shape id="_x0000_i1715" type="#_x0000_t75" style="width:57pt;height:16.2pt" o:ole="">
            <v:imagedata r:id="rId1282" o:title=""/>
          </v:shape>
          <o:OLEObject Type="Embed" ProgID="Equation.DSMT4" ShapeID="_x0000_i1715" DrawAspect="Content" ObjectID="_1699918451" r:id="rId1283"/>
        </w:object>
      </w:r>
      <w:r w:rsidRPr="001A2DDE">
        <w:rPr>
          <w:rFonts w:cs="Times New Roman"/>
        </w:rPr>
        <w:t xml:space="preserve"> và </w:t>
      </w:r>
      <w:r w:rsidRPr="001A2DDE">
        <w:rPr>
          <w:rFonts w:cs="Times New Roman"/>
          <w:position w:val="-10"/>
        </w:rPr>
        <w:object w:dxaOrig="980" w:dyaOrig="320" w14:anchorId="2D12BF7C">
          <v:shape id="_x0000_i1716" type="#_x0000_t75" style="width:49.2pt;height:16.2pt" o:ole="">
            <v:imagedata r:id="rId1284" o:title=""/>
          </v:shape>
          <o:OLEObject Type="Embed" ProgID="Equation.DSMT4" ShapeID="_x0000_i1716" DrawAspect="Content" ObjectID="_1699918452" r:id="rId1285"/>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1140" w:dyaOrig="320" w14:anchorId="4348CA05">
          <v:shape id="_x0000_i1717" type="#_x0000_t75" style="width:57pt;height:16.2pt" o:ole="">
            <v:imagedata r:id="rId1286" o:title=""/>
          </v:shape>
          <o:OLEObject Type="Embed" ProgID="Equation.DSMT4" ShapeID="_x0000_i1717" DrawAspect="Content" ObjectID="_1699918453" r:id="rId1287"/>
        </w:object>
      </w:r>
      <w:r w:rsidRPr="001A2DDE">
        <w:rPr>
          <w:rFonts w:cs="Times New Roman"/>
        </w:rPr>
        <w:t xml:space="preserve"> và </w:t>
      </w:r>
      <w:r w:rsidRPr="001A2DDE">
        <w:rPr>
          <w:rFonts w:cs="Times New Roman"/>
          <w:position w:val="-10"/>
        </w:rPr>
        <w:object w:dxaOrig="1180" w:dyaOrig="320" w14:anchorId="5A7AF0B7">
          <v:shape id="_x0000_i1718" type="#_x0000_t75" style="width:58.8pt;height:16.2pt" o:ole="">
            <v:imagedata r:id="rId1288" o:title=""/>
          </v:shape>
          <o:OLEObject Type="Embed" ProgID="Equation.DSMT4" ShapeID="_x0000_i1718" DrawAspect="Content" ObjectID="_1699918454" r:id="rId1289"/>
        </w:object>
      </w:r>
      <w:r w:rsidRPr="001A2DDE">
        <w:rPr>
          <w:rFonts w:cs="Times New Roman"/>
        </w:rPr>
        <w:t>.</w:t>
      </w:r>
    </w:p>
    <w:p w14:paraId="7A2C289C"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12:</w:t>
      </w:r>
      <w:r w:rsidRPr="001A2DDE">
        <w:rPr>
          <w:rFonts w:cs="Times New Roman"/>
          <w:b/>
          <w:color w:val="0000FF"/>
        </w:rPr>
        <w:tab/>
      </w:r>
      <w:r w:rsidRPr="001A2DDE">
        <w:rPr>
          <w:rFonts w:cs="Times New Roman"/>
        </w:rPr>
        <w:t>Số tập hợp con khác rỗng của tập hợp gồm 15 phần tử là</w:t>
      </w:r>
    </w:p>
    <w:p w14:paraId="0B1EF2D8"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32768.</w:t>
      </w:r>
      <w:r w:rsidRPr="001A2DDE">
        <w:rPr>
          <w:rFonts w:cs="Times New Roman"/>
        </w:rPr>
        <w:tab/>
      </w:r>
      <w:r w:rsidRPr="001A2DDE">
        <w:rPr>
          <w:rFonts w:cs="Times New Roman"/>
          <w:b/>
          <w:color w:val="0000FF"/>
        </w:rPr>
        <w:t xml:space="preserve">B. </w:t>
      </w:r>
      <w:r w:rsidRPr="001A2DDE">
        <w:rPr>
          <w:rFonts w:cs="Times New Roman"/>
        </w:rPr>
        <w:t>32767.</w:t>
      </w:r>
      <w:r w:rsidRPr="001A2DDE">
        <w:rPr>
          <w:rFonts w:cs="Times New Roman"/>
        </w:rPr>
        <w:tab/>
      </w:r>
      <w:r w:rsidRPr="001A2DDE">
        <w:rPr>
          <w:rFonts w:cs="Times New Roman"/>
          <w:b/>
          <w:color w:val="0000FF"/>
        </w:rPr>
        <w:t xml:space="preserve">C. </w:t>
      </w:r>
      <w:r w:rsidRPr="001A2DDE">
        <w:rPr>
          <w:rFonts w:cs="Times New Roman"/>
        </w:rPr>
        <w:t>15!.</w:t>
      </w:r>
      <w:r w:rsidRPr="001A2DDE">
        <w:rPr>
          <w:rFonts w:cs="Times New Roman"/>
        </w:rPr>
        <w:tab/>
      </w:r>
      <w:r w:rsidRPr="001A2DDE">
        <w:rPr>
          <w:rFonts w:cs="Times New Roman"/>
          <w:b/>
          <w:color w:val="0000FF"/>
        </w:rPr>
        <w:t xml:space="preserve">D. </w:t>
      </w:r>
      <w:r w:rsidRPr="001A2DDE">
        <w:rPr>
          <w:rFonts w:cs="Times New Roman"/>
          <w:position w:val="-6"/>
        </w:rPr>
        <w:object w:dxaOrig="360" w:dyaOrig="320" w14:anchorId="39718096">
          <v:shape id="_x0000_i1719" type="#_x0000_t75" style="width:18pt;height:16.2pt" o:ole="">
            <v:imagedata r:id="rId1290" o:title=""/>
          </v:shape>
          <o:OLEObject Type="Embed" ProgID="Equation.DSMT4" ShapeID="_x0000_i1719" DrawAspect="Content" ObjectID="_1699918455" r:id="rId1291"/>
        </w:object>
      </w:r>
      <w:r w:rsidRPr="001A2DDE">
        <w:rPr>
          <w:rFonts w:cs="Times New Roman"/>
        </w:rPr>
        <w:t>.</w:t>
      </w:r>
    </w:p>
    <w:p w14:paraId="3D56F9D9"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13:</w:t>
      </w:r>
      <w:r w:rsidRPr="001A2DDE">
        <w:rPr>
          <w:rFonts w:cs="Times New Roman"/>
          <w:b/>
          <w:color w:val="0000FF"/>
        </w:rPr>
        <w:tab/>
      </w:r>
      <w:r w:rsidRPr="001A2DDE">
        <w:rPr>
          <w:rFonts w:cs="Times New Roman"/>
        </w:rPr>
        <w:t xml:space="preserve">Cho tứ diện </w:t>
      </w:r>
      <w:r w:rsidRPr="001A2DDE">
        <w:rPr>
          <w:position w:val="-6"/>
        </w:rPr>
        <w:object w:dxaOrig="720" w:dyaOrig="279" w14:anchorId="525EC7BE">
          <v:shape id="_x0000_i1720" type="#_x0000_t75" style="width:36pt;height:13.8pt" o:ole="">
            <v:imagedata r:id="rId1292" o:title=""/>
          </v:shape>
          <o:OLEObject Type="Embed" ProgID="Equation.DSMT4" ShapeID="_x0000_i1720" DrawAspect="Content" ObjectID="_1699918456" r:id="rId1293"/>
        </w:object>
      </w:r>
      <w:r w:rsidRPr="001A2DDE">
        <w:rPr>
          <w:rFonts w:cs="Times New Roman"/>
        </w:rPr>
        <w:t xml:space="preserve">. Gọi </w:t>
      </w:r>
      <w:r w:rsidRPr="001A2DDE">
        <w:rPr>
          <w:position w:val="-10"/>
        </w:rPr>
        <w:object w:dxaOrig="600" w:dyaOrig="320" w14:anchorId="1921A848">
          <v:shape id="_x0000_i1721" type="#_x0000_t75" style="width:30pt;height:16.2pt" o:ole="">
            <v:imagedata r:id="rId1294" o:title=""/>
          </v:shape>
          <o:OLEObject Type="Embed" ProgID="Equation.DSMT4" ShapeID="_x0000_i1721" DrawAspect="Content" ObjectID="_1699918457" r:id="rId1295"/>
        </w:object>
      </w:r>
      <w:r w:rsidRPr="001A2DDE">
        <w:rPr>
          <w:rFonts w:cs="Times New Roman"/>
        </w:rPr>
        <w:t xml:space="preserve"> lân lượt là trung điểm của </w:t>
      </w:r>
      <w:r w:rsidRPr="001A2DDE">
        <w:rPr>
          <w:position w:val="-4"/>
        </w:rPr>
        <w:object w:dxaOrig="400" w:dyaOrig="260" w14:anchorId="3B4186FB">
          <v:shape id="_x0000_i1722" type="#_x0000_t75" style="width:19.8pt;height:13.2pt" o:ole="">
            <v:imagedata r:id="rId1296" o:title=""/>
          </v:shape>
          <o:OLEObject Type="Embed" ProgID="Equation.DSMT4" ShapeID="_x0000_i1722" DrawAspect="Content" ObjectID="_1699918458" r:id="rId1297"/>
        </w:object>
      </w:r>
      <w:r w:rsidRPr="001A2DDE">
        <w:rPr>
          <w:rFonts w:cs="Times New Roman"/>
        </w:rPr>
        <w:t xml:space="preserve"> và </w:t>
      </w:r>
      <w:r w:rsidRPr="001A2DDE">
        <w:rPr>
          <w:position w:val="-6"/>
        </w:rPr>
        <w:object w:dxaOrig="420" w:dyaOrig="279" w14:anchorId="5BE42732">
          <v:shape id="_x0000_i1723" type="#_x0000_t75" style="width:21pt;height:13.8pt" o:ole="">
            <v:imagedata r:id="rId1298" o:title=""/>
          </v:shape>
          <o:OLEObject Type="Embed" ProgID="Equation.DSMT4" ShapeID="_x0000_i1723" DrawAspect="Content" ObjectID="_1699918459" r:id="rId1299"/>
        </w:object>
      </w:r>
      <w:r w:rsidRPr="001A2DDE">
        <w:rPr>
          <w:rFonts w:cs="Times New Roman"/>
        </w:rPr>
        <w:t xml:space="preserve">. Đường thẳng </w:t>
      </w:r>
      <w:r w:rsidRPr="001A2DDE">
        <w:rPr>
          <w:position w:val="-6"/>
        </w:rPr>
        <w:object w:dxaOrig="460" w:dyaOrig="279" w14:anchorId="5AC0851A">
          <v:shape id="_x0000_i1724" type="#_x0000_t75" style="width:22.8pt;height:13.8pt" o:ole="">
            <v:imagedata r:id="rId1300" o:title=""/>
          </v:shape>
          <o:OLEObject Type="Embed" ProgID="Equation.DSMT4" ShapeID="_x0000_i1724" DrawAspect="Content" ObjectID="_1699918460" r:id="rId1301"/>
        </w:object>
      </w:r>
      <w:r w:rsidRPr="001A2DDE">
        <w:rPr>
          <w:rFonts w:cs="Times New Roman"/>
        </w:rPr>
        <w:t xml:space="preserve"> song song với mặt phẳng:</w:t>
      </w:r>
    </w:p>
    <w:p w14:paraId="4CBBC835"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740" w:dyaOrig="320" w14:anchorId="26BF0B6A">
          <v:shape id="_x0000_i1725" type="#_x0000_t75" style="width:37.2pt;height:16.2pt" o:ole="">
            <v:imagedata r:id="rId1302" o:title=""/>
          </v:shape>
          <o:OLEObject Type="Embed" ProgID="Equation.DSMT4" ShapeID="_x0000_i1725" DrawAspect="Content" ObjectID="_1699918461" r:id="rId1303"/>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10"/>
        </w:rPr>
        <w:object w:dxaOrig="740" w:dyaOrig="320" w14:anchorId="0A25BA9A">
          <v:shape id="_x0000_i1726" type="#_x0000_t75" style="width:37.2pt;height:16.2pt" o:ole="">
            <v:imagedata r:id="rId1304" o:title=""/>
          </v:shape>
          <o:OLEObject Type="Embed" ProgID="Equation.DSMT4" ShapeID="_x0000_i1726" DrawAspect="Content" ObjectID="_1699918462" r:id="rId1305"/>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10"/>
        </w:rPr>
        <w:object w:dxaOrig="740" w:dyaOrig="320" w14:anchorId="6474584C">
          <v:shape id="_x0000_i1727" type="#_x0000_t75" style="width:37.2pt;height:16.2pt" o:ole="">
            <v:imagedata r:id="rId1306" o:title=""/>
          </v:shape>
          <o:OLEObject Type="Embed" ProgID="Equation.DSMT4" ShapeID="_x0000_i1727" DrawAspect="Content" ObjectID="_1699918463" r:id="rId1307"/>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720" w:dyaOrig="320" w14:anchorId="5E6C37D8">
          <v:shape id="_x0000_i1728" type="#_x0000_t75" style="width:36pt;height:16.2pt" o:ole="">
            <v:imagedata r:id="rId1308" o:title=""/>
          </v:shape>
          <o:OLEObject Type="Embed" ProgID="Equation.DSMT4" ShapeID="_x0000_i1728" DrawAspect="Content" ObjectID="_1699918464" r:id="rId1309"/>
        </w:object>
      </w:r>
      <w:r w:rsidRPr="001A2DDE">
        <w:rPr>
          <w:rFonts w:cs="Times New Roman"/>
        </w:rPr>
        <w:t>.</w:t>
      </w:r>
    </w:p>
    <w:p w14:paraId="5AFC72F1"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14:</w:t>
      </w:r>
      <w:r w:rsidRPr="001A2DDE">
        <w:rPr>
          <w:rFonts w:cs="Times New Roman"/>
          <w:b/>
          <w:color w:val="0000FF"/>
        </w:rPr>
        <w:tab/>
      </w:r>
      <w:r w:rsidRPr="001A2DDE">
        <w:rPr>
          <w:rFonts w:cs="Times New Roman"/>
        </w:rPr>
        <w:t xml:space="preserve">Cho </w:t>
      </w:r>
      <w:r w:rsidRPr="001A2DDE">
        <w:rPr>
          <w:position w:val="-10"/>
        </w:rPr>
        <w:object w:dxaOrig="680" w:dyaOrig="320" w14:anchorId="78A74A4F">
          <v:shape id="_x0000_i1729" type="#_x0000_t75" style="width:34.2pt;height:16.2pt" o:ole="">
            <v:imagedata r:id="rId1310" o:title=""/>
          </v:shape>
          <o:OLEObject Type="Embed" ProgID="Equation.DSMT4" ShapeID="_x0000_i1729" DrawAspect="Content" ObjectID="_1699918465" r:id="rId1311"/>
        </w:object>
      </w:r>
      <w:r w:rsidRPr="001A2DDE">
        <w:rPr>
          <w:rFonts w:cs="Times New Roman"/>
        </w:rPr>
        <w:t xml:space="preserve">. Phép đồng dạng họp thảnh của phép </w:t>
      </w:r>
      <w:r w:rsidRPr="001A2DDE">
        <w:rPr>
          <w:position w:val="-34"/>
        </w:rPr>
        <w:object w:dxaOrig="540" w:dyaOrig="580" w14:anchorId="44DAA7AB">
          <v:shape id="_x0000_i1730" type="#_x0000_t75" style="width:27pt;height:28.8pt" o:ole="">
            <v:imagedata r:id="rId1312" o:title=""/>
          </v:shape>
          <o:OLEObject Type="Embed" ProgID="Equation.DSMT4" ShapeID="_x0000_i1730" DrawAspect="Content" ObjectID="_1699918466" r:id="rId1313"/>
        </w:object>
      </w:r>
      <w:r w:rsidRPr="001A2DDE">
        <w:rPr>
          <w:rFonts w:cs="Times New Roman"/>
        </w:rPr>
        <w:t xml:space="preserve"> và phép </w:t>
      </w:r>
      <w:r w:rsidRPr="001A2DDE">
        <w:rPr>
          <w:position w:val="-14"/>
        </w:rPr>
        <w:object w:dxaOrig="300" w:dyaOrig="380" w14:anchorId="135F256A">
          <v:shape id="_x0000_i1731" type="#_x0000_t75" style="width:15pt;height:19.2pt" o:ole="">
            <v:imagedata r:id="rId1314" o:title=""/>
          </v:shape>
          <o:OLEObject Type="Embed" ProgID="Equation.DSMT4" ShapeID="_x0000_i1731" DrawAspect="Content" ObjectID="_1699918467" r:id="rId1315"/>
        </w:object>
      </w:r>
      <w:r w:rsidRPr="001A2DDE">
        <w:rPr>
          <w:rFonts w:cs="Times New Roman"/>
        </w:rPr>
        <w:t xml:space="preserve"> (</w:t>
      </w:r>
      <w:r w:rsidRPr="001A2DDE">
        <w:rPr>
          <w:position w:val="-6"/>
        </w:rPr>
        <w:object w:dxaOrig="240" w:dyaOrig="279" w14:anchorId="442B0243">
          <v:shape id="_x0000_i1732" type="#_x0000_t75" style="width:12pt;height:13.8pt" o:ole="">
            <v:imagedata r:id="rId1316" o:title=""/>
          </v:shape>
          <o:OLEObject Type="Embed" ProgID="Equation.DSMT4" ShapeID="_x0000_i1732" DrawAspect="Content" ObjectID="_1699918468" r:id="rId1317"/>
        </w:object>
      </w:r>
      <w:r w:rsidRPr="001A2DDE">
        <w:rPr>
          <w:rFonts w:cs="Times New Roman"/>
        </w:rPr>
        <w:t xml:space="preserve"> là gốc tọa độ). Biến đường tròn </w:t>
      </w:r>
      <w:r w:rsidRPr="001A2DDE">
        <w:rPr>
          <w:position w:val="-10"/>
        </w:rPr>
        <w:object w:dxaOrig="1579" w:dyaOrig="360" w14:anchorId="4102AB5E">
          <v:shape id="_x0000_i1733" type="#_x0000_t75" style="width:79.2pt;height:18pt" o:ole="">
            <v:imagedata r:id="rId1318" o:title=""/>
          </v:shape>
          <o:OLEObject Type="Embed" ProgID="Equation.DSMT4" ShapeID="_x0000_i1733" DrawAspect="Content" ObjectID="_1699918469" r:id="rId1319"/>
        </w:object>
      </w:r>
      <w:r w:rsidRPr="001A2DDE">
        <w:rPr>
          <w:rFonts w:cs="Times New Roman"/>
        </w:rPr>
        <w:t xml:space="preserve"> thành </w:t>
      </w:r>
      <w:r w:rsidRPr="001A2DDE">
        <w:rPr>
          <w:position w:val="-14"/>
        </w:rPr>
        <w:object w:dxaOrig="480" w:dyaOrig="400" w14:anchorId="1E7505A0">
          <v:shape id="_x0000_i1734" type="#_x0000_t75" style="width:24pt;height:19.8pt" o:ole="">
            <v:imagedata r:id="rId1320" o:title=""/>
          </v:shape>
          <o:OLEObject Type="Embed" ProgID="Equation.DSMT4" ShapeID="_x0000_i1734" DrawAspect="Content" ObjectID="_1699918470" r:id="rId1321"/>
        </w:object>
      </w:r>
      <w:r w:rsidRPr="001A2DDE">
        <w:rPr>
          <w:rFonts w:cs="Times New Roman"/>
        </w:rPr>
        <w:t xml:space="preserve"> có phương trình</w:t>
      </w:r>
    </w:p>
    <w:p w14:paraId="21D271A7"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1880" w:dyaOrig="360" w14:anchorId="0A6581C0">
          <v:shape id="_x0000_i1735" type="#_x0000_t75" style="width:94.2pt;height:18pt" o:ole="">
            <v:imagedata r:id="rId1322" o:title=""/>
          </v:shape>
          <o:OLEObject Type="Embed" ProgID="Equation.DSMT4" ShapeID="_x0000_i1735" DrawAspect="Content" ObjectID="_1699918471" r:id="rId1323"/>
        </w:object>
      </w:r>
      <w:r w:rsidRPr="001A2DDE">
        <w:rPr>
          <w:rFonts w:cs="Times New Roman"/>
        </w:rPr>
        <w:t>.</w:t>
      </w:r>
      <w:r w:rsidRPr="001A2DDE">
        <w:rPr>
          <w:rFonts w:cs="Times New Roman"/>
        </w:rPr>
        <w:tab/>
      </w:r>
      <w:r>
        <w:rPr>
          <w:rFonts w:cs="Times New Roman"/>
        </w:rPr>
        <w:tab/>
      </w:r>
      <w:r w:rsidRPr="001A2DDE">
        <w:rPr>
          <w:rFonts w:cs="Times New Roman"/>
          <w:b/>
          <w:color w:val="0000FF"/>
        </w:rPr>
        <w:t xml:space="preserve">B. </w:t>
      </w:r>
      <w:r w:rsidRPr="001A2DDE">
        <w:rPr>
          <w:rFonts w:cs="Times New Roman"/>
          <w:position w:val="-10"/>
        </w:rPr>
        <w:object w:dxaOrig="1860" w:dyaOrig="360" w14:anchorId="732F662F">
          <v:shape id="_x0000_i1736" type="#_x0000_t75" style="width:93pt;height:18pt" o:ole="">
            <v:imagedata r:id="rId1324" o:title=""/>
          </v:shape>
          <o:OLEObject Type="Embed" ProgID="Equation.DSMT4" ShapeID="_x0000_i1736" DrawAspect="Content" ObjectID="_1699918472" r:id="rId1325"/>
        </w:object>
      </w:r>
      <w:r w:rsidRPr="001A2DDE">
        <w:rPr>
          <w:rFonts w:cs="Times New Roman"/>
        </w:rPr>
        <w:t>.</w:t>
      </w:r>
    </w:p>
    <w:p w14:paraId="215ECEF0"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10"/>
        </w:rPr>
        <w:object w:dxaOrig="1560" w:dyaOrig="360" w14:anchorId="7C700531">
          <v:shape id="_x0000_i1737" type="#_x0000_t75" style="width:78pt;height:18pt" o:ole="">
            <v:imagedata r:id="rId1326" o:title=""/>
          </v:shape>
          <o:OLEObject Type="Embed" ProgID="Equation.DSMT4" ShapeID="_x0000_i1737" DrawAspect="Content" ObjectID="_1699918473" r:id="rId1327"/>
        </w:object>
      </w:r>
      <w:r w:rsidRPr="001A2DDE">
        <w:rPr>
          <w:rFonts w:cs="Times New Roman"/>
        </w:rPr>
        <w:t>.</w:t>
      </w:r>
      <w:r w:rsidRPr="001A2DDE">
        <w:rPr>
          <w:rFonts w:cs="Times New Roman"/>
        </w:rPr>
        <w:tab/>
      </w:r>
      <w:r>
        <w:rPr>
          <w:rFonts w:cs="Times New Roman"/>
        </w:rPr>
        <w:tab/>
      </w:r>
      <w:r w:rsidRPr="001A2DDE">
        <w:rPr>
          <w:rFonts w:cs="Times New Roman"/>
          <w:b/>
          <w:color w:val="0000FF"/>
        </w:rPr>
        <w:t xml:space="preserve">D. </w:t>
      </w:r>
      <w:r w:rsidRPr="001A2DDE">
        <w:rPr>
          <w:rFonts w:cs="Times New Roman"/>
          <w:position w:val="-10"/>
        </w:rPr>
        <w:object w:dxaOrig="1880" w:dyaOrig="360" w14:anchorId="70842D32">
          <v:shape id="_x0000_i1738" type="#_x0000_t75" style="width:94.2pt;height:18pt" o:ole="">
            <v:imagedata r:id="rId1328" o:title=""/>
          </v:shape>
          <o:OLEObject Type="Embed" ProgID="Equation.DSMT4" ShapeID="_x0000_i1738" DrawAspect="Content" ObjectID="_1699918474" r:id="rId1329"/>
        </w:object>
      </w:r>
      <w:r w:rsidRPr="001A2DDE">
        <w:rPr>
          <w:rFonts w:cs="Times New Roman"/>
        </w:rPr>
        <w:t>.</w:t>
      </w:r>
    </w:p>
    <w:p w14:paraId="4D359AAA"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15:</w:t>
      </w:r>
      <w:r w:rsidRPr="001A2DDE">
        <w:rPr>
          <w:rFonts w:cs="Times New Roman"/>
          <w:b/>
          <w:color w:val="0000FF"/>
        </w:rPr>
        <w:tab/>
      </w:r>
      <w:r w:rsidRPr="001A2DDE">
        <w:rPr>
          <w:rFonts w:cs="Times New Roman"/>
        </w:rPr>
        <w:t xml:space="preserve">Trong hệ trục </w:t>
      </w:r>
      <w:r w:rsidRPr="001A2DDE">
        <w:rPr>
          <w:position w:val="-10"/>
        </w:rPr>
        <w:object w:dxaOrig="460" w:dyaOrig="320" w14:anchorId="19C6D5DF">
          <v:shape id="_x0000_i1739" type="#_x0000_t75" style="width:22.8pt;height:16.2pt" o:ole="">
            <v:imagedata r:id="rId1330" o:title=""/>
          </v:shape>
          <o:OLEObject Type="Embed" ProgID="Equation.DSMT4" ShapeID="_x0000_i1739" DrawAspect="Content" ObjectID="_1699918475" r:id="rId1331"/>
        </w:object>
      </w:r>
      <w:r w:rsidRPr="001A2DDE">
        <w:rPr>
          <w:rFonts w:cs="Times New Roman"/>
        </w:rPr>
        <w:t xml:space="preserve">, cho đường thẳng </w:t>
      </w:r>
      <w:r w:rsidRPr="001A2DDE">
        <w:rPr>
          <w:position w:val="-10"/>
        </w:rPr>
        <w:object w:dxaOrig="1600" w:dyaOrig="320" w14:anchorId="7C07857A">
          <v:shape id="_x0000_i1740" type="#_x0000_t75" style="width:79.8pt;height:16.2pt" o:ole="">
            <v:imagedata r:id="rId1332" o:title=""/>
          </v:shape>
          <o:OLEObject Type="Embed" ProgID="Equation.DSMT4" ShapeID="_x0000_i1740" DrawAspect="Content" ObjectID="_1699918476" r:id="rId1333"/>
        </w:object>
      </w:r>
      <w:r w:rsidRPr="001A2DDE">
        <w:rPr>
          <w:rFonts w:cs="Times New Roman"/>
        </w:rPr>
        <w:t xml:space="preserve">, phép tịnh tiến theo vectơ </w:t>
      </w:r>
      <w:r w:rsidRPr="001A2DDE">
        <w:rPr>
          <w:position w:val="-6"/>
        </w:rPr>
        <w:object w:dxaOrig="200" w:dyaOrig="279" w14:anchorId="4798A5BC">
          <v:shape id="_x0000_i1741" type="#_x0000_t75" style="width:10.2pt;height:13.8pt" o:ole="">
            <v:imagedata r:id="rId1334" o:title=""/>
          </v:shape>
          <o:OLEObject Type="Embed" ProgID="Equation.DSMT4" ShapeID="_x0000_i1741" DrawAspect="Content" ObjectID="_1699918477" r:id="rId1335"/>
        </w:object>
      </w:r>
      <w:r w:rsidRPr="001A2DDE">
        <w:rPr>
          <w:rFonts w:cs="Times New Roman"/>
        </w:rPr>
        <w:t xml:space="preserve"> biến </w:t>
      </w:r>
      <w:r w:rsidRPr="001A2DDE">
        <w:rPr>
          <w:position w:val="-6"/>
        </w:rPr>
        <w:object w:dxaOrig="220" w:dyaOrig="279" w14:anchorId="461B066C">
          <v:shape id="_x0000_i1742" type="#_x0000_t75" style="width:10.8pt;height:13.8pt" o:ole="">
            <v:imagedata r:id="rId1336" o:title=""/>
          </v:shape>
          <o:OLEObject Type="Embed" ProgID="Equation.DSMT4" ShapeID="_x0000_i1742" DrawAspect="Content" ObjectID="_1699918478" r:id="rId1337"/>
        </w:object>
      </w:r>
      <w:r w:rsidRPr="001A2DDE">
        <w:rPr>
          <w:rFonts w:cs="Times New Roman"/>
        </w:rPr>
        <w:t xml:space="preserve"> thành chính nó thi </w:t>
      </w:r>
      <w:r w:rsidRPr="001A2DDE">
        <w:rPr>
          <w:position w:val="-10"/>
        </w:rPr>
        <w:object w:dxaOrig="220" w:dyaOrig="320" w14:anchorId="15D23102">
          <v:shape id="_x0000_i1743" type="#_x0000_t75" style="width:10.8pt;height:16.2pt" o:ole="">
            <v:imagedata r:id="rId1338" o:title=""/>
          </v:shape>
          <o:OLEObject Type="Embed" ProgID="Equation.DSMT4" ShapeID="_x0000_i1743" DrawAspect="Content" ObjectID="_1699918479" r:id="rId1339"/>
        </w:object>
      </w:r>
      <w:r w:rsidRPr="001A2DDE">
        <w:rPr>
          <w:rFonts w:cs="Times New Roman"/>
        </w:rPr>
        <w:t xml:space="preserve"> phải là vectơ nào trong các vectơ sau?</w:t>
      </w:r>
    </w:p>
    <w:p w14:paraId="1C7B3E8E"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700" w:dyaOrig="320" w14:anchorId="3BAED00D">
          <v:shape id="_x0000_i1744" type="#_x0000_t75" style="width:34.8pt;height:16.2pt" o:ole="">
            <v:imagedata r:id="rId1340" o:title=""/>
          </v:shape>
          <o:OLEObject Type="Embed" ProgID="Equation.DSMT4" ShapeID="_x0000_i1744" DrawAspect="Content" ObjectID="_1699918480" r:id="rId1341"/>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10"/>
        </w:rPr>
        <w:object w:dxaOrig="700" w:dyaOrig="320" w14:anchorId="3C7050A6">
          <v:shape id="_x0000_i1745" type="#_x0000_t75" style="width:34.8pt;height:16.2pt" o:ole="">
            <v:imagedata r:id="rId1342" o:title=""/>
          </v:shape>
          <o:OLEObject Type="Embed" ProgID="Equation.DSMT4" ShapeID="_x0000_i1745" DrawAspect="Content" ObjectID="_1699918481" r:id="rId1343"/>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10"/>
        </w:rPr>
        <w:object w:dxaOrig="800" w:dyaOrig="320" w14:anchorId="3BD2C68C">
          <v:shape id="_x0000_i1746" type="#_x0000_t75" style="width:40.2pt;height:16.2pt" o:ole="">
            <v:imagedata r:id="rId1344" o:title=""/>
          </v:shape>
          <o:OLEObject Type="Embed" ProgID="Equation.DSMT4" ShapeID="_x0000_i1746" DrawAspect="Content" ObjectID="_1699918482" r:id="rId1345"/>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800" w:dyaOrig="320" w14:anchorId="2017C553">
          <v:shape id="_x0000_i1747" type="#_x0000_t75" style="width:40.2pt;height:16.2pt" o:ole="">
            <v:imagedata r:id="rId1346" o:title=""/>
          </v:shape>
          <o:OLEObject Type="Embed" ProgID="Equation.DSMT4" ShapeID="_x0000_i1747" DrawAspect="Content" ObjectID="_1699918483" r:id="rId1347"/>
        </w:object>
      </w:r>
      <w:r w:rsidRPr="001A2DDE">
        <w:rPr>
          <w:rFonts w:cs="Times New Roman"/>
        </w:rPr>
        <w:t>.</w:t>
      </w:r>
    </w:p>
    <w:p w14:paraId="3F1B9C69"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16:</w:t>
      </w:r>
      <w:r w:rsidRPr="001A2DDE">
        <w:rPr>
          <w:rFonts w:cs="Times New Roman"/>
          <w:b/>
          <w:color w:val="0000FF"/>
        </w:rPr>
        <w:tab/>
      </w:r>
      <w:r w:rsidRPr="001A2DDE">
        <w:rPr>
          <w:rFonts w:cs="Times New Roman"/>
        </w:rPr>
        <w:t>Một đa giác lồi có 27 đường chéo. Số đỉnh của đa giác đó là:</w:t>
      </w:r>
    </w:p>
    <w:p w14:paraId="214C4548"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9.</w:t>
      </w:r>
      <w:r w:rsidRPr="001A2DDE">
        <w:rPr>
          <w:rFonts w:cs="Times New Roman"/>
        </w:rPr>
        <w:tab/>
      </w:r>
      <w:r w:rsidRPr="001A2DDE">
        <w:rPr>
          <w:rFonts w:cs="Times New Roman"/>
          <w:b/>
          <w:color w:val="0000FF"/>
        </w:rPr>
        <w:t xml:space="preserve">B. </w:t>
      </w:r>
      <w:r w:rsidRPr="001A2DDE">
        <w:rPr>
          <w:rFonts w:cs="Times New Roman"/>
        </w:rPr>
        <w:t>8.</w:t>
      </w:r>
      <w:r w:rsidRPr="001A2DDE">
        <w:rPr>
          <w:rFonts w:cs="Times New Roman"/>
        </w:rPr>
        <w:tab/>
      </w:r>
      <w:r w:rsidRPr="001A2DDE">
        <w:rPr>
          <w:rFonts w:cs="Times New Roman"/>
          <w:b/>
          <w:color w:val="0000FF"/>
        </w:rPr>
        <w:t xml:space="preserve">C. </w:t>
      </w:r>
      <w:r w:rsidRPr="001A2DDE">
        <w:rPr>
          <w:rFonts w:cs="Times New Roman"/>
        </w:rPr>
        <w:t>11.</w:t>
      </w:r>
      <w:r w:rsidRPr="001A2DDE">
        <w:rPr>
          <w:rFonts w:cs="Times New Roman"/>
        </w:rPr>
        <w:tab/>
      </w:r>
      <w:r w:rsidRPr="001A2DDE">
        <w:rPr>
          <w:rFonts w:cs="Times New Roman"/>
          <w:b/>
          <w:color w:val="0000FF"/>
        </w:rPr>
        <w:t xml:space="preserve">D. </w:t>
      </w:r>
      <w:r w:rsidRPr="001A2DDE">
        <w:rPr>
          <w:rFonts w:cs="Times New Roman"/>
        </w:rPr>
        <w:t>10.</w:t>
      </w:r>
    </w:p>
    <w:p w14:paraId="060AAC88"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17:</w:t>
      </w:r>
      <w:r w:rsidRPr="001A2DDE">
        <w:rPr>
          <w:rFonts w:cs="Times New Roman"/>
          <w:b/>
          <w:color w:val="0000FF"/>
        </w:rPr>
        <w:tab/>
      </w:r>
      <w:r w:rsidRPr="001A2DDE">
        <w:rPr>
          <w:rFonts w:cs="Times New Roman"/>
        </w:rPr>
        <w:t xml:space="preserve">Cho hình chóp tứ giác </w:t>
      </w:r>
      <w:r w:rsidRPr="001A2DDE">
        <w:rPr>
          <w:position w:val="-6"/>
        </w:rPr>
        <w:object w:dxaOrig="920" w:dyaOrig="279" w14:anchorId="4AF9BA2C">
          <v:shape id="_x0000_i1748" type="#_x0000_t75" style="width:46.2pt;height:13.8pt" o:ole="">
            <v:imagedata r:id="rId1348" o:title=""/>
          </v:shape>
          <o:OLEObject Type="Embed" ProgID="Equation.DSMT4" ShapeID="_x0000_i1748" DrawAspect="Content" ObjectID="_1699918484" r:id="rId1349"/>
        </w:object>
      </w:r>
      <w:r w:rsidRPr="001A2DDE">
        <w:rPr>
          <w:rFonts w:cs="Times New Roman"/>
        </w:rPr>
        <w:t xml:space="preserve"> đáy không phải là hình thang và </w:t>
      </w:r>
      <w:r w:rsidRPr="001A2DDE">
        <w:rPr>
          <w:position w:val="-4"/>
        </w:rPr>
        <w:object w:dxaOrig="320" w:dyaOrig="260" w14:anchorId="69680C96">
          <v:shape id="_x0000_i1749" type="#_x0000_t75" style="width:16.2pt;height:13.2pt" o:ole="">
            <v:imagedata r:id="rId1350" o:title=""/>
          </v:shape>
          <o:OLEObject Type="Embed" ProgID="Equation.DSMT4" ShapeID="_x0000_i1749" DrawAspect="Content" ObjectID="_1699918485" r:id="rId1351"/>
        </w:object>
      </w:r>
      <w:r w:rsidRPr="001A2DDE">
        <w:rPr>
          <w:rFonts w:cs="Times New Roman"/>
        </w:rPr>
        <w:t xml:space="preserve"> tùy ý nằm trong </w:t>
      </w:r>
      <w:r w:rsidRPr="001A2DDE">
        <w:rPr>
          <w:position w:val="-6"/>
        </w:rPr>
        <w:object w:dxaOrig="660" w:dyaOrig="279" w14:anchorId="57B7D831">
          <v:shape id="_x0000_i1750" type="#_x0000_t75" style="width:33pt;height:13.8pt" o:ole="">
            <v:imagedata r:id="rId1352" o:title=""/>
          </v:shape>
          <o:OLEObject Type="Embed" ProgID="Equation.DSMT4" ShapeID="_x0000_i1750" DrawAspect="Content" ObjectID="_1699918486" r:id="rId1353"/>
        </w:object>
      </w:r>
      <w:r w:rsidRPr="001A2DDE">
        <w:rPr>
          <w:rFonts w:cs="Times New Roman"/>
        </w:rPr>
        <w:t xml:space="preserve">. Gọi </w:t>
      </w:r>
      <w:r w:rsidRPr="001A2DDE">
        <w:rPr>
          <w:position w:val="-10"/>
        </w:rPr>
        <w:object w:dxaOrig="2020" w:dyaOrig="320" w14:anchorId="42EDB9C0">
          <v:shape id="_x0000_i1751" type="#_x0000_t75" style="width:100.8pt;height:16.2pt" o:ole="">
            <v:imagedata r:id="rId1354" o:title=""/>
          </v:shape>
          <o:OLEObject Type="Embed" ProgID="Equation.DSMT4" ShapeID="_x0000_i1751" DrawAspect="Content" ObjectID="_1699918487" r:id="rId1355"/>
        </w:object>
      </w:r>
      <w:r w:rsidRPr="001A2DDE">
        <w:rPr>
          <w:rFonts w:cs="Times New Roman"/>
        </w:rPr>
        <w:t>. Chọn câu đúng:</w:t>
      </w:r>
    </w:p>
    <w:p w14:paraId="62899AEC"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1060" w:dyaOrig="320" w14:anchorId="34FBCE72">
          <v:shape id="_x0000_i1752" type="#_x0000_t75" style="width:52.8pt;height:16.2pt" o:ole="">
            <v:imagedata r:id="rId1356" o:title=""/>
          </v:shape>
          <o:OLEObject Type="Embed" ProgID="Equation.DSMT4" ShapeID="_x0000_i1752" DrawAspect="Content" ObjectID="_1699918488" r:id="rId1357"/>
        </w:object>
      </w:r>
      <w:r w:rsidRPr="001A2DDE">
        <w:rPr>
          <w:rFonts w:cs="Times New Roman"/>
        </w:rPr>
        <w:t xml:space="preserve"> đồng quy.</w:t>
      </w:r>
      <w:r w:rsidRPr="001A2DDE">
        <w:rPr>
          <w:rFonts w:cs="Times New Roman"/>
        </w:rPr>
        <w:tab/>
      </w:r>
      <w:r w:rsidRPr="001A2DDE">
        <w:rPr>
          <w:rFonts w:cs="Times New Roman"/>
          <w:b/>
          <w:color w:val="0000FF"/>
        </w:rPr>
        <w:t xml:space="preserve">B. </w:t>
      </w:r>
      <w:r w:rsidRPr="001A2DDE">
        <w:rPr>
          <w:rFonts w:cs="Times New Roman"/>
          <w:position w:val="-10"/>
        </w:rPr>
        <w:object w:dxaOrig="1060" w:dyaOrig="320" w14:anchorId="3B2BC122">
          <v:shape id="_x0000_i1753" type="#_x0000_t75" style="width:52.8pt;height:16.2pt" o:ole="">
            <v:imagedata r:id="rId1358" o:title=""/>
          </v:shape>
          <o:OLEObject Type="Embed" ProgID="Equation.DSMT4" ShapeID="_x0000_i1753" DrawAspect="Content" ObjectID="_1699918489" r:id="rId1359"/>
        </w:object>
      </w:r>
      <w:r w:rsidRPr="001A2DDE">
        <w:rPr>
          <w:rFonts w:cs="Times New Roman"/>
        </w:rPr>
        <w:t xml:space="preserve"> đồng quy.</w:t>
      </w:r>
    </w:p>
    <w:p w14:paraId="54092E71"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10"/>
        </w:rPr>
        <w:object w:dxaOrig="1040" w:dyaOrig="320" w14:anchorId="189D0767">
          <v:shape id="_x0000_i1754" type="#_x0000_t75" style="width:52.2pt;height:16.2pt" o:ole="">
            <v:imagedata r:id="rId1360" o:title=""/>
          </v:shape>
          <o:OLEObject Type="Embed" ProgID="Equation.DSMT4" ShapeID="_x0000_i1754" DrawAspect="Content" ObjectID="_1699918490" r:id="rId1361"/>
        </w:object>
      </w:r>
      <w:r w:rsidRPr="001A2DDE">
        <w:rPr>
          <w:rFonts w:cs="Times New Roman"/>
        </w:rPr>
        <w:t xml:space="preserve"> đồng quy.</w:t>
      </w:r>
      <w:r w:rsidRPr="001A2DDE">
        <w:rPr>
          <w:rFonts w:cs="Times New Roman"/>
        </w:rPr>
        <w:tab/>
      </w:r>
      <w:r w:rsidRPr="001A2DDE">
        <w:rPr>
          <w:rFonts w:cs="Times New Roman"/>
          <w:b/>
          <w:color w:val="0000FF"/>
        </w:rPr>
        <w:t xml:space="preserve">D. </w:t>
      </w:r>
      <w:r w:rsidRPr="001A2DDE">
        <w:rPr>
          <w:rFonts w:cs="Times New Roman"/>
          <w:position w:val="-10"/>
        </w:rPr>
        <w:object w:dxaOrig="1080" w:dyaOrig="320" w14:anchorId="5B31A9EC">
          <v:shape id="_x0000_i1755" type="#_x0000_t75" style="width:54pt;height:16.2pt" o:ole="">
            <v:imagedata r:id="rId1362" o:title=""/>
          </v:shape>
          <o:OLEObject Type="Embed" ProgID="Equation.DSMT4" ShapeID="_x0000_i1755" DrawAspect="Content" ObjectID="_1699918491" r:id="rId1363"/>
        </w:object>
      </w:r>
      <w:r w:rsidRPr="001A2DDE">
        <w:rPr>
          <w:rFonts w:cs="Times New Roman"/>
        </w:rPr>
        <w:t xml:space="preserve"> đồng quy.</w:t>
      </w:r>
    </w:p>
    <w:p w14:paraId="7F4795AA"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18:</w:t>
      </w:r>
      <w:r w:rsidRPr="001A2DDE">
        <w:rPr>
          <w:rFonts w:cs="Times New Roman"/>
          <w:b/>
          <w:color w:val="0000FF"/>
        </w:rPr>
        <w:tab/>
      </w:r>
      <w:r w:rsidRPr="001A2DDE">
        <w:rPr>
          <w:rFonts w:cs="Times New Roman"/>
        </w:rPr>
        <w:t>Xác suất bắn trủng mục tiêu của một vận động viên khi bắn một viên đạn là 0,6. Người đó bắn hai viên một cách độc lập. Xác suất để một viên bắn trúng và một viên trượt mục tiêu là:</w:t>
      </w:r>
    </w:p>
    <w:p w14:paraId="78459B2F"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0,24.</w:t>
      </w:r>
      <w:r w:rsidRPr="001A2DDE">
        <w:rPr>
          <w:rFonts w:cs="Times New Roman"/>
        </w:rPr>
        <w:tab/>
      </w:r>
      <w:r w:rsidRPr="001A2DDE">
        <w:rPr>
          <w:rFonts w:cs="Times New Roman"/>
          <w:b/>
          <w:color w:val="0000FF"/>
        </w:rPr>
        <w:t xml:space="preserve">B. </w:t>
      </w:r>
      <w:r w:rsidRPr="001A2DDE">
        <w:rPr>
          <w:rFonts w:cs="Times New Roman"/>
        </w:rPr>
        <w:t>0,4.</w:t>
      </w:r>
      <w:r w:rsidRPr="001A2DDE">
        <w:rPr>
          <w:rFonts w:cs="Times New Roman"/>
        </w:rPr>
        <w:tab/>
      </w:r>
      <w:r w:rsidRPr="001A2DDE">
        <w:rPr>
          <w:rFonts w:cs="Times New Roman"/>
          <w:b/>
          <w:color w:val="0000FF"/>
        </w:rPr>
        <w:t xml:space="preserve">C. </w:t>
      </w:r>
      <w:r w:rsidRPr="001A2DDE">
        <w:rPr>
          <w:rFonts w:cs="Times New Roman"/>
        </w:rPr>
        <w:t>0,48.</w:t>
      </w:r>
      <w:r w:rsidRPr="001A2DDE">
        <w:rPr>
          <w:rFonts w:cs="Times New Roman"/>
        </w:rPr>
        <w:tab/>
      </w:r>
      <w:r w:rsidRPr="001A2DDE">
        <w:rPr>
          <w:rFonts w:cs="Times New Roman"/>
          <w:b/>
          <w:color w:val="0000FF"/>
        </w:rPr>
        <w:t xml:space="preserve">D. </w:t>
      </w:r>
      <w:r w:rsidRPr="001A2DDE">
        <w:rPr>
          <w:rFonts w:cs="Times New Roman"/>
        </w:rPr>
        <w:t>0,45.</w:t>
      </w:r>
    </w:p>
    <w:p w14:paraId="215F40CE"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19:</w:t>
      </w:r>
      <w:r w:rsidRPr="001A2DDE">
        <w:rPr>
          <w:rFonts w:cs="Times New Roman"/>
          <w:b/>
          <w:color w:val="0000FF"/>
        </w:rPr>
        <w:tab/>
      </w:r>
      <w:r w:rsidRPr="001A2DDE">
        <w:rPr>
          <w:rFonts w:cs="Times New Roman"/>
        </w:rPr>
        <w:t xml:space="preserve">Cho tứ diện </w:t>
      </w:r>
      <w:r w:rsidRPr="001A2DDE">
        <w:rPr>
          <w:position w:val="-6"/>
        </w:rPr>
        <w:object w:dxaOrig="720" w:dyaOrig="279" w14:anchorId="1B50A2B8">
          <v:shape id="_x0000_i1756" type="#_x0000_t75" style="width:36pt;height:13.8pt" o:ole="">
            <v:imagedata r:id="rId1364" o:title=""/>
          </v:shape>
          <o:OLEObject Type="Embed" ProgID="Equation.DSMT4" ShapeID="_x0000_i1756" DrawAspect="Content" ObjectID="_1699918492" r:id="rId1365"/>
        </w:object>
      </w:r>
      <w:r w:rsidRPr="001A2DDE">
        <w:rPr>
          <w:rFonts w:cs="Times New Roman"/>
        </w:rPr>
        <w:t xml:space="preserve">. Gọi </w:t>
      </w:r>
      <w:r w:rsidRPr="001A2DDE">
        <w:rPr>
          <w:position w:val="-10"/>
        </w:rPr>
        <w:object w:dxaOrig="859" w:dyaOrig="320" w14:anchorId="7F7F3A77">
          <v:shape id="_x0000_i1757" type="#_x0000_t75" style="width:43.2pt;height:16.2pt" o:ole="">
            <v:imagedata r:id="rId1366" o:title=""/>
          </v:shape>
          <o:OLEObject Type="Embed" ProgID="Equation.DSMT4" ShapeID="_x0000_i1757" DrawAspect="Content" ObjectID="_1699918493" r:id="rId1367"/>
        </w:object>
      </w:r>
      <w:r w:rsidRPr="001A2DDE">
        <w:rPr>
          <w:rFonts w:cs="Times New Roman"/>
        </w:rPr>
        <w:t xml:space="preserve"> lần lượt là các điểm trên các cạnh </w:t>
      </w:r>
      <w:r w:rsidRPr="001A2DDE">
        <w:rPr>
          <w:position w:val="-10"/>
        </w:rPr>
        <w:object w:dxaOrig="820" w:dyaOrig="320" w14:anchorId="4EF2EE53">
          <v:shape id="_x0000_i1758" type="#_x0000_t75" style="width:40.8pt;height:16.2pt" o:ole="">
            <v:imagedata r:id="rId1368" o:title=""/>
          </v:shape>
          <o:OLEObject Type="Embed" ProgID="Equation.DSMT4" ShapeID="_x0000_i1758" DrawAspect="Content" ObjectID="_1699918494" r:id="rId1369"/>
        </w:object>
      </w:r>
      <w:r w:rsidRPr="001A2DDE">
        <w:rPr>
          <w:rFonts w:cs="Times New Roman"/>
        </w:rPr>
        <w:t xml:space="preserve"> và </w:t>
      </w:r>
      <w:r w:rsidRPr="001A2DDE">
        <w:rPr>
          <w:position w:val="-4"/>
        </w:rPr>
        <w:object w:dxaOrig="400" w:dyaOrig="260" w14:anchorId="58ADD32C">
          <v:shape id="_x0000_i1759" type="#_x0000_t75" style="width:19.8pt;height:13.2pt" o:ole="">
            <v:imagedata r:id="rId1370" o:title=""/>
          </v:shape>
          <o:OLEObject Type="Embed" ProgID="Equation.DSMT4" ShapeID="_x0000_i1759" DrawAspect="Content" ObjectID="_1699918495" r:id="rId1371"/>
        </w:object>
      </w:r>
      <w:r w:rsidRPr="001A2DDE">
        <w:rPr>
          <w:rFonts w:cs="Times New Roman"/>
        </w:rPr>
        <w:t xml:space="preserve"> sao cho </w:t>
      </w:r>
      <w:r w:rsidRPr="001A2DDE">
        <w:rPr>
          <w:position w:val="-6"/>
        </w:rPr>
        <w:object w:dxaOrig="460" w:dyaOrig="279" w14:anchorId="1F8B23D7">
          <v:shape id="_x0000_i1760" type="#_x0000_t75" style="width:22.8pt;height:13.8pt" o:ole="">
            <v:imagedata r:id="rId1372" o:title=""/>
          </v:shape>
          <o:OLEObject Type="Embed" ProgID="Equation.DSMT4" ShapeID="_x0000_i1760" DrawAspect="Content" ObjectID="_1699918496" r:id="rId1373"/>
        </w:object>
      </w:r>
      <w:r w:rsidRPr="001A2DDE">
        <w:rPr>
          <w:rFonts w:cs="Times New Roman"/>
        </w:rPr>
        <w:t xml:space="preserve"> không song song với </w:t>
      </w:r>
      <w:r w:rsidRPr="001A2DDE">
        <w:rPr>
          <w:position w:val="-10"/>
        </w:rPr>
        <w:object w:dxaOrig="840" w:dyaOrig="320" w14:anchorId="37EAB550">
          <v:shape id="_x0000_i1761" type="#_x0000_t75" style="width:42pt;height:16.2pt" o:ole="">
            <v:imagedata r:id="rId1374" o:title=""/>
          </v:shape>
          <o:OLEObject Type="Embed" ProgID="Equation.DSMT4" ShapeID="_x0000_i1761" DrawAspect="Content" ObjectID="_1699918497" r:id="rId1375"/>
        </w:object>
      </w:r>
      <w:r w:rsidRPr="001A2DDE">
        <w:rPr>
          <w:rFonts w:cs="Times New Roman"/>
        </w:rPr>
        <w:t xml:space="preserve"> không song song với </w:t>
      </w:r>
      <w:r w:rsidRPr="001A2DDE">
        <w:rPr>
          <w:position w:val="-4"/>
        </w:rPr>
        <w:object w:dxaOrig="420" w:dyaOrig="260" w14:anchorId="423A9F78">
          <v:shape id="_x0000_i1762" type="#_x0000_t75" style="width:21pt;height:13.2pt" o:ole="">
            <v:imagedata r:id="rId1376" o:title=""/>
          </v:shape>
          <o:OLEObject Type="Embed" ProgID="Equation.DSMT4" ShapeID="_x0000_i1762" DrawAspect="Content" ObjectID="_1699918498" r:id="rId1377"/>
        </w:object>
      </w:r>
      <w:r w:rsidRPr="001A2DDE">
        <w:rPr>
          <w:rFonts w:cs="Times New Roman"/>
        </w:rPr>
        <w:t xml:space="preserve">. Mặt phẳng </w:t>
      </w:r>
      <w:r w:rsidRPr="001A2DDE">
        <w:rPr>
          <w:position w:val="-10"/>
        </w:rPr>
        <w:object w:dxaOrig="760" w:dyaOrig="320" w14:anchorId="5E049D87">
          <v:shape id="_x0000_i1763" type="#_x0000_t75" style="width:37.8pt;height:16.2pt" o:ole="">
            <v:imagedata r:id="rId1378" o:title=""/>
          </v:shape>
          <o:OLEObject Type="Embed" ProgID="Equation.DSMT4" ShapeID="_x0000_i1763" DrawAspect="Content" ObjectID="_1699918499" r:id="rId1379"/>
        </w:object>
      </w:r>
      <w:r w:rsidRPr="001A2DDE">
        <w:rPr>
          <w:rFonts w:cs="Times New Roman"/>
        </w:rPr>
        <w:t xml:space="preserve"> cắt các đường thẳng </w:t>
      </w:r>
      <w:r w:rsidRPr="001A2DDE">
        <w:rPr>
          <w:position w:val="-10"/>
        </w:rPr>
        <w:object w:dxaOrig="1260" w:dyaOrig="320" w14:anchorId="721C2333">
          <v:shape id="_x0000_i1764" type="#_x0000_t75" style="width:63pt;height:16.2pt" o:ole="">
            <v:imagedata r:id="rId1380" o:title=""/>
          </v:shape>
          <o:OLEObject Type="Embed" ProgID="Equation.DSMT4" ShapeID="_x0000_i1764" DrawAspect="Content" ObjectID="_1699918500" r:id="rId1381"/>
        </w:object>
      </w:r>
      <w:r w:rsidRPr="001A2DDE">
        <w:rPr>
          <w:rFonts w:cs="Times New Roman"/>
        </w:rPr>
        <w:t xml:space="preserve"> lần lượt tại </w:t>
      </w:r>
      <w:r w:rsidRPr="001A2DDE">
        <w:rPr>
          <w:position w:val="-10"/>
        </w:rPr>
        <w:object w:dxaOrig="700" w:dyaOrig="320" w14:anchorId="3C7F4F98">
          <v:shape id="_x0000_i1765" type="#_x0000_t75" style="width:34.8pt;height:16.2pt" o:ole="">
            <v:imagedata r:id="rId1382" o:title=""/>
          </v:shape>
          <o:OLEObject Type="Embed" ProgID="Equation.DSMT4" ShapeID="_x0000_i1765" DrawAspect="Content" ObjectID="_1699918501" r:id="rId1383"/>
        </w:object>
      </w:r>
      <w:r w:rsidRPr="001A2DDE">
        <w:rPr>
          <w:rFonts w:cs="Times New Roman"/>
        </w:rPr>
        <w:t>. Ba điểm nào sau đây thẳng hàng:</w:t>
      </w:r>
    </w:p>
    <w:p w14:paraId="5E45D382"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760" w:dyaOrig="320" w14:anchorId="7B1D3BA1">
          <v:shape id="_x0000_i1766" type="#_x0000_t75" style="width:37.8pt;height:16.2pt" o:ole="">
            <v:imagedata r:id="rId1384" o:title=""/>
          </v:shape>
          <o:OLEObject Type="Embed" ProgID="Equation.DSMT4" ShapeID="_x0000_i1766" DrawAspect="Content" ObjectID="_1699918502" r:id="rId1385"/>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10"/>
        </w:rPr>
        <w:object w:dxaOrig="800" w:dyaOrig="320" w14:anchorId="2B857F48">
          <v:shape id="_x0000_i1767" type="#_x0000_t75" style="width:40.2pt;height:16.2pt" o:ole="">
            <v:imagedata r:id="rId1386" o:title=""/>
          </v:shape>
          <o:OLEObject Type="Embed" ProgID="Equation.DSMT4" ShapeID="_x0000_i1767" DrawAspect="Content" ObjectID="_1699918503" r:id="rId1387"/>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10"/>
        </w:rPr>
        <w:object w:dxaOrig="700" w:dyaOrig="320" w14:anchorId="3B70C74C">
          <v:shape id="_x0000_i1768" type="#_x0000_t75" style="width:34.8pt;height:16.2pt" o:ole="">
            <v:imagedata r:id="rId1388" o:title=""/>
          </v:shape>
          <o:OLEObject Type="Embed" ProgID="Equation.DSMT4" ShapeID="_x0000_i1768" DrawAspect="Content" ObjectID="_1699918504" r:id="rId1389"/>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720" w:dyaOrig="320" w14:anchorId="709A75CA">
          <v:shape id="_x0000_i1769" type="#_x0000_t75" style="width:36pt;height:16.2pt" o:ole="">
            <v:imagedata r:id="rId1390" o:title=""/>
          </v:shape>
          <o:OLEObject Type="Embed" ProgID="Equation.DSMT4" ShapeID="_x0000_i1769" DrawAspect="Content" ObjectID="_1699918505" r:id="rId1391"/>
        </w:object>
      </w:r>
      <w:r w:rsidRPr="001A2DDE">
        <w:rPr>
          <w:rFonts w:cs="Times New Roman"/>
        </w:rPr>
        <w:t>.</w:t>
      </w:r>
    </w:p>
    <w:p w14:paraId="37D016AA"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20:</w:t>
      </w:r>
      <w:r w:rsidRPr="001A2DDE">
        <w:rPr>
          <w:rFonts w:cs="Times New Roman"/>
          <w:b/>
          <w:color w:val="0000FF"/>
        </w:rPr>
        <w:tab/>
      </w:r>
      <w:r w:rsidRPr="001A2DDE">
        <w:rPr>
          <w:rFonts w:cs="Times New Roman"/>
        </w:rPr>
        <w:t xml:space="preserve">Tìm giá trị lớn nhất và giá trị nhỏ nhất của hảm số </w:t>
      </w:r>
      <w:r w:rsidRPr="001A2DDE">
        <w:rPr>
          <w:position w:val="-10"/>
        </w:rPr>
        <w:object w:dxaOrig="2960" w:dyaOrig="320" w14:anchorId="70A5B5A6">
          <v:shape id="_x0000_i1770" type="#_x0000_t75" style="width:148.2pt;height:16.2pt" o:ole="">
            <v:imagedata r:id="rId1392" o:title=""/>
          </v:shape>
          <o:OLEObject Type="Embed" ProgID="Equation.DSMT4" ShapeID="_x0000_i1770" DrawAspect="Content" ObjectID="_1699918506" r:id="rId1393"/>
        </w:object>
      </w:r>
      <w:r w:rsidRPr="001A2DDE">
        <w:rPr>
          <w:rFonts w:cs="Times New Roman"/>
        </w:rPr>
        <w:t xml:space="preserve"> là</w:t>
      </w:r>
    </w:p>
    <w:p w14:paraId="45025BF0"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3200" w:dyaOrig="380" w14:anchorId="20369778">
          <v:shape id="_x0000_i1771" type="#_x0000_t75" style="width:160.2pt;height:19.2pt" o:ole="">
            <v:imagedata r:id="rId1394" o:title=""/>
          </v:shape>
          <o:OLEObject Type="Embed" ProgID="Equation.DSMT4" ShapeID="_x0000_i1771" DrawAspect="Content" ObjectID="_1699918507" r:id="rId1395"/>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10"/>
        </w:rPr>
        <w:object w:dxaOrig="2520" w:dyaOrig="380" w14:anchorId="695D9B4D">
          <v:shape id="_x0000_i1772" type="#_x0000_t75" style="width:126pt;height:19.2pt" o:ole="">
            <v:imagedata r:id="rId1396" o:title=""/>
          </v:shape>
          <o:OLEObject Type="Embed" ProgID="Equation.DSMT4" ShapeID="_x0000_i1772" DrawAspect="Content" ObjectID="_1699918508" r:id="rId1397"/>
        </w:object>
      </w:r>
      <w:r w:rsidRPr="001A2DDE">
        <w:rPr>
          <w:rFonts w:cs="Times New Roman"/>
        </w:rPr>
        <w:t>.</w:t>
      </w:r>
    </w:p>
    <w:p w14:paraId="068DDA69"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10"/>
        </w:rPr>
        <w:object w:dxaOrig="2620" w:dyaOrig="380" w14:anchorId="471BC877">
          <v:shape id="_x0000_i1773" type="#_x0000_t75" style="width:130.8pt;height:19.2pt" o:ole="">
            <v:imagedata r:id="rId1398" o:title=""/>
          </v:shape>
          <o:OLEObject Type="Embed" ProgID="Equation.DSMT4" ShapeID="_x0000_i1773" DrawAspect="Content" ObjectID="_1699918509" r:id="rId1399"/>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2600" w:dyaOrig="380" w14:anchorId="0FE661DD">
          <v:shape id="_x0000_i1774" type="#_x0000_t75" style="width:130.2pt;height:19.2pt" o:ole="">
            <v:imagedata r:id="rId1400" o:title=""/>
          </v:shape>
          <o:OLEObject Type="Embed" ProgID="Equation.DSMT4" ShapeID="_x0000_i1774" DrawAspect="Content" ObjectID="_1699918510" r:id="rId1401"/>
        </w:object>
      </w:r>
      <w:r w:rsidRPr="001A2DDE">
        <w:rPr>
          <w:rFonts w:cs="Times New Roman"/>
        </w:rPr>
        <w:t>.</w:t>
      </w:r>
    </w:p>
    <w:p w14:paraId="0B00A7EB"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21:</w:t>
      </w:r>
      <w:r w:rsidRPr="001A2DDE">
        <w:rPr>
          <w:rFonts w:cs="Times New Roman"/>
          <w:b/>
          <w:color w:val="0000FF"/>
        </w:rPr>
        <w:tab/>
      </w:r>
      <w:r w:rsidRPr="001A2DDE">
        <w:rPr>
          <w:rFonts w:cs="Times New Roman"/>
        </w:rPr>
        <w:t xml:space="preserve">Hệ số của </w:t>
      </w:r>
      <w:r w:rsidRPr="001A2DDE">
        <w:rPr>
          <w:position w:val="-6"/>
        </w:rPr>
        <w:object w:dxaOrig="260" w:dyaOrig="320" w14:anchorId="14450C97">
          <v:shape id="_x0000_i1775" type="#_x0000_t75" style="width:13.2pt;height:16.2pt" o:ole="">
            <v:imagedata r:id="rId1402" o:title=""/>
          </v:shape>
          <o:OLEObject Type="Embed" ProgID="Equation.DSMT4" ShapeID="_x0000_i1775" DrawAspect="Content" ObjectID="_1699918511" r:id="rId1403"/>
        </w:object>
      </w:r>
      <w:r w:rsidRPr="001A2DDE">
        <w:rPr>
          <w:rFonts w:cs="Times New Roman"/>
        </w:rPr>
        <w:t xml:space="preserve"> trong khai triển </w:t>
      </w:r>
      <w:r w:rsidRPr="001A2DDE">
        <w:rPr>
          <w:position w:val="-10"/>
        </w:rPr>
        <w:object w:dxaOrig="2960" w:dyaOrig="360" w14:anchorId="3800C443">
          <v:shape id="_x0000_i1776" type="#_x0000_t75" style="width:148.2pt;height:18pt" o:ole="">
            <v:imagedata r:id="rId1404" o:title=""/>
          </v:shape>
          <o:OLEObject Type="Embed" ProgID="Equation.DSMT4" ShapeID="_x0000_i1776" DrawAspect="Content" ObjectID="_1699918512" r:id="rId1405"/>
        </w:object>
      </w:r>
      <w:r w:rsidRPr="001A2DDE">
        <w:rPr>
          <w:rFonts w:cs="Times New Roman"/>
        </w:rPr>
        <w:t xml:space="preserve"> là:</w:t>
      </w:r>
    </w:p>
    <w:p w14:paraId="33369792"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55.</w:t>
      </w:r>
      <w:r w:rsidRPr="001A2DDE">
        <w:rPr>
          <w:rFonts w:cs="Times New Roman"/>
        </w:rPr>
        <w:tab/>
      </w:r>
      <w:r w:rsidRPr="001A2DDE">
        <w:rPr>
          <w:rFonts w:cs="Times New Roman"/>
          <w:b/>
          <w:color w:val="0000FF"/>
        </w:rPr>
        <w:t xml:space="preserve">B. </w:t>
      </w:r>
      <w:r w:rsidRPr="001A2DDE">
        <w:rPr>
          <w:rFonts w:cs="Times New Roman"/>
        </w:rPr>
        <w:t>37.</w:t>
      </w:r>
      <w:r w:rsidRPr="001A2DDE">
        <w:rPr>
          <w:rFonts w:cs="Times New Roman"/>
        </w:rPr>
        <w:tab/>
      </w:r>
      <w:r w:rsidRPr="001A2DDE">
        <w:rPr>
          <w:rFonts w:cs="Times New Roman"/>
          <w:b/>
          <w:color w:val="0000FF"/>
        </w:rPr>
        <w:t xml:space="preserve">C. </w:t>
      </w:r>
      <w:r w:rsidRPr="001A2DDE">
        <w:rPr>
          <w:rFonts w:cs="Times New Roman"/>
        </w:rPr>
        <w:t>147.</w:t>
      </w:r>
      <w:r w:rsidRPr="001A2DDE">
        <w:rPr>
          <w:rFonts w:cs="Times New Roman"/>
        </w:rPr>
        <w:tab/>
      </w:r>
      <w:r w:rsidRPr="001A2DDE">
        <w:rPr>
          <w:rFonts w:cs="Times New Roman"/>
          <w:b/>
          <w:color w:val="0000FF"/>
        </w:rPr>
        <w:t xml:space="preserve">D. </w:t>
      </w:r>
      <w:r w:rsidRPr="001A2DDE">
        <w:rPr>
          <w:rFonts w:cs="Times New Roman"/>
          <w:position w:val="-6"/>
        </w:rPr>
        <w:object w:dxaOrig="560" w:dyaOrig="279" w14:anchorId="10761C27">
          <v:shape id="_x0000_i1777" type="#_x0000_t75" style="width:28.2pt;height:13.8pt" o:ole="">
            <v:imagedata r:id="rId1406" o:title=""/>
          </v:shape>
          <o:OLEObject Type="Embed" ProgID="Equation.DSMT4" ShapeID="_x0000_i1777" DrawAspect="Content" ObjectID="_1699918513" r:id="rId1407"/>
        </w:object>
      </w:r>
      <w:r w:rsidRPr="001A2DDE">
        <w:rPr>
          <w:rFonts w:cs="Times New Roman"/>
        </w:rPr>
        <w:t>.</w:t>
      </w:r>
    </w:p>
    <w:p w14:paraId="50619487"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lastRenderedPageBreak/>
        <w:t>Câu 22:</w:t>
      </w:r>
      <w:r w:rsidRPr="001A2DDE">
        <w:rPr>
          <w:rFonts w:cs="Times New Roman"/>
          <w:b/>
          <w:color w:val="0000FF"/>
        </w:rPr>
        <w:tab/>
      </w:r>
      <w:r w:rsidRPr="001A2DDE">
        <w:rPr>
          <w:rFonts w:cs="Times New Roman"/>
        </w:rPr>
        <w:t xml:space="preserve">Trong mặt phẳng với hệ trục tọa độ </w:t>
      </w:r>
      <w:r w:rsidRPr="001A2DDE">
        <w:rPr>
          <w:position w:val="-10"/>
        </w:rPr>
        <w:object w:dxaOrig="460" w:dyaOrig="320" w14:anchorId="1E22C788">
          <v:shape id="_x0000_i1778" type="#_x0000_t75" style="width:22.8pt;height:16.2pt" o:ole="">
            <v:imagedata r:id="rId1408" o:title=""/>
          </v:shape>
          <o:OLEObject Type="Embed" ProgID="Equation.DSMT4" ShapeID="_x0000_i1778" DrawAspect="Content" ObjectID="_1699918514" r:id="rId1409"/>
        </w:object>
      </w:r>
      <w:r w:rsidRPr="001A2DDE">
        <w:rPr>
          <w:rFonts w:cs="Times New Roman"/>
        </w:rPr>
        <w:t xml:space="preserve">, cho điểm </w:t>
      </w:r>
      <w:r w:rsidRPr="001A2DDE">
        <w:rPr>
          <w:position w:val="-10"/>
        </w:rPr>
        <w:object w:dxaOrig="1540" w:dyaOrig="320" w14:anchorId="374D6B32">
          <v:shape id="_x0000_i1779" type="#_x0000_t75" style="width:76.8pt;height:16.2pt" o:ole="">
            <v:imagedata r:id="rId1410" o:title=""/>
          </v:shape>
          <o:OLEObject Type="Embed" ProgID="Equation.DSMT4" ShapeID="_x0000_i1779" DrawAspect="Content" ObjectID="_1699918515" r:id="rId1411"/>
        </w:object>
      </w:r>
      <w:r w:rsidRPr="001A2DDE">
        <w:rPr>
          <w:rFonts w:cs="Times New Roman"/>
        </w:rPr>
        <w:t xml:space="preserve">. Biết các điểm </w:t>
      </w:r>
      <w:r w:rsidRPr="001A2DDE">
        <w:rPr>
          <w:position w:val="-10"/>
        </w:rPr>
        <w:object w:dxaOrig="480" w:dyaOrig="320" w14:anchorId="30163F3F">
          <v:shape id="_x0000_i1780" type="#_x0000_t75" style="width:24pt;height:16.2pt" o:ole="">
            <v:imagedata r:id="rId1412" o:title=""/>
          </v:shape>
          <o:OLEObject Type="Embed" ProgID="Equation.DSMT4" ShapeID="_x0000_i1780" DrawAspect="Content" ObjectID="_1699918516" r:id="rId1413"/>
        </w:object>
      </w:r>
      <w:r w:rsidRPr="001A2DDE">
        <w:rPr>
          <w:rFonts w:cs="Times New Roman"/>
        </w:rPr>
        <w:t xml:space="preserve"> theo thứ tự là ảnh của các điểm </w:t>
      </w:r>
      <w:r w:rsidRPr="001A2DDE">
        <w:rPr>
          <w:position w:val="-10"/>
        </w:rPr>
        <w:object w:dxaOrig="600" w:dyaOrig="320" w14:anchorId="608524CF">
          <v:shape id="_x0000_i1781" type="#_x0000_t75" style="width:30pt;height:16.2pt" o:ole="">
            <v:imagedata r:id="rId1414" o:title=""/>
          </v:shape>
          <o:OLEObject Type="Embed" ProgID="Equation.DSMT4" ShapeID="_x0000_i1781" DrawAspect="Content" ObjectID="_1699918517" r:id="rId1415"/>
        </w:object>
      </w:r>
      <w:r w:rsidRPr="001A2DDE">
        <w:rPr>
          <w:rFonts w:cs="Times New Roman"/>
        </w:rPr>
        <w:t xml:space="preserve"> qua phép vij tự tâm </w:t>
      </w:r>
      <w:r w:rsidRPr="001A2DDE">
        <w:rPr>
          <w:position w:val="-10"/>
        </w:rPr>
        <w:object w:dxaOrig="240" w:dyaOrig="320" w14:anchorId="6EE1F9A1">
          <v:shape id="_x0000_i1782" type="#_x0000_t75" style="width:12pt;height:16.2pt" o:ole="">
            <v:imagedata r:id="rId1416" o:title=""/>
          </v:shape>
          <o:OLEObject Type="Embed" ProgID="Equation.DSMT4" ShapeID="_x0000_i1782" DrawAspect="Content" ObjectID="_1699918518" r:id="rId1417"/>
        </w:object>
      </w:r>
      <w:r w:rsidRPr="001A2DDE">
        <w:rPr>
          <w:rFonts w:cs="Times New Roman"/>
        </w:rPr>
        <w:t xml:space="preserve">, tỉ số </w:t>
      </w:r>
      <w:r w:rsidRPr="001A2DDE">
        <w:rPr>
          <w:position w:val="-6"/>
        </w:rPr>
        <w:object w:dxaOrig="700" w:dyaOrig="279" w14:anchorId="6E328CEC">
          <v:shape id="_x0000_i1783" type="#_x0000_t75" style="width:34.8pt;height:13.8pt" o:ole="">
            <v:imagedata r:id="rId1418" o:title=""/>
          </v:shape>
          <o:OLEObject Type="Embed" ProgID="Equation.DSMT4" ShapeID="_x0000_i1783" DrawAspect="Content" ObjectID="_1699918519" r:id="rId1419"/>
        </w:object>
      </w:r>
      <w:r w:rsidRPr="001A2DDE">
        <w:rPr>
          <w:rFonts w:cs="Times New Roman"/>
        </w:rPr>
        <w:t xml:space="preserve">. Độ dài đoạn thẳng </w:t>
      </w:r>
      <w:r w:rsidRPr="001A2DDE">
        <w:rPr>
          <w:position w:val="-6"/>
        </w:rPr>
        <w:object w:dxaOrig="460" w:dyaOrig="279" w14:anchorId="24552841">
          <v:shape id="_x0000_i1784" type="#_x0000_t75" style="width:22.8pt;height:13.8pt" o:ole="">
            <v:imagedata r:id="rId1420" o:title=""/>
          </v:shape>
          <o:OLEObject Type="Embed" ProgID="Equation.DSMT4" ShapeID="_x0000_i1784" DrawAspect="Content" ObjectID="_1699918520" r:id="rId1421"/>
        </w:object>
      </w:r>
      <w:r w:rsidRPr="001A2DDE">
        <w:rPr>
          <w:rFonts w:cs="Times New Roman"/>
        </w:rPr>
        <w:t xml:space="preserve"> là:</w:t>
      </w:r>
    </w:p>
    <w:p w14:paraId="4A8BECBD"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50.</w:t>
      </w:r>
      <w:r w:rsidRPr="001A2DDE">
        <w:rPr>
          <w:rFonts w:cs="Times New Roman"/>
        </w:rPr>
        <w:tab/>
      </w:r>
      <w:r w:rsidRPr="001A2DDE">
        <w:rPr>
          <w:rFonts w:cs="Times New Roman"/>
          <w:b/>
          <w:color w:val="0000FF"/>
        </w:rPr>
        <w:t xml:space="preserve">B. </w:t>
      </w:r>
      <w:r w:rsidRPr="001A2DDE">
        <w:rPr>
          <w:rFonts w:cs="Times New Roman"/>
        </w:rPr>
        <w:t>12,5.</w:t>
      </w:r>
      <w:r w:rsidRPr="001A2DDE">
        <w:rPr>
          <w:rFonts w:cs="Times New Roman"/>
        </w:rPr>
        <w:tab/>
      </w:r>
      <w:r w:rsidRPr="001A2DDE">
        <w:rPr>
          <w:rFonts w:cs="Times New Roman"/>
          <w:b/>
          <w:color w:val="0000FF"/>
        </w:rPr>
        <w:t xml:space="preserve">C. </w:t>
      </w:r>
      <w:r w:rsidRPr="001A2DDE">
        <w:rPr>
          <w:rFonts w:cs="Times New Roman"/>
        </w:rPr>
        <w:t>10.</w:t>
      </w:r>
      <w:r w:rsidRPr="001A2DDE">
        <w:rPr>
          <w:rFonts w:cs="Times New Roman"/>
        </w:rPr>
        <w:tab/>
      </w:r>
      <w:r w:rsidRPr="001A2DDE">
        <w:rPr>
          <w:rFonts w:cs="Times New Roman"/>
          <w:b/>
          <w:color w:val="0000FF"/>
        </w:rPr>
        <w:t xml:space="preserve">D. </w:t>
      </w:r>
      <w:r w:rsidRPr="001A2DDE">
        <w:rPr>
          <w:rFonts w:cs="Times New Roman"/>
        </w:rPr>
        <w:t>2,5.</w:t>
      </w:r>
    </w:p>
    <w:p w14:paraId="7505E580"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23:</w:t>
      </w:r>
      <w:r w:rsidRPr="001A2DDE">
        <w:rPr>
          <w:rFonts w:cs="Times New Roman"/>
          <w:b/>
          <w:color w:val="0000FF"/>
        </w:rPr>
        <w:tab/>
      </w:r>
      <w:r w:rsidRPr="001A2DDE">
        <w:rPr>
          <w:rFonts w:cs="Times New Roman"/>
        </w:rPr>
        <w:t xml:space="preserve">Cho tập </w:t>
      </w:r>
      <w:r w:rsidRPr="001A2DDE">
        <w:rPr>
          <w:position w:val="-10"/>
        </w:rPr>
        <w:object w:dxaOrig="2520" w:dyaOrig="320" w14:anchorId="71F61C74">
          <v:shape id="_x0000_i1785" type="#_x0000_t75" style="width:126pt;height:16.2pt" o:ole="">
            <v:imagedata r:id="rId1422" o:title=""/>
          </v:shape>
          <o:OLEObject Type="Embed" ProgID="Equation.DSMT4" ShapeID="_x0000_i1785" DrawAspect="Content" ObjectID="_1699918521" r:id="rId1423"/>
        </w:object>
      </w:r>
      <w:r w:rsidRPr="001A2DDE">
        <w:rPr>
          <w:rFonts w:cs="Times New Roman"/>
        </w:rPr>
        <w:t xml:space="preserve">. Số các số tự nhiên có 5 chữ số đôi một khác nhau lấy ra từ tập </w:t>
      </w:r>
      <w:r w:rsidRPr="001A2DDE">
        <w:rPr>
          <w:position w:val="-4"/>
        </w:rPr>
        <w:object w:dxaOrig="240" w:dyaOrig="260" w14:anchorId="09AE7BFD">
          <v:shape id="_x0000_i1786" type="#_x0000_t75" style="width:12pt;height:13.2pt" o:ole="">
            <v:imagedata r:id="rId1424" o:title=""/>
          </v:shape>
          <o:OLEObject Type="Embed" ProgID="Equation.DSMT4" ShapeID="_x0000_i1786" DrawAspect="Content" ObjectID="_1699918522" r:id="rId1425"/>
        </w:object>
      </w:r>
      <w:r w:rsidRPr="001A2DDE">
        <w:rPr>
          <w:rFonts w:cs="Times New Roman"/>
        </w:rPr>
        <w:t xml:space="preserve"> lâ:</w:t>
      </w:r>
    </w:p>
    <w:p w14:paraId="7E424D57"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27162.</w:t>
      </w:r>
      <w:r w:rsidRPr="001A2DDE">
        <w:rPr>
          <w:rFonts w:cs="Times New Roman"/>
        </w:rPr>
        <w:tab/>
      </w:r>
      <w:r w:rsidRPr="001A2DDE">
        <w:rPr>
          <w:rFonts w:cs="Times New Roman"/>
          <w:b/>
          <w:color w:val="0000FF"/>
        </w:rPr>
        <w:t xml:space="preserve">B. </w:t>
      </w:r>
      <w:r w:rsidRPr="001A2DDE">
        <w:rPr>
          <w:rFonts w:cs="Times New Roman"/>
        </w:rPr>
        <w:t>30240.</w:t>
      </w:r>
      <w:r w:rsidRPr="001A2DDE">
        <w:rPr>
          <w:rFonts w:cs="Times New Roman"/>
        </w:rPr>
        <w:tab/>
      </w:r>
      <w:r w:rsidRPr="001A2DDE">
        <w:rPr>
          <w:rFonts w:cs="Times New Roman"/>
          <w:b/>
          <w:color w:val="0000FF"/>
        </w:rPr>
        <w:t xml:space="preserve">C. </w:t>
      </w:r>
      <w:r w:rsidRPr="001A2DDE">
        <w:rPr>
          <w:rFonts w:cs="Times New Roman"/>
        </w:rPr>
        <w:t>30420.</w:t>
      </w:r>
      <w:r w:rsidRPr="001A2DDE">
        <w:rPr>
          <w:rFonts w:cs="Times New Roman"/>
        </w:rPr>
        <w:tab/>
      </w:r>
      <w:r w:rsidRPr="001A2DDE">
        <w:rPr>
          <w:rFonts w:cs="Times New Roman"/>
          <w:b/>
          <w:color w:val="0000FF"/>
        </w:rPr>
        <w:t xml:space="preserve">D. </w:t>
      </w:r>
      <w:r w:rsidRPr="001A2DDE">
        <w:rPr>
          <w:rFonts w:cs="Times New Roman"/>
        </w:rPr>
        <w:t>27216.</w:t>
      </w:r>
    </w:p>
    <w:p w14:paraId="509E0DE5"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24:</w:t>
      </w:r>
      <w:r w:rsidRPr="001A2DDE">
        <w:rPr>
          <w:rFonts w:cs="Times New Roman"/>
          <w:b/>
          <w:color w:val="0000FF"/>
        </w:rPr>
        <w:tab/>
      </w:r>
      <w:r w:rsidRPr="001A2DDE">
        <w:rPr>
          <w:rFonts w:cs="Times New Roman"/>
        </w:rPr>
        <w:t xml:space="preserve">Số nghiệm của phương trình </w:t>
      </w:r>
      <w:r w:rsidRPr="001A2DDE">
        <w:rPr>
          <w:position w:val="-28"/>
        </w:rPr>
        <w:object w:dxaOrig="1740" w:dyaOrig="680" w14:anchorId="05D7577B">
          <v:shape id="_x0000_i1787" type="#_x0000_t75" style="width:87pt;height:34.2pt" o:ole="">
            <v:imagedata r:id="rId1426" o:title=""/>
          </v:shape>
          <o:OLEObject Type="Embed" ProgID="Equation.DSMT4" ShapeID="_x0000_i1787" DrawAspect="Content" ObjectID="_1699918523" r:id="rId1427"/>
        </w:object>
      </w:r>
      <w:r w:rsidRPr="001A2DDE">
        <w:rPr>
          <w:rFonts w:cs="Times New Roman"/>
        </w:rPr>
        <w:t xml:space="preserve"> thuộc khoảng </w:t>
      </w:r>
      <w:r w:rsidRPr="001A2DDE">
        <w:rPr>
          <w:position w:val="-10"/>
        </w:rPr>
        <w:object w:dxaOrig="780" w:dyaOrig="320" w14:anchorId="3143B07F">
          <v:shape id="_x0000_i1788" type="#_x0000_t75" style="width:39pt;height:16.2pt" o:ole="">
            <v:imagedata r:id="rId1428" o:title=""/>
          </v:shape>
          <o:OLEObject Type="Embed" ProgID="Equation.DSMT4" ShapeID="_x0000_i1788" DrawAspect="Content" ObjectID="_1699918524" r:id="rId1429"/>
        </w:object>
      </w:r>
      <w:r w:rsidRPr="001A2DDE">
        <w:rPr>
          <w:rFonts w:cs="Times New Roman"/>
        </w:rPr>
        <w:t xml:space="preserve"> là:</w:t>
      </w:r>
    </w:p>
    <w:p w14:paraId="5A87FDCE"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4.</w:t>
      </w:r>
      <w:r w:rsidRPr="001A2DDE">
        <w:rPr>
          <w:rFonts w:cs="Times New Roman"/>
        </w:rPr>
        <w:tab/>
      </w:r>
      <w:r w:rsidRPr="001A2DDE">
        <w:rPr>
          <w:rFonts w:cs="Times New Roman"/>
          <w:b/>
          <w:color w:val="0000FF"/>
        </w:rPr>
        <w:t xml:space="preserve">B. </w:t>
      </w:r>
      <w:r w:rsidRPr="001A2DDE">
        <w:rPr>
          <w:rFonts w:cs="Times New Roman"/>
          <w:position w:val="-4"/>
        </w:rPr>
        <w:object w:dxaOrig="139" w:dyaOrig="260" w14:anchorId="0CD6D56D">
          <v:shape id="_x0000_i1789" type="#_x0000_t75" style="width:7.2pt;height:13.2pt" o:ole="">
            <v:imagedata r:id="rId1430" o:title=""/>
          </v:shape>
          <o:OLEObject Type="Embed" ProgID="Equation.DSMT4" ShapeID="_x0000_i1789" DrawAspect="Content" ObjectID="_1699918525" r:id="rId1431"/>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rPr>
        <w:t>2.</w:t>
      </w:r>
      <w:r w:rsidRPr="001A2DDE">
        <w:rPr>
          <w:rFonts w:cs="Times New Roman"/>
        </w:rPr>
        <w:tab/>
      </w:r>
      <w:r w:rsidRPr="001A2DDE">
        <w:rPr>
          <w:rFonts w:cs="Times New Roman"/>
          <w:b/>
          <w:color w:val="0000FF"/>
        </w:rPr>
        <w:t xml:space="preserve">D. </w:t>
      </w:r>
      <w:r w:rsidRPr="001A2DDE">
        <w:rPr>
          <w:rFonts w:cs="Times New Roman"/>
          <w:position w:val="-6"/>
        </w:rPr>
        <w:object w:dxaOrig="180" w:dyaOrig="279" w14:anchorId="28C66F8B">
          <v:shape id="_x0000_i1790" type="#_x0000_t75" style="width:9pt;height:13.8pt" o:ole="">
            <v:imagedata r:id="rId1432" o:title=""/>
          </v:shape>
          <o:OLEObject Type="Embed" ProgID="Equation.DSMT4" ShapeID="_x0000_i1790" DrawAspect="Content" ObjectID="_1699918526" r:id="rId1433"/>
        </w:object>
      </w:r>
      <w:r w:rsidRPr="001A2DDE">
        <w:rPr>
          <w:rFonts w:cs="Times New Roman"/>
        </w:rPr>
        <w:t>.</w:t>
      </w:r>
    </w:p>
    <w:p w14:paraId="2E20AC17"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25:</w:t>
      </w:r>
      <w:r w:rsidRPr="001A2DDE">
        <w:rPr>
          <w:rFonts w:cs="Times New Roman"/>
          <w:b/>
          <w:color w:val="0000FF"/>
        </w:rPr>
        <w:tab/>
      </w:r>
      <w:r w:rsidRPr="001A2DDE">
        <w:rPr>
          <w:rFonts w:cs="Times New Roman"/>
        </w:rPr>
        <w:t xml:space="preserve">Tim </w:t>
      </w:r>
      <w:r w:rsidRPr="001A2DDE">
        <w:rPr>
          <w:position w:val="-6"/>
        </w:rPr>
        <w:object w:dxaOrig="260" w:dyaOrig="220" w14:anchorId="5FB20322">
          <v:shape id="_x0000_i1791" type="#_x0000_t75" style="width:13.2pt;height:10.8pt" o:ole="">
            <v:imagedata r:id="rId1434" o:title=""/>
          </v:shape>
          <o:OLEObject Type="Embed" ProgID="Equation.DSMT4" ShapeID="_x0000_i1791" DrawAspect="Content" ObjectID="_1699918527" r:id="rId1435"/>
        </w:object>
      </w:r>
      <w:r w:rsidRPr="001A2DDE">
        <w:rPr>
          <w:rFonts w:cs="Times New Roman"/>
        </w:rPr>
        <w:t xml:space="preserve"> dể phương trình </w:t>
      </w:r>
      <w:r w:rsidRPr="001A2DDE">
        <w:rPr>
          <w:position w:val="-24"/>
        </w:rPr>
        <w:object w:dxaOrig="3320" w:dyaOrig="620" w14:anchorId="4B2F0ECF">
          <v:shape id="_x0000_i1792" type="#_x0000_t75" style="width:166.2pt;height:31.2pt" o:ole="">
            <v:imagedata r:id="rId1436" o:title=""/>
          </v:shape>
          <o:OLEObject Type="Embed" ProgID="Equation.DSMT4" ShapeID="_x0000_i1792" DrawAspect="Content" ObjectID="_1699918528" r:id="rId1437"/>
        </w:object>
      </w:r>
      <w:r w:rsidRPr="001A2DDE">
        <w:rPr>
          <w:rFonts w:cs="Times New Roman"/>
        </w:rPr>
        <w:t xml:space="preserve"> có nghiệm thuộc khoảng </w:t>
      </w:r>
      <w:r w:rsidRPr="001A2DDE">
        <w:rPr>
          <w:position w:val="-28"/>
        </w:rPr>
        <w:object w:dxaOrig="700" w:dyaOrig="680" w14:anchorId="675804C5">
          <v:shape id="_x0000_i1793" type="#_x0000_t75" style="width:34.8pt;height:34.2pt" o:ole="">
            <v:imagedata r:id="rId1438" o:title=""/>
          </v:shape>
          <o:OLEObject Type="Embed" ProgID="Equation.DSMT4" ShapeID="_x0000_i1793" DrawAspect="Content" ObjectID="_1699918529" r:id="rId1439"/>
        </w:object>
      </w:r>
      <w:r w:rsidRPr="001A2DDE">
        <w:rPr>
          <w:rFonts w:cs="Times New Roman"/>
        </w:rPr>
        <w:t>.</w:t>
      </w:r>
    </w:p>
    <w:p w14:paraId="3676C98B"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24"/>
        </w:rPr>
        <w:object w:dxaOrig="639" w:dyaOrig="620" w14:anchorId="36BBF726">
          <v:shape id="_x0000_i1794" type="#_x0000_t75" style="width:31.8pt;height:31.2pt" o:ole="">
            <v:imagedata r:id="rId1440" o:title=""/>
          </v:shape>
          <o:OLEObject Type="Embed" ProgID="Equation.DSMT4" ShapeID="_x0000_i1794" DrawAspect="Content" ObjectID="_1699918530" r:id="rId1441"/>
        </w:object>
      </w:r>
      <w:r w:rsidRPr="001A2DDE">
        <w:rPr>
          <w:rFonts w:cs="Times New Roman"/>
        </w:rPr>
        <w:t>.</w:t>
      </w:r>
      <w:r w:rsidRPr="001A2DDE">
        <w:rPr>
          <w:rFonts w:cs="Times New Roman"/>
        </w:rPr>
        <w:tab/>
      </w:r>
      <w:r>
        <w:rPr>
          <w:rFonts w:cs="Times New Roman"/>
        </w:rPr>
        <w:tab/>
      </w:r>
      <w:r w:rsidRPr="001A2DDE">
        <w:rPr>
          <w:rFonts w:cs="Times New Roman"/>
          <w:b/>
          <w:color w:val="0000FF"/>
        </w:rPr>
        <w:t xml:space="preserve">B. </w:t>
      </w:r>
      <w:r w:rsidRPr="001A2DDE">
        <w:rPr>
          <w:rFonts w:cs="Times New Roman"/>
          <w:position w:val="-6"/>
        </w:rPr>
        <w:object w:dxaOrig="560" w:dyaOrig="279" w14:anchorId="640530C3">
          <v:shape id="_x0000_i1795" type="#_x0000_t75" style="width:28.2pt;height:13.8pt" o:ole="">
            <v:imagedata r:id="rId1442" o:title=""/>
          </v:shape>
          <o:OLEObject Type="Embed" ProgID="Equation.DSMT4" ShapeID="_x0000_i1795" DrawAspect="Content" ObjectID="_1699918531" r:id="rId1443"/>
        </w:object>
      </w:r>
      <w:r w:rsidRPr="001A2DDE">
        <w:rPr>
          <w:rFonts w:cs="Times New Roman"/>
        </w:rPr>
        <w:t>.</w:t>
      </w:r>
    </w:p>
    <w:p w14:paraId="061EB583"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24"/>
        </w:rPr>
        <w:object w:dxaOrig="960" w:dyaOrig="620" w14:anchorId="362C9F61">
          <v:shape id="_x0000_i1796" type="#_x0000_t75" style="width:48pt;height:31.2pt" o:ole="">
            <v:imagedata r:id="rId1444" o:title=""/>
          </v:shape>
          <o:OLEObject Type="Embed" ProgID="Equation.DSMT4" ShapeID="_x0000_i1796" DrawAspect="Content" ObjectID="_1699918532" r:id="rId1445"/>
        </w:object>
      </w:r>
      <w:r w:rsidRPr="001A2DDE">
        <w:rPr>
          <w:rFonts w:cs="Times New Roman"/>
        </w:rPr>
        <w:t>.</w:t>
      </w:r>
      <w:r w:rsidRPr="001A2DDE">
        <w:rPr>
          <w:rFonts w:cs="Times New Roman"/>
        </w:rPr>
        <w:tab/>
      </w:r>
      <w:r>
        <w:rPr>
          <w:rFonts w:cs="Times New Roman"/>
        </w:rPr>
        <w:tab/>
      </w:r>
      <w:r w:rsidRPr="001A2DDE">
        <w:rPr>
          <w:rFonts w:cs="Times New Roman"/>
          <w:b/>
          <w:color w:val="0000FF"/>
        </w:rPr>
        <w:t xml:space="preserve">D. </w:t>
      </w:r>
      <w:r w:rsidRPr="001A2DDE">
        <w:rPr>
          <w:rFonts w:cs="Times New Roman"/>
          <w:position w:val="-6"/>
        </w:rPr>
        <w:object w:dxaOrig="560" w:dyaOrig="279" w14:anchorId="68EB0D59">
          <v:shape id="_x0000_i1797" type="#_x0000_t75" style="width:28.2pt;height:13.8pt" o:ole="">
            <v:imagedata r:id="rId1446" o:title=""/>
          </v:shape>
          <o:OLEObject Type="Embed" ProgID="Equation.DSMT4" ShapeID="_x0000_i1797" DrawAspect="Content" ObjectID="_1699918533" r:id="rId1447"/>
        </w:object>
      </w:r>
      <w:r w:rsidRPr="001A2DDE">
        <w:rPr>
          <w:rFonts w:cs="Times New Roman"/>
        </w:rPr>
        <w:t xml:space="preserve"> hoặc </w:t>
      </w:r>
      <w:r w:rsidRPr="001A2DDE">
        <w:rPr>
          <w:rFonts w:cs="Times New Roman"/>
          <w:position w:val="-24"/>
        </w:rPr>
        <w:object w:dxaOrig="660" w:dyaOrig="620" w14:anchorId="1C6C099E">
          <v:shape id="_x0000_i1798" type="#_x0000_t75" style="width:33pt;height:31.2pt" o:ole="">
            <v:imagedata r:id="rId1448" o:title=""/>
          </v:shape>
          <o:OLEObject Type="Embed" ProgID="Equation.DSMT4" ShapeID="_x0000_i1798" DrawAspect="Content" ObjectID="_1699918534" r:id="rId1449"/>
        </w:object>
      </w:r>
      <w:r w:rsidRPr="001A2DDE">
        <w:rPr>
          <w:rFonts w:cs="Times New Roman"/>
        </w:rPr>
        <w:t>.</w:t>
      </w:r>
    </w:p>
    <w:p w14:paraId="63261829"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26:</w:t>
      </w:r>
      <w:r w:rsidRPr="001A2DDE">
        <w:rPr>
          <w:rFonts w:cs="Times New Roman"/>
          <w:b/>
          <w:color w:val="0000FF"/>
        </w:rPr>
        <w:tab/>
      </w:r>
      <w:r w:rsidRPr="001A2DDE">
        <w:rPr>
          <w:rFonts w:cs="Times New Roman"/>
        </w:rPr>
        <w:t xml:space="preserve">Trong mặt phẳng với hệ tọa độ </w:t>
      </w:r>
      <w:r w:rsidRPr="001A2DDE">
        <w:rPr>
          <w:position w:val="-10"/>
        </w:rPr>
        <w:object w:dxaOrig="460" w:dyaOrig="320" w14:anchorId="77B9B6A8">
          <v:shape id="_x0000_i1799" type="#_x0000_t75" style="width:22.8pt;height:16.2pt" o:ole="">
            <v:imagedata r:id="rId1450" o:title=""/>
          </v:shape>
          <o:OLEObject Type="Embed" ProgID="Equation.DSMT4" ShapeID="_x0000_i1799" DrawAspect="Content" ObjectID="_1699918535" r:id="rId1451"/>
        </w:object>
      </w:r>
      <w:r w:rsidRPr="001A2DDE">
        <w:rPr>
          <w:rFonts w:cs="Times New Roman"/>
        </w:rPr>
        <w:t xml:space="preserve"> cho đường tròn </w:t>
      </w:r>
      <w:r w:rsidRPr="001A2DDE">
        <w:rPr>
          <w:position w:val="-10"/>
        </w:rPr>
        <w:object w:dxaOrig="2840" w:dyaOrig="360" w14:anchorId="2AA13714">
          <v:shape id="_x0000_i1800" type="#_x0000_t75" style="width:142.2pt;height:18pt" o:ole="">
            <v:imagedata r:id="rId1452" o:title=""/>
          </v:shape>
          <o:OLEObject Type="Embed" ProgID="Equation.DSMT4" ShapeID="_x0000_i1800" DrawAspect="Content" ObjectID="_1699918536" r:id="rId1453"/>
        </w:object>
      </w:r>
      <w:r w:rsidRPr="001A2DDE">
        <w:rPr>
          <w:rFonts w:cs="Times New Roman"/>
        </w:rPr>
        <w:t xml:space="preserve"> và đường tròn </w:t>
      </w:r>
      <w:r w:rsidRPr="001A2DDE">
        <w:rPr>
          <w:position w:val="-14"/>
        </w:rPr>
        <w:object w:dxaOrig="2920" w:dyaOrig="400" w14:anchorId="05CAD169">
          <v:shape id="_x0000_i1801" type="#_x0000_t75" style="width:145.8pt;height:19.8pt" o:ole="">
            <v:imagedata r:id="rId1454" o:title=""/>
          </v:shape>
          <o:OLEObject Type="Embed" ProgID="Equation.DSMT4" ShapeID="_x0000_i1801" DrawAspect="Content" ObjectID="_1699918537" r:id="rId1455"/>
        </w:object>
      </w:r>
      <w:r w:rsidRPr="001A2DDE">
        <w:rPr>
          <w:rFonts w:cs="Times New Roman"/>
        </w:rPr>
        <w:t xml:space="preserve">. Phép vị tự tâm </w:t>
      </w:r>
      <w:r w:rsidRPr="001A2DDE">
        <w:rPr>
          <w:position w:val="-4"/>
        </w:rPr>
        <w:object w:dxaOrig="200" w:dyaOrig="260" w14:anchorId="50D06623">
          <v:shape id="_x0000_i1802" type="#_x0000_t75" style="width:10.2pt;height:13.2pt" o:ole="">
            <v:imagedata r:id="rId1456" o:title=""/>
          </v:shape>
          <o:OLEObject Type="Embed" ProgID="Equation.DSMT4" ShapeID="_x0000_i1802" DrawAspect="Content" ObjectID="_1699918538" r:id="rId1457"/>
        </w:object>
      </w:r>
      <w:r w:rsidRPr="001A2DDE">
        <w:rPr>
          <w:rFonts w:cs="Times New Roman"/>
        </w:rPr>
        <w:t xml:space="preserve"> biến đường tròn </w:t>
      </w:r>
      <w:r w:rsidRPr="001A2DDE">
        <w:rPr>
          <w:position w:val="-10"/>
        </w:rPr>
        <w:object w:dxaOrig="400" w:dyaOrig="320" w14:anchorId="65EB2102">
          <v:shape id="_x0000_i1803" type="#_x0000_t75" style="width:19.8pt;height:16.2pt" o:ole="">
            <v:imagedata r:id="rId1458" o:title=""/>
          </v:shape>
          <o:OLEObject Type="Embed" ProgID="Equation.DSMT4" ShapeID="_x0000_i1803" DrawAspect="Content" ObjectID="_1699918539" r:id="rId1459"/>
        </w:object>
      </w:r>
      <w:r w:rsidRPr="001A2DDE">
        <w:rPr>
          <w:rFonts w:cs="Times New Roman"/>
        </w:rPr>
        <w:t xml:space="preserve"> thành đường tròn </w:t>
      </w:r>
      <w:r w:rsidRPr="001A2DDE">
        <w:rPr>
          <w:position w:val="-14"/>
        </w:rPr>
        <w:object w:dxaOrig="480" w:dyaOrig="400" w14:anchorId="085E30D5">
          <v:shape id="_x0000_i1804" type="#_x0000_t75" style="width:24pt;height:19.8pt" o:ole="">
            <v:imagedata r:id="rId1460" o:title=""/>
          </v:shape>
          <o:OLEObject Type="Embed" ProgID="Equation.DSMT4" ShapeID="_x0000_i1804" DrawAspect="Content" ObjectID="_1699918540" r:id="rId1461"/>
        </w:object>
      </w:r>
      <w:r w:rsidRPr="001A2DDE">
        <w:rPr>
          <w:rFonts w:cs="Times New Roman"/>
        </w:rPr>
        <w:t xml:space="preserve">. Tọa độ tâm </w:t>
      </w:r>
      <w:r w:rsidRPr="001A2DDE">
        <w:rPr>
          <w:position w:val="-4"/>
        </w:rPr>
        <w:object w:dxaOrig="200" w:dyaOrig="260" w14:anchorId="20840C76">
          <v:shape id="_x0000_i1805" type="#_x0000_t75" style="width:10.2pt;height:13.2pt" o:ole="">
            <v:imagedata r:id="rId1462" o:title=""/>
          </v:shape>
          <o:OLEObject Type="Embed" ProgID="Equation.DSMT4" ShapeID="_x0000_i1805" DrawAspect="Content" ObjectID="_1699918541" r:id="rId1463"/>
        </w:object>
      </w:r>
      <w:r w:rsidRPr="001A2DDE">
        <w:rPr>
          <w:rFonts w:cs="Times New Roman"/>
        </w:rPr>
        <w:t xml:space="preserve"> là</w:t>
      </w:r>
    </w:p>
    <w:p w14:paraId="4779D83A"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520" w:dyaOrig="320" w14:anchorId="04DEBD5F">
          <v:shape id="_x0000_i1806" type="#_x0000_t75" style="width:25.8pt;height:16.2pt" o:ole="">
            <v:imagedata r:id="rId1464" o:title=""/>
          </v:shape>
          <o:OLEObject Type="Embed" ProgID="Equation.DSMT4" ShapeID="_x0000_i1806" DrawAspect="Content" ObjectID="_1699918542" r:id="rId1465"/>
        </w:object>
      </w:r>
      <w:r w:rsidRPr="001A2DDE">
        <w:rPr>
          <w:rFonts w:cs="Times New Roman"/>
        </w:rPr>
        <w:t xml:space="preserve"> và </w:t>
      </w:r>
      <w:r w:rsidRPr="001A2DDE">
        <w:rPr>
          <w:rFonts w:cs="Times New Roman"/>
          <w:position w:val="-10"/>
        </w:rPr>
        <w:object w:dxaOrig="560" w:dyaOrig="320" w14:anchorId="7013A952">
          <v:shape id="_x0000_i1807" type="#_x0000_t75" style="width:28.2pt;height:16.2pt" o:ole="">
            <v:imagedata r:id="rId1466" o:title=""/>
          </v:shape>
          <o:OLEObject Type="Embed" ProgID="Equation.DSMT4" ShapeID="_x0000_i1807" DrawAspect="Content" ObjectID="_1699918543" r:id="rId1467"/>
        </w:object>
      </w:r>
      <w:r w:rsidRPr="001A2DDE">
        <w:rPr>
          <w:rFonts w:cs="Times New Roman"/>
        </w:rPr>
        <w:t>.</w:t>
      </w:r>
      <w:r w:rsidRPr="001A2DDE">
        <w:rPr>
          <w:rFonts w:cs="Times New Roman"/>
        </w:rPr>
        <w:tab/>
      </w:r>
      <w:r>
        <w:rPr>
          <w:rFonts w:cs="Times New Roman"/>
        </w:rPr>
        <w:tab/>
      </w:r>
      <w:r w:rsidRPr="001A2DDE">
        <w:rPr>
          <w:rFonts w:cs="Times New Roman"/>
          <w:b/>
          <w:color w:val="0000FF"/>
        </w:rPr>
        <w:t xml:space="preserve">B. </w:t>
      </w:r>
      <w:r w:rsidRPr="001A2DDE">
        <w:rPr>
          <w:rFonts w:cs="Times New Roman"/>
          <w:position w:val="-10"/>
        </w:rPr>
        <w:object w:dxaOrig="520" w:dyaOrig="320" w14:anchorId="3D539764">
          <v:shape id="_x0000_i1808" type="#_x0000_t75" style="width:25.8pt;height:16.2pt" o:ole="">
            <v:imagedata r:id="rId1468" o:title=""/>
          </v:shape>
          <o:OLEObject Type="Embed" ProgID="Equation.DSMT4" ShapeID="_x0000_i1808" DrawAspect="Content" ObjectID="_1699918544" r:id="rId1469"/>
        </w:object>
      </w:r>
      <w:r w:rsidRPr="001A2DDE">
        <w:rPr>
          <w:rFonts w:cs="Times New Roman"/>
        </w:rPr>
        <w:t xml:space="preserve"> và </w:t>
      </w:r>
      <w:r w:rsidRPr="001A2DDE">
        <w:rPr>
          <w:rFonts w:cs="Times New Roman"/>
          <w:position w:val="-10"/>
        </w:rPr>
        <w:object w:dxaOrig="820" w:dyaOrig="320" w14:anchorId="4AE3A0AF">
          <v:shape id="_x0000_i1809" type="#_x0000_t75" style="width:40.8pt;height:16.2pt" o:ole="">
            <v:imagedata r:id="rId1470" o:title=""/>
          </v:shape>
          <o:OLEObject Type="Embed" ProgID="Equation.DSMT4" ShapeID="_x0000_i1809" DrawAspect="Content" ObjectID="_1699918545" r:id="rId1471"/>
        </w:object>
      </w:r>
      <w:r w:rsidRPr="001A2DDE">
        <w:rPr>
          <w:rFonts w:cs="Times New Roman"/>
        </w:rPr>
        <w:t>.</w:t>
      </w:r>
    </w:p>
    <w:p w14:paraId="28690229"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C. </w:t>
      </w:r>
      <w:r w:rsidRPr="001A2DDE">
        <w:rPr>
          <w:rFonts w:cs="Times New Roman"/>
          <w:position w:val="-10"/>
        </w:rPr>
        <w:object w:dxaOrig="520" w:dyaOrig="320" w14:anchorId="19982CBF">
          <v:shape id="_x0000_i1810" type="#_x0000_t75" style="width:25.8pt;height:16.2pt" o:ole="">
            <v:imagedata r:id="rId1472" o:title=""/>
          </v:shape>
          <o:OLEObject Type="Embed" ProgID="Equation.DSMT4" ShapeID="_x0000_i1810" DrawAspect="Content" ObjectID="_1699918546" r:id="rId1473"/>
        </w:object>
      </w:r>
      <w:r w:rsidRPr="001A2DDE">
        <w:rPr>
          <w:rFonts w:cs="Times New Roman"/>
        </w:rPr>
        <w:t xml:space="preserve"> và </w:t>
      </w:r>
      <w:r w:rsidRPr="001A2DDE">
        <w:rPr>
          <w:rFonts w:cs="Times New Roman"/>
          <w:position w:val="-10"/>
        </w:rPr>
        <w:object w:dxaOrig="560" w:dyaOrig="320" w14:anchorId="7DF966B0">
          <v:shape id="_x0000_i1811" type="#_x0000_t75" style="width:28.2pt;height:16.2pt" o:ole="">
            <v:imagedata r:id="rId1474" o:title=""/>
          </v:shape>
          <o:OLEObject Type="Embed" ProgID="Equation.DSMT4" ShapeID="_x0000_i1811" DrawAspect="Content" ObjectID="_1699918547" r:id="rId1475"/>
        </w:object>
      </w:r>
      <w:r w:rsidRPr="001A2DDE">
        <w:rPr>
          <w:rFonts w:cs="Times New Roman"/>
        </w:rPr>
        <w:t>.</w:t>
      </w:r>
      <w:r w:rsidRPr="001A2DDE">
        <w:rPr>
          <w:rFonts w:cs="Times New Roman"/>
        </w:rPr>
        <w:tab/>
      </w:r>
      <w:r>
        <w:rPr>
          <w:rFonts w:cs="Times New Roman"/>
        </w:rPr>
        <w:tab/>
      </w:r>
      <w:r w:rsidRPr="001A2DDE">
        <w:rPr>
          <w:rFonts w:cs="Times New Roman"/>
          <w:b/>
          <w:color w:val="0000FF"/>
        </w:rPr>
        <w:t xml:space="preserve">D. </w:t>
      </w:r>
      <w:r w:rsidRPr="001A2DDE">
        <w:rPr>
          <w:rFonts w:cs="Times New Roman"/>
          <w:position w:val="-10"/>
        </w:rPr>
        <w:object w:dxaOrig="800" w:dyaOrig="320" w14:anchorId="63E55CD4">
          <v:shape id="_x0000_i1812" type="#_x0000_t75" style="width:40.2pt;height:16.2pt" o:ole="">
            <v:imagedata r:id="rId1476" o:title=""/>
          </v:shape>
          <o:OLEObject Type="Embed" ProgID="Equation.DSMT4" ShapeID="_x0000_i1812" DrawAspect="Content" ObjectID="_1699918548" r:id="rId1477"/>
        </w:object>
      </w:r>
      <w:r w:rsidRPr="001A2DDE">
        <w:rPr>
          <w:rFonts w:cs="Times New Roman"/>
        </w:rPr>
        <w:t xml:space="preserve"> và </w:t>
      </w:r>
      <w:r w:rsidRPr="001A2DDE">
        <w:rPr>
          <w:rFonts w:cs="Times New Roman"/>
          <w:position w:val="-10"/>
        </w:rPr>
        <w:object w:dxaOrig="560" w:dyaOrig="320" w14:anchorId="71272A9F">
          <v:shape id="_x0000_i1813" type="#_x0000_t75" style="width:28.2pt;height:16.2pt" o:ole="">
            <v:imagedata r:id="rId1478" o:title=""/>
          </v:shape>
          <o:OLEObject Type="Embed" ProgID="Equation.DSMT4" ShapeID="_x0000_i1813" DrawAspect="Content" ObjectID="_1699918549" r:id="rId1479"/>
        </w:object>
      </w:r>
      <w:r w:rsidRPr="001A2DDE">
        <w:rPr>
          <w:rFonts w:cs="Times New Roman"/>
        </w:rPr>
        <w:t>.</w:t>
      </w:r>
    </w:p>
    <w:p w14:paraId="5F84B79C"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27:</w:t>
      </w:r>
      <w:r w:rsidRPr="001A2DDE">
        <w:rPr>
          <w:rFonts w:cs="Times New Roman"/>
          <w:b/>
          <w:color w:val="0000FF"/>
        </w:rPr>
        <w:tab/>
      </w:r>
      <w:r w:rsidRPr="001A2DDE">
        <w:rPr>
          <w:rFonts w:cs="Times New Roman"/>
        </w:rPr>
        <w:t xml:space="preserve">Cho tứ diện </w:t>
      </w:r>
      <w:r w:rsidRPr="001A2DDE">
        <w:rPr>
          <w:position w:val="-6"/>
        </w:rPr>
        <w:object w:dxaOrig="720" w:dyaOrig="279" w14:anchorId="069B0E66">
          <v:shape id="_x0000_i1814" type="#_x0000_t75" style="width:36pt;height:13.8pt" o:ole="">
            <v:imagedata r:id="rId1480" o:title=""/>
          </v:shape>
          <o:OLEObject Type="Embed" ProgID="Equation.DSMT4" ShapeID="_x0000_i1814" DrawAspect="Content" ObjectID="_1699918550" r:id="rId1481"/>
        </w:object>
      </w:r>
      <w:r w:rsidRPr="001A2DDE">
        <w:rPr>
          <w:rFonts w:cs="Times New Roman"/>
        </w:rPr>
        <w:t xml:space="preserve">. Gọi </w:t>
      </w:r>
      <w:r w:rsidRPr="001A2DDE">
        <w:rPr>
          <w:position w:val="-10"/>
        </w:rPr>
        <w:object w:dxaOrig="859" w:dyaOrig="320" w14:anchorId="0584239E">
          <v:shape id="_x0000_i1815" type="#_x0000_t75" style="width:43.2pt;height:16.2pt" o:ole="">
            <v:imagedata r:id="rId1482" o:title=""/>
          </v:shape>
          <o:OLEObject Type="Embed" ProgID="Equation.DSMT4" ShapeID="_x0000_i1815" DrawAspect="Content" ObjectID="_1699918551" r:id="rId1483"/>
        </w:object>
      </w:r>
      <w:r w:rsidRPr="001A2DDE">
        <w:rPr>
          <w:rFonts w:cs="Times New Roman"/>
        </w:rPr>
        <w:t xml:space="preserve"> lần lượt là trung điểm của </w:t>
      </w:r>
      <w:r w:rsidRPr="001A2DDE">
        <w:rPr>
          <w:position w:val="-10"/>
        </w:rPr>
        <w:object w:dxaOrig="800" w:dyaOrig="320" w14:anchorId="39571F98">
          <v:shape id="_x0000_i1816" type="#_x0000_t75" style="width:40.2pt;height:16.2pt" o:ole="">
            <v:imagedata r:id="rId1484" o:title=""/>
          </v:shape>
          <o:OLEObject Type="Embed" ProgID="Equation.DSMT4" ShapeID="_x0000_i1816" DrawAspect="Content" ObjectID="_1699918552" r:id="rId1485"/>
        </w:object>
      </w:r>
      <w:r w:rsidRPr="001A2DDE">
        <w:rPr>
          <w:rFonts w:cs="Times New Roman"/>
        </w:rPr>
        <w:t xml:space="preserve"> và </w:t>
      </w:r>
      <w:r w:rsidRPr="001A2DDE">
        <w:rPr>
          <w:position w:val="-6"/>
        </w:rPr>
        <w:object w:dxaOrig="400" w:dyaOrig="279" w14:anchorId="5E63D0BA">
          <v:shape id="_x0000_i1817" type="#_x0000_t75" style="width:19.8pt;height:13.8pt" o:ole="">
            <v:imagedata r:id="rId1486" o:title=""/>
          </v:shape>
          <o:OLEObject Type="Embed" ProgID="Equation.DSMT4" ShapeID="_x0000_i1817" DrawAspect="Content" ObjectID="_1699918553" r:id="rId1487"/>
        </w:object>
      </w:r>
      <w:r w:rsidRPr="001A2DDE">
        <w:rPr>
          <w:rFonts w:cs="Times New Roman"/>
        </w:rPr>
        <w:t>. Thiết diện của tứ diện cắt bởi (</w:t>
      </w:r>
      <w:r w:rsidRPr="001A2DDE">
        <w:rPr>
          <w:position w:val="-6"/>
        </w:rPr>
        <w:object w:dxaOrig="600" w:dyaOrig="279" w14:anchorId="364B467D">
          <v:shape id="_x0000_i1818" type="#_x0000_t75" style="width:30pt;height:13.8pt" o:ole="">
            <v:imagedata r:id="rId1488" o:title=""/>
          </v:shape>
          <o:OLEObject Type="Embed" ProgID="Equation.DSMT4" ShapeID="_x0000_i1818" DrawAspect="Content" ObjectID="_1699918554" r:id="rId1489"/>
        </w:object>
      </w:r>
      <w:r w:rsidRPr="001A2DDE">
        <w:rPr>
          <w:rFonts w:cs="Times New Roman"/>
        </w:rPr>
        <w:t>) là hình gì trong các hình sau:</w:t>
      </w:r>
    </w:p>
    <w:p w14:paraId="0184B7EA"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Hinh chữ nhật.</w:t>
      </w:r>
      <w:r w:rsidRPr="001A2DDE">
        <w:rPr>
          <w:rFonts w:cs="Times New Roman"/>
        </w:rPr>
        <w:tab/>
      </w:r>
      <w:r w:rsidRPr="001A2DDE">
        <w:rPr>
          <w:rFonts w:cs="Times New Roman"/>
          <w:b/>
          <w:color w:val="0000FF"/>
        </w:rPr>
        <w:t xml:space="preserve">B. </w:t>
      </w:r>
      <w:r w:rsidRPr="001A2DDE">
        <w:rPr>
          <w:rFonts w:cs="Times New Roman"/>
        </w:rPr>
        <w:t>Hình thang.</w:t>
      </w:r>
      <w:r w:rsidRPr="001A2DDE">
        <w:rPr>
          <w:rFonts w:cs="Times New Roman"/>
        </w:rPr>
        <w:tab/>
      </w:r>
      <w:r w:rsidRPr="001A2DDE">
        <w:rPr>
          <w:rFonts w:cs="Times New Roman"/>
          <w:b/>
          <w:color w:val="0000FF"/>
        </w:rPr>
        <w:t xml:space="preserve">C. </w:t>
      </w:r>
      <w:r w:rsidRPr="001A2DDE">
        <w:rPr>
          <w:rFonts w:cs="Times New Roman"/>
        </w:rPr>
        <w:t>Hinh thoi.</w:t>
      </w:r>
      <w:r w:rsidRPr="001A2DDE">
        <w:rPr>
          <w:rFonts w:cs="Times New Roman"/>
        </w:rPr>
        <w:tab/>
      </w:r>
      <w:r w:rsidRPr="001A2DDE">
        <w:rPr>
          <w:rFonts w:cs="Times New Roman"/>
          <w:b/>
          <w:color w:val="0000FF"/>
        </w:rPr>
        <w:t xml:space="preserve">D. </w:t>
      </w:r>
      <w:r w:rsidRPr="001A2DDE">
        <w:rPr>
          <w:rFonts w:cs="Times New Roman"/>
        </w:rPr>
        <w:t>Hinh binh hành.</w:t>
      </w:r>
    </w:p>
    <w:p w14:paraId="5B90301F"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28:</w:t>
      </w:r>
      <w:r w:rsidRPr="001A2DDE">
        <w:rPr>
          <w:rFonts w:cs="Times New Roman"/>
          <w:b/>
          <w:color w:val="0000FF"/>
        </w:rPr>
        <w:tab/>
      </w:r>
      <w:r w:rsidRPr="001A2DDE">
        <w:rPr>
          <w:rFonts w:cs="Times New Roman"/>
        </w:rPr>
        <w:t xml:space="preserve">Số số tự nhiên </w:t>
      </w:r>
      <w:r w:rsidRPr="001A2DDE">
        <w:rPr>
          <w:position w:val="-6"/>
        </w:rPr>
        <w:object w:dxaOrig="200" w:dyaOrig="220" w14:anchorId="00DBF7DD">
          <v:shape id="_x0000_i1819" type="#_x0000_t75" style="width:10.2pt;height:10.8pt" o:ole="">
            <v:imagedata r:id="rId1490" o:title=""/>
          </v:shape>
          <o:OLEObject Type="Embed" ProgID="Equation.DSMT4" ShapeID="_x0000_i1819" DrawAspect="Content" ObjectID="_1699918555" r:id="rId1491"/>
        </w:object>
      </w:r>
      <w:r w:rsidRPr="001A2DDE">
        <w:rPr>
          <w:rFonts w:cs="Times New Roman"/>
        </w:rPr>
        <w:t xml:space="preserve"> thỏa mãn: </w:t>
      </w:r>
      <w:r w:rsidRPr="001A2DDE">
        <w:rPr>
          <w:position w:val="-12"/>
        </w:rPr>
        <w:object w:dxaOrig="1980" w:dyaOrig="380" w14:anchorId="11C09395">
          <v:shape id="_x0000_i1820" type="#_x0000_t75" style="width:99pt;height:19.2pt" o:ole="">
            <v:imagedata r:id="rId1492" o:title=""/>
          </v:shape>
          <o:OLEObject Type="Embed" ProgID="Equation.DSMT4" ShapeID="_x0000_i1820" DrawAspect="Content" ObjectID="_1699918556" r:id="rId1493"/>
        </w:object>
      </w:r>
      <w:r w:rsidRPr="001A2DDE">
        <w:rPr>
          <w:rFonts w:cs="Times New Roman"/>
        </w:rPr>
        <w:t xml:space="preserve"> là:</w:t>
      </w:r>
    </w:p>
    <w:p w14:paraId="4593043B"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rPr>
        <w:t>Vô số.</w:t>
      </w:r>
      <w:r w:rsidRPr="001A2DDE">
        <w:rPr>
          <w:rFonts w:cs="Times New Roman"/>
        </w:rPr>
        <w:tab/>
      </w:r>
      <w:r w:rsidRPr="001A2DDE">
        <w:rPr>
          <w:rFonts w:cs="Times New Roman"/>
          <w:b/>
          <w:color w:val="0000FF"/>
        </w:rPr>
        <w:t xml:space="preserve">B. </w:t>
      </w:r>
      <w:r w:rsidRPr="001A2DDE">
        <w:rPr>
          <w:rFonts w:cs="Times New Roman"/>
        </w:rPr>
        <w:t>1.</w:t>
      </w:r>
      <w:r w:rsidRPr="001A2DDE">
        <w:rPr>
          <w:rFonts w:cs="Times New Roman"/>
        </w:rPr>
        <w:tab/>
      </w:r>
      <w:r w:rsidRPr="001A2DDE">
        <w:rPr>
          <w:rFonts w:cs="Times New Roman"/>
          <w:b/>
          <w:color w:val="0000FF"/>
        </w:rPr>
        <w:t xml:space="preserve">C. </w:t>
      </w:r>
      <w:r w:rsidRPr="001A2DDE">
        <w:rPr>
          <w:rFonts w:cs="Times New Roman"/>
        </w:rPr>
        <w:t>3.</w:t>
      </w:r>
      <w:r w:rsidRPr="001A2DDE">
        <w:rPr>
          <w:rFonts w:cs="Times New Roman"/>
        </w:rPr>
        <w:tab/>
      </w:r>
      <w:r w:rsidRPr="001A2DDE">
        <w:rPr>
          <w:rFonts w:cs="Times New Roman"/>
          <w:b/>
          <w:color w:val="0000FF"/>
        </w:rPr>
        <w:t xml:space="preserve">D. </w:t>
      </w:r>
      <w:r w:rsidRPr="001A2DDE">
        <w:rPr>
          <w:rFonts w:cs="Times New Roman"/>
        </w:rPr>
        <w:t>2.</w:t>
      </w:r>
    </w:p>
    <w:p w14:paraId="3416311D"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29:</w:t>
      </w:r>
      <w:r w:rsidRPr="001A2DDE">
        <w:rPr>
          <w:rFonts w:cs="Times New Roman"/>
          <w:b/>
          <w:color w:val="0000FF"/>
        </w:rPr>
        <w:tab/>
      </w:r>
      <w:r w:rsidRPr="001A2DDE">
        <w:rPr>
          <w:rFonts w:cs="Times New Roman"/>
        </w:rPr>
        <w:t xml:space="preserve">Cho hai hình binh hành </w:t>
      </w:r>
      <w:r w:rsidRPr="001A2DDE">
        <w:rPr>
          <w:position w:val="-6"/>
        </w:rPr>
        <w:object w:dxaOrig="720" w:dyaOrig="279" w14:anchorId="23EA7ABF">
          <v:shape id="_x0000_i1821" type="#_x0000_t75" style="width:36pt;height:13.8pt" o:ole="">
            <v:imagedata r:id="rId1494" o:title=""/>
          </v:shape>
          <o:OLEObject Type="Embed" ProgID="Equation.DSMT4" ShapeID="_x0000_i1821" DrawAspect="Content" ObjectID="_1699918557" r:id="rId1495"/>
        </w:object>
      </w:r>
      <w:r w:rsidRPr="001A2DDE">
        <w:rPr>
          <w:rFonts w:cs="Times New Roman"/>
        </w:rPr>
        <w:t xml:space="preserve"> và </w:t>
      </w:r>
      <w:r w:rsidRPr="001A2DDE">
        <w:rPr>
          <w:position w:val="-4"/>
        </w:rPr>
        <w:object w:dxaOrig="700" w:dyaOrig="260" w14:anchorId="7573B887">
          <v:shape id="_x0000_i1822" type="#_x0000_t75" style="width:34.8pt;height:13.2pt" o:ole="">
            <v:imagedata r:id="rId1496" o:title=""/>
          </v:shape>
          <o:OLEObject Type="Embed" ProgID="Equation.DSMT4" ShapeID="_x0000_i1822" DrawAspect="Content" ObjectID="_1699918558" r:id="rId1497"/>
        </w:object>
      </w:r>
      <w:r w:rsidRPr="001A2DDE">
        <w:rPr>
          <w:rFonts w:cs="Times New Roman"/>
        </w:rPr>
        <w:t xml:space="preserve"> không cùng nẳm trong một mặt phẳng, Gọi </w:t>
      </w:r>
      <w:r w:rsidRPr="001A2DDE">
        <w:rPr>
          <w:position w:val="-4"/>
        </w:rPr>
        <w:object w:dxaOrig="320" w:dyaOrig="260" w14:anchorId="737B1202">
          <v:shape id="_x0000_i1823" type="#_x0000_t75" style="width:16.2pt;height:13.2pt" o:ole="">
            <v:imagedata r:id="rId1498" o:title=""/>
          </v:shape>
          <o:OLEObject Type="Embed" ProgID="Equation.DSMT4" ShapeID="_x0000_i1823" DrawAspect="Content" ObjectID="_1699918559" r:id="rId1499"/>
        </w:object>
      </w:r>
      <w:r w:rsidRPr="001A2DDE">
        <w:rPr>
          <w:rFonts w:cs="Times New Roman"/>
        </w:rPr>
        <w:t xml:space="preserve"> và </w:t>
      </w:r>
      <w:r w:rsidRPr="001A2DDE">
        <w:rPr>
          <w:position w:val="-6"/>
        </w:rPr>
        <w:object w:dxaOrig="279" w:dyaOrig="279" w14:anchorId="536EBBCE">
          <v:shape id="_x0000_i1824" type="#_x0000_t75" style="width:13.8pt;height:13.8pt" o:ole="">
            <v:imagedata r:id="rId1500" o:title=""/>
          </v:shape>
          <o:OLEObject Type="Embed" ProgID="Equation.DSMT4" ShapeID="_x0000_i1824" DrawAspect="Content" ObjectID="_1699918560" r:id="rId1501"/>
        </w:object>
      </w:r>
      <w:r w:rsidRPr="001A2DDE">
        <w:rPr>
          <w:rFonts w:cs="Times New Roman"/>
        </w:rPr>
        <w:t xml:space="preserve"> lần lượt là trọng tâm tam giác </w:t>
      </w:r>
      <w:r w:rsidRPr="001A2DDE">
        <w:rPr>
          <w:position w:val="-4"/>
        </w:rPr>
        <w:object w:dxaOrig="560" w:dyaOrig="260" w14:anchorId="5A27A906">
          <v:shape id="_x0000_i1825" type="#_x0000_t75" style="width:28.2pt;height:13.2pt" o:ole="">
            <v:imagedata r:id="rId1502" o:title=""/>
          </v:shape>
          <o:OLEObject Type="Embed" ProgID="Equation.DSMT4" ShapeID="_x0000_i1825" DrawAspect="Content" ObjectID="_1699918561" r:id="rId1503"/>
        </w:object>
      </w:r>
      <w:r w:rsidRPr="001A2DDE">
        <w:rPr>
          <w:rFonts w:cs="Times New Roman"/>
        </w:rPr>
        <w:t xml:space="preserve"> và tam giác </w:t>
      </w:r>
      <w:r w:rsidRPr="001A2DDE">
        <w:rPr>
          <w:position w:val="-6"/>
        </w:rPr>
        <w:object w:dxaOrig="980" w:dyaOrig="279" w14:anchorId="3E8C2731">
          <v:shape id="_x0000_i1826" type="#_x0000_t75" style="width:49.2pt;height:13.8pt" o:ole="">
            <v:imagedata r:id="rId1504" o:title=""/>
          </v:shape>
          <o:OLEObject Type="Embed" ProgID="Equation.DSMT4" ShapeID="_x0000_i1826" DrawAspect="Content" ObjectID="_1699918562" r:id="rId1505"/>
        </w:object>
      </w:r>
      <w:r w:rsidRPr="001A2DDE">
        <w:rPr>
          <w:rFonts w:cs="Times New Roman"/>
        </w:rPr>
        <w:t xml:space="preserve"> song song với mặt phẳng nào sau đây:</w:t>
      </w:r>
    </w:p>
    <w:p w14:paraId="5266EBAB"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0"/>
        </w:rPr>
        <w:object w:dxaOrig="720" w:dyaOrig="320" w14:anchorId="21C85EBD">
          <v:shape id="_x0000_i1827" type="#_x0000_t75" style="width:36pt;height:16.2pt" o:ole="">
            <v:imagedata r:id="rId1506" o:title=""/>
          </v:shape>
          <o:OLEObject Type="Embed" ProgID="Equation.DSMT4" ShapeID="_x0000_i1827" DrawAspect="Content" ObjectID="_1699918563" r:id="rId1507"/>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10"/>
        </w:rPr>
        <w:object w:dxaOrig="700" w:dyaOrig="320" w14:anchorId="1EE74DA2">
          <v:shape id="_x0000_i1828" type="#_x0000_t75" style="width:34.8pt;height:16.2pt" o:ole="">
            <v:imagedata r:id="rId1508" o:title=""/>
          </v:shape>
          <o:OLEObject Type="Embed" ProgID="Equation.DSMT4" ShapeID="_x0000_i1828" DrawAspect="Content" ObjectID="_1699918564" r:id="rId1509"/>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10"/>
        </w:rPr>
        <w:object w:dxaOrig="740" w:dyaOrig="320" w14:anchorId="2A99F294">
          <v:shape id="_x0000_i1829" type="#_x0000_t75" style="width:37.2pt;height:16.2pt" o:ole="">
            <v:imagedata r:id="rId1510" o:title=""/>
          </v:shape>
          <o:OLEObject Type="Embed" ProgID="Equation.DSMT4" ShapeID="_x0000_i1829" DrawAspect="Content" ObjectID="_1699918565" r:id="rId1511"/>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10"/>
        </w:rPr>
        <w:object w:dxaOrig="720" w:dyaOrig="320" w14:anchorId="6EFBF07A">
          <v:shape id="_x0000_i1830" type="#_x0000_t75" style="width:36pt;height:16.2pt" o:ole="">
            <v:imagedata r:id="rId1512" o:title=""/>
          </v:shape>
          <o:OLEObject Type="Embed" ProgID="Equation.DSMT4" ShapeID="_x0000_i1830" DrawAspect="Content" ObjectID="_1699918566" r:id="rId1513"/>
        </w:object>
      </w:r>
      <w:r w:rsidRPr="001A2DDE">
        <w:rPr>
          <w:rFonts w:cs="Times New Roman"/>
        </w:rPr>
        <w:t>.</w:t>
      </w:r>
    </w:p>
    <w:p w14:paraId="516BD98F"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30:</w:t>
      </w:r>
      <w:r w:rsidRPr="001A2DDE">
        <w:rPr>
          <w:rFonts w:cs="Times New Roman"/>
          <w:b/>
          <w:color w:val="0000FF"/>
        </w:rPr>
        <w:tab/>
      </w:r>
      <w:r w:rsidRPr="001A2DDE">
        <w:rPr>
          <w:rFonts w:cs="Times New Roman"/>
        </w:rPr>
        <w:t xml:space="preserve">Cho hình chóp </w:t>
      </w:r>
      <w:r w:rsidRPr="001A2DDE">
        <w:rPr>
          <w:position w:val="-6"/>
        </w:rPr>
        <w:object w:dxaOrig="980" w:dyaOrig="279" w14:anchorId="52457AEB">
          <v:shape id="_x0000_i1831" type="#_x0000_t75" style="width:49.2pt;height:13.8pt" o:ole="">
            <v:imagedata r:id="rId1514" o:title=""/>
          </v:shape>
          <o:OLEObject Type="Embed" ProgID="Equation.DSMT4" ShapeID="_x0000_i1831" DrawAspect="Content" ObjectID="_1699918567" r:id="rId1515"/>
        </w:object>
      </w:r>
      <w:r w:rsidRPr="001A2DDE">
        <w:rPr>
          <w:rFonts w:cs="Times New Roman"/>
        </w:rPr>
        <w:t xml:space="preserve"> có đáy </w:t>
      </w:r>
      <w:r w:rsidRPr="001A2DDE">
        <w:rPr>
          <w:position w:val="-6"/>
        </w:rPr>
        <w:object w:dxaOrig="720" w:dyaOrig="279" w14:anchorId="4E897A4A">
          <v:shape id="_x0000_i1832" type="#_x0000_t75" style="width:36pt;height:13.8pt" o:ole="">
            <v:imagedata r:id="rId1516" o:title=""/>
          </v:shape>
          <o:OLEObject Type="Embed" ProgID="Equation.DSMT4" ShapeID="_x0000_i1832" DrawAspect="Content" ObjectID="_1699918568" r:id="rId1517"/>
        </w:object>
      </w:r>
      <w:r w:rsidRPr="001A2DDE">
        <w:rPr>
          <w:rFonts w:cs="Times New Roman"/>
        </w:rPr>
        <w:t xml:space="preserve"> là hinh bình hành tâm </w:t>
      </w:r>
      <w:r w:rsidRPr="001A2DDE">
        <w:rPr>
          <w:position w:val="-6"/>
        </w:rPr>
        <w:object w:dxaOrig="279" w:dyaOrig="279" w14:anchorId="0B253876">
          <v:shape id="_x0000_i1833" type="#_x0000_t75" style="width:13.8pt;height:13.8pt" o:ole="">
            <v:imagedata r:id="rId1518" o:title=""/>
          </v:shape>
          <o:OLEObject Type="Embed" ProgID="Equation.DSMT4" ShapeID="_x0000_i1833" DrawAspect="Content" ObjectID="_1699918569" r:id="rId1519"/>
        </w:object>
      </w:r>
      <w:r w:rsidRPr="001A2DDE">
        <w:rPr>
          <w:rFonts w:cs="Times New Roman"/>
        </w:rPr>
        <w:t xml:space="preserve"> Gọi </w:t>
      </w:r>
      <w:r w:rsidRPr="001A2DDE">
        <w:rPr>
          <w:position w:val="-4"/>
        </w:rPr>
        <w:object w:dxaOrig="320" w:dyaOrig="260" w14:anchorId="2DF3B699">
          <v:shape id="_x0000_i1834" type="#_x0000_t75" style="width:16.2pt;height:13.2pt" o:ole="">
            <v:imagedata r:id="rId1520" o:title=""/>
          </v:shape>
          <o:OLEObject Type="Embed" ProgID="Equation.DSMT4" ShapeID="_x0000_i1834" DrawAspect="Content" ObjectID="_1699918570" r:id="rId1521"/>
        </w:object>
      </w:r>
      <w:r w:rsidRPr="001A2DDE">
        <w:rPr>
          <w:rFonts w:cs="Times New Roman"/>
        </w:rPr>
        <w:t xml:space="preserve"> là trung điểm của </w:t>
      </w:r>
      <w:r w:rsidRPr="001A2DDE">
        <w:rPr>
          <w:position w:val="-6"/>
        </w:rPr>
        <w:object w:dxaOrig="380" w:dyaOrig="279" w14:anchorId="79B0DA1B">
          <v:shape id="_x0000_i1835" type="#_x0000_t75" style="width:19.2pt;height:13.8pt" o:ole="">
            <v:imagedata r:id="rId1522" o:title=""/>
          </v:shape>
          <o:OLEObject Type="Embed" ProgID="Equation.DSMT4" ShapeID="_x0000_i1835" DrawAspect="Content" ObjectID="_1699918571" r:id="rId1523"/>
        </w:object>
      </w:r>
      <w:r w:rsidRPr="001A2DDE">
        <w:rPr>
          <w:rFonts w:cs="Times New Roman"/>
        </w:rPr>
        <w:t xml:space="preserve">. Mặt phẳng </w:t>
      </w:r>
      <w:r w:rsidRPr="001A2DDE">
        <w:rPr>
          <w:position w:val="-10"/>
        </w:rPr>
        <w:object w:dxaOrig="400" w:dyaOrig="320" w14:anchorId="10AC2570">
          <v:shape id="_x0000_i1836" type="#_x0000_t75" style="width:19.8pt;height:16.2pt" o:ole="">
            <v:imagedata r:id="rId1524" o:title=""/>
          </v:shape>
          <o:OLEObject Type="Embed" ProgID="Equation.DSMT4" ShapeID="_x0000_i1836" DrawAspect="Content" ObjectID="_1699918572" r:id="rId1525"/>
        </w:object>
      </w:r>
      <w:r w:rsidRPr="001A2DDE">
        <w:rPr>
          <w:rFonts w:cs="Times New Roman"/>
        </w:rPr>
        <w:t xml:space="preserve"> là mặt phẳng qua </w:t>
      </w:r>
      <w:r w:rsidRPr="001A2DDE">
        <w:rPr>
          <w:position w:val="-4"/>
        </w:rPr>
        <w:object w:dxaOrig="480" w:dyaOrig="260" w14:anchorId="3724F542">
          <v:shape id="_x0000_i1837" type="#_x0000_t75" style="width:24pt;height:13.2pt" o:ole="">
            <v:imagedata r:id="rId1526" o:title=""/>
          </v:shape>
          <o:OLEObject Type="Embed" ProgID="Equation.DSMT4" ShapeID="_x0000_i1837" DrawAspect="Content" ObjectID="_1699918573" r:id="rId1527"/>
        </w:object>
      </w:r>
      <w:r w:rsidRPr="001A2DDE">
        <w:rPr>
          <w:rFonts w:cs="Times New Roman"/>
        </w:rPr>
        <w:t xml:space="preserve"> và song song với </w:t>
      </w:r>
      <w:r w:rsidRPr="001A2DDE">
        <w:rPr>
          <w:position w:val="-4"/>
        </w:rPr>
        <w:object w:dxaOrig="400" w:dyaOrig="260" w14:anchorId="1FE1A7F7">
          <v:shape id="_x0000_i1838" type="#_x0000_t75" style="width:19.8pt;height:13.2pt" o:ole="">
            <v:imagedata r:id="rId1528" o:title=""/>
          </v:shape>
          <o:OLEObject Type="Embed" ProgID="Equation.DSMT4" ShapeID="_x0000_i1838" DrawAspect="Content" ObjectID="_1699918574" r:id="rId1529"/>
        </w:object>
      </w:r>
      <w:r w:rsidRPr="001A2DDE">
        <w:rPr>
          <w:rFonts w:cs="Times New Roman"/>
        </w:rPr>
        <w:t xml:space="preserve">. Gọi </w:t>
      </w:r>
      <w:r w:rsidRPr="001A2DDE">
        <w:rPr>
          <w:position w:val="-10"/>
        </w:rPr>
        <w:object w:dxaOrig="499" w:dyaOrig="320" w14:anchorId="2EF5710B">
          <v:shape id="_x0000_i1839" type="#_x0000_t75" style="width:25.2pt;height:16.2pt" o:ole="">
            <v:imagedata r:id="rId1530" o:title=""/>
          </v:shape>
          <o:OLEObject Type="Embed" ProgID="Equation.DSMT4" ShapeID="_x0000_i1839" DrawAspect="Content" ObjectID="_1699918575" r:id="rId1531"/>
        </w:object>
      </w:r>
      <w:r w:rsidRPr="001A2DDE">
        <w:rPr>
          <w:rFonts w:cs="Times New Roman"/>
        </w:rPr>
        <w:t xml:space="preserve"> lần lượt là giao điểm của </w:t>
      </w:r>
      <w:r w:rsidRPr="001A2DDE">
        <w:rPr>
          <w:position w:val="-10"/>
        </w:rPr>
        <w:object w:dxaOrig="400" w:dyaOrig="320" w14:anchorId="18FE8352">
          <v:shape id="_x0000_i1840" type="#_x0000_t75" style="width:19.8pt;height:16.2pt" o:ole="">
            <v:imagedata r:id="rId1532" o:title=""/>
          </v:shape>
          <o:OLEObject Type="Embed" ProgID="Equation.DSMT4" ShapeID="_x0000_i1840" DrawAspect="Content" ObjectID="_1699918576" r:id="rId1533"/>
        </w:object>
      </w:r>
      <w:r w:rsidRPr="001A2DDE">
        <w:rPr>
          <w:rFonts w:cs="Times New Roman"/>
        </w:rPr>
        <w:t xml:space="preserve"> với các đường thẳng </w:t>
      </w:r>
      <w:r w:rsidRPr="001A2DDE">
        <w:rPr>
          <w:position w:val="-6"/>
        </w:rPr>
        <w:object w:dxaOrig="360" w:dyaOrig="279" w14:anchorId="7700AFD6">
          <v:shape id="_x0000_i1841" type="#_x0000_t75" style="width:18pt;height:13.8pt" o:ole="">
            <v:imagedata r:id="rId1534" o:title=""/>
          </v:shape>
          <o:OLEObject Type="Embed" ProgID="Equation.DSMT4" ShapeID="_x0000_i1841" DrawAspect="Content" ObjectID="_1699918577" r:id="rId1535"/>
        </w:object>
      </w:r>
      <w:r w:rsidRPr="001A2DDE">
        <w:rPr>
          <w:rFonts w:cs="Times New Roman"/>
        </w:rPr>
        <w:t xml:space="preserve"> và </w:t>
      </w:r>
      <w:r w:rsidRPr="001A2DDE">
        <w:rPr>
          <w:position w:val="-6"/>
        </w:rPr>
        <w:object w:dxaOrig="380" w:dyaOrig="279" w14:anchorId="706696C8">
          <v:shape id="_x0000_i1842" type="#_x0000_t75" style="width:19.2pt;height:13.8pt" o:ole="">
            <v:imagedata r:id="rId1536" o:title=""/>
          </v:shape>
          <o:OLEObject Type="Embed" ProgID="Equation.DSMT4" ShapeID="_x0000_i1842" DrawAspect="Content" ObjectID="_1699918578" r:id="rId1537"/>
        </w:object>
      </w:r>
      <w:r w:rsidRPr="001A2DDE">
        <w:rPr>
          <w:rFonts w:cs="Times New Roman"/>
        </w:rPr>
        <w:t xml:space="preserve">. Gọi </w:t>
      </w:r>
      <w:r w:rsidRPr="001A2DDE">
        <w:rPr>
          <w:position w:val="-4"/>
        </w:rPr>
        <w:object w:dxaOrig="260" w:dyaOrig="260" w14:anchorId="2AB3622E">
          <v:shape id="_x0000_i1843" type="#_x0000_t75" style="width:13.2pt;height:13.2pt" o:ole="">
            <v:imagedata r:id="rId1538" o:title=""/>
          </v:shape>
          <o:OLEObject Type="Embed" ProgID="Equation.DSMT4" ShapeID="_x0000_i1843" DrawAspect="Content" ObjectID="_1699918579" r:id="rId1539"/>
        </w:object>
      </w:r>
      <w:r w:rsidRPr="001A2DDE">
        <w:rPr>
          <w:rFonts w:cs="Times New Roman"/>
        </w:rPr>
        <w:t xml:space="preserve"> là giao điềm của </w:t>
      </w:r>
      <w:r w:rsidRPr="001A2DDE">
        <w:rPr>
          <w:position w:val="-4"/>
        </w:rPr>
        <w:object w:dxaOrig="440" w:dyaOrig="260" w14:anchorId="3ECA4B5D">
          <v:shape id="_x0000_i1844" type="#_x0000_t75" style="width:22.2pt;height:13.2pt" o:ole="">
            <v:imagedata r:id="rId1540" o:title=""/>
          </v:shape>
          <o:OLEObject Type="Embed" ProgID="Equation.DSMT4" ShapeID="_x0000_i1844" DrawAspect="Content" ObjectID="_1699918580" r:id="rId1541"/>
        </w:object>
      </w:r>
      <w:r w:rsidRPr="001A2DDE">
        <w:rPr>
          <w:rFonts w:cs="Times New Roman"/>
        </w:rPr>
        <w:t xml:space="preserve"> và </w:t>
      </w:r>
      <w:r w:rsidRPr="001A2DDE">
        <w:rPr>
          <w:position w:val="-10"/>
        </w:rPr>
        <w:object w:dxaOrig="639" w:dyaOrig="320" w14:anchorId="71BA01A7">
          <v:shape id="_x0000_i1845" type="#_x0000_t75" style="width:31.8pt;height:16.2pt" o:ole="">
            <v:imagedata r:id="rId1542" o:title=""/>
          </v:shape>
          <o:OLEObject Type="Embed" ProgID="Equation.DSMT4" ShapeID="_x0000_i1845" DrawAspect="Content" ObjectID="_1699918581" r:id="rId1543"/>
        </w:object>
      </w:r>
      <w:r w:rsidRPr="001A2DDE">
        <w:rPr>
          <w:rFonts w:cs="Times New Roman"/>
        </w:rPr>
        <w:t xml:space="preserve"> là giao điểm của </w:t>
      </w:r>
      <w:r w:rsidRPr="001A2DDE">
        <w:rPr>
          <w:position w:val="-4"/>
        </w:rPr>
        <w:object w:dxaOrig="440" w:dyaOrig="260" w14:anchorId="07DE5FD4">
          <v:shape id="_x0000_i1846" type="#_x0000_t75" style="width:22.2pt;height:13.2pt" o:ole="">
            <v:imagedata r:id="rId1544" o:title=""/>
          </v:shape>
          <o:OLEObject Type="Embed" ProgID="Equation.DSMT4" ShapeID="_x0000_i1846" DrawAspect="Content" ObjectID="_1699918582" r:id="rId1545"/>
        </w:object>
      </w:r>
      <w:r w:rsidRPr="001A2DDE">
        <w:rPr>
          <w:rFonts w:cs="Times New Roman"/>
        </w:rPr>
        <w:t xml:space="preserve"> và </w:t>
      </w:r>
      <w:r w:rsidRPr="001A2DDE">
        <w:rPr>
          <w:position w:val="-6"/>
        </w:rPr>
        <w:object w:dxaOrig="400" w:dyaOrig="279" w14:anchorId="790EFABD">
          <v:shape id="_x0000_i1847" type="#_x0000_t75" style="width:19.8pt;height:13.8pt" o:ole="">
            <v:imagedata r:id="rId1546" o:title=""/>
          </v:shape>
          <o:OLEObject Type="Embed" ProgID="Equation.DSMT4" ShapeID="_x0000_i1847" DrawAspect="Content" ObjectID="_1699918583" r:id="rId1547"/>
        </w:object>
      </w:r>
      <w:r w:rsidRPr="001A2DDE">
        <w:rPr>
          <w:rFonts w:cs="Times New Roman"/>
        </w:rPr>
        <w:t xml:space="preserve">. Tỉ số </w:t>
      </w:r>
      <w:r w:rsidRPr="001A2DDE">
        <w:rPr>
          <w:position w:val="-4"/>
        </w:rPr>
        <w:object w:dxaOrig="380" w:dyaOrig="260" w14:anchorId="4EB623BD">
          <v:shape id="_x0000_i1848" type="#_x0000_t75" style="width:19.2pt;height:13.2pt" o:ole="">
            <v:imagedata r:id="rId1548" o:title=""/>
          </v:shape>
          <o:OLEObject Type="Embed" ProgID="Equation.DSMT4" ShapeID="_x0000_i1848" DrawAspect="Content" ObjectID="_1699918584" r:id="rId1549"/>
        </w:object>
      </w:r>
      <w:r w:rsidRPr="001A2DDE">
        <w:rPr>
          <w:rFonts w:cs="Times New Roman"/>
        </w:rPr>
        <w:t xml:space="preserve"> với </w:t>
      </w:r>
      <w:r w:rsidRPr="001A2DDE">
        <w:rPr>
          <w:position w:val="-6"/>
        </w:rPr>
        <w:object w:dxaOrig="380" w:dyaOrig="279" w14:anchorId="3C85E5E6">
          <v:shape id="_x0000_i1849" type="#_x0000_t75" style="width:19.2pt;height:13.8pt" o:ole="">
            <v:imagedata r:id="rId1550" o:title=""/>
          </v:shape>
          <o:OLEObject Type="Embed" ProgID="Equation.DSMT4" ShapeID="_x0000_i1849" DrawAspect="Content" ObjectID="_1699918585" r:id="rId1551"/>
        </w:object>
      </w:r>
      <w:r w:rsidRPr="001A2DDE">
        <w:rPr>
          <w:rFonts w:cs="Times New Roman"/>
        </w:rPr>
        <w:t xml:space="preserve"> là:</w:t>
      </w:r>
    </w:p>
    <w:p w14:paraId="31862601"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24"/>
        </w:rPr>
        <w:object w:dxaOrig="240" w:dyaOrig="620" w14:anchorId="77D17308">
          <v:shape id="_x0000_i1850" type="#_x0000_t75" style="width:12pt;height:31.2pt" o:ole="">
            <v:imagedata r:id="rId1552" o:title=""/>
          </v:shape>
          <o:OLEObject Type="Embed" ProgID="Equation.DSMT4" ShapeID="_x0000_i1850" DrawAspect="Content" ObjectID="_1699918586" r:id="rId1553"/>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24"/>
        </w:rPr>
        <w:object w:dxaOrig="220" w:dyaOrig="620" w14:anchorId="3936E8E0">
          <v:shape id="_x0000_i1851" type="#_x0000_t75" style="width:10.8pt;height:31.2pt" o:ole="">
            <v:imagedata r:id="rId1554" o:title=""/>
          </v:shape>
          <o:OLEObject Type="Embed" ProgID="Equation.DSMT4" ShapeID="_x0000_i1851" DrawAspect="Content" ObjectID="_1699918587" r:id="rId1555"/>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24"/>
        </w:rPr>
        <w:object w:dxaOrig="240" w:dyaOrig="620" w14:anchorId="0A90B3AB">
          <v:shape id="_x0000_i1852" type="#_x0000_t75" style="width:12pt;height:31.2pt" o:ole="">
            <v:imagedata r:id="rId1556" o:title=""/>
          </v:shape>
          <o:OLEObject Type="Embed" ProgID="Equation.DSMT4" ShapeID="_x0000_i1852" DrawAspect="Content" ObjectID="_1699918588" r:id="rId1557"/>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24"/>
        </w:rPr>
        <w:object w:dxaOrig="240" w:dyaOrig="620" w14:anchorId="6C4955E0">
          <v:shape id="_x0000_i1853" type="#_x0000_t75" style="width:12pt;height:31.2pt" o:ole="">
            <v:imagedata r:id="rId1558" o:title=""/>
          </v:shape>
          <o:OLEObject Type="Embed" ProgID="Equation.DSMT4" ShapeID="_x0000_i1853" DrawAspect="Content" ObjectID="_1699918589" r:id="rId1559"/>
        </w:object>
      </w:r>
      <w:r w:rsidRPr="001A2DDE">
        <w:rPr>
          <w:rFonts w:cs="Times New Roman"/>
        </w:rPr>
        <w:t>.</w:t>
      </w:r>
    </w:p>
    <w:p w14:paraId="026CD327"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31:</w:t>
      </w:r>
      <w:r w:rsidRPr="001A2DDE">
        <w:rPr>
          <w:rFonts w:cs="Times New Roman"/>
          <w:b/>
          <w:color w:val="0000FF"/>
        </w:rPr>
        <w:tab/>
      </w:r>
      <w:r w:rsidRPr="001A2DDE">
        <w:rPr>
          <w:rFonts w:cs="Times New Roman"/>
        </w:rPr>
        <w:t xml:space="preserve">Cho </w:t>
      </w:r>
      <w:r w:rsidRPr="001A2DDE">
        <w:rPr>
          <w:position w:val="-4"/>
        </w:rPr>
        <w:object w:dxaOrig="279" w:dyaOrig="260" w14:anchorId="54705967">
          <v:shape id="_x0000_i1854" type="#_x0000_t75" style="width:13.8pt;height:13.2pt" o:ole="">
            <v:imagedata r:id="rId1560" o:title=""/>
          </v:shape>
          <o:OLEObject Type="Embed" ProgID="Equation.DSMT4" ShapeID="_x0000_i1854" DrawAspect="Content" ObjectID="_1699918590" r:id="rId1561"/>
        </w:object>
      </w:r>
      <w:r w:rsidRPr="001A2DDE">
        <w:rPr>
          <w:rFonts w:cs="Times New Roman"/>
        </w:rPr>
        <w:t xml:space="preserve"> là tập hợp chứa 6 số tự nhiên lê yâ 4 số tự nhiên chẵn. Chọn ngẫu nhiên từ </w:t>
      </w:r>
      <w:r w:rsidRPr="001A2DDE">
        <w:rPr>
          <w:position w:val="-4"/>
        </w:rPr>
        <w:object w:dxaOrig="279" w:dyaOrig="260" w14:anchorId="752294F7">
          <v:shape id="_x0000_i1855" type="#_x0000_t75" style="width:13.8pt;height:13.2pt" o:ole="">
            <v:imagedata r:id="rId1562" o:title=""/>
          </v:shape>
          <o:OLEObject Type="Embed" ProgID="Equation.DSMT4" ShapeID="_x0000_i1855" DrawAspect="Content" ObjectID="_1699918591" r:id="rId1563"/>
        </w:object>
      </w:r>
      <w:r w:rsidRPr="001A2DDE">
        <w:rPr>
          <w:rFonts w:cs="Times New Roman"/>
        </w:rPr>
        <w:t xml:space="preserve"> ra ba số tự nhiên. Xác suất để chọn được ba số có tích là một số chẵn là:</w:t>
      </w:r>
    </w:p>
    <w:p w14:paraId="23ED2A07"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30"/>
        </w:rPr>
        <w:object w:dxaOrig="1100" w:dyaOrig="720" w14:anchorId="4AB9ABAF">
          <v:shape id="_x0000_i1856" type="#_x0000_t75" style="width:55.2pt;height:36pt" o:ole="">
            <v:imagedata r:id="rId1564" o:title=""/>
          </v:shape>
          <o:OLEObject Type="Embed" ProgID="Equation.DSMT4" ShapeID="_x0000_i1856" DrawAspect="Content" ObjectID="_1699918592" r:id="rId1565"/>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30"/>
        </w:rPr>
        <w:object w:dxaOrig="1180" w:dyaOrig="720" w14:anchorId="4FFC3E67">
          <v:shape id="_x0000_i1857" type="#_x0000_t75" style="width:58.8pt;height:36pt" o:ole="">
            <v:imagedata r:id="rId1566" o:title=""/>
          </v:shape>
          <o:OLEObject Type="Embed" ProgID="Equation.DSMT4" ShapeID="_x0000_i1857" DrawAspect="Content" ObjectID="_1699918593" r:id="rId1567"/>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30"/>
        </w:rPr>
        <w:object w:dxaOrig="820" w:dyaOrig="720" w14:anchorId="1AF2C97D">
          <v:shape id="_x0000_i1858" type="#_x0000_t75" style="width:40.8pt;height:36pt" o:ole="">
            <v:imagedata r:id="rId1568" o:title=""/>
          </v:shape>
          <o:OLEObject Type="Embed" ProgID="Equation.DSMT4" ShapeID="_x0000_i1858" DrawAspect="Content" ObjectID="_1699918594" r:id="rId1569"/>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30"/>
        </w:rPr>
        <w:object w:dxaOrig="820" w:dyaOrig="720" w14:anchorId="6F28929B">
          <v:shape id="_x0000_i1859" type="#_x0000_t75" style="width:40.8pt;height:36pt" o:ole="">
            <v:imagedata r:id="rId1570" o:title=""/>
          </v:shape>
          <o:OLEObject Type="Embed" ProgID="Equation.DSMT4" ShapeID="_x0000_i1859" DrawAspect="Content" ObjectID="_1699918595" r:id="rId1571"/>
        </w:object>
      </w:r>
      <w:r w:rsidRPr="001A2DDE">
        <w:rPr>
          <w:rFonts w:cs="Times New Roman"/>
        </w:rPr>
        <w:t>.</w:t>
      </w:r>
    </w:p>
    <w:p w14:paraId="5C72247D"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lastRenderedPageBreak/>
        <w:t>Câu 32:</w:t>
      </w:r>
      <w:r w:rsidRPr="001A2DDE">
        <w:rPr>
          <w:rFonts w:cs="Times New Roman"/>
          <w:b/>
          <w:color w:val="0000FF"/>
        </w:rPr>
        <w:tab/>
      </w:r>
      <w:r w:rsidRPr="001A2DDE">
        <w:rPr>
          <w:rFonts w:cs="Times New Roman"/>
        </w:rPr>
        <w:t xml:space="preserve">Cho hình chóp </w:t>
      </w:r>
      <w:r w:rsidRPr="001A2DDE">
        <w:rPr>
          <w:position w:val="-6"/>
        </w:rPr>
        <w:object w:dxaOrig="980" w:dyaOrig="279" w14:anchorId="028D281E">
          <v:shape id="_x0000_i1860" type="#_x0000_t75" style="width:49.2pt;height:13.8pt" o:ole="">
            <v:imagedata r:id="rId1572" o:title=""/>
          </v:shape>
          <o:OLEObject Type="Embed" ProgID="Equation.DSMT4" ShapeID="_x0000_i1860" DrawAspect="Content" ObjectID="_1699918596" r:id="rId1573"/>
        </w:object>
      </w:r>
      <w:r w:rsidRPr="001A2DDE">
        <w:rPr>
          <w:rFonts w:cs="Times New Roman"/>
        </w:rPr>
        <w:t xml:space="preserve"> có đáy </w:t>
      </w:r>
      <w:r w:rsidRPr="001A2DDE">
        <w:rPr>
          <w:position w:val="-6"/>
        </w:rPr>
        <w:object w:dxaOrig="720" w:dyaOrig="279" w14:anchorId="7C48B846">
          <v:shape id="_x0000_i1861" type="#_x0000_t75" style="width:36pt;height:13.8pt" o:ole="">
            <v:imagedata r:id="rId1574" o:title=""/>
          </v:shape>
          <o:OLEObject Type="Embed" ProgID="Equation.DSMT4" ShapeID="_x0000_i1861" DrawAspect="Content" ObjectID="_1699918597" r:id="rId1575"/>
        </w:object>
      </w:r>
      <w:r w:rsidRPr="001A2DDE">
        <w:rPr>
          <w:rFonts w:cs="Times New Roman"/>
        </w:rPr>
        <w:t xml:space="preserve"> là hình vuông cạnh </w:t>
      </w:r>
      <w:r w:rsidRPr="001A2DDE">
        <w:rPr>
          <w:position w:val="-6"/>
        </w:rPr>
        <w:object w:dxaOrig="200" w:dyaOrig="220" w14:anchorId="0CD24A2C">
          <v:shape id="_x0000_i1862" type="#_x0000_t75" style="width:10.2pt;height:10.8pt" o:ole="">
            <v:imagedata r:id="rId1576" o:title=""/>
          </v:shape>
          <o:OLEObject Type="Embed" ProgID="Equation.DSMT4" ShapeID="_x0000_i1862" DrawAspect="Content" ObjectID="_1699918598" r:id="rId1577"/>
        </w:object>
      </w:r>
      <w:r w:rsidRPr="001A2DDE">
        <w:rPr>
          <w:rFonts w:cs="Times New Roman"/>
        </w:rPr>
        <w:t xml:space="preserve">. Tam giác </w:t>
      </w:r>
      <w:r w:rsidRPr="001A2DDE">
        <w:rPr>
          <w:position w:val="-6"/>
        </w:rPr>
        <w:object w:dxaOrig="540" w:dyaOrig="279" w14:anchorId="7A744463">
          <v:shape id="_x0000_i1863" type="#_x0000_t75" style="width:27pt;height:13.8pt" o:ole="">
            <v:imagedata r:id="rId1578" o:title=""/>
          </v:shape>
          <o:OLEObject Type="Embed" ProgID="Equation.DSMT4" ShapeID="_x0000_i1863" DrawAspect="Content" ObjectID="_1699918599" r:id="rId1579"/>
        </w:object>
      </w:r>
      <w:r w:rsidRPr="001A2DDE">
        <w:rPr>
          <w:rFonts w:cs="Times New Roman"/>
        </w:rPr>
        <w:t xml:space="preserve"> là tam giác đều. Gọi </w:t>
      </w:r>
      <w:r w:rsidRPr="001A2DDE">
        <w:rPr>
          <w:position w:val="-10"/>
        </w:rPr>
        <w:object w:dxaOrig="859" w:dyaOrig="320" w14:anchorId="597071F7">
          <v:shape id="_x0000_i1864" type="#_x0000_t75" style="width:43.2pt;height:16.2pt" o:ole="">
            <v:imagedata r:id="rId1580" o:title=""/>
          </v:shape>
          <o:OLEObject Type="Embed" ProgID="Equation.DSMT4" ShapeID="_x0000_i1864" DrawAspect="Content" ObjectID="_1699918600" r:id="rId1581"/>
        </w:object>
      </w:r>
      <w:r w:rsidRPr="001A2DDE">
        <w:rPr>
          <w:rFonts w:cs="Times New Roman"/>
        </w:rPr>
        <w:t xml:space="preserve"> lần lượt là trung điểm của </w:t>
      </w:r>
      <w:r w:rsidRPr="001A2DDE">
        <w:rPr>
          <w:position w:val="-10"/>
        </w:rPr>
        <w:object w:dxaOrig="840" w:dyaOrig="320" w14:anchorId="49D0EF11">
          <v:shape id="_x0000_i1865" type="#_x0000_t75" style="width:42pt;height:16.2pt" o:ole="">
            <v:imagedata r:id="rId1582" o:title=""/>
          </v:shape>
          <o:OLEObject Type="Embed" ProgID="Equation.DSMT4" ShapeID="_x0000_i1865" DrawAspect="Content" ObjectID="_1699918601" r:id="rId1583"/>
        </w:object>
      </w:r>
      <w:r w:rsidRPr="001A2DDE">
        <w:rPr>
          <w:rFonts w:cs="Times New Roman"/>
        </w:rPr>
        <w:t xml:space="preserve"> và </w:t>
      </w:r>
      <w:r w:rsidRPr="001A2DDE">
        <w:rPr>
          <w:position w:val="-6"/>
        </w:rPr>
        <w:object w:dxaOrig="340" w:dyaOrig="279" w14:anchorId="6F702CF3">
          <v:shape id="_x0000_i1866" type="#_x0000_t75" style="width:16.8pt;height:13.8pt" o:ole="">
            <v:imagedata r:id="rId1584" o:title=""/>
          </v:shape>
          <o:OLEObject Type="Embed" ProgID="Equation.DSMT4" ShapeID="_x0000_i1866" DrawAspect="Content" ObjectID="_1699918602" r:id="rId1585"/>
        </w:object>
      </w:r>
      <w:r w:rsidRPr="001A2DDE">
        <w:rPr>
          <w:rFonts w:cs="Times New Roman"/>
        </w:rPr>
        <w:t xml:space="preserve">. Diện tích của thiết diện của hình chóp </w:t>
      </w:r>
      <w:r w:rsidRPr="001A2DDE">
        <w:rPr>
          <w:position w:val="-6"/>
        </w:rPr>
        <w:object w:dxaOrig="920" w:dyaOrig="279" w14:anchorId="3D7954F2">
          <v:shape id="_x0000_i1867" type="#_x0000_t75" style="width:46.2pt;height:13.8pt" o:ole="">
            <v:imagedata r:id="rId1586" o:title=""/>
          </v:shape>
          <o:OLEObject Type="Embed" ProgID="Equation.DSMT4" ShapeID="_x0000_i1867" DrawAspect="Content" ObjectID="_1699918603" r:id="rId1587"/>
        </w:object>
      </w:r>
      <w:r w:rsidRPr="001A2DDE">
        <w:rPr>
          <w:rFonts w:cs="Times New Roman"/>
        </w:rPr>
        <w:t xml:space="preserve"> cắt bởi mặt phẳng </w:t>
      </w:r>
      <w:r w:rsidRPr="001A2DDE">
        <w:rPr>
          <w:position w:val="-10"/>
        </w:rPr>
        <w:object w:dxaOrig="780" w:dyaOrig="320" w14:anchorId="72BCACB1">
          <v:shape id="_x0000_i1868" type="#_x0000_t75" style="width:39pt;height:16.2pt" o:ole="">
            <v:imagedata r:id="rId1588" o:title=""/>
          </v:shape>
          <o:OLEObject Type="Embed" ProgID="Equation.DSMT4" ShapeID="_x0000_i1868" DrawAspect="Content" ObjectID="_1699918604" r:id="rId1589"/>
        </w:object>
      </w:r>
      <w:r w:rsidRPr="001A2DDE">
        <w:rPr>
          <w:rFonts w:cs="Times New Roman"/>
        </w:rPr>
        <w:t xml:space="preserve"> là:</w:t>
      </w:r>
    </w:p>
    <w:p w14:paraId="21EEA701"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24"/>
        </w:rPr>
        <w:object w:dxaOrig="740" w:dyaOrig="680" w14:anchorId="4B39E7E7">
          <v:shape id="_x0000_i1869" type="#_x0000_t75" style="width:37.2pt;height:34.2pt" o:ole="">
            <v:imagedata r:id="rId1590" o:title=""/>
          </v:shape>
          <o:OLEObject Type="Embed" ProgID="Equation.DSMT4" ShapeID="_x0000_i1869" DrawAspect="Content" ObjectID="_1699918605" r:id="rId1591"/>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24"/>
        </w:rPr>
        <w:object w:dxaOrig="639" w:dyaOrig="680" w14:anchorId="07826E73">
          <v:shape id="_x0000_i1870" type="#_x0000_t75" style="width:31.8pt;height:34.2pt" o:ole="">
            <v:imagedata r:id="rId1592" o:title=""/>
          </v:shape>
          <o:OLEObject Type="Embed" ProgID="Equation.DSMT4" ShapeID="_x0000_i1870" DrawAspect="Content" ObjectID="_1699918606" r:id="rId1593"/>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24"/>
        </w:rPr>
        <w:object w:dxaOrig="639" w:dyaOrig="680" w14:anchorId="31D3E9FA">
          <v:shape id="_x0000_i1871" type="#_x0000_t75" style="width:31.8pt;height:34.2pt" o:ole="">
            <v:imagedata r:id="rId1594" o:title=""/>
          </v:shape>
          <o:OLEObject Type="Embed" ProgID="Equation.DSMT4" ShapeID="_x0000_i1871" DrawAspect="Content" ObjectID="_1699918607" r:id="rId1595"/>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24"/>
        </w:rPr>
        <w:object w:dxaOrig="740" w:dyaOrig="680" w14:anchorId="29C3D824">
          <v:shape id="_x0000_i1872" type="#_x0000_t75" style="width:37.2pt;height:34.2pt" o:ole="">
            <v:imagedata r:id="rId1596" o:title=""/>
          </v:shape>
          <o:OLEObject Type="Embed" ProgID="Equation.DSMT4" ShapeID="_x0000_i1872" DrawAspect="Content" ObjectID="_1699918608" r:id="rId1597"/>
        </w:object>
      </w:r>
      <w:r w:rsidRPr="001A2DDE">
        <w:rPr>
          <w:rFonts w:cs="Times New Roman"/>
        </w:rPr>
        <w:t>.</w:t>
      </w:r>
    </w:p>
    <w:p w14:paraId="5B8991CD"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33:</w:t>
      </w:r>
      <w:r w:rsidRPr="001A2DDE">
        <w:rPr>
          <w:rFonts w:cs="Times New Roman"/>
          <w:b/>
          <w:color w:val="0000FF"/>
        </w:rPr>
        <w:tab/>
      </w:r>
      <w:r w:rsidRPr="001A2DDE">
        <w:rPr>
          <w:rFonts w:cs="Times New Roman"/>
        </w:rPr>
        <w:t xml:space="preserve">Một đề thi trắc nghiệm gồm 50 câu hỏi độc lập. Mỗi câu có 4 đáp án trả lời trong đó chỉ có một đáp án đúng. Mỗi câu trả lời đúng được 0,2 điểm, câu trả lời sai được 0 điểm. Học sinh </w:t>
      </w:r>
      <w:r w:rsidRPr="001A2DDE">
        <w:rPr>
          <w:position w:val="-4"/>
        </w:rPr>
        <w:object w:dxaOrig="260" w:dyaOrig="260" w14:anchorId="59479905">
          <v:shape id="_x0000_i1873" type="#_x0000_t75" style="width:13.2pt;height:13.2pt" o:ole="">
            <v:imagedata r:id="rId1598" o:title=""/>
          </v:shape>
          <o:OLEObject Type="Embed" ProgID="Equation.DSMT4" ShapeID="_x0000_i1873" DrawAspect="Content" ObjectID="_1699918609" r:id="rId1599"/>
        </w:object>
      </w:r>
      <w:r w:rsidRPr="001A2DDE">
        <w:rPr>
          <w:rFonts w:cs="Times New Roman"/>
        </w:rPr>
        <w:t xml:space="preserve"> làm bài bằng cách chọn ngẫu nhiên 50 câu hỏi. Biết xác suất làm đúng </w:t>
      </w:r>
      <w:r w:rsidRPr="001A2DDE">
        <w:rPr>
          <w:position w:val="-6"/>
        </w:rPr>
        <w:object w:dxaOrig="200" w:dyaOrig="279" w14:anchorId="2AC63AA5">
          <v:shape id="_x0000_i1874" type="#_x0000_t75" style="width:10.2pt;height:13.8pt" o:ole="">
            <v:imagedata r:id="rId1600" o:title=""/>
          </v:shape>
          <o:OLEObject Type="Embed" ProgID="Equation.DSMT4" ShapeID="_x0000_i1874" DrawAspect="Content" ObjectID="_1699918610" r:id="rId1601"/>
        </w:object>
      </w:r>
      <w:r w:rsidRPr="001A2DDE">
        <w:rPr>
          <w:rFonts w:cs="Times New Roman"/>
        </w:rPr>
        <w:t xml:space="preserve"> câu của học </w:t>
      </w:r>
      <w:r w:rsidRPr="001A2DDE">
        <w:rPr>
          <w:position w:val="-6"/>
        </w:rPr>
        <w:object w:dxaOrig="680" w:dyaOrig="279" w14:anchorId="11C4A004">
          <v:shape id="_x0000_i1875" type="#_x0000_t75" style="width:34.2pt;height:13.8pt" o:ole="">
            <v:imagedata r:id="rId1602" o:title=""/>
          </v:shape>
          <o:OLEObject Type="Embed" ProgID="Equation.DSMT4" ShapeID="_x0000_i1875" DrawAspect="Content" ObjectID="_1699918611" r:id="rId1603"/>
        </w:object>
      </w:r>
      <w:r w:rsidRPr="001A2DDE">
        <w:rPr>
          <w:rFonts w:cs="Times New Roman"/>
        </w:rPr>
        <w:t xml:space="preserve"> đạt giá trị lón nhất. Khi đó giá trị của </w:t>
      </w:r>
      <w:r w:rsidRPr="001A2DDE">
        <w:rPr>
          <w:position w:val="-6"/>
        </w:rPr>
        <w:object w:dxaOrig="200" w:dyaOrig="279" w14:anchorId="3F3B6549">
          <v:shape id="_x0000_i1876" type="#_x0000_t75" style="width:10.2pt;height:13.8pt" o:ole="">
            <v:imagedata r:id="rId1604" o:title=""/>
          </v:shape>
          <o:OLEObject Type="Embed" ProgID="Equation.DSMT4" ShapeID="_x0000_i1876" DrawAspect="Content" ObjectID="_1699918612" r:id="rId1605"/>
        </w:object>
      </w:r>
      <w:r w:rsidRPr="001A2DDE">
        <w:rPr>
          <w:rFonts w:cs="Times New Roman"/>
        </w:rPr>
        <w:t xml:space="preserve"> là</w:t>
      </w:r>
    </w:p>
    <w:p w14:paraId="47AB4767"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6"/>
        </w:rPr>
        <w:object w:dxaOrig="639" w:dyaOrig="279" w14:anchorId="64A98552">
          <v:shape id="_x0000_i1877" type="#_x0000_t75" style="width:31.8pt;height:13.8pt" o:ole="">
            <v:imagedata r:id="rId1606" o:title=""/>
          </v:shape>
          <o:OLEObject Type="Embed" ProgID="Equation.DSMT4" ShapeID="_x0000_i1877" DrawAspect="Content" ObjectID="_1699918613" r:id="rId1607"/>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6"/>
        </w:rPr>
        <w:object w:dxaOrig="660" w:dyaOrig="279" w14:anchorId="566C98E4">
          <v:shape id="_x0000_i1878" type="#_x0000_t75" style="width:33pt;height:13.8pt" o:ole="">
            <v:imagedata r:id="rId1608" o:title=""/>
          </v:shape>
          <o:OLEObject Type="Embed" ProgID="Equation.DSMT4" ShapeID="_x0000_i1878" DrawAspect="Content" ObjectID="_1699918614" r:id="rId1609"/>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6"/>
        </w:rPr>
        <w:object w:dxaOrig="660" w:dyaOrig="279" w14:anchorId="1F325792">
          <v:shape id="_x0000_i1879" type="#_x0000_t75" style="width:33pt;height:13.8pt" o:ole="">
            <v:imagedata r:id="rId1610" o:title=""/>
          </v:shape>
          <o:OLEObject Type="Embed" ProgID="Equation.DSMT4" ShapeID="_x0000_i1879" DrawAspect="Content" ObjectID="_1699918615" r:id="rId1611"/>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6"/>
        </w:rPr>
        <w:object w:dxaOrig="680" w:dyaOrig="279" w14:anchorId="69562F5D">
          <v:shape id="_x0000_i1880" type="#_x0000_t75" style="width:34.2pt;height:13.8pt" o:ole="">
            <v:imagedata r:id="rId1612" o:title=""/>
          </v:shape>
          <o:OLEObject Type="Embed" ProgID="Equation.DSMT4" ShapeID="_x0000_i1880" DrawAspect="Content" ObjectID="_1699918616" r:id="rId1613"/>
        </w:object>
      </w:r>
      <w:r w:rsidRPr="001A2DDE">
        <w:rPr>
          <w:rFonts w:cs="Times New Roman"/>
        </w:rPr>
        <w:t>.</w:t>
      </w:r>
    </w:p>
    <w:p w14:paraId="10DF23C5"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34:</w:t>
      </w:r>
      <w:r w:rsidRPr="001A2DDE">
        <w:rPr>
          <w:rFonts w:cs="Times New Roman"/>
          <w:b/>
          <w:color w:val="0000FF"/>
        </w:rPr>
        <w:tab/>
      </w:r>
      <w:r w:rsidRPr="001A2DDE">
        <w:rPr>
          <w:rFonts w:cs="Times New Roman"/>
        </w:rPr>
        <w:t xml:space="preserve">Cho phương trình </w:t>
      </w:r>
      <w:r w:rsidRPr="001A2DDE">
        <w:rPr>
          <w:position w:val="-8"/>
        </w:rPr>
        <w:object w:dxaOrig="3300" w:dyaOrig="360" w14:anchorId="2A63ECE3">
          <v:shape id="_x0000_i1881" type="#_x0000_t75" style="width:165pt;height:18pt" o:ole="">
            <v:imagedata r:id="rId1614" o:title=""/>
          </v:shape>
          <o:OLEObject Type="Embed" ProgID="Equation.DSMT4" ShapeID="_x0000_i1881" DrawAspect="Content" ObjectID="_1699918617" r:id="rId1615"/>
        </w:object>
      </w:r>
      <w:r w:rsidRPr="001A2DDE">
        <w:rPr>
          <w:rFonts w:cs="Times New Roman"/>
        </w:rPr>
        <w:t xml:space="preserve">. Để phương trình có nhiều hơn một nghiệm trong </w:t>
      </w:r>
      <w:r w:rsidRPr="001A2DDE">
        <w:rPr>
          <w:position w:val="-10"/>
        </w:rPr>
        <w:object w:dxaOrig="600" w:dyaOrig="320" w14:anchorId="56837BBB">
          <v:shape id="_x0000_i1882" type="#_x0000_t75" style="width:30pt;height:16.2pt" o:ole="">
            <v:imagedata r:id="rId1616" o:title=""/>
          </v:shape>
          <o:OLEObject Type="Embed" ProgID="Equation.DSMT4" ShapeID="_x0000_i1882" DrawAspect="Content" ObjectID="_1699918618" r:id="rId1617"/>
        </w:object>
      </w:r>
      <w:r w:rsidRPr="001A2DDE">
        <w:rPr>
          <w:rFonts w:cs="Times New Roman"/>
        </w:rPr>
        <w:t xml:space="preserve"> thi giá trị của </w:t>
      </w:r>
      <w:r w:rsidRPr="001A2DDE">
        <w:rPr>
          <w:position w:val="-6"/>
        </w:rPr>
        <w:object w:dxaOrig="260" w:dyaOrig="220" w14:anchorId="0D2EA8C7">
          <v:shape id="_x0000_i1883" type="#_x0000_t75" style="width:13.2pt;height:10.8pt" o:ole="">
            <v:imagedata r:id="rId1618" o:title=""/>
          </v:shape>
          <o:OLEObject Type="Embed" ProgID="Equation.DSMT4" ShapeID="_x0000_i1883" DrawAspect="Content" ObjectID="_1699918619" r:id="rId1619"/>
        </w:object>
      </w:r>
      <w:r w:rsidRPr="001A2DDE">
        <w:rPr>
          <w:rFonts w:cs="Times New Roman"/>
        </w:rPr>
        <w:t xml:space="preserve"> thỏa</w:t>
      </w:r>
    </w:p>
    <w:p w14:paraId="5B6BFEE0"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24"/>
        </w:rPr>
        <w:object w:dxaOrig="1359" w:dyaOrig="680" w14:anchorId="520D86BA">
          <v:shape id="_x0000_i1884" type="#_x0000_t75" style="width:67.8pt;height:34.2pt" o:ole="">
            <v:imagedata r:id="rId1620" o:title=""/>
          </v:shape>
          <o:OLEObject Type="Embed" ProgID="Equation.DSMT4" ShapeID="_x0000_i1884" DrawAspect="Content" ObjectID="_1699918620" r:id="rId1621"/>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24"/>
        </w:rPr>
        <w:object w:dxaOrig="1100" w:dyaOrig="680" w14:anchorId="6BF65C64">
          <v:shape id="_x0000_i1885" type="#_x0000_t75" style="width:55.2pt;height:34.2pt" o:ole="">
            <v:imagedata r:id="rId1622" o:title=""/>
          </v:shape>
          <o:OLEObject Type="Embed" ProgID="Equation.DSMT4" ShapeID="_x0000_i1885" DrawAspect="Content" ObjectID="_1699918621" r:id="rId1623"/>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24"/>
        </w:rPr>
        <w:object w:dxaOrig="940" w:dyaOrig="680" w14:anchorId="65436BD3">
          <v:shape id="_x0000_i1886" type="#_x0000_t75" style="width:46.8pt;height:34.2pt" o:ole="">
            <v:imagedata r:id="rId1624" o:title=""/>
          </v:shape>
          <o:OLEObject Type="Embed" ProgID="Equation.DSMT4" ShapeID="_x0000_i1886" DrawAspect="Content" ObjectID="_1699918622" r:id="rId1625"/>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24"/>
        </w:rPr>
        <w:object w:dxaOrig="1040" w:dyaOrig="680" w14:anchorId="668C7576">
          <v:shape id="_x0000_i1887" type="#_x0000_t75" style="width:52.2pt;height:34.2pt" o:ole="">
            <v:imagedata r:id="rId1626" o:title=""/>
          </v:shape>
          <o:OLEObject Type="Embed" ProgID="Equation.DSMT4" ShapeID="_x0000_i1887" DrawAspect="Content" ObjectID="_1699918623" r:id="rId1627"/>
        </w:object>
      </w:r>
      <w:r w:rsidRPr="001A2DDE">
        <w:rPr>
          <w:rFonts w:cs="Times New Roman"/>
        </w:rPr>
        <w:t>.</w:t>
      </w:r>
    </w:p>
    <w:p w14:paraId="591DCE0F" w14:textId="77777777" w:rsidR="00DE7E5C" w:rsidRPr="001A2DDE" w:rsidRDefault="00DE7E5C" w:rsidP="001A2DDE">
      <w:pPr>
        <w:tabs>
          <w:tab w:val="left" w:pos="992"/>
        </w:tabs>
        <w:spacing w:before="120" w:after="0"/>
        <w:ind w:left="992" w:hanging="992"/>
        <w:jc w:val="both"/>
        <w:rPr>
          <w:rFonts w:cs="Times New Roman"/>
        </w:rPr>
      </w:pPr>
      <w:r w:rsidRPr="001A2DDE">
        <w:rPr>
          <w:rFonts w:cs="Times New Roman"/>
          <w:b/>
          <w:color w:val="0000FF"/>
        </w:rPr>
        <w:t>Câu 35:</w:t>
      </w:r>
      <w:r w:rsidRPr="001A2DDE">
        <w:rPr>
          <w:rFonts w:cs="Times New Roman"/>
          <w:b/>
          <w:color w:val="0000FF"/>
        </w:rPr>
        <w:tab/>
      </w:r>
      <w:r w:rsidRPr="001A2DDE">
        <w:rPr>
          <w:rFonts w:cs="Times New Roman"/>
        </w:rPr>
        <w:t xml:space="preserve">Biết rằng khi </w:t>
      </w:r>
      <w:r w:rsidRPr="001A2DDE">
        <w:rPr>
          <w:position w:val="-12"/>
        </w:rPr>
        <w:object w:dxaOrig="740" w:dyaOrig="360" w14:anchorId="35831AB7">
          <v:shape id="_x0000_i1888" type="#_x0000_t75" style="width:37.2pt;height:18pt" o:ole="">
            <v:imagedata r:id="rId1628" o:title=""/>
          </v:shape>
          <o:OLEObject Type="Embed" ProgID="Equation.DSMT4" ShapeID="_x0000_i1888" DrawAspect="Content" ObjectID="_1699918624" r:id="rId1629"/>
        </w:object>
      </w:r>
      <w:r w:rsidRPr="001A2DDE">
        <w:rPr>
          <w:rFonts w:cs="Times New Roman"/>
        </w:rPr>
        <w:t xml:space="preserve"> thì phương trình </w:t>
      </w:r>
      <w:r w:rsidRPr="001A2DDE">
        <w:rPr>
          <w:position w:val="-10"/>
        </w:rPr>
        <w:object w:dxaOrig="3680" w:dyaOrig="360" w14:anchorId="01A4B913">
          <v:shape id="_x0000_i1889" type="#_x0000_t75" style="width:184.2pt;height:18pt" o:ole="">
            <v:imagedata r:id="rId1630" o:title=""/>
          </v:shape>
          <o:OLEObject Type="Embed" ProgID="Equation.DSMT4" ShapeID="_x0000_i1889" DrawAspect="Content" ObjectID="_1699918625" r:id="rId1631"/>
        </w:object>
      </w:r>
      <w:r w:rsidRPr="001A2DDE">
        <w:rPr>
          <w:rFonts w:cs="Times New Roman"/>
        </w:rPr>
        <w:t xml:space="preserve"> có đúng 11 nghiệm phân biệt thuộc khoảng </w:t>
      </w:r>
      <w:r w:rsidRPr="001A2DDE">
        <w:rPr>
          <w:position w:val="-28"/>
        </w:rPr>
        <w:object w:dxaOrig="1060" w:dyaOrig="680" w14:anchorId="275CB22B">
          <v:shape id="_x0000_i1890" type="#_x0000_t75" style="width:52.8pt;height:34.2pt" o:ole="">
            <v:imagedata r:id="rId1632" o:title=""/>
          </v:shape>
          <o:OLEObject Type="Embed" ProgID="Equation.DSMT4" ShapeID="_x0000_i1890" DrawAspect="Content" ObjectID="_1699918626" r:id="rId1633"/>
        </w:object>
      </w:r>
      <w:r w:rsidRPr="001A2DDE">
        <w:rPr>
          <w:rFonts w:cs="Times New Roman"/>
        </w:rPr>
        <w:t>. Mệnh đề nào sau đây là đúng?</w:t>
      </w:r>
    </w:p>
    <w:p w14:paraId="67770ADC" w14:textId="77777777" w:rsidR="00DE7E5C" w:rsidRPr="001A2DDE" w:rsidRDefault="00DE7E5C" w:rsidP="001A2DDE">
      <w:pPr>
        <w:tabs>
          <w:tab w:val="left" w:pos="3402"/>
          <w:tab w:val="left" w:pos="5669"/>
          <w:tab w:val="left" w:pos="7937"/>
        </w:tabs>
        <w:spacing w:after="0"/>
        <w:ind w:left="992"/>
        <w:jc w:val="both"/>
        <w:rPr>
          <w:rFonts w:cs="Times New Roman"/>
        </w:rPr>
      </w:pPr>
      <w:r w:rsidRPr="001A2DDE">
        <w:rPr>
          <w:rFonts w:cs="Times New Roman"/>
          <w:b/>
          <w:color w:val="0000FF"/>
        </w:rPr>
        <w:t xml:space="preserve">A. </w:t>
      </w:r>
      <w:r w:rsidRPr="001A2DDE">
        <w:rPr>
          <w:rFonts w:cs="Times New Roman"/>
          <w:position w:val="-12"/>
        </w:rPr>
        <w:object w:dxaOrig="999" w:dyaOrig="360" w14:anchorId="2A2BF22B">
          <v:shape id="_x0000_i1891" type="#_x0000_t75" style="width:49.8pt;height:18pt" o:ole="">
            <v:imagedata r:id="rId1634" o:title=""/>
          </v:shape>
          <o:OLEObject Type="Embed" ProgID="Equation.DSMT4" ShapeID="_x0000_i1891" DrawAspect="Content" ObjectID="_1699918627" r:id="rId1635"/>
        </w:object>
      </w:r>
      <w:r w:rsidRPr="001A2DDE">
        <w:rPr>
          <w:rFonts w:cs="Times New Roman"/>
        </w:rPr>
        <w:t>.</w:t>
      </w:r>
      <w:r w:rsidRPr="001A2DDE">
        <w:rPr>
          <w:rFonts w:cs="Times New Roman"/>
        </w:rPr>
        <w:tab/>
      </w:r>
      <w:r w:rsidRPr="001A2DDE">
        <w:rPr>
          <w:rFonts w:cs="Times New Roman"/>
          <w:b/>
          <w:color w:val="0000FF"/>
        </w:rPr>
        <w:t xml:space="preserve">B. </w:t>
      </w:r>
      <w:r w:rsidRPr="001A2DDE">
        <w:rPr>
          <w:rFonts w:cs="Times New Roman"/>
          <w:position w:val="-28"/>
        </w:rPr>
        <w:object w:dxaOrig="1560" w:dyaOrig="680" w14:anchorId="72F612BA">
          <v:shape id="_x0000_i1892" type="#_x0000_t75" style="width:78pt;height:34.2pt" o:ole="">
            <v:imagedata r:id="rId1636" o:title=""/>
          </v:shape>
          <o:OLEObject Type="Embed" ProgID="Equation.DSMT4" ShapeID="_x0000_i1892" DrawAspect="Content" ObjectID="_1699918628" r:id="rId1637"/>
        </w:object>
      </w:r>
      <w:r w:rsidRPr="001A2DDE">
        <w:rPr>
          <w:rFonts w:cs="Times New Roman"/>
        </w:rPr>
        <w:t>.</w:t>
      </w:r>
      <w:r w:rsidRPr="001A2DDE">
        <w:rPr>
          <w:rFonts w:cs="Times New Roman"/>
        </w:rPr>
        <w:tab/>
      </w:r>
      <w:r w:rsidRPr="001A2DDE">
        <w:rPr>
          <w:rFonts w:cs="Times New Roman"/>
          <w:b/>
          <w:color w:val="0000FF"/>
        </w:rPr>
        <w:t xml:space="preserve">C. </w:t>
      </w:r>
      <w:r w:rsidRPr="001A2DDE">
        <w:rPr>
          <w:rFonts w:cs="Times New Roman"/>
          <w:position w:val="-28"/>
        </w:rPr>
        <w:object w:dxaOrig="1320" w:dyaOrig="680" w14:anchorId="65396D7B">
          <v:shape id="_x0000_i1893" type="#_x0000_t75" style="width:66pt;height:34.2pt" o:ole="">
            <v:imagedata r:id="rId1638" o:title=""/>
          </v:shape>
          <o:OLEObject Type="Embed" ProgID="Equation.DSMT4" ShapeID="_x0000_i1893" DrawAspect="Content" ObjectID="_1699918629" r:id="rId1639"/>
        </w:object>
      </w:r>
      <w:r w:rsidRPr="001A2DDE">
        <w:rPr>
          <w:rFonts w:cs="Times New Roman"/>
        </w:rPr>
        <w:t>.</w:t>
      </w:r>
      <w:r w:rsidRPr="001A2DDE">
        <w:rPr>
          <w:rFonts w:cs="Times New Roman"/>
        </w:rPr>
        <w:tab/>
      </w:r>
      <w:r w:rsidRPr="001A2DDE">
        <w:rPr>
          <w:rFonts w:cs="Times New Roman"/>
          <w:b/>
          <w:color w:val="0000FF"/>
        </w:rPr>
        <w:t xml:space="preserve">D. </w:t>
      </w:r>
      <w:r w:rsidRPr="001A2DDE">
        <w:rPr>
          <w:rFonts w:cs="Times New Roman"/>
          <w:position w:val="-28"/>
        </w:rPr>
        <w:object w:dxaOrig="1560" w:dyaOrig="680" w14:anchorId="6729EC4F">
          <v:shape id="_x0000_i1894" type="#_x0000_t75" style="width:78pt;height:34.2pt" o:ole="">
            <v:imagedata r:id="rId1640" o:title=""/>
          </v:shape>
          <o:OLEObject Type="Embed" ProgID="Equation.DSMT4" ShapeID="_x0000_i1894" DrawAspect="Content" ObjectID="_1699918630" r:id="rId1641"/>
        </w:object>
      </w:r>
      <w:r w:rsidRPr="001A2DDE">
        <w:rPr>
          <w:rFonts w:cs="Times New Roman"/>
        </w:rPr>
        <w:t>.</w:t>
      </w:r>
    </w:p>
    <w:p w14:paraId="5CE88BF6" w14:textId="77777777" w:rsidR="00DE7E5C" w:rsidRPr="001A2DDE" w:rsidRDefault="00DE7E5C" w:rsidP="001A2DDE">
      <w:pPr>
        <w:ind w:left="992"/>
        <w:rPr>
          <w:rFonts w:cs="Times New Roman"/>
        </w:rPr>
      </w:pPr>
      <w:r w:rsidRPr="001A2DDE">
        <w:rPr>
          <w:rFonts w:cs="Times New Roman"/>
          <w:b/>
        </w:rPr>
        <w:t>Phần II: Tự luận</w:t>
      </w:r>
    </w:p>
    <w:p w14:paraId="604E47BD" w14:textId="77777777" w:rsidR="00DE7E5C" w:rsidRDefault="00DE7E5C" w:rsidP="001A2DDE">
      <w:pPr>
        <w:ind w:left="992" w:hanging="992"/>
        <w:jc w:val="both"/>
        <w:rPr>
          <w:rFonts w:cs="Times New Roman"/>
          <w:b/>
        </w:rPr>
      </w:pPr>
      <w:r w:rsidRPr="001A2DDE">
        <w:rPr>
          <w:rFonts w:cs="Times New Roman"/>
          <w:b/>
        </w:rPr>
        <w:t xml:space="preserve">Bài 1: </w:t>
      </w:r>
    </w:p>
    <w:p w14:paraId="362302AA" w14:textId="77777777" w:rsidR="00DE7E5C" w:rsidRPr="001A2DDE" w:rsidRDefault="00DE7E5C" w:rsidP="007D72EA">
      <w:pPr>
        <w:ind w:left="992"/>
        <w:jc w:val="both"/>
        <w:rPr>
          <w:rFonts w:cs="Times New Roman"/>
        </w:rPr>
      </w:pPr>
      <w:r w:rsidRPr="001A2DDE">
        <w:rPr>
          <w:rFonts w:cs="Times New Roman"/>
        </w:rPr>
        <w:t xml:space="preserve">1. Giải phương trình </w:t>
      </w:r>
      <w:r w:rsidRPr="001A2DDE">
        <w:rPr>
          <w:rFonts w:cs="Times New Roman"/>
          <w:position w:val="-28"/>
        </w:rPr>
        <w:object w:dxaOrig="3180" w:dyaOrig="680" w14:anchorId="4E5B90BA">
          <v:shape id="_x0000_i1895" type="#_x0000_t75" style="width:159pt;height:34.2pt" o:ole="">
            <v:imagedata r:id="rId1642" o:title=""/>
          </v:shape>
          <o:OLEObject Type="Embed" ProgID="Equation.DSMT4" ShapeID="_x0000_i1895" DrawAspect="Content" ObjectID="_1699918631" r:id="rId1643"/>
        </w:object>
      </w:r>
      <w:r w:rsidRPr="001A2DDE">
        <w:rPr>
          <w:rFonts w:cs="Times New Roman"/>
        </w:rPr>
        <w:t>.</w:t>
      </w:r>
    </w:p>
    <w:p w14:paraId="782A07E6" w14:textId="77777777" w:rsidR="00DE7E5C" w:rsidRPr="001A2DDE" w:rsidRDefault="00DE7E5C" w:rsidP="001A2DDE">
      <w:pPr>
        <w:ind w:left="992"/>
        <w:jc w:val="both"/>
        <w:rPr>
          <w:rFonts w:cs="Times New Roman"/>
        </w:rPr>
      </w:pPr>
      <w:r w:rsidRPr="001A2DDE">
        <w:rPr>
          <w:rFonts w:cs="Times New Roman"/>
        </w:rPr>
        <w:t>2. Chọn ngẫu nhiên một số tự nhiên có 4 chữ số. Tính xác suất để số được chọn không vượt quá 2019, đồng thời nó chia hết cho 5.</w:t>
      </w:r>
    </w:p>
    <w:p w14:paraId="7F7E0214" w14:textId="77777777" w:rsidR="00DE7E5C" w:rsidRPr="001A2DDE" w:rsidRDefault="00DE7E5C" w:rsidP="001A2DDE">
      <w:pPr>
        <w:ind w:left="992" w:hanging="992"/>
        <w:jc w:val="both"/>
        <w:rPr>
          <w:rFonts w:cs="Times New Roman"/>
        </w:rPr>
      </w:pPr>
      <w:r w:rsidRPr="001A2DDE">
        <w:rPr>
          <w:rFonts w:cs="Times New Roman"/>
          <w:b/>
        </w:rPr>
        <w:t xml:space="preserve">Bài 2: </w:t>
      </w:r>
      <w:r w:rsidRPr="001A2DDE">
        <w:rPr>
          <w:rFonts w:cs="Times New Roman"/>
        </w:rPr>
        <w:t xml:space="preserve">Cho hình chóp </w:t>
      </w:r>
      <w:r w:rsidRPr="001A2DDE">
        <w:rPr>
          <w:rFonts w:cs="Times New Roman"/>
          <w:position w:val="-10"/>
        </w:rPr>
        <w:object w:dxaOrig="1020" w:dyaOrig="320" w14:anchorId="29CC1D58">
          <v:shape id="_x0000_i1896" type="#_x0000_t75" style="width:51pt;height:16.2pt" o:ole="">
            <v:imagedata r:id="rId1644" o:title=""/>
          </v:shape>
          <o:OLEObject Type="Embed" ProgID="Equation.DSMT4" ShapeID="_x0000_i1896" DrawAspect="Content" ObjectID="_1699918632" r:id="rId1645"/>
        </w:object>
      </w:r>
      <w:r w:rsidRPr="001A2DDE">
        <w:rPr>
          <w:rFonts w:cs="Times New Roman"/>
        </w:rPr>
        <w:t xml:space="preserve"> là trọng tâm tam giác </w:t>
      </w:r>
      <w:r w:rsidRPr="001A2DDE">
        <w:rPr>
          <w:rFonts w:cs="Times New Roman"/>
          <w:position w:val="-6"/>
        </w:rPr>
        <w:object w:dxaOrig="560" w:dyaOrig="279" w14:anchorId="168E706B">
          <v:shape id="_x0000_i1897" type="#_x0000_t75" style="width:28.2pt;height:13.8pt" o:ole="">
            <v:imagedata r:id="rId1646" o:title=""/>
          </v:shape>
          <o:OLEObject Type="Embed" ProgID="Equation.DSMT4" ShapeID="_x0000_i1897" DrawAspect="Content" ObjectID="_1699918633" r:id="rId1647"/>
        </w:object>
      </w:r>
      <w:r w:rsidRPr="001A2DDE">
        <w:rPr>
          <w:rFonts w:cs="Times New Roman"/>
        </w:rPr>
        <w:t xml:space="preserve">. Đường thẳng qua </w:t>
      </w:r>
      <w:r w:rsidRPr="001A2DDE">
        <w:rPr>
          <w:rFonts w:cs="Times New Roman"/>
          <w:position w:val="-6"/>
        </w:rPr>
        <w:object w:dxaOrig="260" w:dyaOrig="279" w14:anchorId="717B7C3B">
          <v:shape id="_x0000_i1898" type="#_x0000_t75" style="width:13.2pt;height:13.8pt" o:ole="">
            <v:imagedata r:id="rId1648" o:title=""/>
          </v:shape>
          <o:OLEObject Type="Embed" ProgID="Equation.DSMT4" ShapeID="_x0000_i1898" DrawAspect="Content" ObjectID="_1699918634" r:id="rId1649"/>
        </w:object>
      </w:r>
      <w:r w:rsidRPr="001A2DDE">
        <w:rPr>
          <w:rFonts w:cs="Times New Roman"/>
        </w:rPr>
        <w:t xml:space="preserve"> song song với </w:t>
      </w:r>
      <w:r w:rsidRPr="001A2DDE">
        <w:rPr>
          <w:rFonts w:cs="Times New Roman"/>
          <w:position w:val="-6"/>
        </w:rPr>
        <w:object w:dxaOrig="340" w:dyaOrig="279" w14:anchorId="2959C897">
          <v:shape id="_x0000_i1899" type="#_x0000_t75" style="width:16.8pt;height:13.8pt" o:ole="">
            <v:imagedata r:id="rId1650" o:title=""/>
          </v:shape>
          <o:OLEObject Type="Embed" ProgID="Equation.DSMT4" ShapeID="_x0000_i1899" DrawAspect="Content" ObjectID="_1699918635" r:id="rId1651"/>
        </w:object>
      </w:r>
      <w:r w:rsidRPr="001A2DDE">
        <w:rPr>
          <w:rFonts w:cs="Times New Roman"/>
        </w:rPr>
        <w:t xml:space="preserve"> cắt mặt phẳng </w:t>
      </w:r>
      <w:r w:rsidRPr="001A2DDE">
        <w:rPr>
          <w:rFonts w:cs="Times New Roman"/>
          <w:position w:val="-10"/>
        </w:rPr>
        <w:object w:dxaOrig="680" w:dyaOrig="320" w14:anchorId="747104B8">
          <v:shape id="_x0000_i1900" type="#_x0000_t75" style="width:34.2pt;height:16.2pt" o:ole="">
            <v:imagedata r:id="rId1652" o:title=""/>
          </v:shape>
          <o:OLEObject Type="Embed" ProgID="Equation.DSMT4" ShapeID="_x0000_i1900" DrawAspect="Content" ObjectID="_1699918636" r:id="rId1653"/>
        </w:object>
      </w:r>
      <w:r w:rsidRPr="001A2DDE">
        <w:rPr>
          <w:rFonts w:cs="Times New Roman"/>
        </w:rPr>
        <w:t xml:space="preserve"> tại </w:t>
      </w:r>
      <w:r w:rsidRPr="001A2DDE">
        <w:rPr>
          <w:rFonts w:cs="Times New Roman"/>
          <w:position w:val="-4"/>
        </w:rPr>
        <w:object w:dxaOrig="279" w:dyaOrig="260" w14:anchorId="2ECF0C11">
          <v:shape id="_x0000_i1901" type="#_x0000_t75" style="width:13.8pt;height:13.2pt" o:ole="">
            <v:imagedata r:id="rId1654" o:title=""/>
          </v:shape>
          <o:OLEObject Type="Embed" ProgID="Equation.DSMT4" ShapeID="_x0000_i1901" DrawAspect="Content" ObjectID="_1699918637" r:id="rId1655"/>
        </w:object>
      </w:r>
      <w:r w:rsidRPr="001A2DDE">
        <w:rPr>
          <w:rFonts w:cs="Times New Roman"/>
        </w:rPr>
        <w:t xml:space="preserve">. Nêu cách xác định điểm </w:t>
      </w:r>
      <w:r w:rsidRPr="001A2DDE">
        <w:rPr>
          <w:rFonts w:cs="Times New Roman"/>
          <w:position w:val="-4"/>
        </w:rPr>
        <w:object w:dxaOrig="279" w:dyaOrig="260" w14:anchorId="580EC084">
          <v:shape id="_x0000_i1902" type="#_x0000_t75" style="width:13.8pt;height:13.2pt" o:ole="">
            <v:imagedata r:id="rId1656" o:title=""/>
          </v:shape>
          <o:OLEObject Type="Embed" ProgID="Equation.DSMT4" ShapeID="_x0000_i1902" DrawAspect="Content" ObjectID="_1699918638" r:id="rId1657"/>
        </w:object>
      </w:r>
      <w:r w:rsidRPr="001A2DDE">
        <w:rPr>
          <w:rFonts w:cs="Times New Roman"/>
        </w:rPr>
        <w:t xml:space="preserve"> và thiết diện của hinh chóp khi cắt bởi mặt phẳng qua </w:t>
      </w:r>
      <w:r w:rsidRPr="001A2DDE">
        <w:rPr>
          <w:rFonts w:cs="Times New Roman"/>
          <w:position w:val="-4"/>
        </w:rPr>
        <w:object w:dxaOrig="279" w:dyaOrig="260" w14:anchorId="48FC67B6">
          <v:shape id="_x0000_i1903" type="#_x0000_t75" style="width:13.8pt;height:13.2pt" o:ole="">
            <v:imagedata r:id="rId1658" o:title=""/>
          </v:shape>
          <o:OLEObject Type="Embed" ProgID="Equation.DSMT4" ShapeID="_x0000_i1903" DrawAspect="Content" ObjectID="_1699918639" r:id="rId1659"/>
        </w:object>
      </w:r>
      <w:r w:rsidRPr="001A2DDE">
        <w:rPr>
          <w:rFonts w:cs="Times New Roman"/>
        </w:rPr>
        <w:t xml:space="preserve">, song song với </w:t>
      </w:r>
      <w:r w:rsidRPr="001A2DDE">
        <w:rPr>
          <w:rFonts w:cs="Times New Roman"/>
          <w:position w:val="-6"/>
        </w:rPr>
        <w:object w:dxaOrig="380" w:dyaOrig="279" w14:anchorId="16239034">
          <v:shape id="_x0000_i1904" type="#_x0000_t75" style="width:19.2pt;height:13.8pt" o:ole="">
            <v:imagedata r:id="rId1660" o:title=""/>
          </v:shape>
          <o:OLEObject Type="Embed" ProgID="Equation.DSMT4" ShapeID="_x0000_i1904" DrawAspect="Content" ObjectID="_1699918640" r:id="rId1661"/>
        </w:object>
      </w:r>
      <w:r w:rsidRPr="001A2DDE">
        <w:rPr>
          <w:rFonts w:cs="Times New Roman"/>
        </w:rPr>
        <w:t xml:space="preserve"> và </w:t>
      </w:r>
      <w:r w:rsidRPr="001A2DDE">
        <w:rPr>
          <w:rFonts w:cs="Times New Roman"/>
          <w:position w:val="-6"/>
        </w:rPr>
        <w:object w:dxaOrig="400" w:dyaOrig="279" w14:anchorId="6D5FE19F">
          <v:shape id="_x0000_i1905" type="#_x0000_t75" style="width:19.8pt;height:13.8pt" o:ole="">
            <v:imagedata r:id="rId1662" o:title=""/>
          </v:shape>
          <o:OLEObject Type="Embed" ProgID="Equation.DSMT4" ShapeID="_x0000_i1905" DrawAspect="Content" ObjectID="_1699918641" r:id="rId1663"/>
        </w:object>
      </w:r>
      <w:r w:rsidRPr="001A2DDE">
        <w:rPr>
          <w:rFonts w:cs="Times New Roman"/>
        </w:rPr>
        <w:t>.</w:t>
      </w:r>
    </w:p>
    <w:p w14:paraId="2022BF77" w14:textId="77777777" w:rsidR="00DE7E5C" w:rsidRPr="001A2DDE" w:rsidRDefault="00DE7E5C" w:rsidP="001A2DDE">
      <w:pPr>
        <w:ind w:left="992"/>
        <w:jc w:val="center"/>
        <w:rPr>
          <w:rFonts w:cs="Times New Roman"/>
          <w:b/>
        </w:rPr>
      </w:pPr>
      <w:r w:rsidRPr="001A2DDE">
        <w:rPr>
          <w:rFonts w:cs="Times New Roman"/>
          <w:b/>
        </w:rPr>
        <w:t>BẢNG ĐÁP ÁN</w:t>
      </w:r>
    </w:p>
    <w:tbl>
      <w:tblPr>
        <w:tblStyle w:val="TableGrid"/>
        <w:tblW w:w="0" w:type="auto"/>
        <w:tblInd w:w="992" w:type="dxa"/>
        <w:tblLook w:val="04A0" w:firstRow="1" w:lastRow="0" w:firstColumn="1" w:lastColumn="0" w:noHBand="0" w:noVBand="1"/>
      </w:tblPr>
      <w:tblGrid>
        <w:gridCol w:w="554"/>
        <w:gridCol w:w="554"/>
        <w:gridCol w:w="554"/>
        <w:gridCol w:w="554"/>
        <w:gridCol w:w="554"/>
        <w:gridCol w:w="555"/>
        <w:gridCol w:w="555"/>
        <w:gridCol w:w="555"/>
        <w:gridCol w:w="555"/>
        <w:gridCol w:w="555"/>
        <w:gridCol w:w="555"/>
        <w:gridCol w:w="555"/>
        <w:gridCol w:w="555"/>
        <w:gridCol w:w="555"/>
        <w:gridCol w:w="555"/>
        <w:gridCol w:w="555"/>
        <w:gridCol w:w="555"/>
      </w:tblGrid>
      <w:tr w:rsidR="00DE7E5C" w:rsidRPr="001A2DDE" w14:paraId="3C941F00" w14:textId="77777777" w:rsidTr="001A2DDE">
        <w:tc>
          <w:tcPr>
            <w:tcW w:w="666" w:type="dxa"/>
            <w:shd w:val="clear" w:color="auto" w:fill="FFFF32"/>
          </w:tcPr>
          <w:p w14:paraId="7017F7FE" w14:textId="77777777" w:rsidR="00DE7E5C" w:rsidRPr="001A2DDE" w:rsidRDefault="00DE7E5C" w:rsidP="001A2DDE">
            <w:pPr>
              <w:spacing w:line="276" w:lineRule="auto"/>
              <w:jc w:val="center"/>
              <w:rPr>
                <w:rFonts w:cs="Times New Roman"/>
                <w:b/>
              </w:rPr>
            </w:pPr>
            <w:r w:rsidRPr="001A2DDE">
              <w:rPr>
                <w:rFonts w:cs="Times New Roman"/>
                <w:b/>
              </w:rPr>
              <w:t>1</w:t>
            </w:r>
          </w:p>
        </w:tc>
        <w:tc>
          <w:tcPr>
            <w:tcW w:w="666" w:type="dxa"/>
            <w:shd w:val="clear" w:color="auto" w:fill="FFFF32"/>
          </w:tcPr>
          <w:p w14:paraId="6291BB37" w14:textId="77777777" w:rsidR="00DE7E5C" w:rsidRPr="001A2DDE" w:rsidRDefault="00DE7E5C" w:rsidP="001A2DDE">
            <w:pPr>
              <w:spacing w:line="276" w:lineRule="auto"/>
              <w:jc w:val="center"/>
              <w:rPr>
                <w:rFonts w:cs="Times New Roman"/>
                <w:b/>
              </w:rPr>
            </w:pPr>
            <w:r w:rsidRPr="001A2DDE">
              <w:rPr>
                <w:rFonts w:cs="Times New Roman"/>
                <w:b/>
              </w:rPr>
              <w:t>2</w:t>
            </w:r>
          </w:p>
        </w:tc>
        <w:tc>
          <w:tcPr>
            <w:tcW w:w="666" w:type="dxa"/>
            <w:shd w:val="clear" w:color="auto" w:fill="FFFF32"/>
          </w:tcPr>
          <w:p w14:paraId="0BC81536" w14:textId="77777777" w:rsidR="00DE7E5C" w:rsidRPr="001A2DDE" w:rsidRDefault="00DE7E5C" w:rsidP="001A2DDE">
            <w:pPr>
              <w:spacing w:line="276" w:lineRule="auto"/>
              <w:jc w:val="center"/>
              <w:rPr>
                <w:rFonts w:cs="Times New Roman"/>
                <w:b/>
              </w:rPr>
            </w:pPr>
            <w:r w:rsidRPr="001A2DDE">
              <w:rPr>
                <w:rFonts w:cs="Times New Roman"/>
                <w:b/>
              </w:rPr>
              <w:t>3</w:t>
            </w:r>
          </w:p>
        </w:tc>
        <w:tc>
          <w:tcPr>
            <w:tcW w:w="666" w:type="dxa"/>
            <w:shd w:val="clear" w:color="auto" w:fill="FFFF32"/>
          </w:tcPr>
          <w:p w14:paraId="15E25F22" w14:textId="77777777" w:rsidR="00DE7E5C" w:rsidRPr="001A2DDE" w:rsidRDefault="00DE7E5C" w:rsidP="001A2DDE">
            <w:pPr>
              <w:spacing w:line="276" w:lineRule="auto"/>
              <w:jc w:val="center"/>
              <w:rPr>
                <w:rFonts w:cs="Times New Roman"/>
                <w:b/>
              </w:rPr>
            </w:pPr>
            <w:r w:rsidRPr="001A2DDE">
              <w:rPr>
                <w:rFonts w:cs="Times New Roman"/>
                <w:b/>
              </w:rPr>
              <w:t>4</w:t>
            </w:r>
          </w:p>
        </w:tc>
        <w:tc>
          <w:tcPr>
            <w:tcW w:w="666" w:type="dxa"/>
            <w:shd w:val="clear" w:color="auto" w:fill="FFFF32"/>
          </w:tcPr>
          <w:p w14:paraId="28685CC4" w14:textId="77777777" w:rsidR="00DE7E5C" w:rsidRPr="001A2DDE" w:rsidRDefault="00DE7E5C" w:rsidP="001A2DDE">
            <w:pPr>
              <w:spacing w:line="276" w:lineRule="auto"/>
              <w:jc w:val="center"/>
              <w:rPr>
                <w:rFonts w:cs="Times New Roman"/>
                <w:b/>
              </w:rPr>
            </w:pPr>
            <w:r w:rsidRPr="001A2DDE">
              <w:rPr>
                <w:rFonts w:cs="Times New Roman"/>
                <w:b/>
              </w:rPr>
              <w:t>5</w:t>
            </w:r>
          </w:p>
        </w:tc>
        <w:tc>
          <w:tcPr>
            <w:tcW w:w="666" w:type="dxa"/>
            <w:shd w:val="clear" w:color="auto" w:fill="FFFF32"/>
          </w:tcPr>
          <w:p w14:paraId="46BB94A2" w14:textId="77777777" w:rsidR="00DE7E5C" w:rsidRPr="001A2DDE" w:rsidRDefault="00DE7E5C" w:rsidP="001A2DDE">
            <w:pPr>
              <w:spacing w:line="276" w:lineRule="auto"/>
              <w:jc w:val="center"/>
              <w:rPr>
                <w:rFonts w:cs="Times New Roman"/>
                <w:b/>
              </w:rPr>
            </w:pPr>
            <w:r w:rsidRPr="001A2DDE">
              <w:rPr>
                <w:rFonts w:cs="Times New Roman"/>
                <w:b/>
              </w:rPr>
              <w:t>6</w:t>
            </w:r>
          </w:p>
        </w:tc>
        <w:tc>
          <w:tcPr>
            <w:tcW w:w="666" w:type="dxa"/>
            <w:shd w:val="clear" w:color="auto" w:fill="FFFF32"/>
          </w:tcPr>
          <w:p w14:paraId="2541E4FE" w14:textId="77777777" w:rsidR="00DE7E5C" w:rsidRPr="001A2DDE" w:rsidRDefault="00DE7E5C" w:rsidP="001A2DDE">
            <w:pPr>
              <w:spacing w:line="276" w:lineRule="auto"/>
              <w:jc w:val="center"/>
              <w:rPr>
                <w:rFonts w:cs="Times New Roman"/>
                <w:b/>
              </w:rPr>
            </w:pPr>
            <w:r w:rsidRPr="001A2DDE">
              <w:rPr>
                <w:rFonts w:cs="Times New Roman"/>
                <w:b/>
              </w:rPr>
              <w:t>7</w:t>
            </w:r>
          </w:p>
        </w:tc>
        <w:tc>
          <w:tcPr>
            <w:tcW w:w="666" w:type="dxa"/>
            <w:shd w:val="clear" w:color="auto" w:fill="FFFF32"/>
          </w:tcPr>
          <w:p w14:paraId="6BFAAB74" w14:textId="77777777" w:rsidR="00DE7E5C" w:rsidRPr="001A2DDE" w:rsidRDefault="00DE7E5C" w:rsidP="001A2DDE">
            <w:pPr>
              <w:spacing w:line="276" w:lineRule="auto"/>
              <w:jc w:val="center"/>
              <w:rPr>
                <w:rFonts w:cs="Times New Roman"/>
                <w:b/>
              </w:rPr>
            </w:pPr>
            <w:r w:rsidRPr="001A2DDE">
              <w:rPr>
                <w:rFonts w:cs="Times New Roman"/>
                <w:b/>
              </w:rPr>
              <w:t>8</w:t>
            </w:r>
          </w:p>
        </w:tc>
        <w:tc>
          <w:tcPr>
            <w:tcW w:w="666" w:type="dxa"/>
            <w:shd w:val="clear" w:color="auto" w:fill="FFFF32"/>
          </w:tcPr>
          <w:p w14:paraId="0A90706A" w14:textId="77777777" w:rsidR="00DE7E5C" w:rsidRPr="001A2DDE" w:rsidRDefault="00DE7E5C" w:rsidP="001A2DDE">
            <w:pPr>
              <w:spacing w:line="276" w:lineRule="auto"/>
              <w:jc w:val="center"/>
              <w:rPr>
                <w:rFonts w:cs="Times New Roman"/>
                <w:b/>
              </w:rPr>
            </w:pPr>
            <w:r w:rsidRPr="001A2DDE">
              <w:rPr>
                <w:rFonts w:cs="Times New Roman"/>
                <w:b/>
              </w:rPr>
              <w:t>9</w:t>
            </w:r>
          </w:p>
        </w:tc>
        <w:tc>
          <w:tcPr>
            <w:tcW w:w="666" w:type="dxa"/>
            <w:shd w:val="clear" w:color="auto" w:fill="FFFF32"/>
          </w:tcPr>
          <w:p w14:paraId="62353BF1" w14:textId="77777777" w:rsidR="00DE7E5C" w:rsidRPr="001A2DDE" w:rsidRDefault="00DE7E5C" w:rsidP="001A2DDE">
            <w:pPr>
              <w:spacing w:line="276" w:lineRule="auto"/>
              <w:jc w:val="center"/>
              <w:rPr>
                <w:rFonts w:cs="Times New Roman"/>
                <w:b/>
              </w:rPr>
            </w:pPr>
            <w:r w:rsidRPr="001A2DDE">
              <w:rPr>
                <w:rFonts w:cs="Times New Roman"/>
                <w:b/>
              </w:rPr>
              <w:t>10</w:t>
            </w:r>
          </w:p>
        </w:tc>
        <w:tc>
          <w:tcPr>
            <w:tcW w:w="666" w:type="dxa"/>
            <w:shd w:val="clear" w:color="auto" w:fill="FFFF32"/>
          </w:tcPr>
          <w:p w14:paraId="2F49778D" w14:textId="77777777" w:rsidR="00DE7E5C" w:rsidRPr="001A2DDE" w:rsidRDefault="00DE7E5C" w:rsidP="001A2DDE">
            <w:pPr>
              <w:spacing w:line="276" w:lineRule="auto"/>
              <w:jc w:val="center"/>
              <w:rPr>
                <w:rFonts w:cs="Times New Roman"/>
                <w:b/>
              </w:rPr>
            </w:pPr>
            <w:r w:rsidRPr="001A2DDE">
              <w:rPr>
                <w:rFonts w:cs="Times New Roman"/>
                <w:b/>
              </w:rPr>
              <w:t>11</w:t>
            </w:r>
          </w:p>
        </w:tc>
        <w:tc>
          <w:tcPr>
            <w:tcW w:w="666" w:type="dxa"/>
            <w:shd w:val="clear" w:color="auto" w:fill="FFFF32"/>
          </w:tcPr>
          <w:p w14:paraId="307C1E63" w14:textId="77777777" w:rsidR="00DE7E5C" w:rsidRPr="001A2DDE" w:rsidRDefault="00DE7E5C" w:rsidP="001A2DDE">
            <w:pPr>
              <w:spacing w:line="276" w:lineRule="auto"/>
              <w:jc w:val="center"/>
              <w:rPr>
                <w:rFonts w:cs="Times New Roman"/>
                <w:b/>
              </w:rPr>
            </w:pPr>
            <w:r w:rsidRPr="001A2DDE">
              <w:rPr>
                <w:rFonts w:cs="Times New Roman"/>
                <w:b/>
              </w:rPr>
              <w:t>12</w:t>
            </w:r>
          </w:p>
        </w:tc>
        <w:tc>
          <w:tcPr>
            <w:tcW w:w="666" w:type="dxa"/>
            <w:shd w:val="clear" w:color="auto" w:fill="FFFF32"/>
          </w:tcPr>
          <w:p w14:paraId="24A67E5A" w14:textId="77777777" w:rsidR="00DE7E5C" w:rsidRPr="001A2DDE" w:rsidRDefault="00DE7E5C" w:rsidP="001A2DDE">
            <w:pPr>
              <w:spacing w:line="276" w:lineRule="auto"/>
              <w:jc w:val="center"/>
              <w:rPr>
                <w:rFonts w:cs="Times New Roman"/>
                <w:b/>
              </w:rPr>
            </w:pPr>
            <w:r w:rsidRPr="001A2DDE">
              <w:rPr>
                <w:rFonts w:cs="Times New Roman"/>
                <w:b/>
              </w:rPr>
              <w:t>13</w:t>
            </w:r>
          </w:p>
        </w:tc>
        <w:tc>
          <w:tcPr>
            <w:tcW w:w="666" w:type="dxa"/>
            <w:shd w:val="clear" w:color="auto" w:fill="FFFF32"/>
          </w:tcPr>
          <w:p w14:paraId="224A19FD" w14:textId="77777777" w:rsidR="00DE7E5C" w:rsidRPr="001A2DDE" w:rsidRDefault="00DE7E5C" w:rsidP="001A2DDE">
            <w:pPr>
              <w:spacing w:line="276" w:lineRule="auto"/>
              <w:jc w:val="center"/>
              <w:rPr>
                <w:rFonts w:cs="Times New Roman"/>
                <w:b/>
              </w:rPr>
            </w:pPr>
            <w:r w:rsidRPr="001A2DDE">
              <w:rPr>
                <w:rFonts w:cs="Times New Roman"/>
                <w:b/>
              </w:rPr>
              <w:t>14</w:t>
            </w:r>
          </w:p>
        </w:tc>
        <w:tc>
          <w:tcPr>
            <w:tcW w:w="666" w:type="dxa"/>
            <w:shd w:val="clear" w:color="auto" w:fill="FFFF32"/>
          </w:tcPr>
          <w:p w14:paraId="0FD3C9D7" w14:textId="77777777" w:rsidR="00DE7E5C" w:rsidRPr="001A2DDE" w:rsidRDefault="00DE7E5C" w:rsidP="001A2DDE">
            <w:pPr>
              <w:spacing w:line="276" w:lineRule="auto"/>
              <w:jc w:val="center"/>
              <w:rPr>
                <w:rFonts w:cs="Times New Roman"/>
                <w:b/>
              </w:rPr>
            </w:pPr>
            <w:r w:rsidRPr="001A2DDE">
              <w:rPr>
                <w:rFonts w:cs="Times New Roman"/>
                <w:b/>
              </w:rPr>
              <w:t>15</w:t>
            </w:r>
          </w:p>
        </w:tc>
        <w:tc>
          <w:tcPr>
            <w:tcW w:w="666" w:type="dxa"/>
            <w:shd w:val="clear" w:color="auto" w:fill="FFFF32"/>
          </w:tcPr>
          <w:p w14:paraId="4AF30928" w14:textId="77777777" w:rsidR="00DE7E5C" w:rsidRPr="001A2DDE" w:rsidRDefault="00DE7E5C" w:rsidP="001A2DDE">
            <w:pPr>
              <w:spacing w:line="276" w:lineRule="auto"/>
              <w:jc w:val="center"/>
              <w:rPr>
                <w:rFonts w:cs="Times New Roman"/>
                <w:b/>
              </w:rPr>
            </w:pPr>
            <w:r w:rsidRPr="001A2DDE">
              <w:rPr>
                <w:rFonts w:cs="Times New Roman"/>
                <w:b/>
              </w:rPr>
              <w:t>16</w:t>
            </w:r>
          </w:p>
        </w:tc>
        <w:tc>
          <w:tcPr>
            <w:tcW w:w="666" w:type="dxa"/>
            <w:shd w:val="clear" w:color="auto" w:fill="FFFF32"/>
          </w:tcPr>
          <w:p w14:paraId="68B32B61" w14:textId="77777777" w:rsidR="00DE7E5C" w:rsidRPr="001A2DDE" w:rsidRDefault="00DE7E5C" w:rsidP="001A2DDE">
            <w:pPr>
              <w:spacing w:line="276" w:lineRule="auto"/>
              <w:jc w:val="center"/>
              <w:rPr>
                <w:rFonts w:cs="Times New Roman"/>
                <w:b/>
              </w:rPr>
            </w:pPr>
            <w:r w:rsidRPr="001A2DDE">
              <w:rPr>
                <w:rFonts w:cs="Times New Roman"/>
                <w:b/>
              </w:rPr>
              <w:t>17</w:t>
            </w:r>
          </w:p>
        </w:tc>
      </w:tr>
      <w:tr w:rsidR="00DE7E5C" w:rsidRPr="001A2DDE" w14:paraId="5A71323A" w14:textId="77777777" w:rsidTr="001A2DDE">
        <w:tc>
          <w:tcPr>
            <w:tcW w:w="666" w:type="dxa"/>
            <w:tcBorders>
              <w:bottom w:val="single" w:sz="4" w:space="0" w:color="auto"/>
            </w:tcBorders>
          </w:tcPr>
          <w:p w14:paraId="19761905"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Borders>
              <w:bottom w:val="single" w:sz="4" w:space="0" w:color="auto"/>
            </w:tcBorders>
          </w:tcPr>
          <w:p w14:paraId="62AA9C5F"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Borders>
              <w:bottom w:val="single" w:sz="4" w:space="0" w:color="auto"/>
            </w:tcBorders>
          </w:tcPr>
          <w:p w14:paraId="463DD442" w14:textId="77777777" w:rsidR="00DE7E5C" w:rsidRPr="001A2DDE" w:rsidRDefault="00DE7E5C" w:rsidP="001A2DDE">
            <w:pPr>
              <w:spacing w:line="276" w:lineRule="auto"/>
              <w:jc w:val="center"/>
              <w:rPr>
                <w:rFonts w:cs="Times New Roman"/>
                <w:b/>
              </w:rPr>
            </w:pPr>
            <w:r w:rsidRPr="001A2DDE">
              <w:rPr>
                <w:rFonts w:cs="Times New Roman"/>
                <w:b/>
              </w:rPr>
              <w:t>D</w:t>
            </w:r>
          </w:p>
        </w:tc>
        <w:tc>
          <w:tcPr>
            <w:tcW w:w="666" w:type="dxa"/>
            <w:tcBorders>
              <w:bottom w:val="single" w:sz="4" w:space="0" w:color="auto"/>
            </w:tcBorders>
          </w:tcPr>
          <w:p w14:paraId="4D04C975"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Borders>
              <w:bottom w:val="single" w:sz="4" w:space="0" w:color="auto"/>
            </w:tcBorders>
          </w:tcPr>
          <w:p w14:paraId="4BB17368"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Borders>
              <w:bottom w:val="single" w:sz="4" w:space="0" w:color="auto"/>
            </w:tcBorders>
          </w:tcPr>
          <w:p w14:paraId="71A537D1"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Borders>
              <w:bottom w:val="single" w:sz="4" w:space="0" w:color="auto"/>
            </w:tcBorders>
          </w:tcPr>
          <w:p w14:paraId="6A5B415D"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Borders>
              <w:bottom w:val="single" w:sz="4" w:space="0" w:color="auto"/>
            </w:tcBorders>
          </w:tcPr>
          <w:p w14:paraId="49E7711D"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Borders>
              <w:bottom w:val="single" w:sz="4" w:space="0" w:color="auto"/>
            </w:tcBorders>
          </w:tcPr>
          <w:p w14:paraId="4EEB47B1"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Borders>
              <w:bottom w:val="single" w:sz="4" w:space="0" w:color="auto"/>
            </w:tcBorders>
          </w:tcPr>
          <w:p w14:paraId="332A2931" w14:textId="77777777" w:rsidR="00DE7E5C" w:rsidRPr="001A2DDE" w:rsidRDefault="00DE7E5C" w:rsidP="001A2DDE">
            <w:pPr>
              <w:spacing w:line="276" w:lineRule="auto"/>
              <w:jc w:val="center"/>
              <w:rPr>
                <w:rFonts w:cs="Times New Roman"/>
                <w:b/>
              </w:rPr>
            </w:pPr>
            <w:r w:rsidRPr="001A2DDE">
              <w:rPr>
                <w:rFonts w:cs="Times New Roman"/>
                <w:b/>
              </w:rPr>
              <w:t>D</w:t>
            </w:r>
          </w:p>
        </w:tc>
        <w:tc>
          <w:tcPr>
            <w:tcW w:w="666" w:type="dxa"/>
            <w:tcBorders>
              <w:bottom w:val="single" w:sz="4" w:space="0" w:color="auto"/>
            </w:tcBorders>
          </w:tcPr>
          <w:p w14:paraId="737B191C"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Borders>
              <w:bottom w:val="single" w:sz="4" w:space="0" w:color="auto"/>
            </w:tcBorders>
          </w:tcPr>
          <w:p w14:paraId="547F3EFB" w14:textId="77777777" w:rsidR="00DE7E5C" w:rsidRPr="001A2DDE" w:rsidRDefault="00DE7E5C" w:rsidP="001A2DDE">
            <w:pPr>
              <w:spacing w:line="276" w:lineRule="auto"/>
              <w:jc w:val="center"/>
              <w:rPr>
                <w:rFonts w:cs="Times New Roman"/>
                <w:b/>
              </w:rPr>
            </w:pPr>
            <w:r w:rsidRPr="001A2DDE">
              <w:rPr>
                <w:rFonts w:cs="Times New Roman"/>
                <w:b/>
              </w:rPr>
              <w:t>B</w:t>
            </w:r>
          </w:p>
        </w:tc>
        <w:tc>
          <w:tcPr>
            <w:tcW w:w="666" w:type="dxa"/>
            <w:tcBorders>
              <w:bottom w:val="single" w:sz="4" w:space="0" w:color="auto"/>
            </w:tcBorders>
          </w:tcPr>
          <w:p w14:paraId="30A00E1C"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Borders>
              <w:bottom w:val="single" w:sz="4" w:space="0" w:color="auto"/>
            </w:tcBorders>
          </w:tcPr>
          <w:p w14:paraId="074A035E"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Borders>
              <w:bottom w:val="single" w:sz="4" w:space="0" w:color="auto"/>
            </w:tcBorders>
          </w:tcPr>
          <w:p w14:paraId="3D6FF3A8"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Borders>
              <w:bottom w:val="single" w:sz="4" w:space="0" w:color="auto"/>
            </w:tcBorders>
          </w:tcPr>
          <w:p w14:paraId="0AE34AF4"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Borders>
              <w:bottom w:val="single" w:sz="4" w:space="0" w:color="auto"/>
            </w:tcBorders>
          </w:tcPr>
          <w:p w14:paraId="4CBF1ABA" w14:textId="77777777" w:rsidR="00DE7E5C" w:rsidRPr="001A2DDE" w:rsidRDefault="00DE7E5C" w:rsidP="001A2DDE">
            <w:pPr>
              <w:spacing w:line="276" w:lineRule="auto"/>
              <w:jc w:val="center"/>
              <w:rPr>
                <w:rFonts w:cs="Times New Roman"/>
                <w:b/>
              </w:rPr>
            </w:pPr>
            <w:r w:rsidRPr="001A2DDE">
              <w:rPr>
                <w:rFonts w:cs="Times New Roman"/>
                <w:b/>
              </w:rPr>
              <w:t>C</w:t>
            </w:r>
          </w:p>
        </w:tc>
      </w:tr>
      <w:tr w:rsidR="00DE7E5C" w:rsidRPr="001A2DDE" w14:paraId="0D519DA8" w14:textId="77777777" w:rsidTr="001A2DDE">
        <w:tc>
          <w:tcPr>
            <w:tcW w:w="666" w:type="dxa"/>
            <w:shd w:val="clear" w:color="auto" w:fill="FFFF32"/>
          </w:tcPr>
          <w:p w14:paraId="43A0C10C" w14:textId="77777777" w:rsidR="00DE7E5C" w:rsidRPr="001A2DDE" w:rsidRDefault="00DE7E5C" w:rsidP="001A2DDE">
            <w:pPr>
              <w:spacing w:line="276" w:lineRule="auto"/>
              <w:jc w:val="center"/>
              <w:rPr>
                <w:rFonts w:cs="Times New Roman"/>
                <w:b/>
              </w:rPr>
            </w:pPr>
            <w:r w:rsidRPr="001A2DDE">
              <w:rPr>
                <w:rFonts w:cs="Times New Roman"/>
                <w:b/>
              </w:rPr>
              <w:t>18</w:t>
            </w:r>
          </w:p>
        </w:tc>
        <w:tc>
          <w:tcPr>
            <w:tcW w:w="666" w:type="dxa"/>
            <w:shd w:val="clear" w:color="auto" w:fill="FFFF32"/>
          </w:tcPr>
          <w:p w14:paraId="091ACB5F" w14:textId="77777777" w:rsidR="00DE7E5C" w:rsidRPr="001A2DDE" w:rsidRDefault="00DE7E5C" w:rsidP="001A2DDE">
            <w:pPr>
              <w:spacing w:line="276" w:lineRule="auto"/>
              <w:jc w:val="center"/>
              <w:rPr>
                <w:rFonts w:cs="Times New Roman"/>
                <w:b/>
              </w:rPr>
            </w:pPr>
            <w:r w:rsidRPr="001A2DDE">
              <w:rPr>
                <w:rFonts w:cs="Times New Roman"/>
                <w:b/>
              </w:rPr>
              <w:t>19</w:t>
            </w:r>
          </w:p>
        </w:tc>
        <w:tc>
          <w:tcPr>
            <w:tcW w:w="666" w:type="dxa"/>
            <w:shd w:val="clear" w:color="auto" w:fill="FFFF32"/>
          </w:tcPr>
          <w:p w14:paraId="63F89F1A" w14:textId="77777777" w:rsidR="00DE7E5C" w:rsidRPr="001A2DDE" w:rsidRDefault="00DE7E5C" w:rsidP="001A2DDE">
            <w:pPr>
              <w:spacing w:line="276" w:lineRule="auto"/>
              <w:jc w:val="center"/>
              <w:rPr>
                <w:rFonts w:cs="Times New Roman"/>
                <w:b/>
              </w:rPr>
            </w:pPr>
            <w:r w:rsidRPr="001A2DDE">
              <w:rPr>
                <w:rFonts w:cs="Times New Roman"/>
                <w:b/>
              </w:rPr>
              <w:t>20</w:t>
            </w:r>
          </w:p>
        </w:tc>
        <w:tc>
          <w:tcPr>
            <w:tcW w:w="666" w:type="dxa"/>
            <w:shd w:val="clear" w:color="auto" w:fill="FFFF32"/>
          </w:tcPr>
          <w:p w14:paraId="53FC8D00" w14:textId="77777777" w:rsidR="00DE7E5C" w:rsidRPr="001A2DDE" w:rsidRDefault="00DE7E5C" w:rsidP="001A2DDE">
            <w:pPr>
              <w:spacing w:line="276" w:lineRule="auto"/>
              <w:jc w:val="center"/>
              <w:rPr>
                <w:rFonts w:cs="Times New Roman"/>
                <w:b/>
              </w:rPr>
            </w:pPr>
            <w:r w:rsidRPr="001A2DDE">
              <w:rPr>
                <w:rFonts w:cs="Times New Roman"/>
                <w:b/>
              </w:rPr>
              <w:t>21</w:t>
            </w:r>
          </w:p>
        </w:tc>
        <w:tc>
          <w:tcPr>
            <w:tcW w:w="666" w:type="dxa"/>
            <w:shd w:val="clear" w:color="auto" w:fill="FFFF32"/>
          </w:tcPr>
          <w:p w14:paraId="1ABA09B3" w14:textId="77777777" w:rsidR="00DE7E5C" w:rsidRPr="001A2DDE" w:rsidRDefault="00DE7E5C" w:rsidP="001A2DDE">
            <w:pPr>
              <w:spacing w:line="276" w:lineRule="auto"/>
              <w:jc w:val="center"/>
              <w:rPr>
                <w:rFonts w:cs="Times New Roman"/>
                <w:b/>
              </w:rPr>
            </w:pPr>
            <w:r w:rsidRPr="001A2DDE">
              <w:rPr>
                <w:rFonts w:cs="Times New Roman"/>
                <w:b/>
              </w:rPr>
              <w:t>22</w:t>
            </w:r>
          </w:p>
        </w:tc>
        <w:tc>
          <w:tcPr>
            <w:tcW w:w="666" w:type="dxa"/>
            <w:shd w:val="clear" w:color="auto" w:fill="FFFF32"/>
          </w:tcPr>
          <w:p w14:paraId="6E12E38D" w14:textId="77777777" w:rsidR="00DE7E5C" w:rsidRPr="001A2DDE" w:rsidRDefault="00DE7E5C" w:rsidP="001A2DDE">
            <w:pPr>
              <w:spacing w:line="276" w:lineRule="auto"/>
              <w:jc w:val="center"/>
              <w:rPr>
                <w:rFonts w:cs="Times New Roman"/>
                <w:b/>
              </w:rPr>
            </w:pPr>
            <w:r w:rsidRPr="001A2DDE">
              <w:rPr>
                <w:rFonts w:cs="Times New Roman"/>
                <w:b/>
              </w:rPr>
              <w:t>23</w:t>
            </w:r>
          </w:p>
        </w:tc>
        <w:tc>
          <w:tcPr>
            <w:tcW w:w="666" w:type="dxa"/>
            <w:shd w:val="clear" w:color="auto" w:fill="FFFF32"/>
          </w:tcPr>
          <w:p w14:paraId="65B09C05" w14:textId="77777777" w:rsidR="00DE7E5C" w:rsidRPr="001A2DDE" w:rsidRDefault="00DE7E5C" w:rsidP="001A2DDE">
            <w:pPr>
              <w:spacing w:line="276" w:lineRule="auto"/>
              <w:jc w:val="center"/>
              <w:rPr>
                <w:rFonts w:cs="Times New Roman"/>
                <w:b/>
              </w:rPr>
            </w:pPr>
            <w:r w:rsidRPr="001A2DDE">
              <w:rPr>
                <w:rFonts w:cs="Times New Roman"/>
                <w:b/>
              </w:rPr>
              <w:t>24</w:t>
            </w:r>
          </w:p>
        </w:tc>
        <w:tc>
          <w:tcPr>
            <w:tcW w:w="666" w:type="dxa"/>
            <w:shd w:val="clear" w:color="auto" w:fill="FFFF32"/>
          </w:tcPr>
          <w:p w14:paraId="435E5923" w14:textId="77777777" w:rsidR="00DE7E5C" w:rsidRPr="001A2DDE" w:rsidRDefault="00DE7E5C" w:rsidP="001A2DDE">
            <w:pPr>
              <w:spacing w:line="276" w:lineRule="auto"/>
              <w:jc w:val="center"/>
              <w:rPr>
                <w:rFonts w:cs="Times New Roman"/>
                <w:b/>
              </w:rPr>
            </w:pPr>
            <w:r w:rsidRPr="001A2DDE">
              <w:rPr>
                <w:rFonts w:cs="Times New Roman"/>
                <w:b/>
              </w:rPr>
              <w:t>25</w:t>
            </w:r>
          </w:p>
        </w:tc>
        <w:tc>
          <w:tcPr>
            <w:tcW w:w="666" w:type="dxa"/>
            <w:shd w:val="clear" w:color="auto" w:fill="FFFF32"/>
          </w:tcPr>
          <w:p w14:paraId="158E6E15" w14:textId="77777777" w:rsidR="00DE7E5C" w:rsidRPr="001A2DDE" w:rsidRDefault="00DE7E5C" w:rsidP="001A2DDE">
            <w:pPr>
              <w:spacing w:line="276" w:lineRule="auto"/>
              <w:jc w:val="center"/>
              <w:rPr>
                <w:rFonts w:cs="Times New Roman"/>
                <w:b/>
              </w:rPr>
            </w:pPr>
            <w:r w:rsidRPr="001A2DDE">
              <w:rPr>
                <w:rFonts w:cs="Times New Roman"/>
                <w:b/>
              </w:rPr>
              <w:t>26</w:t>
            </w:r>
          </w:p>
        </w:tc>
        <w:tc>
          <w:tcPr>
            <w:tcW w:w="666" w:type="dxa"/>
            <w:shd w:val="clear" w:color="auto" w:fill="FFFF32"/>
          </w:tcPr>
          <w:p w14:paraId="1421D15B" w14:textId="77777777" w:rsidR="00DE7E5C" w:rsidRPr="001A2DDE" w:rsidRDefault="00DE7E5C" w:rsidP="001A2DDE">
            <w:pPr>
              <w:spacing w:line="276" w:lineRule="auto"/>
              <w:jc w:val="center"/>
              <w:rPr>
                <w:rFonts w:cs="Times New Roman"/>
                <w:b/>
              </w:rPr>
            </w:pPr>
            <w:r w:rsidRPr="001A2DDE">
              <w:rPr>
                <w:rFonts w:cs="Times New Roman"/>
                <w:b/>
              </w:rPr>
              <w:t>27</w:t>
            </w:r>
          </w:p>
        </w:tc>
        <w:tc>
          <w:tcPr>
            <w:tcW w:w="666" w:type="dxa"/>
            <w:shd w:val="clear" w:color="auto" w:fill="FFFF32"/>
          </w:tcPr>
          <w:p w14:paraId="70694C99" w14:textId="77777777" w:rsidR="00DE7E5C" w:rsidRPr="001A2DDE" w:rsidRDefault="00DE7E5C" w:rsidP="001A2DDE">
            <w:pPr>
              <w:spacing w:line="276" w:lineRule="auto"/>
              <w:jc w:val="center"/>
              <w:rPr>
                <w:rFonts w:cs="Times New Roman"/>
                <w:b/>
              </w:rPr>
            </w:pPr>
            <w:r w:rsidRPr="001A2DDE">
              <w:rPr>
                <w:rFonts w:cs="Times New Roman"/>
                <w:b/>
              </w:rPr>
              <w:t>28</w:t>
            </w:r>
          </w:p>
        </w:tc>
        <w:tc>
          <w:tcPr>
            <w:tcW w:w="666" w:type="dxa"/>
            <w:shd w:val="clear" w:color="auto" w:fill="FFFF32"/>
          </w:tcPr>
          <w:p w14:paraId="12AC80CC" w14:textId="77777777" w:rsidR="00DE7E5C" w:rsidRPr="001A2DDE" w:rsidRDefault="00DE7E5C" w:rsidP="001A2DDE">
            <w:pPr>
              <w:spacing w:line="276" w:lineRule="auto"/>
              <w:jc w:val="center"/>
              <w:rPr>
                <w:rFonts w:cs="Times New Roman"/>
                <w:b/>
              </w:rPr>
            </w:pPr>
            <w:r w:rsidRPr="001A2DDE">
              <w:rPr>
                <w:rFonts w:cs="Times New Roman"/>
                <w:b/>
              </w:rPr>
              <w:t>29</w:t>
            </w:r>
          </w:p>
        </w:tc>
        <w:tc>
          <w:tcPr>
            <w:tcW w:w="666" w:type="dxa"/>
            <w:shd w:val="clear" w:color="auto" w:fill="FFFF32"/>
          </w:tcPr>
          <w:p w14:paraId="7ED5C548" w14:textId="77777777" w:rsidR="00DE7E5C" w:rsidRPr="001A2DDE" w:rsidRDefault="00DE7E5C" w:rsidP="001A2DDE">
            <w:pPr>
              <w:spacing w:line="276" w:lineRule="auto"/>
              <w:jc w:val="center"/>
              <w:rPr>
                <w:rFonts w:cs="Times New Roman"/>
                <w:b/>
              </w:rPr>
            </w:pPr>
            <w:r w:rsidRPr="001A2DDE">
              <w:rPr>
                <w:rFonts w:cs="Times New Roman"/>
                <w:b/>
              </w:rPr>
              <w:t>30</w:t>
            </w:r>
          </w:p>
        </w:tc>
        <w:tc>
          <w:tcPr>
            <w:tcW w:w="666" w:type="dxa"/>
            <w:shd w:val="clear" w:color="auto" w:fill="FFFF32"/>
          </w:tcPr>
          <w:p w14:paraId="69FE5DAE" w14:textId="77777777" w:rsidR="00DE7E5C" w:rsidRPr="001A2DDE" w:rsidRDefault="00DE7E5C" w:rsidP="001A2DDE">
            <w:pPr>
              <w:spacing w:line="276" w:lineRule="auto"/>
              <w:jc w:val="center"/>
              <w:rPr>
                <w:rFonts w:cs="Times New Roman"/>
                <w:b/>
              </w:rPr>
            </w:pPr>
            <w:r w:rsidRPr="001A2DDE">
              <w:rPr>
                <w:rFonts w:cs="Times New Roman"/>
                <w:b/>
              </w:rPr>
              <w:t>31</w:t>
            </w:r>
          </w:p>
        </w:tc>
        <w:tc>
          <w:tcPr>
            <w:tcW w:w="666" w:type="dxa"/>
            <w:shd w:val="clear" w:color="auto" w:fill="FFFF32"/>
          </w:tcPr>
          <w:p w14:paraId="5E5CC63C" w14:textId="77777777" w:rsidR="00DE7E5C" w:rsidRPr="001A2DDE" w:rsidRDefault="00DE7E5C" w:rsidP="001A2DDE">
            <w:pPr>
              <w:spacing w:line="276" w:lineRule="auto"/>
              <w:jc w:val="center"/>
              <w:rPr>
                <w:rFonts w:cs="Times New Roman"/>
                <w:b/>
              </w:rPr>
            </w:pPr>
            <w:r w:rsidRPr="001A2DDE">
              <w:rPr>
                <w:rFonts w:cs="Times New Roman"/>
                <w:b/>
              </w:rPr>
              <w:t>32</w:t>
            </w:r>
          </w:p>
        </w:tc>
        <w:tc>
          <w:tcPr>
            <w:tcW w:w="666" w:type="dxa"/>
            <w:shd w:val="clear" w:color="auto" w:fill="FFFF32"/>
          </w:tcPr>
          <w:p w14:paraId="282DC676" w14:textId="77777777" w:rsidR="00DE7E5C" w:rsidRPr="001A2DDE" w:rsidRDefault="00DE7E5C" w:rsidP="001A2DDE">
            <w:pPr>
              <w:spacing w:line="276" w:lineRule="auto"/>
              <w:jc w:val="center"/>
              <w:rPr>
                <w:rFonts w:cs="Times New Roman"/>
                <w:b/>
              </w:rPr>
            </w:pPr>
            <w:r w:rsidRPr="001A2DDE">
              <w:rPr>
                <w:rFonts w:cs="Times New Roman"/>
                <w:b/>
              </w:rPr>
              <w:t>33</w:t>
            </w:r>
          </w:p>
        </w:tc>
        <w:tc>
          <w:tcPr>
            <w:tcW w:w="666" w:type="dxa"/>
            <w:shd w:val="clear" w:color="auto" w:fill="FFFF32"/>
          </w:tcPr>
          <w:p w14:paraId="7F236E76" w14:textId="77777777" w:rsidR="00DE7E5C" w:rsidRPr="001A2DDE" w:rsidRDefault="00DE7E5C" w:rsidP="001A2DDE">
            <w:pPr>
              <w:spacing w:line="276" w:lineRule="auto"/>
              <w:jc w:val="center"/>
              <w:rPr>
                <w:rFonts w:cs="Times New Roman"/>
                <w:b/>
              </w:rPr>
            </w:pPr>
            <w:r w:rsidRPr="001A2DDE">
              <w:rPr>
                <w:rFonts w:cs="Times New Roman"/>
                <w:b/>
              </w:rPr>
              <w:t>34</w:t>
            </w:r>
          </w:p>
        </w:tc>
      </w:tr>
      <w:tr w:rsidR="00DE7E5C" w:rsidRPr="001A2DDE" w14:paraId="1F0ACB85" w14:textId="77777777" w:rsidTr="001A2DDE">
        <w:tc>
          <w:tcPr>
            <w:tcW w:w="666" w:type="dxa"/>
          </w:tcPr>
          <w:p w14:paraId="0F19E204"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Pr>
          <w:p w14:paraId="6F007ED4" w14:textId="77777777" w:rsidR="00DE7E5C" w:rsidRPr="001A2DDE" w:rsidRDefault="00DE7E5C" w:rsidP="001A2DDE">
            <w:pPr>
              <w:spacing w:line="276" w:lineRule="auto"/>
              <w:jc w:val="center"/>
              <w:rPr>
                <w:rFonts w:cs="Times New Roman"/>
                <w:b/>
              </w:rPr>
            </w:pPr>
            <w:r w:rsidRPr="001A2DDE">
              <w:rPr>
                <w:rFonts w:cs="Times New Roman"/>
                <w:b/>
              </w:rPr>
              <w:t>D</w:t>
            </w:r>
          </w:p>
        </w:tc>
        <w:tc>
          <w:tcPr>
            <w:tcW w:w="666" w:type="dxa"/>
          </w:tcPr>
          <w:p w14:paraId="010E80E2"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Pr>
          <w:p w14:paraId="247306F1"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Pr>
          <w:p w14:paraId="6BDDFECD" w14:textId="77777777" w:rsidR="00DE7E5C" w:rsidRPr="001A2DDE" w:rsidRDefault="00DE7E5C" w:rsidP="001A2DDE">
            <w:pPr>
              <w:spacing w:line="276" w:lineRule="auto"/>
              <w:jc w:val="center"/>
              <w:rPr>
                <w:rFonts w:cs="Times New Roman"/>
                <w:b/>
              </w:rPr>
            </w:pPr>
            <w:r w:rsidRPr="001A2DDE">
              <w:rPr>
                <w:rFonts w:cs="Times New Roman"/>
                <w:b/>
              </w:rPr>
              <w:t>D</w:t>
            </w:r>
          </w:p>
        </w:tc>
        <w:tc>
          <w:tcPr>
            <w:tcW w:w="666" w:type="dxa"/>
          </w:tcPr>
          <w:p w14:paraId="3E84ED1B" w14:textId="77777777" w:rsidR="00DE7E5C" w:rsidRPr="001A2DDE" w:rsidRDefault="00DE7E5C" w:rsidP="001A2DDE">
            <w:pPr>
              <w:spacing w:line="276" w:lineRule="auto"/>
              <w:jc w:val="center"/>
              <w:rPr>
                <w:rFonts w:cs="Times New Roman"/>
                <w:b/>
              </w:rPr>
            </w:pPr>
            <w:r w:rsidRPr="001A2DDE">
              <w:rPr>
                <w:rFonts w:cs="Times New Roman"/>
                <w:b/>
              </w:rPr>
              <w:t>3</w:t>
            </w:r>
          </w:p>
        </w:tc>
        <w:tc>
          <w:tcPr>
            <w:tcW w:w="666" w:type="dxa"/>
          </w:tcPr>
          <w:p w14:paraId="0C88F2F6"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Pr>
          <w:p w14:paraId="7CDD8C26" w14:textId="77777777" w:rsidR="00DE7E5C" w:rsidRPr="001A2DDE" w:rsidRDefault="00DE7E5C" w:rsidP="001A2DDE">
            <w:pPr>
              <w:spacing w:line="276" w:lineRule="auto"/>
              <w:jc w:val="center"/>
              <w:rPr>
                <w:rFonts w:cs="Times New Roman"/>
                <w:b/>
              </w:rPr>
            </w:pPr>
            <w:r w:rsidRPr="001A2DDE">
              <w:rPr>
                <w:rFonts w:cs="Times New Roman"/>
                <w:b/>
              </w:rPr>
              <w:t>C</w:t>
            </w:r>
          </w:p>
        </w:tc>
        <w:tc>
          <w:tcPr>
            <w:tcW w:w="666" w:type="dxa"/>
          </w:tcPr>
          <w:p w14:paraId="5A568444"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Pr>
          <w:p w14:paraId="441D0549" w14:textId="77777777" w:rsidR="00DE7E5C" w:rsidRPr="001A2DDE" w:rsidRDefault="00DE7E5C" w:rsidP="001A2DDE">
            <w:pPr>
              <w:spacing w:line="276" w:lineRule="auto"/>
              <w:jc w:val="center"/>
              <w:rPr>
                <w:rFonts w:cs="Times New Roman"/>
                <w:b/>
              </w:rPr>
            </w:pPr>
            <w:r w:rsidRPr="001A2DDE">
              <w:rPr>
                <w:rFonts w:cs="Times New Roman"/>
                <w:b/>
              </w:rPr>
              <w:t>D</w:t>
            </w:r>
          </w:p>
        </w:tc>
        <w:tc>
          <w:tcPr>
            <w:tcW w:w="666" w:type="dxa"/>
          </w:tcPr>
          <w:p w14:paraId="2860A088" w14:textId="77777777" w:rsidR="00DE7E5C" w:rsidRPr="001A2DDE" w:rsidRDefault="00DE7E5C" w:rsidP="001A2DDE">
            <w:pPr>
              <w:spacing w:line="276" w:lineRule="auto"/>
              <w:jc w:val="center"/>
              <w:rPr>
                <w:rFonts w:cs="Times New Roman"/>
                <w:b/>
              </w:rPr>
            </w:pPr>
            <w:r w:rsidRPr="001A2DDE">
              <w:rPr>
                <w:rFonts w:cs="Times New Roman"/>
                <w:b/>
              </w:rPr>
              <w:t>B</w:t>
            </w:r>
          </w:p>
        </w:tc>
        <w:tc>
          <w:tcPr>
            <w:tcW w:w="666" w:type="dxa"/>
          </w:tcPr>
          <w:p w14:paraId="1DFB412C" w14:textId="77777777" w:rsidR="00DE7E5C" w:rsidRPr="001A2DDE" w:rsidRDefault="00DE7E5C" w:rsidP="001A2DDE">
            <w:pPr>
              <w:spacing w:line="276" w:lineRule="auto"/>
              <w:jc w:val="center"/>
              <w:rPr>
                <w:rFonts w:cs="Times New Roman"/>
                <w:b/>
              </w:rPr>
            </w:pPr>
            <w:r w:rsidRPr="001A2DDE">
              <w:rPr>
                <w:rFonts w:cs="Times New Roman"/>
                <w:b/>
              </w:rPr>
              <w:t>D</w:t>
            </w:r>
          </w:p>
        </w:tc>
        <w:tc>
          <w:tcPr>
            <w:tcW w:w="666" w:type="dxa"/>
          </w:tcPr>
          <w:p w14:paraId="4AFFFE90" w14:textId="77777777" w:rsidR="00DE7E5C" w:rsidRPr="001A2DDE" w:rsidRDefault="00DE7E5C" w:rsidP="001A2DDE">
            <w:pPr>
              <w:spacing w:line="276" w:lineRule="auto"/>
              <w:jc w:val="center"/>
              <w:rPr>
                <w:rFonts w:cs="Times New Roman"/>
                <w:b/>
              </w:rPr>
            </w:pPr>
            <w:r w:rsidRPr="001A2DDE">
              <w:rPr>
                <w:rFonts w:cs="Times New Roman"/>
                <w:b/>
              </w:rPr>
              <w:t>B</w:t>
            </w:r>
          </w:p>
        </w:tc>
        <w:tc>
          <w:tcPr>
            <w:tcW w:w="666" w:type="dxa"/>
          </w:tcPr>
          <w:p w14:paraId="59D5C263" w14:textId="77777777" w:rsidR="00DE7E5C" w:rsidRPr="001A2DDE" w:rsidRDefault="00DE7E5C" w:rsidP="001A2DDE">
            <w:pPr>
              <w:spacing w:line="276" w:lineRule="auto"/>
              <w:jc w:val="center"/>
              <w:rPr>
                <w:rFonts w:cs="Times New Roman"/>
                <w:b/>
              </w:rPr>
            </w:pPr>
            <w:r w:rsidRPr="001A2DDE">
              <w:rPr>
                <w:rFonts w:cs="Times New Roman"/>
                <w:b/>
              </w:rPr>
              <w:t>B</w:t>
            </w:r>
          </w:p>
        </w:tc>
        <w:tc>
          <w:tcPr>
            <w:tcW w:w="666" w:type="dxa"/>
          </w:tcPr>
          <w:p w14:paraId="788F3544" w14:textId="77777777" w:rsidR="00DE7E5C" w:rsidRPr="001A2DDE" w:rsidRDefault="00DE7E5C" w:rsidP="001A2DDE">
            <w:pPr>
              <w:spacing w:line="276" w:lineRule="auto"/>
              <w:jc w:val="center"/>
              <w:rPr>
                <w:rFonts w:cs="Times New Roman"/>
                <w:b/>
              </w:rPr>
            </w:pPr>
            <w:r w:rsidRPr="001A2DDE">
              <w:rPr>
                <w:rFonts w:cs="Times New Roman"/>
                <w:b/>
              </w:rPr>
              <w:t>A</w:t>
            </w:r>
          </w:p>
        </w:tc>
        <w:tc>
          <w:tcPr>
            <w:tcW w:w="666" w:type="dxa"/>
          </w:tcPr>
          <w:p w14:paraId="28FB61B9" w14:textId="77777777" w:rsidR="00DE7E5C" w:rsidRPr="001A2DDE" w:rsidRDefault="00DE7E5C" w:rsidP="001A2DDE">
            <w:pPr>
              <w:spacing w:line="276" w:lineRule="auto"/>
              <w:jc w:val="center"/>
              <w:rPr>
                <w:rFonts w:cs="Times New Roman"/>
                <w:b/>
              </w:rPr>
            </w:pPr>
            <w:r w:rsidRPr="001A2DDE">
              <w:rPr>
                <w:rFonts w:cs="Times New Roman"/>
                <w:b/>
              </w:rPr>
              <w:t>B</w:t>
            </w:r>
          </w:p>
        </w:tc>
        <w:tc>
          <w:tcPr>
            <w:tcW w:w="666" w:type="dxa"/>
          </w:tcPr>
          <w:p w14:paraId="4EE0BEF6" w14:textId="77777777" w:rsidR="00DE7E5C" w:rsidRPr="001A2DDE" w:rsidRDefault="00DE7E5C" w:rsidP="001A2DDE">
            <w:pPr>
              <w:spacing w:line="276" w:lineRule="auto"/>
              <w:jc w:val="center"/>
              <w:rPr>
                <w:rFonts w:cs="Times New Roman"/>
                <w:b/>
              </w:rPr>
            </w:pPr>
            <w:r w:rsidRPr="001A2DDE">
              <w:rPr>
                <w:rFonts w:cs="Times New Roman"/>
                <w:b/>
              </w:rPr>
              <w:t>A</w:t>
            </w:r>
          </w:p>
        </w:tc>
      </w:tr>
    </w:tbl>
    <w:p w14:paraId="7C2E7339" w14:textId="77777777" w:rsidR="00DE7E5C" w:rsidRPr="001A2DDE" w:rsidRDefault="00DE7E5C" w:rsidP="001A2DDE">
      <w:pPr>
        <w:ind w:left="992" w:hanging="992"/>
        <w:jc w:val="center"/>
        <w:rPr>
          <w:rFonts w:cs="Times New Roman"/>
          <w:b/>
        </w:rPr>
      </w:pPr>
    </w:p>
    <w:p w14:paraId="31C8CD5A" w14:textId="77777777" w:rsidR="00DE7E5C" w:rsidRPr="00803531" w:rsidRDefault="00DE7E5C" w:rsidP="00803531">
      <w:pPr>
        <w:ind w:left="992"/>
        <w:jc w:val="center"/>
        <w:rPr>
          <w:rFonts w:cs="Times New Roman"/>
          <w:b/>
        </w:rPr>
      </w:pPr>
      <w:r w:rsidRPr="00803531">
        <w:rPr>
          <w:rFonts w:cs="Times New Roman"/>
          <w:b/>
        </w:rPr>
        <w:t>ĐỀ 5-11</w:t>
      </w:r>
    </w:p>
    <w:p w14:paraId="7F7AB994" w14:textId="77777777" w:rsidR="00DE7E5C" w:rsidRPr="00803531" w:rsidRDefault="00DE7E5C" w:rsidP="00803531">
      <w:pPr>
        <w:ind w:left="992"/>
        <w:rPr>
          <w:rFonts w:cs="Times New Roman"/>
        </w:rPr>
      </w:pPr>
      <w:r w:rsidRPr="00803531">
        <w:rPr>
          <w:rFonts w:cs="Times New Roman"/>
          <w:b/>
        </w:rPr>
        <w:t>Phần I: Trắc nghiệm</w:t>
      </w:r>
    </w:p>
    <w:p w14:paraId="222E5256"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1:</w:t>
      </w:r>
      <w:r w:rsidRPr="00803531">
        <w:rPr>
          <w:rFonts w:cs="Times New Roman"/>
          <w:b/>
          <w:color w:val="0000FF"/>
        </w:rPr>
        <w:tab/>
      </w:r>
      <w:r w:rsidRPr="00803531">
        <w:rPr>
          <w:rFonts w:cs="Times New Roman"/>
        </w:rPr>
        <w:t xml:space="preserve">Tập xác định của hàm số </w:t>
      </w:r>
      <w:r w:rsidRPr="00803531">
        <w:rPr>
          <w:position w:val="-10"/>
        </w:rPr>
        <w:object w:dxaOrig="920" w:dyaOrig="300" w14:anchorId="61D37958">
          <v:shape id="_x0000_i1906" type="#_x0000_t75" style="width:46.2pt;height:15pt" o:ole="">
            <v:imagedata r:id="rId1664" o:title=""/>
          </v:shape>
          <o:OLEObject Type="Embed" ProgID="Equation.DSMT4" ShapeID="_x0000_i1906" DrawAspect="Content" ObjectID="_1699918642" r:id="rId1665"/>
        </w:object>
      </w:r>
      <w:r w:rsidRPr="00803531">
        <w:rPr>
          <w:rFonts w:cs="Times New Roman"/>
        </w:rPr>
        <w:t xml:space="preserve"> là:</w:t>
      </w:r>
    </w:p>
    <w:p w14:paraId="6619728D"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lastRenderedPageBreak/>
        <w:t xml:space="preserve">A. </w:t>
      </w:r>
      <w:r w:rsidRPr="00803531">
        <w:rPr>
          <w:rFonts w:cs="Times New Roman"/>
          <w:position w:val="-28"/>
        </w:rPr>
        <w:object w:dxaOrig="2000" w:dyaOrig="680" w14:anchorId="08E30C86">
          <v:shape id="_x0000_i1907" type="#_x0000_t75" style="width:100.2pt;height:34.2pt" o:ole="">
            <v:imagedata r:id="rId1666" o:title=""/>
          </v:shape>
          <o:OLEObject Type="Embed" ProgID="Equation.DSMT4" ShapeID="_x0000_i1907" DrawAspect="Content" ObjectID="_1699918643" r:id="rId1667"/>
        </w:object>
      </w:r>
      <w:r w:rsidRPr="00803531">
        <w:rPr>
          <w:rFonts w:cs="Times New Roman"/>
        </w:rPr>
        <w:t>.</w:t>
      </w:r>
      <w:r w:rsidRPr="00803531">
        <w:rPr>
          <w:rFonts w:cs="Times New Roman"/>
        </w:rPr>
        <w:tab/>
      </w:r>
      <w:r>
        <w:rPr>
          <w:rFonts w:cs="Times New Roman"/>
        </w:rPr>
        <w:tab/>
      </w:r>
      <w:r w:rsidRPr="00803531">
        <w:rPr>
          <w:rFonts w:cs="Times New Roman"/>
          <w:b/>
          <w:color w:val="0000FF"/>
        </w:rPr>
        <w:t xml:space="preserve">B. </w:t>
      </w:r>
      <w:r w:rsidRPr="00803531">
        <w:rPr>
          <w:rFonts w:cs="Times New Roman"/>
          <w:position w:val="-10"/>
        </w:rPr>
        <w:object w:dxaOrig="1500" w:dyaOrig="320" w14:anchorId="09642535">
          <v:shape id="_x0000_i1908" type="#_x0000_t75" style="width:75pt;height:16.2pt" o:ole="">
            <v:imagedata r:id="rId1668" o:title=""/>
          </v:shape>
          <o:OLEObject Type="Embed" ProgID="Equation.DSMT4" ShapeID="_x0000_i1908" DrawAspect="Content" ObjectID="_1699918644" r:id="rId1669"/>
        </w:object>
      </w:r>
      <w:r w:rsidRPr="00803531">
        <w:rPr>
          <w:rFonts w:cs="Times New Roman"/>
        </w:rPr>
        <w:t>.</w:t>
      </w:r>
    </w:p>
    <w:p w14:paraId="794C65BC"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C. </w:t>
      </w:r>
      <w:r w:rsidRPr="00803531">
        <w:rPr>
          <w:rFonts w:cs="Times New Roman"/>
          <w:position w:val="-10"/>
        </w:rPr>
        <w:object w:dxaOrig="600" w:dyaOrig="320" w14:anchorId="61F42264">
          <v:shape id="_x0000_i1909" type="#_x0000_t75" style="width:30pt;height:16.2pt" o:ole="">
            <v:imagedata r:id="rId1670" o:title=""/>
          </v:shape>
          <o:OLEObject Type="Embed" ProgID="Equation.DSMT4" ShapeID="_x0000_i1909" DrawAspect="Content" ObjectID="_1699918645" r:id="rId1671"/>
        </w:object>
      </w:r>
      <w:r w:rsidRPr="00803531">
        <w:rPr>
          <w:rFonts w:cs="Times New Roman"/>
        </w:rPr>
        <w:t>.</w:t>
      </w:r>
      <w:r w:rsidRPr="00803531">
        <w:rPr>
          <w:rFonts w:cs="Times New Roman"/>
        </w:rPr>
        <w:tab/>
      </w:r>
      <w:r>
        <w:rPr>
          <w:rFonts w:cs="Times New Roman"/>
        </w:rPr>
        <w:tab/>
      </w:r>
      <w:r w:rsidRPr="00803531">
        <w:rPr>
          <w:rFonts w:cs="Times New Roman"/>
          <w:b/>
          <w:color w:val="0000FF"/>
        </w:rPr>
        <w:t xml:space="preserve">D. </w:t>
      </w:r>
      <w:r w:rsidRPr="00803531">
        <w:rPr>
          <w:rFonts w:cs="Times New Roman"/>
          <w:position w:val="-4"/>
        </w:rPr>
        <w:object w:dxaOrig="260" w:dyaOrig="260" w14:anchorId="6DD842BF">
          <v:shape id="_x0000_i1910" type="#_x0000_t75" style="width:13.2pt;height:13.2pt" o:ole="">
            <v:imagedata r:id="rId1672" o:title=""/>
          </v:shape>
          <o:OLEObject Type="Embed" ProgID="Equation.DSMT4" ShapeID="_x0000_i1910" DrawAspect="Content" ObjectID="_1699918646" r:id="rId1673"/>
        </w:object>
      </w:r>
      <w:r w:rsidRPr="00803531">
        <w:rPr>
          <w:rFonts w:cs="Times New Roman"/>
        </w:rPr>
        <w:t>.</w:t>
      </w:r>
    </w:p>
    <w:p w14:paraId="02E7C753"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w:t>
      </w:r>
      <w:r w:rsidRPr="00803531">
        <w:rPr>
          <w:rFonts w:cs="Times New Roman"/>
          <w:b/>
          <w:color w:val="0000FF"/>
        </w:rPr>
        <w:tab/>
      </w:r>
      <w:r w:rsidRPr="00803531">
        <w:rPr>
          <w:rFonts w:cs="Times New Roman"/>
        </w:rPr>
        <w:t xml:space="preserve">Phương trình </w:t>
      </w:r>
      <w:r w:rsidRPr="00803531">
        <w:rPr>
          <w:position w:val="-6"/>
        </w:rPr>
        <w:object w:dxaOrig="820" w:dyaOrig="279" w14:anchorId="1C859339">
          <v:shape id="_x0000_i1911" type="#_x0000_t75" style="width:40.8pt;height:13.8pt" o:ole="">
            <v:imagedata r:id="rId1674" o:title=""/>
          </v:shape>
          <o:OLEObject Type="Embed" ProgID="Equation.DSMT4" ShapeID="_x0000_i1911" DrawAspect="Content" ObjectID="_1699918647" r:id="rId1675"/>
        </w:object>
      </w:r>
      <w:r w:rsidRPr="00803531">
        <w:rPr>
          <w:rFonts w:cs="Times New Roman"/>
        </w:rPr>
        <w:t xml:space="preserve"> có một nghiệm là:</w:t>
      </w:r>
    </w:p>
    <w:p w14:paraId="10D66F88"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6"/>
        </w:rPr>
        <w:object w:dxaOrig="600" w:dyaOrig="220" w14:anchorId="4B6DB2AB">
          <v:shape id="_x0000_i1912" type="#_x0000_t75" style="width:30pt;height:10.8pt" o:ole="">
            <v:imagedata r:id="rId1676" o:title=""/>
          </v:shape>
          <o:OLEObject Type="Embed" ProgID="Equation.DSMT4" ShapeID="_x0000_i1912" DrawAspect="Content" ObjectID="_1699918648" r:id="rId1677"/>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24"/>
        </w:rPr>
        <w:object w:dxaOrig="800" w:dyaOrig="620" w14:anchorId="4A6C3678">
          <v:shape id="_x0000_i1913" type="#_x0000_t75" style="width:40.2pt;height:31.2pt" o:ole="">
            <v:imagedata r:id="rId1678" o:title=""/>
          </v:shape>
          <o:OLEObject Type="Embed" ProgID="Equation.DSMT4" ShapeID="_x0000_i1913" DrawAspect="Content" ObjectID="_1699918649" r:id="rId1679"/>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24"/>
        </w:rPr>
        <w:object w:dxaOrig="639" w:dyaOrig="620" w14:anchorId="34726619">
          <v:shape id="_x0000_i1914" type="#_x0000_t75" style="width:31.8pt;height:31.2pt" o:ole="">
            <v:imagedata r:id="rId1680" o:title=""/>
          </v:shape>
          <o:OLEObject Type="Embed" ProgID="Equation.DSMT4" ShapeID="_x0000_i1914" DrawAspect="Content" ObjectID="_1699918650" r:id="rId1681"/>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24"/>
        </w:rPr>
        <w:object w:dxaOrig="639" w:dyaOrig="620" w14:anchorId="23C39205">
          <v:shape id="_x0000_i1915" type="#_x0000_t75" style="width:31.8pt;height:31.2pt" o:ole="">
            <v:imagedata r:id="rId1682" o:title=""/>
          </v:shape>
          <o:OLEObject Type="Embed" ProgID="Equation.DSMT4" ShapeID="_x0000_i1915" DrawAspect="Content" ObjectID="_1699918651" r:id="rId1683"/>
        </w:object>
      </w:r>
      <w:r w:rsidRPr="00803531">
        <w:rPr>
          <w:rFonts w:cs="Times New Roman"/>
        </w:rPr>
        <w:t>.</w:t>
      </w:r>
    </w:p>
    <w:p w14:paraId="0D81669D"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3:</w:t>
      </w:r>
      <w:r w:rsidRPr="00803531">
        <w:rPr>
          <w:rFonts w:cs="Times New Roman"/>
          <w:b/>
          <w:color w:val="0000FF"/>
        </w:rPr>
        <w:tab/>
      </w:r>
      <w:r w:rsidRPr="00803531">
        <w:rPr>
          <w:rFonts w:cs="Times New Roman"/>
        </w:rPr>
        <w:t xml:space="preserve">Chu kỳ của hàm số </w:t>
      </w:r>
      <w:r w:rsidRPr="00803531">
        <w:rPr>
          <w:position w:val="-10"/>
        </w:rPr>
        <w:object w:dxaOrig="920" w:dyaOrig="260" w14:anchorId="20C5817E">
          <v:shape id="_x0000_i1916" type="#_x0000_t75" style="width:46.2pt;height:13.2pt" o:ole="">
            <v:imagedata r:id="rId1684" o:title=""/>
          </v:shape>
          <o:OLEObject Type="Embed" ProgID="Equation.DSMT4" ShapeID="_x0000_i1916" DrawAspect="Content" ObjectID="_1699918652" r:id="rId1685"/>
        </w:object>
      </w:r>
      <w:r w:rsidRPr="00803531">
        <w:rPr>
          <w:rFonts w:cs="Times New Roman"/>
        </w:rPr>
        <w:t xml:space="preserve"> là</w:t>
      </w:r>
    </w:p>
    <w:p w14:paraId="384A53FA"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6"/>
        </w:rPr>
        <w:object w:dxaOrig="220" w:dyaOrig="220" w14:anchorId="540570AD">
          <v:shape id="_x0000_i1917" type="#_x0000_t75" style="width:10.8pt;height:10.8pt" o:ole="">
            <v:imagedata r:id="rId1686" o:title=""/>
          </v:shape>
          <o:OLEObject Type="Embed" ProgID="Equation.DSMT4" ShapeID="_x0000_i1917" DrawAspect="Content" ObjectID="_1699918653" r:id="rId1687"/>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24"/>
        </w:rPr>
        <w:object w:dxaOrig="400" w:dyaOrig="620" w14:anchorId="6FC075A3">
          <v:shape id="_x0000_i1918" type="#_x0000_t75" style="width:19.8pt;height:31.2pt" o:ole="">
            <v:imagedata r:id="rId1688" o:title=""/>
          </v:shape>
          <o:OLEObject Type="Embed" ProgID="Equation.DSMT4" ShapeID="_x0000_i1918" DrawAspect="Content" ObjectID="_1699918654" r:id="rId1689"/>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6"/>
        </w:rPr>
        <w:object w:dxaOrig="360" w:dyaOrig="279" w14:anchorId="456DD16B">
          <v:shape id="_x0000_i1919" type="#_x0000_t75" style="width:18pt;height:13.8pt" o:ole="">
            <v:imagedata r:id="rId1690" o:title=""/>
          </v:shape>
          <o:OLEObject Type="Embed" ProgID="Equation.DSMT4" ShapeID="_x0000_i1919" DrawAspect="Content" ObjectID="_1699918655" r:id="rId1691"/>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6"/>
        </w:rPr>
        <w:object w:dxaOrig="340" w:dyaOrig="279" w14:anchorId="2107E298">
          <v:shape id="_x0000_i1920" type="#_x0000_t75" style="width:16.8pt;height:13.8pt" o:ole="">
            <v:imagedata r:id="rId1692" o:title=""/>
          </v:shape>
          <o:OLEObject Type="Embed" ProgID="Equation.DSMT4" ShapeID="_x0000_i1920" DrawAspect="Content" ObjectID="_1699918656" r:id="rId1693"/>
        </w:object>
      </w:r>
      <w:r w:rsidRPr="00803531">
        <w:rPr>
          <w:rFonts w:cs="Times New Roman"/>
        </w:rPr>
        <w:t>.</w:t>
      </w:r>
    </w:p>
    <w:p w14:paraId="1684677A"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4:</w:t>
      </w:r>
      <w:r w:rsidRPr="00803531">
        <w:rPr>
          <w:rFonts w:cs="Times New Roman"/>
          <w:b/>
          <w:color w:val="0000FF"/>
        </w:rPr>
        <w:tab/>
      </w:r>
      <w:r w:rsidRPr="00803531">
        <w:rPr>
          <w:rFonts w:cs="Times New Roman"/>
        </w:rPr>
        <w:t>Từ một nhóm có 15 học sinh nam và 12 học sinh nữ, có bao nhiêu cách chọn ra 5 học sinh trong đó có 3 học sinh nam và 2 học sinh nữ?</w:t>
      </w:r>
    </w:p>
    <w:p w14:paraId="70827C00"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2"/>
        </w:rPr>
        <w:object w:dxaOrig="880" w:dyaOrig="380" w14:anchorId="468CAA33">
          <v:shape id="_x0000_i1921" type="#_x0000_t75" style="width:43.8pt;height:19.2pt" o:ole="">
            <v:imagedata r:id="rId1694" o:title=""/>
          </v:shape>
          <o:OLEObject Type="Embed" ProgID="Equation.DSMT4" ShapeID="_x0000_i1921" DrawAspect="Content" ObjectID="_1699918657" r:id="rId1695"/>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12"/>
        </w:rPr>
        <w:object w:dxaOrig="859" w:dyaOrig="380" w14:anchorId="1D6A3D39">
          <v:shape id="_x0000_i1922" type="#_x0000_t75" style="width:43.2pt;height:19.2pt" o:ole="">
            <v:imagedata r:id="rId1696" o:title=""/>
          </v:shape>
          <o:OLEObject Type="Embed" ProgID="Equation.DSMT4" ShapeID="_x0000_i1922" DrawAspect="Content" ObjectID="_1699918658" r:id="rId1697"/>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12"/>
        </w:rPr>
        <w:object w:dxaOrig="760" w:dyaOrig="380" w14:anchorId="0FBB6D41">
          <v:shape id="_x0000_i1923" type="#_x0000_t75" style="width:37.8pt;height:19.2pt" o:ole="">
            <v:imagedata r:id="rId1698" o:title=""/>
          </v:shape>
          <o:OLEObject Type="Embed" ProgID="Equation.DSMT4" ShapeID="_x0000_i1923" DrawAspect="Content" ObjectID="_1699918659" r:id="rId1699"/>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2"/>
        </w:rPr>
        <w:object w:dxaOrig="780" w:dyaOrig="380" w14:anchorId="245B1D46">
          <v:shape id="_x0000_i1924" type="#_x0000_t75" style="width:39pt;height:19.2pt" o:ole="">
            <v:imagedata r:id="rId1700" o:title=""/>
          </v:shape>
          <o:OLEObject Type="Embed" ProgID="Equation.DSMT4" ShapeID="_x0000_i1924" DrawAspect="Content" ObjectID="_1699918660" r:id="rId1701"/>
        </w:object>
      </w:r>
      <w:r w:rsidRPr="00803531">
        <w:rPr>
          <w:rFonts w:cs="Times New Roman"/>
        </w:rPr>
        <w:t>.</w:t>
      </w:r>
    </w:p>
    <w:p w14:paraId="58DBED2E"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5:</w:t>
      </w:r>
      <w:r w:rsidRPr="00803531">
        <w:rPr>
          <w:rFonts w:cs="Times New Roman"/>
          <w:b/>
          <w:color w:val="0000FF"/>
        </w:rPr>
        <w:tab/>
      </w:r>
      <w:r w:rsidRPr="00803531">
        <w:rPr>
          <w:rFonts w:cs="Times New Roman"/>
        </w:rPr>
        <w:t xml:space="preserve">Giả sử có khai triển </w:t>
      </w:r>
      <w:r w:rsidRPr="00803531">
        <w:rPr>
          <w:position w:val="-12"/>
        </w:rPr>
        <w:object w:dxaOrig="3519" w:dyaOrig="380" w14:anchorId="567EC4EB">
          <v:shape id="_x0000_i1925" type="#_x0000_t75" style="width:175.8pt;height:19.2pt" o:ole="">
            <v:imagedata r:id="rId1702" o:title=""/>
          </v:shape>
          <o:OLEObject Type="Embed" ProgID="Equation.DSMT4" ShapeID="_x0000_i1925" DrawAspect="Content" ObjectID="_1699918661" r:id="rId1703"/>
        </w:object>
      </w:r>
      <w:r w:rsidRPr="00803531">
        <w:rPr>
          <w:rFonts w:cs="Times New Roman"/>
        </w:rPr>
        <w:t xml:space="preserve">. Tìm </w:t>
      </w:r>
      <w:r w:rsidRPr="00803531">
        <w:rPr>
          <w:position w:val="-12"/>
        </w:rPr>
        <w:object w:dxaOrig="260" w:dyaOrig="360" w14:anchorId="585557F1">
          <v:shape id="_x0000_i1926" type="#_x0000_t75" style="width:13.2pt;height:18pt" o:ole="">
            <v:imagedata r:id="rId1704" o:title=""/>
          </v:shape>
          <o:OLEObject Type="Embed" ProgID="Equation.DSMT4" ShapeID="_x0000_i1926" DrawAspect="Content" ObjectID="_1699918662" r:id="rId1705"/>
        </w:object>
      </w:r>
      <w:r w:rsidRPr="00803531">
        <w:rPr>
          <w:rFonts w:cs="Times New Roman"/>
        </w:rPr>
        <w:t>.</w:t>
      </w:r>
    </w:p>
    <w:p w14:paraId="0826EE2F"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rPr>
        <w:t>672.</w:t>
      </w:r>
      <w:r w:rsidRPr="00803531">
        <w:rPr>
          <w:rFonts w:cs="Times New Roman"/>
        </w:rPr>
        <w:tab/>
      </w:r>
      <w:r w:rsidRPr="00803531">
        <w:rPr>
          <w:rFonts w:cs="Times New Roman"/>
          <w:b/>
          <w:color w:val="0000FF"/>
        </w:rPr>
        <w:t xml:space="preserve">B. </w:t>
      </w:r>
      <w:r w:rsidRPr="00803531">
        <w:rPr>
          <w:rFonts w:cs="Times New Roman"/>
          <w:position w:val="-6"/>
        </w:rPr>
        <w:object w:dxaOrig="760" w:dyaOrig="320" w14:anchorId="5D1B99F5">
          <v:shape id="_x0000_i1927" type="#_x0000_t75" style="width:37.8pt;height:16.2pt" o:ole="">
            <v:imagedata r:id="rId1706" o:title=""/>
          </v:shape>
          <o:OLEObject Type="Embed" ProgID="Equation.DSMT4" ShapeID="_x0000_i1927" DrawAspect="Content" ObjectID="_1699918663" r:id="rId1707"/>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6"/>
        </w:rPr>
        <w:object w:dxaOrig="560" w:dyaOrig="279" w14:anchorId="06EE2AF1">
          <v:shape id="_x0000_i1928" type="#_x0000_t75" style="width:28.2pt;height:13.8pt" o:ole="">
            <v:imagedata r:id="rId1708" o:title=""/>
          </v:shape>
          <o:OLEObject Type="Embed" ProgID="Equation.DSMT4" ShapeID="_x0000_i1928" DrawAspect="Content" ObjectID="_1699918664" r:id="rId1709"/>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6"/>
        </w:rPr>
        <w:object w:dxaOrig="639" w:dyaOrig="320" w14:anchorId="79F21858">
          <v:shape id="_x0000_i1929" type="#_x0000_t75" style="width:31.8pt;height:16.2pt" o:ole="">
            <v:imagedata r:id="rId1710" o:title=""/>
          </v:shape>
          <o:OLEObject Type="Embed" ProgID="Equation.DSMT4" ShapeID="_x0000_i1929" DrawAspect="Content" ObjectID="_1699918665" r:id="rId1711"/>
        </w:object>
      </w:r>
      <w:r w:rsidRPr="00803531">
        <w:rPr>
          <w:rFonts w:cs="Times New Roman"/>
        </w:rPr>
        <w:t>.</w:t>
      </w:r>
    </w:p>
    <w:p w14:paraId="588C26D6"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6:</w:t>
      </w:r>
      <w:r w:rsidRPr="00803531">
        <w:rPr>
          <w:rFonts w:cs="Times New Roman"/>
          <w:b/>
          <w:color w:val="0000FF"/>
        </w:rPr>
        <w:tab/>
      </w:r>
      <w:r w:rsidRPr="00803531">
        <w:rPr>
          <w:rFonts w:cs="Times New Roman"/>
        </w:rPr>
        <w:t>Một lớp học có 15 nam và 20 nữ. Chọn ngẫu nhiên 3 học sinh để đi hoạt động đoàn. Xác suất để 3 học sinh chọn ra là nam:</w:t>
      </w:r>
    </w:p>
    <w:p w14:paraId="13BACE90"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24"/>
        </w:rPr>
        <w:object w:dxaOrig="460" w:dyaOrig="620" w14:anchorId="579CDC08">
          <v:shape id="_x0000_i1930" type="#_x0000_t75" style="width:22.8pt;height:31.2pt" o:ole="">
            <v:imagedata r:id="rId1712" o:title=""/>
          </v:shape>
          <o:OLEObject Type="Embed" ProgID="Equation.DSMT4" ShapeID="_x0000_i1930" DrawAspect="Content" ObjectID="_1699918666" r:id="rId1713"/>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24"/>
        </w:rPr>
        <w:object w:dxaOrig="460" w:dyaOrig="620" w14:anchorId="37B206AF">
          <v:shape id="_x0000_i1931" type="#_x0000_t75" style="width:22.8pt;height:31.2pt" o:ole="">
            <v:imagedata r:id="rId1714" o:title=""/>
          </v:shape>
          <o:OLEObject Type="Embed" ProgID="Equation.DSMT4" ShapeID="_x0000_i1931" DrawAspect="Content" ObjectID="_1699918667" r:id="rId1715"/>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24"/>
        </w:rPr>
        <w:object w:dxaOrig="240" w:dyaOrig="620" w14:anchorId="43B73101">
          <v:shape id="_x0000_i1932" type="#_x0000_t75" style="width:12pt;height:31.2pt" o:ole="">
            <v:imagedata r:id="rId1716" o:title=""/>
          </v:shape>
          <o:OLEObject Type="Embed" ProgID="Equation.DSMT4" ShapeID="_x0000_i1932" DrawAspect="Content" ObjectID="_1699918668" r:id="rId1717"/>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24"/>
        </w:rPr>
        <w:object w:dxaOrig="240" w:dyaOrig="620" w14:anchorId="65DFCD80">
          <v:shape id="_x0000_i1933" type="#_x0000_t75" style="width:12pt;height:31.2pt" o:ole="">
            <v:imagedata r:id="rId1718" o:title=""/>
          </v:shape>
          <o:OLEObject Type="Embed" ProgID="Equation.DSMT4" ShapeID="_x0000_i1933" DrawAspect="Content" ObjectID="_1699918669" r:id="rId1719"/>
        </w:object>
      </w:r>
      <w:r w:rsidRPr="00803531">
        <w:rPr>
          <w:rFonts w:cs="Times New Roman"/>
        </w:rPr>
        <w:t>.</w:t>
      </w:r>
    </w:p>
    <w:p w14:paraId="00933698"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7:</w:t>
      </w:r>
      <w:r w:rsidRPr="00803531">
        <w:rPr>
          <w:rFonts w:cs="Times New Roman"/>
          <w:b/>
          <w:color w:val="0000FF"/>
        </w:rPr>
        <w:tab/>
      </w:r>
      <w:r w:rsidRPr="00803531">
        <w:rPr>
          <w:rFonts w:cs="Times New Roman"/>
        </w:rPr>
        <w:t xml:space="preserve">Cho dãy số </w:t>
      </w:r>
      <w:r w:rsidRPr="00803531">
        <w:rPr>
          <w:position w:val="-14"/>
        </w:rPr>
        <w:object w:dxaOrig="480" w:dyaOrig="400" w14:anchorId="55DB950B">
          <v:shape id="_x0000_i1934" type="#_x0000_t75" style="width:24pt;height:19.8pt" o:ole="">
            <v:imagedata r:id="rId1720" o:title=""/>
          </v:shape>
          <o:OLEObject Type="Embed" ProgID="Equation.DSMT4" ShapeID="_x0000_i1934" DrawAspect="Content" ObjectID="_1699918670" r:id="rId1721"/>
        </w:object>
      </w:r>
      <w:r w:rsidRPr="00803531">
        <w:rPr>
          <w:rFonts w:cs="Times New Roman"/>
        </w:rPr>
        <w:t xml:space="preserve"> với </w:t>
      </w:r>
      <w:r w:rsidRPr="00803531">
        <w:rPr>
          <w:position w:val="-12"/>
        </w:rPr>
        <w:object w:dxaOrig="720" w:dyaOrig="380" w14:anchorId="63F1B643">
          <v:shape id="_x0000_i1935" type="#_x0000_t75" style="width:36pt;height:19.2pt" o:ole="">
            <v:imagedata r:id="rId1722" o:title=""/>
          </v:shape>
          <o:OLEObject Type="Embed" ProgID="Equation.DSMT4" ShapeID="_x0000_i1935" DrawAspect="Content" ObjectID="_1699918671" r:id="rId1723"/>
        </w:object>
      </w:r>
      <w:r w:rsidRPr="00803531">
        <w:rPr>
          <w:rFonts w:cs="Times New Roman"/>
        </w:rPr>
        <w:t xml:space="preserve">. Tính </w:t>
      </w:r>
      <w:r w:rsidRPr="00803531">
        <w:rPr>
          <w:position w:val="-12"/>
        </w:rPr>
        <w:object w:dxaOrig="260" w:dyaOrig="360" w14:anchorId="4AEA1E6D">
          <v:shape id="_x0000_i1936" type="#_x0000_t75" style="width:13.2pt;height:18pt" o:ole="">
            <v:imagedata r:id="rId1724" o:title=""/>
          </v:shape>
          <o:OLEObject Type="Embed" ProgID="Equation.DSMT4" ShapeID="_x0000_i1936" DrawAspect="Content" ObjectID="_1699918672" r:id="rId1725"/>
        </w:object>
      </w:r>
      <w:r w:rsidRPr="00803531">
        <w:rPr>
          <w:rFonts w:cs="Times New Roman"/>
        </w:rPr>
        <w:t>.</w:t>
      </w:r>
    </w:p>
    <w:p w14:paraId="2AA21540"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2"/>
        </w:rPr>
        <w:object w:dxaOrig="639" w:dyaOrig="360" w14:anchorId="129E1FA1">
          <v:shape id="_x0000_i1937" type="#_x0000_t75" style="width:31.8pt;height:18pt" o:ole="">
            <v:imagedata r:id="rId1726" o:title=""/>
          </v:shape>
          <o:OLEObject Type="Embed" ProgID="Equation.DSMT4" ShapeID="_x0000_i1937" DrawAspect="Content" ObjectID="_1699918673" r:id="rId1727"/>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12"/>
        </w:rPr>
        <w:object w:dxaOrig="760" w:dyaOrig="360" w14:anchorId="573029C5">
          <v:shape id="_x0000_i1938" type="#_x0000_t75" style="width:37.8pt;height:18pt" o:ole="">
            <v:imagedata r:id="rId1728" o:title=""/>
          </v:shape>
          <o:OLEObject Type="Embed" ProgID="Equation.DSMT4" ShapeID="_x0000_i1938" DrawAspect="Content" ObjectID="_1699918674" r:id="rId1729"/>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12"/>
        </w:rPr>
        <w:object w:dxaOrig="620" w:dyaOrig="360" w14:anchorId="6DBF52F0">
          <v:shape id="_x0000_i1939" type="#_x0000_t75" style="width:31.2pt;height:18pt" o:ole="">
            <v:imagedata r:id="rId1730" o:title=""/>
          </v:shape>
          <o:OLEObject Type="Embed" ProgID="Equation.DSMT4" ShapeID="_x0000_i1939" DrawAspect="Content" ObjectID="_1699918675" r:id="rId1731"/>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2"/>
        </w:rPr>
        <w:object w:dxaOrig="720" w:dyaOrig="360" w14:anchorId="5FDDC25D">
          <v:shape id="_x0000_i1940" type="#_x0000_t75" style="width:36pt;height:18pt" o:ole="">
            <v:imagedata r:id="rId1732" o:title=""/>
          </v:shape>
          <o:OLEObject Type="Embed" ProgID="Equation.DSMT4" ShapeID="_x0000_i1940" DrawAspect="Content" ObjectID="_1699918676" r:id="rId1733"/>
        </w:object>
      </w:r>
      <w:r w:rsidRPr="00803531">
        <w:rPr>
          <w:rFonts w:cs="Times New Roman"/>
        </w:rPr>
        <w:t>.</w:t>
      </w:r>
    </w:p>
    <w:p w14:paraId="2715FC4A"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8:</w:t>
      </w:r>
      <w:r w:rsidRPr="00803531">
        <w:rPr>
          <w:rFonts w:cs="Times New Roman"/>
          <w:b/>
          <w:color w:val="0000FF"/>
        </w:rPr>
        <w:tab/>
      </w:r>
      <w:r w:rsidRPr="00803531">
        <w:rPr>
          <w:rFonts w:cs="Times New Roman"/>
        </w:rPr>
        <w:t xml:space="preserve">Trong các dãy số </w:t>
      </w:r>
      <w:r w:rsidRPr="00803531">
        <w:rPr>
          <w:position w:val="-14"/>
        </w:rPr>
        <w:object w:dxaOrig="480" w:dyaOrig="400" w14:anchorId="59764951">
          <v:shape id="_x0000_i1941" type="#_x0000_t75" style="width:24pt;height:19.8pt" o:ole="">
            <v:imagedata r:id="rId1734" o:title=""/>
          </v:shape>
          <o:OLEObject Type="Embed" ProgID="Equation.DSMT4" ShapeID="_x0000_i1941" DrawAspect="Content" ObjectID="_1699918677" r:id="rId1735"/>
        </w:object>
      </w:r>
      <w:r w:rsidRPr="00803531">
        <w:rPr>
          <w:rFonts w:cs="Times New Roman"/>
        </w:rPr>
        <w:t xml:space="preserve"> cho bởi số hạng tổng quát </w:t>
      </w:r>
      <w:r w:rsidRPr="00803531">
        <w:rPr>
          <w:position w:val="-12"/>
        </w:rPr>
        <w:object w:dxaOrig="260" w:dyaOrig="360" w14:anchorId="29E798F8">
          <v:shape id="_x0000_i1942" type="#_x0000_t75" style="width:13.2pt;height:18pt" o:ole="">
            <v:imagedata r:id="rId1736" o:title=""/>
          </v:shape>
          <o:OLEObject Type="Embed" ProgID="Equation.DSMT4" ShapeID="_x0000_i1942" DrawAspect="Content" ObjectID="_1699918678" r:id="rId1737"/>
        </w:object>
      </w:r>
      <w:r w:rsidRPr="00803531">
        <w:rPr>
          <w:rFonts w:cs="Times New Roman"/>
        </w:rPr>
        <w:t xml:space="preserve"> sau, dãy số nào là dãy số giảm?</w:t>
      </w:r>
    </w:p>
    <w:p w14:paraId="117C5F2A"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24"/>
        </w:rPr>
        <w:object w:dxaOrig="800" w:dyaOrig="620" w14:anchorId="34E43531">
          <v:shape id="_x0000_i1943" type="#_x0000_t75" style="width:40.2pt;height:31.2pt" o:ole="">
            <v:imagedata r:id="rId1738" o:title=""/>
          </v:shape>
          <o:OLEObject Type="Embed" ProgID="Equation.DSMT4" ShapeID="_x0000_i1943" DrawAspect="Content" ObjectID="_1699918679" r:id="rId1739"/>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24"/>
        </w:rPr>
        <w:object w:dxaOrig="1080" w:dyaOrig="620" w14:anchorId="31D95D23">
          <v:shape id="_x0000_i1944" type="#_x0000_t75" style="width:54pt;height:31.2pt" o:ole="">
            <v:imagedata r:id="rId1740" o:title=""/>
          </v:shape>
          <o:OLEObject Type="Embed" ProgID="Equation.DSMT4" ShapeID="_x0000_i1944" DrawAspect="Content" ObjectID="_1699918680" r:id="rId1741"/>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12"/>
        </w:rPr>
        <w:object w:dxaOrig="740" w:dyaOrig="380" w14:anchorId="7AD6D45D">
          <v:shape id="_x0000_i1945" type="#_x0000_t75" style="width:37.2pt;height:19.2pt" o:ole="">
            <v:imagedata r:id="rId1742" o:title=""/>
          </v:shape>
          <o:OLEObject Type="Embed" ProgID="Equation.DSMT4" ShapeID="_x0000_i1945" DrawAspect="Content" ObjectID="_1699918681" r:id="rId1743"/>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2"/>
        </w:rPr>
        <w:object w:dxaOrig="1160" w:dyaOrig="400" w14:anchorId="1E9DED06">
          <v:shape id="_x0000_i1946" type="#_x0000_t75" style="width:58.2pt;height:19.8pt" o:ole="">
            <v:imagedata r:id="rId1744" o:title=""/>
          </v:shape>
          <o:OLEObject Type="Embed" ProgID="Equation.DSMT4" ShapeID="_x0000_i1946" DrawAspect="Content" ObjectID="_1699918682" r:id="rId1745"/>
        </w:object>
      </w:r>
      <w:r w:rsidRPr="00803531">
        <w:rPr>
          <w:rFonts w:cs="Times New Roman"/>
        </w:rPr>
        <w:t>.</w:t>
      </w:r>
    </w:p>
    <w:p w14:paraId="6B5B99E5"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9:</w:t>
      </w:r>
      <w:r w:rsidRPr="00803531">
        <w:rPr>
          <w:rFonts w:cs="Times New Roman"/>
          <w:b/>
          <w:color w:val="0000FF"/>
        </w:rPr>
        <w:tab/>
      </w:r>
      <w:r w:rsidRPr="00803531">
        <w:rPr>
          <w:rFonts w:cs="Times New Roman"/>
        </w:rPr>
        <w:t xml:space="preserve">Cho cấp số cộng </w:t>
      </w:r>
      <w:r w:rsidRPr="00803531">
        <w:rPr>
          <w:position w:val="-14"/>
        </w:rPr>
        <w:object w:dxaOrig="480" w:dyaOrig="400" w14:anchorId="2B9AAEC3">
          <v:shape id="_x0000_i1947" type="#_x0000_t75" style="width:24pt;height:19.8pt" o:ole="">
            <v:imagedata r:id="rId1746" o:title=""/>
          </v:shape>
          <o:OLEObject Type="Embed" ProgID="Equation.DSMT4" ShapeID="_x0000_i1947" DrawAspect="Content" ObjectID="_1699918683" r:id="rId1747"/>
        </w:object>
      </w:r>
      <w:r w:rsidRPr="00803531">
        <w:rPr>
          <w:rFonts w:cs="Times New Roman"/>
        </w:rPr>
        <w:t xml:space="preserve"> có </w:t>
      </w:r>
      <w:r w:rsidRPr="00803531">
        <w:rPr>
          <w:position w:val="-12"/>
        </w:rPr>
        <w:object w:dxaOrig="760" w:dyaOrig="360" w14:anchorId="682F2F6D">
          <v:shape id="_x0000_i1948" type="#_x0000_t75" style="width:37.8pt;height:18pt" o:ole="">
            <v:imagedata r:id="rId1748" o:title=""/>
          </v:shape>
          <o:OLEObject Type="Embed" ProgID="Equation.DSMT4" ShapeID="_x0000_i1948" DrawAspect="Content" ObjectID="_1699918684" r:id="rId1749"/>
        </w:object>
      </w:r>
      <w:r w:rsidRPr="00803531">
        <w:rPr>
          <w:rFonts w:cs="Times New Roman"/>
        </w:rPr>
        <w:t xml:space="preserve"> và công sai </w:t>
      </w:r>
      <w:r w:rsidRPr="00803531">
        <w:rPr>
          <w:position w:val="-6"/>
        </w:rPr>
        <w:object w:dxaOrig="560" w:dyaOrig="279" w14:anchorId="753B5876">
          <v:shape id="_x0000_i1949" type="#_x0000_t75" style="width:28.2pt;height:13.8pt" o:ole="">
            <v:imagedata r:id="rId1750" o:title=""/>
          </v:shape>
          <o:OLEObject Type="Embed" ProgID="Equation.DSMT4" ShapeID="_x0000_i1949" DrawAspect="Content" ObjectID="_1699918685" r:id="rId1751"/>
        </w:object>
      </w:r>
      <w:r w:rsidRPr="00803531">
        <w:rPr>
          <w:rFonts w:cs="Times New Roman"/>
        </w:rPr>
        <w:t xml:space="preserve">. Tìm số hạng </w:t>
      </w:r>
      <w:r w:rsidRPr="00803531">
        <w:rPr>
          <w:position w:val="-12"/>
        </w:rPr>
        <w:object w:dxaOrig="320" w:dyaOrig="360" w14:anchorId="00BDAE57">
          <v:shape id="_x0000_i1950" type="#_x0000_t75" style="width:16.2pt;height:18pt" o:ole="">
            <v:imagedata r:id="rId1752" o:title=""/>
          </v:shape>
          <o:OLEObject Type="Embed" ProgID="Equation.DSMT4" ShapeID="_x0000_i1950" DrawAspect="Content" ObjectID="_1699918686" r:id="rId1753"/>
        </w:object>
      </w:r>
      <w:r w:rsidRPr="00803531">
        <w:rPr>
          <w:rFonts w:cs="Times New Roman"/>
        </w:rPr>
        <w:t>.</w:t>
      </w:r>
    </w:p>
    <w:p w14:paraId="342BE143"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2"/>
        </w:rPr>
        <w:object w:dxaOrig="1080" w:dyaOrig="380" w14:anchorId="07D602AC">
          <v:shape id="_x0000_i1951" type="#_x0000_t75" style="width:54pt;height:19.2pt" o:ole="">
            <v:imagedata r:id="rId1754" o:title=""/>
          </v:shape>
          <o:OLEObject Type="Embed" ProgID="Equation.DSMT4" ShapeID="_x0000_i1951" DrawAspect="Content" ObjectID="_1699918687" r:id="rId1755"/>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12"/>
        </w:rPr>
        <w:object w:dxaOrig="820" w:dyaOrig="360" w14:anchorId="38312367">
          <v:shape id="_x0000_i1952" type="#_x0000_t75" style="width:40.8pt;height:18pt" o:ole="">
            <v:imagedata r:id="rId1756" o:title=""/>
          </v:shape>
          <o:OLEObject Type="Embed" ProgID="Equation.DSMT4" ShapeID="_x0000_i1952" DrawAspect="Content" ObjectID="_1699918688" r:id="rId1757"/>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12"/>
        </w:rPr>
        <w:object w:dxaOrig="820" w:dyaOrig="360" w14:anchorId="5027FE1F">
          <v:shape id="_x0000_i1953" type="#_x0000_t75" style="width:40.8pt;height:18pt" o:ole="">
            <v:imagedata r:id="rId1758" o:title=""/>
          </v:shape>
          <o:OLEObject Type="Embed" ProgID="Equation.DSMT4" ShapeID="_x0000_i1953" DrawAspect="Content" ObjectID="_1699918689" r:id="rId1759"/>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2"/>
        </w:rPr>
        <w:object w:dxaOrig="960" w:dyaOrig="360" w14:anchorId="294CC960">
          <v:shape id="_x0000_i1954" type="#_x0000_t75" style="width:48pt;height:18pt" o:ole="">
            <v:imagedata r:id="rId1760" o:title=""/>
          </v:shape>
          <o:OLEObject Type="Embed" ProgID="Equation.DSMT4" ShapeID="_x0000_i1954" DrawAspect="Content" ObjectID="_1699918690" r:id="rId1761"/>
        </w:object>
      </w:r>
      <w:r w:rsidRPr="00803531">
        <w:rPr>
          <w:rFonts w:cs="Times New Roman"/>
        </w:rPr>
        <w:t>.</w:t>
      </w:r>
    </w:p>
    <w:p w14:paraId="126D9B56"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10:</w:t>
      </w:r>
      <w:r w:rsidRPr="00803531">
        <w:rPr>
          <w:rFonts w:cs="Times New Roman"/>
          <w:b/>
          <w:color w:val="0000FF"/>
        </w:rPr>
        <w:tab/>
      </w:r>
      <w:r w:rsidRPr="00803531">
        <w:rPr>
          <w:rFonts w:cs="Times New Roman"/>
        </w:rPr>
        <w:t xml:space="preserve">Phép biến hình nào sau đây không có tính chất "Biến hai điểm phân biệt </w:t>
      </w:r>
      <w:r w:rsidRPr="00803531">
        <w:rPr>
          <w:position w:val="-10"/>
        </w:rPr>
        <w:object w:dxaOrig="600" w:dyaOrig="320" w14:anchorId="01D620C0">
          <v:shape id="_x0000_i1955" type="#_x0000_t75" style="width:30pt;height:16.2pt" o:ole="">
            <v:imagedata r:id="rId1762" o:title=""/>
          </v:shape>
          <o:OLEObject Type="Embed" ProgID="Equation.DSMT4" ShapeID="_x0000_i1955" DrawAspect="Content" ObjectID="_1699918691" r:id="rId1763"/>
        </w:object>
      </w:r>
      <w:r w:rsidRPr="00803531">
        <w:rPr>
          <w:rFonts w:cs="Times New Roman"/>
        </w:rPr>
        <w:t xml:space="preserve"> lần lượt thành hai điểm </w:t>
      </w:r>
      <w:r w:rsidRPr="00803531">
        <w:rPr>
          <w:position w:val="-10"/>
        </w:rPr>
        <w:object w:dxaOrig="700" w:dyaOrig="320" w14:anchorId="0EB3140F">
          <v:shape id="_x0000_i1956" type="#_x0000_t75" style="width:34.8pt;height:16.2pt" o:ole="">
            <v:imagedata r:id="rId1764" o:title=""/>
          </v:shape>
          <o:OLEObject Type="Embed" ProgID="Equation.DSMT4" ShapeID="_x0000_i1956" DrawAspect="Content" ObjectID="_1699918692" r:id="rId1765"/>
        </w:object>
      </w:r>
      <w:r w:rsidRPr="00803531">
        <w:rPr>
          <w:rFonts w:cs="Times New Roman"/>
        </w:rPr>
        <w:t xml:space="preserve"> mà </w:t>
      </w:r>
      <w:r w:rsidRPr="00803531">
        <w:rPr>
          <w:position w:val="-6"/>
        </w:rPr>
        <w:object w:dxaOrig="1280" w:dyaOrig="320" w14:anchorId="071540AC">
          <v:shape id="_x0000_i1957" type="#_x0000_t75" style="width:64.2pt;height:16.2pt" o:ole="">
            <v:imagedata r:id="rId1766" o:title=""/>
          </v:shape>
          <o:OLEObject Type="Embed" ProgID="Equation.DSMT4" ShapeID="_x0000_i1957" DrawAspect="Content" ObjectID="_1699918693" r:id="rId1767"/>
        </w:object>
      </w:r>
      <w:r w:rsidRPr="00803531">
        <w:rPr>
          <w:rFonts w:cs="Times New Roman"/>
        </w:rPr>
        <w:t>.</w:t>
      </w:r>
    </w:p>
    <w:p w14:paraId="11ECFD79"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rPr>
        <w:t>Phép tịnh tiến.</w:t>
      </w:r>
      <w:r w:rsidRPr="00803531">
        <w:rPr>
          <w:rFonts w:cs="Times New Roman"/>
        </w:rPr>
        <w:tab/>
      </w:r>
      <w:r>
        <w:rPr>
          <w:rFonts w:cs="Times New Roman"/>
        </w:rPr>
        <w:tab/>
      </w:r>
      <w:r w:rsidRPr="00803531">
        <w:rPr>
          <w:rFonts w:cs="Times New Roman"/>
          <w:b/>
          <w:color w:val="0000FF"/>
        </w:rPr>
        <w:t xml:space="preserve">B. </w:t>
      </w:r>
      <w:r w:rsidRPr="00803531">
        <w:rPr>
          <w:rFonts w:cs="Times New Roman"/>
        </w:rPr>
        <w:t>Phép quay.</w:t>
      </w:r>
    </w:p>
    <w:p w14:paraId="4BC4CC85"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C. </w:t>
      </w:r>
      <w:r w:rsidRPr="00803531">
        <w:rPr>
          <w:rFonts w:cs="Times New Roman"/>
        </w:rPr>
        <w:t>Phép đối xứng trục.</w:t>
      </w:r>
      <w:r w:rsidRPr="00803531">
        <w:rPr>
          <w:rFonts w:cs="Times New Roman"/>
        </w:rPr>
        <w:tab/>
      </w:r>
      <w:r>
        <w:rPr>
          <w:rFonts w:cs="Times New Roman"/>
        </w:rPr>
        <w:tab/>
      </w:r>
      <w:r w:rsidRPr="00803531">
        <w:rPr>
          <w:rFonts w:cs="Times New Roman"/>
          <w:b/>
          <w:color w:val="0000FF"/>
        </w:rPr>
        <w:t xml:space="preserve">D. </w:t>
      </w:r>
      <w:r w:rsidRPr="00803531">
        <w:rPr>
          <w:rFonts w:cs="Times New Roman"/>
        </w:rPr>
        <w:t xml:space="preserve">Phép vị tự với tỉ số </w:t>
      </w:r>
      <w:r w:rsidRPr="00803531">
        <w:rPr>
          <w:rFonts w:cs="Times New Roman"/>
          <w:position w:val="-6"/>
        </w:rPr>
        <w:object w:dxaOrig="520" w:dyaOrig="279" w14:anchorId="555EB9F6">
          <v:shape id="_x0000_i1958" type="#_x0000_t75" style="width:25.8pt;height:13.8pt" o:ole="">
            <v:imagedata r:id="rId1768" o:title=""/>
          </v:shape>
          <o:OLEObject Type="Embed" ProgID="Equation.DSMT4" ShapeID="_x0000_i1958" DrawAspect="Content" ObjectID="_1699918694" r:id="rId1769"/>
        </w:object>
      </w:r>
      <w:r w:rsidRPr="00803531">
        <w:rPr>
          <w:rFonts w:cs="Times New Roman"/>
        </w:rPr>
        <w:t>.</w:t>
      </w:r>
    </w:p>
    <w:p w14:paraId="57E6E1AF" w14:textId="77777777" w:rsidR="00DE7E5C" w:rsidRDefault="00DE7E5C" w:rsidP="00803531">
      <w:pPr>
        <w:tabs>
          <w:tab w:val="left" w:pos="992"/>
        </w:tabs>
        <w:spacing w:before="120" w:after="0"/>
        <w:ind w:left="992" w:hanging="992"/>
        <w:jc w:val="both"/>
        <w:rPr>
          <w:rFonts w:cs="Times New Roman"/>
        </w:rPr>
      </w:pPr>
      <w:r w:rsidRPr="00803531">
        <w:rPr>
          <w:rFonts w:cs="Times New Roman"/>
          <w:b/>
          <w:color w:val="0000FF"/>
        </w:rPr>
        <w:t>Câu 11:</w:t>
      </w:r>
      <w:r w:rsidRPr="00803531">
        <w:rPr>
          <w:rFonts w:cs="Times New Roman"/>
          <w:b/>
          <w:color w:val="0000FF"/>
        </w:rPr>
        <w:tab/>
      </w:r>
      <w:r w:rsidRPr="00803531">
        <w:rPr>
          <w:rFonts w:cs="Times New Roman"/>
        </w:rPr>
        <w:t xml:space="preserve">Cho hình bát giác đều </w:t>
      </w:r>
      <w:r w:rsidRPr="00803531">
        <w:rPr>
          <w:position w:val="-6"/>
        </w:rPr>
        <w:object w:dxaOrig="1400" w:dyaOrig="279" w14:anchorId="2E10E40A">
          <v:shape id="_x0000_i1959" type="#_x0000_t75" style="width:70.2pt;height:13.8pt" o:ole="">
            <v:imagedata r:id="rId1770" o:title=""/>
          </v:shape>
          <o:OLEObject Type="Embed" ProgID="Equation.DSMT4" ShapeID="_x0000_i1959" DrawAspect="Content" ObjectID="_1699918695" r:id="rId1771"/>
        </w:object>
      </w:r>
      <w:r w:rsidRPr="00803531">
        <w:rPr>
          <w:rFonts w:cs="Times New Roman"/>
        </w:rPr>
        <w:t xml:space="preserve"> có tâm là điểm </w:t>
      </w:r>
      <w:r w:rsidRPr="00803531">
        <w:rPr>
          <w:position w:val="-6"/>
        </w:rPr>
        <w:object w:dxaOrig="240" w:dyaOrig="279" w14:anchorId="59092D05">
          <v:shape id="_x0000_i1960" type="#_x0000_t75" style="width:12pt;height:13.8pt" o:ole="">
            <v:imagedata r:id="rId1772" o:title=""/>
          </v:shape>
          <o:OLEObject Type="Embed" ProgID="Equation.DSMT4" ShapeID="_x0000_i1960" DrawAspect="Content" ObjectID="_1699918696" r:id="rId1773"/>
        </w:object>
      </w:r>
      <w:r w:rsidRPr="00803531">
        <w:rPr>
          <w:rFonts w:cs="Times New Roman"/>
        </w:rPr>
        <w:t xml:space="preserve"> (xem hình vẽ). Ảnh của điểm </w:t>
      </w:r>
      <w:r w:rsidRPr="00803531">
        <w:rPr>
          <w:position w:val="-4"/>
        </w:rPr>
        <w:object w:dxaOrig="240" w:dyaOrig="260" w14:anchorId="50110D67">
          <v:shape id="_x0000_i1961" type="#_x0000_t75" style="width:12pt;height:13.2pt" o:ole="">
            <v:imagedata r:id="rId1774" o:title=""/>
          </v:shape>
          <o:OLEObject Type="Embed" ProgID="Equation.DSMT4" ShapeID="_x0000_i1961" DrawAspect="Content" ObjectID="_1699918697" r:id="rId1775"/>
        </w:object>
      </w:r>
      <w:r w:rsidRPr="00803531">
        <w:rPr>
          <w:rFonts w:cs="Times New Roman"/>
        </w:rPr>
        <w:t xml:space="preserve"> qua phép quay tâm </w:t>
      </w:r>
      <w:r w:rsidRPr="00803531">
        <w:rPr>
          <w:position w:val="-6"/>
        </w:rPr>
        <w:object w:dxaOrig="240" w:dyaOrig="279" w14:anchorId="393C1A89">
          <v:shape id="_x0000_i1962" type="#_x0000_t75" style="width:12pt;height:13.8pt" o:ole="">
            <v:imagedata r:id="rId1776" o:title=""/>
          </v:shape>
          <o:OLEObject Type="Embed" ProgID="Equation.DSMT4" ShapeID="_x0000_i1962" DrawAspect="Content" ObjectID="_1699918698" r:id="rId1777"/>
        </w:object>
      </w:r>
      <w:r w:rsidRPr="00803531">
        <w:rPr>
          <w:rFonts w:cs="Times New Roman"/>
        </w:rPr>
        <w:t xml:space="preserve"> và góc quay </w:t>
      </w:r>
      <w:r w:rsidRPr="00803531">
        <w:rPr>
          <w:position w:val="-6"/>
        </w:rPr>
        <w:object w:dxaOrig="460" w:dyaOrig="320" w14:anchorId="51D2C5BF">
          <v:shape id="_x0000_i1963" type="#_x0000_t75" style="width:22.8pt;height:16.2pt" o:ole="">
            <v:imagedata r:id="rId1778" o:title=""/>
          </v:shape>
          <o:OLEObject Type="Embed" ProgID="Equation.DSMT4" ShapeID="_x0000_i1963" DrawAspect="Content" ObjectID="_1699918699" r:id="rId1779"/>
        </w:object>
      </w:r>
      <w:r w:rsidRPr="00803531">
        <w:rPr>
          <w:rFonts w:cs="Times New Roman"/>
        </w:rPr>
        <w:t xml:space="preserve"> là điểm nào sau đây</w:t>
      </w:r>
    </w:p>
    <w:p w14:paraId="4F6CC878" w14:textId="77777777" w:rsidR="00DE7E5C" w:rsidRPr="00803531" w:rsidRDefault="00DE7E5C" w:rsidP="00803531">
      <w:pPr>
        <w:tabs>
          <w:tab w:val="left" w:pos="992"/>
        </w:tabs>
        <w:spacing w:before="120" w:after="0"/>
        <w:ind w:left="992" w:hanging="992"/>
        <w:jc w:val="center"/>
        <w:rPr>
          <w:rFonts w:cs="Times New Roman"/>
        </w:rPr>
      </w:pPr>
      <w:r>
        <w:rPr>
          <w:noProof/>
        </w:rPr>
        <w:drawing>
          <wp:inline distT="0" distB="0" distL="0" distR="0" wp14:anchorId="6246DE30" wp14:editId="53C6CCB3">
            <wp:extent cx="1219200" cy="12252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0"/>
                    <a:stretch>
                      <a:fillRect/>
                    </a:stretch>
                  </pic:blipFill>
                  <pic:spPr>
                    <a:xfrm>
                      <a:off x="0" y="0"/>
                      <a:ext cx="1223470" cy="1229556"/>
                    </a:xfrm>
                    <a:prstGeom prst="rect">
                      <a:avLst/>
                    </a:prstGeom>
                  </pic:spPr>
                </pic:pic>
              </a:graphicData>
            </a:graphic>
          </wp:inline>
        </w:drawing>
      </w:r>
    </w:p>
    <w:p w14:paraId="1B5391E4"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4"/>
        </w:rPr>
        <w:object w:dxaOrig="240" w:dyaOrig="260" w14:anchorId="1DF91145">
          <v:shape id="_x0000_i1964" type="#_x0000_t75" style="width:12pt;height:13.2pt" o:ole="">
            <v:imagedata r:id="rId1781" o:title=""/>
          </v:shape>
          <o:OLEObject Type="Embed" ProgID="Equation.DSMT4" ShapeID="_x0000_i1964" DrawAspect="Content" ObjectID="_1699918700" r:id="rId1782"/>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6"/>
        </w:rPr>
        <w:object w:dxaOrig="300" w:dyaOrig="279" w14:anchorId="77185895">
          <v:shape id="_x0000_i1965" type="#_x0000_t75" style="width:15pt;height:13.8pt" o:ole="">
            <v:imagedata r:id="rId1783" o:title=""/>
          </v:shape>
          <o:OLEObject Type="Embed" ProgID="Equation.DSMT4" ShapeID="_x0000_i1965" DrawAspect="Content" ObjectID="_1699918701" r:id="rId1784"/>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4"/>
        </w:rPr>
        <w:object w:dxaOrig="260" w:dyaOrig="260" w14:anchorId="7C0B4822">
          <v:shape id="_x0000_i1966" type="#_x0000_t75" style="width:13.2pt;height:13.2pt" o:ole="">
            <v:imagedata r:id="rId1785" o:title=""/>
          </v:shape>
          <o:OLEObject Type="Embed" ProgID="Equation.DSMT4" ShapeID="_x0000_i1966" DrawAspect="Content" ObjectID="_1699918702" r:id="rId1786"/>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6"/>
        </w:rPr>
        <w:object w:dxaOrig="260" w:dyaOrig="279" w14:anchorId="57DB31DE">
          <v:shape id="_x0000_i1967" type="#_x0000_t75" style="width:13.2pt;height:13.8pt" o:ole="">
            <v:imagedata r:id="rId1787" o:title=""/>
          </v:shape>
          <o:OLEObject Type="Embed" ProgID="Equation.DSMT4" ShapeID="_x0000_i1967" DrawAspect="Content" ObjectID="_1699918703" r:id="rId1788"/>
        </w:object>
      </w:r>
      <w:r w:rsidRPr="00803531">
        <w:rPr>
          <w:rFonts w:cs="Times New Roman"/>
        </w:rPr>
        <w:t>.</w:t>
      </w:r>
    </w:p>
    <w:p w14:paraId="701099B0"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lastRenderedPageBreak/>
        <w:t>Câu 12:</w:t>
      </w:r>
      <w:r w:rsidRPr="00803531">
        <w:rPr>
          <w:rFonts w:cs="Times New Roman"/>
          <w:b/>
          <w:color w:val="0000FF"/>
        </w:rPr>
        <w:tab/>
      </w:r>
      <w:r w:rsidRPr="00803531">
        <w:rPr>
          <w:rFonts w:cs="Times New Roman"/>
        </w:rPr>
        <w:t xml:space="preserve">Trong mặt phẳng </w:t>
      </w:r>
      <w:r w:rsidRPr="00803531">
        <w:rPr>
          <w:position w:val="-10"/>
        </w:rPr>
        <w:object w:dxaOrig="460" w:dyaOrig="320" w14:anchorId="0F14F2AF">
          <v:shape id="_x0000_i1968" type="#_x0000_t75" style="width:22.8pt;height:16.2pt" o:ole="">
            <v:imagedata r:id="rId1789" o:title=""/>
          </v:shape>
          <o:OLEObject Type="Embed" ProgID="Equation.DSMT4" ShapeID="_x0000_i1968" DrawAspect="Content" ObjectID="_1699918704" r:id="rId1790"/>
        </w:object>
      </w:r>
      <w:r w:rsidRPr="00803531">
        <w:rPr>
          <w:rFonts w:cs="Times New Roman"/>
        </w:rPr>
        <w:t xml:space="preserve">, cho điểm </w:t>
      </w:r>
      <w:r w:rsidRPr="00803531">
        <w:rPr>
          <w:position w:val="-10"/>
        </w:rPr>
        <w:object w:dxaOrig="940" w:dyaOrig="320" w14:anchorId="31AEDFAB">
          <v:shape id="_x0000_i1969" type="#_x0000_t75" style="width:46.8pt;height:16.2pt" o:ole="">
            <v:imagedata r:id="rId1791" o:title=""/>
          </v:shape>
          <o:OLEObject Type="Embed" ProgID="Equation.DSMT4" ShapeID="_x0000_i1969" DrawAspect="Content" ObjectID="_1699918705" r:id="rId1792"/>
        </w:object>
      </w:r>
      <w:r w:rsidRPr="00803531">
        <w:rPr>
          <w:rFonts w:cs="Times New Roman"/>
        </w:rPr>
        <w:t xml:space="preserve">. Tọa độ của điểm </w:t>
      </w:r>
      <w:r w:rsidRPr="00803531">
        <w:rPr>
          <w:position w:val="-6"/>
        </w:rPr>
        <w:object w:dxaOrig="279" w:dyaOrig="279" w14:anchorId="1CC77086">
          <v:shape id="_x0000_i1970" type="#_x0000_t75" style="width:13.8pt;height:13.8pt" o:ole="">
            <v:imagedata r:id="rId1793" o:title=""/>
          </v:shape>
          <o:OLEObject Type="Embed" ProgID="Equation.DSMT4" ShapeID="_x0000_i1970" DrawAspect="Content" ObjectID="_1699918706" r:id="rId1794"/>
        </w:object>
      </w:r>
      <w:r w:rsidRPr="00803531">
        <w:rPr>
          <w:rFonts w:cs="Times New Roman"/>
        </w:rPr>
        <w:t xml:space="preserve"> là ảnh của </w:t>
      </w:r>
      <w:r w:rsidRPr="00803531">
        <w:rPr>
          <w:position w:val="-4"/>
        </w:rPr>
        <w:object w:dxaOrig="320" w:dyaOrig="260" w14:anchorId="2A349082">
          <v:shape id="_x0000_i1971" type="#_x0000_t75" style="width:16.2pt;height:13.2pt" o:ole="">
            <v:imagedata r:id="rId1795" o:title=""/>
          </v:shape>
          <o:OLEObject Type="Embed" ProgID="Equation.DSMT4" ShapeID="_x0000_i1971" DrawAspect="Content" ObjectID="_1699918707" r:id="rId1796"/>
        </w:object>
      </w:r>
      <w:r w:rsidRPr="00803531">
        <w:rPr>
          <w:rFonts w:cs="Times New Roman"/>
        </w:rPr>
        <w:t xml:space="preserve"> qua phép tịnh tiến vecto </w:t>
      </w:r>
      <w:r w:rsidRPr="00803531">
        <w:rPr>
          <w:position w:val="-10"/>
        </w:rPr>
        <w:object w:dxaOrig="1020" w:dyaOrig="320" w14:anchorId="3D989E2C">
          <v:shape id="_x0000_i1972" type="#_x0000_t75" style="width:51pt;height:16.2pt" o:ole="">
            <v:imagedata r:id="rId1797" o:title=""/>
          </v:shape>
          <o:OLEObject Type="Embed" ProgID="Equation.DSMT4" ShapeID="_x0000_i1972" DrawAspect="Content" ObjectID="_1699918708" r:id="rId1798"/>
        </w:object>
      </w:r>
      <w:r w:rsidRPr="00803531">
        <w:rPr>
          <w:rFonts w:cs="Times New Roman"/>
        </w:rPr>
        <w:t xml:space="preserve"> là.</w:t>
      </w:r>
    </w:p>
    <w:p w14:paraId="47E4E82D"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0"/>
        </w:rPr>
        <w:object w:dxaOrig="639" w:dyaOrig="320" w14:anchorId="22F8DABF">
          <v:shape id="_x0000_i1973" type="#_x0000_t75" style="width:31.8pt;height:16.2pt" o:ole="">
            <v:imagedata r:id="rId1799" o:title=""/>
          </v:shape>
          <o:OLEObject Type="Embed" ProgID="Equation.DSMT4" ShapeID="_x0000_i1973" DrawAspect="Content" ObjectID="_1699918709" r:id="rId1800"/>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10"/>
        </w:rPr>
        <w:object w:dxaOrig="639" w:dyaOrig="320" w14:anchorId="3FECA648">
          <v:shape id="_x0000_i1974" type="#_x0000_t75" style="width:31.8pt;height:16.2pt" o:ole="">
            <v:imagedata r:id="rId1801" o:title=""/>
          </v:shape>
          <o:OLEObject Type="Embed" ProgID="Equation.DSMT4" ShapeID="_x0000_i1974" DrawAspect="Content" ObjectID="_1699918710" r:id="rId1802"/>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10"/>
        </w:rPr>
        <w:object w:dxaOrig="639" w:dyaOrig="320" w14:anchorId="74B3EA46">
          <v:shape id="_x0000_i1975" type="#_x0000_t75" style="width:31.8pt;height:16.2pt" o:ole="">
            <v:imagedata r:id="rId1803" o:title=""/>
          </v:shape>
          <o:OLEObject Type="Embed" ProgID="Equation.DSMT4" ShapeID="_x0000_i1975" DrawAspect="Content" ObjectID="_1699918711" r:id="rId1804"/>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0"/>
        </w:rPr>
        <w:object w:dxaOrig="680" w:dyaOrig="320" w14:anchorId="352F82A1">
          <v:shape id="_x0000_i1976" type="#_x0000_t75" style="width:34.2pt;height:16.2pt" o:ole="">
            <v:imagedata r:id="rId1805" o:title=""/>
          </v:shape>
          <o:OLEObject Type="Embed" ProgID="Equation.DSMT4" ShapeID="_x0000_i1976" DrawAspect="Content" ObjectID="_1699918712" r:id="rId1806"/>
        </w:object>
      </w:r>
      <w:r w:rsidRPr="00803531">
        <w:rPr>
          <w:rFonts w:cs="Times New Roman"/>
        </w:rPr>
        <w:t>.</w:t>
      </w:r>
    </w:p>
    <w:p w14:paraId="33ABEE46"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13:</w:t>
      </w:r>
      <w:r w:rsidRPr="00803531">
        <w:rPr>
          <w:rFonts w:cs="Times New Roman"/>
          <w:b/>
          <w:color w:val="0000FF"/>
        </w:rPr>
        <w:tab/>
      </w:r>
      <w:r w:rsidRPr="00803531">
        <w:rPr>
          <w:rFonts w:cs="Times New Roman"/>
        </w:rPr>
        <w:t xml:space="preserve">Trong mặt phẳng </w:t>
      </w:r>
      <w:r w:rsidRPr="00803531">
        <w:rPr>
          <w:position w:val="-10"/>
        </w:rPr>
        <w:object w:dxaOrig="460" w:dyaOrig="320" w14:anchorId="7AB3366C">
          <v:shape id="_x0000_i1977" type="#_x0000_t75" style="width:22.8pt;height:16.2pt" o:ole="">
            <v:imagedata r:id="rId1807" o:title=""/>
          </v:shape>
          <o:OLEObject Type="Embed" ProgID="Equation.DSMT4" ShapeID="_x0000_i1977" DrawAspect="Content" ObjectID="_1699918713" r:id="rId1808"/>
        </w:object>
      </w:r>
      <w:r w:rsidRPr="00803531">
        <w:rPr>
          <w:rFonts w:cs="Times New Roman"/>
        </w:rPr>
        <w:t xml:space="preserve">, cho điểm </w:t>
      </w:r>
      <w:r w:rsidRPr="00803531">
        <w:rPr>
          <w:position w:val="-10"/>
        </w:rPr>
        <w:object w:dxaOrig="859" w:dyaOrig="320" w14:anchorId="483BC891">
          <v:shape id="_x0000_i1978" type="#_x0000_t75" style="width:43.2pt;height:16.2pt" o:ole="">
            <v:imagedata r:id="rId1809" o:title=""/>
          </v:shape>
          <o:OLEObject Type="Embed" ProgID="Equation.DSMT4" ShapeID="_x0000_i1978" DrawAspect="Content" ObjectID="_1699918714" r:id="rId1810"/>
        </w:object>
      </w:r>
      <w:r w:rsidRPr="00803531">
        <w:rPr>
          <w:rFonts w:cs="Times New Roman"/>
        </w:rPr>
        <w:t xml:space="preserve">. Tọa độ của điểm </w:t>
      </w:r>
      <w:r w:rsidRPr="00803531">
        <w:rPr>
          <w:position w:val="-4"/>
        </w:rPr>
        <w:object w:dxaOrig="279" w:dyaOrig="260" w14:anchorId="388A3BEB">
          <v:shape id="_x0000_i1979" type="#_x0000_t75" style="width:13.8pt;height:13.2pt" o:ole="">
            <v:imagedata r:id="rId1811" o:title=""/>
          </v:shape>
          <o:OLEObject Type="Embed" ProgID="Equation.DSMT4" ShapeID="_x0000_i1979" DrawAspect="Content" ObjectID="_1699918715" r:id="rId1812"/>
        </w:object>
      </w:r>
      <w:r w:rsidRPr="00803531">
        <w:rPr>
          <w:rFonts w:cs="Times New Roman"/>
        </w:rPr>
        <w:t xml:space="preserve"> là ảnh của </w:t>
      </w:r>
      <w:r w:rsidRPr="00803531">
        <w:rPr>
          <w:position w:val="-4"/>
        </w:rPr>
        <w:object w:dxaOrig="240" w:dyaOrig="260" w14:anchorId="2A2966A9">
          <v:shape id="_x0000_i1980" type="#_x0000_t75" style="width:12pt;height:13.2pt" o:ole="">
            <v:imagedata r:id="rId1813" o:title=""/>
          </v:shape>
          <o:OLEObject Type="Embed" ProgID="Equation.DSMT4" ShapeID="_x0000_i1980" DrawAspect="Content" ObjectID="_1699918716" r:id="rId1814"/>
        </w:object>
      </w:r>
      <w:r w:rsidRPr="00803531">
        <w:rPr>
          <w:rFonts w:cs="Times New Roman"/>
        </w:rPr>
        <w:t xml:space="preserve"> qua phép vị tự tâm </w:t>
      </w:r>
      <w:r w:rsidRPr="00803531">
        <w:rPr>
          <w:position w:val="-6"/>
        </w:rPr>
        <w:object w:dxaOrig="240" w:dyaOrig="279" w14:anchorId="11543564">
          <v:shape id="_x0000_i1981" type="#_x0000_t75" style="width:12pt;height:13.8pt" o:ole="">
            <v:imagedata r:id="rId1815" o:title=""/>
          </v:shape>
          <o:OLEObject Type="Embed" ProgID="Equation.DSMT4" ShapeID="_x0000_i1981" DrawAspect="Content" ObjectID="_1699918717" r:id="rId1816"/>
        </w:object>
      </w:r>
      <w:r w:rsidRPr="00803531">
        <w:rPr>
          <w:rFonts w:cs="Times New Roman"/>
        </w:rPr>
        <w:t xml:space="preserve"> gốc toạ độ, tỉ số </w:t>
      </w:r>
      <w:r w:rsidRPr="00803531">
        <w:rPr>
          <w:position w:val="-6"/>
        </w:rPr>
        <w:object w:dxaOrig="560" w:dyaOrig="279" w14:anchorId="6691088E">
          <v:shape id="_x0000_i1982" type="#_x0000_t75" style="width:28.2pt;height:13.8pt" o:ole="">
            <v:imagedata r:id="rId1817" o:title=""/>
          </v:shape>
          <o:OLEObject Type="Embed" ProgID="Equation.DSMT4" ShapeID="_x0000_i1982" DrawAspect="Content" ObjectID="_1699918718" r:id="rId1818"/>
        </w:object>
      </w:r>
      <w:r w:rsidRPr="00803531">
        <w:rPr>
          <w:rFonts w:cs="Times New Roman"/>
        </w:rPr>
        <w:t xml:space="preserve"> là.</w:t>
      </w:r>
    </w:p>
    <w:p w14:paraId="65E0CACB"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0"/>
        </w:rPr>
        <w:object w:dxaOrig="700" w:dyaOrig="320" w14:anchorId="65021782">
          <v:shape id="_x0000_i1983" type="#_x0000_t75" style="width:34.8pt;height:16.2pt" o:ole="">
            <v:imagedata r:id="rId1819" o:title=""/>
          </v:shape>
          <o:OLEObject Type="Embed" ProgID="Equation.DSMT4" ShapeID="_x0000_i1983" DrawAspect="Content" ObjectID="_1699918719" r:id="rId1820"/>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10"/>
        </w:rPr>
        <w:object w:dxaOrig="820" w:dyaOrig="320" w14:anchorId="1C4CD3F5">
          <v:shape id="_x0000_i1984" type="#_x0000_t75" style="width:40.8pt;height:16.2pt" o:ole="">
            <v:imagedata r:id="rId1821" o:title=""/>
          </v:shape>
          <o:OLEObject Type="Embed" ProgID="Equation.DSMT4" ShapeID="_x0000_i1984" DrawAspect="Content" ObjectID="_1699918720" r:id="rId1822"/>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10"/>
        </w:rPr>
        <w:object w:dxaOrig="639" w:dyaOrig="320" w14:anchorId="4A6C2FE6">
          <v:shape id="_x0000_i1985" type="#_x0000_t75" style="width:31.8pt;height:16.2pt" o:ole="">
            <v:imagedata r:id="rId1823" o:title=""/>
          </v:shape>
          <o:OLEObject Type="Embed" ProgID="Equation.DSMT4" ShapeID="_x0000_i1985" DrawAspect="Content" ObjectID="_1699918721" r:id="rId1824"/>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0"/>
        </w:rPr>
        <w:object w:dxaOrig="680" w:dyaOrig="320" w14:anchorId="337678DA">
          <v:shape id="_x0000_i1986" type="#_x0000_t75" style="width:34.2pt;height:16.2pt" o:ole="">
            <v:imagedata r:id="rId1825" o:title=""/>
          </v:shape>
          <o:OLEObject Type="Embed" ProgID="Equation.DSMT4" ShapeID="_x0000_i1986" DrawAspect="Content" ObjectID="_1699918722" r:id="rId1826"/>
        </w:object>
      </w:r>
      <w:r w:rsidRPr="00803531">
        <w:rPr>
          <w:rFonts w:cs="Times New Roman"/>
        </w:rPr>
        <w:t>.</w:t>
      </w:r>
    </w:p>
    <w:p w14:paraId="7BD0C601"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14:</w:t>
      </w:r>
      <w:r w:rsidRPr="00803531">
        <w:rPr>
          <w:rFonts w:cs="Times New Roman"/>
          <w:b/>
          <w:color w:val="0000FF"/>
        </w:rPr>
        <w:tab/>
      </w:r>
      <w:r w:rsidRPr="00803531">
        <w:rPr>
          <w:rFonts w:cs="Times New Roman"/>
        </w:rPr>
        <w:t>Hai đường thẳng trong không gian có bao nhiêu vị trí tương đối?</w:t>
      </w:r>
    </w:p>
    <w:p w14:paraId="134902A9"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rPr>
        <w:t>2.</w:t>
      </w:r>
      <w:r w:rsidRPr="00803531">
        <w:rPr>
          <w:rFonts w:cs="Times New Roman"/>
        </w:rPr>
        <w:tab/>
      </w:r>
      <w:r w:rsidRPr="00803531">
        <w:rPr>
          <w:rFonts w:cs="Times New Roman"/>
          <w:b/>
          <w:color w:val="0000FF"/>
        </w:rPr>
        <w:t xml:space="preserve">B. </w:t>
      </w:r>
      <w:r w:rsidRPr="00803531">
        <w:rPr>
          <w:rFonts w:cs="Times New Roman"/>
        </w:rPr>
        <w:t>3.</w:t>
      </w:r>
      <w:r w:rsidRPr="00803531">
        <w:rPr>
          <w:rFonts w:cs="Times New Roman"/>
        </w:rPr>
        <w:tab/>
      </w:r>
      <w:r w:rsidRPr="00803531">
        <w:rPr>
          <w:rFonts w:cs="Times New Roman"/>
          <w:b/>
          <w:color w:val="0000FF"/>
        </w:rPr>
        <w:t xml:space="preserve">C. </w:t>
      </w:r>
      <w:r w:rsidRPr="00803531">
        <w:rPr>
          <w:rFonts w:cs="Times New Roman"/>
          <w:position w:val="-4"/>
        </w:rPr>
        <w:object w:dxaOrig="200" w:dyaOrig="260" w14:anchorId="6307050E">
          <v:shape id="_x0000_i1987" type="#_x0000_t75" style="width:10.2pt;height:13.2pt" o:ole="">
            <v:imagedata r:id="rId1827" o:title=""/>
          </v:shape>
          <o:OLEObject Type="Embed" ProgID="Equation.DSMT4" ShapeID="_x0000_i1987" DrawAspect="Content" ObjectID="_1699918723" r:id="rId1828"/>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rPr>
        <w:t>5.</w:t>
      </w:r>
    </w:p>
    <w:p w14:paraId="72F7CF41"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15:</w:t>
      </w:r>
      <w:r w:rsidRPr="00803531">
        <w:rPr>
          <w:rFonts w:cs="Times New Roman"/>
          <w:b/>
          <w:color w:val="0000FF"/>
        </w:rPr>
        <w:tab/>
      </w:r>
      <w:r w:rsidRPr="00803531">
        <w:rPr>
          <w:rFonts w:cs="Times New Roman"/>
        </w:rPr>
        <w:t xml:space="preserve">Cho hình chóp </w:t>
      </w:r>
      <w:r w:rsidRPr="00803531">
        <w:rPr>
          <w:position w:val="-6"/>
        </w:rPr>
        <w:object w:dxaOrig="920" w:dyaOrig="279" w14:anchorId="1F59DD54">
          <v:shape id="_x0000_i1988" type="#_x0000_t75" style="width:46.2pt;height:13.8pt" o:ole="">
            <v:imagedata r:id="rId1829" o:title=""/>
          </v:shape>
          <o:OLEObject Type="Embed" ProgID="Equation.DSMT4" ShapeID="_x0000_i1988" DrawAspect="Content" ObjectID="_1699918724" r:id="rId1830"/>
        </w:object>
      </w:r>
      <w:r w:rsidRPr="00803531">
        <w:rPr>
          <w:rFonts w:cs="Times New Roman"/>
        </w:rPr>
        <w:t xml:space="preserve"> có đáy </w:t>
      </w:r>
      <w:r w:rsidRPr="00803531">
        <w:rPr>
          <w:position w:val="-6"/>
        </w:rPr>
        <w:object w:dxaOrig="720" w:dyaOrig="279" w14:anchorId="558CA0ED">
          <v:shape id="_x0000_i1989" type="#_x0000_t75" style="width:36pt;height:13.8pt" o:ole="">
            <v:imagedata r:id="rId1831" o:title=""/>
          </v:shape>
          <o:OLEObject Type="Embed" ProgID="Equation.DSMT4" ShapeID="_x0000_i1989" DrawAspect="Content" ObjectID="_1699918725" r:id="rId1832"/>
        </w:object>
      </w:r>
      <w:r w:rsidRPr="00803531">
        <w:rPr>
          <w:rFonts w:cs="Times New Roman"/>
        </w:rPr>
        <w:t xml:space="preserve"> là hình thang, đáy lớn </w:t>
      </w:r>
      <w:r w:rsidRPr="00803531">
        <w:rPr>
          <w:position w:val="-4"/>
        </w:rPr>
        <w:object w:dxaOrig="400" w:dyaOrig="260" w14:anchorId="0F0693E5">
          <v:shape id="_x0000_i1990" type="#_x0000_t75" style="width:19.8pt;height:13.2pt" o:ole="">
            <v:imagedata r:id="rId1833" o:title=""/>
          </v:shape>
          <o:OLEObject Type="Embed" ProgID="Equation.DSMT4" ShapeID="_x0000_i1990" DrawAspect="Content" ObjectID="_1699918726" r:id="rId1834"/>
        </w:object>
      </w:r>
      <w:r w:rsidRPr="00803531">
        <w:rPr>
          <w:rFonts w:cs="Times New Roman"/>
        </w:rPr>
        <w:t xml:space="preserve"> gấp đôi đáy nhỏ </w:t>
      </w:r>
      <w:r w:rsidRPr="00803531">
        <w:rPr>
          <w:position w:val="-10"/>
        </w:rPr>
        <w:object w:dxaOrig="660" w:dyaOrig="320" w14:anchorId="0A646BF8">
          <v:shape id="_x0000_i1991" type="#_x0000_t75" style="width:33pt;height:16.2pt" o:ole="">
            <v:imagedata r:id="rId1835" o:title=""/>
          </v:shape>
          <o:OLEObject Type="Embed" ProgID="Equation.DSMT4" ShapeID="_x0000_i1991" DrawAspect="Content" ObjectID="_1699918727" r:id="rId1836"/>
        </w:object>
      </w:r>
      <w:r w:rsidRPr="00803531">
        <w:rPr>
          <w:rFonts w:cs="Times New Roman"/>
        </w:rPr>
        <w:t xml:space="preserve"> là trung điểm của đoạn </w:t>
      </w:r>
      <w:r w:rsidRPr="00803531">
        <w:rPr>
          <w:position w:val="-4"/>
        </w:rPr>
        <w:object w:dxaOrig="400" w:dyaOrig="260" w14:anchorId="498ED046">
          <v:shape id="_x0000_i1992" type="#_x0000_t75" style="width:19.8pt;height:13.2pt" o:ole="">
            <v:imagedata r:id="rId1837" o:title=""/>
          </v:shape>
          <o:OLEObject Type="Embed" ProgID="Equation.DSMT4" ShapeID="_x0000_i1992" DrawAspect="Content" ObjectID="_1699918728" r:id="rId1838"/>
        </w:object>
      </w:r>
      <w:r w:rsidRPr="00803531">
        <w:rPr>
          <w:rFonts w:cs="Times New Roman"/>
        </w:rPr>
        <w:t>. Hình vẽ nào sau đây đúng quy tắc?</w:t>
      </w:r>
    </w:p>
    <w:p w14:paraId="27D6E3DB"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Pr>
          <w:noProof/>
        </w:rPr>
        <w:drawing>
          <wp:inline distT="0" distB="0" distL="0" distR="0" wp14:anchorId="0CA7D323" wp14:editId="1D5B8C9B">
            <wp:extent cx="1126857" cy="9982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9"/>
                    <a:stretch>
                      <a:fillRect/>
                    </a:stretch>
                  </pic:blipFill>
                  <pic:spPr>
                    <a:xfrm>
                      <a:off x="0" y="0"/>
                      <a:ext cx="1129870" cy="1000889"/>
                    </a:xfrm>
                    <a:prstGeom prst="rect">
                      <a:avLst/>
                    </a:prstGeom>
                  </pic:spPr>
                </pic:pic>
              </a:graphicData>
            </a:graphic>
          </wp:inline>
        </w:drawing>
      </w:r>
      <w:r w:rsidRPr="00803531">
        <w:rPr>
          <w:rFonts w:cs="Times New Roman"/>
        </w:rPr>
        <w:t>.</w:t>
      </w:r>
      <w:r w:rsidRPr="00803531">
        <w:rPr>
          <w:rFonts w:cs="Times New Roman"/>
        </w:rPr>
        <w:tab/>
      </w:r>
      <w:r w:rsidRPr="00803531">
        <w:rPr>
          <w:rFonts w:cs="Times New Roman"/>
          <w:b/>
          <w:color w:val="0000FF"/>
        </w:rPr>
        <w:t xml:space="preserve">B. </w:t>
      </w:r>
      <w:r>
        <w:rPr>
          <w:noProof/>
        </w:rPr>
        <w:drawing>
          <wp:inline distT="0" distB="0" distL="0" distR="0" wp14:anchorId="5C2DD433" wp14:editId="653283B7">
            <wp:extent cx="1113550" cy="952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0"/>
                    <a:stretch>
                      <a:fillRect/>
                    </a:stretch>
                  </pic:blipFill>
                  <pic:spPr>
                    <a:xfrm>
                      <a:off x="0" y="0"/>
                      <a:ext cx="1118151" cy="956435"/>
                    </a:xfrm>
                    <a:prstGeom prst="rect">
                      <a:avLst/>
                    </a:prstGeom>
                  </pic:spPr>
                </pic:pic>
              </a:graphicData>
            </a:graphic>
          </wp:inline>
        </w:drawing>
      </w:r>
      <w:r w:rsidRPr="00803531">
        <w:rPr>
          <w:rFonts w:cs="Times New Roman"/>
        </w:rPr>
        <w:t>.</w:t>
      </w:r>
      <w:r w:rsidRPr="00803531">
        <w:rPr>
          <w:rFonts w:cs="Times New Roman"/>
        </w:rPr>
        <w:tab/>
      </w:r>
      <w:r w:rsidRPr="00803531">
        <w:rPr>
          <w:rFonts w:cs="Times New Roman"/>
          <w:b/>
          <w:color w:val="0000FF"/>
        </w:rPr>
        <w:t xml:space="preserve">C. </w:t>
      </w:r>
      <w:r>
        <w:rPr>
          <w:noProof/>
        </w:rPr>
        <w:drawing>
          <wp:inline distT="0" distB="0" distL="0" distR="0" wp14:anchorId="5DF3DF7E" wp14:editId="6FD1C0B5">
            <wp:extent cx="1065707" cy="982980"/>
            <wp:effectExtent l="0" t="0" r="127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1"/>
                    <a:stretch>
                      <a:fillRect/>
                    </a:stretch>
                  </pic:blipFill>
                  <pic:spPr>
                    <a:xfrm>
                      <a:off x="0" y="0"/>
                      <a:ext cx="1068257" cy="985332"/>
                    </a:xfrm>
                    <a:prstGeom prst="rect">
                      <a:avLst/>
                    </a:prstGeom>
                  </pic:spPr>
                </pic:pic>
              </a:graphicData>
            </a:graphic>
          </wp:inline>
        </w:drawing>
      </w:r>
      <w:r w:rsidRPr="00803531">
        <w:rPr>
          <w:rFonts w:cs="Times New Roman"/>
        </w:rPr>
        <w:t>.</w:t>
      </w:r>
      <w:r w:rsidRPr="00803531">
        <w:rPr>
          <w:rFonts w:cs="Times New Roman"/>
        </w:rPr>
        <w:tab/>
      </w:r>
      <w:r w:rsidRPr="00803531">
        <w:rPr>
          <w:rFonts w:cs="Times New Roman"/>
          <w:b/>
          <w:color w:val="0000FF"/>
        </w:rPr>
        <w:t xml:space="preserve">D. </w:t>
      </w:r>
      <w:r>
        <w:rPr>
          <w:noProof/>
        </w:rPr>
        <w:drawing>
          <wp:inline distT="0" distB="0" distL="0" distR="0" wp14:anchorId="5CDADB16" wp14:editId="5313B43B">
            <wp:extent cx="1112520" cy="105586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2"/>
                    <a:stretch>
                      <a:fillRect/>
                    </a:stretch>
                  </pic:blipFill>
                  <pic:spPr>
                    <a:xfrm>
                      <a:off x="0" y="0"/>
                      <a:ext cx="1116208" cy="1059364"/>
                    </a:xfrm>
                    <a:prstGeom prst="rect">
                      <a:avLst/>
                    </a:prstGeom>
                  </pic:spPr>
                </pic:pic>
              </a:graphicData>
            </a:graphic>
          </wp:inline>
        </w:drawing>
      </w:r>
      <w:r w:rsidRPr="00803531">
        <w:rPr>
          <w:rFonts w:cs="Times New Roman"/>
        </w:rPr>
        <w:t>.</w:t>
      </w:r>
    </w:p>
    <w:p w14:paraId="79F00A1E"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16:</w:t>
      </w:r>
      <w:r w:rsidRPr="00803531">
        <w:rPr>
          <w:rFonts w:cs="Times New Roman"/>
          <w:b/>
          <w:color w:val="0000FF"/>
        </w:rPr>
        <w:tab/>
      </w:r>
      <w:r w:rsidRPr="00803531">
        <w:rPr>
          <w:rFonts w:cs="Times New Roman"/>
        </w:rPr>
        <w:t xml:space="preserve">Tập xác định của hàm số </w:t>
      </w:r>
      <w:r w:rsidRPr="00803531">
        <w:rPr>
          <w:position w:val="-28"/>
        </w:rPr>
        <w:object w:dxaOrig="1660" w:dyaOrig="680" w14:anchorId="06D8FCB4">
          <v:shape id="_x0000_i1993" type="#_x0000_t75" style="width:82.8pt;height:34.2pt" o:ole="">
            <v:imagedata r:id="rId1843" o:title=""/>
          </v:shape>
          <o:OLEObject Type="Embed" ProgID="Equation.DSMT4" ShapeID="_x0000_i1993" DrawAspect="Content" ObjectID="_1699918729" r:id="rId1844"/>
        </w:object>
      </w:r>
      <w:r w:rsidRPr="00803531">
        <w:rPr>
          <w:rFonts w:cs="Times New Roman"/>
        </w:rPr>
        <w:t xml:space="preserve"> là</w:t>
      </w:r>
    </w:p>
    <w:p w14:paraId="08C11EA2"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28"/>
        </w:rPr>
        <w:object w:dxaOrig="2580" w:dyaOrig="680" w14:anchorId="4D632EC0">
          <v:shape id="_x0000_i1994" type="#_x0000_t75" style="width:129pt;height:34.2pt" o:ole="">
            <v:imagedata r:id="rId1845" o:title=""/>
          </v:shape>
          <o:OLEObject Type="Embed" ProgID="Equation.DSMT4" ShapeID="_x0000_i1994" DrawAspect="Content" ObjectID="_1699918730" r:id="rId1846"/>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28"/>
        </w:rPr>
        <w:object w:dxaOrig="2439" w:dyaOrig="680" w14:anchorId="71055FC7">
          <v:shape id="_x0000_i1995" type="#_x0000_t75" style="width:121.8pt;height:34.2pt" o:ole="">
            <v:imagedata r:id="rId1847" o:title=""/>
          </v:shape>
          <o:OLEObject Type="Embed" ProgID="Equation.DSMT4" ShapeID="_x0000_i1995" DrawAspect="Content" ObjectID="_1699918731" r:id="rId1848"/>
        </w:object>
      </w:r>
      <w:r w:rsidRPr="00803531">
        <w:rPr>
          <w:rFonts w:cs="Times New Roman"/>
        </w:rPr>
        <w:t>.</w:t>
      </w:r>
    </w:p>
    <w:p w14:paraId="73C0D888"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C. </w:t>
      </w:r>
      <w:r w:rsidRPr="00803531">
        <w:rPr>
          <w:rFonts w:cs="Times New Roman"/>
          <w:position w:val="-28"/>
        </w:rPr>
        <w:object w:dxaOrig="2380" w:dyaOrig="680" w14:anchorId="763841F0">
          <v:shape id="_x0000_i1996" type="#_x0000_t75" style="width:118.8pt;height:34.2pt" o:ole="">
            <v:imagedata r:id="rId1849" o:title=""/>
          </v:shape>
          <o:OLEObject Type="Embed" ProgID="Equation.DSMT4" ShapeID="_x0000_i1996" DrawAspect="Content" ObjectID="_1699918732" r:id="rId1850"/>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28"/>
        </w:rPr>
        <w:object w:dxaOrig="2439" w:dyaOrig="680" w14:anchorId="67467CB6">
          <v:shape id="_x0000_i1997" type="#_x0000_t75" style="width:121.8pt;height:34.2pt" o:ole="">
            <v:imagedata r:id="rId1851" o:title=""/>
          </v:shape>
          <o:OLEObject Type="Embed" ProgID="Equation.DSMT4" ShapeID="_x0000_i1997" DrawAspect="Content" ObjectID="_1699918733" r:id="rId1852"/>
        </w:object>
      </w:r>
      <w:r w:rsidRPr="00803531">
        <w:rPr>
          <w:rFonts w:cs="Times New Roman"/>
        </w:rPr>
        <w:t>.</w:t>
      </w:r>
    </w:p>
    <w:p w14:paraId="483FD5A3"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17:</w:t>
      </w:r>
      <w:r w:rsidRPr="00803531">
        <w:rPr>
          <w:rFonts w:cs="Times New Roman"/>
          <w:b/>
          <w:color w:val="0000FF"/>
        </w:rPr>
        <w:tab/>
      </w:r>
      <w:r w:rsidRPr="00803531">
        <w:rPr>
          <w:rFonts w:cs="Times New Roman"/>
        </w:rPr>
        <w:t xml:space="preserve">Giá trị lớn nhất </w:t>
      </w:r>
      <w:r w:rsidRPr="00803531">
        <w:rPr>
          <w:position w:val="-4"/>
        </w:rPr>
        <w:object w:dxaOrig="320" w:dyaOrig="260" w14:anchorId="162B3AF2">
          <v:shape id="_x0000_i1998" type="#_x0000_t75" style="width:16.2pt;height:13.2pt" o:ole="">
            <v:imagedata r:id="rId1853" o:title=""/>
          </v:shape>
          <o:OLEObject Type="Embed" ProgID="Equation.DSMT4" ShapeID="_x0000_i1998" DrawAspect="Content" ObjectID="_1699918734" r:id="rId1854"/>
        </w:object>
      </w:r>
      <w:r w:rsidRPr="00803531">
        <w:rPr>
          <w:rFonts w:cs="Times New Roman"/>
        </w:rPr>
        <w:t xml:space="preserve"> và giá trị nhỏ nhất </w:t>
      </w:r>
      <w:r w:rsidRPr="00803531">
        <w:rPr>
          <w:position w:val="-6"/>
        </w:rPr>
        <w:object w:dxaOrig="260" w:dyaOrig="220" w14:anchorId="13810DD0">
          <v:shape id="_x0000_i1999" type="#_x0000_t75" style="width:13.2pt;height:10.8pt" o:ole="">
            <v:imagedata r:id="rId1855" o:title=""/>
          </v:shape>
          <o:OLEObject Type="Embed" ProgID="Equation.DSMT4" ShapeID="_x0000_i1999" DrawAspect="Content" ObjectID="_1699918735" r:id="rId1856"/>
        </w:object>
      </w:r>
      <w:r w:rsidRPr="00803531">
        <w:rPr>
          <w:rFonts w:cs="Times New Roman"/>
        </w:rPr>
        <w:t xml:space="preserve"> của hàm số </w:t>
      </w:r>
      <w:r w:rsidRPr="00803531">
        <w:rPr>
          <w:position w:val="-28"/>
        </w:rPr>
        <w:object w:dxaOrig="2020" w:dyaOrig="680" w14:anchorId="58FBAB5E">
          <v:shape id="_x0000_i2000" type="#_x0000_t75" style="width:100.8pt;height:34.2pt" o:ole="">
            <v:imagedata r:id="rId1857" o:title=""/>
          </v:shape>
          <o:OLEObject Type="Embed" ProgID="Equation.DSMT4" ShapeID="_x0000_i2000" DrawAspect="Content" ObjectID="_1699918736" r:id="rId1858"/>
        </w:object>
      </w:r>
      <w:r w:rsidRPr="00803531">
        <w:rPr>
          <w:rFonts w:cs="Times New Roman"/>
        </w:rPr>
        <w:t xml:space="preserve"> là</w:t>
      </w:r>
    </w:p>
    <w:p w14:paraId="53F3AE59"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0"/>
        </w:rPr>
        <w:object w:dxaOrig="1400" w:dyaOrig="320" w14:anchorId="49EA27F0">
          <v:shape id="_x0000_i2001" type="#_x0000_t75" style="width:70.2pt;height:16.2pt" o:ole="">
            <v:imagedata r:id="rId1859" o:title=""/>
          </v:shape>
          <o:OLEObject Type="Embed" ProgID="Equation.DSMT4" ShapeID="_x0000_i2001" DrawAspect="Content" ObjectID="_1699918737" r:id="rId1860"/>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10"/>
        </w:rPr>
        <w:object w:dxaOrig="1280" w:dyaOrig="320" w14:anchorId="370B0684">
          <v:shape id="_x0000_i2002" type="#_x0000_t75" style="width:64.2pt;height:16.2pt" o:ole="">
            <v:imagedata r:id="rId1861" o:title=""/>
          </v:shape>
          <o:OLEObject Type="Embed" ProgID="Equation.DSMT4" ShapeID="_x0000_i2002" DrawAspect="Content" ObjectID="_1699918738" r:id="rId1862"/>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10"/>
        </w:rPr>
        <w:object w:dxaOrig="1300" w:dyaOrig="320" w14:anchorId="3D05D81C">
          <v:shape id="_x0000_i2003" type="#_x0000_t75" style="width:64.8pt;height:16.2pt" o:ole="">
            <v:imagedata r:id="rId1863" o:title=""/>
          </v:shape>
          <o:OLEObject Type="Embed" ProgID="Equation.DSMT4" ShapeID="_x0000_i2003" DrawAspect="Content" ObjectID="_1699918739" r:id="rId1864"/>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0"/>
        </w:rPr>
        <w:object w:dxaOrig="1280" w:dyaOrig="320" w14:anchorId="24408211">
          <v:shape id="_x0000_i2004" type="#_x0000_t75" style="width:64.2pt;height:16.2pt" o:ole="">
            <v:imagedata r:id="rId1865" o:title=""/>
          </v:shape>
          <o:OLEObject Type="Embed" ProgID="Equation.DSMT4" ShapeID="_x0000_i2004" DrawAspect="Content" ObjectID="_1699918740" r:id="rId1866"/>
        </w:object>
      </w:r>
      <w:r w:rsidRPr="00803531">
        <w:rPr>
          <w:rFonts w:cs="Times New Roman"/>
        </w:rPr>
        <w:t>.</w:t>
      </w:r>
    </w:p>
    <w:p w14:paraId="467467E5"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18:</w:t>
      </w:r>
      <w:r w:rsidRPr="00803531">
        <w:rPr>
          <w:rFonts w:cs="Times New Roman"/>
          <w:b/>
          <w:color w:val="0000FF"/>
        </w:rPr>
        <w:tab/>
      </w:r>
      <w:r w:rsidRPr="00803531">
        <w:rPr>
          <w:rFonts w:cs="Times New Roman"/>
        </w:rPr>
        <w:t xml:space="preserve">Tập nghiệm </w:t>
      </w:r>
      <w:r w:rsidRPr="00803531">
        <w:rPr>
          <w:position w:val="-6"/>
        </w:rPr>
        <w:object w:dxaOrig="220" w:dyaOrig="279" w14:anchorId="59CA7C1F">
          <v:shape id="_x0000_i2005" type="#_x0000_t75" style="width:10.8pt;height:13.8pt" o:ole="">
            <v:imagedata r:id="rId1867" o:title=""/>
          </v:shape>
          <o:OLEObject Type="Embed" ProgID="Equation.DSMT4" ShapeID="_x0000_i2005" DrawAspect="Content" ObjectID="_1699918741" r:id="rId1868"/>
        </w:object>
      </w:r>
      <w:r w:rsidRPr="00803531">
        <w:rPr>
          <w:rFonts w:cs="Times New Roman"/>
        </w:rPr>
        <w:t xml:space="preserve"> của phương trình </w:t>
      </w:r>
      <w:r w:rsidRPr="00803531">
        <w:rPr>
          <w:position w:val="-6"/>
        </w:rPr>
        <w:object w:dxaOrig="2160" w:dyaOrig="320" w14:anchorId="4808A912">
          <v:shape id="_x0000_i2006" type="#_x0000_t75" style="width:108pt;height:16.2pt" o:ole="">
            <v:imagedata r:id="rId1869" o:title=""/>
          </v:shape>
          <o:OLEObject Type="Embed" ProgID="Equation.DSMT4" ShapeID="_x0000_i2006" DrawAspect="Content" ObjectID="_1699918742" r:id="rId1870"/>
        </w:object>
      </w:r>
      <w:r w:rsidRPr="00803531">
        <w:rPr>
          <w:rFonts w:cs="Times New Roman"/>
        </w:rPr>
        <w:t xml:space="preserve"> là</w:t>
      </w:r>
    </w:p>
    <w:p w14:paraId="7AC294AE"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0"/>
        </w:rPr>
        <w:object w:dxaOrig="1640" w:dyaOrig="320" w14:anchorId="0F4B0264">
          <v:shape id="_x0000_i2007" type="#_x0000_t75" style="width:82.2pt;height:16.2pt" o:ole="">
            <v:imagedata r:id="rId1871" o:title=""/>
          </v:shape>
          <o:OLEObject Type="Embed" ProgID="Equation.DSMT4" ShapeID="_x0000_i2007" DrawAspect="Content" ObjectID="_1699918743" r:id="rId1872"/>
        </w:object>
      </w:r>
      <w:r w:rsidRPr="00803531">
        <w:rPr>
          <w:rFonts w:cs="Times New Roman"/>
        </w:rPr>
        <w:t>.</w:t>
      </w:r>
      <w:r w:rsidRPr="00803531">
        <w:rPr>
          <w:rFonts w:cs="Times New Roman"/>
        </w:rPr>
        <w:tab/>
      </w:r>
      <w:r>
        <w:rPr>
          <w:rFonts w:cs="Times New Roman"/>
        </w:rPr>
        <w:tab/>
      </w:r>
      <w:r w:rsidRPr="00803531">
        <w:rPr>
          <w:rFonts w:cs="Times New Roman"/>
          <w:b/>
          <w:color w:val="0000FF"/>
        </w:rPr>
        <w:t xml:space="preserve">B. </w:t>
      </w:r>
      <w:r w:rsidRPr="00803531">
        <w:rPr>
          <w:rFonts w:cs="Times New Roman"/>
          <w:position w:val="-10"/>
        </w:rPr>
        <w:object w:dxaOrig="1520" w:dyaOrig="320" w14:anchorId="4BA76A8E">
          <v:shape id="_x0000_i2008" type="#_x0000_t75" style="width:76.2pt;height:16.2pt" o:ole="">
            <v:imagedata r:id="rId1873" o:title=""/>
          </v:shape>
          <o:OLEObject Type="Embed" ProgID="Equation.DSMT4" ShapeID="_x0000_i2008" DrawAspect="Content" ObjectID="_1699918744" r:id="rId1874"/>
        </w:object>
      </w:r>
      <w:r w:rsidRPr="00803531">
        <w:rPr>
          <w:rFonts w:cs="Times New Roman"/>
        </w:rPr>
        <w:t>.</w:t>
      </w:r>
    </w:p>
    <w:p w14:paraId="15CEC4E9"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C. </w:t>
      </w:r>
      <w:r w:rsidRPr="00803531">
        <w:rPr>
          <w:rFonts w:cs="Times New Roman"/>
          <w:position w:val="-28"/>
        </w:rPr>
        <w:object w:dxaOrig="2000" w:dyaOrig="680" w14:anchorId="70AF9436">
          <v:shape id="_x0000_i2009" type="#_x0000_t75" style="width:100.2pt;height:34.2pt" o:ole="">
            <v:imagedata r:id="rId1875" o:title=""/>
          </v:shape>
          <o:OLEObject Type="Embed" ProgID="Equation.DSMT4" ShapeID="_x0000_i2009" DrawAspect="Content" ObjectID="_1699918745" r:id="rId1876"/>
        </w:object>
      </w:r>
      <w:r w:rsidRPr="00803531">
        <w:rPr>
          <w:rFonts w:cs="Times New Roman"/>
        </w:rPr>
        <w:t>.</w:t>
      </w:r>
      <w:r w:rsidRPr="00803531">
        <w:rPr>
          <w:rFonts w:cs="Times New Roman"/>
        </w:rPr>
        <w:tab/>
      </w:r>
      <w:r>
        <w:rPr>
          <w:rFonts w:cs="Times New Roman"/>
        </w:rPr>
        <w:tab/>
      </w:r>
      <w:r w:rsidRPr="00803531">
        <w:rPr>
          <w:rFonts w:cs="Times New Roman"/>
          <w:b/>
          <w:color w:val="0000FF"/>
        </w:rPr>
        <w:t xml:space="preserve">D. </w:t>
      </w:r>
      <w:r w:rsidRPr="00803531">
        <w:rPr>
          <w:rFonts w:cs="Times New Roman"/>
          <w:position w:val="-30"/>
        </w:rPr>
        <w:object w:dxaOrig="3800" w:dyaOrig="720" w14:anchorId="1AD5D886">
          <v:shape id="_x0000_i2010" type="#_x0000_t75" style="width:190.2pt;height:36pt" o:ole="">
            <v:imagedata r:id="rId1877" o:title=""/>
          </v:shape>
          <o:OLEObject Type="Embed" ProgID="Equation.DSMT4" ShapeID="_x0000_i2010" DrawAspect="Content" ObjectID="_1699918746" r:id="rId1878"/>
        </w:object>
      </w:r>
      <w:r w:rsidRPr="00803531">
        <w:rPr>
          <w:rFonts w:cs="Times New Roman"/>
        </w:rPr>
        <w:t>.</w:t>
      </w:r>
    </w:p>
    <w:p w14:paraId="3864CF20"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19:</w:t>
      </w:r>
      <w:r w:rsidRPr="00803531">
        <w:rPr>
          <w:rFonts w:cs="Times New Roman"/>
          <w:b/>
          <w:color w:val="0000FF"/>
        </w:rPr>
        <w:tab/>
      </w:r>
      <w:r w:rsidRPr="00803531">
        <w:rPr>
          <w:rFonts w:cs="Times New Roman"/>
        </w:rPr>
        <w:t>Có 9 chiếc thẻ được đánh số từ 1 đến 9, người ta rút ngẫu nhiên hai thẻ khác nhau. Xác suất để rút được hai thẻ mà tích hai số được đánh trên thẻ là số chẵn bằng</w:t>
      </w:r>
    </w:p>
    <w:p w14:paraId="0E6AC61C"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24"/>
        </w:rPr>
        <w:object w:dxaOrig="240" w:dyaOrig="620" w14:anchorId="18E05EBB">
          <v:shape id="_x0000_i2011" type="#_x0000_t75" style="width:12pt;height:31.2pt" o:ole="">
            <v:imagedata r:id="rId1879" o:title=""/>
          </v:shape>
          <o:OLEObject Type="Embed" ProgID="Equation.DSMT4" ShapeID="_x0000_i2011" DrawAspect="Content" ObjectID="_1699918747" r:id="rId1880"/>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24"/>
        </w:rPr>
        <w:object w:dxaOrig="320" w:dyaOrig="620" w14:anchorId="729EDB6F">
          <v:shape id="_x0000_i2012" type="#_x0000_t75" style="width:16.2pt;height:31.2pt" o:ole="">
            <v:imagedata r:id="rId1881" o:title=""/>
          </v:shape>
          <o:OLEObject Type="Embed" ProgID="Equation.DSMT4" ShapeID="_x0000_i2012" DrawAspect="Content" ObjectID="_1699918748" r:id="rId1882"/>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24"/>
        </w:rPr>
        <w:object w:dxaOrig="320" w:dyaOrig="620" w14:anchorId="535537AB">
          <v:shape id="_x0000_i2013" type="#_x0000_t75" style="width:16.2pt;height:31.2pt" o:ole="">
            <v:imagedata r:id="rId1883" o:title=""/>
          </v:shape>
          <o:OLEObject Type="Embed" ProgID="Equation.DSMT4" ShapeID="_x0000_i2013" DrawAspect="Content" ObjectID="_1699918749" r:id="rId1884"/>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24"/>
        </w:rPr>
        <w:object w:dxaOrig="220" w:dyaOrig="620" w14:anchorId="07458F30">
          <v:shape id="_x0000_i2014" type="#_x0000_t75" style="width:10.8pt;height:31.2pt" o:ole="">
            <v:imagedata r:id="rId1885" o:title=""/>
          </v:shape>
          <o:OLEObject Type="Embed" ProgID="Equation.DSMT4" ShapeID="_x0000_i2014" DrawAspect="Content" ObjectID="_1699918750" r:id="rId1886"/>
        </w:object>
      </w:r>
      <w:r w:rsidRPr="00803531">
        <w:rPr>
          <w:rFonts w:cs="Times New Roman"/>
        </w:rPr>
        <w:t>.</w:t>
      </w:r>
    </w:p>
    <w:p w14:paraId="313EDE97"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20:</w:t>
      </w:r>
      <w:r w:rsidRPr="00803531">
        <w:rPr>
          <w:rFonts w:cs="Times New Roman"/>
          <w:b/>
          <w:color w:val="0000FF"/>
        </w:rPr>
        <w:tab/>
      </w:r>
      <w:r w:rsidRPr="00803531">
        <w:rPr>
          <w:rFonts w:cs="Times New Roman"/>
        </w:rPr>
        <w:t>Một lớp học có 20 nam và 26 nữ. Giáo viên chủ nhiệm cần chọn một ban cán sự gồm 3 người. Hỏi có bao nhiêu cách chọn nếu trong ban cán sự có ít nhất một nam.</w:t>
      </w:r>
    </w:p>
    <w:p w14:paraId="53EE0618"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rPr>
        <w:t>12462.</w:t>
      </w:r>
      <w:r w:rsidRPr="00803531">
        <w:rPr>
          <w:rFonts w:cs="Times New Roman"/>
        </w:rPr>
        <w:tab/>
      </w:r>
      <w:r w:rsidRPr="00803531">
        <w:rPr>
          <w:rFonts w:cs="Times New Roman"/>
          <w:b/>
          <w:color w:val="0000FF"/>
        </w:rPr>
        <w:t xml:space="preserve">B. </w:t>
      </w:r>
      <w:r w:rsidRPr="00803531">
        <w:rPr>
          <w:rFonts w:cs="Times New Roman"/>
        </w:rPr>
        <w:t>12580.</w:t>
      </w:r>
      <w:r w:rsidRPr="00803531">
        <w:rPr>
          <w:rFonts w:cs="Times New Roman"/>
        </w:rPr>
        <w:tab/>
      </w:r>
      <w:r w:rsidRPr="00803531">
        <w:rPr>
          <w:rFonts w:cs="Times New Roman"/>
          <w:b/>
          <w:color w:val="0000FF"/>
        </w:rPr>
        <w:t xml:space="preserve">C. </w:t>
      </w:r>
      <w:r w:rsidRPr="00803531">
        <w:rPr>
          <w:rFonts w:cs="Times New Roman"/>
        </w:rPr>
        <w:t>12561.</w:t>
      </w:r>
      <w:r w:rsidRPr="00803531">
        <w:rPr>
          <w:rFonts w:cs="Times New Roman"/>
        </w:rPr>
        <w:tab/>
      </w:r>
      <w:r w:rsidRPr="00803531">
        <w:rPr>
          <w:rFonts w:cs="Times New Roman"/>
          <w:b/>
          <w:color w:val="0000FF"/>
        </w:rPr>
        <w:t xml:space="preserve">D. </w:t>
      </w:r>
      <w:r w:rsidRPr="00803531">
        <w:rPr>
          <w:rFonts w:cs="Times New Roman"/>
        </w:rPr>
        <w:t>12364.</w:t>
      </w:r>
    </w:p>
    <w:p w14:paraId="6D6CAC3E"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21:</w:t>
      </w:r>
      <w:r w:rsidRPr="00803531">
        <w:rPr>
          <w:rFonts w:cs="Times New Roman"/>
          <w:b/>
          <w:color w:val="0000FF"/>
        </w:rPr>
        <w:tab/>
      </w:r>
      <w:r w:rsidRPr="00803531">
        <w:rPr>
          <w:rFonts w:cs="Times New Roman"/>
        </w:rPr>
        <w:t xml:space="preserve">Cho đa giác đều có </w:t>
      </w:r>
      <w:r w:rsidRPr="00803531">
        <w:rPr>
          <w:position w:val="-6"/>
        </w:rPr>
        <w:object w:dxaOrig="200" w:dyaOrig="220" w14:anchorId="1292E5C7">
          <v:shape id="_x0000_i2015" type="#_x0000_t75" style="width:10.2pt;height:10.8pt" o:ole="">
            <v:imagedata r:id="rId1887" o:title=""/>
          </v:shape>
          <o:OLEObject Type="Embed" ProgID="Equation.DSMT4" ShapeID="_x0000_i2015" DrawAspect="Content" ObjectID="_1699918751" r:id="rId1888"/>
        </w:object>
      </w:r>
      <w:r w:rsidRPr="00803531">
        <w:rPr>
          <w:rFonts w:cs="Times New Roman"/>
        </w:rPr>
        <w:t xml:space="preserve"> cạnh </w:t>
      </w:r>
      <w:r w:rsidRPr="00803531">
        <w:rPr>
          <w:position w:val="-10"/>
        </w:rPr>
        <w:object w:dxaOrig="720" w:dyaOrig="320" w14:anchorId="2885C5C2">
          <v:shape id="_x0000_i2016" type="#_x0000_t75" style="width:36pt;height:16.2pt" o:ole="">
            <v:imagedata r:id="rId1889" o:title=""/>
          </v:shape>
          <o:OLEObject Type="Embed" ProgID="Equation.DSMT4" ShapeID="_x0000_i2016" DrawAspect="Content" ObjectID="_1699918752" r:id="rId1890"/>
        </w:object>
      </w:r>
      <w:r w:rsidRPr="00803531">
        <w:rPr>
          <w:rFonts w:cs="Times New Roman"/>
        </w:rPr>
        <w:t xml:space="preserve">. Tìm </w:t>
      </w:r>
      <w:r w:rsidRPr="00803531">
        <w:rPr>
          <w:position w:val="-6"/>
        </w:rPr>
        <w:object w:dxaOrig="200" w:dyaOrig="220" w14:anchorId="2F005B60">
          <v:shape id="_x0000_i2017" type="#_x0000_t75" style="width:10.2pt;height:10.8pt" o:ole="">
            <v:imagedata r:id="rId1891" o:title=""/>
          </v:shape>
          <o:OLEObject Type="Embed" ProgID="Equation.DSMT4" ShapeID="_x0000_i2017" DrawAspect="Content" ObjectID="_1699918753" r:id="rId1892"/>
        </w:object>
      </w:r>
      <w:r w:rsidRPr="00803531">
        <w:rPr>
          <w:rFonts w:cs="Times New Roman"/>
        </w:rPr>
        <w:t xml:space="preserve"> để đa giác có số đường chéo bằng số cạnh?</w:t>
      </w:r>
    </w:p>
    <w:p w14:paraId="7D18CB71"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6"/>
        </w:rPr>
        <w:object w:dxaOrig="540" w:dyaOrig="279" w14:anchorId="3BBE38AF">
          <v:shape id="_x0000_i2018" type="#_x0000_t75" style="width:27pt;height:13.8pt" o:ole="">
            <v:imagedata r:id="rId1893" o:title=""/>
          </v:shape>
          <o:OLEObject Type="Embed" ProgID="Equation.DSMT4" ShapeID="_x0000_i2018" DrawAspect="Content" ObjectID="_1699918754" r:id="rId1894"/>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6"/>
        </w:rPr>
        <w:object w:dxaOrig="660" w:dyaOrig="279" w14:anchorId="0B915E01">
          <v:shape id="_x0000_i2019" type="#_x0000_t75" style="width:33pt;height:13.8pt" o:ole="">
            <v:imagedata r:id="rId1895" o:title=""/>
          </v:shape>
          <o:OLEObject Type="Embed" ProgID="Equation.DSMT4" ShapeID="_x0000_i2019" DrawAspect="Content" ObjectID="_1699918755" r:id="rId1896"/>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6"/>
        </w:rPr>
        <w:object w:dxaOrig="540" w:dyaOrig="279" w14:anchorId="62D00A54">
          <v:shape id="_x0000_i2020" type="#_x0000_t75" style="width:27pt;height:13.8pt" o:ole="">
            <v:imagedata r:id="rId1897" o:title=""/>
          </v:shape>
          <o:OLEObject Type="Embed" ProgID="Equation.DSMT4" ShapeID="_x0000_i2020" DrawAspect="Content" ObjectID="_1699918756" r:id="rId1898"/>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6"/>
        </w:rPr>
        <w:object w:dxaOrig="560" w:dyaOrig="279" w14:anchorId="62291AAC">
          <v:shape id="_x0000_i2021" type="#_x0000_t75" style="width:28.2pt;height:13.8pt" o:ole="">
            <v:imagedata r:id="rId1899" o:title=""/>
          </v:shape>
          <o:OLEObject Type="Embed" ProgID="Equation.DSMT4" ShapeID="_x0000_i2021" DrawAspect="Content" ObjectID="_1699918757" r:id="rId1900"/>
        </w:object>
      </w:r>
      <w:r w:rsidRPr="00803531">
        <w:rPr>
          <w:rFonts w:cs="Times New Roman"/>
        </w:rPr>
        <w:t>.</w:t>
      </w:r>
    </w:p>
    <w:p w14:paraId="3B41B73F"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22:</w:t>
      </w:r>
      <w:r w:rsidRPr="00803531">
        <w:rPr>
          <w:rFonts w:cs="Times New Roman"/>
          <w:b/>
          <w:color w:val="0000FF"/>
        </w:rPr>
        <w:tab/>
      </w:r>
      <w:r w:rsidRPr="00803531">
        <w:rPr>
          <w:rFonts w:cs="Times New Roman"/>
        </w:rPr>
        <w:t xml:space="preserve">Một cấp số cộng có </w:t>
      </w:r>
      <w:r w:rsidRPr="00803531">
        <w:rPr>
          <w:position w:val="-12"/>
        </w:rPr>
        <w:object w:dxaOrig="780" w:dyaOrig="360" w14:anchorId="5DF11060">
          <v:shape id="_x0000_i2022" type="#_x0000_t75" style="width:39pt;height:18pt" o:ole="">
            <v:imagedata r:id="rId1901" o:title=""/>
          </v:shape>
          <o:OLEObject Type="Embed" ProgID="Equation.DSMT4" ShapeID="_x0000_i2022" DrawAspect="Content" ObjectID="_1699918758" r:id="rId1902"/>
        </w:object>
      </w:r>
      <w:r w:rsidRPr="00803531">
        <w:rPr>
          <w:rFonts w:cs="Times New Roman"/>
        </w:rPr>
        <w:t xml:space="preserve"> và </w:t>
      </w:r>
      <w:r w:rsidRPr="00803531">
        <w:rPr>
          <w:position w:val="-12"/>
        </w:rPr>
        <w:object w:dxaOrig="840" w:dyaOrig="360" w14:anchorId="040E0F31">
          <v:shape id="_x0000_i2023" type="#_x0000_t75" style="width:42pt;height:18pt" o:ole="">
            <v:imagedata r:id="rId1903" o:title=""/>
          </v:shape>
          <o:OLEObject Type="Embed" ProgID="Equation.DSMT4" ShapeID="_x0000_i2023" DrawAspect="Content" ObjectID="_1699918759" r:id="rId1904"/>
        </w:object>
      </w:r>
      <w:r w:rsidRPr="00803531">
        <w:rPr>
          <w:rFonts w:cs="Times New Roman"/>
        </w:rPr>
        <w:t>. Tổng của 30 số hạng đầu của cấp số cộng này là</w:t>
      </w:r>
    </w:p>
    <w:p w14:paraId="631FB5D7"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rPr>
        <w:t>1083.</w:t>
      </w:r>
      <w:r w:rsidRPr="00803531">
        <w:rPr>
          <w:rFonts w:cs="Times New Roman"/>
        </w:rPr>
        <w:tab/>
      </w:r>
      <w:r w:rsidRPr="00803531">
        <w:rPr>
          <w:rFonts w:cs="Times New Roman"/>
          <w:b/>
          <w:color w:val="0000FF"/>
        </w:rPr>
        <w:t xml:space="preserve">B. </w:t>
      </w:r>
      <w:r w:rsidRPr="00803531">
        <w:rPr>
          <w:rFonts w:cs="Times New Roman"/>
        </w:rPr>
        <w:t>1380.</w:t>
      </w:r>
      <w:r w:rsidRPr="00803531">
        <w:rPr>
          <w:rFonts w:cs="Times New Roman"/>
        </w:rPr>
        <w:tab/>
      </w:r>
      <w:r w:rsidRPr="00803531">
        <w:rPr>
          <w:rFonts w:cs="Times New Roman"/>
          <w:b/>
          <w:color w:val="0000FF"/>
        </w:rPr>
        <w:t xml:space="preserve">C. </w:t>
      </w:r>
      <w:r w:rsidRPr="00803531">
        <w:rPr>
          <w:rFonts w:cs="Times New Roman"/>
        </w:rPr>
        <w:t>1830.</w:t>
      </w:r>
      <w:r w:rsidRPr="00803531">
        <w:rPr>
          <w:rFonts w:cs="Times New Roman"/>
        </w:rPr>
        <w:tab/>
      </w:r>
      <w:r w:rsidRPr="00803531">
        <w:rPr>
          <w:rFonts w:cs="Times New Roman"/>
          <w:b/>
          <w:color w:val="0000FF"/>
        </w:rPr>
        <w:t xml:space="preserve">D. </w:t>
      </w:r>
      <w:r w:rsidRPr="00803531">
        <w:rPr>
          <w:rFonts w:cs="Times New Roman"/>
        </w:rPr>
        <w:t>1038.</w:t>
      </w:r>
    </w:p>
    <w:p w14:paraId="528FDDA9"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lastRenderedPageBreak/>
        <w:t>Câu 23:</w:t>
      </w:r>
      <w:r w:rsidRPr="00803531">
        <w:rPr>
          <w:rFonts w:cs="Times New Roman"/>
          <w:b/>
          <w:color w:val="0000FF"/>
        </w:rPr>
        <w:tab/>
      </w:r>
      <w:r w:rsidRPr="00803531">
        <w:rPr>
          <w:rFonts w:cs="Times New Roman"/>
        </w:rPr>
        <w:t xml:space="preserve">Trong mặt phẳng tọa độ </w:t>
      </w:r>
      <w:r w:rsidRPr="00803531">
        <w:rPr>
          <w:position w:val="-10"/>
        </w:rPr>
        <w:object w:dxaOrig="460" w:dyaOrig="320" w14:anchorId="2A6975E3">
          <v:shape id="_x0000_i2024" type="#_x0000_t75" style="width:22.8pt;height:16.2pt" o:ole="">
            <v:imagedata r:id="rId1905" o:title=""/>
          </v:shape>
          <o:OLEObject Type="Embed" ProgID="Equation.DSMT4" ShapeID="_x0000_i2024" DrawAspect="Content" ObjectID="_1699918760" r:id="rId1906"/>
        </w:object>
      </w:r>
      <w:r w:rsidRPr="00803531">
        <w:rPr>
          <w:rFonts w:cs="Times New Roman"/>
        </w:rPr>
        <w:t xml:space="preserve">, cho các điểm </w:t>
      </w:r>
      <w:r w:rsidRPr="00803531">
        <w:rPr>
          <w:position w:val="-10"/>
        </w:rPr>
        <w:object w:dxaOrig="580" w:dyaOrig="320" w14:anchorId="2ADC49F3">
          <v:shape id="_x0000_i2025" type="#_x0000_t75" style="width:28.8pt;height:16.2pt" o:ole="">
            <v:imagedata r:id="rId1907" o:title=""/>
          </v:shape>
          <o:OLEObject Type="Embed" ProgID="Equation.DSMT4" ShapeID="_x0000_i2025" DrawAspect="Content" ObjectID="_1699918761" r:id="rId1908"/>
        </w:object>
      </w:r>
      <w:r w:rsidRPr="00803531">
        <w:rPr>
          <w:rFonts w:cs="Times New Roman"/>
        </w:rPr>
        <w:t xml:space="preserve"> lần lượt là ảnh của các điểm </w:t>
      </w:r>
      <w:r w:rsidRPr="00803531">
        <w:rPr>
          <w:position w:val="-10"/>
        </w:rPr>
        <w:object w:dxaOrig="1359" w:dyaOrig="320" w14:anchorId="600DC9DD">
          <v:shape id="_x0000_i2026" type="#_x0000_t75" style="width:67.8pt;height:16.2pt" o:ole="">
            <v:imagedata r:id="rId1909" o:title=""/>
          </v:shape>
          <o:OLEObject Type="Embed" ProgID="Equation.DSMT4" ShapeID="_x0000_i2026" DrawAspect="Content" ObjectID="_1699918762" r:id="rId1910"/>
        </w:object>
      </w:r>
      <w:r w:rsidRPr="00803531">
        <w:rPr>
          <w:rFonts w:cs="Times New Roman"/>
        </w:rPr>
        <w:t xml:space="preserve"> qua phép tịnh tiến theo vectơ </w:t>
      </w:r>
      <w:r w:rsidRPr="00803531">
        <w:rPr>
          <w:position w:val="-10"/>
        </w:rPr>
        <w:object w:dxaOrig="880" w:dyaOrig="320" w14:anchorId="0C061448">
          <v:shape id="_x0000_i2027" type="#_x0000_t75" style="width:43.8pt;height:16.2pt" o:ole="">
            <v:imagedata r:id="rId1911" o:title=""/>
          </v:shape>
          <o:OLEObject Type="Embed" ProgID="Equation.DSMT4" ShapeID="_x0000_i2027" DrawAspect="Content" ObjectID="_1699918763" r:id="rId1912"/>
        </w:object>
      </w:r>
      <w:r w:rsidRPr="00803531">
        <w:rPr>
          <w:rFonts w:cs="Times New Roman"/>
        </w:rPr>
        <w:t xml:space="preserve">. Tính độ dài vectơ </w:t>
      </w:r>
      <w:r w:rsidRPr="00803531">
        <w:rPr>
          <w:position w:val="-4"/>
        </w:rPr>
        <w:object w:dxaOrig="499" w:dyaOrig="320" w14:anchorId="6044BE55">
          <v:shape id="_x0000_i2028" type="#_x0000_t75" style="width:25.2pt;height:16.2pt" o:ole="">
            <v:imagedata r:id="rId1913" o:title=""/>
          </v:shape>
          <o:OLEObject Type="Embed" ProgID="Equation.DSMT4" ShapeID="_x0000_i2028" DrawAspect="Content" ObjectID="_1699918764" r:id="rId1914"/>
        </w:object>
      </w:r>
      <w:r w:rsidRPr="00803531">
        <w:rPr>
          <w:rFonts w:cs="Times New Roman"/>
        </w:rPr>
        <w:t>.</w:t>
      </w:r>
    </w:p>
    <w:p w14:paraId="74376D17"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rPr>
        <w:t>2.</w:t>
      </w:r>
      <w:r w:rsidRPr="00803531">
        <w:rPr>
          <w:rFonts w:cs="Times New Roman"/>
        </w:rPr>
        <w:tab/>
      </w:r>
      <w:r w:rsidRPr="00803531">
        <w:rPr>
          <w:rFonts w:cs="Times New Roman"/>
          <w:b/>
          <w:color w:val="0000FF"/>
        </w:rPr>
        <w:t xml:space="preserve">B. </w:t>
      </w:r>
      <w:r w:rsidRPr="00803531">
        <w:rPr>
          <w:rFonts w:cs="Times New Roman"/>
          <w:position w:val="-8"/>
        </w:rPr>
        <w:object w:dxaOrig="360" w:dyaOrig="360" w14:anchorId="4846BB37">
          <v:shape id="_x0000_i2029" type="#_x0000_t75" style="width:18pt;height:18pt" o:ole="">
            <v:imagedata r:id="rId1915" o:title=""/>
          </v:shape>
          <o:OLEObject Type="Embed" ProgID="Equation.DSMT4" ShapeID="_x0000_i2029" DrawAspect="Content" ObjectID="_1699918765" r:id="rId1916"/>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8"/>
        </w:rPr>
        <w:object w:dxaOrig="360" w:dyaOrig="360" w14:anchorId="5C88FBE1">
          <v:shape id="_x0000_i2030" type="#_x0000_t75" style="width:18pt;height:18pt" o:ole="">
            <v:imagedata r:id="rId1917" o:title=""/>
          </v:shape>
          <o:OLEObject Type="Embed" ProgID="Equation.DSMT4" ShapeID="_x0000_i2030" DrawAspect="Content" ObjectID="_1699918766" r:id="rId1918"/>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6"/>
        </w:rPr>
        <w:object w:dxaOrig="380" w:dyaOrig="340" w14:anchorId="0E33CAD9">
          <v:shape id="_x0000_i2031" type="#_x0000_t75" style="width:19.2pt;height:16.8pt" o:ole="">
            <v:imagedata r:id="rId1919" o:title=""/>
          </v:shape>
          <o:OLEObject Type="Embed" ProgID="Equation.DSMT4" ShapeID="_x0000_i2031" DrawAspect="Content" ObjectID="_1699918767" r:id="rId1920"/>
        </w:object>
      </w:r>
      <w:r w:rsidRPr="00803531">
        <w:rPr>
          <w:rFonts w:cs="Times New Roman"/>
        </w:rPr>
        <w:t>.</w:t>
      </w:r>
    </w:p>
    <w:p w14:paraId="0D60FD40"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24:</w:t>
      </w:r>
      <w:r w:rsidRPr="00803531">
        <w:rPr>
          <w:rFonts w:cs="Times New Roman"/>
          <w:b/>
          <w:color w:val="0000FF"/>
        </w:rPr>
        <w:tab/>
      </w:r>
      <w:r w:rsidRPr="00803531">
        <w:rPr>
          <w:rFonts w:cs="Times New Roman"/>
        </w:rPr>
        <w:t xml:space="preserve">Trong mặt phẳng </w:t>
      </w:r>
      <w:r w:rsidRPr="00803531">
        <w:rPr>
          <w:position w:val="-10"/>
        </w:rPr>
        <w:object w:dxaOrig="460" w:dyaOrig="320" w14:anchorId="73F98DB8">
          <v:shape id="_x0000_i2032" type="#_x0000_t75" style="width:22.8pt;height:16.2pt" o:ole="">
            <v:imagedata r:id="rId1921" o:title=""/>
          </v:shape>
          <o:OLEObject Type="Embed" ProgID="Equation.DSMT4" ShapeID="_x0000_i2032" DrawAspect="Content" ObjectID="_1699918768" r:id="rId1922"/>
        </w:object>
      </w:r>
      <w:r w:rsidRPr="00803531">
        <w:rPr>
          <w:rFonts w:cs="Times New Roman"/>
        </w:rPr>
        <w:t xml:space="preserve">, phép quay tâm </w:t>
      </w:r>
      <w:r w:rsidRPr="00803531">
        <w:rPr>
          <w:position w:val="-6"/>
        </w:rPr>
        <w:object w:dxaOrig="240" w:dyaOrig="279" w14:anchorId="47BEB019">
          <v:shape id="_x0000_i2033" type="#_x0000_t75" style="width:12pt;height:13.8pt" o:ole="">
            <v:imagedata r:id="rId1923" o:title=""/>
          </v:shape>
          <o:OLEObject Type="Embed" ProgID="Equation.DSMT4" ShapeID="_x0000_i2033" DrawAspect="Content" ObjectID="_1699918769" r:id="rId1924"/>
        </w:object>
      </w:r>
      <w:r w:rsidRPr="00803531">
        <w:rPr>
          <w:rFonts w:cs="Times New Roman"/>
        </w:rPr>
        <w:t xml:space="preserve"> góc quay </w:t>
      </w:r>
      <w:r w:rsidRPr="00803531">
        <w:rPr>
          <w:position w:val="-6"/>
        </w:rPr>
        <w:object w:dxaOrig="499" w:dyaOrig="320" w14:anchorId="79768A6B">
          <v:shape id="_x0000_i2034" type="#_x0000_t75" style="width:25.2pt;height:16.2pt" o:ole="">
            <v:imagedata r:id="rId1925" o:title=""/>
          </v:shape>
          <o:OLEObject Type="Embed" ProgID="Equation.DSMT4" ShapeID="_x0000_i2034" DrawAspect="Content" ObjectID="_1699918770" r:id="rId1926"/>
        </w:object>
      </w:r>
      <w:r w:rsidRPr="00803531">
        <w:rPr>
          <w:rFonts w:cs="Times New Roman"/>
        </w:rPr>
        <w:t xml:space="preserve"> biến đường tròn </w:t>
      </w:r>
      <w:r w:rsidRPr="00803531">
        <w:rPr>
          <w:position w:val="-10"/>
        </w:rPr>
        <w:object w:dxaOrig="2620" w:dyaOrig="360" w14:anchorId="53A914D2">
          <v:shape id="_x0000_i2035" type="#_x0000_t75" style="width:130.8pt;height:18pt" o:ole="">
            <v:imagedata r:id="rId1927" o:title=""/>
          </v:shape>
          <o:OLEObject Type="Embed" ProgID="Equation.DSMT4" ShapeID="_x0000_i2035" DrawAspect="Content" ObjectID="_1699918771" r:id="rId1928"/>
        </w:object>
      </w:r>
      <w:r w:rsidRPr="00803531">
        <w:rPr>
          <w:rFonts w:cs="Times New Roman"/>
        </w:rPr>
        <w:t xml:space="preserve"> thành đường tròn </w:t>
      </w:r>
      <w:r w:rsidRPr="00803531">
        <w:rPr>
          <w:position w:val="-14"/>
        </w:rPr>
        <w:object w:dxaOrig="480" w:dyaOrig="400" w14:anchorId="18909023">
          <v:shape id="_x0000_i2036" type="#_x0000_t75" style="width:24pt;height:19.8pt" o:ole="">
            <v:imagedata r:id="rId1929" o:title=""/>
          </v:shape>
          <o:OLEObject Type="Embed" ProgID="Equation.DSMT4" ShapeID="_x0000_i2036" DrawAspect="Content" ObjectID="_1699918772" r:id="rId1930"/>
        </w:object>
      </w:r>
      <w:r w:rsidRPr="00803531">
        <w:rPr>
          <w:rFonts w:cs="Times New Roman"/>
        </w:rPr>
        <w:t xml:space="preserve"> có phương trình là</w:t>
      </w:r>
    </w:p>
    <w:p w14:paraId="5CE03752"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0"/>
        </w:rPr>
        <w:object w:dxaOrig="2160" w:dyaOrig="360" w14:anchorId="7CF64C01">
          <v:shape id="_x0000_i2037" type="#_x0000_t75" style="width:108pt;height:18pt" o:ole="">
            <v:imagedata r:id="rId1931" o:title=""/>
          </v:shape>
          <o:OLEObject Type="Embed" ProgID="Equation.DSMT4" ShapeID="_x0000_i2037" DrawAspect="Content" ObjectID="_1699918773" r:id="rId1932"/>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10"/>
        </w:rPr>
        <w:object w:dxaOrig="2160" w:dyaOrig="360" w14:anchorId="0FCEB289">
          <v:shape id="_x0000_i2038" type="#_x0000_t75" style="width:108pt;height:18pt" o:ole="">
            <v:imagedata r:id="rId1933" o:title=""/>
          </v:shape>
          <o:OLEObject Type="Embed" ProgID="Equation.DSMT4" ShapeID="_x0000_i2038" DrawAspect="Content" ObjectID="_1699918774" r:id="rId1934"/>
        </w:object>
      </w:r>
      <w:r w:rsidRPr="00803531">
        <w:rPr>
          <w:rFonts w:cs="Times New Roman"/>
        </w:rPr>
        <w:t>.</w:t>
      </w:r>
    </w:p>
    <w:p w14:paraId="20B73209"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C. </w:t>
      </w:r>
      <w:r w:rsidRPr="00803531">
        <w:rPr>
          <w:rFonts w:cs="Times New Roman"/>
          <w:position w:val="-10"/>
        </w:rPr>
        <w:object w:dxaOrig="2160" w:dyaOrig="360" w14:anchorId="07A3E21A">
          <v:shape id="_x0000_i2039" type="#_x0000_t75" style="width:108pt;height:18pt" o:ole="">
            <v:imagedata r:id="rId1935" o:title=""/>
          </v:shape>
          <o:OLEObject Type="Embed" ProgID="Equation.DSMT4" ShapeID="_x0000_i2039" DrawAspect="Content" ObjectID="_1699918775" r:id="rId1936"/>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0"/>
        </w:rPr>
        <w:object w:dxaOrig="2160" w:dyaOrig="360" w14:anchorId="3525B8FE">
          <v:shape id="_x0000_i2040" type="#_x0000_t75" style="width:108pt;height:18pt" o:ole="">
            <v:imagedata r:id="rId1937" o:title=""/>
          </v:shape>
          <o:OLEObject Type="Embed" ProgID="Equation.DSMT4" ShapeID="_x0000_i2040" DrawAspect="Content" ObjectID="_1699918776" r:id="rId1938"/>
        </w:object>
      </w:r>
      <w:r w:rsidRPr="00803531">
        <w:rPr>
          <w:rFonts w:cs="Times New Roman"/>
        </w:rPr>
        <w:t>.</w:t>
      </w:r>
    </w:p>
    <w:p w14:paraId="2F0756AB"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25:</w:t>
      </w:r>
      <w:r w:rsidRPr="00803531">
        <w:rPr>
          <w:rFonts w:cs="Times New Roman"/>
          <w:b/>
          <w:color w:val="0000FF"/>
        </w:rPr>
        <w:tab/>
      </w:r>
      <w:r w:rsidRPr="00803531">
        <w:rPr>
          <w:rFonts w:cs="Times New Roman"/>
        </w:rPr>
        <w:t xml:space="preserve">Cho tứ diện </w:t>
      </w:r>
      <w:r w:rsidRPr="00803531">
        <w:rPr>
          <w:position w:val="-6"/>
        </w:rPr>
        <w:object w:dxaOrig="720" w:dyaOrig="279" w14:anchorId="0336AEEF">
          <v:shape id="_x0000_i2041" type="#_x0000_t75" style="width:36pt;height:13.8pt" o:ole="">
            <v:imagedata r:id="rId1939" o:title=""/>
          </v:shape>
          <o:OLEObject Type="Embed" ProgID="Equation.DSMT4" ShapeID="_x0000_i2041" DrawAspect="Content" ObjectID="_1699918777" r:id="rId1940"/>
        </w:object>
      </w:r>
      <w:r w:rsidRPr="00803531">
        <w:rPr>
          <w:rFonts w:cs="Times New Roman"/>
        </w:rPr>
        <w:t xml:space="preserve"> có tất cả các cạnh bằng </w:t>
      </w:r>
      <w:r w:rsidRPr="00803531">
        <w:rPr>
          <w:position w:val="-10"/>
        </w:rPr>
        <w:object w:dxaOrig="480" w:dyaOrig="320" w14:anchorId="63E1C550">
          <v:shape id="_x0000_i2042" type="#_x0000_t75" style="width:24pt;height:16.2pt" o:ole="">
            <v:imagedata r:id="rId1941" o:title=""/>
          </v:shape>
          <o:OLEObject Type="Embed" ProgID="Equation.DSMT4" ShapeID="_x0000_i2042" DrawAspect="Content" ObjectID="_1699918778" r:id="rId1942"/>
        </w:object>
      </w:r>
      <w:r w:rsidRPr="00803531">
        <w:rPr>
          <w:rFonts w:cs="Times New Roman"/>
        </w:rPr>
        <w:t xml:space="preserve">. Gọi </w:t>
      </w:r>
      <w:r w:rsidRPr="00803531">
        <w:rPr>
          <w:position w:val="-6"/>
        </w:rPr>
        <w:object w:dxaOrig="260" w:dyaOrig="279" w14:anchorId="675B7AA2">
          <v:shape id="_x0000_i2043" type="#_x0000_t75" style="width:13.2pt;height:13.8pt" o:ole="">
            <v:imagedata r:id="rId1943" o:title=""/>
          </v:shape>
          <o:OLEObject Type="Embed" ProgID="Equation.DSMT4" ShapeID="_x0000_i2043" DrawAspect="Content" ObjectID="_1699918779" r:id="rId1944"/>
        </w:object>
      </w:r>
      <w:r w:rsidRPr="00803531">
        <w:rPr>
          <w:rFonts w:cs="Times New Roman"/>
        </w:rPr>
        <w:t xml:space="preserve"> là trọng tâm tam giác </w:t>
      </w:r>
      <w:r w:rsidRPr="00803531">
        <w:rPr>
          <w:position w:val="-6"/>
        </w:rPr>
        <w:object w:dxaOrig="560" w:dyaOrig="279" w14:anchorId="3B7C9143">
          <v:shape id="_x0000_i2044" type="#_x0000_t75" style="width:28.2pt;height:13.8pt" o:ole="">
            <v:imagedata r:id="rId1945" o:title=""/>
          </v:shape>
          <o:OLEObject Type="Embed" ProgID="Equation.DSMT4" ShapeID="_x0000_i2044" DrawAspect="Content" ObjectID="_1699918780" r:id="rId1946"/>
        </w:object>
      </w:r>
      <w:r w:rsidRPr="00803531">
        <w:rPr>
          <w:rFonts w:cs="Times New Roman"/>
        </w:rPr>
        <w:t xml:space="preserve">. Thiết diện của tứ diện cắt bởi mặt phẳng </w:t>
      </w:r>
      <w:r w:rsidRPr="00803531">
        <w:rPr>
          <w:position w:val="-10"/>
        </w:rPr>
        <w:object w:dxaOrig="740" w:dyaOrig="320" w14:anchorId="34DD8D35">
          <v:shape id="_x0000_i2045" type="#_x0000_t75" style="width:37.2pt;height:16.2pt" o:ole="">
            <v:imagedata r:id="rId1947" o:title=""/>
          </v:shape>
          <o:OLEObject Type="Embed" ProgID="Equation.DSMT4" ShapeID="_x0000_i2045" DrawAspect="Content" ObjectID="_1699918781" r:id="rId1948"/>
        </w:object>
      </w:r>
      <w:r w:rsidRPr="00803531">
        <w:rPr>
          <w:rFonts w:cs="Times New Roman"/>
        </w:rPr>
        <w:t xml:space="preserve"> có diện tích bằng</w:t>
      </w:r>
    </w:p>
    <w:p w14:paraId="479497F7"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6"/>
        </w:rPr>
        <w:object w:dxaOrig="1080" w:dyaOrig="440" w14:anchorId="327F0A3D">
          <v:shape id="_x0000_i2046" type="#_x0000_t75" style="width:54pt;height:22.2pt" o:ole="">
            <v:imagedata r:id="rId1949" o:title=""/>
          </v:shape>
          <o:OLEObject Type="Embed" ProgID="Equation.DSMT4" ShapeID="_x0000_i2046" DrawAspect="Content" ObjectID="_1699918782" r:id="rId1950"/>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16"/>
        </w:rPr>
        <w:object w:dxaOrig="1100" w:dyaOrig="440" w14:anchorId="4EB893C9">
          <v:shape id="_x0000_i2047" type="#_x0000_t75" style="width:55.2pt;height:22.2pt" o:ole="">
            <v:imagedata r:id="rId1951" o:title=""/>
          </v:shape>
          <o:OLEObject Type="Embed" ProgID="Equation.DSMT4" ShapeID="_x0000_i2047" DrawAspect="Content" ObjectID="_1699918783" r:id="rId1952"/>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24"/>
        </w:rPr>
        <w:object w:dxaOrig="1140" w:dyaOrig="680" w14:anchorId="1A0A66C1">
          <v:shape id="_x0000_i2048" type="#_x0000_t75" style="width:57pt;height:34.2pt" o:ole="">
            <v:imagedata r:id="rId1953" o:title=""/>
          </v:shape>
          <o:OLEObject Type="Embed" ProgID="Equation.DSMT4" ShapeID="_x0000_i2048" DrawAspect="Content" ObjectID="_1699918784" r:id="rId1954"/>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6"/>
        </w:rPr>
        <w:object w:dxaOrig="1120" w:dyaOrig="440" w14:anchorId="1C14C0B3">
          <v:shape id="_x0000_i2049" type="#_x0000_t75" style="width:55.8pt;height:22.2pt" o:ole="">
            <v:imagedata r:id="rId1955" o:title=""/>
          </v:shape>
          <o:OLEObject Type="Embed" ProgID="Equation.DSMT4" ShapeID="_x0000_i2049" DrawAspect="Content" ObjectID="_1699918785" r:id="rId1956"/>
        </w:object>
      </w:r>
      <w:r w:rsidRPr="00803531">
        <w:rPr>
          <w:rFonts w:cs="Times New Roman"/>
        </w:rPr>
        <w:t>.</w:t>
      </w:r>
    </w:p>
    <w:p w14:paraId="2A96C143"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26:</w:t>
      </w:r>
      <w:r w:rsidRPr="00803531">
        <w:rPr>
          <w:rFonts w:cs="Times New Roman"/>
          <w:b/>
          <w:color w:val="0000FF"/>
        </w:rPr>
        <w:tab/>
      </w:r>
      <w:r w:rsidRPr="00803531">
        <w:rPr>
          <w:rFonts w:cs="Times New Roman"/>
        </w:rPr>
        <w:t xml:space="preserve">tất cả các giá trị của tham số </w:t>
      </w:r>
      <w:r w:rsidRPr="00803531">
        <w:rPr>
          <w:position w:val="-6"/>
        </w:rPr>
        <w:object w:dxaOrig="260" w:dyaOrig="220" w14:anchorId="63314A8C">
          <v:shape id="_x0000_i2050" type="#_x0000_t75" style="width:13.2pt;height:10.8pt" o:ole="">
            <v:imagedata r:id="rId1957" o:title=""/>
          </v:shape>
          <o:OLEObject Type="Embed" ProgID="Equation.DSMT4" ShapeID="_x0000_i2050" DrawAspect="Content" ObjectID="_1699918786" r:id="rId1958"/>
        </w:object>
      </w:r>
      <w:r w:rsidRPr="00803531">
        <w:rPr>
          <w:rFonts w:cs="Times New Roman"/>
        </w:rPr>
        <w:t xml:space="preserve"> để phương trình </w:t>
      </w:r>
      <w:r w:rsidRPr="00803531">
        <w:rPr>
          <w:position w:val="-10"/>
        </w:rPr>
        <w:object w:dxaOrig="3159" w:dyaOrig="320" w14:anchorId="7505CD8C">
          <v:shape id="_x0000_i2051" type="#_x0000_t75" style="width:157.8pt;height:16.2pt" o:ole="">
            <v:imagedata r:id="rId1959" o:title=""/>
          </v:shape>
          <o:OLEObject Type="Embed" ProgID="Equation.DSMT4" ShapeID="_x0000_i2051" DrawAspect="Content" ObjectID="_1699918787" r:id="rId1960"/>
        </w:object>
      </w:r>
      <w:r w:rsidRPr="00803531">
        <w:rPr>
          <w:rFonts w:cs="Times New Roman"/>
        </w:rPr>
        <w:t xml:space="preserve"> có đúng 2 nghiệm thuộc đoạn </w:t>
      </w:r>
      <w:r w:rsidRPr="00803531">
        <w:rPr>
          <w:position w:val="-28"/>
        </w:rPr>
        <w:object w:dxaOrig="960" w:dyaOrig="680" w14:anchorId="7AAB7B40">
          <v:shape id="_x0000_i2052" type="#_x0000_t75" style="width:48pt;height:34.2pt" o:ole="">
            <v:imagedata r:id="rId1961" o:title=""/>
          </v:shape>
          <o:OLEObject Type="Embed" ProgID="Equation.DSMT4" ShapeID="_x0000_i2052" DrawAspect="Content" ObjectID="_1699918788" r:id="rId1962"/>
        </w:object>
      </w:r>
      <w:r w:rsidRPr="00803531">
        <w:rPr>
          <w:rFonts w:cs="Times New Roman"/>
        </w:rPr>
        <w:t>.</w:t>
      </w:r>
    </w:p>
    <w:p w14:paraId="7480FBB5"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6"/>
        </w:rPr>
        <w:object w:dxaOrig="1040" w:dyaOrig="279" w14:anchorId="1FA44F25">
          <v:shape id="_x0000_i2053" type="#_x0000_t75" style="width:52.2pt;height:13.8pt" o:ole="">
            <v:imagedata r:id="rId1963" o:title=""/>
          </v:shape>
          <o:OLEObject Type="Embed" ProgID="Equation.DSMT4" ShapeID="_x0000_i2053" DrawAspect="Content" ObjectID="_1699918789" r:id="rId1964"/>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6"/>
        </w:rPr>
        <w:object w:dxaOrig="1080" w:dyaOrig="279" w14:anchorId="7D7D12E2">
          <v:shape id="_x0000_i2054" type="#_x0000_t75" style="width:54pt;height:13.8pt" o:ole="">
            <v:imagedata r:id="rId1965" o:title=""/>
          </v:shape>
          <o:OLEObject Type="Embed" ProgID="Equation.DSMT4" ShapeID="_x0000_i2054" DrawAspect="Content" ObjectID="_1699918790" r:id="rId1966"/>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6"/>
        </w:rPr>
        <w:object w:dxaOrig="920" w:dyaOrig="279" w14:anchorId="424A5D24">
          <v:shape id="_x0000_i2055" type="#_x0000_t75" style="width:46.2pt;height:13.8pt" o:ole="">
            <v:imagedata r:id="rId1967" o:title=""/>
          </v:shape>
          <o:OLEObject Type="Embed" ProgID="Equation.DSMT4" ShapeID="_x0000_i2055" DrawAspect="Content" ObjectID="_1699918791" r:id="rId1968"/>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6"/>
        </w:rPr>
        <w:object w:dxaOrig="920" w:dyaOrig="279" w14:anchorId="39E3FD6E">
          <v:shape id="_x0000_i2056" type="#_x0000_t75" style="width:46.2pt;height:13.8pt" o:ole="">
            <v:imagedata r:id="rId1969" o:title=""/>
          </v:shape>
          <o:OLEObject Type="Embed" ProgID="Equation.DSMT4" ShapeID="_x0000_i2056" DrawAspect="Content" ObjectID="_1699918792" r:id="rId1970"/>
        </w:object>
      </w:r>
      <w:r w:rsidRPr="00803531">
        <w:rPr>
          <w:rFonts w:cs="Times New Roman"/>
        </w:rPr>
        <w:t>.</w:t>
      </w:r>
    </w:p>
    <w:p w14:paraId="13453CD4"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27:</w:t>
      </w:r>
      <w:r w:rsidRPr="00803531">
        <w:rPr>
          <w:rFonts w:cs="Times New Roman"/>
          <w:b/>
          <w:color w:val="0000FF"/>
        </w:rPr>
        <w:tab/>
      </w:r>
      <w:r w:rsidRPr="00803531">
        <w:rPr>
          <w:rFonts w:cs="Times New Roman"/>
        </w:rPr>
        <w:t xml:space="preserve">. Tìm số hạng không chứa </w:t>
      </w:r>
      <w:r w:rsidRPr="00803531">
        <w:rPr>
          <w:position w:val="-6"/>
        </w:rPr>
        <w:object w:dxaOrig="200" w:dyaOrig="220" w14:anchorId="7A7E2625">
          <v:shape id="_x0000_i2057" type="#_x0000_t75" style="width:10.2pt;height:10.8pt" o:ole="">
            <v:imagedata r:id="rId1971" o:title=""/>
          </v:shape>
          <o:OLEObject Type="Embed" ProgID="Equation.DSMT4" ShapeID="_x0000_i2057" DrawAspect="Content" ObjectID="_1699918793" r:id="rId1972"/>
        </w:object>
      </w:r>
      <w:r w:rsidRPr="00803531">
        <w:rPr>
          <w:rFonts w:cs="Times New Roman"/>
        </w:rPr>
        <w:t xml:space="preserve"> trong khai triển </w:t>
      </w:r>
      <w:r w:rsidRPr="00803531">
        <w:rPr>
          <w:position w:val="-28"/>
        </w:rPr>
        <w:object w:dxaOrig="980" w:dyaOrig="740" w14:anchorId="548A5AB1">
          <v:shape id="_x0000_i2058" type="#_x0000_t75" style="width:49.2pt;height:37.2pt" o:ole="">
            <v:imagedata r:id="rId1973" o:title=""/>
          </v:shape>
          <o:OLEObject Type="Embed" ProgID="Equation.DSMT4" ShapeID="_x0000_i2058" DrawAspect="Content" ObjectID="_1699918794" r:id="rId1974"/>
        </w:object>
      </w:r>
    </w:p>
    <w:p w14:paraId="623B3E0C"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rPr>
        <w:t>40096.</w:t>
      </w:r>
      <w:r w:rsidRPr="00803531">
        <w:rPr>
          <w:rFonts w:cs="Times New Roman"/>
        </w:rPr>
        <w:tab/>
      </w:r>
      <w:r w:rsidRPr="00803531">
        <w:rPr>
          <w:rFonts w:cs="Times New Roman"/>
          <w:b/>
          <w:color w:val="0000FF"/>
        </w:rPr>
        <w:t xml:space="preserve">B. </w:t>
      </w:r>
      <w:r w:rsidRPr="00803531">
        <w:rPr>
          <w:rFonts w:cs="Times New Roman"/>
        </w:rPr>
        <w:t>43008.</w:t>
      </w:r>
      <w:r w:rsidRPr="00803531">
        <w:rPr>
          <w:rFonts w:cs="Times New Roman"/>
        </w:rPr>
        <w:tab/>
      </w:r>
      <w:r w:rsidRPr="00803531">
        <w:rPr>
          <w:rFonts w:cs="Times New Roman"/>
          <w:b/>
          <w:color w:val="0000FF"/>
        </w:rPr>
        <w:t xml:space="preserve">C. </w:t>
      </w:r>
      <w:r w:rsidRPr="00803531">
        <w:rPr>
          <w:rFonts w:cs="Times New Roman"/>
        </w:rPr>
        <w:t>512.</w:t>
      </w:r>
      <w:r w:rsidRPr="00803531">
        <w:rPr>
          <w:rFonts w:cs="Times New Roman"/>
        </w:rPr>
        <w:tab/>
      </w:r>
      <w:r w:rsidRPr="00803531">
        <w:rPr>
          <w:rFonts w:cs="Times New Roman"/>
          <w:b/>
          <w:color w:val="0000FF"/>
        </w:rPr>
        <w:t xml:space="preserve">D. </w:t>
      </w:r>
      <w:r w:rsidRPr="00803531">
        <w:rPr>
          <w:rFonts w:cs="Times New Roman"/>
        </w:rPr>
        <w:t>84.</w:t>
      </w:r>
    </w:p>
    <w:p w14:paraId="15C83292"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28:</w:t>
      </w:r>
      <w:r w:rsidRPr="00803531">
        <w:rPr>
          <w:rFonts w:cs="Times New Roman"/>
          <w:b/>
          <w:color w:val="0000FF"/>
        </w:rPr>
        <w:tab/>
      </w:r>
      <w:r w:rsidRPr="00803531">
        <w:rPr>
          <w:rFonts w:cs="Times New Roman"/>
        </w:rPr>
        <w:t xml:space="preserve">Tính tồng </w:t>
      </w:r>
      <w:r w:rsidRPr="00803531">
        <w:rPr>
          <w:position w:val="-12"/>
        </w:rPr>
        <w:object w:dxaOrig="3360" w:dyaOrig="380" w14:anchorId="5AC61EE0">
          <v:shape id="_x0000_i2059" type="#_x0000_t75" style="width:168pt;height:19.2pt" o:ole="">
            <v:imagedata r:id="rId1975" o:title=""/>
          </v:shape>
          <o:OLEObject Type="Embed" ProgID="Equation.DSMT4" ShapeID="_x0000_i2059" DrawAspect="Content" ObjectID="_1699918795" r:id="rId1976"/>
        </w:object>
      </w:r>
      <w:r w:rsidRPr="00803531">
        <w:rPr>
          <w:rFonts w:cs="Times New Roman"/>
        </w:rPr>
        <w:t>.</w:t>
      </w:r>
    </w:p>
    <w:p w14:paraId="3C48C735"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rPr>
        <w:t>59055.</w:t>
      </w:r>
      <w:r w:rsidRPr="00803531">
        <w:rPr>
          <w:rFonts w:cs="Times New Roman"/>
        </w:rPr>
        <w:tab/>
      </w:r>
      <w:r w:rsidRPr="00803531">
        <w:rPr>
          <w:rFonts w:cs="Times New Roman"/>
          <w:b/>
          <w:color w:val="0000FF"/>
        </w:rPr>
        <w:t xml:space="preserve">B. </w:t>
      </w:r>
      <w:r w:rsidRPr="00803531">
        <w:rPr>
          <w:rFonts w:cs="Times New Roman"/>
        </w:rPr>
        <w:t>1024.</w:t>
      </w:r>
      <w:r w:rsidRPr="00803531">
        <w:rPr>
          <w:rFonts w:cs="Times New Roman"/>
        </w:rPr>
        <w:tab/>
      </w:r>
      <w:r w:rsidRPr="00803531">
        <w:rPr>
          <w:rFonts w:cs="Times New Roman"/>
          <w:b/>
          <w:color w:val="0000FF"/>
        </w:rPr>
        <w:t xml:space="preserve">C. </w:t>
      </w:r>
      <w:r w:rsidRPr="00803531">
        <w:rPr>
          <w:rFonts w:cs="Times New Roman"/>
        </w:rPr>
        <w:t>59049.</w:t>
      </w:r>
      <w:r w:rsidRPr="00803531">
        <w:rPr>
          <w:rFonts w:cs="Times New Roman"/>
        </w:rPr>
        <w:tab/>
      </w:r>
      <w:r w:rsidRPr="00803531">
        <w:rPr>
          <w:rFonts w:cs="Times New Roman"/>
          <w:b/>
          <w:color w:val="0000FF"/>
        </w:rPr>
        <w:t xml:space="preserve">D. </w:t>
      </w:r>
      <w:r w:rsidRPr="00803531">
        <w:rPr>
          <w:rFonts w:cs="Times New Roman"/>
        </w:rPr>
        <w:t>1025.</w:t>
      </w:r>
    </w:p>
    <w:p w14:paraId="4F0F109F"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29:</w:t>
      </w:r>
      <w:r w:rsidRPr="00803531">
        <w:rPr>
          <w:rFonts w:cs="Times New Roman"/>
          <w:b/>
          <w:color w:val="0000FF"/>
        </w:rPr>
        <w:tab/>
      </w:r>
      <w:r w:rsidRPr="00803531">
        <w:rPr>
          <w:rFonts w:cs="Times New Roman"/>
        </w:rPr>
        <w:t>Người ta trồng 3003 cây theo dạng một hình tam giác như sau: hàng thứ nhất trồng 1 cây, hàng thứ hai trồng 2 cây, hàng thứ ba trồng 3 cây,</w:t>
      </w:r>
      <w:r w:rsidRPr="00803531">
        <w:rPr>
          <w:rFonts w:cs="Times New Roman"/>
          <w:b/>
        </w:rPr>
        <w:t>.</w:t>
      </w:r>
      <w:r w:rsidRPr="00803531">
        <w:rPr>
          <w:rFonts w:cs="Times New Roman"/>
        </w:rPr>
        <w:t>, cứ tiếp tục trồng như thế cho đến khi hết số cây. Số hàng cây được trồng là</w:t>
      </w:r>
    </w:p>
    <w:p w14:paraId="0FFD91D6"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rPr>
        <w:t>77.</w:t>
      </w:r>
      <w:r w:rsidRPr="00803531">
        <w:rPr>
          <w:rFonts w:cs="Times New Roman"/>
        </w:rPr>
        <w:tab/>
      </w:r>
      <w:r w:rsidRPr="00803531">
        <w:rPr>
          <w:rFonts w:cs="Times New Roman"/>
          <w:b/>
          <w:color w:val="0000FF"/>
        </w:rPr>
        <w:t xml:space="preserve">B. </w:t>
      </w:r>
      <w:r w:rsidRPr="00803531">
        <w:rPr>
          <w:rFonts w:cs="Times New Roman"/>
        </w:rPr>
        <w:t>79.</w:t>
      </w:r>
      <w:r w:rsidRPr="00803531">
        <w:rPr>
          <w:rFonts w:cs="Times New Roman"/>
        </w:rPr>
        <w:tab/>
      </w:r>
      <w:r w:rsidRPr="00803531">
        <w:rPr>
          <w:rFonts w:cs="Times New Roman"/>
          <w:b/>
          <w:color w:val="0000FF"/>
        </w:rPr>
        <w:t xml:space="preserve">C. </w:t>
      </w:r>
      <w:r w:rsidRPr="00803531">
        <w:rPr>
          <w:rFonts w:cs="Times New Roman"/>
        </w:rPr>
        <w:t>76.</w:t>
      </w:r>
      <w:r w:rsidRPr="00803531">
        <w:rPr>
          <w:rFonts w:cs="Times New Roman"/>
        </w:rPr>
        <w:tab/>
      </w:r>
      <w:r w:rsidRPr="00803531">
        <w:rPr>
          <w:rFonts w:cs="Times New Roman"/>
          <w:b/>
          <w:color w:val="0000FF"/>
        </w:rPr>
        <w:t xml:space="preserve">D. </w:t>
      </w:r>
      <w:r w:rsidRPr="00803531">
        <w:rPr>
          <w:rFonts w:cs="Times New Roman"/>
        </w:rPr>
        <w:t>78.</w:t>
      </w:r>
    </w:p>
    <w:p w14:paraId="0DD06BB4"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30:</w:t>
      </w:r>
      <w:r w:rsidRPr="00803531">
        <w:rPr>
          <w:rFonts w:cs="Times New Roman"/>
          <w:b/>
          <w:color w:val="0000FF"/>
        </w:rPr>
        <w:tab/>
      </w:r>
      <w:r w:rsidRPr="00803531">
        <w:rPr>
          <w:rFonts w:cs="Times New Roman"/>
        </w:rPr>
        <w:t xml:space="preserve">Cho dãy số </w:t>
      </w:r>
      <w:r w:rsidRPr="00803531">
        <w:rPr>
          <w:position w:val="-14"/>
        </w:rPr>
        <w:object w:dxaOrig="480" w:dyaOrig="400" w14:anchorId="7D9B6AC3">
          <v:shape id="_x0000_i2060" type="#_x0000_t75" style="width:24pt;height:19.8pt" o:ole="">
            <v:imagedata r:id="rId1977" o:title=""/>
          </v:shape>
          <o:OLEObject Type="Embed" ProgID="Equation.DSMT4" ShapeID="_x0000_i2060" DrawAspect="Content" ObjectID="_1699918796" r:id="rId1978"/>
        </w:object>
      </w:r>
      <w:r w:rsidRPr="00803531">
        <w:rPr>
          <w:rFonts w:cs="Times New Roman"/>
        </w:rPr>
        <w:t xml:space="preserve"> được xác định bởi </w:t>
      </w:r>
      <w:r w:rsidRPr="00803531">
        <w:rPr>
          <w:position w:val="-12"/>
        </w:rPr>
        <w:object w:dxaOrig="2360" w:dyaOrig="360" w14:anchorId="4E5BB08D">
          <v:shape id="_x0000_i2061" type="#_x0000_t75" style="width:118.2pt;height:18pt" o:ole="">
            <v:imagedata r:id="rId1979" o:title=""/>
          </v:shape>
          <o:OLEObject Type="Embed" ProgID="Equation.DSMT4" ShapeID="_x0000_i2061" DrawAspect="Content" ObjectID="_1699918797" r:id="rId1980"/>
        </w:object>
      </w:r>
      <w:r w:rsidRPr="00803531">
        <w:rPr>
          <w:rFonts w:cs="Times New Roman"/>
        </w:rPr>
        <w:t xml:space="preserve">. Công thức số hạng tổng quát của dãy số đã cho là biểu thức có dạng </w:t>
      </w:r>
      <w:r w:rsidRPr="00803531">
        <w:rPr>
          <w:position w:val="-6"/>
        </w:rPr>
        <w:object w:dxaOrig="1320" w:dyaOrig="320" w14:anchorId="2E90F8DA">
          <v:shape id="_x0000_i2062" type="#_x0000_t75" style="width:66pt;height:16.2pt" o:ole="">
            <v:imagedata r:id="rId1981" o:title=""/>
          </v:shape>
          <o:OLEObject Type="Embed" ProgID="Equation.DSMT4" ShapeID="_x0000_i2062" DrawAspect="Content" ObjectID="_1699918798" r:id="rId1982"/>
        </w:object>
      </w:r>
      <w:r w:rsidRPr="00803531">
        <w:rPr>
          <w:rFonts w:cs="Times New Roman"/>
        </w:rPr>
        <w:t xml:space="preserve">, với </w:t>
      </w:r>
      <w:r w:rsidRPr="00803531">
        <w:rPr>
          <w:position w:val="-10"/>
        </w:rPr>
        <w:object w:dxaOrig="600" w:dyaOrig="320" w14:anchorId="0AA77EB1">
          <v:shape id="_x0000_i2063" type="#_x0000_t75" style="width:30pt;height:16.2pt" o:ole="">
            <v:imagedata r:id="rId1983" o:title=""/>
          </v:shape>
          <o:OLEObject Type="Embed" ProgID="Equation.DSMT4" ShapeID="_x0000_i2063" DrawAspect="Content" ObjectID="_1699918799" r:id="rId1984"/>
        </w:object>
      </w:r>
      <w:r w:rsidRPr="00803531">
        <w:rPr>
          <w:rFonts w:cs="Times New Roman"/>
        </w:rPr>
        <w:t xml:space="preserve"> là các số nguyên, </w:t>
      </w:r>
      <w:r w:rsidRPr="00803531">
        <w:rPr>
          <w:position w:val="-10"/>
        </w:rPr>
        <w:object w:dxaOrig="1180" w:dyaOrig="320" w14:anchorId="56B40851">
          <v:shape id="_x0000_i2064" type="#_x0000_t75" style="width:58.8pt;height:16.2pt" o:ole="">
            <v:imagedata r:id="rId1985" o:title=""/>
          </v:shape>
          <o:OLEObject Type="Embed" ProgID="Equation.DSMT4" ShapeID="_x0000_i2064" DrawAspect="Content" ObjectID="_1699918800" r:id="rId1986"/>
        </w:object>
      </w:r>
      <w:r w:rsidRPr="00803531">
        <w:rPr>
          <w:rFonts w:cs="Times New Roman"/>
        </w:rPr>
        <w:t xml:space="preserve">. Khi đó tồng </w:t>
      </w:r>
      <w:r w:rsidRPr="00803531">
        <w:rPr>
          <w:position w:val="-6"/>
        </w:rPr>
        <w:object w:dxaOrig="859" w:dyaOrig="279" w14:anchorId="53AFF839">
          <v:shape id="_x0000_i2065" type="#_x0000_t75" style="width:43.2pt;height:13.8pt" o:ole="">
            <v:imagedata r:id="rId1987" o:title=""/>
          </v:shape>
          <o:OLEObject Type="Embed" ProgID="Equation.DSMT4" ShapeID="_x0000_i2065" DrawAspect="Content" ObjectID="_1699918801" r:id="rId1988"/>
        </w:object>
      </w:r>
      <w:r w:rsidRPr="00803531">
        <w:rPr>
          <w:rFonts w:cs="Times New Roman"/>
        </w:rPr>
        <w:t xml:space="preserve"> có giá trị bằng</w:t>
      </w:r>
    </w:p>
    <w:p w14:paraId="0FC08B45"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4"/>
        </w:rPr>
        <w:object w:dxaOrig="320" w:dyaOrig="260" w14:anchorId="20D272A8">
          <v:shape id="_x0000_i2066" type="#_x0000_t75" style="width:16.2pt;height:13.2pt" o:ole="">
            <v:imagedata r:id="rId1989" o:title=""/>
          </v:shape>
          <o:OLEObject Type="Embed" ProgID="Equation.DSMT4" ShapeID="_x0000_i2066" DrawAspect="Content" ObjectID="_1699918802" r:id="rId1990"/>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rPr>
        <w:t>4.</w:t>
      </w:r>
      <w:r w:rsidRPr="00803531">
        <w:rPr>
          <w:rFonts w:cs="Times New Roman"/>
        </w:rPr>
        <w:tab/>
      </w:r>
      <w:r w:rsidRPr="00803531">
        <w:rPr>
          <w:rFonts w:cs="Times New Roman"/>
          <w:b/>
          <w:color w:val="0000FF"/>
        </w:rPr>
        <w:t xml:space="preserve">C. </w:t>
      </w:r>
      <w:r w:rsidRPr="00803531">
        <w:rPr>
          <w:rFonts w:cs="Times New Roman"/>
          <w:position w:val="-6"/>
        </w:rPr>
        <w:object w:dxaOrig="320" w:dyaOrig="279" w14:anchorId="4485699A">
          <v:shape id="_x0000_i2067" type="#_x0000_t75" style="width:16.2pt;height:13.8pt" o:ole="">
            <v:imagedata r:id="rId1991" o:title=""/>
          </v:shape>
          <o:OLEObject Type="Embed" ProgID="Equation.DSMT4" ShapeID="_x0000_i2067" DrawAspect="Content" ObjectID="_1699918803" r:id="rId1992"/>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rPr>
        <w:t>3.</w:t>
      </w:r>
    </w:p>
    <w:p w14:paraId="68AB965A"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31:</w:t>
      </w:r>
      <w:r w:rsidRPr="00803531">
        <w:rPr>
          <w:rFonts w:cs="Times New Roman"/>
          <w:b/>
          <w:color w:val="0000FF"/>
        </w:rPr>
        <w:tab/>
      </w:r>
      <w:r w:rsidRPr="00803531">
        <w:rPr>
          <w:rFonts w:cs="Times New Roman"/>
        </w:rPr>
        <w:t xml:space="preserve">Cho đường tròn </w:t>
      </w:r>
      <w:r w:rsidRPr="00803531">
        <w:rPr>
          <w:position w:val="-10"/>
        </w:rPr>
        <w:object w:dxaOrig="400" w:dyaOrig="320" w14:anchorId="4D31193A">
          <v:shape id="_x0000_i2068" type="#_x0000_t75" style="width:19.8pt;height:16.2pt" o:ole="">
            <v:imagedata r:id="rId1993" o:title=""/>
          </v:shape>
          <o:OLEObject Type="Embed" ProgID="Equation.DSMT4" ShapeID="_x0000_i2068" DrawAspect="Content" ObjectID="_1699918804" r:id="rId1994"/>
        </w:object>
      </w:r>
      <w:r w:rsidRPr="00803531">
        <w:rPr>
          <w:rFonts w:cs="Times New Roman"/>
        </w:rPr>
        <w:t xml:space="preserve"> có phương trình </w:t>
      </w:r>
      <w:r w:rsidRPr="00803531">
        <w:rPr>
          <w:position w:val="-10"/>
        </w:rPr>
        <w:object w:dxaOrig="2100" w:dyaOrig="360" w14:anchorId="6FA1AF91">
          <v:shape id="_x0000_i2069" type="#_x0000_t75" style="width:105pt;height:18pt" o:ole="">
            <v:imagedata r:id="rId1995" o:title=""/>
          </v:shape>
          <o:OLEObject Type="Embed" ProgID="Equation.DSMT4" ShapeID="_x0000_i2069" DrawAspect="Content" ObjectID="_1699918805" r:id="rId1996"/>
        </w:object>
      </w:r>
      <w:r w:rsidRPr="00803531">
        <w:rPr>
          <w:rFonts w:cs="Times New Roman"/>
        </w:rPr>
        <w:t xml:space="preserve">. Ảnh của đường tròn </w:t>
      </w:r>
      <w:r w:rsidRPr="00803531">
        <w:rPr>
          <w:position w:val="-10"/>
        </w:rPr>
        <w:object w:dxaOrig="400" w:dyaOrig="320" w14:anchorId="28D9444A">
          <v:shape id="_x0000_i2070" type="#_x0000_t75" style="width:19.8pt;height:16.2pt" o:ole="">
            <v:imagedata r:id="rId1997" o:title=""/>
          </v:shape>
          <o:OLEObject Type="Embed" ProgID="Equation.DSMT4" ShapeID="_x0000_i2070" DrawAspect="Content" ObjectID="_1699918806" r:id="rId1998"/>
        </w:object>
      </w:r>
      <w:r w:rsidRPr="00803531">
        <w:rPr>
          <w:rFonts w:cs="Times New Roman"/>
        </w:rPr>
        <w:t xml:space="preserve"> qua phép đồng dạng bằng cách thực liên tiếp phép vị tự tâm </w:t>
      </w:r>
      <w:r w:rsidRPr="00803531">
        <w:rPr>
          <w:position w:val="-6"/>
        </w:rPr>
        <w:object w:dxaOrig="240" w:dyaOrig="279" w14:anchorId="321D930A">
          <v:shape id="_x0000_i2071" type="#_x0000_t75" style="width:12pt;height:13.8pt" o:ole="">
            <v:imagedata r:id="rId1999" o:title=""/>
          </v:shape>
          <o:OLEObject Type="Embed" ProgID="Equation.DSMT4" ShapeID="_x0000_i2071" DrawAspect="Content" ObjectID="_1699918807" r:id="rId2000"/>
        </w:object>
      </w:r>
      <w:r w:rsidRPr="00803531">
        <w:rPr>
          <w:rFonts w:cs="Times New Roman"/>
        </w:rPr>
        <w:t xml:space="preserve"> tỉ số </w:t>
      </w:r>
      <w:r w:rsidRPr="00803531">
        <w:rPr>
          <w:position w:val="-6"/>
        </w:rPr>
        <w:object w:dxaOrig="560" w:dyaOrig="279" w14:anchorId="339EBD67">
          <v:shape id="_x0000_i2072" type="#_x0000_t75" style="width:28.2pt;height:13.8pt" o:ole="">
            <v:imagedata r:id="rId2001" o:title=""/>
          </v:shape>
          <o:OLEObject Type="Embed" ProgID="Equation.DSMT4" ShapeID="_x0000_i2072" DrawAspect="Content" ObjectID="_1699918808" r:id="rId2002"/>
        </w:object>
      </w:r>
      <w:r w:rsidRPr="00803531">
        <w:rPr>
          <w:rFonts w:cs="Times New Roman"/>
        </w:rPr>
        <w:t xml:space="preserve"> và phép quay tâm </w:t>
      </w:r>
      <w:r w:rsidRPr="00803531">
        <w:rPr>
          <w:position w:val="-6"/>
        </w:rPr>
        <w:object w:dxaOrig="240" w:dyaOrig="279" w14:anchorId="6BD4D8EE">
          <v:shape id="_x0000_i2073" type="#_x0000_t75" style="width:12pt;height:13.8pt" o:ole="">
            <v:imagedata r:id="rId2003" o:title=""/>
          </v:shape>
          <o:OLEObject Type="Embed" ProgID="Equation.DSMT4" ShapeID="_x0000_i2073" DrawAspect="Content" ObjectID="_1699918809" r:id="rId2004"/>
        </w:object>
      </w:r>
      <w:r w:rsidRPr="00803531">
        <w:rPr>
          <w:rFonts w:cs="Times New Roman"/>
        </w:rPr>
        <w:t xml:space="preserve"> góc quay </w:t>
      </w:r>
      <w:r w:rsidRPr="00803531">
        <w:rPr>
          <w:position w:val="-6"/>
        </w:rPr>
        <w:object w:dxaOrig="360" w:dyaOrig="320" w14:anchorId="5F930B5C">
          <v:shape id="_x0000_i2074" type="#_x0000_t75" style="width:18pt;height:16.2pt" o:ole="">
            <v:imagedata r:id="rId2005" o:title=""/>
          </v:shape>
          <o:OLEObject Type="Embed" ProgID="Equation.DSMT4" ShapeID="_x0000_i2074" DrawAspect="Content" ObjectID="_1699918810" r:id="rId2006"/>
        </w:object>
      </w:r>
      <w:r w:rsidRPr="00803531">
        <w:rPr>
          <w:rFonts w:cs="Times New Roman"/>
        </w:rPr>
        <w:t xml:space="preserve"> là</w:t>
      </w:r>
    </w:p>
    <w:p w14:paraId="19B3F50E"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0"/>
        </w:rPr>
        <w:object w:dxaOrig="2200" w:dyaOrig="360" w14:anchorId="2727ADA7">
          <v:shape id="_x0000_i2075" type="#_x0000_t75" style="width:109.8pt;height:18pt" o:ole="">
            <v:imagedata r:id="rId2007" o:title=""/>
          </v:shape>
          <o:OLEObject Type="Embed" ProgID="Equation.DSMT4" ShapeID="_x0000_i2075" DrawAspect="Content" ObjectID="_1699918811" r:id="rId2008"/>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10"/>
        </w:rPr>
        <w:object w:dxaOrig="2299" w:dyaOrig="360" w14:anchorId="383DA25B">
          <v:shape id="_x0000_i2076" type="#_x0000_t75" style="width:115.2pt;height:18pt" o:ole="">
            <v:imagedata r:id="rId2009" o:title=""/>
          </v:shape>
          <o:OLEObject Type="Embed" ProgID="Equation.DSMT4" ShapeID="_x0000_i2076" DrawAspect="Content" ObjectID="_1699918812" r:id="rId2010"/>
        </w:object>
      </w:r>
      <w:r w:rsidRPr="00803531">
        <w:rPr>
          <w:rFonts w:cs="Times New Roman"/>
        </w:rPr>
        <w:t>.</w:t>
      </w:r>
    </w:p>
    <w:p w14:paraId="27CCE551"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C. </w:t>
      </w:r>
      <w:r w:rsidRPr="00803531">
        <w:rPr>
          <w:rFonts w:cs="Times New Roman"/>
          <w:position w:val="-10"/>
        </w:rPr>
        <w:object w:dxaOrig="2200" w:dyaOrig="360" w14:anchorId="2F8A49DD">
          <v:shape id="_x0000_i2077" type="#_x0000_t75" style="width:109.8pt;height:18pt" o:ole="">
            <v:imagedata r:id="rId2011" o:title=""/>
          </v:shape>
          <o:OLEObject Type="Embed" ProgID="Equation.DSMT4" ShapeID="_x0000_i2077" DrawAspect="Content" ObjectID="_1699918813" r:id="rId2012"/>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10"/>
        </w:rPr>
        <w:object w:dxaOrig="2299" w:dyaOrig="360" w14:anchorId="67405DBA">
          <v:shape id="_x0000_i2078" type="#_x0000_t75" style="width:115.2pt;height:18pt" o:ole="">
            <v:imagedata r:id="rId2013" o:title=""/>
          </v:shape>
          <o:OLEObject Type="Embed" ProgID="Equation.DSMT4" ShapeID="_x0000_i2078" DrawAspect="Content" ObjectID="_1699918814" r:id="rId2014"/>
        </w:object>
      </w:r>
      <w:r w:rsidRPr="00803531">
        <w:rPr>
          <w:rFonts w:cs="Times New Roman"/>
        </w:rPr>
        <w:t>.</w:t>
      </w:r>
    </w:p>
    <w:p w14:paraId="7A8615FC"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32:</w:t>
      </w:r>
      <w:r w:rsidRPr="00803531">
        <w:rPr>
          <w:rFonts w:cs="Times New Roman"/>
          <w:b/>
          <w:color w:val="0000FF"/>
        </w:rPr>
        <w:tab/>
      </w:r>
      <w:r w:rsidRPr="00803531">
        <w:rPr>
          <w:rFonts w:cs="Times New Roman"/>
        </w:rPr>
        <w:t xml:space="preserve">Cho tứ diện </w:t>
      </w:r>
      <w:r w:rsidRPr="00803531">
        <w:rPr>
          <w:position w:val="-6"/>
        </w:rPr>
        <w:object w:dxaOrig="720" w:dyaOrig="279" w14:anchorId="2B589C7C">
          <v:shape id="_x0000_i2079" type="#_x0000_t75" style="width:36pt;height:13.8pt" o:ole="">
            <v:imagedata r:id="rId2015" o:title=""/>
          </v:shape>
          <o:OLEObject Type="Embed" ProgID="Equation.DSMT4" ShapeID="_x0000_i2079" DrawAspect="Content" ObjectID="_1699918815" r:id="rId2016"/>
        </w:object>
      </w:r>
      <w:r w:rsidRPr="00803531">
        <w:rPr>
          <w:rFonts w:cs="Times New Roman"/>
        </w:rPr>
        <w:t xml:space="preserve"> có </w:t>
      </w:r>
      <w:r w:rsidRPr="00803531">
        <w:rPr>
          <w:position w:val="-10"/>
        </w:rPr>
        <w:object w:dxaOrig="2380" w:dyaOrig="320" w14:anchorId="01781AD1">
          <v:shape id="_x0000_i2080" type="#_x0000_t75" style="width:118.8pt;height:16.2pt" o:ole="">
            <v:imagedata r:id="rId2017" o:title=""/>
          </v:shape>
          <o:OLEObject Type="Embed" ProgID="Equation.DSMT4" ShapeID="_x0000_i2080" DrawAspect="Content" ObjectID="_1699918816" r:id="rId2018"/>
        </w:object>
      </w:r>
      <w:r w:rsidRPr="00803531">
        <w:rPr>
          <w:rFonts w:cs="Times New Roman"/>
        </w:rPr>
        <w:t xml:space="preserve"> là điểm bất kì trên cạnh </w:t>
      </w:r>
      <w:r w:rsidRPr="00803531">
        <w:rPr>
          <w:position w:val="-10"/>
        </w:rPr>
        <w:object w:dxaOrig="780" w:dyaOrig="320" w14:anchorId="77A96843">
          <v:shape id="_x0000_i2081" type="#_x0000_t75" style="width:39pt;height:16.2pt" o:ole="">
            <v:imagedata r:id="rId2019" o:title=""/>
          </v:shape>
          <o:OLEObject Type="Embed" ProgID="Equation.DSMT4" ShapeID="_x0000_i2081" DrawAspect="Content" ObjectID="_1699918817" r:id="rId2020"/>
        </w:object>
      </w:r>
      <w:r w:rsidRPr="00803531">
        <w:rPr>
          <w:rFonts w:cs="Times New Roman"/>
        </w:rPr>
        <w:t xml:space="preserve"> là mặt phẳng qua </w:t>
      </w:r>
      <w:r w:rsidRPr="00803531">
        <w:rPr>
          <w:position w:val="-4"/>
        </w:rPr>
        <w:object w:dxaOrig="320" w:dyaOrig="260" w14:anchorId="3911D637">
          <v:shape id="_x0000_i2082" type="#_x0000_t75" style="width:16.2pt;height:13.2pt" o:ole="">
            <v:imagedata r:id="rId2021" o:title=""/>
          </v:shape>
          <o:OLEObject Type="Embed" ProgID="Equation.DSMT4" ShapeID="_x0000_i2082" DrawAspect="Content" ObjectID="_1699918818" r:id="rId2022"/>
        </w:object>
      </w:r>
      <w:r w:rsidRPr="00803531">
        <w:rPr>
          <w:rFonts w:cs="Times New Roman"/>
        </w:rPr>
        <w:t xml:space="preserve"> và song song với </w:t>
      </w:r>
      <w:r w:rsidRPr="00803531">
        <w:rPr>
          <w:position w:val="-10"/>
        </w:rPr>
        <w:object w:dxaOrig="840" w:dyaOrig="320" w14:anchorId="7C53D55E">
          <v:shape id="_x0000_i2083" type="#_x0000_t75" style="width:42pt;height:16.2pt" o:ole="">
            <v:imagedata r:id="rId2023" o:title=""/>
          </v:shape>
          <o:OLEObject Type="Embed" ProgID="Equation.DSMT4" ShapeID="_x0000_i2083" DrawAspect="Content" ObjectID="_1699918819" r:id="rId2024"/>
        </w:object>
      </w:r>
      <w:r w:rsidRPr="00803531">
        <w:rPr>
          <w:rFonts w:cs="Times New Roman"/>
        </w:rPr>
        <w:t xml:space="preserve">. Nếu thiết diện của tứ diện cắt bởi mặt phẳng </w:t>
      </w:r>
      <w:r w:rsidRPr="00803531">
        <w:rPr>
          <w:position w:val="-10"/>
        </w:rPr>
        <w:object w:dxaOrig="400" w:dyaOrig="320" w14:anchorId="372D6BBD">
          <v:shape id="_x0000_i2084" type="#_x0000_t75" style="width:19.8pt;height:16.2pt" o:ole="">
            <v:imagedata r:id="rId2025" o:title=""/>
          </v:shape>
          <o:OLEObject Type="Embed" ProgID="Equation.DSMT4" ShapeID="_x0000_i2084" DrawAspect="Content" ObjectID="_1699918820" r:id="rId2026"/>
        </w:object>
      </w:r>
      <w:r w:rsidRPr="00803531">
        <w:rPr>
          <w:rFonts w:cs="Times New Roman"/>
        </w:rPr>
        <w:t xml:space="preserve"> là hình thoi thì cạnh của hình thoi đó bằng</w:t>
      </w:r>
    </w:p>
    <w:p w14:paraId="05066248"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10"/>
        </w:rPr>
        <w:object w:dxaOrig="620" w:dyaOrig="320" w14:anchorId="648AFD69">
          <v:shape id="_x0000_i2085" type="#_x0000_t75" style="width:31.2pt;height:16.2pt" o:ole="">
            <v:imagedata r:id="rId2027" o:title=""/>
          </v:shape>
          <o:OLEObject Type="Embed" ProgID="Equation.DSMT4" ShapeID="_x0000_i2085" DrawAspect="Content" ObjectID="_1699918821" r:id="rId2028"/>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24"/>
        </w:rPr>
        <w:object w:dxaOrig="720" w:dyaOrig="620" w14:anchorId="4328977C">
          <v:shape id="_x0000_i2086" type="#_x0000_t75" style="width:36pt;height:31.2pt" o:ole="">
            <v:imagedata r:id="rId2029" o:title=""/>
          </v:shape>
          <o:OLEObject Type="Embed" ProgID="Equation.DSMT4" ShapeID="_x0000_i2086" DrawAspect="Content" ObjectID="_1699918822" r:id="rId2030"/>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24"/>
        </w:rPr>
        <w:object w:dxaOrig="800" w:dyaOrig="620" w14:anchorId="074850EF">
          <v:shape id="_x0000_i2087" type="#_x0000_t75" style="width:40.2pt;height:31.2pt" o:ole="">
            <v:imagedata r:id="rId2031" o:title=""/>
          </v:shape>
          <o:OLEObject Type="Embed" ProgID="Equation.DSMT4" ShapeID="_x0000_i2087" DrawAspect="Content" ObjectID="_1699918823" r:id="rId2032"/>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24"/>
        </w:rPr>
        <w:object w:dxaOrig="800" w:dyaOrig="620" w14:anchorId="7C558EFA">
          <v:shape id="_x0000_i2088" type="#_x0000_t75" style="width:40.2pt;height:31.2pt" o:ole="">
            <v:imagedata r:id="rId2033" o:title=""/>
          </v:shape>
          <o:OLEObject Type="Embed" ProgID="Equation.DSMT4" ShapeID="_x0000_i2088" DrawAspect="Content" ObjectID="_1699918824" r:id="rId2034"/>
        </w:object>
      </w:r>
      <w:r w:rsidRPr="00803531">
        <w:rPr>
          <w:rFonts w:cs="Times New Roman"/>
        </w:rPr>
        <w:t>.</w:t>
      </w:r>
    </w:p>
    <w:p w14:paraId="60F50FD6"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lastRenderedPageBreak/>
        <w:t>Câu 33:</w:t>
      </w:r>
      <w:r w:rsidRPr="00803531">
        <w:rPr>
          <w:rFonts w:cs="Times New Roman"/>
          <w:b/>
          <w:color w:val="0000FF"/>
        </w:rPr>
        <w:tab/>
      </w:r>
      <w:r w:rsidRPr="00803531">
        <w:rPr>
          <w:rFonts w:cs="Times New Roman"/>
        </w:rPr>
        <w:t xml:space="preserve">Tính tổng các nghiệm thuộc khoảng </w:t>
      </w:r>
      <w:r w:rsidRPr="00803531">
        <w:rPr>
          <w:position w:val="-10"/>
        </w:rPr>
        <w:object w:dxaOrig="720" w:dyaOrig="320" w14:anchorId="795B08D3">
          <v:shape id="_x0000_i2089" type="#_x0000_t75" style="width:36pt;height:16.2pt" o:ole="">
            <v:imagedata r:id="rId2035" o:title=""/>
          </v:shape>
          <o:OLEObject Type="Embed" ProgID="Equation.DSMT4" ShapeID="_x0000_i2089" DrawAspect="Content" ObjectID="_1699918825" r:id="rId2036"/>
        </w:object>
      </w:r>
      <w:r w:rsidRPr="00803531">
        <w:rPr>
          <w:rFonts w:cs="Times New Roman"/>
        </w:rPr>
        <w:t xml:space="preserve"> của phương trình sau: </w:t>
      </w:r>
      <w:r w:rsidRPr="00803531">
        <w:rPr>
          <w:position w:val="-24"/>
        </w:rPr>
        <w:object w:dxaOrig="4500" w:dyaOrig="660" w14:anchorId="346E782B">
          <v:shape id="_x0000_i2090" type="#_x0000_t75" style="width:225pt;height:33pt" o:ole="">
            <v:imagedata r:id="rId2037" o:title=""/>
          </v:shape>
          <o:OLEObject Type="Embed" ProgID="Equation.DSMT4" ShapeID="_x0000_i2090" DrawAspect="Content" ObjectID="_1699918826" r:id="rId2038"/>
        </w:object>
      </w:r>
    </w:p>
    <w:p w14:paraId="346D80F9"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24"/>
        </w:rPr>
        <w:object w:dxaOrig="400" w:dyaOrig="620" w14:anchorId="0D04EAA8">
          <v:shape id="_x0000_i2091" type="#_x0000_t75" style="width:19.8pt;height:31.2pt" o:ole="">
            <v:imagedata r:id="rId2039" o:title=""/>
          </v:shape>
          <o:OLEObject Type="Embed" ProgID="Equation.DSMT4" ShapeID="_x0000_i2091" DrawAspect="Content" ObjectID="_1699918827" r:id="rId2040"/>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6"/>
        </w:rPr>
        <w:object w:dxaOrig="220" w:dyaOrig="220" w14:anchorId="10AAEB21">
          <v:shape id="_x0000_i2092" type="#_x0000_t75" style="width:10.8pt;height:10.8pt" o:ole="">
            <v:imagedata r:id="rId2041" o:title=""/>
          </v:shape>
          <o:OLEObject Type="Embed" ProgID="Equation.DSMT4" ShapeID="_x0000_i2092" DrawAspect="Content" ObjectID="_1699918828" r:id="rId2042"/>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24"/>
        </w:rPr>
        <w:object w:dxaOrig="260" w:dyaOrig="620" w14:anchorId="080AF808">
          <v:shape id="_x0000_i2093" type="#_x0000_t75" style="width:13.2pt;height:31.2pt" o:ole="">
            <v:imagedata r:id="rId2043" o:title=""/>
          </v:shape>
          <o:OLEObject Type="Embed" ProgID="Equation.DSMT4" ShapeID="_x0000_i2093" DrawAspect="Content" ObjectID="_1699918829" r:id="rId2044"/>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6"/>
        </w:rPr>
        <w:object w:dxaOrig="220" w:dyaOrig="220" w14:anchorId="27D9F05F">
          <v:shape id="_x0000_i2094" type="#_x0000_t75" style="width:10.8pt;height:10.8pt" o:ole="">
            <v:imagedata r:id="rId2045" o:title=""/>
          </v:shape>
          <o:OLEObject Type="Embed" ProgID="Equation.DSMT4" ShapeID="_x0000_i2094" DrawAspect="Content" ObjectID="_1699918830" r:id="rId2046"/>
        </w:object>
      </w:r>
      <w:r w:rsidRPr="00803531">
        <w:rPr>
          <w:rFonts w:cs="Times New Roman"/>
        </w:rPr>
        <w:t>.</w:t>
      </w:r>
    </w:p>
    <w:p w14:paraId="67F9B070"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34:</w:t>
      </w:r>
      <w:r w:rsidRPr="00803531">
        <w:rPr>
          <w:rFonts w:cs="Times New Roman"/>
          <w:b/>
          <w:color w:val="0000FF"/>
        </w:rPr>
        <w:tab/>
      </w:r>
      <w:r w:rsidRPr="00803531">
        <w:rPr>
          <w:rFonts w:cs="Times New Roman"/>
        </w:rPr>
        <w:t>Có 2020 tấm thẻ được đánh số từ 1 tới 2020. Có bao nhiêu cách chọn ra 2 tấm thẻ mà tổng 2 số ghi trên 2 tấm thẻ đó nhỏ hơn 2002.</w:t>
      </w:r>
    </w:p>
    <w:p w14:paraId="70F2ACAD"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6"/>
        </w:rPr>
        <w:object w:dxaOrig="360" w:dyaOrig="320" w14:anchorId="6EE73F74">
          <v:shape id="_x0000_i2095" type="#_x0000_t75" style="width:18pt;height:16.2pt" o:ole="">
            <v:imagedata r:id="rId2047" o:title=""/>
          </v:shape>
          <o:OLEObject Type="Embed" ProgID="Equation.DSMT4" ShapeID="_x0000_i2095" DrawAspect="Content" ObjectID="_1699918831" r:id="rId2048"/>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6"/>
        </w:rPr>
        <w:object w:dxaOrig="680" w:dyaOrig="320" w14:anchorId="387A4844">
          <v:shape id="_x0000_i2096" type="#_x0000_t75" style="width:34.2pt;height:16.2pt" o:ole="">
            <v:imagedata r:id="rId2049" o:title=""/>
          </v:shape>
          <o:OLEObject Type="Embed" ProgID="Equation.DSMT4" ShapeID="_x0000_i2096" DrawAspect="Content" ObjectID="_1699918832" r:id="rId2050"/>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6"/>
        </w:rPr>
        <w:object w:dxaOrig="660" w:dyaOrig="320" w14:anchorId="46332DBF">
          <v:shape id="_x0000_i2097" type="#_x0000_t75" style="width:33pt;height:16.2pt" o:ole="">
            <v:imagedata r:id="rId2051" o:title=""/>
          </v:shape>
          <o:OLEObject Type="Embed" ProgID="Equation.DSMT4" ShapeID="_x0000_i2097" DrawAspect="Content" ObjectID="_1699918833" r:id="rId2052"/>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6"/>
        </w:rPr>
        <w:object w:dxaOrig="360" w:dyaOrig="320" w14:anchorId="346ED872">
          <v:shape id="_x0000_i2098" type="#_x0000_t75" style="width:18pt;height:16.2pt" o:ole="">
            <v:imagedata r:id="rId2053" o:title=""/>
          </v:shape>
          <o:OLEObject Type="Embed" ProgID="Equation.DSMT4" ShapeID="_x0000_i2098" DrawAspect="Content" ObjectID="_1699918834" r:id="rId2054"/>
        </w:object>
      </w:r>
      <w:r w:rsidRPr="00803531">
        <w:rPr>
          <w:rFonts w:cs="Times New Roman"/>
        </w:rPr>
        <w:t>.</w:t>
      </w:r>
    </w:p>
    <w:p w14:paraId="28D74995" w14:textId="77777777" w:rsidR="00DE7E5C" w:rsidRPr="00803531" w:rsidRDefault="00DE7E5C" w:rsidP="00803531">
      <w:pPr>
        <w:tabs>
          <w:tab w:val="left" w:pos="992"/>
        </w:tabs>
        <w:spacing w:before="120" w:after="0"/>
        <w:ind w:left="992" w:hanging="992"/>
        <w:jc w:val="both"/>
        <w:rPr>
          <w:rFonts w:cs="Times New Roman"/>
        </w:rPr>
      </w:pPr>
      <w:r w:rsidRPr="00803531">
        <w:rPr>
          <w:rFonts w:cs="Times New Roman"/>
          <w:b/>
          <w:color w:val="0000FF"/>
        </w:rPr>
        <w:t>Câu 35:</w:t>
      </w:r>
      <w:r w:rsidRPr="00803531">
        <w:rPr>
          <w:rFonts w:cs="Times New Roman"/>
          <w:b/>
          <w:color w:val="0000FF"/>
        </w:rPr>
        <w:tab/>
      </w:r>
      <w:r w:rsidRPr="00803531">
        <w:rPr>
          <w:rFonts w:cs="Times New Roman"/>
        </w:rPr>
        <w:t xml:space="preserve">Tam giác mà ba đỉnh của nó là ba trung điểm ba cạnh của tam giác </w:t>
      </w:r>
      <w:r w:rsidRPr="00803531">
        <w:rPr>
          <w:position w:val="-6"/>
        </w:rPr>
        <w:object w:dxaOrig="560" w:dyaOrig="279" w14:anchorId="1B726203">
          <v:shape id="_x0000_i2099" type="#_x0000_t75" style="width:28.2pt;height:13.8pt" o:ole="">
            <v:imagedata r:id="rId2055" o:title=""/>
          </v:shape>
          <o:OLEObject Type="Embed" ProgID="Equation.DSMT4" ShapeID="_x0000_i2099" DrawAspect="Content" ObjectID="_1699918835" r:id="rId2056"/>
        </w:object>
      </w:r>
      <w:r w:rsidRPr="00803531">
        <w:rPr>
          <w:rFonts w:cs="Times New Roman"/>
        </w:rPr>
        <w:t xml:space="preserve"> được gọi là tam giác trung bình của tam giác </w:t>
      </w:r>
      <w:r w:rsidRPr="00803531">
        <w:rPr>
          <w:position w:val="-6"/>
        </w:rPr>
        <w:object w:dxaOrig="560" w:dyaOrig="279" w14:anchorId="0E26C357">
          <v:shape id="_x0000_i2100" type="#_x0000_t75" style="width:28.2pt;height:13.8pt" o:ole="">
            <v:imagedata r:id="rId2057" o:title=""/>
          </v:shape>
          <o:OLEObject Type="Embed" ProgID="Equation.DSMT4" ShapeID="_x0000_i2100" DrawAspect="Content" ObjectID="_1699918836" r:id="rId2058"/>
        </w:object>
      </w:r>
      <w:r w:rsidRPr="00803531">
        <w:rPr>
          <w:rFonts w:cs="Times New Roman"/>
        </w:rPr>
        <w:t xml:space="preserve">. Ta xây dựng dãy các tam giác </w:t>
      </w:r>
      <w:r w:rsidRPr="00803531">
        <w:rPr>
          <w:position w:val="-12"/>
        </w:rPr>
        <w:object w:dxaOrig="2540" w:dyaOrig="360" w14:anchorId="0020A791">
          <v:shape id="_x0000_i2101" type="#_x0000_t75" style="width:127.2pt;height:18pt" o:ole="">
            <v:imagedata r:id="rId2059" o:title=""/>
          </v:shape>
          <o:OLEObject Type="Embed" ProgID="Equation.DSMT4" ShapeID="_x0000_i2101" DrawAspect="Content" ObjectID="_1699918837" r:id="rId2060"/>
        </w:object>
      </w:r>
      <w:r w:rsidRPr="00803531">
        <w:rPr>
          <w:rFonts w:cs="Times New Roman"/>
        </w:rPr>
        <w:t xml:space="preserve"> sao cho </w:t>
      </w:r>
      <w:r w:rsidRPr="00803531">
        <w:rPr>
          <w:position w:val="-12"/>
        </w:rPr>
        <w:object w:dxaOrig="680" w:dyaOrig="360" w14:anchorId="7FC919AC">
          <v:shape id="_x0000_i2102" type="#_x0000_t75" style="width:34.2pt;height:18pt" o:ole="">
            <v:imagedata r:id="rId2061" o:title=""/>
          </v:shape>
          <o:OLEObject Type="Embed" ProgID="Equation.DSMT4" ShapeID="_x0000_i2102" DrawAspect="Content" ObjectID="_1699918838" r:id="rId2062"/>
        </w:object>
      </w:r>
      <w:r w:rsidRPr="00803531">
        <w:rPr>
          <w:rFonts w:cs="Times New Roman"/>
        </w:rPr>
        <w:t xml:space="preserve"> là một tam giác đều cạnh bằng 3. Với mỗi số nguyên dương </w:t>
      </w:r>
      <w:r w:rsidRPr="00803531">
        <w:rPr>
          <w:position w:val="-6"/>
        </w:rPr>
        <w:object w:dxaOrig="560" w:dyaOrig="279" w14:anchorId="60EADDEF">
          <v:shape id="_x0000_i2103" type="#_x0000_t75" style="width:28.2pt;height:13.8pt" o:ole="">
            <v:imagedata r:id="rId2063" o:title=""/>
          </v:shape>
          <o:OLEObject Type="Embed" ProgID="Equation.DSMT4" ShapeID="_x0000_i2103" DrawAspect="Content" ObjectID="_1699918839" r:id="rId2064"/>
        </w:object>
      </w:r>
      <w:r w:rsidRPr="00803531">
        <w:rPr>
          <w:rFonts w:cs="Times New Roman"/>
        </w:rPr>
        <w:t xml:space="preserve">, tam giác </w:t>
      </w:r>
      <w:r w:rsidRPr="00803531">
        <w:rPr>
          <w:position w:val="-12"/>
        </w:rPr>
        <w:object w:dxaOrig="760" w:dyaOrig="360" w14:anchorId="2D510B31">
          <v:shape id="_x0000_i2104" type="#_x0000_t75" style="width:37.8pt;height:18pt" o:ole="">
            <v:imagedata r:id="rId2065" o:title=""/>
          </v:shape>
          <o:OLEObject Type="Embed" ProgID="Equation.DSMT4" ShapeID="_x0000_i2104" DrawAspect="Content" ObjectID="_1699918840" r:id="rId2066"/>
        </w:object>
      </w:r>
      <w:r w:rsidRPr="00803531">
        <w:rPr>
          <w:rFonts w:cs="Times New Roman"/>
        </w:rPr>
        <w:t xml:space="preserve"> là tam giác trung bình của tam giác </w:t>
      </w:r>
      <w:r w:rsidRPr="00803531">
        <w:rPr>
          <w:position w:val="-12"/>
        </w:rPr>
        <w:object w:dxaOrig="1180" w:dyaOrig="360" w14:anchorId="192729D3">
          <v:shape id="_x0000_i2105" type="#_x0000_t75" style="width:58.8pt;height:18pt" o:ole="">
            <v:imagedata r:id="rId2067" o:title=""/>
          </v:shape>
          <o:OLEObject Type="Embed" ProgID="Equation.DSMT4" ShapeID="_x0000_i2105" DrawAspect="Content" ObjectID="_1699918841" r:id="rId2068"/>
        </w:object>
      </w:r>
      <w:r w:rsidRPr="00803531">
        <w:rPr>
          <w:rFonts w:cs="Times New Roman"/>
        </w:rPr>
        <w:t xml:space="preserve">. Với mỗi số nguyên dương </w:t>
      </w:r>
      <w:r w:rsidRPr="00803531">
        <w:rPr>
          <w:position w:val="-6"/>
        </w:rPr>
        <w:object w:dxaOrig="200" w:dyaOrig="220" w14:anchorId="0E7C4106">
          <v:shape id="_x0000_i2106" type="#_x0000_t75" style="width:10.2pt;height:10.8pt" o:ole="">
            <v:imagedata r:id="rId2069" o:title=""/>
          </v:shape>
          <o:OLEObject Type="Embed" ProgID="Equation.DSMT4" ShapeID="_x0000_i2106" DrawAspect="Content" ObjectID="_1699918842" r:id="rId2070"/>
        </w:object>
      </w:r>
      <w:r w:rsidRPr="00803531">
        <w:rPr>
          <w:rFonts w:cs="Times New Roman"/>
        </w:rPr>
        <w:t xml:space="preserve">, kí hiệu </w:t>
      </w:r>
      <w:r w:rsidRPr="00803531">
        <w:rPr>
          <w:position w:val="-12"/>
        </w:rPr>
        <w:object w:dxaOrig="279" w:dyaOrig="360" w14:anchorId="4FD72D97">
          <v:shape id="_x0000_i2107" type="#_x0000_t75" style="width:13.8pt;height:18pt" o:ole="">
            <v:imagedata r:id="rId2071" o:title=""/>
          </v:shape>
          <o:OLEObject Type="Embed" ProgID="Equation.DSMT4" ShapeID="_x0000_i2107" DrawAspect="Content" ObjectID="_1699918843" r:id="rId2072"/>
        </w:object>
      </w:r>
      <w:r w:rsidRPr="00803531">
        <w:rPr>
          <w:rFonts w:cs="Times New Roman"/>
        </w:rPr>
        <w:t xml:space="preserve"> tương ứng là diện tích hình tròn ngoại tiếp tam giác </w:t>
      </w:r>
      <w:r w:rsidRPr="00803531">
        <w:rPr>
          <w:position w:val="-12"/>
        </w:rPr>
        <w:object w:dxaOrig="760" w:dyaOrig="360" w14:anchorId="0CFCCC5B">
          <v:shape id="_x0000_i2108" type="#_x0000_t75" style="width:37.8pt;height:18pt" o:ole="">
            <v:imagedata r:id="rId2073" o:title=""/>
          </v:shape>
          <o:OLEObject Type="Embed" ProgID="Equation.DSMT4" ShapeID="_x0000_i2108" DrawAspect="Content" ObjectID="_1699918844" r:id="rId2074"/>
        </w:object>
      </w:r>
      <w:r w:rsidRPr="00803531">
        <w:rPr>
          <w:rFonts w:cs="Times New Roman"/>
        </w:rPr>
        <w:t xml:space="preserve">. Tổng </w:t>
      </w:r>
      <w:r w:rsidRPr="00803531">
        <w:rPr>
          <w:position w:val="-12"/>
        </w:rPr>
        <w:object w:dxaOrig="2140" w:dyaOrig="360" w14:anchorId="59387202">
          <v:shape id="_x0000_i2109" type="#_x0000_t75" style="width:106.8pt;height:18pt" o:ole="">
            <v:imagedata r:id="rId2075" o:title=""/>
          </v:shape>
          <o:OLEObject Type="Embed" ProgID="Equation.DSMT4" ShapeID="_x0000_i2109" DrawAspect="Content" ObjectID="_1699918845" r:id="rId2076"/>
        </w:object>
      </w:r>
      <w:r w:rsidRPr="00803531">
        <w:rPr>
          <w:rFonts w:cs="Times New Roman"/>
        </w:rPr>
        <w:t xml:space="preserve"> là:</w:t>
      </w:r>
    </w:p>
    <w:p w14:paraId="662E9FC9" w14:textId="77777777" w:rsidR="00DE7E5C" w:rsidRPr="00803531" w:rsidRDefault="00DE7E5C" w:rsidP="00803531">
      <w:pPr>
        <w:tabs>
          <w:tab w:val="left" w:pos="3402"/>
          <w:tab w:val="left" w:pos="5669"/>
          <w:tab w:val="left" w:pos="7937"/>
        </w:tabs>
        <w:spacing w:after="0"/>
        <w:ind w:left="992"/>
        <w:jc w:val="both"/>
        <w:rPr>
          <w:rFonts w:cs="Times New Roman"/>
        </w:rPr>
      </w:pPr>
      <w:r w:rsidRPr="00803531">
        <w:rPr>
          <w:rFonts w:cs="Times New Roman"/>
          <w:b/>
          <w:color w:val="0000FF"/>
        </w:rPr>
        <w:t xml:space="preserve">A. </w:t>
      </w:r>
      <w:r w:rsidRPr="00803531">
        <w:rPr>
          <w:rFonts w:cs="Times New Roman"/>
          <w:position w:val="-36"/>
        </w:rPr>
        <w:object w:dxaOrig="1460" w:dyaOrig="840" w14:anchorId="657AA458">
          <v:shape id="_x0000_i2110" type="#_x0000_t75" style="width:73.2pt;height:42pt" o:ole="">
            <v:imagedata r:id="rId2077" o:title=""/>
          </v:shape>
          <o:OLEObject Type="Embed" ProgID="Equation.DSMT4" ShapeID="_x0000_i2110" DrawAspect="Content" ObjectID="_1699918846" r:id="rId2078"/>
        </w:object>
      </w:r>
      <w:r w:rsidRPr="00803531">
        <w:rPr>
          <w:rFonts w:cs="Times New Roman"/>
        </w:rPr>
        <w:t>.</w:t>
      </w:r>
      <w:r w:rsidRPr="00803531">
        <w:rPr>
          <w:rFonts w:cs="Times New Roman"/>
        </w:rPr>
        <w:tab/>
      </w:r>
      <w:r w:rsidRPr="00803531">
        <w:rPr>
          <w:rFonts w:cs="Times New Roman"/>
          <w:b/>
          <w:color w:val="0000FF"/>
        </w:rPr>
        <w:t xml:space="preserve">B. </w:t>
      </w:r>
      <w:r w:rsidRPr="00803531">
        <w:rPr>
          <w:rFonts w:cs="Times New Roman"/>
          <w:position w:val="-36"/>
        </w:rPr>
        <w:object w:dxaOrig="1579" w:dyaOrig="840" w14:anchorId="2CFFBA35">
          <v:shape id="_x0000_i2111" type="#_x0000_t75" style="width:79.2pt;height:42pt" o:ole="">
            <v:imagedata r:id="rId2079" o:title=""/>
          </v:shape>
          <o:OLEObject Type="Embed" ProgID="Equation.DSMT4" ShapeID="_x0000_i2111" DrawAspect="Content" ObjectID="_1699918847" r:id="rId2080"/>
        </w:object>
      </w:r>
      <w:r w:rsidRPr="00803531">
        <w:rPr>
          <w:rFonts w:cs="Times New Roman"/>
        </w:rPr>
        <w:t>.</w:t>
      </w:r>
      <w:r w:rsidRPr="00803531">
        <w:rPr>
          <w:rFonts w:cs="Times New Roman"/>
        </w:rPr>
        <w:tab/>
      </w:r>
      <w:r w:rsidRPr="00803531">
        <w:rPr>
          <w:rFonts w:cs="Times New Roman"/>
          <w:b/>
          <w:color w:val="0000FF"/>
        </w:rPr>
        <w:t xml:space="preserve">C. </w:t>
      </w:r>
      <w:r w:rsidRPr="00803531">
        <w:rPr>
          <w:rFonts w:cs="Times New Roman"/>
          <w:position w:val="-36"/>
        </w:rPr>
        <w:object w:dxaOrig="1560" w:dyaOrig="840" w14:anchorId="69974EDB">
          <v:shape id="_x0000_i2112" type="#_x0000_t75" style="width:78pt;height:42pt" o:ole="">
            <v:imagedata r:id="rId2081" o:title=""/>
          </v:shape>
          <o:OLEObject Type="Embed" ProgID="Equation.DSMT4" ShapeID="_x0000_i2112" DrawAspect="Content" ObjectID="_1699918848" r:id="rId2082"/>
        </w:object>
      </w:r>
      <w:r w:rsidRPr="00803531">
        <w:rPr>
          <w:rFonts w:cs="Times New Roman"/>
        </w:rPr>
        <w:t>.</w:t>
      </w:r>
      <w:r w:rsidRPr="00803531">
        <w:rPr>
          <w:rFonts w:cs="Times New Roman"/>
        </w:rPr>
        <w:tab/>
      </w:r>
      <w:r w:rsidRPr="00803531">
        <w:rPr>
          <w:rFonts w:cs="Times New Roman"/>
          <w:b/>
          <w:color w:val="0000FF"/>
        </w:rPr>
        <w:t xml:space="preserve">D. </w:t>
      </w:r>
      <w:r w:rsidRPr="00803531">
        <w:rPr>
          <w:rFonts w:cs="Times New Roman"/>
          <w:position w:val="-36"/>
        </w:rPr>
        <w:object w:dxaOrig="1579" w:dyaOrig="840" w14:anchorId="6CB90BF6">
          <v:shape id="_x0000_i2113" type="#_x0000_t75" style="width:79.2pt;height:42pt" o:ole="">
            <v:imagedata r:id="rId2083" o:title=""/>
          </v:shape>
          <o:OLEObject Type="Embed" ProgID="Equation.DSMT4" ShapeID="_x0000_i2113" DrawAspect="Content" ObjectID="_1699918849" r:id="rId2084"/>
        </w:object>
      </w:r>
      <w:r w:rsidRPr="00803531">
        <w:rPr>
          <w:rFonts w:cs="Times New Roman"/>
        </w:rPr>
        <w:t>.</w:t>
      </w:r>
    </w:p>
    <w:p w14:paraId="25B4C6E0" w14:textId="77777777" w:rsidR="00DE7E5C" w:rsidRPr="00803531" w:rsidRDefault="00DE7E5C" w:rsidP="00803531">
      <w:pPr>
        <w:ind w:left="992"/>
        <w:rPr>
          <w:rFonts w:cs="Times New Roman"/>
        </w:rPr>
      </w:pPr>
      <w:r w:rsidRPr="00803531">
        <w:rPr>
          <w:rFonts w:cs="Times New Roman"/>
          <w:b/>
        </w:rPr>
        <w:t>Phần II: Tự luận</w:t>
      </w:r>
    </w:p>
    <w:p w14:paraId="233E4596" w14:textId="77777777" w:rsidR="00DE7E5C" w:rsidRPr="00803531" w:rsidRDefault="00DE7E5C" w:rsidP="00803531">
      <w:pPr>
        <w:ind w:left="992" w:hanging="992"/>
        <w:jc w:val="both"/>
        <w:rPr>
          <w:rFonts w:cs="Times New Roman"/>
        </w:rPr>
      </w:pPr>
      <w:r w:rsidRPr="00803531">
        <w:rPr>
          <w:rFonts w:cs="Times New Roman"/>
          <w:b/>
        </w:rPr>
        <w:t xml:space="preserve">Bài 1: </w:t>
      </w:r>
      <w:r>
        <w:rPr>
          <w:rFonts w:cs="Times New Roman"/>
          <w:b/>
        </w:rPr>
        <w:tab/>
      </w:r>
      <w:r w:rsidRPr="00803531">
        <w:rPr>
          <w:rFonts w:cs="Times New Roman"/>
        </w:rPr>
        <w:t xml:space="preserve">a) Tìm tập xác định của hàm số </w:t>
      </w:r>
      <w:r w:rsidRPr="00803531">
        <w:rPr>
          <w:rFonts w:cs="Times New Roman"/>
          <w:position w:val="-10"/>
        </w:rPr>
        <w:object w:dxaOrig="1380" w:dyaOrig="380" w14:anchorId="120CC57F">
          <v:shape id="_x0000_i2114" type="#_x0000_t75" style="width:69pt;height:19.2pt" o:ole="">
            <v:imagedata r:id="rId2085" o:title=""/>
          </v:shape>
          <o:OLEObject Type="Embed" ProgID="Equation.DSMT4" ShapeID="_x0000_i2114" DrawAspect="Content" ObjectID="_1699918850" r:id="rId2086"/>
        </w:object>
      </w:r>
      <w:r w:rsidRPr="00803531">
        <w:rPr>
          <w:rFonts w:cs="Times New Roman"/>
        </w:rPr>
        <w:t>.</w:t>
      </w:r>
    </w:p>
    <w:p w14:paraId="2700468A" w14:textId="77777777" w:rsidR="00DE7E5C" w:rsidRPr="00803531" w:rsidRDefault="00DE7E5C" w:rsidP="00803531">
      <w:pPr>
        <w:ind w:left="992"/>
        <w:jc w:val="both"/>
        <w:rPr>
          <w:rFonts w:cs="Times New Roman"/>
        </w:rPr>
      </w:pPr>
      <w:r w:rsidRPr="00803531">
        <w:rPr>
          <w:rFonts w:cs="Times New Roman"/>
        </w:rPr>
        <w:t xml:space="preserve">b) Giải phương trình </w:t>
      </w:r>
      <w:r w:rsidRPr="00803531">
        <w:rPr>
          <w:rFonts w:cs="Times New Roman"/>
          <w:position w:val="-8"/>
        </w:rPr>
        <w:object w:dxaOrig="2600" w:dyaOrig="360" w14:anchorId="0F01469F">
          <v:shape id="_x0000_i2115" type="#_x0000_t75" style="width:130.2pt;height:18pt" o:ole="">
            <v:imagedata r:id="rId2087" o:title=""/>
          </v:shape>
          <o:OLEObject Type="Embed" ProgID="Equation.DSMT4" ShapeID="_x0000_i2115" DrawAspect="Content" ObjectID="_1699918851" r:id="rId2088"/>
        </w:object>
      </w:r>
      <w:r w:rsidRPr="00803531">
        <w:rPr>
          <w:rFonts w:cs="Times New Roman"/>
        </w:rPr>
        <w:t>.</w:t>
      </w:r>
    </w:p>
    <w:p w14:paraId="509ED4B4" w14:textId="77777777" w:rsidR="00DE7E5C" w:rsidRPr="00803531" w:rsidRDefault="00DE7E5C" w:rsidP="00803531">
      <w:pPr>
        <w:ind w:left="992" w:hanging="992"/>
        <w:jc w:val="both"/>
        <w:rPr>
          <w:rFonts w:cs="Times New Roman"/>
        </w:rPr>
      </w:pPr>
      <w:r w:rsidRPr="00803531">
        <w:rPr>
          <w:rFonts w:cs="Times New Roman"/>
          <w:b/>
        </w:rPr>
        <w:t xml:space="preserve">Bài 2: </w:t>
      </w:r>
      <w:r w:rsidRPr="00803531">
        <w:rPr>
          <w:rFonts w:cs="Times New Roman"/>
        </w:rPr>
        <w:t xml:space="preserve">Tìm số hạng tổng quát </w:t>
      </w:r>
      <w:r w:rsidRPr="00803531">
        <w:rPr>
          <w:rFonts w:cs="Times New Roman"/>
          <w:position w:val="-12"/>
        </w:rPr>
        <w:object w:dxaOrig="260" w:dyaOrig="360" w14:anchorId="3EFEFF0E">
          <v:shape id="_x0000_i2116" type="#_x0000_t75" style="width:13.2pt;height:18pt" o:ole="">
            <v:imagedata r:id="rId2089" o:title=""/>
          </v:shape>
          <o:OLEObject Type="Embed" ProgID="Equation.DSMT4" ShapeID="_x0000_i2116" DrawAspect="Content" ObjectID="_1699918852" r:id="rId2090"/>
        </w:object>
      </w:r>
      <w:r w:rsidRPr="00803531">
        <w:rPr>
          <w:rFonts w:cs="Times New Roman"/>
        </w:rPr>
        <w:t xml:space="preserve"> của cấp số cộng </w:t>
      </w:r>
      <w:r w:rsidRPr="00803531">
        <w:rPr>
          <w:rFonts w:cs="Times New Roman"/>
          <w:position w:val="-14"/>
        </w:rPr>
        <w:object w:dxaOrig="480" w:dyaOrig="400" w14:anchorId="578B85E4">
          <v:shape id="_x0000_i2117" type="#_x0000_t75" style="width:24pt;height:19.8pt" o:ole="">
            <v:imagedata r:id="rId2091" o:title=""/>
          </v:shape>
          <o:OLEObject Type="Embed" ProgID="Equation.DSMT4" ShapeID="_x0000_i2117" DrawAspect="Content" ObjectID="_1699918853" r:id="rId2092"/>
        </w:object>
      </w:r>
      <w:r w:rsidRPr="00803531">
        <w:rPr>
          <w:rFonts w:cs="Times New Roman"/>
        </w:rPr>
        <w:t xml:space="preserve"> biết </w:t>
      </w:r>
      <w:r w:rsidRPr="00803531">
        <w:rPr>
          <w:rFonts w:cs="Times New Roman"/>
          <w:position w:val="-32"/>
        </w:rPr>
        <w:object w:dxaOrig="1480" w:dyaOrig="760" w14:anchorId="1E9C5273">
          <v:shape id="_x0000_i2118" type="#_x0000_t75" style="width:73.8pt;height:37.8pt" o:ole="">
            <v:imagedata r:id="rId2093" o:title=""/>
          </v:shape>
          <o:OLEObject Type="Embed" ProgID="Equation.DSMT4" ShapeID="_x0000_i2118" DrawAspect="Content" ObjectID="_1699918854" r:id="rId2094"/>
        </w:object>
      </w:r>
      <w:r w:rsidRPr="00803531">
        <w:rPr>
          <w:rFonts w:cs="Times New Roman"/>
        </w:rPr>
        <w:t>.</w:t>
      </w:r>
    </w:p>
    <w:p w14:paraId="7852DC8C" w14:textId="77777777" w:rsidR="00DE7E5C" w:rsidRPr="00803531" w:rsidRDefault="00DE7E5C" w:rsidP="00803531">
      <w:pPr>
        <w:ind w:left="992" w:hanging="992"/>
        <w:jc w:val="both"/>
        <w:rPr>
          <w:rFonts w:cs="Times New Roman"/>
        </w:rPr>
      </w:pPr>
      <w:r w:rsidRPr="00803531">
        <w:rPr>
          <w:rFonts w:cs="Times New Roman"/>
          <w:b/>
        </w:rPr>
        <w:t xml:space="preserve">Bài 3: </w:t>
      </w:r>
      <w:r w:rsidRPr="00803531">
        <w:rPr>
          <w:rFonts w:cs="Times New Roman"/>
        </w:rPr>
        <w:t xml:space="preserve">Cho tập </w:t>
      </w:r>
      <w:r w:rsidRPr="00803531">
        <w:rPr>
          <w:rFonts w:cs="Times New Roman"/>
          <w:position w:val="-10"/>
        </w:rPr>
        <w:object w:dxaOrig="1719" w:dyaOrig="320" w14:anchorId="6E13B85A">
          <v:shape id="_x0000_i2119" type="#_x0000_t75" style="width:85.8pt;height:16.2pt" o:ole="">
            <v:imagedata r:id="rId2095" o:title=""/>
          </v:shape>
          <o:OLEObject Type="Embed" ProgID="Equation.DSMT4" ShapeID="_x0000_i2119" DrawAspect="Content" ObjectID="_1699918855" r:id="rId2096"/>
        </w:object>
      </w:r>
      <w:r w:rsidRPr="00803531">
        <w:rPr>
          <w:rFonts w:cs="Times New Roman"/>
        </w:rPr>
        <w:t xml:space="preserve">. Trong các số tự nhiên gồm 6 chữ số được lập từ các chữ số thuộc tập </w:t>
      </w:r>
      <w:r w:rsidRPr="00803531">
        <w:rPr>
          <w:rFonts w:cs="Times New Roman"/>
          <w:position w:val="-4"/>
        </w:rPr>
        <w:object w:dxaOrig="240" w:dyaOrig="260" w14:anchorId="059445D7">
          <v:shape id="_x0000_i2120" type="#_x0000_t75" style="width:12pt;height:13.2pt" o:ole="">
            <v:imagedata r:id="rId2097" o:title=""/>
          </v:shape>
          <o:OLEObject Type="Embed" ProgID="Equation.DSMT4" ShapeID="_x0000_i2120" DrawAspect="Content" ObjectID="_1699918856" r:id="rId2098"/>
        </w:object>
      </w:r>
      <w:r w:rsidRPr="00803531">
        <w:rPr>
          <w:rFonts w:cs="Times New Roman"/>
        </w:rPr>
        <w:t>, chọn ngẫu nhiên một số. Tính xác suất để trong số đó luôn xuất hiện 3 chữ số 2, các chữ số còn lại đôi một khác nhau.</w:t>
      </w:r>
    </w:p>
    <w:p w14:paraId="1DE3DAED" w14:textId="77777777" w:rsidR="00DE7E5C" w:rsidRPr="00803531" w:rsidRDefault="00DE7E5C" w:rsidP="00803531">
      <w:pPr>
        <w:ind w:left="992" w:hanging="992"/>
        <w:jc w:val="both"/>
        <w:rPr>
          <w:rFonts w:cs="Times New Roman"/>
        </w:rPr>
      </w:pPr>
      <w:r w:rsidRPr="00803531">
        <w:rPr>
          <w:rFonts w:cs="Times New Roman"/>
          <w:b/>
        </w:rPr>
        <w:t xml:space="preserve">Bài 4: </w:t>
      </w:r>
      <w:r w:rsidRPr="00803531">
        <w:rPr>
          <w:rFonts w:cs="Times New Roman"/>
        </w:rPr>
        <w:t xml:space="preserve">Cho hình chóp </w:t>
      </w:r>
      <w:r w:rsidRPr="00803531">
        <w:rPr>
          <w:rFonts w:cs="Times New Roman"/>
          <w:position w:val="-6"/>
        </w:rPr>
        <w:object w:dxaOrig="920" w:dyaOrig="279" w14:anchorId="2448075F">
          <v:shape id="_x0000_i2121" type="#_x0000_t75" style="width:46.2pt;height:13.8pt" o:ole="">
            <v:imagedata r:id="rId2099" o:title=""/>
          </v:shape>
          <o:OLEObject Type="Embed" ProgID="Equation.DSMT4" ShapeID="_x0000_i2121" DrawAspect="Content" ObjectID="_1699918857" r:id="rId2100"/>
        </w:object>
      </w:r>
      <w:r w:rsidRPr="00803531">
        <w:rPr>
          <w:rFonts w:cs="Times New Roman"/>
        </w:rPr>
        <w:t xml:space="preserve"> có đáy </w:t>
      </w:r>
      <w:r w:rsidRPr="00803531">
        <w:rPr>
          <w:rFonts w:cs="Times New Roman"/>
          <w:position w:val="-6"/>
        </w:rPr>
        <w:object w:dxaOrig="720" w:dyaOrig="279" w14:anchorId="7A4F9F2D">
          <v:shape id="_x0000_i2122" type="#_x0000_t75" style="width:36pt;height:13.8pt" o:ole="">
            <v:imagedata r:id="rId2101" o:title=""/>
          </v:shape>
          <o:OLEObject Type="Embed" ProgID="Equation.DSMT4" ShapeID="_x0000_i2122" DrawAspect="Content" ObjectID="_1699918858" r:id="rId2102"/>
        </w:object>
      </w:r>
      <w:r w:rsidRPr="00803531">
        <w:rPr>
          <w:rFonts w:cs="Times New Roman"/>
        </w:rPr>
        <w:t xml:space="preserve"> là hình bình hành tâm </w:t>
      </w:r>
      <w:r w:rsidRPr="00803531">
        <w:rPr>
          <w:rFonts w:cs="Times New Roman"/>
          <w:position w:val="-6"/>
        </w:rPr>
        <w:object w:dxaOrig="240" w:dyaOrig="279" w14:anchorId="5B9A6F1E">
          <v:shape id="_x0000_i2123" type="#_x0000_t75" style="width:12pt;height:13.8pt" o:ole="">
            <v:imagedata r:id="rId2103" o:title=""/>
          </v:shape>
          <o:OLEObject Type="Embed" ProgID="Equation.DSMT4" ShapeID="_x0000_i2123" DrawAspect="Content" ObjectID="_1699918859" r:id="rId2104"/>
        </w:object>
      </w:r>
      <w:r w:rsidRPr="00803531">
        <w:rPr>
          <w:rFonts w:cs="Times New Roman"/>
        </w:rPr>
        <w:t xml:space="preserve"> và </w:t>
      </w:r>
      <w:r w:rsidRPr="00803531">
        <w:rPr>
          <w:rFonts w:cs="Times New Roman"/>
          <w:position w:val="-4"/>
        </w:rPr>
        <w:object w:dxaOrig="320" w:dyaOrig="260" w14:anchorId="4EA5AFC8">
          <v:shape id="_x0000_i2124" type="#_x0000_t75" style="width:16.2pt;height:13.2pt" o:ole="">
            <v:imagedata r:id="rId2105" o:title=""/>
          </v:shape>
          <o:OLEObject Type="Embed" ProgID="Equation.DSMT4" ShapeID="_x0000_i2124" DrawAspect="Content" ObjectID="_1699918860" r:id="rId2106"/>
        </w:object>
      </w:r>
      <w:r w:rsidRPr="00803531">
        <w:rPr>
          <w:rFonts w:cs="Times New Roman"/>
        </w:rPr>
        <w:t xml:space="preserve"> là trung điểm của </w:t>
      </w:r>
      <w:r w:rsidRPr="00803531">
        <w:rPr>
          <w:rFonts w:cs="Times New Roman"/>
          <w:position w:val="-6"/>
        </w:rPr>
        <w:object w:dxaOrig="380" w:dyaOrig="279" w14:anchorId="45557C59">
          <v:shape id="_x0000_i2125" type="#_x0000_t75" style="width:19.2pt;height:13.8pt" o:ole="">
            <v:imagedata r:id="rId2107" o:title=""/>
          </v:shape>
          <o:OLEObject Type="Embed" ProgID="Equation.DSMT4" ShapeID="_x0000_i2125" DrawAspect="Content" ObjectID="_1699918861" r:id="rId2108"/>
        </w:object>
      </w:r>
    </w:p>
    <w:p w14:paraId="49527783" w14:textId="77777777" w:rsidR="00DE7E5C" w:rsidRPr="00803531" w:rsidRDefault="00DE7E5C" w:rsidP="00803531">
      <w:pPr>
        <w:ind w:left="992"/>
        <w:jc w:val="both"/>
        <w:rPr>
          <w:rFonts w:cs="Times New Roman"/>
        </w:rPr>
      </w:pPr>
      <w:r w:rsidRPr="00803531">
        <w:rPr>
          <w:rFonts w:cs="Times New Roman"/>
        </w:rPr>
        <w:t xml:space="preserve">a) Chứng minh rằng </w:t>
      </w:r>
      <w:r w:rsidRPr="00803531">
        <w:rPr>
          <w:rFonts w:cs="Times New Roman"/>
          <w:position w:val="-6"/>
        </w:rPr>
        <w:object w:dxaOrig="460" w:dyaOrig="279" w14:anchorId="7B90435C">
          <v:shape id="_x0000_i2126" type="#_x0000_t75" style="width:22.8pt;height:13.8pt" o:ole="">
            <v:imagedata r:id="rId2109" o:title=""/>
          </v:shape>
          <o:OLEObject Type="Embed" ProgID="Equation.DSMT4" ShapeID="_x0000_i2126" DrawAspect="Content" ObjectID="_1699918862" r:id="rId2110"/>
        </w:object>
      </w:r>
      <w:r w:rsidRPr="00803531">
        <w:rPr>
          <w:rFonts w:cs="Times New Roman"/>
        </w:rPr>
        <w:t xml:space="preserve"> song song với mặt phẳng (</w:t>
      </w:r>
      <w:r w:rsidRPr="00803531">
        <w:rPr>
          <w:rFonts w:cs="Times New Roman"/>
          <w:position w:val="-6"/>
        </w:rPr>
        <w:object w:dxaOrig="499" w:dyaOrig="279" w14:anchorId="6875293D">
          <v:shape id="_x0000_i2127" type="#_x0000_t75" style="width:25.2pt;height:13.8pt" o:ole="">
            <v:imagedata r:id="rId2111" o:title=""/>
          </v:shape>
          <o:OLEObject Type="Embed" ProgID="Equation.DSMT4" ShapeID="_x0000_i2127" DrawAspect="Content" ObjectID="_1699918863" r:id="rId2112"/>
        </w:object>
      </w:r>
      <w:r w:rsidRPr="00803531">
        <w:rPr>
          <w:rFonts w:cs="Times New Roman"/>
        </w:rPr>
        <w:t>).</w:t>
      </w:r>
    </w:p>
    <w:p w14:paraId="7BBFA604" w14:textId="77777777" w:rsidR="00DE7E5C" w:rsidRPr="00803531" w:rsidRDefault="00DE7E5C" w:rsidP="00803531">
      <w:pPr>
        <w:ind w:left="992"/>
        <w:jc w:val="both"/>
        <w:rPr>
          <w:rFonts w:cs="Times New Roman"/>
        </w:rPr>
      </w:pPr>
      <w:r w:rsidRPr="00803531">
        <w:rPr>
          <w:rFonts w:cs="Times New Roman"/>
        </w:rPr>
        <w:t xml:space="preserve">b) Gọi </w:t>
      </w:r>
      <w:r w:rsidRPr="00803531">
        <w:rPr>
          <w:rFonts w:cs="Times New Roman"/>
          <w:position w:val="-6"/>
        </w:rPr>
        <w:object w:dxaOrig="260" w:dyaOrig="279" w14:anchorId="71BBFD12">
          <v:shape id="_x0000_i2128" type="#_x0000_t75" style="width:13.2pt;height:13.8pt" o:ole="">
            <v:imagedata r:id="rId2113" o:title=""/>
          </v:shape>
          <o:OLEObject Type="Embed" ProgID="Equation.DSMT4" ShapeID="_x0000_i2128" DrawAspect="Content" ObjectID="_1699918864" r:id="rId2114"/>
        </w:object>
      </w:r>
      <w:r w:rsidRPr="00803531">
        <w:rPr>
          <w:rFonts w:cs="Times New Roman"/>
        </w:rPr>
        <w:t xml:space="preserve"> là trọng tâm tam giác </w:t>
      </w:r>
      <w:r w:rsidRPr="00803531">
        <w:rPr>
          <w:rFonts w:cs="Times New Roman"/>
          <w:position w:val="-10"/>
        </w:rPr>
        <w:object w:dxaOrig="740" w:dyaOrig="320" w14:anchorId="53E89BAA">
          <v:shape id="_x0000_i2129" type="#_x0000_t75" style="width:37.2pt;height:16.2pt" o:ole="">
            <v:imagedata r:id="rId2115" o:title=""/>
          </v:shape>
          <o:OLEObject Type="Embed" ProgID="Equation.DSMT4" ShapeID="_x0000_i2129" DrawAspect="Content" ObjectID="_1699918865" r:id="rId2116"/>
        </w:object>
      </w:r>
      <w:r w:rsidRPr="00803531">
        <w:rPr>
          <w:rFonts w:cs="Times New Roman"/>
        </w:rPr>
        <w:t xml:space="preserve">. Mặt phẳng </w:t>
      </w:r>
      <w:r w:rsidRPr="00803531">
        <w:rPr>
          <w:rFonts w:cs="Times New Roman"/>
          <w:position w:val="-10"/>
        </w:rPr>
        <w:object w:dxaOrig="400" w:dyaOrig="320" w14:anchorId="1DA8B9FA">
          <v:shape id="_x0000_i2130" type="#_x0000_t75" style="width:19.8pt;height:16.2pt" o:ole="">
            <v:imagedata r:id="rId2117" o:title=""/>
          </v:shape>
          <o:OLEObject Type="Embed" ProgID="Equation.DSMT4" ShapeID="_x0000_i2130" DrawAspect="Content" ObjectID="_1699918866" r:id="rId2118"/>
        </w:object>
      </w:r>
      <w:r w:rsidRPr="00803531">
        <w:rPr>
          <w:rFonts w:cs="Times New Roman"/>
        </w:rPr>
        <w:t xml:space="preserve"> qua </w:t>
      </w:r>
      <w:r w:rsidRPr="00803531">
        <w:rPr>
          <w:rFonts w:cs="Times New Roman"/>
          <w:position w:val="-10"/>
        </w:rPr>
        <w:object w:dxaOrig="580" w:dyaOrig="320" w14:anchorId="6CF370E7">
          <v:shape id="_x0000_i2131" type="#_x0000_t75" style="width:28.8pt;height:16.2pt" o:ole="">
            <v:imagedata r:id="rId2119" o:title=""/>
          </v:shape>
          <o:OLEObject Type="Embed" ProgID="Equation.DSMT4" ShapeID="_x0000_i2131" DrawAspect="Content" ObjectID="_1699918867" r:id="rId2120"/>
        </w:object>
      </w:r>
      <w:r w:rsidRPr="00803531">
        <w:rPr>
          <w:rFonts w:cs="Times New Roman"/>
        </w:rPr>
        <w:t xml:space="preserve"> và </w:t>
      </w:r>
      <w:r w:rsidRPr="00803531">
        <w:rPr>
          <w:rFonts w:cs="Times New Roman"/>
          <w:position w:val="-10"/>
        </w:rPr>
        <w:object w:dxaOrig="400" w:dyaOrig="320" w14:anchorId="523F39E4">
          <v:shape id="_x0000_i2132" type="#_x0000_t75" style="width:19.8pt;height:16.2pt" o:ole="">
            <v:imagedata r:id="rId2121" o:title=""/>
          </v:shape>
          <o:OLEObject Type="Embed" ProgID="Equation.DSMT4" ShapeID="_x0000_i2132" DrawAspect="Content" ObjectID="_1699918868" r:id="rId2122"/>
        </w:object>
      </w:r>
      <w:r w:rsidRPr="00803531">
        <w:rPr>
          <w:rFonts w:cs="Times New Roman"/>
        </w:rPr>
        <w:t xml:space="preserve"> song song với đường thẳng </w:t>
      </w:r>
      <w:r w:rsidRPr="00803531">
        <w:rPr>
          <w:rFonts w:cs="Times New Roman"/>
          <w:position w:val="-6"/>
        </w:rPr>
        <w:object w:dxaOrig="380" w:dyaOrig="279" w14:anchorId="5E9CAFED">
          <v:shape id="_x0000_i2133" type="#_x0000_t75" style="width:19.2pt;height:13.8pt" o:ole="">
            <v:imagedata r:id="rId2123" o:title=""/>
          </v:shape>
          <o:OLEObject Type="Embed" ProgID="Equation.DSMT4" ShapeID="_x0000_i2133" DrawAspect="Content" ObjectID="_1699918869" r:id="rId2124"/>
        </w:object>
      </w:r>
      <w:r w:rsidRPr="00803531">
        <w:rPr>
          <w:rFonts w:cs="Times New Roman"/>
        </w:rPr>
        <w:t xml:space="preserve">. Dựng thiết diện tạo bởi </w:t>
      </w:r>
      <w:r w:rsidRPr="00803531">
        <w:rPr>
          <w:rFonts w:cs="Times New Roman"/>
          <w:position w:val="-10"/>
        </w:rPr>
        <w:object w:dxaOrig="400" w:dyaOrig="320" w14:anchorId="3C15F79B">
          <v:shape id="_x0000_i2134" type="#_x0000_t75" style="width:19.8pt;height:16.2pt" o:ole="">
            <v:imagedata r:id="rId2125" o:title=""/>
          </v:shape>
          <o:OLEObject Type="Embed" ProgID="Equation.DSMT4" ShapeID="_x0000_i2134" DrawAspect="Content" ObjectID="_1699918870" r:id="rId2126"/>
        </w:object>
      </w:r>
      <w:r w:rsidRPr="00803531">
        <w:rPr>
          <w:rFonts w:cs="Times New Roman"/>
        </w:rPr>
        <w:t xml:space="preserve"> và hình chóp.</w:t>
      </w:r>
    </w:p>
    <w:p w14:paraId="0250E7F6" w14:textId="77777777" w:rsidR="00DE7E5C" w:rsidRPr="00803531" w:rsidRDefault="00DE7E5C" w:rsidP="00803531">
      <w:pPr>
        <w:ind w:left="992"/>
        <w:jc w:val="center"/>
        <w:rPr>
          <w:rFonts w:cs="Times New Roman"/>
          <w:b/>
        </w:rPr>
      </w:pPr>
      <w:r w:rsidRPr="00803531">
        <w:rPr>
          <w:rFonts w:cs="Times New Roman"/>
          <w:b/>
        </w:rPr>
        <w:t>BẢNG ĐÁP ÁN</w:t>
      </w:r>
    </w:p>
    <w:tbl>
      <w:tblPr>
        <w:tblStyle w:val="TableGrid"/>
        <w:tblW w:w="0" w:type="auto"/>
        <w:tblInd w:w="992" w:type="dxa"/>
        <w:tblLook w:val="04A0" w:firstRow="1" w:lastRow="0" w:firstColumn="1" w:lastColumn="0" w:noHBand="0" w:noVBand="1"/>
      </w:tblPr>
      <w:tblGrid>
        <w:gridCol w:w="523"/>
        <w:gridCol w:w="523"/>
        <w:gridCol w:w="524"/>
        <w:gridCol w:w="524"/>
        <w:gridCol w:w="524"/>
        <w:gridCol w:w="524"/>
        <w:gridCol w:w="524"/>
        <w:gridCol w:w="524"/>
        <w:gridCol w:w="524"/>
        <w:gridCol w:w="524"/>
        <w:gridCol w:w="524"/>
        <w:gridCol w:w="524"/>
        <w:gridCol w:w="524"/>
        <w:gridCol w:w="524"/>
        <w:gridCol w:w="524"/>
        <w:gridCol w:w="524"/>
        <w:gridCol w:w="524"/>
        <w:gridCol w:w="524"/>
      </w:tblGrid>
      <w:tr w:rsidR="00DE7E5C" w:rsidRPr="00803531" w14:paraId="46C3B49B" w14:textId="77777777" w:rsidTr="00803531">
        <w:tc>
          <w:tcPr>
            <w:tcW w:w="629" w:type="dxa"/>
            <w:shd w:val="clear" w:color="auto" w:fill="FFFF32"/>
          </w:tcPr>
          <w:p w14:paraId="74DF6942" w14:textId="77777777" w:rsidR="00DE7E5C" w:rsidRPr="00803531" w:rsidRDefault="00DE7E5C" w:rsidP="00803531">
            <w:pPr>
              <w:spacing w:line="276" w:lineRule="auto"/>
              <w:jc w:val="center"/>
              <w:rPr>
                <w:rFonts w:cs="Times New Roman"/>
                <w:b/>
              </w:rPr>
            </w:pPr>
            <w:r w:rsidRPr="00803531">
              <w:rPr>
                <w:rFonts w:cs="Times New Roman"/>
                <w:b/>
              </w:rPr>
              <w:t>1</w:t>
            </w:r>
          </w:p>
        </w:tc>
        <w:tc>
          <w:tcPr>
            <w:tcW w:w="629" w:type="dxa"/>
            <w:shd w:val="clear" w:color="auto" w:fill="FFFF32"/>
          </w:tcPr>
          <w:p w14:paraId="39D5FF37" w14:textId="77777777" w:rsidR="00DE7E5C" w:rsidRPr="00803531" w:rsidRDefault="00DE7E5C" w:rsidP="00803531">
            <w:pPr>
              <w:spacing w:line="276" w:lineRule="auto"/>
              <w:jc w:val="center"/>
              <w:rPr>
                <w:rFonts w:cs="Times New Roman"/>
                <w:b/>
              </w:rPr>
            </w:pPr>
            <w:r w:rsidRPr="00803531">
              <w:rPr>
                <w:rFonts w:cs="Times New Roman"/>
                <w:b/>
              </w:rPr>
              <w:t>2</w:t>
            </w:r>
          </w:p>
        </w:tc>
        <w:tc>
          <w:tcPr>
            <w:tcW w:w="629" w:type="dxa"/>
            <w:shd w:val="clear" w:color="auto" w:fill="FFFF32"/>
          </w:tcPr>
          <w:p w14:paraId="61ACC3A9" w14:textId="77777777" w:rsidR="00DE7E5C" w:rsidRPr="00803531" w:rsidRDefault="00DE7E5C" w:rsidP="00803531">
            <w:pPr>
              <w:spacing w:line="276" w:lineRule="auto"/>
              <w:jc w:val="center"/>
              <w:rPr>
                <w:rFonts w:cs="Times New Roman"/>
                <w:b/>
              </w:rPr>
            </w:pPr>
            <w:r w:rsidRPr="00803531">
              <w:rPr>
                <w:rFonts w:cs="Times New Roman"/>
                <w:b/>
              </w:rPr>
              <w:t>3</w:t>
            </w:r>
          </w:p>
        </w:tc>
        <w:tc>
          <w:tcPr>
            <w:tcW w:w="629" w:type="dxa"/>
            <w:shd w:val="clear" w:color="auto" w:fill="FFFF32"/>
          </w:tcPr>
          <w:p w14:paraId="3BDB0CB3" w14:textId="77777777" w:rsidR="00DE7E5C" w:rsidRPr="00803531" w:rsidRDefault="00DE7E5C" w:rsidP="00803531">
            <w:pPr>
              <w:spacing w:line="276" w:lineRule="auto"/>
              <w:jc w:val="center"/>
              <w:rPr>
                <w:rFonts w:cs="Times New Roman"/>
                <w:b/>
              </w:rPr>
            </w:pPr>
            <w:r w:rsidRPr="00803531">
              <w:rPr>
                <w:rFonts w:cs="Times New Roman"/>
                <w:b/>
              </w:rPr>
              <w:t>4</w:t>
            </w:r>
          </w:p>
        </w:tc>
        <w:tc>
          <w:tcPr>
            <w:tcW w:w="629" w:type="dxa"/>
            <w:shd w:val="clear" w:color="auto" w:fill="FFFF32"/>
          </w:tcPr>
          <w:p w14:paraId="5D8314DA" w14:textId="77777777" w:rsidR="00DE7E5C" w:rsidRPr="00803531" w:rsidRDefault="00DE7E5C" w:rsidP="00803531">
            <w:pPr>
              <w:spacing w:line="276" w:lineRule="auto"/>
              <w:jc w:val="center"/>
              <w:rPr>
                <w:rFonts w:cs="Times New Roman"/>
                <w:b/>
              </w:rPr>
            </w:pPr>
            <w:r w:rsidRPr="00803531">
              <w:rPr>
                <w:rFonts w:cs="Times New Roman"/>
                <w:b/>
              </w:rPr>
              <w:t>5</w:t>
            </w:r>
          </w:p>
        </w:tc>
        <w:tc>
          <w:tcPr>
            <w:tcW w:w="629" w:type="dxa"/>
            <w:shd w:val="clear" w:color="auto" w:fill="FFFF32"/>
          </w:tcPr>
          <w:p w14:paraId="08C3E9A2" w14:textId="77777777" w:rsidR="00DE7E5C" w:rsidRPr="00803531" w:rsidRDefault="00DE7E5C" w:rsidP="00803531">
            <w:pPr>
              <w:spacing w:line="276" w:lineRule="auto"/>
              <w:jc w:val="center"/>
              <w:rPr>
                <w:rFonts w:cs="Times New Roman"/>
                <w:b/>
              </w:rPr>
            </w:pPr>
            <w:r w:rsidRPr="00803531">
              <w:rPr>
                <w:rFonts w:cs="Times New Roman"/>
                <w:b/>
              </w:rPr>
              <w:t>6</w:t>
            </w:r>
          </w:p>
        </w:tc>
        <w:tc>
          <w:tcPr>
            <w:tcW w:w="629" w:type="dxa"/>
            <w:shd w:val="clear" w:color="auto" w:fill="FFFF32"/>
          </w:tcPr>
          <w:p w14:paraId="5EE697AF" w14:textId="77777777" w:rsidR="00DE7E5C" w:rsidRPr="00803531" w:rsidRDefault="00DE7E5C" w:rsidP="00803531">
            <w:pPr>
              <w:spacing w:line="276" w:lineRule="auto"/>
              <w:jc w:val="center"/>
              <w:rPr>
                <w:rFonts w:cs="Times New Roman"/>
                <w:b/>
              </w:rPr>
            </w:pPr>
            <w:r w:rsidRPr="00803531">
              <w:rPr>
                <w:rFonts w:cs="Times New Roman"/>
                <w:b/>
              </w:rPr>
              <w:t>7</w:t>
            </w:r>
          </w:p>
        </w:tc>
        <w:tc>
          <w:tcPr>
            <w:tcW w:w="629" w:type="dxa"/>
            <w:shd w:val="clear" w:color="auto" w:fill="FFFF32"/>
          </w:tcPr>
          <w:p w14:paraId="4F55F861" w14:textId="77777777" w:rsidR="00DE7E5C" w:rsidRPr="00803531" w:rsidRDefault="00DE7E5C" w:rsidP="00803531">
            <w:pPr>
              <w:spacing w:line="276" w:lineRule="auto"/>
              <w:jc w:val="center"/>
              <w:rPr>
                <w:rFonts w:cs="Times New Roman"/>
                <w:b/>
              </w:rPr>
            </w:pPr>
            <w:r w:rsidRPr="00803531">
              <w:rPr>
                <w:rFonts w:cs="Times New Roman"/>
                <w:b/>
              </w:rPr>
              <w:t>8</w:t>
            </w:r>
          </w:p>
        </w:tc>
        <w:tc>
          <w:tcPr>
            <w:tcW w:w="629" w:type="dxa"/>
            <w:shd w:val="clear" w:color="auto" w:fill="FFFF32"/>
          </w:tcPr>
          <w:p w14:paraId="302678FB" w14:textId="77777777" w:rsidR="00DE7E5C" w:rsidRPr="00803531" w:rsidRDefault="00DE7E5C" w:rsidP="00803531">
            <w:pPr>
              <w:spacing w:line="276" w:lineRule="auto"/>
              <w:jc w:val="center"/>
              <w:rPr>
                <w:rFonts w:cs="Times New Roman"/>
                <w:b/>
              </w:rPr>
            </w:pPr>
            <w:r w:rsidRPr="00803531">
              <w:rPr>
                <w:rFonts w:cs="Times New Roman"/>
                <w:b/>
              </w:rPr>
              <w:t>9</w:t>
            </w:r>
          </w:p>
        </w:tc>
        <w:tc>
          <w:tcPr>
            <w:tcW w:w="629" w:type="dxa"/>
            <w:shd w:val="clear" w:color="auto" w:fill="FFFF32"/>
          </w:tcPr>
          <w:p w14:paraId="4EFC038F" w14:textId="77777777" w:rsidR="00DE7E5C" w:rsidRPr="00803531" w:rsidRDefault="00DE7E5C" w:rsidP="00803531">
            <w:pPr>
              <w:spacing w:line="276" w:lineRule="auto"/>
              <w:jc w:val="center"/>
              <w:rPr>
                <w:rFonts w:cs="Times New Roman"/>
                <w:b/>
              </w:rPr>
            </w:pPr>
            <w:r w:rsidRPr="00803531">
              <w:rPr>
                <w:rFonts w:cs="Times New Roman"/>
                <w:b/>
              </w:rPr>
              <w:t>10</w:t>
            </w:r>
          </w:p>
        </w:tc>
        <w:tc>
          <w:tcPr>
            <w:tcW w:w="629" w:type="dxa"/>
            <w:shd w:val="clear" w:color="auto" w:fill="FFFF32"/>
          </w:tcPr>
          <w:p w14:paraId="35215EA4" w14:textId="77777777" w:rsidR="00DE7E5C" w:rsidRPr="00803531" w:rsidRDefault="00DE7E5C" w:rsidP="00803531">
            <w:pPr>
              <w:spacing w:line="276" w:lineRule="auto"/>
              <w:jc w:val="center"/>
              <w:rPr>
                <w:rFonts w:cs="Times New Roman"/>
                <w:b/>
              </w:rPr>
            </w:pPr>
            <w:r w:rsidRPr="00803531">
              <w:rPr>
                <w:rFonts w:cs="Times New Roman"/>
                <w:b/>
              </w:rPr>
              <w:t>11</w:t>
            </w:r>
          </w:p>
        </w:tc>
        <w:tc>
          <w:tcPr>
            <w:tcW w:w="629" w:type="dxa"/>
            <w:shd w:val="clear" w:color="auto" w:fill="FFFF32"/>
          </w:tcPr>
          <w:p w14:paraId="5C387D50" w14:textId="77777777" w:rsidR="00DE7E5C" w:rsidRPr="00803531" w:rsidRDefault="00DE7E5C" w:rsidP="00803531">
            <w:pPr>
              <w:spacing w:line="276" w:lineRule="auto"/>
              <w:jc w:val="center"/>
              <w:rPr>
                <w:rFonts w:cs="Times New Roman"/>
                <w:b/>
              </w:rPr>
            </w:pPr>
            <w:r w:rsidRPr="00803531">
              <w:rPr>
                <w:rFonts w:cs="Times New Roman"/>
                <w:b/>
              </w:rPr>
              <w:t>12</w:t>
            </w:r>
          </w:p>
        </w:tc>
        <w:tc>
          <w:tcPr>
            <w:tcW w:w="629" w:type="dxa"/>
            <w:shd w:val="clear" w:color="auto" w:fill="FFFF32"/>
          </w:tcPr>
          <w:p w14:paraId="7E2C47B1" w14:textId="77777777" w:rsidR="00DE7E5C" w:rsidRPr="00803531" w:rsidRDefault="00DE7E5C" w:rsidP="00803531">
            <w:pPr>
              <w:spacing w:line="276" w:lineRule="auto"/>
              <w:jc w:val="center"/>
              <w:rPr>
                <w:rFonts w:cs="Times New Roman"/>
                <w:b/>
              </w:rPr>
            </w:pPr>
            <w:r w:rsidRPr="00803531">
              <w:rPr>
                <w:rFonts w:cs="Times New Roman"/>
                <w:b/>
              </w:rPr>
              <w:t>13</w:t>
            </w:r>
          </w:p>
        </w:tc>
        <w:tc>
          <w:tcPr>
            <w:tcW w:w="629" w:type="dxa"/>
            <w:shd w:val="clear" w:color="auto" w:fill="FFFF32"/>
          </w:tcPr>
          <w:p w14:paraId="03C74525" w14:textId="77777777" w:rsidR="00DE7E5C" w:rsidRPr="00803531" w:rsidRDefault="00DE7E5C" w:rsidP="00803531">
            <w:pPr>
              <w:spacing w:line="276" w:lineRule="auto"/>
              <w:jc w:val="center"/>
              <w:rPr>
                <w:rFonts w:cs="Times New Roman"/>
                <w:b/>
              </w:rPr>
            </w:pPr>
            <w:r w:rsidRPr="00803531">
              <w:rPr>
                <w:rFonts w:cs="Times New Roman"/>
                <w:b/>
              </w:rPr>
              <w:t>14</w:t>
            </w:r>
          </w:p>
        </w:tc>
        <w:tc>
          <w:tcPr>
            <w:tcW w:w="629" w:type="dxa"/>
            <w:shd w:val="clear" w:color="auto" w:fill="FFFF32"/>
          </w:tcPr>
          <w:p w14:paraId="0EB44907" w14:textId="77777777" w:rsidR="00DE7E5C" w:rsidRPr="00803531" w:rsidRDefault="00DE7E5C" w:rsidP="00803531">
            <w:pPr>
              <w:spacing w:line="276" w:lineRule="auto"/>
              <w:jc w:val="center"/>
              <w:rPr>
                <w:rFonts w:cs="Times New Roman"/>
                <w:b/>
              </w:rPr>
            </w:pPr>
            <w:r w:rsidRPr="00803531">
              <w:rPr>
                <w:rFonts w:cs="Times New Roman"/>
                <w:b/>
              </w:rPr>
              <w:t>15</w:t>
            </w:r>
          </w:p>
        </w:tc>
        <w:tc>
          <w:tcPr>
            <w:tcW w:w="629" w:type="dxa"/>
            <w:shd w:val="clear" w:color="auto" w:fill="FFFF32"/>
          </w:tcPr>
          <w:p w14:paraId="356247F1" w14:textId="77777777" w:rsidR="00DE7E5C" w:rsidRPr="00803531" w:rsidRDefault="00DE7E5C" w:rsidP="00803531">
            <w:pPr>
              <w:spacing w:line="276" w:lineRule="auto"/>
              <w:jc w:val="center"/>
              <w:rPr>
                <w:rFonts w:cs="Times New Roman"/>
                <w:b/>
              </w:rPr>
            </w:pPr>
            <w:r w:rsidRPr="00803531">
              <w:rPr>
                <w:rFonts w:cs="Times New Roman"/>
                <w:b/>
              </w:rPr>
              <w:t>16</w:t>
            </w:r>
          </w:p>
        </w:tc>
        <w:tc>
          <w:tcPr>
            <w:tcW w:w="629" w:type="dxa"/>
            <w:shd w:val="clear" w:color="auto" w:fill="FFFF32"/>
          </w:tcPr>
          <w:p w14:paraId="166EBD73" w14:textId="77777777" w:rsidR="00DE7E5C" w:rsidRPr="00803531" w:rsidRDefault="00DE7E5C" w:rsidP="00803531">
            <w:pPr>
              <w:spacing w:line="276" w:lineRule="auto"/>
              <w:jc w:val="center"/>
              <w:rPr>
                <w:rFonts w:cs="Times New Roman"/>
                <w:b/>
              </w:rPr>
            </w:pPr>
            <w:r w:rsidRPr="00803531">
              <w:rPr>
                <w:rFonts w:cs="Times New Roman"/>
                <w:b/>
              </w:rPr>
              <w:t>17</w:t>
            </w:r>
          </w:p>
        </w:tc>
        <w:tc>
          <w:tcPr>
            <w:tcW w:w="629" w:type="dxa"/>
            <w:shd w:val="clear" w:color="auto" w:fill="FFFF32"/>
          </w:tcPr>
          <w:p w14:paraId="31669089" w14:textId="77777777" w:rsidR="00DE7E5C" w:rsidRPr="00803531" w:rsidRDefault="00DE7E5C" w:rsidP="00803531">
            <w:pPr>
              <w:spacing w:line="276" w:lineRule="auto"/>
              <w:jc w:val="center"/>
              <w:rPr>
                <w:rFonts w:cs="Times New Roman"/>
                <w:b/>
              </w:rPr>
            </w:pPr>
            <w:r w:rsidRPr="00803531">
              <w:rPr>
                <w:rFonts w:cs="Times New Roman"/>
                <w:b/>
              </w:rPr>
              <w:t>18</w:t>
            </w:r>
          </w:p>
        </w:tc>
      </w:tr>
      <w:tr w:rsidR="00DE7E5C" w:rsidRPr="00803531" w14:paraId="55195E9D" w14:textId="77777777" w:rsidTr="00803531">
        <w:tc>
          <w:tcPr>
            <w:tcW w:w="629" w:type="dxa"/>
            <w:tcBorders>
              <w:bottom w:val="single" w:sz="4" w:space="0" w:color="auto"/>
            </w:tcBorders>
          </w:tcPr>
          <w:p w14:paraId="5CF47A2B" w14:textId="77777777" w:rsidR="00DE7E5C" w:rsidRPr="00803531" w:rsidRDefault="00DE7E5C" w:rsidP="00803531">
            <w:pPr>
              <w:spacing w:line="276" w:lineRule="auto"/>
              <w:jc w:val="center"/>
              <w:rPr>
                <w:rFonts w:cs="Times New Roman"/>
                <w:b/>
              </w:rPr>
            </w:pPr>
            <w:r w:rsidRPr="00803531">
              <w:rPr>
                <w:rFonts w:cs="Times New Roman"/>
                <w:b/>
              </w:rPr>
              <w:t>A</w:t>
            </w:r>
          </w:p>
        </w:tc>
        <w:tc>
          <w:tcPr>
            <w:tcW w:w="629" w:type="dxa"/>
            <w:tcBorders>
              <w:bottom w:val="single" w:sz="4" w:space="0" w:color="auto"/>
            </w:tcBorders>
          </w:tcPr>
          <w:p w14:paraId="29FFB7FD"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Borders>
              <w:bottom w:val="single" w:sz="4" w:space="0" w:color="auto"/>
            </w:tcBorders>
          </w:tcPr>
          <w:p w14:paraId="52421BC2"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Borders>
              <w:bottom w:val="single" w:sz="4" w:space="0" w:color="auto"/>
            </w:tcBorders>
          </w:tcPr>
          <w:p w14:paraId="4D2FB9D1"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Borders>
              <w:bottom w:val="single" w:sz="4" w:space="0" w:color="auto"/>
            </w:tcBorders>
          </w:tcPr>
          <w:p w14:paraId="3AF866AF"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Borders>
              <w:bottom w:val="single" w:sz="4" w:space="0" w:color="auto"/>
            </w:tcBorders>
          </w:tcPr>
          <w:p w14:paraId="668826A8" w14:textId="77777777" w:rsidR="00DE7E5C" w:rsidRPr="00803531" w:rsidRDefault="00DE7E5C" w:rsidP="00803531">
            <w:pPr>
              <w:spacing w:line="276" w:lineRule="auto"/>
              <w:jc w:val="center"/>
              <w:rPr>
                <w:rFonts w:cs="Times New Roman"/>
                <w:b/>
              </w:rPr>
            </w:pPr>
            <w:r w:rsidRPr="00803531">
              <w:rPr>
                <w:rFonts w:cs="Times New Roman"/>
                <w:b/>
              </w:rPr>
              <w:t>A</w:t>
            </w:r>
          </w:p>
        </w:tc>
        <w:tc>
          <w:tcPr>
            <w:tcW w:w="629" w:type="dxa"/>
            <w:tcBorders>
              <w:bottom w:val="single" w:sz="4" w:space="0" w:color="auto"/>
            </w:tcBorders>
          </w:tcPr>
          <w:p w14:paraId="103FE821" w14:textId="77777777" w:rsidR="00DE7E5C" w:rsidRPr="00803531" w:rsidRDefault="00DE7E5C" w:rsidP="00803531">
            <w:pPr>
              <w:spacing w:line="276" w:lineRule="auto"/>
              <w:jc w:val="center"/>
              <w:rPr>
                <w:rFonts w:cs="Times New Roman"/>
                <w:b/>
              </w:rPr>
            </w:pPr>
            <w:r w:rsidRPr="00803531">
              <w:rPr>
                <w:rFonts w:cs="Times New Roman"/>
                <w:b/>
              </w:rPr>
              <w:t>B</w:t>
            </w:r>
          </w:p>
        </w:tc>
        <w:tc>
          <w:tcPr>
            <w:tcW w:w="629" w:type="dxa"/>
            <w:tcBorders>
              <w:bottom w:val="single" w:sz="4" w:space="0" w:color="auto"/>
            </w:tcBorders>
          </w:tcPr>
          <w:p w14:paraId="7EB8FF71" w14:textId="77777777" w:rsidR="00DE7E5C" w:rsidRPr="00803531" w:rsidRDefault="00DE7E5C" w:rsidP="00803531">
            <w:pPr>
              <w:spacing w:line="276" w:lineRule="auto"/>
              <w:jc w:val="center"/>
              <w:rPr>
                <w:rFonts w:cs="Times New Roman"/>
                <w:b/>
              </w:rPr>
            </w:pPr>
            <w:r w:rsidRPr="00803531">
              <w:rPr>
                <w:rFonts w:cs="Times New Roman"/>
                <w:b/>
              </w:rPr>
              <w:t>A</w:t>
            </w:r>
          </w:p>
        </w:tc>
        <w:tc>
          <w:tcPr>
            <w:tcW w:w="629" w:type="dxa"/>
            <w:tcBorders>
              <w:bottom w:val="single" w:sz="4" w:space="0" w:color="auto"/>
            </w:tcBorders>
          </w:tcPr>
          <w:p w14:paraId="1A2CA0DE" w14:textId="77777777" w:rsidR="00DE7E5C" w:rsidRPr="00803531" w:rsidRDefault="00DE7E5C" w:rsidP="00803531">
            <w:pPr>
              <w:spacing w:line="276" w:lineRule="auto"/>
              <w:jc w:val="center"/>
              <w:rPr>
                <w:rFonts w:cs="Times New Roman"/>
                <w:b/>
              </w:rPr>
            </w:pPr>
            <w:r w:rsidRPr="00803531">
              <w:rPr>
                <w:rFonts w:cs="Times New Roman"/>
                <w:b/>
              </w:rPr>
              <w:t>B</w:t>
            </w:r>
          </w:p>
        </w:tc>
        <w:tc>
          <w:tcPr>
            <w:tcW w:w="629" w:type="dxa"/>
            <w:tcBorders>
              <w:bottom w:val="single" w:sz="4" w:space="0" w:color="auto"/>
            </w:tcBorders>
          </w:tcPr>
          <w:p w14:paraId="3D242038"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Borders>
              <w:bottom w:val="single" w:sz="4" w:space="0" w:color="auto"/>
            </w:tcBorders>
          </w:tcPr>
          <w:p w14:paraId="2DF4C755"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Borders>
              <w:bottom w:val="single" w:sz="4" w:space="0" w:color="auto"/>
            </w:tcBorders>
          </w:tcPr>
          <w:p w14:paraId="228FCA31"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Borders>
              <w:bottom w:val="single" w:sz="4" w:space="0" w:color="auto"/>
            </w:tcBorders>
          </w:tcPr>
          <w:p w14:paraId="014C8A21" w14:textId="77777777" w:rsidR="00DE7E5C" w:rsidRPr="00803531" w:rsidRDefault="00DE7E5C" w:rsidP="00803531">
            <w:pPr>
              <w:spacing w:line="276" w:lineRule="auto"/>
              <w:jc w:val="center"/>
              <w:rPr>
                <w:rFonts w:cs="Times New Roman"/>
                <w:b/>
              </w:rPr>
            </w:pPr>
            <w:r w:rsidRPr="00803531">
              <w:rPr>
                <w:rFonts w:cs="Times New Roman"/>
                <w:b/>
              </w:rPr>
              <w:t>B</w:t>
            </w:r>
          </w:p>
        </w:tc>
        <w:tc>
          <w:tcPr>
            <w:tcW w:w="629" w:type="dxa"/>
            <w:tcBorders>
              <w:bottom w:val="single" w:sz="4" w:space="0" w:color="auto"/>
            </w:tcBorders>
          </w:tcPr>
          <w:p w14:paraId="705BBCAC"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Borders>
              <w:bottom w:val="single" w:sz="4" w:space="0" w:color="auto"/>
            </w:tcBorders>
          </w:tcPr>
          <w:p w14:paraId="0A620488" w14:textId="77777777" w:rsidR="00DE7E5C" w:rsidRPr="00803531" w:rsidRDefault="00DE7E5C" w:rsidP="00803531">
            <w:pPr>
              <w:spacing w:line="276" w:lineRule="auto"/>
              <w:jc w:val="center"/>
              <w:rPr>
                <w:rFonts w:cs="Times New Roman"/>
                <w:b/>
              </w:rPr>
            </w:pPr>
            <w:r w:rsidRPr="00803531">
              <w:rPr>
                <w:rFonts w:cs="Times New Roman"/>
                <w:b/>
              </w:rPr>
              <w:t>A</w:t>
            </w:r>
          </w:p>
        </w:tc>
        <w:tc>
          <w:tcPr>
            <w:tcW w:w="629" w:type="dxa"/>
            <w:tcBorders>
              <w:bottom w:val="single" w:sz="4" w:space="0" w:color="auto"/>
            </w:tcBorders>
          </w:tcPr>
          <w:p w14:paraId="6D547F97"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Borders>
              <w:bottom w:val="single" w:sz="4" w:space="0" w:color="auto"/>
            </w:tcBorders>
          </w:tcPr>
          <w:p w14:paraId="5DAFA7CF"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Borders>
              <w:bottom w:val="single" w:sz="4" w:space="0" w:color="auto"/>
            </w:tcBorders>
          </w:tcPr>
          <w:p w14:paraId="36C59607" w14:textId="77777777" w:rsidR="00DE7E5C" w:rsidRPr="00803531" w:rsidRDefault="00DE7E5C" w:rsidP="00803531">
            <w:pPr>
              <w:spacing w:line="276" w:lineRule="auto"/>
              <w:jc w:val="center"/>
              <w:rPr>
                <w:rFonts w:cs="Times New Roman"/>
                <w:b/>
              </w:rPr>
            </w:pPr>
            <w:r w:rsidRPr="00803531">
              <w:rPr>
                <w:rFonts w:cs="Times New Roman"/>
                <w:b/>
              </w:rPr>
              <w:t>A</w:t>
            </w:r>
          </w:p>
        </w:tc>
      </w:tr>
      <w:tr w:rsidR="00DE7E5C" w:rsidRPr="00803531" w14:paraId="39C7E06D" w14:textId="77777777" w:rsidTr="00803531">
        <w:tc>
          <w:tcPr>
            <w:tcW w:w="629" w:type="dxa"/>
            <w:shd w:val="clear" w:color="auto" w:fill="FFFF32"/>
          </w:tcPr>
          <w:p w14:paraId="494F7F3B" w14:textId="77777777" w:rsidR="00DE7E5C" w:rsidRPr="00803531" w:rsidRDefault="00DE7E5C" w:rsidP="00803531">
            <w:pPr>
              <w:spacing w:line="276" w:lineRule="auto"/>
              <w:jc w:val="center"/>
              <w:rPr>
                <w:rFonts w:cs="Times New Roman"/>
                <w:b/>
              </w:rPr>
            </w:pPr>
            <w:r w:rsidRPr="00803531">
              <w:rPr>
                <w:rFonts w:cs="Times New Roman"/>
                <w:b/>
              </w:rPr>
              <w:t>19</w:t>
            </w:r>
          </w:p>
        </w:tc>
        <w:tc>
          <w:tcPr>
            <w:tcW w:w="629" w:type="dxa"/>
            <w:shd w:val="clear" w:color="auto" w:fill="FFFF32"/>
          </w:tcPr>
          <w:p w14:paraId="09D0DE3E" w14:textId="77777777" w:rsidR="00DE7E5C" w:rsidRPr="00803531" w:rsidRDefault="00DE7E5C" w:rsidP="00803531">
            <w:pPr>
              <w:spacing w:line="276" w:lineRule="auto"/>
              <w:jc w:val="center"/>
              <w:rPr>
                <w:rFonts w:cs="Times New Roman"/>
                <w:b/>
              </w:rPr>
            </w:pPr>
            <w:r w:rsidRPr="00803531">
              <w:rPr>
                <w:rFonts w:cs="Times New Roman"/>
                <w:b/>
              </w:rPr>
              <w:t>20</w:t>
            </w:r>
          </w:p>
        </w:tc>
        <w:tc>
          <w:tcPr>
            <w:tcW w:w="629" w:type="dxa"/>
            <w:shd w:val="clear" w:color="auto" w:fill="FFFF32"/>
          </w:tcPr>
          <w:p w14:paraId="2CEAA1E7" w14:textId="77777777" w:rsidR="00DE7E5C" w:rsidRPr="00803531" w:rsidRDefault="00DE7E5C" w:rsidP="00803531">
            <w:pPr>
              <w:spacing w:line="276" w:lineRule="auto"/>
              <w:jc w:val="center"/>
              <w:rPr>
                <w:rFonts w:cs="Times New Roman"/>
                <w:b/>
              </w:rPr>
            </w:pPr>
            <w:r w:rsidRPr="00803531">
              <w:rPr>
                <w:rFonts w:cs="Times New Roman"/>
                <w:b/>
              </w:rPr>
              <w:t>21</w:t>
            </w:r>
          </w:p>
        </w:tc>
        <w:tc>
          <w:tcPr>
            <w:tcW w:w="629" w:type="dxa"/>
            <w:shd w:val="clear" w:color="auto" w:fill="FFFF32"/>
          </w:tcPr>
          <w:p w14:paraId="4051E94B" w14:textId="77777777" w:rsidR="00DE7E5C" w:rsidRPr="00803531" w:rsidRDefault="00DE7E5C" w:rsidP="00803531">
            <w:pPr>
              <w:spacing w:line="276" w:lineRule="auto"/>
              <w:jc w:val="center"/>
              <w:rPr>
                <w:rFonts w:cs="Times New Roman"/>
                <w:b/>
              </w:rPr>
            </w:pPr>
            <w:r w:rsidRPr="00803531">
              <w:rPr>
                <w:rFonts w:cs="Times New Roman"/>
                <w:b/>
              </w:rPr>
              <w:t>22</w:t>
            </w:r>
          </w:p>
        </w:tc>
        <w:tc>
          <w:tcPr>
            <w:tcW w:w="629" w:type="dxa"/>
            <w:shd w:val="clear" w:color="auto" w:fill="FFFF32"/>
          </w:tcPr>
          <w:p w14:paraId="216FBBF0" w14:textId="77777777" w:rsidR="00DE7E5C" w:rsidRPr="00803531" w:rsidRDefault="00DE7E5C" w:rsidP="00803531">
            <w:pPr>
              <w:spacing w:line="276" w:lineRule="auto"/>
              <w:jc w:val="center"/>
              <w:rPr>
                <w:rFonts w:cs="Times New Roman"/>
                <w:b/>
              </w:rPr>
            </w:pPr>
            <w:r w:rsidRPr="00803531">
              <w:rPr>
                <w:rFonts w:cs="Times New Roman"/>
                <w:b/>
              </w:rPr>
              <w:t>23</w:t>
            </w:r>
          </w:p>
        </w:tc>
        <w:tc>
          <w:tcPr>
            <w:tcW w:w="629" w:type="dxa"/>
            <w:shd w:val="clear" w:color="auto" w:fill="FFFF32"/>
          </w:tcPr>
          <w:p w14:paraId="5689A9EC" w14:textId="77777777" w:rsidR="00DE7E5C" w:rsidRPr="00803531" w:rsidRDefault="00DE7E5C" w:rsidP="00803531">
            <w:pPr>
              <w:spacing w:line="276" w:lineRule="auto"/>
              <w:jc w:val="center"/>
              <w:rPr>
                <w:rFonts w:cs="Times New Roman"/>
                <w:b/>
              </w:rPr>
            </w:pPr>
            <w:r w:rsidRPr="00803531">
              <w:rPr>
                <w:rFonts w:cs="Times New Roman"/>
                <w:b/>
              </w:rPr>
              <w:t>24</w:t>
            </w:r>
          </w:p>
        </w:tc>
        <w:tc>
          <w:tcPr>
            <w:tcW w:w="629" w:type="dxa"/>
            <w:shd w:val="clear" w:color="auto" w:fill="FFFF32"/>
          </w:tcPr>
          <w:p w14:paraId="7A48A45D" w14:textId="77777777" w:rsidR="00DE7E5C" w:rsidRPr="00803531" w:rsidRDefault="00DE7E5C" w:rsidP="00803531">
            <w:pPr>
              <w:spacing w:line="276" w:lineRule="auto"/>
              <w:jc w:val="center"/>
              <w:rPr>
                <w:rFonts w:cs="Times New Roman"/>
                <w:b/>
              </w:rPr>
            </w:pPr>
            <w:r w:rsidRPr="00803531">
              <w:rPr>
                <w:rFonts w:cs="Times New Roman"/>
                <w:b/>
              </w:rPr>
              <w:t>25</w:t>
            </w:r>
          </w:p>
        </w:tc>
        <w:tc>
          <w:tcPr>
            <w:tcW w:w="629" w:type="dxa"/>
            <w:shd w:val="clear" w:color="auto" w:fill="FFFF32"/>
          </w:tcPr>
          <w:p w14:paraId="4FD677A0" w14:textId="77777777" w:rsidR="00DE7E5C" w:rsidRPr="00803531" w:rsidRDefault="00DE7E5C" w:rsidP="00803531">
            <w:pPr>
              <w:spacing w:line="276" w:lineRule="auto"/>
              <w:jc w:val="center"/>
              <w:rPr>
                <w:rFonts w:cs="Times New Roman"/>
                <w:b/>
              </w:rPr>
            </w:pPr>
            <w:r w:rsidRPr="00803531">
              <w:rPr>
                <w:rFonts w:cs="Times New Roman"/>
                <w:b/>
              </w:rPr>
              <w:t>26</w:t>
            </w:r>
          </w:p>
        </w:tc>
        <w:tc>
          <w:tcPr>
            <w:tcW w:w="629" w:type="dxa"/>
            <w:shd w:val="clear" w:color="auto" w:fill="FFFF32"/>
          </w:tcPr>
          <w:p w14:paraId="71B80811" w14:textId="77777777" w:rsidR="00DE7E5C" w:rsidRPr="00803531" w:rsidRDefault="00DE7E5C" w:rsidP="00803531">
            <w:pPr>
              <w:spacing w:line="276" w:lineRule="auto"/>
              <w:jc w:val="center"/>
              <w:rPr>
                <w:rFonts w:cs="Times New Roman"/>
                <w:b/>
              </w:rPr>
            </w:pPr>
            <w:r w:rsidRPr="00803531">
              <w:rPr>
                <w:rFonts w:cs="Times New Roman"/>
                <w:b/>
              </w:rPr>
              <w:t>27</w:t>
            </w:r>
          </w:p>
        </w:tc>
        <w:tc>
          <w:tcPr>
            <w:tcW w:w="629" w:type="dxa"/>
            <w:shd w:val="clear" w:color="auto" w:fill="FFFF32"/>
          </w:tcPr>
          <w:p w14:paraId="3C1A774D" w14:textId="77777777" w:rsidR="00DE7E5C" w:rsidRPr="00803531" w:rsidRDefault="00DE7E5C" w:rsidP="00803531">
            <w:pPr>
              <w:spacing w:line="276" w:lineRule="auto"/>
              <w:jc w:val="center"/>
              <w:rPr>
                <w:rFonts w:cs="Times New Roman"/>
                <w:b/>
              </w:rPr>
            </w:pPr>
            <w:r w:rsidRPr="00803531">
              <w:rPr>
                <w:rFonts w:cs="Times New Roman"/>
                <w:b/>
              </w:rPr>
              <w:t>28</w:t>
            </w:r>
          </w:p>
        </w:tc>
        <w:tc>
          <w:tcPr>
            <w:tcW w:w="629" w:type="dxa"/>
            <w:shd w:val="clear" w:color="auto" w:fill="FFFF32"/>
          </w:tcPr>
          <w:p w14:paraId="5E5F9A04" w14:textId="77777777" w:rsidR="00DE7E5C" w:rsidRPr="00803531" w:rsidRDefault="00DE7E5C" w:rsidP="00803531">
            <w:pPr>
              <w:spacing w:line="276" w:lineRule="auto"/>
              <w:jc w:val="center"/>
              <w:rPr>
                <w:rFonts w:cs="Times New Roman"/>
                <w:b/>
              </w:rPr>
            </w:pPr>
            <w:r w:rsidRPr="00803531">
              <w:rPr>
                <w:rFonts w:cs="Times New Roman"/>
                <w:b/>
              </w:rPr>
              <w:t>29</w:t>
            </w:r>
          </w:p>
        </w:tc>
        <w:tc>
          <w:tcPr>
            <w:tcW w:w="629" w:type="dxa"/>
            <w:shd w:val="clear" w:color="auto" w:fill="FFFF32"/>
          </w:tcPr>
          <w:p w14:paraId="14A46B84" w14:textId="77777777" w:rsidR="00DE7E5C" w:rsidRPr="00803531" w:rsidRDefault="00DE7E5C" w:rsidP="00803531">
            <w:pPr>
              <w:spacing w:line="276" w:lineRule="auto"/>
              <w:jc w:val="center"/>
              <w:rPr>
                <w:rFonts w:cs="Times New Roman"/>
                <w:b/>
              </w:rPr>
            </w:pPr>
            <w:r w:rsidRPr="00803531">
              <w:rPr>
                <w:rFonts w:cs="Times New Roman"/>
                <w:b/>
              </w:rPr>
              <w:t>30</w:t>
            </w:r>
          </w:p>
        </w:tc>
        <w:tc>
          <w:tcPr>
            <w:tcW w:w="629" w:type="dxa"/>
            <w:shd w:val="clear" w:color="auto" w:fill="FFFF32"/>
          </w:tcPr>
          <w:p w14:paraId="02BD5530" w14:textId="77777777" w:rsidR="00DE7E5C" w:rsidRPr="00803531" w:rsidRDefault="00DE7E5C" w:rsidP="00803531">
            <w:pPr>
              <w:spacing w:line="276" w:lineRule="auto"/>
              <w:jc w:val="center"/>
              <w:rPr>
                <w:rFonts w:cs="Times New Roman"/>
                <w:b/>
              </w:rPr>
            </w:pPr>
            <w:r w:rsidRPr="00803531">
              <w:rPr>
                <w:rFonts w:cs="Times New Roman"/>
                <w:b/>
              </w:rPr>
              <w:t>31</w:t>
            </w:r>
          </w:p>
        </w:tc>
        <w:tc>
          <w:tcPr>
            <w:tcW w:w="629" w:type="dxa"/>
            <w:shd w:val="clear" w:color="auto" w:fill="FFFF32"/>
          </w:tcPr>
          <w:p w14:paraId="3479C8B0" w14:textId="77777777" w:rsidR="00DE7E5C" w:rsidRPr="00803531" w:rsidRDefault="00DE7E5C" w:rsidP="00803531">
            <w:pPr>
              <w:spacing w:line="276" w:lineRule="auto"/>
              <w:jc w:val="center"/>
              <w:rPr>
                <w:rFonts w:cs="Times New Roman"/>
                <w:b/>
              </w:rPr>
            </w:pPr>
            <w:r w:rsidRPr="00803531">
              <w:rPr>
                <w:rFonts w:cs="Times New Roman"/>
                <w:b/>
              </w:rPr>
              <w:t>32</w:t>
            </w:r>
          </w:p>
        </w:tc>
        <w:tc>
          <w:tcPr>
            <w:tcW w:w="629" w:type="dxa"/>
            <w:shd w:val="clear" w:color="auto" w:fill="FFFF32"/>
          </w:tcPr>
          <w:p w14:paraId="3F14CEE6" w14:textId="77777777" w:rsidR="00DE7E5C" w:rsidRPr="00803531" w:rsidRDefault="00DE7E5C" w:rsidP="00803531">
            <w:pPr>
              <w:spacing w:line="276" w:lineRule="auto"/>
              <w:jc w:val="center"/>
              <w:rPr>
                <w:rFonts w:cs="Times New Roman"/>
                <w:b/>
              </w:rPr>
            </w:pPr>
            <w:r w:rsidRPr="00803531">
              <w:rPr>
                <w:rFonts w:cs="Times New Roman"/>
                <w:b/>
              </w:rPr>
              <w:t>33</w:t>
            </w:r>
          </w:p>
        </w:tc>
        <w:tc>
          <w:tcPr>
            <w:tcW w:w="629" w:type="dxa"/>
            <w:shd w:val="clear" w:color="auto" w:fill="FFFF32"/>
          </w:tcPr>
          <w:p w14:paraId="1C52188F" w14:textId="77777777" w:rsidR="00DE7E5C" w:rsidRPr="00803531" w:rsidRDefault="00DE7E5C" w:rsidP="00803531">
            <w:pPr>
              <w:spacing w:line="276" w:lineRule="auto"/>
              <w:jc w:val="center"/>
              <w:rPr>
                <w:rFonts w:cs="Times New Roman"/>
                <w:b/>
              </w:rPr>
            </w:pPr>
            <w:r w:rsidRPr="00803531">
              <w:rPr>
                <w:rFonts w:cs="Times New Roman"/>
                <w:b/>
              </w:rPr>
              <w:t>34</w:t>
            </w:r>
          </w:p>
        </w:tc>
        <w:tc>
          <w:tcPr>
            <w:tcW w:w="629" w:type="dxa"/>
            <w:shd w:val="clear" w:color="auto" w:fill="FFFF32"/>
          </w:tcPr>
          <w:p w14:paraId="1484F8F9" w14:textId="77777777" w:rsidR="00DE7E5C" w:rsidRPr="00803531" w:rsidRDefault="00DE7E5C" w:rsidP="00803531">
            <w:pPr>
              <w:spacing w:line="276" w:lineRule="auto"/>
              <w:jc w:val="center"/>
              <w:rPr>
                <w:rFonts w:cs="Times New Roman"/>
                <w:b/>
              </w:rPr>
            </w:pPr>
            <w:r w:rsidRPr="00803531">
              <w:rPr>
                <w:rFonts w:cs="Times New Roman"/>
                <w:b/>
              </w:rPr>
              <w:t>35</w:t>
            </w:r>
          </w:p>
        </w:tc>
        <w:tc>
          <w:tcPr>
            <w:tcW w:w="629" w:type="dxa"/>
            <w:shd w:val="clear" w:color="auto" w:fill="FFFF32"/>
          </w:tcPr>
          <w:p w14:paraId="4C5025D3" w14:textId="77777777" w:rsidR="00DE7E5C" w:rsidRPr="00803531" w:rsidRDefault="00DE7E5C" w:rsidP="00803531">
            <w:pPr>
              <w:spacing w:line="276" w:lineRule="auto"/>
              <w:jc w:val="center"/>
              <w:rPr>
                <w:rFonts w:cs="Times New Roman"/>
                <w:b/>
              </w:rPr>
            </w:pPr>
            <w:r w:rsidRPr="00803531">
              <w:rPr>
                <w:rFonts w:cs="Times New Roman"/>
                <w:b/>
              </w:rPr>
              <w:t>36</w:t>
            </w:r>
          </w:p>
        </w:tc>
      </w:tr>
      <w:tr w:rsidR="00DE7E5C" w:rsidRPr="00803531" w14:paraId="59B91471" w14:textId="77777777" w:rsidTr="00803531">
        <w:tc>
          <w:tcPr>
            <w:tcW w:w="629" w:type="dxa"/>
          </w:tcPr>
          <w:p w14:paraId="43F98818"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Pr>
          <w:p w14:paraId="56E6DA08" w14:textId="77777777" w:rsidR="00DE7E5C" w:rsidRPr="00803531" w:rsidRDefault="00DE7E5C" w:rsidP="00803531">
            <w:pPr>
              <w:spacing w:line="276" w:lineRule="auto"/>
              <w:jc w:val="center"/>
              <w:rPr>
                <w:rFonts w:cs="Times New Roman"/>
                <w:b/>
              </w:rPr>
            </w:pPr>
            <w:r w:rsidRPr="00803531">
              <w:rPr>
                <w:rFonts w:cs="Times New Roman"/>
                <w:b/>
              </w:rPr>
              <w:t>B</w:t>
            </w:r>
          </w:p>
        </w:tc>
        <w:tc>
          <w:tcPr>
            <w:tcW w:w="629" w:type="dxa"/>
          </w:tcPr>
          <w:p w14:paraId="71475286"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Pr>
          <w:p w14:paraId="5835D4EA"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Pr>
          <w:p w14:paraId="24360720"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Pr>
          <w:p w14:paraId="47BC229A" w14:textId="77777777" w:rsidR="00DE7E5C" w:rsidRPr="00803531" w:rsidRDefault="00DE7E5C" w:rsidP="00803531">
            <w:pPr>
              <w:spacing w:line="276" w:lineRule="auto"/>
              <w:jc w:val="center"/>
              <w:rPr>
                <w:rFonts w:cs="Times New Roman"/>
                <w:b/>
              </w:rPr>
            </w:pPr>
            <w:r w:rsidRPr="00803531">
              <w:rPr>
                <w:rFonts w:cs="Times New Roman"/>
                <w:b/>
              </w:rPr>
              <w:t>B</w:t>
            </w:r>
          </w:p>
        </w:tc>
        <w:tc>
          <w:tcPr>
            <w:tcW w:w="629" w:type="dxa"/>
          </w:tcPr>
          <w:p w14:paraId="17884ED5"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Pr>
          <w:p w14:paraId="6344EF88"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Pr>
          <w:p w14:paraId="66A63069" w14:textId="77777777" w:rsidR="00DE7E5C" w:rsidRPr="00803531" w:rsidRDefault="00DE7E5C" w:rsidP="00803531">
            <w:pPr>
              <w:spacing w:line="276" w:lineRule="auto"/>
              <w:jc w:val="center"/>
              <w:rPr>
                <w:rFonts w:cs="Times New Roman"/>
                <w:b/>
              </w:rPr>
            </w:pPr>
            <w:r w:rsidRPr="00803531">
              <w:rPr>
                <w:rFonts w:cs="Times New Roman"/>
                <w:b/>
              </w:rPr>
              <w:t>B</w:t>
            </w:r>
          </w:p>
        </w:tc>
        <w:tc>
          <w:tcPr>
            <w:tcW w:w="629" w:type="dxa"/>
          </w:tcPr>
          <w:p w14:paraId="109C1D97" w14:textId="77777777" w:rsidR="00DE7E5C" w:rsidRPr="00803531" w:rsidRDefault="00DE7E5C" w:rsidP="00803531">
            <w:pPr>
              <w:spacing w:line="276" w:lineRule="auto"/>
              <w:jc w:val="center"/>
              <w:rPr>
                <w:rFonts w:cs="Times New Roman"/>
                <w:b/>
              </w:rPr>
            </w:pPr>
            <w:r w:rsidRPr="00803531">
              <w:rPr>
                <w:rFonts w:cs="Times New Roman"/>
                <w:b/>
              </w:rPr>
              <w:t>C</w:t>
            </w:r>
          </w:p>
        </w:tc>
        <w:tc>
          <w:tcPr>
            <w:tcW w:w="629" w:type="dxa"/>
          </w:tcPr>
          <w:p w14:paraId="5027DD7B" w14:textId="77777777" w:rsidR="00DE7E5C" w:rsidRPr="00803531" w:rsidRDefault="00DE7E5C" w:rsidP="00803531">
            <w:pPr>
              <w:spacing w:line="276" w:lineRule="auto"/>
              <w:jc w:val="center"/>
              <w:rPr>
                <w:rFonts w:cs="Times New Roman"/>
                <w:b/>
              </w:rPr>
            </w:pPr>
            <w:r w:rsidRPr="00803531">
              <w:rPr>
                <w:rFonts w:cs="Times New Roman"/>
                <w:b/>
              </w:rPr>
              <w:t>A</w:t>
            </w:r>
          </w:p>
        </w:tc>
        <w:tc>
          <w:tcPr>
            <w:tcW w:w="629" w:type="dxa"/>
          </w:tcPr>
          <w:p w14:paraId="2468974B"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Pr>
          <w:p w14:paraId="5B80E964"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Pr>
          <w:p w14:paraId="7B8696AA"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Pr>
          <w:p w14:paraId="754EE2D4"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Pr>
          <w:p w14:paraId="6E60CE95" w14:textId="77777777" w:rsidR="00DE7E5C" w:rsidRPr="00803531" w:rsidRDefault="00DE7E5C" w:rsidP="00803531">
            <w:pPr>
              <w:spacing w:line="276" w:lineRule="auto"/>
              <w:jc w:val="center"/>
              <w:rPr>
                <w:rFonts w:cs="Times New Roman"/>
                <w:b/>
              </w:rPr>
            </w:pPr>
            <w:r w:rsidRPr="00803531">
              <w:rPr>
                <w:rFonts w:cs="Times New Roman"/>
                <w:b/>
              </w:rPr>
              <w:t>A</w:t>
            </w:r>
          </w:p>
        </w:tc>
        <w:tc>
          <w:tcPr>
            <w:tcW w:w="629" w:type="dxa"/>
          </w:tcPr>
          <w:p w14:paraId="12E215CE" w14:textId="77777777" w:rsidR="00DE7E5C" w:rsidRPr="00803531" w:rsidRDefault="00DE7E5C" w:rsidP="00803531">
            <w:pPr>
              <w:spacing w:line="276" w:lineRule="auto"/>
              <w:jc w:val="center"/>
              <w:rPr>
                <w:rFonts w:cs="Times New Roman"/>
                <w:b/>
              </w:rPr>
            </w:pPr>
            <w:r w:rsidRPr="00803531">
              <w:rPr>
                <w:rFonts w:cs="Times New Roman"/>
                <w:b/>
              </w:rPr>
              <w:t>D</w:t>
            </w:r>
          </w:p>
        </w:tc>
        <w:tc>
          <w:tcPr>
            <w:tcW w:w="629" w:type="dxa"/>
          </w:tcPr>
          <w:p w14:paraId="066B3411" w14:textId="77777777" w:rsidR="00DE7E5C" w:rsidRPr="00803531" w:rsidRDefault="00DE7E5C" w:rsidP="00803531">
            <w:pPr>
              <w:spacing w:line="276" w:lineRule="auto"/>
              <w:jc w:val="center"/>
              <w:rPr>
                <w:rFonts w:cs="Times New Roman"/>
                <w:b/>
              </w:rPr>
            </w:pPr>
          </w:p>
        </w:tc>
      </w:tr>
    </w:tbl>
    <w:p w14:paraId="2C520998" w14:textId="77777777" w:rsidR="00DE7E5C" w:rsidRPr="00803531" w:rsidRDefault="00DE7E5C" w:rsidP="00803531">
      <w:pPr>
        <w:ind w:left="992"/>
        <w:jc w:val="center"/>
        <w:rPr>
          <w:rFonts w:cs="Times New Roman"/>
          <w:b/>
        </w:rPr>
      </w:pPr>
    </w:p>
    <w:p w14:paraId="658424BB" w14:textId="77777777" w:rsidR="00DE7E5C" w:rsidRDefault="00DE7E5C" w:rsidP="007E5E58">
      <w:pPr>
        <w:ind w:left="992"/>
        <w:jc w:val="center"/>
        <w:rPr>
          <w:rFonts w:cs="Times New Roman"/>
          <w:b/>
        </w:rPr>
      </w:pPr>
      <w:r>
        <w:rPr>
          <w:rFonts w:cs="Times New Roman"/>
          <w:b/>
        </w:rPr>
        <w:t>ĐỀ 6-11</w:t>
      </w:r>
    </w:p>
    <w:p w14:paraId="198206A8" w14:textId="77777777" w:rsidR="00DE7E5C" w:rsidRPr="007E5E58" w:rsidRDefault="00DE7E5C" w:rsidP="007E5E58">
      <w:pPr>
        <w:ind w:left="992"/>
        <w:rPr>
          <w:rFonts w:cs="Times New Roman"/>
        </w:rPr>
      </w:pPr>
      <w:r w:rsidRPr="007E5E58">
        <w:rPr>
          <w:rFonts w:cs="Times New Roman"/>
          <w:b/>
        </w:rPr>
        <w:lastRenderedPageBreak/>
        <w:t>Phần I: Trắc nghiệm</w:t>
      </w:r>
    </w:p>
    <w:p w14:paraId="2C462403"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w:t>
      </w:r>
      <w:r w:rsidRPr="007E5E58">
        <w:rPr>
          <w:rFonts w:cs="Times New Roman"/>
          <w:b/>
          <w:color w:val="0000FF"/>
        </w:rPr>
        <w:tab/>
      </w:r>
      <w:r w:rsidRPr="007E5E58">
        <w:rPr>
          <w:rFonts w:cs="Times New Roman"/>
        </w:rPr>
        <w:t xml:space="preserve">Hàm số nào sau đây xác định với mọi </w:t>
      </w:r>
      <w:r w:rsidRPr="007E5E58">
        <w:rPr>
          <w:position w:val="-6"/>
        </w:rPr>
        <w:object w:dxaOrig="200" w:dyaOrig="220" w14:anchorId="3A663CC6">
          <v:shape id="_x0000_i2135" type="#_x0000_t75" style="width:10.2pt;height:10.8pt" o:ole="">
            <v:imagedata r:id="rId2127" o:title=""/>
          </v:shape>
          <o:OLEObject Type="Embed" ProgID="Equation.DSMT4" ShapeID="_x0000_i2135" DrawAspect="Content" ObjectID="_1699918871" r:id="rId2128"/>
        </w:object>
      </w:r>
      <w:r w:rsidRPr="007E5E58">
        <w:rPr>
          <w:rFonts w:cs="Times New Roman"/>
        </w:rPr>
        <w:t>?</w:t>
      </w:r>
    </w:p>
    <w:p w14:paraId="19E05DC9"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10"/>
        </w:rPr>
        <w:object w:dxaOrig="900" w:dyaOrig="320" w14:anchorId="7F365A4F">
          <v:shape id="_x0000_i2136" type="#_x0000_t75" style="width:45pt;height:16.2pt" o:ole="">
            <v:imagedata r:id="rId2129" o:title=""/>
          </v:shape>
          <o:OLEObject Type="Embed" ProgID="Equation.DSMT4" ShapeID="_x0000_i2136" DrawAspect="Content" ObjectID="_1699918872" r:id="rId2130"/>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10"/>
        </w:rPr>
        <w:object w:dxaOrig="920" w:dyaOrig="300" w14:anchorId="6333757E">
          <v:shape id="_x0000_i2137" type="#_x0000_t75" style="width:46.2pt;height:15pt" o:ole="">
            <v:imagedata r:id="rId2131" o:title=""/>
          </v:shape>
          <o:OLEObject Type="Embed" ProgID="Equation.DSMT4" ShapeID="_x0000_i2137" DrawAspect="Content" ObjectID="_1699918873" r:id="rId2132"/>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10"/>
        </w:rPr>
        <w:object w:dxaOrig="900" w:dyaOrig="300" w14:anchorId="482F5916">
          <v:shape id="_x0000_i2138" type="#_x0000_t75" style="width:45pt;height:15pt" o:ole="">
            <v:imagedata r:id="rId2133" o:title=""/>
          </v:shape>
          <o:OLEObject Type="Embed" ProgID="Equation.DSMT4" ShapeID="_x0000_i2138" DrawAspect="Content" ObjectID="_1699918874" r:id="rId2134"/>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24"/>
        </w:rPr>
        <w:object w:dxaOrig="1400" w:dyaOrig="620" w14:anchorId="5B797390">
          <v:shape id="_x0000_i2139" type="#_x0000_t75" style="width:70.2pt;height:31.2pt" o:ole="">
            <v:imagedata r:id="rId2135" o:title=""/>
          </v:shape>
          <o:OLEObject Type="Embed" ProgID="Equation.DSMT4" ShapeID="_x0000_i2139" DrawAspect="Content" ObjectID="_1699918875" r:id="rId2136"/>
        </w:object>
      </w:r>
      <w:r w:rsidRPr="007E5E58">
        <w:rPr>
          <w:rFonts w:cs="Times New Roman"/>
        </w:rPr>
        <w:t>.</w:t>
      </w:r>
    </w:p>
    <w:p w14:paraId="4F7AA190"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w:t>
      </w:r>
      <w:r w:rsidRPr="007E5E58">
        <w:rPr>
          <w:rFonts w:cs="Times New Roman"/>
          <w:b/>
          <w:color w:val="0000FF"/>
        </w:rPr>
        <w:tab/>
      </w:r>
      <w:r w:rsidRPr="007E5E58">
        <w:rPr>
          <w:rFonts w:cs="Times New Roman"/>
        </w:rPr>
        <w:t xml:space="preserve">Số nghiệm thực của phương trình </w:t>
      </w:r>
      <w:r w:rsidRPr="007E5E58">
        <w:rPr>
          <w:position w:val="-6"/>
        </w:rPr>
        <w:object w:dxaOrig="1340" w:dyaOrig="279" w14:anchorId="5D533B98">
          <v:shape id="_x0000_i2140" type="#_x0000_t75" style="width:67.2pt;height:13.8pt" o:ole="">
            <v:imagedata r:id="rId2137" o:title=""/>
          </v:shape>
          <o:OLEObject Type="Embed" ProgID="Equation.DSMT4" ShapeID="_x0000_i2140" DrawAspect="Content" ObjectID="_1699918876" r:id="rId2138"/>
        </w:object>
      </w:r>
      <w:r w:rsidRPr="007E5E58">
        <w:rPr>
          <w:rFonts w:cs="Times New Roman"/>
        </w:rPr>
        <w:t xml:space="preserve"> trên đoạn </w:t>
      </w:r>
      <w:r w:rsidRPr="007E5E58">
        <w:rPr>
          <w:position w:val="-28"/>
        </w:rPr>
        <w:object w:dxaOrig="1240" w:dyaOrig="680" w14:anchorId="5D221FB7">
          <v:shape id="_x0000_i2141" type="#_x0000_t75" style="width:61.8pt;height:34.2pt" o:ole="">
            <v:imagedata r:id="rId2139" o:title=""/>
          </v:shape>
          <o:OLEObject Type="Embed" ProgID="Equation.DSMT4" ShapeID="_x0000_i2141" DrawAspect="Content" ObjectID="_1699918877" r:id="rId2140"/>
        </w:object>
      </w:r>
      <w:r w:rsidRPr="007E5E58">
        <w:rPr>
          <w:rFonts w:cs="Times New Roman"/>
        </w:rPr>
        <w:t xml:space="preserve"> là</w:t>
      </w:r>
    </w:p>
    <w:p w14:paraId="2E94FE56" w14:textId="77777777" w:rsidR="00DE7E5C"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11.</w:t>
      </w:r>
      <w:r w:rsidRPr="007E5E58">
        <w:rPr>
          <w:rFonts w:cs="Times New Roman"/>
        </w:rPr>
        <w:tab/>
      </w:r>
      <w:r w:rsidRPr="007E5E58">
        <w:rPr>
          <w:rFonts w:cs="Times New Roman"/>
          <w:b/>
          <w:color w:val="0000FF"/>
        </w:rPr>
        <w:t xml:space="preserve">B. </w:t>
      </w:r>
      <w:r w:rsidRPr="007E5E58">
        <w:rPr>
          <w:rFonts w:cs="Times New Roman"/>
        </w:rPr>
        <w:t>12.</w:t>
      </w:r>
      <w:r w:rsidRPr="007E5E58">
        <w:rPr>
          <w:rFonts w:cs="Times New Roman"/>
        </w:rPr>
        <w:tab/>
      </w:r>
      <w:r w:rsidRPr="007E5E58">
        <w:rPr>
          <w:rFonts w:cs="Times New Roman"/>
          <w:b/>
          <w:color w:val="0000FF"/>
        </w:rPr>
        <w:t xml:space="preserve">C. </w:t>
      </w:r>
      <w:r w:rsidRPr="007E5E58">
        <w:rPr>
          <w:rFonts w:cs="Times New Roman"/>
        </w:rPr>
        <w:t>20.</w:t>
      </w:r>
      <w:r w:rsidRPr="007E5E58">
        <w:rPr>
          <w:rFonts w:cs="Times New Roman"/>
        </w:rPr>
        <w:tab/>
      </w:r>
      <w:r w:rsidRPr="007E5E58">
        <w:rPr>
          <w:rFonts w:cs="Times New Roman"/>
          <w:b/>
          <w:color w:val="0000FF"/>
        </w:rPr>
        <w:t xml:space="preserve">D. </w:t>
      </w:r>
      <w:r w:rsidRPr="007E5E58">
        <w:rPr>
          <w:rFonts w:cs="Times New Roman"/>
        </w:rPr>
        <w:t>21.</w:t>
      </w:r>
    </w:p>
    <w:p w14:paraId="24EDE7BC"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3:</w:t>
      </w:r>
      <w:r w:rsidRPr="007E5E58">
        <w:rPr>
          <w:rFonts w:cs="Times New Roman"/>
          <w:b/>
          <w:color w:val="0000FF"/>
        </w:rPr>
        <w:tab/>
      </w:r>
      <w:r w:rsidRPr="007E5E58">
        <w:rPr>
          <w:rFonts w:cs="Times New Roman"/>
        </w:rPr>
        <w:t>Ông A vào một cửa hàng tạp hóa để mua một chiếc bút bi. Cô chủ cửa hàng cho ông A biết cửa hàng chỉ còn 6 chiếc bút bi mực đỏ, 7 chiếc bút bi mực xanh và 3 chiếc bút bi mực đen. Hỏi ông A có bao nhiêu cách chọn một chiếc bút để mua?</w:t>
      </w:r>
    </w:p>
    <w:p w14:paraId="55DFDD81"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7.</w:t>
      </w:r>
      <w:r w:rsidRPr="007E5E58">
        <w:rPr>
          <w:rFonts w:cs="Times New Roman"/>
        </w:rPr>
        <w:tab/>
      </w:r>
      <w:r w:rsidRPr="007E5E58">
        <w:rPr>
          <w:rFonts w:cs="Times New Roman"/>
          <w:b/>
          <w:color w:val="0000FF"/>
        </w:rPr>
        <w:t xml:space="preserve">B. </w:t>
      </w:r>
      <w:r w:rsidRPr="007E5E58">
        <w:rPr>
          <w:rFonts w:cs="Times New Roman"/>
        </w:rPr>
        <w:t>16.</w:t>
      </w:r>
      <w:r w:rsidRPr="007E5E58">
        <w:rPr>
          <w:rFonts w:cs="Times New Roman"/>
        </w:rPr>
        <w:tab/>
      </w:r>
      <w:r w:rsidRPr="007E5E58">
        <w:rPr>
          <w:rFonts w:cs="Times New Roman"/>
          <w:b/>
          <w:color w:val="0000FF"/>
        </w:rPr>
        <w:t xml:space="preserve">C. </w:t>
      </w:r>
      <w:r w:rsidRPr="007E5E58">
        <w:rPr>
          <w:rFonts w:cs="Times New Roman"/>
        </w:rPr>
        <w:t>126.</w:t>
      </w:r>
      <w:r w:rsidRPr="007E5E58">
        <w:rPr>
          <w:rFonts w:cs="Times New Roman"/>
        </w:rPr>
        <w:tab/>
      </w:r>
      <w:r w:rsidRPr="007E5E58">
        <w:rPr>
          <w:rFonts w:cs="Times New Roman"/>
          <w:b/>
          <w:color w:val="0000FF"/>
        </w:rPr>
        <w:t xml:space="preserve">D. </w:t>
      </w:r>
      <w:r w:rsidRPr="007E5E58">
        <w:rPr>
          <w:rFonts w:cs="Times New Roman"/>
        </w:rPr>
        <w:t>13.</w:t>
      </w:r>
    </w:p>
    <w:p w14:paraId="08417F46"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4:</w:t>
      </w:r>
      <w:r w:rsidRPr="007E5E58">
        <w:rPr>
          <w:rFonts w:cs="Times New Roman"/>
          <w:b/>
          <w:color w:val="0000FF"/>
        </w:rPr>
        <w:tab/>
      </w:r>
      <w:r w:rsidRPr="007E5E58">
        <w:rPr>
          <w:rFonts w:cs="Times New Roman"/>
        </w:rPr>
        <w:t xml:space="preserve">Cho tập hợp </w:t>
      </w:r>
      <w:r w:rsidRPr="007E5E58">
        <w:rPr>
          <w:position w:val="-10"/>
        </w:rPr>
        <w:object w:dxaOrig="2320" w:dyaOrig="320" w14:anchorId="0127A619">
          <v:shape id="_x0000_i2142" type="#_x0000_t75" style="width:115.8pt;height:16.2pt" o:ole="">
            <v:imagedata r:id="rId2141" o:title=""/>
          </v:shape>
          <o:OLEObject Type="Embed" ProgID="Equation.DSMT4" ShapeID="_x0000_i2142" DrawAspect="Content" ObjectID="_1699918878" r:id="rId2142"/>
        </w:object>
      </w:r>
      <w:r w:rsidRPr="007E5E58">
        <w:rPr>
          <w:rFonts w:cs="Times New Roman"/>
        </w:rPr>
        <w:t xml:space="preserve">. Từ các phần tử của tập </w:t>
      </w:r>
      <w:r w:rsidRPr="007E5E58">
        <w:rPr>
          <w:position w:val="-4"/>
        </w:rPr>
        <w:object w:dxaOrig="240" w:dyaOrig="260" w14:anchorId="691BAECC">
          <v:shape id="_x0000_i2143" type="#_x0000_t75" style="width:12pt;height:13.2pt" o:ole="">
            <v:imagedata r:id="rId2143" o:title=""/>
          </v:shape>
          <o:OLEObject Type="Embed" ProgID="Equation.DSMT4" ShapeID="_x0000_i2143" DrawAspect="Content" ObjectID="_1699918879" r:id="rId2144"/>
        </w:object>
      </w:r>
      <w:r w:rsidRPr="007E5E58">
        <w:rPr>
          <w:rFonts w:cs="Times New Roman"/>
        </w:rPr>
        <w:t xml:space="preserve"> có thể lập được bao nhiêu số tự nhiên chẵn gồm 4 chữ số khác nhau?</w:t>
      </w:r>
    </w:p>
    <w:p w14:paraId="53BC5900"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134.</w:t>
      </w:r>
      <w:r w:rsidRPr="007E5E58">
        <w:rPr>
          <w:rFonts w:cs="Times New Roman"/>
        </w:rPr>
        <w:tab/>
      </w:r>
      <w:r w:rsidRPr="007E5E58">
        <w:rPr>
          <w:rFonts w:cs="Times New Roman"/>
          <w:b/>
          <w:color w:val="0000FF"/>
        </w:rPr>
        <w:t xml:space="preserve">B. </w:t>
      </w:r>
      <w:r w:rsidRPr="007E5E58">
        <w:rPr>
          <w:rFonts w:cs="Times New Roman"/>
        </w:rPr>
        <w:t>1433.</w:t>
      </w:r>
      <w:r w:rsidRPr="007E5E58">
        <w:rPr>
          <w:rFonts w:cs="Times New Roman"/>
        </w:rPr>
        <w:tab/>
      </w:r>
      <w:r w:rsidRPr="007E5E58">
        <w:rPr>
          <w:rFonts w:cs="Times New Roman"/>
          <w:b/>
          <w:color w:val="0000FF"/>
        </w:rPr>
        <w:t xml:space="preserve">C. </w:t>
      </w:r>
      <w:r w:rsidRPr="007E5E58">
        <w:rPr>
          <w:rFonts w:cs="Times New Roman"/>
        </w:rPr>
        <w:t>1344.</w:t>
      </w:r>
      <w:r w:rsidRPr="007E5E58">
        <w:rPr>
          <w:rFonts w:cs="Times New Roman"/>
        </w:rPr>
        <w:tab/>
      </w:r>
      <w:r w:rsidRPr="007E5E58">
        <w:rPr>
          <w:rFonts w:cs="Times New Roman"/>
          <w:b/>
          <w:color w:val="0000FF"/>
        </w:rPr>
        <w:t xml:space="preserve">D. </w:t>
      </w:r>
      <w:r w:rsidRPr="007E5E58">
        <w:rPr>
          <w:rFonts w:cs="Times New Roman"/>
        </w:rPr>
        <w:t>143.</w:t>
      </w:r>
    </w:p>
    <w:p w14:paraId="7BAF3428"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5:</w:t>
      </w:r>
      <w:r w:rsidRPr="007E5E58">
        <w:rPr>
          <w:rFonts w:cs="Times New Roman"/>
          <w:b/>
          <w:color w:val="0000FF"/>
        </w:rPr>
        <w:tab/>
      </w:r>
      <w:r w:rsidRPr="007E5E58">
        <w:rPr>
          <w:rFonts w:cs="Times New Roman"/>
        </w:rPr>
        <w:t>Có bao nhiêu cách sắp xếp 6 nam sinh và 4 nữ sinh vào một dãy ghế hàng ngang có 10 chỗ ngồi?</w:t>
      </w:r>
    </w:p>
    <w:p w14:paraId="0B70D699"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6"/>
        </w:rPr>
        <w:object w:dxaOrig="460" w:dyaOrig="279" w14:anchorId="660DBE45">
          <v:shape id="_x0000_i2144" type="#_x0000_t75" style="width:22.8pt;height:13.8pt" o:ole="">
            <v:imagedata r:id="rId2145" o:title=""/>
          </v:shape>
          <o:OLEObject Type="Embed" ProgID="Equation.DSMT4" ShapeID="_x0000_i2144" DrawAspect="Content" ObjectID="_1699918880" r:id="rId2146"/>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6"/>
        </w:rPr>
        <w:object w:dxaOrig="360" w:dyaOrig="279" w14:anchorId="38495387">
          <v:shape id="_x0000_i2145" type="#_x0000_t75" style="width:18pt;height:13.8pt" o:ole="">
            <v:imagedata r:id="rId2147" o:title=""/>
          </v:shape>
          <o:OLEObject Type="Embed" ProgID="Equation.DSMT4" ShapeID="_x0000_i2145" DrawAspect="Content" ObjectID="_1699918881" r:id="rId2148"/>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6"/>
        </w:rPr>
        <w:object w:dxaOrig="620" w:dyaOrig="279" w14:anchorId="7016428C">
          <v:shape id="_x0000_i2146" type="#_x0000_t75" style="width:31.2pt;height:13.8pt" o:ole="">
            <v:imagedata r:id="rId2149" o:title=""/>
          </v:shape>
          <o:OLEObject Type="Embed" ProgID="Equation.DSMT4" ShapeID="_x0000_i2146" DrawAspect="Content" ObjectID="_1699918882" r:id="rId2150"/>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6"/>
        </w:rPr>
        <w:object w:dxaOrig="620" w:dyaOrig="279" w14:anchorId="2103F344">
          <v:shape id="_x0000_i2147" type="#_x0000_t75" style="width:31.2pt;height:13.8pt" o:ole="">
            <v:imagedata r:id="rId2151" o:title=""/>
          </v:shape>
          <o:OLEObject Type="Embed" ProgID="Equation.DSMT4" ShapeID="_x0000_i2147" DrawAspect="Content" ObjectID="_1699918883" r:id="rId2152"/>
        </w:object>
      </w:r>
      <w:r w:rsidRPr="007E5E58">
        <w:rPr>
          <w:rFonts w:cs="Times New Roman"/>
        </w:rPr>
        <w:t>.</w:t>
      </w:r>
    </w:p>
    <w:p w14:paraId="02E56D00"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6:</w:t>
      </w:r>
      <w:r w:rsidRPr="007E5E58">
        <w:rPr>
          <w:rFonts w:cs="Times New Roman"/>
          <w:b/>
          <w:color w:val="0000FF"/>
        </w:rPr>
        <w:tab/>
      </w:r>
      <w:r w:rsidRPr="007E5E58">
        <w:rPr>
          <w:rFonts w:cs="Times New Roman"/>
        </w:rPr>
        <w:t xml:space="preserve">Có bao nhiêu cách chia 10 người thành 3 nhóm </w:t>
      </w:r>
      <w:r w:rsidRPr="007E5E58">
        <w:rPr>
          <w:position w:val="-10"/>
        </w:rPr>
        <w:object w:dxaOrig="840" w:dyaOrig="320" w14:anchorId="2F983BAA">
          <v:shape id="_x0000_i2148" type="#_x0000_t75" style="width:42pt;height:16.2pt" o:ole="">
            <v:imagedata r:id="rId2153" o:title=""/>
          </v:shape>
          <o:OLEObject Type="Embed" ProgID="Equation.DSMT4" ShapeID="_x0000_i2148" DrawAspect="Content" ObjectID="_1699918884" r:id="rId2154"/>
        </w:object>
      </w:r>
      <w:r w:rsidRPr="007E5E58">
        <w:rPr>
          <w:rFonts w:cs="Times New Roman"/>
        </w:rPr>
        <w:t xml:space="preserve"> lần lượt có 5 người, 3 người và 2 ngườí?</w:t>
      </w:r>
    </w:p>
    <w:p w14:paraId="36933C11"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12"/>
        </w:rPr>
        <w:object w:dxaOrig="1320" w:dyaOrig="380" w14:anchorId="7E35B8ED">
          <v:shape id="_x0000_i2149" type="#_x0000_t75" style="width:66pt;height:19.2pt" o:ole="">
            <v:imagedata r:id="rId2155" o:title=""/>
          </v:shape>
          <o:OLEObject Type="Embed" ProgID="Equation.DSMT4" ShapeID="_x0000_i2149" DrawAspect="Content" ObjectID="_1699918885" r:id="rId2156"/>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12"/>
        </w:rPr>
        <w:object w:dxaOrig="1120" w:dyaOrig="380" w14:anchorId="6E0469EF">
          <v:shape id="_x0000_i2150" type="#_x0000_t75" style="width:55.8pt;height:19.2pt" o:ole="">
            <v:imagedata r:id="rId2157" o:title=""/>
          </v:shape>
          <o:OLEObject Type="Embed" ProgID="Equation.DSMT4" ShapeID="_x0000_i2150" DrawAspect="Content" ObjectID="_1699918886" r:id="rId2158"/>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12"/>
        </w:rPr>
        <w:object w:dxaOrig="1160" w:dyaOrig="380" w14:anchorId="3A60F02F">
          <v:shape id="_x0000_i2151" type="#_x0000_t75" style="width:58.2pt;height:19.2pt" o:ole="">
            <v:imagedata r:id="rId2159" o:title=""/>
          </v:shape>
          <o:OLEObject Type="Embed" ProgID="Equation.DSMT4" ShapeID="_x0000_i2151" DrawAspect="Content" ObjectID="_1699918887" r:id="rId2160"/>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12"/>
        </w:rPr>
        <w:object w:dxaOrig="1300" w:dyaOrig="380" w14:anchorId="33EB0661">
          <v:shape id="_x0000_i2152" type="#_x0000_t75" style="width:64.8pt;height:19.2pt" o:ole="">
            <v:imagedata r:id="rId2161" o:title=""/>
          </v:shape>
          <o:OLEObject Type="Embed" ProgID="Equation.DSMT4" ShapeID="_x0000_i2152" DrawAspect="Content" ObjectID="_1699918888" r:id="rId2162"/>
        </w:object>
      </w:r>
      <w:r w:rsidRPr="007E5E58">
        <w:rPr>
          <w:rFonts w:cs="Times New Roman"/>
        </w:rPr>
        <w:t>.</w:t>
      </w:r>
    </w:p>
    <w:p w14:paraId="49743251"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7:</w:t>
      </w:r>
      <w:r w:rsidRPr="007E5E58">
        <w:rPr>
          <w:rFonts w:cs="Times New Roman"/>
          <w:b/>
          <w:color w:val="0000FF"/>
        </w:rPr>
        <w:tab/>
      </w:r>
      <w:r w:rsidRPr="007E5E58">
        <w:rPr>
          <w:rFonts w:cs="Times New Roman"/>
        </w:rPr>
        <w:t xml:space="preserve">Rút ngẫu nhiên cùng lúc ba con bài từ cỗ bài tú lơ khơ 52 con thì </w:t>
      </w:r>
      <w:r w:rsidRPr="007E5E58">
        <w:rPr>
          <w:position w:val="-10"/>
        </w:rPr>
        <w:object w:dxaOrig="560" w:dyaOrig="320" w14:anchorId="5A607FC5">
          <v:shape id="_x0000_i2153" type="#_x0000_t75" style="width:28.2pt;height:16.2pt" o:ole="">
            <v:imagedata r:id="rId2163" o:title=""/>
          </v:shape>
          <o:OLEObject Type="Embed" ProgID="Equation.DSMT4" ShapeID="_x0000_i2153" DrawAspect="Content" ObjectID="_1699918889" r:id="rId2164"/>
        </w:object>
      </w:r>
      <w:r w:rsidRPr="007E5E58">
        <w:rPr>
          <w:rFonts w:cs="Times New Roman"/>
        </w:rPr>
        <w:t xml:space="preserve"> bằng bao nhiêu?</w:t>
      </w:r>
    </w:p>
    <w:p w14:paraId="09BB2B9D"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140608.</w:t>
      </w:r>
      <w:r w:rsidRPr="007E5E58">
        <w:rPr>
          <w:rFonts w:cs="Times New Roman"/>
        </w:rPr>
        <w:tab/>
      </w:r>
      <w:r w:rsidRPr="007E5E58">
        <w:rPr>
          <w:rFonts w:cs="Times New Roman"/>
          <w:b/>
          <w:color w:val="0000FF"/>
        </w:rPr>
        <w:t xml:space="preserve">B. </w:t>
      </w:r>
      <w:r w:rsidRPr="007E5E58">
        <w:rPr>
          <w:rFonts w:cs="Times New Roman"/>
        </w:rPr>
        <w:t>156.</w:t>
      </w:r>
      <w:r w:rsidRPr="007E5E58">
        <w:rPr>
          <w:rFonts w:cs="Times New Roman"/>
        </w:rPr>
        <w:tab/>
      </w:r>
      <w:r w:rsidRPr="007E5E58">
        <w:rPr>
          <w:rFonts w:cs="Times New Roman"/>
          <w:b/>
          <w:color w:val="0000FF"/>
        </w:rPr>
        <w:t xml:space="preserve">C. </w:t>
      </w:r>
      <w:r w:rsidRPr="007E5E58">
        <w:rPr>
          <w:rFonts w:cs="Times New Roman"/>
        </w:rPr>
        <w:t>132600.</w:t>
      </w:r>
      <w:r w:rsidRPr="007E5E58">
        <w:rPr>
          <w:rFonts w:cs="Times New Roman"/>
        </w:rPr>
        <w:tab/>
      </w:r>
      <w:r w:rsidRPr="007E5E58">
        <w:rPr>
          <w:rFonts w:cs="Times New Roman"/>
          <w:b/>
          <w:color w:val="0000FF"/>
        </w:rPr>
        <w:t xml:space="preserve">D. </w:t>
      </w:r>
      <w:r w:rsidRPr="007E5E58">
        <w:rPr>
          <w:rFonts w:cs="Times New Roman"/>
        </w:rPr>
        <w:t>22100.</w:t>
      </w:r>
    </w:p>
    <w:p w14:paraId="6C84E5DF"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8:</w:t>
      </w:r>
      <w:r w:rsidRPr="007E5E58">
        <w:rPr>
          <w:rFonts w:cs="Times New Roman"/>
          <w:b/>
          <w:color w:val="0000FF"/>
        </w:rPr>
        <w:tab/>
      </w:r>
      <w:r w:rsidRPr="007E5E58">
        <w:rPr>
          <w:rFonts w:cs="Times New Roman"/>
        </w:rPr>
        <w:t xml:space="preserve">Cho </w:t>
      </w:r>
      <w:r w:rsidRPr="007E5E58">
        <w:rPr>
          <w:position w:val="-4"/>
        </w:rPr>
        <w:object w:dxaOrig="240" w:dyaOrig="260" w14:anchorId="43127BD0">
          <v:shape id="_x0000_i2154" type="#_x0000_t75" style="width:12pt;height:13.2pt" o:ole="">
            <v:imagedata r:id="rId2165" o:title=""/>
          </v:shape>
          <o:OLEObject Type="Embed" ProgID="Equation.DSMT4" ShapeID="_x0000_i2154" DrawAspect="Content" ObjectID="_1699918890" r:id="rId2166"/>
        </w:object>
      </w:r>
      <w:r w:rsidRPr="007E5E58">
        <w:rPr>
          <w:rFonts w:cs="Times New Roman"/>
        </w:rPr>
        <w:t xml:space="preserve"> là biến cố chắc chắn. Xác suất của </w:t>
      </w:r>
      <w:r w:rsidRPr="007E5E58">
        <w:rPr>
          <w:position w:val="-4"/>
        </w:rPr>
        <w:object w:dxaOrig="240" w:dyaOrig="260" w14:anchorId="3724ACD6">
          <v:shape id="_x0000_i2155" type="#_x0000_t75" style="width:12pt;height:13.2pt" o:ole="">
            <v:imagedata r:id="rId2167" o:title=""/>
          </v:shape>
          <o:OLEObject Type="Embed" ProgID="Equation.DSMT4" ShapeID="_x0000_i2155" DrawAspect="Content" ObjectID="_1699918891" r:id="rId2168"/>
        </w:object>
      </w:r>
      <w:r w:rsidRPr="007E5E58">
        <w:rPr>
          <w:rFonts w:cs="Times New Roman"/>
        </w:rPr>
        <w:t xml:space="preserve"> bằng</w:t>
      </w:r>
    </w:p>
    <w:p w14:paraId="417392EC"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1.</w:t>
      </w:r>
      <w:r w:rsidRPr="007E5E58">
        <w:rPr>
          <w:rFonts w:cs="Times New Roman"/>
        </w:rPr>
        <w:tab/>
      </w:r>
      <w:r w:rsidRPr="007E5E58">
        <w:rPr>
          <w:rFonts w:cs="Times New Roman"/>
          <w:b/>
          <w:color w:val="0000FF"/>
        </w:rPr>
        <w:t xml:space="preserve">B. </w:t>
      </w:r>
      <w:r w:rsidRPr="007E5E58">
        <w:rPr>
          <w:rFonts w:cs="Times New Roman"/>
        </w:rPr>
        <w:t>0.</w:t>
      </w:r>
      <w:r w:rsidRPr="007E5E58">
        <w:rPr>
          <w:rFonts w:cs="Times New Roman"/>
        </w:rPr>
        <w:tab/>
      </w:r>
      <w:r w:rsidRPr="007E5E58">
        <w:rPr>
          <w:rFonts w:cs="Times New Roman"/>
          <w:b/>
          <w:color w:val="0000FF"/>
        </w:rPr>
        <w:t xml:space="preserve">C. </w:t>
      </w:r>
      <w:r w:rsidRPr="007E5E58">
        <w:rPr>
          <w:rFonts w:cs="Times New Roman"/>
          <w:position w:val="-24"/>
        </w:rPr>
        <w:object w:dxaOrig="240" w:dyaOrig="620" w14:anchorId="15075228">
          <v:shape id="_x0000_i2156" type="#_x0000_t75" style="width:12pt;height:31.2pt" o:ole="">
            <v:imagedata r:id="rId2169" o:title=""/>
          </v:shape>
          <o:OLEObject Type="Embed" ProgID="Equation.DSMT4" ShapeID="_x0000_i2156" DrawAspect="Content" ObjectID="_1699918892" r:id="rId2170"/>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24"/>
        </w:rPr>
        <w:object w:dxaOrig="240" w:dyaOrig="620" w14:anchorId="54E775C9">
          <v:shape id="_x0000_i2157" type="#_x0000_t75" style="width:12pt;height:31.2pt" o:ole="">
            <v:imagedata r:id="rId2171" o:title=""/>
          </v:shape>
          <o:OLEObject Type="Embed" ProgID="Equation.DSMT4" ShapeID="_x0000_i2157" DrawAspect="Content" ObjectID="_1699918893" r:id="rId2172"/>
        </w:object>
      </w:r>
      <w:r w:rsidRPr="007E5E58">
        <w:rPr>
          <w:rFonts w:cs="Times New Roman"/>
        </w:rPr>
        <w:t>.</w:t>
      </w:r>
    </w:p>
    <w:p w14:paraId="09D84BC4"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9:</w:t>
      </w:r>
      <w:r w:rsidRPr="007E5E58">
        <w:rPr>
          <w:rFonts w:cs="Times New Roman"/>
          <w:b/>
          <w:color w:val="0000FF"/>
        </w:rPr>
        <w:tab/>
      </w:r>
      <w:r w:rsidRPr="007E5E58">
        <w:rPr>
          <w:rFonts w:cs="Times New Roman"/>
        </w:rPr>
        <w:t xml:space="preserve">Cho dãy số </w:t>
      </w:r>
      <w:r w:rsidRPr="007E5E58">
        <w:rPr>
          <w:position w:val="-14"/>
        </w:rPr>
        <w:object w:dxaOrig="480" w:dyaOrig="400" w14:anchorId="4E9E9522">
          <v:shape id="_x0000_i2158" type="#_x0000_t75" style="width:24pt;height:19.8pt" o:ole="">
            <v:imagedata r:id="rId2173" o:title=""/>
          </v:shape>
          <o:OLEObject Type="Embed" ProgID="Equation.DSMT4" ShapeID="_x0000_i2158" DrawAspect="Content" ObjectID="_1699918894" r:id="rId2174"/>
        </w:object>
      </w:r>
      <w:r w:rsidRPr="007E5E58">
        <w:rPr>
          <w:rFonts w:cs="Times New Roman"/>
        </w:rPr>
        <w:t xml:space="preserve"> xác định bởi </w:t>
      </w:r>
      <w:r w:rsidRPr="007E5E58">
        <w:rPr>
          <w:position w:val="-12"/>
        </w:rPr>
        <w:object w:dxaOrig="1100" w:dyaOrig="360" w14:anchorId="34CC0F85">
          <v:shape id="_x0000_i2159" type="#_x0000_t75" style="width:55.2pt;height:18pt" o:ole="">
            <v:imagedata r:id="rId2175" o:title=""/>
          </v:shape>
          <o:OLEObject Type="Embed" ProgID="Equation.DSMT4" ShapeID="_x0000_i2159" DrawAspect="Content" ObjectID="_1699918895" r:id="rId2176"/>
        </w:object>
      </w:r>
      <w:r w:rsidRPr="007E5E58">
        <w:rPr>
          <w:rFonts w:cs="Times New Roman"/>
        </w:rPr>
        <w:t xml:space="preserve"> với </w:t>
      </w:r>
      <w:r w:rsidRPr="007E5E58">
        <w:rPr>
          <w:position w:val="-6"/>
        </w:rPr>
        <w:object w:dxaOrig="499" w:dyaOrig="279" w14:anchorId="137C36D0">
          <v:shape id="_x0000_i2160" type="#_x0000_t75" style="width:25.2pt;height:13.8pt" o:ole="">
            <v:imagedata r:id="rId2177" o:title=""/>
          </v:shape>
          <o:OLEObject Type="Embed" ProgID="Equation.DSMT4" ShapeID="_x0000_i2160" DrawAspect="Content" ObjectID="_1699918896" r:id="rId2178"/>
        </w:object>
      </w:r>
      <w:r w:rsidRPr="007E5E58">
        <w:rPr>
          <w:rFonts w:cs="Times New Roman"/>
        </w:rPr>
        <w:t>. Số hạng thứ 2 trong dãy số là</w:t>
      </w:r>
    </w:p>
    <w:p w14:paraId="49DF647C"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4.</w:t>
      </w:r>
      <w:r w:rsidRPr="007E5E58">
        <w:rPr>
          <w:rFonts w:cs="Times New Roman"/>
        </w:rPr>
        <w:tab/>
      </w:r>
      <w:r w:rsidRPr="007E5E58">
        <w:rPr>
          <w:rFonts w:cs="Times New Roman"/>
          <w:b/>
          <w:color w:val="0000FF"/>
        </w:rPr>
        <w:t xml:space="preserve">B. </w:t>
      </w:r>
      <w:r w:rsidRPr="007E5E58">
        <w:rPr>
          <w:rFonts w:cs="Times New Roman"/>
        </w:rPr>
        <w:t>3,.</w:t>
      </w:r>
      <w:r w:rsidRPr="007E5E58">
        <w:rPr>
          <w:rFonts w:cs="Times New Roman"/>
        </w:rPr>
        <w:tab/>
      </w:r>
      <w:r w:rsidRPr="007E5E58">
        <w:rPr>
          <w:rFonts w:cs="Times New Roman"/>
          <w:b/>
          <w:color w:val="0000FF"/>
        </w:rPr>
        <w:t xml:space="preserve">C. </w:t>
      </w:r>
      <w:r w:rsidRPr="007E5E58">
        <w:rPr>
          <w:rFonts w:cs="Times New Roman"/>
        </w:rPr>
        <w:t>2.</w:t>
      </w:r>
      <w:r w:rsidRPr="007E5E58">
        <w:rPr>
          <w:rFonts w:cs="Times New Roman"/>
        </w:rPr>
        <w:tab/>
      </w:r>
      <w:r w:rsidRPr="007E5E58">
        <w:rPr>
          <w:rFonts w:cs="Times New Roman"/>
          <w:b/>
          <w:color w:val="0000FF"/>
        </w:rPr>
        <w:t xml:space="preserve">D. </w:t>
      </w:r>
      <w:r w:rsidRPr="007E5E58">
        <w:rPr>
          <w:rFonts w:cs="Times New Roman"/>
        </w:rPr>
        <w:t>1.</w:t>
      </w:r>
    </w:p>
    <w:p w14:paraId="1A1ED16D"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10:</w:t>
      </w:r>
      <w:r w:rsidRPr="007E5E58">
        <w:rPr>
          <w:rFonts w:cs="Times New Roman"/>
          <w:b/>
          <w:color w:val="0000FF"/>
        </w:rPr>
        <w:tab/>
      </w:r>
      <w:r w:rsidRPr="007E5E58">
        <w:rPr>
          <w:rFonts w:cs="Times New Roman"/>
        </w:rPr>
        <w:t xml:space="preserve">Cho dãy số </w:t>
      </w:r>
      <w:r w:rsidRPr="007E5E58">
        <w:rPr>
          <w:position w:val="-14"/>
        </w:rPr>
        <w:object w:dxaOrig="480" w:dyaOrig="400" w14:anchorId="1F4F86B5">
          <v:shape id="_x0000_i2161" type="#_x0000_t75" style="width:24pt;height:19.8pt" o:ole="">
            <v:imagedata r:id="rId2179" o:title=""/>
          </v:shape>
          <o:OLEObject Type="Embed" ProgID="Equation.DSMT4" ShapeID="_x0000_i2161" DrawAspect="Content" ObjectID="_1699918897" r:id="rId2180"/>
        </w:object>
      </w:r>
      <w:r w:rsidRPr="007E5E58">
        <w:rPr>
          <w:rFonts w:cs="Times New Roman"/>
        </w:rPr>
        <w:t xml:space="preserve">, biết </w:t>
      </w:r>
      <w:r w:rsidRPr="007E5E58">
        <w:rPr>
          <w:position w:val="-12"/>
        </w:rPr>
        <w:object w:dxaOrig="2620" w:dyaOrig="360" w14:anchorId="48EF899F">
          <v:shape id="_x0000_i2162" type="#_x0000_t75" style="width:130.8pt;height:18pt" o:ole="">
            <v:imagedata r:id="rId2181" o:title=""/>
          </v:shape>
          <o:OLEObject Type="Embed" ProgID="Equation.DSMT4" ShapeID="_x0000_i2162" DrawAspect="Content" ObjectID="_1699918898" r:id="rId2182"/>
        </w:object>
      </w:r>
      <w:r w:rsidRPr="007E5E58">
        <w:rPr>
          <w:rFonts w:cs="Times New Roman"/>
        </w:rPr>
        <w:t xml:space="preserve">. Số hạng </w:t>
      </w:r>
      <w:r w:rsidRPr="007E5E58">
        <w:rPr>
          <w:position w:val="-12"/>
        </w:rPr>
        <w:object w:dxaOrig="260" w:dyaOrig="360" w14:anchorId="287F779F">
          <v:shape id="_x0000_i2163" type="#_x0000_t75" style="width:13.2pt;height:18pt" o:ole="">
            <v:imagedata r:id="rId2183" o:title=""/>
          </v:shape>
          <o:OLEObject Type="Embed" ProgID="Equation.DSMT4" ShapeID="_x0000_i2163" DrawAspect="Content" ObjectID="_1699918899" r:id="rId2184"/>
        </w:object>
      </w:r>
      <w:r w:rsidRPr="007E5E58">
        <w:rPr>
          <w:rFonts w:cs="Times New Roman"/>
        </w:rPr>
        <w:t xml:space="preserve"> bằng?</w:t>
      </w:r>
    </w:p>
    <w:p w14:paraId="2B54F70D"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5.</w:t>
      </w:r>
      <w:r w:rsidRPr="007E5E58">
        <w:rPr>
          <w:rFonts w:cs="Times New Roman"/>
        </w:rPr>
        <w:tab/>
      </w:r>
      <w:r w:rsidRPr="007E5E58">
        <w:rPr>
          <w:rFonts w:cs="Times New Roman"/>
          <w:b/>
          <w:color w:val="0000FF"/>
        </w:rPr>
        <w:t xml:space="preserve">B. </w:t>
      </w:r>
      <w:r w:rsidRPr="007E5E58">
        <w:rPr>
          <w:rFonts w:cs="Times New Roman"/>
        </w:rPr>
        <w:t>4.</w:t>
      </w:r>
      <w:r w:rsidRPr="007E5E58">
        <w:rPr>
          <w:rFonts w:cs="Times New Roman"/>
        </w:rPr>
        <w:tab/>
      </w:r>
      <w:r w:rsidRPr="007E5E58">
        <w:rPr>
          <w:rFonts w:cs="Times New Roman"/>
          <w:b/>
          <w:color w:val="0000FF"/>
        </w:rPr>
        <w:t xml:space="preserve">C. </w:t>
      </w:r>
      <w:r w:rsidRPr="007E5E58">
        <w:rPr>
          <w:rFonts w:cs="Times New Roman"/>
        </w:rPr>
        <w:t>2.</w:t>
      </w:r>
      <w:r w:rsidRPr="007E5E58">
        <w:rPr>
          <w:rFonts w:cs="Times New Roman"/>
        </w:rPr>
        <w:tab/>
      </w:r>
      <w:r w:rsidRPr="007E5E58">
        <w:rPr>
          <w:rFonts w:cs="Times New Roman"/>
          <w:b/>
          <w:color w:val="0000FF"/>
        </w:rPr>
        <w:t xml:space="preserve">D. </w:t>
      </w:r>
      <w:r w:rsidRPr="007E5E58">
        <w:rPr>
          <w:rFonts w:cs="Times New Roman"/>
        </w:rPr>
        <w:t>1.</w:t>
      </w:r>
    </w:p>
    <w:p w14:paraId="759666E4"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11:</w:t>
      </w:r>
      <w:r w:rsidRPr="007E5E58">
        <w:rPr>
          <w:rFonts w:cs="Times New Roman"/>
          <w:b/>
          <w:color w:val="0000FF"/>
        </w:rPr>
        <w:tab/>
      </w:r>
      <w:r w:rsidRPr="007E5E58">
        <w:rPr>
          <w:rFonts w:cs="Times New Roman"/>
        </w:rPr>
        <w:t xml:space="preserve">Cho cấp số cộng </w:t>
      </w:r>
      <w:r w:rsidRPr="007E5E58">
        <w:rPr>
          <w:position w:val="-14"/>
        </w:rPr>
        <w:object w:dxaOrig="480" w:dyaOrig="400" w14:anchorId="3D1CE6F4">
          <v:shape id="_x0000_i2164" type="#_x0000_t75" style="width:24pt;height:19.8pt" o:ole="">
            <v:imagedata r:id="rId2185" o:title=""/>
          </v:shape>
          <o:OLEObject Type="Embed" ProgID="Equation.DSMT4" ShapeID="_x0000_i2164" DrawAspect="Content" ObjectID="_1699918900" r:id="rId2186"/>
        </w:object>
      </w:r>
      <w:r w:rsidRPr="007E5E58">
        <w:rPr>
          <w:rFonts w:cs="Times New Roman"/>
        </w:rPr>
        <w:t xml:space="preserve"> có </w:t>
      </w:r>
      <w:r w:rsidRPr="007E5E58">
        <w:rPr>
          <w:position w:val="-12"/>
        </w:rPr>
        <w:object w:dxaOrig="1520" w:dyaOrig="360" w14:anchorId="18D4F077">
          <v:shape id="_x0000_i2165" type="#_x0000_t75" style="width:76.2pt;height:18pt" o:ole="">
            <v:imagedata r:id="rId2187" o:title=""/>
          </v:shape>
          <o:OLEObject Type="Embed" ProgID="Equation.DSMT4" ShapeID="_x0000_i2165" DrawAspect="Content" ObjectID="_1699918901" r:id="rId2188"/>
        </w:object>
      </w:r>
      <w:r w:rsidRPr="007E5E58">
        <w:rPr>
          <w:rFonts w:cs="Times New Roman"/>
        </w:rPr>
        <w:t xml:space="preserve">. Công sai </w:t>
      </w:r>
      <w:r w:rsidRPr="007E5E58">
        <w:rPr>
          <w:position w:val="-6"/>
        </w:rPr>
        <w:object w:dxaOrig="220" w:dyaOrig="279" w14:anchorId="3C19C632">
          <v:shape id="_x0000_i2166" type="#_x0000_t75" style="width:10.8pt;height:13.8pt" o:ole="">
            <v:imagedata r:id="rId2189" o:title=""/>
          </v:shape>
          <o:OLEObject Type="Embed" ProgID="Equation.DSMT4" ShapeID="_x0000_i2166" DrawAspect="Content" ObjectID="_1699918902" r:id="rId2190"/>
        </w:object>
      </w:r>
      <w:r w:rsidRPr="007E5E58">
        <w:rPr>
          <w:rFonts w:cs="Times New Roman"/>
        </w:rPr>
        <w:t xml:space="preserve"> là</w:t>
      </w:r>
    </w:p>
    <w:p w14:paraId="25F6295F"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6"/>
        </w:rPr>
        <w:object w:dxaOrig="580" w:dyaOrig="279" w14:anchorId="43D53226">
          <v:shape id="_x0000_i2167" type="#_x0000_t75" style="width:28.8pt;height:13.8pt" o:ole="">
            <v:imagedata r:id="rId2191" o:title=""/>
          </v:shape>
          <o:OLEObject Type="Embed" ProgID="Equation.DSMT4" ShapeID="_x0000_i2167" DrawAspect="Content" ObjectID="_1699918903" r:id="rId2192"/>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6"/>
        </w:rPr>
        <w:object w:dxaOrig="560" w:dyaOrig="279" w14:anchorId="64F1A84E">
          <v:shape id="_x0000_i2168" type="#_x0000_t75" style="width:28.2pt;height:13.8pt" o:ole="">
            <v:imagedata r:id="rId2193" o:title=""/>
          </v:shape>
          <o:OLEObject Type="Embed" ProgID="Equation.DSMT4" ShapeID="_x0000_i2168" DrawAspect="Content" ObjectID="_1699918904" r:id="rId2194"/>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6"/>
        </w:rPr>
        <w:object w:dxaOrig="560" w:dyaOrig="279" w14:anchorId="25D2A3A3">
          <v:shape id="_x0000_i2169" type="#_x0000_t75" style="width:28.2pt;height:13.8pt" o:ole="">
            <v:imagedata r:id="rId2195" o:title=""/>
          </v:shape>
          <o:OLEObject Type="Embed" ProgID="Equation.DSMT4" ShapeID="_x0000_i2169" DrawAspect="Content" ObjectID="_1699918905" r:id="rId2196"/>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6"/>
        </w:rPr>
        <w:object w:dxaOrig="580" w:dyaOrig="279" w14:anchorId="1CDC5BE4">
          <v:shape id="_x0000_i2170" type="#_x0000_t75" style="width:28.8pt;height:13.8pt" o:ole="">
            <v:imagedata r:id="rId2197" o:title=""/>
          </v:shape>
          <o:OLEObject Type="Embed" ProgID="Equation.DSMT4" ShapeID="_x0000_i2170" DrawAspect="Content" ObjectID="_1699918906" r:id="rId2198"/>
        </w:object>
      </w:r>
      <w:r w:rsidRPr="007E5E58">
        <w:rPr>
          <w:rFonts w:cs="Times New Roman"/>
        </w:rPr>
        <w:t>.</w:t>
      </w:r>
    </w:p>
    <w:p w14:paraId="6F9DF4C1"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12:</w:t>
      </w:r>
      <w:r w:rsidRPr="007E5E58">
        <w:rPr>
          <w:rFonts w:cs="Times New Roman"/>
          <w:b/>
          <w:color w:val="0000FF"/>
        </w:rPr>
        <w:tab/>
      </w:r>
      <w:r w:rsidRPr="007E5E58">
        <w:rPr>
          <w:rFonts w:cs="Times New Roman"/>
        </w:rPr>
        <w:t xml:space="preserve">Cho </w:t>
      </w:r>
      <w:r w:rsidRPr="007E5E58">
        <w:rPr>
          <w:position w:val="-6"/>
        </w:rPr>
        <w:object w:dxaOrig="560" w:dyaOrig="279" w14:anchorId="4CBDEBBB">
          <v:shape id="_x0000_i2171" type="#_x0000_t75" style="width:28.2pt;height:13.8pt" o:ole="">
            <v:imagedata r:id="rId2199" o:title=""/>
          </v:shape>
          <o:OLEObject Type="Embed" ProgID="Equation.DSMT4" ShapeID="_x0000_i2171" DrawAspect="Content" ObjectID="_1699918907" r:id="rId2200"/>
        </w:object>
      </w:r>
      <w:r w:rsidRPr="007E5E58">
        <w:rPr>
          <w:rFonts w:cs="Times New Roman"/>
        </w:rPr>
        <w:t xml:space="preserve"> thỏa mãn </w:t>
      </w:r>
      <w:r w:rsidRPr="007E5E58">
        <w:rPr>
          <w:position w:val="-10"/>
        </w:rPr>
        <w:object w:dxaOrig="1320" w:dyaOrig="360" w14:anchorId="2D093DBA">
          <v:shape id="_x0000_i2172" type="#_x0000_t75" style="width:66pt;height:18pt" o:ole="">
            <v:imagedata r:id="rId2201" o:title=""/>
          </v:shape>
          <o:OLEObject Type="Embed" ProgID="Equation.DSMT4" ShapeID="_x0000_i2172" DrawAspect="Content" ObjectID="_1699918908" r:id="rId2202"/>
        </w:object>
      </w:r>
      <w:r w:rsidRPr="007E5E58">
        <w:rPr>
          <w:rFonts w:cs="Times New Roman"/>
        </w:rPr>
        <w:t xml:space="preserve"> là ba số hạng liên tiếp của một cấp số cộng. Mệnh đề </w:t>
      </w:r>
      <w:r w:rsidRPr="007E5E58">
        <w:rPr>
          <w:position w:val="-4"/>
        </w:rPr>
        <w:object w:dxaOrig="200" w:dyaOrig="200" w14:anchorId="5691C569">
          <v:shape id="_x0000_i2173" type="#_x0000_t75" style="width:10.2pt;height:10.2pt" o:ole="">
            <v:imagedata r:id="rId2203" o:title=""/>
          </v:shape>
          <o:OLEObject Type="Embed" ProgID="Equation.DSMT4" ShapeID="_x0000_i2173" DrawAspect="Content" ObjectID="_1699918909" r:id="rId2204"/>
        </w:object>
      </w:r>
      <w:r w:rsidRPr="007E5E58">
        <w:rPr>
          <w:rFonts w:cs="Times New Roman"/>
        </w:rPr>
        <w:t xml:space="preserve"> dưới đây đúng?</w:t>
      </w:r>
    </w:p>
    <w:p w14:paraId="19C388C0"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10"/>
        </w:rPr>
        <w:object w:dxaOrig="1020" w:dyaOrig="320" w14:anchorId="314F39DE">
          <v:shape id="_x0000_i2174" type="#_x0000_t75" style="width:51pt;height:16.2pt" o:ole="">
            <v:imagedata r:id="rId2205" o:title=""/>
          </v:shape>
          <o:OLEObject Type="Embed" ProgID="Equation.DSMT4" ShapeID="_x0000_i2174" DrawAspect="Content" ObjectID="_1699918910" r:id="rId2206"/>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10"/>
        </w:rPr>
        <w:object w:dxaOrig="1140" w:dyaOrig="320" w14:anchorId="476BC2A1">
          <v:shape id="_x0000_i2175" type="#_x0000_t75" style="width:57pt;height:16.2pt" o:ole="">
            <v:imagedata r:id="rId2207" o:title=""/>
          </v:shape>
          <o:OLEObject Type="Embed" ProgID="Equation.DSMT4" ShapeID="_x0000_i2175" DrawAspect="Content" ObjectID="_1699918911" r:id="rId2208"/>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10"/>
        </w:rPr>
        <w:object w:dxaOrig="1160" w:dyaOrig="320" w14:anchorId="0C16712F">
          <v:shape id="_x0000_i2176" type="#_x0000_t75" style="width:58.2pt;height:16.2pt" o:ole="">
            <v:imagedata r:id="rId2209" o:title=""/>
          </v:shape>
          <o:OLEObject Type="Embed" ProgID="Equation.DSMT4" ShapeID="_x0000_i2176" DrawAspect="Content" ObjectID="_1699918912" r:id="rId2210"/>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10"/>
        </w:rPr>
        <w:object w:dxaOrig="1160" w:dyaOrig="320" w14:anchorId="5400D19E">
          <v:shape id="_x0000_i2177" type="#_x0000_t75" style="width:58.2pt;height:16.2pt" o:ole="">
            <v:imagedata r:id="rId2211" o:title=""/>
          </v:shape>
          <o:OLEObject Type="Embed" ProgID="Equation.DSMT4" ShapeID="_x0000_i2177" DrawAspect="Content" ObjectID="_1699918913" r:id="rId2212"/>
        </w:object>
      </w:r>
      <w:r w:rsidRPr="007E5E58">
        <w:rPr>
          <w:rFonts w:cs="Times New Roman"/>
        </w:rPr>
        <w:t>.</w:t>
      </w:r>
    </w:p>
    <w:p w14:paraId="7D61F24E"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13:</w:t>
      </w:r>
      <w:r w:rsidRPr="007E5E58">
        <w:rPr>
          <w:rFonts w:cs="Times New Roman"/>
          <w:b/>
          <w:color w:val="0000FF"/>
        </w:rPr>
        <w:tab/>
      </w:r>
      <w:r w:rsidRPr="007E5E58">
        <w:rPr>
          <w:rFonts w:cs="Times New Roman"/>
        </w:rPr>
        <w:t xml:space="preserve">Cho cấp số nhân </w:t>
      </w:r>
      <w:r w:rsidRPr="007E5E58">
        <w:rPr>
          <w:position w:val="-14"/>
        </w:rPr>
        <w:object w:dxaOrig="480" w:dyaOrig="400" w14:anchorId="3E76876B">
          <v:shape id="_x0000_i2178" type="#_x0000_t75" style="width:24pt;height:19.8pt" o:ole="">
            <v:imagedata r:id="rId2213" o:title=""/>
          </v:shape>
          <o:OLEObject Type="Embed" ProgID="Equation.DSMT4" ShapeID="_x0000_i2178" DrawAspect="Content" ObjectID="_1699918914" r:id="rId2214"/>
        </w:object>
      </w:r>
      <w:r w:rsidRPr="007E5E58">
        <w:rPr>
          <w:rFonts w:cs="Times New Roman"/>
        </w:rPr>
        <w:t xml:space="preserve"> với </w:t>
      </w:r>
      <w:r w:rsidRPr="007E5E58">
        <w:rPr>
          <w:position w:val="-24"/>
        </w:rPr>
        <w:object w:dxaOrig="1760" w:dyaOrig="620" w14:anchorId="6435F8B9">
          <v:shape id="_x0000_i2179" type="#_x0000_t75" style="width:88.2pt;height:31.2pt" o:ole="">
            <v:imagedata r:id="rId2215" o:title=""/>
          </v:shape>
          <o:OLEObject Type="Embed" ProgID="Equation.DSMT4" ShapeID="_x0000_i2179" DrawAspect="Content" ObjectID="_1699918915" r:id="rId2216"/>
        </w:object>
      </w:r>
      <w:r w:rsidRPr="007E5E58">
        <w:rPr>
          <w:rFonts w:cs="Times New Roman"/>
        </w:rPr>
        <w:t xml:space="preserve">. Tìm </w:t>
      </w:r>
      <w:r w:rsidRPr="007E5E58">
        <w:rPr>
          <w:position w:val="-10"/>
        </w:rPr>
        <w:object w:dxaOrig="200" w:dyaOrig="260" w14:anchorId="0593BDC8">
          <v:shape id="_x0000_i2180" type="#_x0000_t75" style="width:10.2pt;height:13.2pt" o:ole="">
            <v:imagedata r:id="rId2217" o:title=""/>
          </v:shape>
          <o:OLEObject Type="Embed" ProgID="Equation.DSMT4" ShapeID="_x0000_i2180" DrawAspect="Content" ObjectID="_1699918916" r:id="rId2218"/>
        </w:object>
      </w:r>
      <w:r w:rsidRPr="007E5E58">
        <w:rPr>
          <w:rFonts w:cs="Times New Roman"/>
        </w:rPr>
        <w:t>?</w:t>
      </w:r>
    </w:p>
    <w:p w14:paraId="3199A242"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24"/>
        </w:rPr>
        <w:object w:dxaOrig="780" w:dyaOrig="620" w14:anchorId="0FE45CB4">
          <v:shape id="_x0000_i2181" type="#_x0000_t75" style="width:39pt;height:31.2pt" o:ole="">
            <v:imagedata r:id="rId2219" o:title=""/>
          </v:shape>
          <o:OLEObject Type="Embed" ProgID="Equation.DSMT4" ShapeID="_x0000_i2181" DrawAspect="Content" ObjectID="_1699918917" r:id="rId2220"/>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10"/>
        </w:rPr>
        <w:object w:dxaOrig="700" w:dyaOrig="320" w14:anchorId="46C51DF6">
          <v:shape id="_x0000_i2182" type="#_x0000_t75" style="width:34.8pt;height:16.2pt" o:ole="">
            <v:imagedata r:id="rId2221" o:title=""/>
          </v:shape>
          <o:OLEObject Type="Embed" ProgID="Equation.DSMT4" ShapeID="_x0000_i2182" DrawAspect="Content" ObjectID="_1699918918" r:id="rId2222"/>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10"/>
        </w:rPr>
        <w:object w:dxaOrig="700" w:dyaOrig="320" w14:anchorId="131B4587">
          <v:shape id="_x0000_i2183" type="#_x0000_t75" style="width:34.8pt;height:16.2pt" o:ole="">
            <v:imagedata r:id="rId2223" o:title=""/>
          </v:shape>
          <o:OLEObject Type="Embed" ProgID="Equation.DSMT4" ShapeID="_x0000_i2183" DrawAspect="Content" ObjectID="_1699918919" r:id="rId2224"/>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10"/>
        </w:rPr>
        <w:object w:dxaOrig="680" w:dyaOrig="320" w14:anchorId="184719BF">
          <v:shape id="_x0000_i2184" type="#_x0000_t75" style="width:34.2pt;height:16.2pt" o:ole="">
            <v:imagedata r:id="rId2225" o:title=""/>
          </v:shape>
          <o:OLEObject Type="Embed" ProgID="Equation.DSMT4" ShapeID="_x0000_i2184" DrawAspect="Content" ObjectID="_1699918920" r:id="rId2226"/>
        </w:object>
      </w:r>
      <w:r w:rsidRPr="007E5E58">
        <w:rPr>
          <w:rFonts w:cs="Times New Roman"/>
        </w:rPr>
        <w:t>.</w:t>
      </w:r>
    </w:p>
    <w:p w14:paraId="6DF284A2"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lastRenderedPageBreak/>
        <w:t>Câu 14:</w:t>
      </w:r>
      <w:r w:rsidRPr="007E5E58">
        <w:rPr>
          <w:rFonts w:cs="Times New Roman"/>
          <w:b/>
          <w:color w:val="0000FF"/>
        </w:rPr>
        <w:tab/>
      </w:r>
      <w:r w:rsidRPr="007E5E58">
        <w:rPr>
          <w:rFonts w:cs="Times New Roman"/>
        </w:rPr>
        <w:t xml:space="preserve">Cho cấp số nhân có các số hạng lần lượt là </w:t>
      </w:r>
      <w:r w:rsidRPr="007E5E58">
        <w:rPr>
          <w:position w:val="-10"/>
        </w:rPr>
        <w:object w:dxaOrig="999" w:dyaOrig="320" w14:anchorId="7AB375B9">
          <v:shape id="_x0000_i2185" type="#_x0000_t75" style="width:49.8pt;height:16.2pt" o:ole="">
            <v:imagedata r:id="rId2227" o:title=""/>
          </v:shape>
          <o:OLEObject Type="Embed" ProgID="Equation.DSMT4" ShapeID="_x0000_i2185" DrawAspect="Content" ObjectID="_1699918921" r:id="rId2228"/>
        </w:object>
      </w:r>
      <w:r w:rsidRPr="007E5E58">
        <w:rPr>
          <w:rFonts w:cs="Times New Roman"/>
        </w:rPr>
        <w:t>;</w:t>
      </w:r>
      <w:r w:rsidRPr="007E5E58">
        <w:rPr>
          <w:rFonts w:cs="Times New Roman"/>
          <w:b/>
        </w:rPr>
        <w:t>.</w:t>
      </w:r>
      <w:r w:rsidRPr="007E5E58">
        <w:rPr>
          <w:rFonts w:cs="Times New Roman"/>
        </w:rPr>
        <w:t xml:space="preserve"> Tìm số hạng tổng quát </w:t>
      </w:r>
      <w:r w:rsidRPr="007E5E58">
        <w:rPr>
          <w:position w:val="-12"/>
        </w:rPr>
        <w:object w:dxaOrig="260" w:dyaOrig="360" w14:anchorId="51B82308">
          <v:shape id="_x0000_i2186" type="#_x0000_t75" style="width:13.2pt;height:18pt" o:ole="">
            <v:imagedata r:id="rId2229" o:title=""/>
          </v:shape>
          <o:OLEObject Type="Embed" ProgID="Equation.DSMT4" ShapeID="_x0000_i2186" DrawAspect="Content" ObjectID="_1699918922" r:id="rId2230"/>
        </w:object>
      </w:r>
      <w:r w:rsidRPr="007E5E58">
        <w:rPr>
          <w:rFonts w:cs="Times New Roman"/>
        </w:rPr>
        <w:t xml:space="preserve"> của cấp nhân đã cho.</w:t>
      </w:r>
    </w:p>
    <w:p w14:paraId="0BD71FB5"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12"/>
        </w:rPr>
        <w:object w:dxaOrig="859" w:dyaOrig="380" w14:anchorId="2024C83E">
          <v:shape id="_x0000_i2187" type="#_x0000_t75" style="width:43.2pt;height:19.2pt" o:ole="">
            <v:imagedata r:id="rId2231" o:title=""/>
          </v:shape>
          <o:OLEObject Type="Embed" ProgID="Equation.DSMT4" ShapeID="_x0000_i2187" DrawAspect="Content" ObjectID="_1699918923" r:id="rId2232"/>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12"/>
        </w:rPr>
        <w:object w:dxaOrig="720" w:dyaOrig="380" w14:anchorId="3E22C04D">
          <v:shape id="_x0000_i2188" type="#_x0000_t75" style="width:36pt;height:19.2pt" o:ole="">
            <v:imagedata r:id="rId2233" o:title=""/>
          </v:shape>
          <o:OLEObject Type="Embed" ProgID="Equation.DSMT4" ShapeID="_x0000_i2188" DrawAspect="Content" ObjectID="_1699918924" r:id="rId2234"/>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12"/>
        </w:rPr>
        <w:object w:dxaOrig="859" w:dyaOrig="380" w14:anchorId="56381247">
          <v:shape id="_x0000_i2189" type="#_x0000_t75" style="width:43.2pt;height:19.2pt" o:ole="">
            <v:imagedata r:id="rId2235" o:title=""/>
          </v:shape>
          <o:OLEObject Type="Embed" ProgID="Equation.DSMT4" ShapeID="_x0000_i2189" DrawAspect="Content" ObjectID="_1699918925" r:id="rId2236"/>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12"/>
        </w:rPr>
        <w:object w:dxaOrig="1040" w:dyaOrig="380" w14:anchorId="4022127F">
          <v:shape id="_x0000_i2190" type="#_x0000_t75" style="width:52.2pt;height:19.2pt" o:ole="">
            <v:imagedata r:id="rId2237" o:title=""/>
          </v:shape>
          <o:OLEObject Type="Embed" ProgID="Equation.DSMT4" ShapeID="_x0000_i2190" DrawAspect="Content" ObjectID="_1699918926" r:id="rId2238"/>
        </w:object>
      </w:r>
      <w:r w:rsidRPr="007E5E58">
        <w:rPr>
          <w:rFonts w:cs="Times New Roman"/>
        </w:rPr>
        <w:t>.</w:t>
      </w:r>
    </w:p>
    <w:p w14:paraId="56E8291C"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15:</w:t>
      </w:r>
      <w:r w:rsidRPr="007E5E58">
        <w:rPr>
          <w:rFonts w:cs="Times New Roman"/>
          <w:b/>
          <w:color w:val="0000FF"/>
        </w:rPr>
        <w:tab/>
      </w:r>
      <w:r w:rsidRPr="007E5E58">
        <w:rPr>
          <w:rFonts w:cs="Times New Roman"/>
        </w:rPr>
        <w:t xml:space="preserve">Trong mặt phẳng, với các điểm </w:t>
      </w:r>
      <w:r w:rsidRPr="007E5E58">
        <w:rPr>
          <w:position w:val="-10"/>
        </w:rPr>
        <w:object w:dxaOrig="480" w:dyaOrig="320" w14:anchorId="762C70C5">
          <v:shape id="_x0000_i2191" type="#_x0000_t75" style="width:24pt;height:16.2pt" o:ole="">
            <v:imagedata r:id="rId2239" o:title=""/>
          </v:shape>
          <o:OLEObject Type="Embed" ProgID="Equation.DSMT4" ShapeID="_x0000_i2191" DrawAspect="Content" ObjectID="_1699918927" r:id="rId2240"/>
        </w:object>
      </w:r>
      <w:r w:rsidRPr="007E5E58">
        <w:rPr>
          <w:rFonts w:cs="Times New Roman"/>
        </w:rPr>
        <w:t xml:space="preserve"> và vectơ </w:t>
      </w:r>
      <w:r w:rsidRPr="007E5E58">
        <w:rPr>
          <w:position w:val="-6"/>
        </w:rPr>
        <w:object w:dxaOrig="200" w:dyaOrig="279" w14:anchorId="21EF1F38">
          <v:shape id="_x0000_i2192" type="#_x0000_t75" style="width:10.2pt;height:13.8pt" o:ole="">
            <v:imagedata r:id="rId2241" o:title=""/>
          </v:shape>
          <o:OLEObject Type="Embed" ProgID="Equation.DSMT4" ShapeID="_x0000_i2192" DrawAspect="Content" ObjectID="_1699918928" r:id="rId2242"/>
        </w:object>
      </w:r>
      <w:r w:rsidRPr="007E5E58">
        <w:rPr>
          <w:rFonts w:cs="Times New Roman"/>
        </w:rPr>
        <w:t xml:space="preserve"> bất kì, gọi các điểm </w:t>
      </w:r>
      <w:r w:rsidRPr="007E5E58">
        <w:rPr>
          <w:position w:val="-10"/>
        </w:rPr>
        <w:object w:dxaOrig="580" w:dyaOrig="320" w14:anchorId="6D8D5F50">
          <v:shape id="_x0000_i2193" type="#_x0000_t75" style="width:28.8pt;height:16.2pt" o:ole="">
            <v:imagedata r:id="rId2243" o:title=""/>
          </v:shape>
          <o:OLEObject Type="Embed" ProgID="Equation.DSMT4" ShapeID="_x0000_i2193" DrawAspect="Content" ObjectID="_1699918929" r:id="rId2244"/>
        </w:object>
      </w:r>
      <w:r w:rsidRPr="007E5E58">
        <w:rPr>
          <w:rFonts w:cs="Times New Roman"/>
        </w:rPr>
        <w:t xml:space="preserve"> lần lượt là ảnh </w:t>
      </w:r>
      <w:r w:rsidRPr="007E5E58">
        <w:rPr>
          <w:position w:val="-6"/>
        </w:rPr>
        <w:object w:dxaOrig="240" w:dyaOrig="279" w14:anchorId="638E7433">
          <v:shape id="_x0000_i2194" type="#_x0000_t75" style="width:12pt;height:13.8pt" o:ole="">
            <v:imagedata r:id="rId2245" o:title=""/>
          </v:shape>
          <o:OLEObject Type="Embed" ProgID="Equation.DSMT4" ShapeID="_x0000_i2194" DrawAspect="Content" ObjectID="_1699918930" r:id="rId2246"/>
        </w:object>
      </w:r>
      <w:r w:rsidRPr="007E5E58">
        <w:rPr>
          <w:rFonts w:cs="Times New Roman"/>
        </w:rPr>
        <w:t xml:space="preserve"> </w:t>
      </w:r>
      <w:r w:rsidRPr="007E5E58">
        <w:rPr>
          <w:position w:val="-10"/>
        </w:rPr>
        <w:object w:dxaOrig="480" w:dyaOrig="320" w14:anchorId="6B0CB758">
          <v:shape id="_x0000_i2195" type="#_x0000_t75" style="width:24pt;height:16.2pt" o:ole="">
            <v:imagedata r:id="rId2247" o:title=""/>
          </v:shape>
          <o:OLEObject Type="Embed" ProgID="Equation.DSMT4" ShapeID="_x0000_i2195" DrawAspect="Content" ObjectID="_1699918931" r:id="rId2248"/>
        </w:object>
      </w:r>
      <w:r w:rsidRPr="007E5E58">
        <w:rPr>
          <w:rFonts w:cs="Times New Roman"/>
        </w:rPr>
        <w:t xml:space="preserve"> qua phép tịnh tiến vectơ </w:t>
      </w:r>
      <w:r w:rsidRPr="007E5E58">
        <w:rPr>
          <w:position w:val="-6"/>
        </w:rPr>
        <w:object w:dxaOrig="200" w:dyaOrig="279" w14:anchorId="61E29D9B">
          <v:shape id="_x0000_i2196" type="#_x0000_t75" style="width:10.2pt;height:13.8pt" o:ole="">
            <v:imagedata r:id="rId2249" o:title=""/>
          </v:shape>
          <o:OLEObject Type="Embed" ProgID="Equation.DSMT4" ShapeID="_x0000_i2196" DrawAspect="Content" ObjectID="_1699918932" r:id="rId2250"/>
        </w:object>
      </w:r>
      <w:r w:rsidRPr="007E5E58">
        <w:rPr>
          <w:rFonts w:cs="Times New Roman"/>
        </w:rPr>
        <w:t>. Mệnh đề nào dưới đây đúng?</w:t>
      </w:r>
    </w:p>
    <w:p w14:paraId="237E0684"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4"/>
        </w:rPr>
        <w:object w:dxaOrig="1060" w:dyaOrig="320" w14:anchorId="4DC54037">
          <v:shape id="_x0000_i2197" type="#_x0000_t75" style="width:52.8pt;height:16.2pt" o:ole="">
            <v:imagedata r:id="rId2251" o:title=""/>
          </v:shape>
          <o:OLEObject Type="Embed" ProgID="Equation.DSMT4" ShapeID="_x0000_i2197" DrawAspect="Content" ObjectID="_1699918933" r:id="rId2252"/>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6"/>
        </w:rPr>
        <w:object w:dxaOrig="760" w:dyaOrig="340" w14:anchorId="233D4FF4">
          <v:shape id="_x0000_i2198" type="#_x0000_t75" style="width:37.8pt;height:16.8pt" o:ole="">
            <v:imagedata r:id="rId2253" o:title=""/>
          </v:shape>
          <o:OLEObject Type="Embed" ProgID="Equation.DSMT4" ShapeID="_x0000_i2198" DrawAspect="Content" ObjectID="_1699918934" r:id="rId2254"/>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6"/>
        </w:rPr>
        <w:object w:dxaOrig="880" w:dyaOrig="340" w14:anchorId="0231128B">
          <v:shape id="_x0000_i2199" type="#_x0000_t75" style="width:43.8pt;height:16.8pt" o:ole="">
            <v:imagedata r:id="rId2255" o:title=""/>
          </v:shape>
          <o:OLEObject Type="Embed" ProgID="Equation.DSMT4" ShapeID="_x0000_i2199" DrawAspect="Content" ObjectID="_1699918935" r:id="rId2256"/>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4"/>
        </w:rPr>
        <w:object w:dxaOrig="1040" w:dyaOrig="320" w14:anchorId="2FA11C3D">
          <v:shape id="_x0000_i2200" type="#_x0000_t75" style="width:52.2pt;height:16.2pt" o:ole="">
            <v:imagedata r:id="rId2257" o:title=""/>
          </v:shape>
          <o:OLEObject Type="Embed" ProgID="Equation.DSMT4" ShapeID="_x0000_i2200" DrawAspect="Content" ObjectID="_1699918936" r:id="rId2258"/>
        </w:object>
      </w:r>
      <w:r w:rsidRPr="007E5E58">
        <w:rPr>
          <w:rFonts w:cs="Times New Roman"/>
        </w:rPr>
        <w:t>.</w:t>
      </w:r>
    </w:p>
    <w:p w14:paraId="34CCCCA5"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16:</w:t>
      </w:r>
      <w:r w:rsidRPr="007E5E58">
        <w:rPr>
          <w:rFonts w:cs="Times New Roman"/>
          <w:b/>
          <w:color w:val="0000FF"/>
        </w:rPr>
        <w:tab/>
      </w:r>
      <w:r w:rsidRPr="007E5E58">
        <w:rPr>
          <w:rFonts w:cs="Times New Roman"/>
        </w:rPr>
        <w:t xml:space="preserve">Cho </w:t>
      </w:r>
      <w:r w:rsidRPr="007E5E58">
        <w:rPr>
          <w:position w:val="-10"/>
        </w:rPr>
        <w:object w:dxaOrig="720" w:dyaOrig="320" w14:anchorId="52C51D6A">
          <v:shape id="_x0000_i2201" type="#_x0000_t75" style="width:36pt;height:16.2pt" o:ole="">
            <v:imagedata r:id="rId2259" o:title=""/>
          </v:shape>
          <o:OLEObject Type="Embed" ProgID="Equation.DSMT4" ShapeID="_x0000_i2201" DrawAspect="Content" ObjectID="_1699918937" r:id="rId2260"/>
        </w:object>
      </w:r>
      <w:r w:rsidRPr="007E5E58">
        <w:rPr>
          <w:rFonts w:cs="Times New Roman"/>
        </w:rPr>
        <w:t xml:space="preserve"> và đường thẳng </w:t>
      </w:r>
      <w:r w:rsidRPr="007E5E58">
        <w:rPr>
          <w:position w:val="-10"/>
        </w:rPr>
        <w:object w:dxaOrig="820" w:dyaOrig="320" w14:anchorId="6F064066">
          <v:shape id="_x0000_i2202" type="#_x0000_t75" style="width:40.8pt;height:16.2pt" o:ole="">
            <v:imagedata r:id="rId2261" o:title=""/>
          </v:shape>
          <o:OLEObject Type="Embed" ProgID="Equation.DSMT4" ShapeID="_x0000_i2202" DrawAspect="Content" ObjectID="_1699918938" r:id="rId2262"/>
        </w:object>
      </w:r>
      <w:r w:rsidRPr="007E5E58">
        <w:rPr>
          <w:rFonts w:cs="Times New Roman"/>
        </w:rPr>
        <w:t>. Mệnh đề nào sau đây đúng?</w:t>
      </w:r>
    </w:p>
    <w:p w14:paraId="2FD3B5DA"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 xml:space="preserve">Nếu </w:t>
      </w:r>
      <w:r w:rsidRPr="007E5E58">
        <w:rPr>
          <w:rFonts w:cs="Times New Roman"/>
          <w:position w:val="-6"/>
        </w:rPr>
        <w:object w:dxaOrig="620" w:dyaOrig="279" w14:anchorId="5DE1818A">
          <v:shape id="_x0000_i2203" type="#_x0000_t75" style="width:31.2pt;height:13.8pt" o:ole="">
            <v:imagedata r:id="rId2263" o:title=""/>
          </v:shape>
          <o:OLEObject Type="Embed" ProgID="Equation.DSMT4" ShapeID="_x0000_i2203" DrawAspect="Content" ObjectID="_1699918939" r:id="rId2264"/>
        </w:object>
      </w:r>
      <w:r w:rsidRPr="007E5E58">
        <w:rPr>
          <w:rFonts w:cs="Times New Roman"/>
        </w:rPr>
        <w:t xml:space="preserve"> thì </w:t>
      </w:r>
      <w:r w:rsidRPr="007E5E58">
        <w:rPr>
          <w:rFonts w:cs="Times New Roman"/>
          <w:position w:val="-10"/>
        </w:rPr>
        <w:object w:dxaOrig="800" w:dyaOrig="320" w14:anchorId="2F3367F8">
          <v:shape id="_x0000_i2204" type="#_x0000_t75" style="width:40.2pt;height:16.2pt" o:ole="">
            <v:imagedata r:id="rId2265" o:title=""/>
          </v:shape>
          <o:OLEObject Type="Embed" ProgID="Equation.DSMT4" ShapeID="_x0000_i2204" DrawAspect="Content" ObjectID="_1699918940" r:id="rId2266"/>
        </w:object>
      </w:r>
      <w:r w:rsidRPr="007E5E58">
        <w:rPr>
          <w:rFonts w:cs="Times New Roman"/>
        </w:rPr>
        <w:t>.</w:t>
      </w:r>
    </w:p>
    <w:p w14:paraId="67F432DA"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B. </w:t>
      </w:r>
      <w:r w:rsidRPr="007E5E58">
        <w:rPr>
          <w:rFonts w:cs="Times New Roman"/>
        </w:rPr>
        <w:t xml:space="preserve">Nếu </w:t>
      </w:r>
      <w:r w:rsidRPr="007E5E58">
        <w:rPr>
          <w:rFonts w:cs="Times New Roman"/>
          <w:position w:val="-10"/>
        </w:rPr>
        <w:object w:dxaOrig="800" w:dyaOrig="320" w14:anchorId="622870F4">
          <v:shape id="_x0000_i2205" type="#_x0000_t75" style="width:40.2pt;height:16.2pt" o:ole="">
            <v:imagedata r:id="rId2267" o:title=""/>
          </v:shape>
          <o:OLEObject Type="Embed" ProgID="Equation.DSMT4" ShapeID="_x0000_i2205" DrawAspect="Content" ObjectID="_1699918941" r:id="rId2268"/>
        </w:object>
      </w:r>
      <w:r w:rsidRPr="007E5E58">
        <w:rPr>
          <w:rFonts w:cs="Times New Roman"/>
        </w:rPr>
        <w:t xml:space="preserve"> thì </w:t>
      </w:r>
      <w:r w:rsidRPr="007E5E58">
        <w:rPr>
          <w:rFonts w:cs="Times New Roman"/>
          <w:position w:val="-6"/>
        </w:rPr>
        <w:object w:dxaOrig="620" w:dyaOrig="279" w14:anchorId="44823501">
          <v:shape id="_x0000_i2206" type="#_x0000_t75" style="width:31.2pt;height:13.8pt" o:ole="">
            <v:imagedata r:id="rId2269" o:title=""/>
          </v:shape>
          <o:OLEObject Type="Embed" ProgID="Equation.DSMT4" ShapeID="_x0000_i2206" DrawAspect="Content" ObjectID="_1699918942" r:id="rId2270"/>
        </w:object>
      </w:r>
      <w:r w:rsidRPr="007E5E58">
        <w:rPr>
          <w:rFonts w:cs="Times New Roman"/>
        </w:rPr>
        <w:t>.</w:t>
      </w:r>
    </w:p>
    <w:p w14:paraId="1E4FBA0D"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C. </w:t>
      </w:r>
      <w:r w:rsidRPr="007E5E58">
        <w:rPr>
          <w:rFonts w:cs="Times New Roman"/>
          <w:position w:val="-10"/>
        </w:rPr>
        <w:object w:dxaOrig="2060" w:dyaOrig="320" w14:anchorId="52384493">
          <v:shape id="_x0000_i2207" type="#_x0000_t75" style="width:103.2pt;height:16.2pt" o:ole="">
            <v:imagedata r:id="rId2271" o:title=""/>
          </v:shape>
          <o:OLEObject Type="Embed" ProgID="Equation.DSMT4" ShapeID="_x0000_i2207" DrawAspect="Content" ObjectID="_1699918943" r:id="rId2272"/>
        </w:object>
      </w:r>
      <w:r w:rsidRPr="007E5E58">
        <w:rPr>
          <w:rFonts w:cs="Times New Roman"/>
        </w:rPr>
        <w:t>.</w:t>
      </w:r>
    </w:p>
    <w:p w14:paraId="73A14AED"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D. </w:t>
      </w:r>
      <w:r w:rsidRPr="007E5E58">
        <w:rPr>
          <w:rFonts w:cs="Times New Roman"/>
        </w:rPr>
        <w:t xml:space="preserve">Nếu 3 điểm </w:t>
      </w:r>
      <w:r w:rsidRPr="007E5E58">
        <w:rPr>
          <w:rFonts w:cs="Times New Roman"/>
          <w:position w:val="-10"/>
        </w:rPr>
        <w:object w:dxaOrig="1300" w:dyaOrig="320" w14:anchorId="53AB93BE">
          <v:shape id="_x0000_i2208" type="#_x0000_t75" style="width:64.8pt;height:16.2pt" o:ole="">
            <v:imagedata r:id="rId2273" o:title=""/>
          </v:shape>
          <o:OLEObject Type="Embed" ProgID="Equation.DSMT4" ShapeID="_x0000_i2208" DrawAspect="Content" ObjectID="_1699918944" r:id="rId2274"/>
        </w:object>
      </w:r>
      <w:r w:rsidRPr="007E5E58">
        <w:rPr>
          <w:rFonts w:cs="Times New Roman"/>
        </w:rPr>
        <w:t xml:space="preserve"> và </w:t>
      </w:r>
      <w:r w:rsidRPr="007E5E58">
        <w:rPr>
          <w:rFonts w:cs="Times New Roman"/>
          <w:position w:val="-10"/>
        </w:rPr>
        <w:object w:dxaOrig="740" w:dyaOrig="320" w14:anchorId="784FBFC7">
          <v:shape id="_x0000_i2209" type="#_x0000_t75" style="width:37.2pt;height:16.2pt" o:ole="">
            <v:imagedata r:id="rId2275" o:title=""/>
          </v:shape>
          <o:OLEObject Type="Embed" ProgID="Equation.DSMT4" ShapeID="_x0000_i2209" DrawAspect="Content" ObjectID="_1699918945" r:id="rId2276"/>
        </w:object>
      </w:r>
      <w:r w:rsidRPr="007E5E58">
        <w:rPr>
          <w:rFonts w:cs="Times New Roman"/>
        </w:rPr>
        <w:t xml:space="preserve"> thẳng hàng thì </w:t>
      </w:r>
      <w:r w:rsidRPr="007E5E58">
        <w:rPr>
          <w:rFonts w:cs="Times New Roman"/>
          <w:position w:val="-10"/>
        </w:rPr>
        <w:object w:dxaOrig="1120" w:dyaOrig="320" w14:anchorId="267D3ABE">
          <v:shape id="_x0000_i2210" type="#_x0000_t75" style="width:55.8pt;height:16.2pt" o:ole="">
            <v:imagedata r:id="rId2277" o:title=""/>
          </v:shape>
          <o:OLEObject Type="Embed" ProgID="Equation.DSMT4" ShapeID="_x0000_i2210" DrawAspect="Content" ObjectID="_1699918946" r:id="rId2278"/>
        </w:object>
      </w:r>
      <w:r w:rsidRPr="007E5E58">
        <w:rPr>
          <w:rFonts w:cs="Times New Roman"/>
        </w:rPr>
        <w:t>.</w:t>
      </w:r>
    </w:p>
    <w:p w14:paraId="0DC46DDF"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17:</w:t>
      </w:r>
      <w:r w:rsidRPr="007E5E58">
        <w:rPr>
          <w:rFonts w:cs="Times New Roman"/>
          <w:b/>
          <w:color w:val="0000FF"/>
        </w:rPr>
        <w:tab/>
      </w:r>
      <w:r w:rsidRPr="007E5E58">
        <w:rPr>
          <w:rFonts w:cs="Times New Roman"/>
        </w:rPr>
        <w:t>Số mặt của hình lăng trụ tam giác là</w:t>
      </w:r>
    </w:p>
    <w:p w14:paraId="43B7BC95"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3.</w:t>
      </w:r>
      <w:r w:rsidRPr="007E5E58">
        <w:rPr>
          <w:rFonts w:cs="Times New Roman"/>
        </w:rPr>
        <w:tab/>
      </w:r>
      <w:r w:rsidRPr="007E5E58">
        <w:rPr>
          <w:rFonts w:cs="Times New Roman"/>
          <w:b/>
          <w:color w:val="0000FF"/>
        </w:rPr>
        <w:t xml:space="preserve">B. </w:t>
      </w:r>
      <w:r w:rsidRPr="007E5E58">
        <w:rPr>
          <w:rFonts w:cs="Times New Roman"/>
        </w:rPr>
        <w:t>4.</w:t>
      </w:r>
      <w:r w:rsidRPr="007E5E58">
        <w:rPr>
          <w:rFonts w:cs="Times New Roman"/>
        </w:rPr>
        <w:tab/>
      </w:r>
      <w:r w:rsidRPr="007E5E58">
        <w:rPr>
          <w:rFonts w:cs="Times New Roman"/>
          <w:b/>
          <w:color w:val="0000FF"/>
        </w:rPr>
        <w:t xml:space="preserve">C. </w:t>
      </w:r>
      <w:r w:rsidRPr="007E5E58">
        <w:rPr>
          <w:rFonts w:cs="Times New Roman"/>
        </w:rPr>
        <w:t>5.</w:t>
      </w:r>
      <w:r w:rsidRPr="007E5E58">
        <w:rPr>
          <w:rFonts w:cs="Times New Roman"/>
        </w:rPr>
        <w:tab/>
      </w:r>
      <w:r w:rsidRPr="007E5E58">
        <w:rPr>
          <w:rFonts w:cs="Times New Roman"/>
          <w:b/>
          <w:color w:val="0000FF"/>
        </w:rPr>
        <w:t xml:space="preserve">D. </w:t>
      </w:r>
      <w:r w:rsidRPr="007E5E58">
        <w:rPr>
          <w:rFonts w:cs="Times New Roman"/>
        </w:rPr>
        <w:t>6.</w:t>
      </w:r>
    </w:p>
    <w:p w14:paraId="7ACA7F49"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18:</w:t>
      </w:r>
      <w:r w:rsidRPr="007E5E58">
        <w:rPr>
          <w:rFonts w:cs="Times New Roman"/>
          <w:b/>
          <w:color w:val="0000FF"/>
        </w:rPr>
        <w:tab/>
      </w:r>
      <w:r w:rsidRPr="007E5E58">
        <w:rPr>
          <w:rFonts w:cs="Times New Roman"/>
        </w:rPr>
        <w:t>Trong các mệnh đề sau, mệnh đề nào đúng?</w:t>
      </w:r>
    </w:p>
    <w:p w14:paraId="45820795"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Hai đường thằng có một điểm chung thì chúng có vô số điểm chung khác.</w:t>
      </w:r>
    </w:p>
    <w:p w14:paraId="2869C6E8"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B. </w:t>
      </w:r>
      <w:r w:rsidRPr="007E5E58">
        <w:rPr>
          <w:rFonts w:cs="Times New Roman"/>
        </w:rPr>
        <w:t>Hai đường thẳng chéo nhau khi và chỉ khi chúng không đồng phẳng.</w:t>
      </w:r>
    </w:p>
    <w:p w14:paraId="7D007BB5"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C. </w:t>
      </w:r>
      <w:r w:rsidRPr="007E5E58">
        <w:rPr>
          <w:rFonts w:cs="Times New Roman"/>
        </w:rPr>
        <w:t>Hai đường thẳng song song khi và chỉ khi chúng không điểm chung.</w:t>
      </w:r>
    </w:p>
    <w:p w14:paraId="1696CF42"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D. </w:t>
      </w:r>
      <w:r w:rsidRPr="007E5E58">
        <w:rPr>
          <w:rFonts w:cs="Times New Roman"/>
        </w:rPr>
        <w:t>Hai đường thẳng song song khi và chỉ khi chúng không đồng phẳng.</w:t>
      </w:r>
    </w:p>
    <w:p w14:paraId="3299DE3C"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19:</w:t>
      </w:r>
      <w:r w:rsidRPr="007E5E58">
        <w:rPr>
          <w:rFonts w:cs="Times New Roman"/>
          <w:b/>
          <w:color w:val="0000FF"/>
        </w:rPr>
        <w:tab/>
      </w:r>
      <w:r w:rsidRPr="007E5E58">
        <w:rPr>
          <w:rFonts w:cs="Times New Roman"/>
        </w:rPr>
        <w:t xml:space="preserve">Cho đường thẳng </w:t>
      </w:r>
      <w:r w:rsidRPr="007E5E58">
        <w:rPr>
          <w:position w:val="-6"/>
        </w:rPr>
        <w:object w:dxaOrig="220" w:dyaOrig="279" w14:anchorId="2D4351D5">
          <v:shape id="_x0000_i2211" type="#_x0000_t75" style="width:10.8pt;height:13.8pt" o:ole="">
            <v:imagedata r:id="rId2279" o:title=""/>
          </v:shape>
          <o:OLEObject Type="Embed" ProgID="Equation.DSMT4" ShapeID="_x0000_i2211" DrawAspect="Content" ObjectID="_1699918947" r:id="rId2280"/>
        </w:object>
      </w:r>
      <w:r w:rsidRPr="007E5E58">
        <w:rPr>
          <w:rFonts w:cs="Times New Roman"/>
        </w:rPr>
        <w:t xml:space="preserve"> song song với mặt phẳng </w:t>
      </w:r>
      <w:r w:rsidRPr="007E5E58">
        <w:rPr>
          <w:position w:val="-10"/>
        </w:rPr>
        <w:object w:dxaOrig="400" w:dyaOrig="320" w14:anchorId="0AA724CF">
          <v:shape id="_x0000_i2212" type="#_x0000_t75" style="width:19.8pt;height:16.2pt" o:ole="">
            <v:imagedata r:id="rId2281" o:title=""/>
          </v:shape>
          <o:OLEObject Type="Embed" ProgID="Equation.DSMT4" ShapeID="_x0000_i2212" DrawAspect="Content" ObjectID="_1699918948" r:id="rId2282"/>
        </w:object>
      </w:r>
      <w:r w:rsidRPr="007E5E58">
        <w:rPr>
          <w:rFonts w:cs="Times New Roman"/>
        </w:rPr>
        <w:t>. Mệnh đề nào sau đây đúng?</w:t>
      </w:r>
    </w:p>
    <w:p w14:paraId="53EF73AB"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 xml:space="preserve">Đường thẳng </w:t>
      </w:r>
      <w:r w:rsidRPr="007E5E58">
        <w:rPr>
          <w:rFonts w:cs="Times New Roman"/>
          <w:position w:val="-6"/>
        </w:rPr>
        <w:object w:dxaOrig="220" w:dyaOrig="279" w14:anchorId="493BD72A">
          <v:shape id="_x0000_i2213" type="#_x0000_t75" style="width:10.8pt;height:13.8pt" o:ole="">
            <v:imagedata r:id="rId2283" o:title=""/>
          </v:shape>
          <o:OLEObject Type="Embed" ProgID="Equation.DSMT4" ShapeID="_x0000_i2213" DrawAspect="Content" ObjectID="_1699918949" r:id="rId2284"/>
        </w:object>
      </w:r>
      <w:r w:rsidRPr="007E5E58">
        <w:rPr>
          <w:rFonts w:cs="Times New Roman"/>
        </w:rPr>
        <w:t xml:space="preserve"> song song với một đường thẳng nào đó trong </w:t>
      </w:r>
      <w:r w:rsidRPr="007E5E58">
        <w:rPr>
          <w:rFonts w:cs="Times New Roman"/>
          <w:position w:val="-10"/>
        </w:rPr>
        <w:object w:dxaOrig="400" w:dyaOrig="320" w14:anchorId="17BA486B">
          <v:shape id="_x0000_i2214" type="#_x0000_t75" style="width:19.8pt;height:16.2pt" o:ole="">
            <v:imagedata r:id="rId2285" o:title=""/>
          </v:shape>
          <o:OLEObject Type="Embed" ProgID="Equation.DSMT4" ShapeID="_x0000_i2214" DrawAspect="Content" ObjectID="_1699918950" r:id="rId2286"/>
        </w:object>
      </w:r>
      <w:r w:rsidRPr="007E5E58">
        <w:rPr>
          <w:rFonts w:cs="Times New Roman"/>
        </w:rPr>
        <w:t>.</w:t>
      </w:r>
    </w:p>
    <w:p w14:paraId="24355917"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B. </w:t>
      </w:r>
      <w:r w:rsidRPr="007E5E58">
        <w:rPr>
          <w:rFonts w:cs="Times New Roman"/>
        </w:rPr>
        <w:t xml:space="preserve">Đường thẳng </w:t>
      </w:r>
      <w:r w:rsidRPr="007E5E58">
        <w:rPr>
          <w:rFonts w:cs="Times New Roman"/>
          <w:position w:val="-6"/>
        </w:rPr>
        <w:object w:dxaOrig="220" w:dyaOrig="279" w14:anchorId="6078E266">
          <v:shape id="_x0000_i2215" type="#_x0000_t75" style="width:10.8pt;height:13.8pt" o:ole="">
            <v:imagedata r:id="rId2287" o:title=""/>
          </v:shape>
          <o:OLEObject Type="Embed" ProgID="Equation.DSMT4" ShapeID="_x0000_i2215" DrawAspect="Content" ObjectID="_1699918951" r:id="rId2288"/>
        </w:object>
      </w:r>
      <w:r w:rsidRPr="007E5E58">
        <w:rPr>
          <w:rFonts w:cs="Times New Roman"/>
        </w:rPr>
        <w:t xml:space="preserve"> song song với mọi đường thẳng trong </w:t>
      </w:r>
      <w:r w:rsidRPr="007E5E58">
        <w:rPr>
          <w:rFonts w:cs="Times New Roman"/>
          <w:position w:val="-10"/>
        </w:rPr>
        <w:object w:dxaOrig="400" w:dyaOrig="320" w14:anchorId="18923F5E">
          <v:shape id="_x0000_i2216" type="#_x0000_t75" style="width:19.8pt;height:16.2pt" o:ole="">
            <v:imagedata r:id="rId2289" o:title=""/>
          </v:shape>
          <o:OLEObject Type="Embed" ProgID="Equation.DSMT4" ShapeID="_x0000_i2216" DrawAspect="Content" ObjectID="_1699918952" r:id="rId2290"/>
        </w:object>
      </w:r>
      <w:r w:rsidRPr="007E5E58">
        <w:rPr>
          <w:rFonts w:cs="Times New Roman"/>
        </w:rPr>
        <w:t>.</w:t>
      </w:r>
    </w:p>
    <w:p w14:paraId="2DA78566"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C. </w:t>
      </w:r>
      <w:r w:rsidRPr="007E5E58">
        <w:rPr>
          <w:rFonts w:cs="Times New Roman"/>
        </w:rPr>
        <w:t xml:space="preserve">Đường thẳng </w:t>
      </w:r>
      <w:r w:rsidRPr="007E5E58">
        <w:rPr>
          <w:rFonts w:cs="Times New Roman"/>
          <w:position w:val="-6"/>
        </w:rPr>
        <w:object w:dxaOrig="220" w:dyaOrig="279" w14:anchorId="3D95CA99">
          <v:shape id="_x0000_i2217" type="#_x0000_t75" style="width:10.8pt;height:13.8pt" o:ole="">
            <v:imagedata r:id="rId2291" o:title=""/>
          </v:shape>
          <o:OLEObject Type="Embed" ProgID="Equation.DSMT4" ShapeID="_x0000_i2217" DrawAspect="Content" ObjectID="_1699918953" r:id="rId2292"/>
        </w:object>
      </w:r>
      <w:r w:rsidRPr="007E5E58">
        <w:rPr>
          <w:rFonts w:cs="Times New Roman"/>
        </w:rPr>
        <w:t xml:space="preserve"> song song với hai đường thẳng cắt nhau trong </w:t>
      </w:r>
      <w:r w:rsidRPr="007E5E58">
        <w:rPr>
          <w:rFonts w:cs="Times New Roman"/>
          <w:position w:val="-10"/>
        </w:rPr>
        <w:object w:dxaOrig="400" w:dyaOrig="320" w14:anchorId="368A1411">
          <v:shape id="_x0000_i2218" type="#_x0000_t75" style="width:19.8pt;height:16.2pt" o:ole="">
            <v:imagedata r:id="rId2293" o:title=""/>
          </v:shape>
          <o:OLEObject Type="Embed" ProgID="Equation.DSMT4" ShapeID="_x0000_i2218" DrawAspect="Content" ObjectID="_1699918954" r:id="rId2294"/>
        </w:object>
      </w:r>
      <w:r w:rsidRPr="007E5E58">
        <w:rPr>
          <w:rFonts w:cs="Times New Roman"/>
        </w:rPr>
        <w:t>.</w:t>
      </w:r>
    </w:p>
    <w:p w14:paraId="0EB55CD2"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D. </w:t>
      </w:r>
      <w:r w:rsidRPr="007E5E58">
        <w:rPr>
          <w:rFonts w:cs="Times New Roman"/>
        </w:rPr>
        <w:t xml:space="preserve">Đường thẳng </w:t>
      </w:r>
      <w:r w:rsidRPr="007E5E58">
        <w:rPr>
          <w:rFonts w:cs="Times New Roman"/>
          <w:position w:val="-6"/>
        </w:rPr>
        <w:object w:dxaOrig="220" w:dyaOrig="279" w14:anchorId="6A30AAC3">
          <v:shape id="_x0000_i2219" type="#_x0000_t75" style="width:10.8pt;height:13.8pt" o:ole="">
            <v:imagedata r:id="rId2295" o:title=""/>
          </v:shape>
          <o:OLEObject Type="Embed" ProgID="Equation.DSMT4" ShapeID="_x0000_i2219" DrawAspect="Content" ObjectID="_1699918955" r:id="rId2296"/>
        </w:object>
      </w:r>
      <w:r w:rsidRPr="007E5E58">
        <w:rPr>
          <w:rFonts w:cs="Times New Roman"/>
        </w:rPr>
        <w:t xml:space="preserve"> song song với nhiều nhất một đường thẳng trong </w:t>
      </w:r>
      <w:r w:rsidRPr="007E5E58">
        <w:rPr>
          <w:rFonts w:cs="Times New Roman"/>
          <w:position w:val="-10"/>
        </w:rPr>
        <w:object w:dxaOrig="400" w:dyaOrig="320" w14:anchorId="6813EBD4">
          <v:shape id="_x0000_i2220" type="#_x0000_t75" style="width:19.8pt;height:16.2pt" o:ole="">
            <v:imagedata r:id="rId2297" o:title=""/>
          </v:shape>
          <o:OLEObject Type="Embed" ProgID="Equation.DSMT4" ShapeID="_x0000_i2220" DrawAspect="Content" ObjectID="_1699918956" r:id="rId2298"/>
        </w:object>
      </w:r>
      <w:r w:rsidRPr="007E5E58">
        <w:rPr>
          <w:rFonts w:cs="Times New Roman"/>
        </w:rPr>
        <w:t>.</w:t>
      </w:r>
    </w:p>
    <w:p w14:paraId="5EB691B2"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20:</w:t>
      </w:r>
      <w:r w:rsidRPr="007E5E58">
        <w:rPr>
          <w:rFonts w:cs="Times New Roman"/>
          <w:b/>
          <w:color w:val="0000FF"/>
        </w:rPr>
        <w:tab/>
      </w:r>
      <w:r w:rsidRPr="007E5E58">
        <w:rPr>
          <w:rFonts w:cs="Times New Roman"/>
        </w:rPr>
        <w:t xml:space="preserve">Giá trị lớn nhất của hàm số </w:t>
      </w:r>
      <w:r w:rsidRPr="007E5E58">
        <w:rPr>
          <w:position w:val="-10"/>
        </w:rPr>
        <w:object w:dxaOrig="1380" w:dyaOrig="320" w14:anchorId="5F4B20EB">
          <v:shape id="_x0000_i2221" type="#_x0000_t75" style="width:69pt;height:16.2pt" o:ole="">
            <v:imagedata r:id="rId2299" o:title=""/>
          </v:shape>
          <o:OLEObject Type="Embed" ProgID="Equation.DSMT4" ShapeID="_x0000_i2221" DrawAspect="Content" ObjectID="_1699918957" r:id="rId2300"/>
        </w:object>
      </w:r>
      <w:r w:rsidRPr="007E5E58">
        <w:rPr>
          <w:rFonts w:cs="Times New Roman"/>
        </w:rPr>
        <w:t xml:space="preserve"> là</w:t>
      </w:r>
    </w:p>
    <w:p w14:paraId="1D00365A"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4"/>
        </w:rPr>
        <w:object w:dxaOrig="320" w:dyaOrig="260" w14:anchorId="603ACFB4">
          <v:shape id="_x0000_i2222" type="#_x0000_t75" style="width:16.2pt;height:13.2pt" o:ole="">
            <v:imagedata r:id="rId2301" o:title=""/>
          </v:shape>
          <o:OLEObject Type="Embed" ProgID="Equation.DSMT4" ShapeID="_x0000_i2222" DrawAspect="Content" ObjectID="_1699918958" r:id="rId2302"/>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rPr>
        <w:t>3.</w:t>
      </w:r>
      <w:r w:rsidRPr="007E5E58">
        <w:rPr>
          <w:rFonts w:cs="Times New Roman"/>
        </w:rPr>
        <w:tab/>
      </w:r>
      <w:r w:rsidRPr="007E5E58">
        <w:rPr>
          <w:rFonts w:cs="Times New Roman"/>
          <w:b/>
          <w:color w:val="0000FF"/>
        </w:rPr>
        <w:t xml:space="preserve">C. </w:t>
      </w:r>
      <w:r w:rsidRPr="007E5E58">
        <w:rPr>
          <w:rFonts w:cs="Times New Roman"/>
          <w:position w:val="-6"/>
        </w:rPr>
        <w:object w:dxaOrig="320" w:dyaOrig="279" w14:anchorId="4B3F21A7">
          <v:shape id="_x0000_i2223" type="#_x0000_t75" style="width:16.2pt;height:13.8pt" o:ole="">
            <v:imagedata r:id="rId2303" o:title=""/>
          </v:shape>
          <o:OLEObject Type="Embed" ProgID="Equation.DSMT4" ShapeID="_x0000_i2223" DrawAspect="Content" ObjectID="_1699918959" r:id="rId2304"/>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6"/>
        </w:rPr>
        <w:object w:dxaOrig="320" w:dyaOrig="279" w14:anchorId="4FFAE7C6">
          <v:shape id="_x0000_i2224" type="#_x0000_t75" style="width:16.2pt;height:13.8pt" o:ole="">
            <v:imagedata r:id="rId2305" o:title=""/>
          </v:shape>
          <o:OLEObject Type="Embed" ProgID="Equation.DSMT4" ShapeID="_x0000_i2224" DrawAspect="Content" ObjectID="_1699918960" r:id="rId2306"/>
        </w:object>
      </w:r>
      <w:r w:rsidRPr="007E5E58">
        <w:rPr>
          <w:rFonts w:cs="Times New Roman"/>
        </w:rPr>
        <w:t>.</w:t>
      </w:r>
    </w:p>
    <w:p w14:paraId="2C31E89F"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21:</w:t>
      </w:r>
      <w:r w:rsidRPr="007E5E58">
        <w:rPr>
          <w:rFonts w:cs="Times New Roman"/>
          <w:b/>
          <w:color w:val="0000FF"/>
        </w:rPr>
        <w:tab/>
      </w:r>
      <w:r w:rsidRPr="007E5E58">
        <w:rPr>
          <w:rFonts w:cs="Times New Roman"/>
        </w:rPr>
        <w:t xml:space="preserve">Có bao nhiêu số tự nhiên </w:t>
      </w:r>
      <w:r w:rsidRPr="007E5E58">
        <w:rPr>
          <w:position w:val="-6"/>
        </w:rPr>
        <w:object w:dxaOrig="200" w:dyaOrig="220" w14:anchorId="679A642E">
          <v:shape id="_x0000_i2225" type="#_x0000_t75" style="width:10.2pt;height:10.8pt" o:ole="">
            <v:imagedata r:id="rId2307" o:title=""/>
          </v:shape>
          <o:OLEObject Type="Embed" ProgID="Equation.DSMT4" ShapeID="_x0000_i2225" DrawAspect="Content" ObjectID="_1699918961" r:id="rId2308"/>
        </w:object>
      </w:r>
      <w:r w:rsidRPr="007E5E58">
        <w:rPr>
          <w:rFonts w:cs="Times New Roman"/>
        </w:rPr>
        <w:t xml:space="preserve"> thỏa mãn </w:t>
      </w:r>
      <w:r w:rsidRPr="007E5E58">
        <w:rPr>
          <w:position w:val="-12"/>
        </w:rPr>
        <w:object w:dxaOrig="2000" w:dyaOrig="380" w14:anchorId="29021CF7">
          <v:shape id="_x0000_i2226" type="#_x0000_t75" style="width:100.2pt;height:19.2pt" o:ole="">
            <v:imagedata r:id="rId2309" o:title=""/>
          </v:shape>
          <o:OLEObject Type="Embed" ProgID="Equation.DSMT4" ShapeID="_x0000_i2226" DrawAspect="Content" ObjectID="_1699918962" r:id="rId2310"/>
        </w:object>
      </w:r>
      <w:r w:rsidRPr="007E5E58">
        <w:rPr>
          <w:rFonts w:cs="Times New Roman"/>
        </w:rPr>
        <w:t>?</w:t>
      </w:r>
    </w:p>
    <w:p w14:paraId="11B5F202"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0.</w:t>
      </w:r>
      <w:r w:rsidRPr="007E5E58">
        <w:rPr>
          <w:rFonts w:cs="Times New Roman"/>
        </w:rPr>
        <w:tab/>
      </w:r>
      <w:r w:rsidRPr="007E5E58">
        <w:rPr>
          <w:rFonts w:cs="Times New Roman"/>
          <w:b/>
          <w:color w:val="0000FF"/>
        </w:rPr>
        <w:t xml:space="preserve">B. </w:t>
      </w:r>
      <w:r w:rsidRPr="007E5E58">
        <w:rPr>
          <w:rFonts w:cs="Times New Roman"/>
        </w:rPr>
        <w:t>1.</w:t>
      </w:r>
      <w:r w:rsidRPr="007E5E58">
        <w:rPr>
          <w:rFonts w:cs="Times New Roman"/>
        </w:rPr>
        <w:tab/>
      </w:r>
      <w:r w:rsidRPr="007E5E58">
        <w:rPr>
          <w:rFonts w:cs="Times New Roman"/>
          <w:b/>
          <w:color w:val="0000FF"/>
        </w:rPr>
        <w:t xml:space="preserve">C. </w:t>
      </w:r>
      <w:r w:rsidRPr="007E5E58">
        <w:rPr>
          <w:rFonts w:cs="Times New Roman"/>
        </w:rPr>
        <w:t>2,.</w:t>
      </w:r>
      <w:r w:rsidRPr="007E5E58">
        <w:rPr>
          <w:rFonts w:cs="Times New Roman"/>
        </w:rPr>
        <w:tab/>
      </w:r>
      <w:r w:rsidRPr="007E5E58">
        <w:rPr>
          <w:rFonts w:cs="Times New Roman"/>
          <w:b/>
          <w:color w:val="0000FF"/>
        </w:rPr>
        <w:t xml:space="preserve">D. </w:t>
      </w:r>
      <w:r w:rsidRPr="007E5E58">
        <w:rPr>
          <w:rFonts w:cs="Times New Roman"/>
        </w:rPr>
        <w:t>3.</w:t>
      </w:r>
    </w:p>
    <w:p w14:paraId="0C11ECD4"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22:</w:t>
      </w:r>
      <w:r w:rsidRPr="007E5E58">
        <w:rPr>
          <w:rFonts w:cs="Times New Roman"/>
          <w:b/>
          <w:color w:val="0000FF"/>
        </w:rPr>
        <w:tab/>
      </w:r>
      <w:r w:rsidRPr="007E5E58">
        <w:rPr>
          <w:rFonts w:cs="Times New Roman"/>
        </w:rPr>
        <w:t xml:space="preserve">Trong khai triển </w:t>
      </w:r>
      <w:r w:rsidRPr="007E5E58">
        <w:rPr>
          <w:position w:val="-10"/>
        </w:rPr>
        <w:object w:dxaOrig="1020" w:dyaOrig="360" w14:anchorId="511E0AEB">
          <v:shape id="_x0000_i2227" type="#_x0000_t75" style="width:51pt;height:18pt" o:ole="">
            <v:imagedata r:id="rId2311" o:title=""/>
          </v:shape>
          <o:OLEObject Type="Embed" ProgID="Equation.DSMT4" ShapeID="_x0000_i2227" DrawAspect="Content" ObjectID="_1699918963" r:id="rId2312"/>
        </w:object>
      </w:r>
      <w:r w:rsidRPr="007E5E58">
        <w:rPr>
          <w:rFonts w:cs="Times New Roman"/>
        </w:rPr>
        <w:t xml:space="preserve">, hệ số của số hạng chứa </w:t>
      </w:r>
      <w:r w:rsidRPr="007E5E58">
        <w:rPr>
          <w:position w:val="-10"/>
        </w:rPr>
        <w:object w:dxaOrig="620" w:dyaOrig="360" w14:anchorId="0895B563">
          <v:shape id="_x0000_i2228" type="#_x0000_t75" style="width:31.2pt;height:18pt" o:ole="">
            <v:imagedata r:id="rId2313" o:title=""/>
          </v:shape>
          <o:OLEObject Type="Embed" ProgID="Equation.DSMT4" ShapeID="_x0000_i2228" DrawAspect="Content" ObjectID="_1699918964" r:id="rId2314"/>
        </w:object>
      </w:r>
      <w:r w:rsidRPr="007E5E58">
        <w:rPr>
          <w:rFonts w:cs="Times New Roman"/>
        </w:rPr>
        <w:t xml:space="preserve"> là</w:t>
      </w:r>
    </w:p>
    <w:p w14:paraId="26B73A0A"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6"/>
        </w:rPr>
        <w:object w:dxaOrig="920" w:dyaOrig="279" w14:anchorId="725C4C89">
          <v:shape id="_x0000_i2229" type="#_x0000_t75" style="width:46.2pt;height:13.8pt" o:ole="">
            <v:imagedata r:id="rId2315" o:title=""/>
          </v:shape>
          <o:OLEObject Type="Embed" ProgID="Equation.DSMT4" ShapeID="_x0000_i2229" DrawAspect="Content" ObjectID="_1699918965" r:id="rId2316"/>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6"/>
        </w:rPr>
        <w:object w:dxaOrig="800" w:dyaOrig="279" w14:anchorId="59F11F1A">
          <v:shape id="_x0000_i2230" type="#_x0000_t75" style="width:40.2pt;height:13.8pt" o:ole="">
            <v:imagedata r:id="rId2317" o:title=""/>
          </v:shape>
          <o:OLEObject Type="Embed" ProgID="Equation.DSMT4" ShapeID="_x0000_i2230" DrawAspect="Content" ObjectID="_1699918966" r:id="rId2318"/>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6"/>
        </w:rPr>
        <w:object w:dxaOrig="680" w:dyaOrig="279" w14:anchorId="124301B0">
          <v:shape id="_x0000_i2231" type="#_x0000_t75" style="width:34.2pt;height:13.8pt" o:ole="">
            <v:imagedata r:id="rId2319" o:title=""/>
          </v:shape>
          <o:OLEObject Type="Embed" ProgID="Equation.DSMT4" ShapeID="_x0000_i2231" DrawAspect="Content" ObjectID="_1699918967" r:id="rId2320"/>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6"/>
        </w:rPr>
        <w:object w:dxaOrig="680" w:dyaOrig="279" w14:anchorId="2FA47D3A">
          <v:shape id="_x0000_i2232" type="#_x0000_t75" style="width:34.2pt;height:13.8pt" o:ole="">
            <v:imagedata r:id="rId2321" o:title=""/>
          </v:shape>
          <o:OLEObject Type="Embed" ProgID="Equation.DSMT4" ShapeID="_x0000_i2232" DrawAspect="Content" ObjectID="_1699918968" r:id="rId2322"/>
        </w:object>
      </w:r>
      <w:r w:rsidRPr="007E5E58">
        <w:rPr>
          <w:rFonts w:cs="Times New Roman"/>
        </w:rPr>
        <w:t>.</w:t>
      </w:r>
    </w:p>
    <w:p w14:paraId="5E3A4DE0"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23:</w:t>
      </w:r>
      <w:r w:rsidRPr="007E5E58">
        <w:rPr>
          <w:rFonts w:cs="Times New Roman"/>
          <w:b/>
          <w:color w:val="0000FF"/>
        </w:rPr>
        <w:tab/>
      </w:r>
      <w:r w:rsidRPr="007E5E58">
        <w:rPr>
          <w:rFonts w:cs="Times New Roman"/>
        </w:rPr>
        <w:t xml:space="preserve">Số hạng chứa </w:t>
      </w:r>
      <w:r w:rsidRPr="007E5E58">
        <w:rPr>
          <w:position w:val="-6"/>
        </w:rPr>
        <w:object w:dxaOrig="340" w:dyaOrig="320" w14:anchorId="5464EE10">
          <v:shape id="_x0000_i2233" type="#_x0000_t75" style="width:16.8pt;height:16.2pt" o:ole="">
            <v:imagedata r:id="rId2323" o:title=""/>
          </v:shape>
          <o:OLEObject Type="Embed" ProgID="Equation.DSMT4" ShapeID="_x0000_i2233" DrawAspect="Content" ObjectID="_1699918969" r:id="rId2324"/>
        </w:object>
      </w:r>
      <w:r w:rsidRPr="007E5E58">
        <w:rPr>
          <w:rFonts w:cs="Times New Roman"/>
        </w:rPr>
        <w:t xml:space="preserve"> trong khai triển </w:t>
      </w:r>
      <w:r w:rsidRPr="007E5E58">
        <w:rPr>
          <w:position w:val="-28"/>
        </w:rPr>
        <w:object w:dxaOrig="1060" w:dyaOrig="740" w14:anchorId="3F0DCD67">
          <v:shape id="_x0000_i2234" type="#_x0000_t75" style="width:52.8pt;height:37.2pt" o:ole="">
            <v:imagedata r:id="rId2325" o:title=""/>
          </v:shape>
          <o:OLEObject Type="Embed" ProgID="Equation.DSMT4" ShapeID="_x0000_i2234" DrawAspect="Content" ObjectID="_1699918970" r:id="rId2326"/>
        </w:object>
      </w:r>
      <w:r w:rsidRPr="007E5E58">
        <w:rPr>
          <w:rFonts w:cs="Times New Roman"/>
        </w:rPr>
        <w:t xml:space="preserve"> là</w:t>
      </w:r>
    </w:p>
    <w:p w14:paraId="7DCA65B6"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12"/>
        </w:rPr>
        <w:object w:dxaOrig="800" w:dyaOrig="380" w14:anchorId="0F8DD059">
          <v:shape id="_x0000_i2235" type="#_x0000_t75" style="width:40.2pt;height:19.2pt" o:ole="">
            <v:imagedata r:id="rId2327" o:title=""/>
          </v:shape>
          <o:OLEObject Type="Embed" ProgID="Equation.DSMT4" ShapeID="_x0000_i2235" DrawAspect="Content" ObjectID="_1699918971" r:id="rId2328"/>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12"/>
        </w:rPr>
        <w:object w:dxaOrig="639" w:dyaOrig="380" w14:anchorId="4E7E9756">
          <v:shape id="_x0000_i2236" type="#_x0000_t75" style="width:31.8pt;height:19.2pt" o:ole="">
            <v:imagedata r:id="rId2329" o:title=""/>
          </v:shape>
          <o:OLEObject Type="Embed" ProgID="Equation.DSMT4" ShapeID="_x0000_i2236" DrawAspect="Content" ObjectID="_1699918972" r:id="rId2330"/>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12"/>
        </w:rPr>
        <w:object w:dxaOrig="639" w:dyaOrig="380" w14:anchorId="69809023">
          <v:shape id="_x0000_i2237" type="#_x0000_t75" style="width:31.8pt;height:19.2pt" o:ole="">
            <v:imagedata r:id="rId2331" o:title=""/>
          </v:shape>
          <o:OLEObject Type="Embed" ProgID="Equation.DSMT4" ShapeID="_x0000_i2237" DrawAspect="Content" ObjectID="_1699918973" r:id="rId2332"/>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12"/>
        </w:rPr>
        <w:object w:dxaOrig="639" w:dyaOrig="380" w14:anchorId="04267D03">
          <v:shape id="_x0000_i2238" type="#_x0000_t75" style="width:31.8pt;height:19.2pt" o:ole="">
            <v:imagedata r:id="rId2333" o:title=""/>
          </v:shape>
          <o:OLEObject Type="Embed" ProgID="Equation.DSMT4" ShapeID="_x0000_i2238" DrawAspect="Content" ObjectID="_1699918974" r:id="rId2334"/>
        </w:object>
      </w:r>
      <w:r w:rsidRPr="007E5E58">
        <w:rPr>
          <w:rFonts w:cs="Times New Roman"/>
        </w:rPr>
        <w:t>.</w:t>
      </w:r>
    </w:p>
    <w:p w14:paraId="58ACE111"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24:</w:t>
      </w:r>
      <w:r w:rsidRPr="007E5E58">
        <w:rPr>
          <w:rFonts w:cs="Times New Roman"/>
          <w:b/>
          <w:color w:val="0000FF"/>
        </w:rPr>
        <w:tab/>
      </w:r>
      <w:r w:rsidRPr="007E5E58">
        <w:rPr>
          <w:rFonts w:cs="Times New Roman"/>
        </w:rPr>
        <w:t xml:space="preserve">Gieo ngẫu nhiên một đồng tiền cân đối và đồng chất hai lần. Tính xác suất của biến cố </w:t>
      </w:r>
      <w:r w:rsidRPr="007E5E58">
        <w:rPr>
          <w:position w:val="-4"/>
        </w:rPr>
        <w:object w:dxaOrig="240" w:dyaOrig="260" w14:anchorId="53969DF3">
          <v:shape id="_x0000_i2239" type="#_x0000_t75" style="width:12pt;height:13.2pt" o:ole="">
            <v:imagedata r:id="rId2335" o:title=""/>
          </v:shape>
          <o:OLEObject Type="Embed" ProgID="Equation.DSMT4" ShapeID="_x0000_i2239" DrawAspect="Content" ObjectID="_1699918975" r:id="rId2336"/>
        </w:object>
      </w:r>
      <w:r w:rsidRPr="007E5E58">
        <w:rPr>
          <w:rFonts w:cs="Times New Roman"/>
        </w:rPr>
        <w:t>: "Mặt sấp xuất hiện hai lần".</w:t>
      </w:r>
    </w:p>
    <w:p w14:paraId="7B431D04"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24"/>
        </w:rPr>
        <w:object w:dxaOrig="240" w:dyaOrig="620" w14:anchorId="54366684">
          <v:shape id="_x0000_i2240" type="#_x0000_t75" style="width:12pt;height:31.2pt" o:ole="">
            <v:imagedata r:id="rId2337" o:title=""/>
          </v:shape>
          <o:OLEObject Type="Embed" ProgID="Equation.DSMT4" ShapeID="_x0000_i2240" DrawAspect="Content" ObjectID="_1699918976" r:id="rId2338"/>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24"/>
        </w:rPr>
        <w:object w:dxaOrig="240" w:dyaOrig="620" w14:anchorId="4607BDBB">
          <v:shape id="_x0000_i2241" type="#_x0000_t75" style="width:12pt;height:31.2pt" o:ole="">
            <v:imagedata r:id="rId2339" o:title=""/>
          </v:shape>
          <o:OLEObject Type="Embed" ProgID="Equation.DSMT4" ShapeID="_x0000_i2241" DrawAspect="Content" ObjectID="_1699918977" r:id="rId2340"/>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24"/>
        </w:rPr>
        <w:object w:dxaOrig="240" w:dyaOrig="620" w14:anchorId="3206785D">
          <v:shape id="_x0000_i2242" type="#_x0000_t75" style="width:12pt;height:31.2pt" o:ole="">
            <v:imagedata r:id="rId2341" o:title=""/>
          </v:shape>
          <o:OLEObject Type="Embed" ProgID="Equation.DSMT4" ShapeID="_x0000_i2242" DrawAspect="Content" ObjectID="_1699918978" r:id="rId2342"/>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24"/>
        </w:rPr>
        <w:object w:dxaOrig="240" w:dyaOrig="620" w14:anchorId="3D4461ED">
          <v:shape id="_x0000_i2243" type="#_x0000_t75" style="width:12pt;height:31.2pt" o:ole="">
            <v:imagedata r:id="rId2343" o:title=""/>
          </v:shape>
          <o:OLEObject Type="Embed" ProgID="Equation.DSMT4" ShapeID="_x0000_i2243" DrawAspect="Content" ObjectID="_1699918979" r:id="rId2344"/>
        </w:object>
      </w:r>
      <w:r w:rsidRPr="007E5E58">
        <w:rPr>
          <w:rFonts w:cs="Times New Roman"/>
        </w:rPr>
        <w:t>.</w:t>
      </w:r>
    </w:p>
    <w:p w14:paraId="58BD2C78"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25:</w:t>
      </w:r>
      <w:r w:rsidRPr="007E5E58">
        <w:rPr>
          <w:rFonts w:cs="Times New Roman"/>
          <w:b/>
          <w:color w:val="0000FF"/>
        </w:rPr>
        <w:tab/>
      </w:r>
      <w:r w:rsidRPr="007E5E58">
        <w:rPr>
          <w:rFonts w:cs="Times New Roman"/>
        </w:rPr>
        <w:t xml:space="preserve">Lấy ngẫu nhiên một thẻ từ một hộp chứa 20 thẻ được đánh số từ 1 đến 20. Tính xác suất của biến cố </w:t>
      </w:r>
      <w:r w:rsidRPr="007E5E58">
        <w:rPr>
          <w:position w:val="-4"/>
        </w:rPr>
        <w:object w:dxaOrig="240" w:dyaOrig="260" w14:anchorId="036D8849">
          <v:shape id="_x0000_i2244" type="#_x0000_t75" style="width:12pt;height:13.2pt" o:ole="">
            <v:imagedata r:id="rId2345" o:title=""/>
          </v:shape>
          <o:OLEObject Type="Embed" ProgID="Equation.DSMT4" ShapeID="_x0000_i2244" DrawAspect="Content" ObjectID="_1699918980" r:id="rId2346"/>
        </w:object>
      </w:r>
      <w:r w:rsidRPr="007E5E58">
        <w:rPr>
          <w:rFonts w:cs="Times New Roman"/>
        </w:rPr>
        <w:t>: "thẻ được lấy ghi số chẵn".</w:t>
      </w:r>
    </w:p>
    <w:p w14:paraId="6C5FE7E9"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lastRenderedPageBreak/>
        <w:t xml:space="preserve">A. </w:t>
      </w:r>
      <w:r w:rsidRPr="007E5E58">
        <w:rPr>
          <w:rFonts w:cs="Times New Roman"/>
          <w:position w:val="-24"/>
        </w:rPr>
        <w:object w:dxaOrig="240" w:dyaOrig="620" w14:anchorId="1C11FB10">
          <v:shape id="_x0000_i2245" type="#_x0000_t75" style="width:12pt;height:31.2pt" o:ole="">
            <v:imagedata r:id="rId2347" o:title=""/>
          </v:shape>
          <o:OLEObject Type="Embed" ProgID="Equation.DSMT4" ShapeID="_x0000_i2245" DrawAspect="Content" ObjectID="_1699918981" r:id="rId2348"/>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rPr>
        <w:t>1.</w:t>
      </w:r>
      <w:r w:rsidRPr="007E5E58">
        <w:rPr>
          <w:rFonts w:cs="Times New Roman"/>
        </w:rPr>
        <w:tab/>
      </w:r>
      <w:r w:rsidRPr="007E5E58">
        <w:rPr>
          <w:rFonts w:cs="Times New Roman"/>
          <w:b/>
          <w:color w:val="0000FF"/>
        </w:rPr>
        <w:t xml:space="preserve">C. </w:t>
      </w:r>
      <w:r w:rsidRPr="007E5E58">
        <w:rPr>
          <w:rFonts w:cs="Times New Roman"/>
          <w:position w:val="-24"/>
        </w:rPr>
        <w:object w:dxaOrig="240" w:dyaOrig="620" w14:anchorId="78D96488">
          <v:shape id="_x0000_i2246" type="#_x0000_t75" style="width:12pt;height:31.2pt" o:ole="">
            <v:imagedata r:id="rId2349" o:title=""/>
          </v:shape>
          <o:OLEObject Type="Embed" ProgID="Equation.DSMT4" ShapeID="_x0000_i2246" DrawAspect="Content" ObjectID="_1699918982" r:id="rId2350"/>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24"/>
        </w:rPr>
        <w:object w:dxaOrig="240" w:dyaOrig="620" w14:anchorId="46F2BFCC">
          <v:shape id="_x0000_i2247" type="#_x0000_t75" style="width:12pt;height:31.2pt" o:ole="">
            <v:imagedata r:id="rId2351" o:title=""/>
          </v:shape>
          <o:OLEObject Type="Embed" ProgID="Equation.DSMT4" ShapeID="_x0000_i2247" DrawAspect="Content" ObjectID="_1699918983" r:id="rId2352"/>
        </w:object>
      </w:r>
      <w:r w:rsidRPr="007E5E58">
        <w:rPr>
          <w:rFonts w:cs="Times New Roman"/>
        </w:rPr>
        <w:t>.</w:t>
      </w:r>
    </w:p>
    <w:p w14:paraId="3650BA33"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26:</w:t>
      </w:r>
      <w:r w:rsidRPr="007E5E58">
        <w:rPr>
          <w:rFonts w:cs="Times New Roman"/>
          <w:b/>
          <w:color w:val="0000FF"/>
        </w:rPr>
        <w:tab/>
      </w:r>
      <w:r w:rsidRPr="007E5E58">
        <w:rPr>
          <w:rFonts w:cs="Times New Roman"/>
        </w:rPr>
        <w:t>Có hai hộp bút chì màu. Hộp thứ nhất có 5 bút chì màu đỏ và 7 bút chì màu xanh. Hộp thứ hai có 8 bút chì màu đỏ và 4 bút chì màu xanh. Chọn ngẫu nhiên mỗi hộp một cây bút chì. Xác suất để có 1 cây bút chì màu đỏ và 1 cây bút chì màu xanh là</w:t>
      </w:r>
    </w:p>
    <w:p w14:paraId="52040760"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24"/>
        </w:rPr>
        <w:object w:dxaOrig="340" w:dyaOrig="620" w14:anchorId="69B4E1D4">
          <v:shape id="_x0000_i2248" type="#_x0000_t75" style="width:16.8pt;height:31.2pt" o:ole="">
            <v:imagedata r:id="rId2353" o:title=""/>
          </v:shape>
          <o:OLEObject Type="Embed" ProgID="Equation.DSMT4" ShapeID="_x0000_i2248" DrawAspect="Content" ObjectID="_1699918984" r:id="rId2354"/>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24"/>
        </w:rPr>
        <w:object w:dxaOrig="320" w:dyaOrig="620" w14:anchorId="5B48715C">
          <v:shape id="_x0000_i2249" type="#_x0000_t75" style="width:16.2pt;height:31.2pt" o:ole="">
            <v:imagedata r:id="rId2355" o:title=""/>
          </v:shape>
          <o:OLEObject Type="Embed" ProgID="Equation.DSMT4" ShapeID="_x0000_i2249" DrawAspect="Content" ObjectID="_1699918985" r:id="rId2356"/>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24"/>
        </w:rPr>
        <w:object w:dxaOrig="320" w:dyaOrig="620" w14:anchorId="0531AD1E">
          <v:shape id="_x0000_i2250" type="#_x0000_t75" style="width:16.2pt;height:31.2pt" o:ole="">
            <v:imagedata r:id="rId2357" o:title=""/>
          </v:shape>
          <o:OLEObject Type="Embed" ProgID="Equation.DSMT4" ShapeID="_x0000_i2250" DrawAspect="Content" ObjectID="_1699918986" r:id="rId2358"/>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24"/>
        </w:rPr>
        <w:object w:dxaOrig="340" w:dyaOrig="620" w14:anchorId="5DCB1171">
          <v:shape id="_x0000_i2251" type="#_x0000_t75" style="width:16.8pt;height:31.2pt" o:ole="">
            <v:imagedata r:id="rId2359" o:title=""/>
          </v:shape>
          <o:OLEObject Type="Embed" ProgID="Equation.DSMT4" ShapeID="_x0000_i2251" DrawAspect="Content" ObjectID="_1699918987" r:id="rId2360"/>
        </w:object>
      </w:r>
      <w:r w:rsidRPr="007E5E58">
        <w:rPr>
          <w:rFonts w:cs="Times New Roman"/>
        </w:rPr>
        <w:t>.</w:t>
      </w:r>
    </w:p>
    <w:p w14:paraId="7F9BC756"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27:</w:t>
      </w:r>
      <w:r w:rsidRPr="007E5E58">
        <w:rPr>
          <w:rFonts w:cs="Times New Roman"/>
          <w:b/>
          <w:color w:val="0000FF"/>
        </w:rPr>
        <w:tab/>
      </w:r>
      <w:r w:rsidRPr="007E5E58">
        <w:rPr>
          <w:rFonts w:cs="Times New Roman"/>
        </w:rPr>
        <w:t xml:space="preserve">Cho dãy số </w:t>
      </w:r>
      <w:r w:rsidRPr="007E5E58">
        <w:rPr>
          <w:position w:val="-14"/>
        </w:rPr>
        <w:object w:dxaOrig="480" w:dyaOrig="400" w14:anchorId="52690912">
          <v:shape id="_x0000_i2252" type="#_x0000_t75" style="width:24pt;height:19.8pt" o:ole="">
            <v:imagedata r:id="rId2361" o:title=""/>
          </v:shape>
          <o:OLEObject Type="Embed" ProgID="Equation.DSMT4" ShapeID="_x0000_i2252" DrawAspect="Content" ObjectID="_1699918988" r:id="rId2362"/>
        </w:object>
      </w:r>
      <w:r w:rsidRPr="007E5E58">
        <w:rPr>
          <w:rFonts w:cs="Times New Roman"/>
        </w:rPr>
        <w:t xml:space="preserve"> với </w:t>
      </w:r>
      <w:r w:rsidRPr="007E5E58">
        <w:rPr>
          <w:position w:val="-24"/>
        </w:rPr>
        <w:object w:dxaOrig="1140" w:dyaOrig="620" w14:anchorId="228DDC65">
          <v:shape id="_x0000_i2253" type="#_x0000_t75" style="width:57pt;height:31.2pt" o:ole="">
            <v:imagedata r:id="rId2363" o:title=""/>
          </v:shape>
          <o:OLEObject Type="Embed" ProgID="Equation.DSMT4" ShapeID="_x0000_i2253" DrawAspect="Content" ObjectID="_1699918989" r:id="rId2364"/>
        </w:object>
      </w:r>
      <w:r w:rsidRPr="007E5E58">
        <w:rPr>
          <w:rFonts w:cs="Times New Roman"/>
        </w:rPr>
        <w:t xml:space="preserve">. Tìm số hạng thứ </w:t>
      </w:r>
      <w:r w:rsidRPr="007E5E58">
        <w:rPr>
          <w:position w:val="-6"/>
        </w:rPr>
        <w:object w:dxaOrig="480" w:dyaOrig="279" w14:anchorId="374CD4E6">
          <v:shape id="_x0000_i2254" type="#_x0000_t75" style="width:24pt;height:13.8pt" o:ole="">
            <v:imagedata r:id="rId2365" o:title=""/>
          </v:shape>
          <o:OLEObject Type="Embed" ProgID="Equation.DSMT4" ShapeID="_x0000_i2254" DrawAspect="Content" ObjectID="_1699918990" r:id="rId2366"/>
        </w:object>
      </w:r>
      <w:r w:rsidRPr="007E5E58">
        <w:rPr>
          <w:rFonts w:cs="Times New Roman"/>
        </w:rPr>
        <w:t xml:space="preserve"> của dãy số trên.</w:t>
      </w:r>
    </w:p>
    <w:p w14:paraId="163B29CD"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24"/>
        </w:rPr>
        <w:object w:dxaOrig="1280" w:dyaOrig="620" w14:anchorId="19905CF7">
          <v:shape id="_x0000_i2255" type="#_x0000_t75" style="width:64.2pt;height:31.2pt" o:ole="">
            <v:imagedata r:id="rId2367" o:title=""/>
          </v:shape>
          <o:OLEObject Type="Embed" ProgID="Equation.DSMT4" ShapeID="_x0000_i2255" DrawAspect="Content" ObjectID="_1699918991" r:id="rId2368"/>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24"/>
        </w:rPr>
        <w:object w:dxaOrig="1280" w:dyaOrig="620" w14:anchorId="524B284D">
          <v:shape id="_x0000_i2256" type="#_x0000_t75" style="width:64.2pt;height:31.2pt" o:ole="">
            <v:imagedata r:id="rId2369" o:title=""/>
          </v:shape>
          <o:OLEObject Type="Embed" ProgID="Equation.DSMT4" ShapeID="_x0000_i2256" DrawAspect="Content" ObjectID="_1699918992" r:id="rId2370"/>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24"/>
        </w:rPr>
        <w:object w:dxaOrig="1280" w:dyaOrig="620" w14:anchorId="2855F122">
          <v:shape id="_x0000_i2257" type="#_x0000_t75" style="width:64.2pt;height:31.2pt" o:ole="">
            <v:imagedata r:id="rId2371" o:title=""/>
          </v:shape>
          <o:OLEObject Type="Embed" ProgID="Equation.DSMT4" ShapeID="_x0000_i2257" DrawAspect="Content" ObjectID="_1699918993" r:id="rId2372"/>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24"/>
        </w:rPr>
        <w:object w:dxaOrig="1280" w:dyaOrig="620" w14:anchorId="0410730E">
          <v:shape id="_x0000_i2258" type="#_x0000_t75" style="width:64.2pt;height:31.2pt" o:ole="">
            <v:imagedata r:id="rId2373" o:title=""/>
          </v:shape>
          <o:OLEObject Type="Embed" ProgID="Equation.DSMT4" ShapeID="_x0000_i2258" DrawAspect="Content" ObjectID="_1699918994" r:id="rId2374"/>
        </w:object>
      </w:r>
      <w:r w:rsidRPr="007E5E58">
        <w:rPr>
          <w:rFonts w:cs="Times New Roman"/>
        </w:rPr>
        <w:t>.</w:t>
      </w:r>
    </w:p>
    <w:p w14:paraId="76BF652D"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28:</w:t>
      </w:r>
      <w:r w:rsidRPr="007E5E58">
        <w:rPr>
          <w:rFonts w:cs="Times New Roman"/>
          <w:b/>
          <w:color w:val="0000FF"/>
        </w:rPr>
        <w:tab/>
      </w:r>
      <w:r w:rsidRPr="007E5E58">
        <w:rPr>
          <w:rFonts w:cs="Times New Roman"/>
        </w:rPr>
        <w:t xml:space="preserve">Xác định số hạng đầu </w:t>
      </w:r>
      <w:r w:rsidRPr="007E5E58">
        <w:rPr>
          <w:position w:val="-12"/>
        </w:rPr>
        <w:object w:dxaOrig="240" w:dyaOrig="360" w14:anchorId="061AA16D">
          <v:shape id="_x0000_i2259" type="#_x0000_t75" style="width:12pt;height:18pt" o:ole="">
            <v:imagedata r:id="rId2375" o:title=""/>
          </v:shape>
          <o:OLEObject Type="Embed" ProgID="Equation.DSMT4" ShapeID="_x0000_i2259" DrawAspect="Content" ObjectID="_1699918995" r:id="rId2376"/>
        </w:object>
      </w:r>
      <w:r w:rsidRPr="007E5E58">
        <w:rPr>
          <w:rFonts w:cs="Times New Roman"/>
        </w:rPr>
        <w:t xml:space="preserve"> và công sai </w:t>
      </w:r>
      <w:r w:rsidRPr="007E5E58">
        <w:rPr>
          <w:position w:val="-6"/>
        </w:rPr>
        <w:object w:dxaOrig="220" w:dyaOrig="279" w14:anchorId="46AF950F">
          <v:shape id="_x0000_i2260" type="#_x0000_t75" style="width:10.8pt;height:13.8pt" o:ole="">
            <v:imagedata r:id="rId2377" o:title=""/>
          </v:shape>
          <o:OLEObject Type="Embed" ProgID="Equation.DSMT4" ShapeID="_x0000_i2260" DrawAspect="Content" ObjectID="_1699918996" r:id="rId2378"/>
        </w:object>
      </w:r>
      <w:r w:rsidRPr="007E5E58">
        <w:rPr>
          <w:rFonts w:cs="Times New Roman"/>
        </w:rPr>
        <w:t xml:space="preserve"> của cấp số cộng </w:t>
      </w:r>
      <w:r w:rsidRPr="007E5E58">
        <w:rPr>
          <w:position w:val="-14"/>
        </w:rPr>
        <w:object w:dxaOrig="480" w:dyaOrig="400" w14:anchorId="58F63EB5">
          <v:shape id="_x0000_i2261" type="#_x0000_t75" style="width:24pt;height:19.8pt" o:ole="">
            <v:imagedata r:id="rId2379" o:title=""/>
          </v:shape>
          <o:OLEObject Type="Embed" ProgID="Equation.DSMT4" ShapeID="_x0000_i2261" DrawAspect="Content" ObjectID="_1699918997" r:id="rId2380"/>
        </w:object>
      </w:r>
      <w:r w:rsidRPr="007E5E58">
        <w:rPr>
          <w:rFonts w:cs="Times New Roman"/>
        </w:rPr>
        <w:t xml:space="preserve"> có </w:t>
      </w:r>
      <w:r w:rsidRPr="007E5E58">
        <w:rPr>
          <w:position w:val="-12"/>
        </w:rPr>
        <w:object w:dxaOrig="820" w:dyaOrig="360" w14:anchorId="79D092EC">
          <v:shape id="_x0000_i2262" type="#_x0000_t75" style="width:40.8pt;height:18pt" o:ole="">
            <v:imagedata r:id="rId2381" o:title=""/>
          </v:shape>
          <o:OLEObject Type="Embed" ProgID="Equation.DSMT4" ShapeID="_x0000_i2262" DrawAspect="Content" ObjectID="_1699918998" r:id="rId2382"/>
        </w:object>
      </w:r>
      <w:r w:rsidRPr="007E5E58">
        <w:rPr>
          <w:rFonts w:cs="Times New Roman"/>
        </w:rPr>
        <w:t xml:space="preserve"> và </w:t>
      </w:r>
      <w:r w:rsidRPr="007E5E58">
        <w:rPr>
          <w:position w:val="-12"/>
        </w:rPr>
        <w:object w:dxaOrig="1240" w:dyaOrig="360" w14:anchorId="51A15A86">
          <v:shape id="_x0000_i2263" type="#_x0000_t75" style="width:61.8pt;height:18pt" o:ole="">
            <v:imagedata r:id="rId2383" o:title=""/>
          </v:shape>
          <o:OLEObject Type="Embed" ProgID="Equation.DSMT4" ShapeID="_x0000_i2263" DrawAspect="Content" ObjectID="_1699918999" r:id="rId2384"/>
        </w:object>
      </w:r>
    </w:p>
    <w:p w14:paraId="27996908"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12"/>
        </w:rPr>
        <w:object w:dxaOrig="600" w:dyaOrig="360" w14:anchorId="361AAB02">
          <v:shape id="_x0000_i2264" type="#_x0000_t75" style="width:30pt;height:18pt" o:ole="">
            <v:imagedata r:id="rId2385" o:title=""/>
          </v:shape>
          <o:OLEObject Type="Embed" ProgID="Equation.DSMT4" ShapeID="_x0000_i2264" DrawAspect="Content" ObjectID="_1699919000" r:id="rId2386"/>
        </w:object>
      </w:r>
      <w:r w:rsidRPr="007E5E58">
        <w:rPr>
          <w:rFonts w:cs="Times New Roman"/>
        </w:rPr>
        <w:t xml:space="preserve"> và </w:t>
      </w:r>
      <w:r w:rsidRPr="007E5E58">
        <w:rPr>
          <w:rFonts w:cs="Times New Roman"/>
          <w:position w:val="-6"/>
        </w:rPr>
        <w:object w:dxaOrig="580" w:dyaOrig="279" w14:anchorId="381F4DE2">
          <v:shape id="_x0000_i2265" type="#_x0000_t75" style="width:28.8pt;height:13.8pt" o:ole="">
            <v:imagedata r:id="rId2387" o:title=""/>
          </v:shape>
          <o:OLEObject Type="Embed" ProgID="Equation.DSMT4" ShapeID="_x0000_i2265" DrawAspect="Content" ObjectID="_1699919001" r:id="rId2388"/>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12"/>
        </w:rPr>
        <w:object w:dxaOrig="600" w:dyaOrig="360" w14:anchorId="23FBAEFF">
          <v:shape id="_x0000_i2266" type="#_x0000_t75" style="width:30pt;height:18pt" o:ole="">
            <v:imagedata r:id="rId2389" o:title=""/>
          </v:shape>
          <o:OLEObject Type="Embed" ProgID="Equation.DSMT4" ShapeID="_x0000_i2266" DrawAspect="Content" ObjectID="_1699919002" r:id="rId2390"/>
        </w:object>
      </w:r>
      <w:r w:rsidRPr="007E5E58">
        <w:rPr>
          <w:rFonts w:cs="Times New Roman"/>
        </w:rPr>
        <w:t xml:space="preserve"> và </w:t>
      </w:r>
      <w:r w:rsidRPr="007E5E58">
        <w:rPr>
          <w:rFonts w:cs="Times New Roman"/>
          <w:position w:val="-6"/>
        </w:rPr>
        <w:object w:dxaOrig="560" w:dyaOrig="279" w14:anchorId="09752297">
          <v:shape id="_x0000_i2267" type="#_x0000_t75" style="width:28.2pt;height:13.8pt" o:ole="">
            <v:imagedata r:id="rId2391" o:title=""/>
          </v:shape>
          <o:OLEObject Type="Embed" ProgID="Equation.DSMT4" ShapeID="_x0000_i2267" DrawAspect="Content" ObjectID="_1699919003" r:id="rId2392"/>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12"/>
        </w:rPr>
        <w:object w:dxaOrig="620" w:dyaOrig="360" w14:anchorId="6DBCA5F0">
          <v:shape id="_x0000_i2268" type="#_x0000_t75" style="width:31.2pt;height:18pt" o:ole="">
            <v:imagedata r:id="rId2393" o:title=""/>
          </v:shape>
          <o:OLEObject Type="Embed" ProgID="Equation.DSMT4" ShapeID="_x0000_i2268" DrawAspect="Content" ObjectID="_1699919004" r:id="rId2394"/>
        </w:object>
      </w:r>
      <w:r w:rsidRPr="007E5E58">
        <w:rPr>
          <w:rFonts w:cs="Times New Roman"/>
        </w:rPr>
        <w:t xml:space="preserve"> và </w:t>
      </w:r>
      <w:r w:rsidRPr="007E5E58">
        <w:rPr>
          <w:rFonts w:cs="Times New Roman"/>
          <w:position w:val="-6"/>
        </w:rPr>
        <w:object w:dxaOrig="560" w:dyaOrig="279" w14:anchorId="7936D308">
          <v:shape id="_x0000_i2269" type="#_x0000_t75" style="width:28.2pt;height:13.8pt" o:ole="">
            <v:imagedata r:id="rId2395" o:title=""/>
          </v:shape>
          <o:OLEObject Type="Embed" ProgID="Equation.DSMT4" ShapeID="_x0000_i2269" DrawAspect="Content" ObjectID="_1699919005" r:id="rId2396"/>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12"/>
        </w:rPr>
        <w:object w:dxaOrig="620" w:dyaOrig="360" w14:anchorId="474ADB02">
          <v:shape id="_x0000_i2270" type="#_x0000_t75" style="width:31.2pt;height:18pt" o:ole="">
            <v:imagedata r:id="rId2397" o:title=""/>
          </v:shape>
          <o:OLEObject Type="Embed" ProgID="Equation.DSMT4" ShapeID="_x0000_i2270" DrawAspect="Content" ObjectID="_1699919006" r:id="rId2398"/>
        </w:object>
      </w:r>
      <w:r w:rsidRPr="007E5E58">
        <w:rPr>
          <w:rFonts w:cs="Times New Roman"/>
        </w:rPr>
        <w:t xml:space="preserve"> và </w:t>
      </w:r>
      <w:r w:rsidRPr="007E5E58">
        <w:rPr>
          <w:rFonts w:cs="Times New Roman"/>
          <w:position w:val="-6"/>
        </w:rPr>
        <w:object w:dxaOrig="560" w:dyaOrig="279" w14:anchorId="1DC0B45F">
          <v:shape id="_x0000_i2271" type="#_x0000_t75" style="width:28.2pt;height:13.8pt" o:ole="">
            <v:imagedata r:id="rId2399" o:title=""/>
          </v:shape>
          <o:OLEObject Type="Embed" ProgID="Equation.DSMT4" ShapeID="_x0000_i2271" DrawAspect="Content" ObjectID="_1699919007" r:id="rId2400"/>
        </w:object>
      </w:r>
      <w:r w:rsidRPr="007E5E58">
        <w:rPr>
          <w:rFonts w:cs="Times New Roman"/>
        </w:rPr>
        <w:t>.</w:t>
      </w:r>
    </w:p>
    <w:p w14:paraId="435F3125"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29:</w:t>
      </w:r>
      <w:r w:rsidRPr="007E5E58">
        <w:rPr>
          <w:rFonts w:cs="Times New Roman"/>
          <w:b/>
          <w:color w:val="0000FF"/>
        </w:rPr>
        <w:tab/>
      </w:r>
      <w:r w:rsidRPr="007E5E58">
        <w:rPr>
          <w:rFonts w:cs="Times New Roman"/>
        </w:rPr>
        <w:t xml:space="preserve">Cho cấp số nhân </w:t>
      </w:r>
      <w:r w:rsidRPr="007E5E58">
        <w:rPr>
          <w:position w:val="-14"/>
        </w:rPr>
        <w:object w:dxaOrig="480" w:dyaOrig="400" w14:anchorId="04D44F6C">
          <v:shape id="_x0000_i2272" type="#_x0000_t75" style="width:24pt;height:19.8pt" o:ole="">
            <v:imagedata r:id="rId2401" o:title=""/>
          </v:shape>
          <o:OLEObject Type="Embed" ProgID="Equation.DSMT4" ShapeID="_x0000_i2272" DrawAspect="Content" ObjectID="_1699919008" r:id="rId2402"/>
        </w:object>
      </w:r>
      <w:r w:rsidRPr="007E5E58">
        <w:rPr>
          <w:rFonts w:cs="Times New Roman"/>
        </w:rPr>
        <w:t xml:space="preserve"> có </w:t>
      </w:r>
      <w:r w:rsidRPr="007E5E58">
        <w:rPr>
          <w:position w:val="-32"/>
        </w:rPr>
        <w:object w:dxaOrig="1400" w:dyaOrig="760" w14:anchorId="5FF78A78">
          <v:shape id="_x0000_i2273" type="#_x0000_t75" style="width:70.2pt;height:37.8pt" o:ole="">
            <v:imagedata r:id="rId2403" o:title=""/>
          </v:shape>
          <o:OLEObject Type="Embed" ProgID="Equation.DSMT4" ShapeID="_x0000_i2273" DrawAspect="Content" ObjectID="_1699919009" r:id="rId2404"/>
        </w:object>
      </w:r>
      <w:r w:rsidRPr="007E5E58">
        <w:rPr>
          <w:rFonts w:cs="Times New Roman"/>
        </w:rPr>
        <w:t xml:space="preserve">. Tìm </w:t>
      </w:r>
      <w:r w:rsidRPr="007E5E58">
        <w:rPr>
          <w:position w:val="-12"/>
        </w:rPr>
        <w:object w:dxaOrig="240" w:dyaOrig="360" w14:anchorId="36880C30">
          <v:shape id="_x0000_i2274" type="#_x0000_t75" style="width:12pt;height:18pt" o:ole="">
            <v:imagedata r:id="rId2405" o:title=""/>
          </v:shape>
          <o:OLEObject Type="Embed" ProgID="Equation.DSMT4" ShapeID="_x0000_i2274" DrawAspect="Content" ObjectID="_1699919010" r:id="rId2406"/>
        </w:object>
      </w:r>
      <w:r w:rsidRPr="007E5E58">
        <w:rPr>
          <w:rFonts w:cs="Times New Roman"/>
        </w:rPr>
        <w:t xml:space="preserve">, biết rằng </w:t>
      </w:r>
      <w:r w:rsidRPr="007E5E58">
        <w:rPr>
          <w:position w:val="-12"/>
        </w:rPr>
        <w:object w:dxaOrig="840" w:dyaOrig="360" w14:anchorId="1C486B2D">
          <v:shape id="_x0000_i2275" type="#_x0000_t75" style="width:42pt;height:18pt" o:ole="">
            <v:imagedata r:id="rId2407" o:title=""/>
          </v:shape>
          <o:OLEObject Type="Embed" ProgID="Equation.DSMT4" ShapeID="_x0000_i2275" DrawAspect="Content" ObjectID="_1699919011" r:id="rId2408"/>
        </w:object>
      </w:r>
      <w:r w:rsidRPr="007E5E58">
        <w:rPr>
          <w:rFonts w:cs="Times New Roman"/>
        </w:rPr>
        <w:t>.</w:t>
      </w:r>
    </w:p>
    <w:p w14:paraId="35ED3F18"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12"/>
        </w:rPr>
        <w:object w:dxaOrig="720" w:dyaOrig="360" w14:anchorId="214459BE">
          <v:shape id="_x0000_i2276" type="#_x0000_t75" style="width:36pt;height:18pt" o:ole="">
            <v:imagedata r:id="rId2409" o:title=""/>
          </v:shape>
          <o:OLEObject Type="Embed" ProgID="Equation.DSMT4" ShapeID="_x0000_i2276" DrawAspect="Content" ObjectID="_1699919012" r:id="rId2410"/>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12"/>
        </w:rPr>
        <w:object w:dxaOrig="620" w:dyaOrig="360" w14:anchorId="563390EF">
          <v:shape id="_x0000_i2277" type="#_x0000_t75" style="width:31.2pt;height:18pt" o:ole="">
            <v:imagedata r:id="rId2411" o:title=""/>
          </v:shape>
          <o:OLEObject Type="Embed" ProgID="Equation.DSMT4" ShapeID="_x0000_i2277" DrawAspect="Content" ObjectID="_1699919013" r:id="rId2412"/>
        </w:object>
      </w:r>
      <w:r w:rsidRPr="007E5E58">
        <w:rPr>
          <w:rFonts w:cs="Times New Roman"/>
        </w:rPr>
        <w:t>.</w:t>
      </w:r>
      <w:r w:rsidRPr="007E5E58">
        <w:rPr>
          <w:rFonts w:cs="Times New Roman"/>
        </w:rPr>
        <w:tab/>
      </w:r>
      <w:r w:rsidRPr="007E5E58">
        <w:rPr>
          <w:rFonts w:cs="Times New Roman"/>
          <w:b/>
          <w:color w:val="0000FF"/>
        </w:rPr>
        <w:t xml:space="preserve">C. </w:t>
      </w:r>
      <w:r w:rsidRPr="007E5E58">
        <w:rPr>
          <w:rFonts w:cs="Times New Roman"/>
          <w:position w:val="-12"/>
        </w:rPr>
        <w:object w:dxaOrig="880" w:dyaOrig="360" w14:anchorId="134C0289">
          <v:shape id="_x0000_i2278" type="#_x0000_t75" style="width:43.8pt;height:18pt" o:ole="">
            <v:imagedata r:id="rId2413" o:title=""/>
          </v:shape>
          <o:OLEObject Type="Embed" ProgID="Equation.DSMT4" ShapeID="_x0000_i2278" DrawAspect="Content" ObjectID="_1699919014" r:id="rId2414"/>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12"/>
        </w:rPr>
        <w:object w:dxaOrig="760" w:dyaOrig="360" w14:anchorId="6609EFD9">
          <v:shape id="_x0000_i2279" type="#_x0000_t75" style="width:37.8pt;height:18pt" o:ole="">
            <v:imagedata r:id="rId2415" o:title=""/>
          </v:shape>
          <o:OLEObject Type="Embed" ProgID="Equation.DSMT4" ShapeID="_x0000_i2279" DrawAspect="Content" ObjectID="_1699919015" r:id="rId2416"/>
        </w:object>
      </w:r>
      <w:r w:rsidRPr="007E5E58">
        <w:rPr>
          <w:rFonts w:cs="Times New Roman"/>
        </w:rPr>
        <w:t>.</w:t>
      </w:r>
    </w:p>
    <w:p w14:paraId="699A4FB6"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30:</w:t>
      </w:r>
      <w:r w:rsidRPr="007E5E58">
        <w:rPr>
          <w:rFonts w:cs="Times New Roman"/>
          <w:b/>
          <w:color w:val="0000FF"/>
        </w:rPr>
        <w:tab/>
      </w:r>
      <w:r w:rsidRPr="007E5E58">
        <w:rPr>
          <w:rFonts w:cs="Times New Roman"/>
        </w:rPr>
        <w:t xml:space="preserve">Trong mặt phẳng </w:t>
      </w:r>
      <w:r w:rsidRPr="007E5E58">
        <w:rPr>
          <w:position w:val="-10"/>
        </w:rPr>
        <w:object w:dxaOrig="460" w:dyaOrig="320" w14:anchorId="26434CDF">
          <v:shape id="_x0000_i2280" type="#_x0000_t75" style="width:22.8pt;height:16.2pt" o:ole="">
            <v:imagedata r:id="rId2417" o:title=""/>
          </v:shape>
          <o:OLEObject Type="Embed" ProgID="Equation.DSMT4" ShapeID="_x0000_i2280" DrawAspect="Content" ObjectID="_1699919016" r:id="rId2418"/>
        </w:object>
      </w:r>
      <w:r w:rsidRPr="007E5E58">
        <w:rPr>
          <w:rFonts w:cs="Times New Roman"/>
        </w:rPr>
        <w:t xml:space="preserve">, cho đường tròn </w:t>
      </w:r>
      <w:r w:rsidRPr="007E5E58">
        <w:rPr>
          <w:position w:val="-10"/>
        </w:rPr>
        <w:object w:dxaOrig="400" w:dyaOrig="320" w14:anchorId="7EE8D635">
          <v:shape id="_x0000_i2281" type="#_x0000_t75" style="width:19.8pt;height:16.2pt" o:ole="">
            <v:imagedata r:id="rId2419" o:title=""/>
          </v:shape>
          <o:OLEObject Type="Embed" ProgID="Equation.DSMT4" ShapeID="_x0000_i2281" DrawAspect="Content" ObjectID="_1699919017" r:id="rId2420"/>
        </w:object>
      </w:r>
      <w:r w:rsidRPr="007E5E58">
        <w:rPr>
          <w:rFonts w:cs="Times New Roman"/>
        </w:rPr>
        <w:t xml:space="preserve"> có phương trình </w:t>
      </w:r>
      <w:r w:rsidRPr="007E5E58">
        <w:rPr>
          <w:position w:val="-10"/>
        </w:rPr>
        <w:object w:dxaOrig="1560" w:dyaOrig="360" w14:anchorId="456EAF3B">
          <v:shape id="_x0000_i2282" type="#_x0000_t75" style="width:78pt;height:18pt" o:ole="">
            <v:imagedata r:id="rId2421" o:title=""/>
          </v:shape>
          <o:OLEObject Type="Embed" ProgID="Equation.DSMT4" ShapeID="_x0000_i2282" DrawAspect="Content" ObjectID="_1699919018" r:id="rId2422"/>
        </w:object>
      </w:r>
      <w:r w:rsidRPr="007E5E58">
        <w:rPr>
          <w:rFonts w:cs="Times New Roman"/>
        </w:rPr>
        <w:t xml:space="preserve"> và điểm </w:t>
      </w:r>
      <w:r w:rsidRPr="007E5E58">
        <w:rPr>
          <w:position w:val="-10"/>
        </w:rPr>
        <w:object w:dxaOrig="859" w:dyaOrig="320" w14:anchorId="42454D90">
          <v:shape id="_x0000_i2283" type="#_x0000_t75" style="width:43.2pt;height:16.2pt" o:ole="">
            <v:imagedata r:id="rId2423" o:title=""/>
          </v:shape>
          <o:OLEObject Type="Embed" ProgID="Equation.DSMT4" ShapeID="_x0000_i2283" DrawAspect="Content" ObjectID="_1699919019" r:id="rId2424"/>
        </w:object>
      </w:r>
      <w:r w:rsidRPr="007E5E58">
        <w:rPr>
          <w:rFonts w:cs="Times New Roman"/>
        </w:rPr>
        <w:t xml:space="preserve"> Tìm phương trình đường tròn </w:t>
      </w:r>
      <w:r w:rsidRPr="007E5E58">
        <w:rPr>
          <w:position w:val="-14"/>
        </w:rPr>
        <w:object w:dxaOrig="480" w:dyaOrig="400" w14:anchorId="77BD7310">
          <v:shape id="_x0000_i2284" type="#_x0000_t75" style="width:24pt;height:19.8pt" o:ole="">
            <v:imagedata r:id="rId2425" o:title=""/>
          </v:shape>
          <o:OLEObject Type="Embed" ProgID="Equation.DSMT4" ShapeID="_x0000_i2284" DrawAspect="Content" ObjectID="_1699919020" r:id="rId2426"/>
        </w:object>
      </w:r>
      <w:r w:rsidRPr="007E5E58">
        <w:rPr>
          <w:rFonts w:cs="Times New Roman"/>
        </w:rPr>
        <w:t xml:space="preserve"> đối xứng với </w:t>
      </w:r>
      <w:r w:rsidRPr="007E5E58">
        <w:rPr>
          <w:position w:val="-10"/>
        </w:rPr>
        <w:object w:dxaOrig="400" w:dyaOrig="320" w14:anchorId="39F42047">
          <v:shape id="_x0000_i2285" type="#_x0000_t75" style="width:19.8pt;height:16.2pt" o:ole="">
            <v:imagedata r:id="rId2427" o:title=""/>
          </v:shape>
          <o:OLEObject Type="Embed" ProgID="Equation.DSMT4" ShapeID="_x0000_i2285" DrawAspect="Content" ObjectID="_1699919021" r:id="rId2428"/>
        </w:object>
      </w:r>
      <w:r w:rsidRPr="007E5E58">
        <w:rPr>
          <w:rFonts w:cs="Times New Roman"/>
        </w:rPr>
        <w:t xml:space="preserve"> qua </w:t>
      </w:r>
      <w:r w:rsidRPr="007E5E58">
        <w:rPr>
          <w:position w:val="-4"/>
        </w:rPr>
        <w:object w:dxaOrig="240" w:dyaOrig="260" w14:anchorId="65871A2F">
          <v:shape id="_x0000_i2286" type="#_x0000_t75" style="width:12pt;height:13.2pt" o:ole="">
            <v:imagedata r:id="rId2429" o:title=""/>
          </v:shape>
          <o:OLEObject Type="Embed" ProgID="Equation.DSMT4" ShapeID="_x0000_i2286" DrawAspect="Content" ObjectID="_1699919022" r:id="rId2430"/>
        </w:object>
      </w:r>
      <w:r w:rsidRPr="007E5E58">
        <w:rPr>
          <w:rFonts w:cs="Times New Roman"/>
        </w:rPr>
        <w:t>.</w:t>
      </w:r>
    </w:p>
    <w:p w14:paraId="5FF0EAB5"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10"/>
        </w:rPr>
        <w:object w:dxaOrig="2079" w:dyaOrig="360" w14:anchorId="0B04677A">
          <v:shape id="_x0000_i2287" type="#_x0000_t75" style="width:103.8pt;height:18pt" o:ole="">
            <v:imagedata r:id="rId2431" o:title=""/>
          </v:shape>
          <o:OLEObject Type="Embed" ProgID="Equation.DSMT4" ShapeID="_x0000_i2287" DrawAspect="Content" ObjectID="_1699919023" r:id="rId2432"/>
        </w:object>
      </w:r>
      <w:r w:rsidRPr="007E5E58">
        <w:rPr>
          <w:rFonts w:cs="Times New Roman"/>
        </w:rPr>
        <w:t>.</w:t>
      </w:r>
      <w:r w:rsidRPr="007E5E58">
        <w:rPr>
          <w:rFonts w:cs="Times New Roman"/>
        </w:rPr>
        <w:tab/>
      </w:r>
      <w:r w:rsidRPr="007E5E58">
        <w:rPr>
          <w:rFonts w:cs="Times New Roman"/>
          <w:b/>
          <w:color w:val="0000FF"/>
        </w:rPr>
        <w:t xml:space="preserve">B. </w:t>
      </w:r>
      <w:r w:rsidRPr="007E5E58">
        <w:rPr>
          <w:rFonts w:cs="Times New Roman"/>
          <w:position w:val="-10"/>
        </w:rPr>
        <w:object w:dxaOrig="2079" w:dyaOrig="360" w14:anchorId="43026419">
          <v:shape id="_x0000_i2288" type="#_x0000_t75" style="width:103.8pt;height:18pt" o:ole="">
            <v:imagedata r:id="rId2433" o:title=""/>
          </v:shape>
          <o:OLEObject Type="Embed" ProgID="Equation.DSMT4" ShapeID="_x0000_i2288" DrawAspect="Content" ObjectID="_1699919024" r:id="rId2434"/>
        </w:object>
      </w:r>
      <w:r w:rsidRPr="007E5E58">
        <w:rPr>
          <w:rFonts w:cs="Times New Roman"/>
        </w:rPr>
        <w:t>.</w:t>
      </w:r>
    </w:p>
    <w:p w14:paraId="386909AE"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C. </w:t>
      </w:r>
      <w:r w:rsidRPr="007E5E58">
        <w:rPr>
          <w:rFonts w:cs="Times New Roman"/>
          <w:position w:val="-10"/>
        </w:rPr>
        <w:object w:dxaOrig="2180" w:dyaOrig="360" w14:anchorId="4DC6F670">
          <v:shape id="_x0000_i2289" type="#_x0000_t75" style="width:109.2pt;height:18pt" o:ole="">
            <v:imagedata r:id="rId2435" o:title=""/>
          </v:shape>
          <o:OLEObject Type="Embed" ProgID="Equation.DSMT4" ShapeID="_x0000_i2289" DrawAspect="Content" ObjectID="_1699919025" r:id="rId2436"/>
        </w:object>
      </w:r>
      <w:r w:rsidRPr="007E5E58">
        <w:rPr>
          <w:rFonts w:cs="Times New Roman"/>
        </w:rPr>
        <w:t>.</w:t>
      </w:r>
      <w:r w:rsidRPr="007E5E58">
        <w:rPr>
          <w:rFonts w:cs="Times New Roman"/>
        </w:rPr>
        <w:tab/>
      </w:r>
      <w:r w:rsidRPr="007E5E58">
        <w:rPr>
          <w:rFonts w:cs="Times New Roman"/>
          <w:b/>
          <w:color w:val="0000FF"/>
        </w:rPr>
        <w:t xml:space="preserve">D. </w:t>
      </w:r>
      <w:r w:rsidRPr="007E5E58">
        <w:rPr>
          <w:rFonts w:cs="Times New Roman"/>
          <w:position w:val="-10"/>
        </w:rPr>
        <w:object w:dxaOrig="2100" w:dyaOrig="360" w14:anchorId="64E8FAFB">
          <v:shape id="_x0000_i2290" type="#_x0000_t75" style="width:105pt;height:18pt" o:ole="">
            <v:imagedata r:id="rId2437" o:title=""/>
          </v:shape>
          <o:OLEObject Type="Embed" ProgID="Equation.DSMT4" ShapeID="_x0000_i2290" DrawAspect="Content" ObjectID="_1699919026" r:id="rId2438"/>
        </w:object>
      </w:r>
      <w:r w:rsidRPr="007E5E58">
        <w:rPr>
          <w:rFonts w:cs="Times New Roman"/>
        </w:rPr>
        <w:t>.</w:t>
      </w:r>
    </w:p>
    <w:p w14:paraId="30A52F94"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31:</w:t>
      </w:r>
      <w:r w:rsidRPr="007E5E58">
        <w:rPr>
          <w:rFonts w:cs="Times New Roman"/>
          <w:b/>
          <w:color w:val="0000FF"/>
        </w:rPr>
        <w:tab/>
      </w:r>
      <w:r w:rsidRPr="007E5E58">
        <w:rPr>
          <w:rFonts w:cs="Times New Roman"/>
        </w:rPr>
        <w:t xml:space="preserve">Cho tứ diện </w:t>
      </w:r>
      <w:r w:rsidRPr="007E5E58">
        <w:rPr>
          <w:position w:val="-6"/>
        </w:rPr>
        <w:object w:dxaOrig="720" w:dyaOrig="279" w14:anchorId="58F15649">
          <v:shape id="_x0000_i2291" type="#_x0000_t75" style="width:36pt;height:13.8pt" o:ole="">
            <v:imagedata r:id="rId2439" o:title=""/>
          </v:shape>
          <o:OLEObject Type="Embed" ProgID="Equation.DSMT4" ShapeID="_x0000_i2291" DrawAspect="Content" ObjectID="_1699919027" r:id="rId2440"/>
        </w:object>
      </w:r>
      <w:r w:rsidRPr="007E5E58">
        <w:rPr>
          <w:rFonts w:cs="Times New Roman"/>
        </w:rPr>
        <w:t xml:space="preserve">. Gọi </w:t>
      </w:r>
      <w:r w:rsidRPr="007E5E58">
        <w:rPr>
          <w:position w:val="-10"/>
        </w:rPr>
        <w:object w:dxaOrig="600" w:dyaOrig="320" w14:anchorId="3D8805F6">
          <v:shape id="_x0000_i2292" type="#_x0000_t75" style="width:30pt;height:16.2pt" o:ole="">
            <v:imagedata r:id="rId2441" o:title=""/>
          </v:shape>
          <o:OLEObject Type="Embed" ProgID="Equation.DSMT4" ShapeID="_x0000_i2292" DrawAspect="Content" ObjectID="_1699919028" r:id="rId2442"/>
        </w:object>
      </w:r>
      <w:r w:rsidRPr="007E5E58">
        <w:rPr>
          <w:rFonts w:cs="Times New Roman"/>
        </w:rPr>
        <w:t xml:space="preserve"> lần lượt là trung điểm của </w:t>
      </w:r>
      <w:r w:rsidRPr="007E5E58">
        <w:rPr>
          <w:position w:val="-10"/>
        </w:rPr>
        <w:object w:dxaOrig="840" w:dyaOrig="320" w14:anchorId="2659873C">
          <v:shape id="_x0000_i2293" type="#_x0000_t75" style="width:42pt;height:16.2pt" o:ole="">
            <v:imagedata r:id="rId2443" o:title=""/>
          </v:shape>
          <o:OLEObject Type="Embed" ProgID="Equation.DSMT4" ShapeID="_x0000_i2293" DrawAspect="Content" ObjectID="_1699919029" r:id="rId2444"/>
        </w:object>
      </w:r>
      <w:r w:rsidRPr="007E5E58">
        <w:rPr>
          <w:rFonts w:cs="Times New Roman"/>
        </w:rPr>
        <w:t xml:space="preserve">. Giao tuyến của hai mặt phẳng </w:t>
      </w:r>
      <w:r w:rsidRPr="007E5E58">
        <w:rPr>
          <w:position w:val="-10"/>
        </w:rPr>
        <w:object w:dxaOrig="760" w:dyaOrig="320" w14:anchorId="53A5CC9B">
          <v:shape id="_x0000_i2294" type="#_x0000_t75" style="width:37.8pt;height:16.2pt" o:ole="">
            <v:imagedata r:id="rId2445" o:title=""/>
          </v:shape>
          <o:OLEObject Type="Embed" ProgID="Equation.DSMT4" ShapeID="_x0000_i2294" DrawAspect="Content" ObjectID="_1699919030" r:id="rId2446"/>
        </w:object>
      </w:r>
      <w:r w:rsidRPr="007E5E58">
        <w:rPr>
          <w:rFonts w:cs="Times New Roman"/>
        </w:rPr>
        <w:t xml:space="preserve"> và </w:t>
      </w:r>
      <w:r w:rsidRPr="007E5E58">
        <w:rPr>
          <w:position w:val="-10"/>
        </w:rPr>
        <w:object w:dxaOrig="740" w:dyaOrig="320" w14:anchorId="1AA73EE9">
          <v:shape id="_x0000_i2295" type="#_x0000_t75" style="width:37.2pt;height:16.2pt" o:ole="">
            <v:imagedata r:id="rId2447" o:title=""/>
          </v:shape>
          <o:OLEObject Type="Embed" ProgID="Equation.DSMT4" ShapeID="_x0000_i2295" DrawAspect="Content" ObjectID="_1699919031" r:id="rId2448"/>
        </w:object>
      </w:r>
      <w:r w:rsidRPr="007E5E58">
        <w:rPr>
          <w:rFonts w:cs="Times New Roman"/>
        </w:rPr>
        <w:t xml:space="preserve"> là</w:t>
      </w:r>
    </w:p>
    <w:p w14:paraId="4C1F12A9"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 xml:space="preserve">đường thẳng </w:t>
      </w:r>
      <w:r w:rsidRPr="007E5E58">
        <w:rPr>
          <w:rFonts w:cs="Times New Roman"/>
          <w:position w:val="-6"/>
        </w:rPr>
        <w:object w:dxaOrig="460" w:dyaOrig="279" w14:anchorId="1D253A00">
          <v:shape id="_x0000_i2296" type="#_x0000_t75" style="width:22.8pt;height:13.8pt" o:ole="">
            <v:imagedata r:id="rId2449" o:title=""/>
          </v:shape>
          <o:OLEObject Type="Embed" ProgID="Equation.DSMT4" ShapeID="_x0000_i2296" DrawAspect="Content" ObjectID="_1699919032" r:id="rId2450"/>
        </w:object>
      </w:r>
      <w:r w:rsidRPr="007E5E58">
        <w:rPr>
          <w:rFonts w:cs="Times New Roman"/>
        </w:rPr>
        <w:t>.</w:t>
      </w:r>
    </w:p>
    <w:p w14:paraId="5F1BCBB0"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B. </w:t>
      </w:r>
      <w:r w:rsidRPr="007E5E58">
        <w:rPr>
          <w:rFonts w:cs="Times New Roman"/>
        </w:rPr>
        <w:t xml:space="preserve">đường thẳng </w:t>
      </w:r>
      <w:r w:rsidRPr="007E5E58">
        <w:rPr>
          <w:rFonts w:cs="Times New Roman"/>
          <w:position w:val="-4"/>
        </w:rPr>
        <w:object w:dxaOrig="480" w:dyaOrig="260" w14:anchorId="382EE52C">
          <v:shape id="_x0000_i2297" type="#_x0000_t75" style="width:24pt;height:13.2pt" o:ole="">
            <v:imagedata r:id="rId2451" o:title=""/>
          </v:shape>
          <o:OLEObject Type="Embed" ProgID="Equation.DSMT4" ShapeID="_x0000_i2297" DrawAspect="Content" ObjectID="_1699919033" r:id="rId2452"/>
        </w:object>
      </w:r>
      <w:r w:rsidRPr="007E5E58">
        <w:rPr>
          <w:rFonts w:cs="Times New Roman"/>
        </w:rPr>
        <w:t>.</w:t>
      </w:r>
    </w:p>
    <w:p w14:paraId="4862072A"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C. </w:t>
      </w:r>
      <w:r w:rsidRPr="007E5E58">
        <w:rPr>
          <w:rFonts w:cs="Times New Roman"/>
        </w:rPr>
        <w:t xml:space="preserve">đường thẳng </w:t>
      </w:r>
      <w:r w:rsidRPr="007E5E58">
        <w:rPr>
          <w:rFonts w:cs="Times New Roman"/>
          <w:position w:val="-6"/>
        </w:rPr>
        <w:object w:dxaOrig="420" w:dyaOrig="279" w14:anchorId="7A1A9449">
          <v:shape id="_x0000_i2298" type="#_x0000_t75" style="width:21pt;height:13.8pt" o:ole="">
            <v:imagedata r:id="rId2453" o:title=""/>
          </v:shape>
          <o:OLEObject Type="Embed" ProgID="Equation.DSMT4" ShapeID="_x0000_i2298" DrawAspect="Content" ObjectID="_1699919034" r:id="rId2454"/>
        </w:object>
      </w:r>
      <w:r w:rsidRPr="007E5E58">
        <w:rPr>
          <w:rFonts w:cs="Times New Roman"/>
        </w:rPr>
        <w:t xml:space="preserve"> (</w:t>
      </w:r>
      <w:r w:rsidRPr="007E5E58">
        <w:rPr>
          <w:rFonts w:cs="Times New Roman"/>
          <w:position w:val="-6"/>
        </w:rPr>
        <w:object w:dxaOrig="260" w:dyaOrig="279" w14:anchorId="68B7A369">
          <v:shape id="_x0000_i2299" type="#_x0000_t75" style="width:13.2pt;height:13.8pt" o:ole="">
            <v:imagedata r:id="rId2455" o:title=""/>
          </v:shape>
          <o:OLEObject Type="Embed" ProgID="Equation.DSMT4" ShapeID="_x0000_i2299" DrawAspect="Content" ObjectID="_1699919035" r:id="rId2456"/>
        </w:object>
      </w:r>
      <w:r w:rsidRPr="007E5E58">
        <w:rPr>
          <w:rFonts w:cs="Times New Roman"/>
        </w:rPr>
        <w:t xml:space="preserve"> là trọng tâm tam giác </w:t>
      </w:r>
      <w:r w:rsidRPr="007E5E58">
        <w:rPr>
          <w:rFonts w:cs="Times New Roman"/>
          <w:position w:val="-6"/>
        </w:rPr>
        <w:object w:dxaOrig="580" w:dyaOrig="279" w14:anchorId="6804ECC0">
          <v:shape id="_x0000_i2300" type="#_x0000_t75" style="width:28.8pt;height:13.8pt" o:ole="">
            <v:imagedata r:id="rId2457" o:title=""/>
          </v:shape>
          <o:OLEObject Type="Embed" ProgID="Equation.DSMT4" ShapeID="_x0000_i2300" DrawAspect="Content" ObjectID="_1699919036" r:id="rId2458"/>
        </w:object>
      </w:r>
      <w:r w:rsidRPr="007E5E58">
        <w:rPr>
          <w:rFonts w:cs="Times New Roman"/>
        </w:rPr>
        <w:t>).</w:t>
      </w:r>
    </w:p>
    <w:p w14:paraId="73B9A322"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D. </w:t>
      </w:r>
      <w:r w:rsidRPr="007E5E58">
        <w:rPr>
          <w:rFonts w:cs="Times New Roman"/>
        </w:rPr>
        <w:t xml:space="preserve">đường thẳng </w:t>
      </w:r>
      <w:r w:rsidRPr="007E5E58">
        <w:rPr>
          <w:rFonts w:cs="Times New Roman"/>
          <w:position w:val="-4"/>
        </w:rPr>
        <w:object w:dxaOrig="440" w:dyaOrig="260" w14:anchorId="1FFB7A63">
          <v:shape id="_x0000_i2301" type="#_x0000_t75" style="width:22.2pt;height:13.2pt" o:ole="">
            <v:imagedata r:id="rId2459" o:title=""/>
          </v:shape>
          <o:OLEObject Type="Embed" ProgID="Equation.DSMT4" ShapeID="_x0000_i2301" DrawAspect="Content" ObjectID="_1699919037" r:id="rId2460"/>
        </w:object>
      </w:r>
      <w:r w:rsidRPr="007E5E58">
        <w:rPr>
          <w:rFonts w:cs="Times New Roman"/>
        </w:rPr>
        <w:t xml:space="preserve"> (</w:t>
      </w:r>
      <w:r w:rsidRPr="007E5E58">
        <w:rPr>
          <w:rFonts w:cs="Times New Roman"/>
          <w:position w:val="-4"/>
        </w:rPr>
        <w:object w:dxaOrig="279" w:dyaOrig="260" w14:anchorId="0D92EC61">
          <v:shape id="_x0000_i2302" type="#_x0000_t75" style="width:13.8pt;height:13.2pt" o:ole="">
            <v:imagedata r:id="rId2461" o:title=""/>
          </v:shape>
          <o:OLEObject Type="Embed" ProgID="Equation.DSMT4" ShapeID="_x0000_i2302" DrawAspect="Content" ObjectID="_1699919038" r:id="rId2462"/>
        </w:object>
      </w:r>
      <w:r w:rsidRPr="007E5E58">
        <w:rPr>
          <w:rFonts w:cs="Times New Roman"/>
        </w:rPr>
        <w:t xml:space="preserve"> là trực tâm tam giác </w:t>
      </w:r>
      <w:r w:rsidRPr="007E5E58">
        <w:rPr>
          <w:rFonts w:cs="Times New Roman"/>
          <w:position w:val="-6"/>
        </w:rPr>
        <w:object w:dxaOrig="580" w:dyaOrig="279" w14:anchorId="5882F27E">
          <v:shape id="_x0000_i2303" type="#_x0000_t75" style="width:28.8pt;height:13.8pt" o:ole="">
            <v:imagedata r:id="rId2463" o:title=""/>
          </v:shape>
          <o:OLEObject Type="Embed" ProgID="Equation.DSMT4" ShapeID="_x0000_i2303" DrawAspect="Content" ObjectID="_1699919039" r:id="rId2464"/>
        </w:object>
      </w:r>
      <w:r w:rsidRPr="007E5E58">
        <w:rPr>
          <w:rFonts w:cs="Times New Roman"/>
        </w:rPr>
        <w:t>).</w:t>
      </w:r>
    </w:p>
    <w:p w14:paraId="33B43721"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32:</w:t>
      </w:r>
      <w:r w:rsidRPr="007E5E58">
        <w:rPr>
          <w:rFonts w:cs="Times New Roman"/>
          <w:b/>
          <w:color w:val="0000FF"/>
        </w:rPr>
        <w:tab/>
      </w:r>
      <w:r w:rsidRPr="007E5E58">
        <w:rPr>
          <w:rFonts w:cs="Times New Roman"/>
        </w:rPr>
        <w:t xml:space="preserve">Cho tứ diện </w:t>
      </w:r>
      <w:r w:rsidRPr="007E5E58">
        <w:rPr>
          <w:position w:val="-6"/>
        </w:rPr>
        <w:object w:dxaOrig="720" w:dyaOrig="279" w14:anchorId="329DC0E3">
          <v:shape id="_x0000_i2304" type="#_x0000_t75" style="width:36pt;height:13.8pt" o:ole="">
            <v:imagedata r:id="rId2465" o:title=""/>
          </v:shape>
          <o:OLEObject Type="Embed" ProgID="Equation.DSMT4" ShapeID="_x0000_i2304" DrawAspect="Content" ObjectID="_1699919040" r:id="rId2466"/>
        </w:object>
      </w:r>
      <w:r w:rsidRPr="007E5E58">
        <w:rPr>
          <w:rFonts w:cs="Times New Roman"/>
        </w:rPr>
        <w:t xml:space="preserve">. Gọi </w:t>
      </w:r>
      <w:r w:rsidRPr="007E5E58">
        <w:rPr>
          <w:position w:val="-10"/>
        </w:rPr>
        <w:object w:dxaOrig="499" w:dyaOrig="320" w14:anchorId="68FD9AA1">
          <v:shape id="_x0000_i2305" type="#_x0000_t75" style="width:25.2pt;height:16.2pt" o:ole="">
            <v:imagedata r:id="rId2467" o:title=""/>
          </v:shape>
          <o:OLEObject Type="Embed" ProgID="Equation.DSMT4" ShapeID="_x0000_i2305" DrawAspect="Content" ObjectID="_1699919041" r:id="rId2468"/>
        </w:object>
      </w:r>
      <w:r w:rsidRPr="007E5E58">
        <w:rPr>
          <w:rFonts w:cs="Times New Roman"/>
        </w:rPr>
        <w:t xml:space="preserve"> lần lượt là trọng tâm của các tam giác </w:t>
      </w:r>
      <w:r w:rsidRPr="007E5E58">
        <w:rPr>
          <w:position w:val="-10"/>
        </w:rPr>
        <w:object w:dxaOrig="1140" w:dyaOrig="320" w14:anchorId="64220E58">
          <v:shape id="_x0000_i2306" type="#_x0000_t75" style="width:57pt;height:16.2pt" o:ole="">
            <v:imagedata r:id="rId2469" o:title=""/>
          </v:shape>
          <o:OLEObject Type="Embed" ProgID="Equation.DSMT4" ShapeID="_x0000_i2306" DrawAspect="Content" ObjectID="_1699919042" r:id="rId2470"/>
        </w:object>
      </w:r>
      <w:r w:rsidRPr="007E5E58">
        <w:rPr>
          <w:rFonts w:cs="Times New Roman"/>
        </w:rPr>
        <w:t xml:space="preserve">. Gọi </w:t>
      </w:r>
      <w:r w:rsidRPr="007E5E58">
        <w:rPr>
          <w:position w:val="-4"/>
        </w:rPr>
        <w:object w:dxaOrig="220" w:dyaOrig="260" w14:anchorId="098D297A">
          <v:shape id="_x0000_i2307" type="#_x0000_t75" style="width:10.8pt;height:13.2pt" o:ole="">
            <v:imagedata r:id="rId2471" o:title=""/>
          </v:shape>
          <o:OLEObject Type="Embed" ProgID="Equation.DSMT4" ShapeID="_x0000_i2307" DrawAspect="Content" ObjectID="_1699919043" r:id="rId2472"/>
        </w:object>
      </w:r>
      <w:r w:rsidRPr="007E5E58">
        <w:rPr>
          <w:rFonts w:cs="Times New Roman"/>
        </w:rPr>
        <w:t xml:space="preserve"> là giao tuyến của hai mặt phẳng </w:t>
      </w:r>
      <w:r w:rsidRPr="007E5E58">
        <w:rPr>
          <w:position w:val="-10"/>
        </w:rPr>
        <w:object w:dxaOrig="740" w:dyaOrig="320" w14:anchorId="077CE931">
          <v:shape id="_x0000_i2308" type="#_x0000_t75" style="width:37.2pt;height:16.2pt" o:ole="">
            <v:imagedata r:id="rId2473" o:title=""/>
          </v:shape>
          <o:OLEObject Type="Embed" ProgID="Equation.DSMT4" ShapeID="_x0000_i2308" DrawAspect="Content" ObjectID="_1699919044" r:id="rId2474"/>
        </w:object>
      </w:r>
      <w:r w:rsidRPr="007E5E58">
        <w:rPr>
          <w:rFonts w:cs="Times New Roman"/>
        </w:rPr>
        <w:t xml:space="preserve"> và </w:t>
      </w:r>
      <w:r w:rsidRPr="007E5E58">
        <w:rPr>
          <w:position w:val="-10"/>
        </w:rPr>
        <w:object w:dxaOrig="740" w:dyaOrig="320" w14:anchorId="5E0AB54C">
          <v:shape id="_x0000_i2309" type="#_x0000_t75" style="width:37.2pt;height:16.2pt" o:ole="">
            <v:imagedata r:id="rId2475" o:title=""/>
          </v:shape>
          <o:OLEObject Type="Embed" ProgID="Equation.DSMT4" ShapeID="_x0000_i2309" DrawAspect="Content" ObjectID="_1699919045" r:id="rId2476"/>
        </w:object>
      </w:r>
      <w:r w:rsidRPr="007E5E58">
        <w:rPr>
          <w:rFonts w:cs="Times New Roman"/>
        </w:rPr>
        <w:t xml:space="preserve">. Đường thẳng </w:t>
      </w:r>
      <w:r w:rsidRPr="007E5E58">
        <w:rPr>
          <w:position w:val="-4"/>
        </w:rPr>
        <w:object w:dxaOrig="220" w:dyaOrig="260" w14:anchorId="5BD9FCCC">
          <v:shape id="_x0000_i2310" type="#_x0000_t75" style="width:10.8pt;height:13.2pt" o:ole="">
            <v:imagedata r:id="rId2477" o:title=""/>
          </v:shape>
          <o:OLEObject Type="Embed" ProgID="Equation.DSMT4" ShapeID="_x0000_i2310" DrawAspect="Content" ObjectID="_1699919046" r:id="rId2478"/>
        </w:object>
      </w:r>
      <w:r w:rsidRPr="007E5E58">
        <w:rPr>
          <w:rFonts w:cs="Times New Roman"/>
        </w:rPr>
        <w:t xml:space="preserve"> song song với đường thẳng nào dưới đây?</w:t>
      </w:r>
    </w:p>
    <w:p w14:paraId="23B3B67F"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rPr>
        <w:t xml:space="preserve">Đường thẳng </w:t>
      </w:r>
      <w:r w:rsidRPr="007E5E58">
        <w:rPr>
          <w:rFonts w:cs="Times New Roman"/>
          <w:position w:val="-4"/>
        </w:rPr>
        <w:object w:dxaOrig="420" w:dyaOrig="260" w14:anchorId="54C4164B">
          <v:shape id="_x0000_i2311" type="#_x0000_t75" style="width:21pt;height:13.2pt" o:ole="">
            <v:imagedata r:id="rId2479" o:title=""/>
          </v:shape>
          <o:OLEObject Type="Embed" ProgID="Equation.DSMT4" ShapeID="_x0000_i2311" DrawAspect="Content" ObjectID="_1699919047" r:id="rId2480"/>
        </w:object>
      </w:r>
      <w:r w:rsidRPr="007E5E58">
        <w:rPr>
          <w:rFonts w:cs="Times New Roman"/>
        </w:rPr>
        <w:t>.</w:t>
      </w:r>
      <w:r w:rsidRPr="007E5E58">
        <w:rPr>
          <w:rFonts w:cs="Times New Roman"/>
        </w:rPr>
        <w:tab/>
      </w:r>
      <w:r>
        <w:rPr>
          <w:rFonts w:cs="Times New Roman"/>
        </w:rPr>
        <w:tab/>
      </w:r>
      <w:r w:rsidRPr="007E5E58">
        <w:rPr>
          <w:rFonts w:cs="Times New Roman"/>
          <w:b/>
          <w:color w:val="0000FF"/>
        </w:rPr>
        <w:t xml:space="preserve">B. </w:t>
      </w:r>
      <w:r w:rsidRPr="007E5E58">
        <w:rPr>
          <w:rFonts w:cs="Times New Roman"/>
        </w:rPr>
        <w:t xml:space="preserve">Đường thẳng </w:t>
      </w:r>
      <w:r w:rsidRPr="007E5E58">
        <w:rPr>
          <w:rFonts w:cs="Times New Roman"/>
          <w:position w:val="-6"/>
        </w:rPr>
        <w:object w:dxaOrig="400" w:dyaOrig="279" w14:anchorId="01982294">
          <v:shape id="_x0000_i2312" type="#_x0000_t75" style="width:19.8pt;height:13.8pt" o:ole="">
            <v:imagedata r:id="rId2481" o:title=""/>
          </v:shape>
          <o:OLEObject Type="Embed" ProgID="Equation.DSMT4" ShapeID="_x0000_i2312" DrawAspect="Content" ObjectID="_1699919048" r:id="rId2482"/>
        </w:object>
      </w:r>
      <w:r w:rsidRPr="007E5E58">
        <w:rPr>
          <w:rFonts w:cs="Times New Roman"/>
        </w:rPr>
        <w:t>.</w:t>
      </w:r>
    </w:p>
    <w:p w14:paraId="406CE0E1"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C. </w:t>
      </w:r>
      <w:r w:rsidRPr="007E5E58">
        <w:rPr>
          <w:rFonts w:cs="Times New Roman"/>
        </w:rPr>
        <w:t xml:space="preserve">Đường thẳng </w:t>
      </w:r>
      <w:r w:rsidRPr="007E5E58">
        <w:rPr>
          <w:rFonts w:cs="Times New Roman"/>
          <w:position w:val="-4"/>
        </w:rPr>
        <w:object w:dxaOrig="400" w:dyaOrig="260" w14:anchorId="44732763">
          <v:shape id="_x0000_i2313" type="#_x0000_t75" style="width:19.8pt;height:13.2pt" o:ole="">
            <v:imagedata r:id="rId2483" o:title=""/>
          </v:shape>
          <o:OLEObject Type="Embed" ProgID="Equation.DSMT4" ShapeID="_x0000_i2313" DrawAspect="Content" ObjectID="_1699919049" r:id="rId2484"/>
        </w:object>
      </w:r>
      <w:r w:rsidRPr="007E5E58">
        <w:rPr>
          <w:rFonts w:cs="Times New Roman"/>
        </w:rPr>
        <w:t>.</w:t>
      </w:r>
      <w:r w:rsidRPr="007E5E58">
        <w:rPr>
          <w:rFonts w:cs="Times New Roman"/>
        </w:rPr>
        <w:tab/>
      </w:r>
      <w:r>
        <w:rPr>
          <w:rFonts w:cs="Times New Roman"/>
        </w:rPr>
        <w:tab/>
      </w:r>
      <w:r w:rsidRPr="007E5E58">
        <w:rPr>
          <w:rFonts w:cs="Times New Roman"/>
          <w:b/>
          <w:color w:val="0000FF"/>
        </w:rPr>
        <w:t xml:space="preserve">D. </w:t>
      </w:r>
      <w:r w:rsidRPr="007E5E58">
        <w:rPr>
          <w:rFonts w:cs="Times New Roman"/>
        </w:rPr>
        <w:t xml:space="preserve">Đường thẳng </w:t>
      </w:r>
      <w:r w:rsidRPr="007E5E58">
        <w:rPr>
          <w:rFonts w:cs="Times New Roman"/>
          <w:position w:val="-6"/>
        </w:rPr>
        <w:object w:dxaOrig="400" w:dyaOrig="279" w14:anchorId="10BACD79">
          <v:shape id="_x0000_i2314" type="#_x0000_t75" style="width:19.8pt;height:13.8pt" o:ole="">
            <v:imagedata r:id="rId2485" o:title=""/>
          </v:shape>
          <o:OLEObject Type="Embed" ProgID="Equation.DSMT4" ShapeID="_x0000_i2314" DrawAspect="Content" ObjectID="_1699919050" r:id="rId2486"/>
        </w:object>
      </w:r>
      <w:r w:rsidRPr="007E5E58">
        <w:rPr>
          <w:rFonts w:cs="Times New Roman"/>
        </w:rPr>
        <w:t>.</w:t>
      </w:r>
    </w:p>
    <w:p w14:paraId="2BFC012A" w14:textId="77777777" w:rsidR="00DE7E5C" w:rsidRPr="007E5E58" w:rsidRDefault="00DE7E5C" w:rsidP="007E5E58">
      <w:pPr>
        <w:tabs>
          <w:tab w:val="left" w:pos="992"/>
        </w:tabs>
        <w:spacing w:before="120" w:after="0"/>
        <w:ind w:left="992" w:hanging="992"/>
        <w:jc w:val="both"/>
        <w:rPr>
          <w:rFonts w:cs="Times New Roman"/>
        </w:rPr>
      </w:pPr>
      <w:r w:rsidRPr="007E5E58">
        <w:rPr>
          <w:rFonts w:cs="Times New Roman"/>
          <w:b/>
          <w:color w:val="0000FF"/>
        </w:rPr>
        <w:t>Câu 33:</w:t>
      </w:r>
      <w:r w:rsidRPr="007E5E58">
        <w:rPr>
          <w:rFonts w:cs="Times New Roman"/>
          <w:b/>
          <w:color w:val="0000FF"/>
        </w:rPr>
        <w:tab/>
      </w:r>
      <w:r w:rsidRPr="007E5E58">
        <w:rPr>
          <w:rFonts w:cs="Times New Roman"/>
        </w:rPr>
        <w:t xml:space="preserve">Cho hình chóp </w:t>
      </w:r>
      <w:r w:rsidRPr="007E5E58">
        <w:rPr>
          <w:position w:val="-6"/>
        </w:rPr>
        <w:object w:dxaOrig="920" w:dyaOrig="279" w14:anchorId="696944FD">
          <v:shape id="_x0000_i2315" type="#_x0000_t75" style="width:46.2pt;height:13.8pt" o:ole="">
            <v:imagedata r:id="rId2487" o:title=""/>
          </v:shape>
          <o:OLEObject Type="Embed" ProgID="Equation.DSMT4" ShapeID="_x0000_i2315" DrawAspect="Content" ObjectID="_1699919051" r:id="rId2488"/>
        </w:object>
      </w:r>
      <w:r w:rsidRPr="007E5E58">
        <w:rPr>
          <w:rFonts w:cs="Times New Roman"/>
        </w:rPr>
        <w:t xml:space="preserve">. Trên các cạnh </w:t>
      </w:r>
      <w:r w:rsidRPr="007E5E58">
        <w:rPr>
          <w:position w:val="-10"/>
        </w:rPr>
        <w:object w:dxaOrig="800" w:dyaOrig="320" w14:anchorId="06889A4C">
          <v:shape id="_x0000_i2316" type="#_x0000_t75" style="width:40.2pt;height:16.2pt" o:ole="">
            <v:imagedata r:id="rId2489" o:title=""/>
          </v:shape>
          <o:OLEObject Type="Embed" ProgID="Equation.DSMT4" ShapeID="_x0000_i2316" DrawAspect="Content" ObjectID="_1699919052" r:id="rId2490"/>
        </w:object>
      </w:r>
      <w:r w:rsidRPr="007E5E58">
        <w:rPr>
          <w:rFonts w:cs="Times New Roman"/>
        </w:rPr>
        <w:t xml:space="preserve"> lấy lần lượt các điểm </w:t>
      </w:r>
      <w:r w:rsidRPr="007E5E58">
        <w:rPr>
          <w:position w:val="-10"/>
        </w:rPr>
        <w:object w:dxaOrig="480" w:dyaOrig="320" w14:anchorId="4193F6CE">
          <v:shape id="_x0000_i2317" type="#_x0000_t75" style="width:24pt;height:16.2pt" o:ole="">
            <v:imagedata r:id="rId2491" o:title=""/>
          </v:shape>
          <o:OLEObject Type="Embed" ProgID="Equation.DSMT4" ShapeID="_x0000_i2317" DrawAspect="Content" ObjectID="_1699919053" r:id="rId2492"/>
        </w:object>
      </w:r>
      <w:r w:rsidRPr="007E5E58">
        <w:rPr>
          <w:rFonts w:cs="Times New Roman"/>
        </w:rPr>
        <w:t xml:space="preserve"> sao cho </w:t>
      </w:r>
      <w:r w:rsidRPr="007E5E58">
        <w:rPr>
          <w:position w:val="-24"/>
        </w:rPr>
        <w:object w:dxaOrig="1040" w:dyaOrig="620" w14:anchorId="64700238">
          <v:shape id="_x0000_i2318" type="#_x0000_t75" style="width:52.2pt;height:31.2pt" o:ole="">
            <v:imagedata r:id="rId2493" o:title=""/>
          </v:shape>
          <o:OLEObject Type="Embed" ProgID="Equation.DSMT4" ShapeID="_x0000_i2318" DrawAspect="Content" ObjectID="_1699919054" r:id="rId2494"/>
        </w:object>
      </w:r>
      <w:r w:rsidRPr="007E5E58">
        <w:rPr>
          <w:rFonts w:cs="Times New Roman"/>
        </w:rPr>
        <w:t>.</w:t>
      </w:r>
    </w:p>
    <w:p w14:paraId="7DC57189" w14:textId="77777777" w:rsidR="00DE7E5C" w:rsidRPr="007E5E58" w:rsidRDefault="00DE7E5C" w:rsidP="007E5E58">
      <w:pPr>
        <w:ind w:left="992"/>
        <w:jc w:val="both"/>
        <w:rPr>
          <w:rFonts w:cs="Times New Roman"/>
        </w:rPr>
      </w:pPr>
      <w:r w:rsidRPr="007E5E58">
        <w:rPr>
          <w:rFonts w:cs="Times New Roman"/>
        </w:rPr>
        <w:t xml:space="preserve">Mặt phẳng </w:t>
      </w:r>
      <w:r w:rsidRPr="007E5E58">
        <w:rPr>
          <w:rFonts w:cs="Times New Roman"/>
          <w:position w:val="-10"/>
        </w:rPr>
        <w:object w:dxaOrig="400" w:dyaOrig="320" w14:anchorId="3811FFD4">
          <v:shape id="_x0000_i2319" type="#_x0000_t75" style="width:19.8pt;height:16.2pt" o:ole="">
            <v:imagedata r:id="rId2495" o:title=""/>
          </v:shape>
          <o:OLEObject Type="Embed" ProgID="Equation.DSMT4" ShapeID="_x0000_i2319" DrawAspect="Content" ObjectID="_1699919055" r:id="rId2496"/>
        </w:object>
      </w:r>
      <w:r w:rsidRPr="007E5E58">
        <w:rPr>
          <w:rFonts w:cs="Times New Roman"/>
        </w:rPr>
        <w:t xml:space="preserve"> đi qua </w:t>
      </w:r>
      <w:r w:rsidRPr="007E5E58">
        <w:rPr>
          <w:rFonts w:cs="Times New Roman"/>
          <w:position w:val="-4"/>
        </w:rPr>
        <w:object w:dxaOrig="340" w:dyaOrig="260" w14:anchorId="2590278F">
          <v:shape id="_x0000_i2320" type="#_x0000_t75" style="width:16.8pt;height:13.2pt" o:ole="">
            <v:imagedata r:id="rId2497" o:title=""/>
          </v:shape>
          <o:OLEObject Type="Embed" ProgID="Equation.DSMT4" ShapeID="_x0000_i2320" DrawAspect="Content" ObjectID="_1699919056" r:id="rId2498"/>
        </w:object>
      </w:r>
      <w:r w:rsidRPr="007E5E58">
        <w:rPr>
          <w:rFonts w:cs="Times New Roman"/>
        </w:rPr>
        <w:t xml:space="preserve">, cắt các đường thẳng </w:t>
      </w:r>
      <w:r w:rsidRPr="007E5E58">
        <w:rPr>
          <w:rFonts w:cs="Times New Roman"/>
          <w:position w:val="-10"/>
        </w:rPr>
        <w:object w:dxaOrig="1579" w:dyaOrig="320" w14:anchorId="264A4DA0">
          <v:shape id="_x0000_i2321" type="#_x0000_t75" style="width:79.2pt;height:16.2pt" o:ole="">
            <v:imagedata r:id="rId2499" o:title=""/>
          </v:shape>
          <o:OLEObject Type="Embed" ProgID="Equation.DSMT4" ShapeID="_x0000_i2321" DrawAspect="Content" ObjectID="_1699919057" r:id="rId2500"/>
        </w:object>
      </w:r>
      <w:r w:rsidRPr="007E5E58">
        <w:rPr>
          <w:rFonts w:cs="Times New Roman"/>
        </w:rPr>
        <w:t xml:space="preserve"> tại các điểm theo thứ tự là </w:t>
      </w:r>
      <w:r w:rsidRPr="007E5E58">
        <w:rPr>
          <w:rFonts w:cs="Times New Roman"/>
          <w:position w:val="-10"/>
        </w:rPr>
        <w:object w:dxaOrig="1100" w:dyaOrig="320" w14:anchorId="0B90C134">
          <v:shape id="_x0000_i2322" type="#_x0000_t75" style="width:55.2pt;height:16.2pt" o:ole="">
            <v:imagedata r:id="rId2501" o:title=""/>
          </v:shape>
          <o:OLEObject Type="Embed" ProgID="Equation.DSMT4" ShapeID="_x0000_i2322" DrawAspect="Content" ObjectID="_1699919058" r:id="rId2502"/>
        </w:object>
      </w:r>
      <w:r w:rsidRPr="007E5E58">
        <w:rPr>
          <w:rFonts w:cs="Times New Roman"/>
        </w:rPr>
        <w:t>. Khẳng định nào sau đây là đúng?</w:t>
      </w:r>
    </w:p>
    <w:p w14:paraId="1AA18756"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A. </w:t>
      </w:r>
      <w:r w:rsidRPr="007E5E58">
        <w:rPr>
          <w:rFonts w:cs="Times New Roman"/>
          <w:position w:val="-10"/>
        </w:rPr>
        <w:object w:dxaOrig="460" w:dyaOrig="320" w14:anchorId="4B50A5B5">
          <v:shape id="_x0000_i2323" type="#_x0000_t75" style="width:22.8pt;height:16.2pt" o:ole="">
            <v:imagedata r:id="rId2503" o:title=""/>
          </v:shape>
          <o:OLEObject Type="Embed" ProgID="Equation.DSMT4" ShapeID="_x0000_i2323" DrawAspect="Content" ObjectID="_1699919059" r:id="rId2504"/>
        </w:object>
      </w:r>
      <w:r w:rsidRPr="007E5E58">
        <w:rPr>
          <w:rFonts w:cs="Times New Roman"/>
        </w:rPr>
        <w:t xml:space="preserve"> và </w:t>
      </w:r>
      <w:r w:rsidRPr="007E5E58">
        <w:rPr>
          <w:rFonts w:cs="Times New Roman"/>
          <w:position w:val="-6"/>
        </w:rPr>
        <w:object w:dxaOrig="400" w:dyaOrig="279" w14:anchorId="6FF1E4F9">
          <v:shape id="_x0000_i2324" type="#_x0000_t75" style="width:19.8pt;height:13.8pt" o:ole="">
            <v:imagedata r:id="rId2505" o:title=""/>
          </v:shape>
          <o:OLEObject Type="Embed" ProgID="Equation.DSMT4" ShapeID="_x0000_i2324" DrawAspect="Content" ObjectID="_1699919060" r:id="rId2506"/>
        </w:object>
      </w:r>
      <w:r w:rsidRPr="007E5E58">
        <w:rPr>
          <w:rFonts w:cs="Times New Roman"/>
        </w:rPr>
        <w:t xml:space="preserve"> cắt nhau.</w:t>
      </w:r>
    </w:p>
    <w:p w14:paraId="41D1BDBE"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B. </w:t>
      </w:r>
      <w:r w:rsidRPr="007E5E58">
        <w:rPr>
          <w:rFonts w:cs="Times New Roman"/>
        </w:rPr>
        <w:t xml:space="preserve">Tứ giác </w:t>
      </w:r>
      <w:r w:rsidRPr="007E5E58">
        <w:rPr>
          <w:rFonts w:cs="Times New Roman"/>
          <w:position w:val="-10"/>
        </w:rPr>
        <w:object w:dxaOrig="760" w:dyaOrig="320" w14:anchorId="2DEA0497">
          <v:shape id="_x0000_i2325" type="#_x0000_t75" style="width:37.8pt;height:16.2pt" o:ole="">
            <v:imagedata r:id="rId2507" o:title=""/>
          </v:shape>
          <o:OLEObject Type="Embed" ProgID="Equation.DSMT4" ShapeID="_x0000_i2325" DrawAspect="Content" ObjectID="_1699919061" r:id="rId2508"/>
        </w:object>
      </w:r>
      <w:r w:rsidRPr="007E5E58">
        <w:rPr>
          <w:rFonts w:cs="Times New Roman"/>
        </w:rPr>
        <w:t xml:space="preserve"> là hình bình hành.</w:t>
      </w:r>
    </w:p>
    <w:p w14:paraId="2668F126"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t xml:space="preserve">C. </w:t>
      </w:r>
      <w:r w:rsidRPr="007E5E58">
        <w:rPr>
          <w:rFonts w:cs="Times New Roman"/>
        </w:rPr>
        <w:t xml:space="preserve">Tứ giác </w:t>
      </w:r>
      <w:r w:rsidRPr="007E5E58">
        <w:rPr>
          <w:rFonts w:cs="Times New Roman"/>
          <w:position w:val="-10"/>
        </w:rPr>
        <w:object w:dxaOrig="760" w:dyaOrig="320" w14:anchorId="05BEF07F">
          <v:shape id="_x0000_i2326" type="#_x0000_t75" style="width:37.8pt;height:16.2pt" o:ole="">
            <v:imagedata r:id="rId2509" o:title=""/>
          </v:shape>
          <o:OLEObject Type="Embed" ProgID="Equation.DSMT4" ShapeID="_x0000_i2326" DrawAspect="Content" ObjectID="_1699919062" r:id="rId2510"/>
        </w:object>
      </w:r>
      <w:r w:rsidRPr="007E5E58">
        <w:rPr>
          <w:rFonts w:cs="Times New Roman"/>
        </w:rPr>
        <w:t xml:space="preserve"> không có cặp cạnh nào song song.</w:t>
      </w:r>
    </w:p>
    <w:p w14:paraId="22F81174" w14:textId="77777777" w:rsidR="00DE7E5C" w:rsidRPr="007E5E58" w:rsidRDefault="00DE7E5C" w:rsidP="007E5E58">
      <w:pPr>
        <w:tabs>
          <w:tab w:val="left" w:pos="3402"/>
          <w:tab w:val="left" w:pos="5669"/>
          <w:tab w:val="left" w:pos="7937"/>
        </w:tabs>
        <w:spacing w:after="0"/>
        <w:ind w:left="992"/>
        <w:jc w:val="both"/>
        <w:rPr>
          <w:rFonts w:cs="Times New Roman"/>
        </w:rPr>
      </w:pPr>
      <w:r w:rsidRPr="007E5E58">
        <w:rPr>
          <w:rFonts w:cs="Times New Roman"/>
          <w:b/>
          <w:color w:val="0000FF"/>
        </w:rPr>
        <w:lastRenderedPageBreak/>
        <w:t xml:space="preserve">D. </w:t>
      </w:r>
      <w:r w:rsidRPr="007E5E58">
        <w:rPr>
          <w:rFonts w:cs="Times New Roman"/>
          <w:position w:val="-10"/>
        </w:rPr>
        <w:object w:dxaOrig="1020" w:dyaOrig="320" w14:anchorId="091CF13C">
          <v:shape id="_x0000_i2327" type="#_x0000_t75" style="width:51pt;height:16.2pt" o:ole="">
            <v:imagedata r:id="rId2511" o:title=""/>
          </v:shape>
          <o:OLEObject Type="Embed" ProgID="Equation.DSMT4" ShapeID="_x0000_i2327" DrawAspect="Content" ObjectID="_1699919063" r:id="rId2512"/>
        </w:object>
      </w:r>
      <w:r w:rsidRPr="007E5E58">
        <w:rPr>
          <w:rFonts w:cs="Times New Roman"/>
        </w:rPr>
        <w:t>.</w:t>
      </w:r>
    </w:p>
    <w:p w14:paraId="21C25008" w14:textId="77777777" w:rsidR="00DE7E5C" w:rsidRPr="007E5E58" w:rsidRDefault="00DE7E5C" w:rsidP="007E5E58">
      <w:pPr>
        <w:ind w:left="992"/>
        <w:rPr>
          <w:rFonts w:cs="Times New Roman"/>
        </w:rPr>
      </w:pPr>
      <w:r w:rsidRPr="007E5E58">
        <w:rPr>
          <w:rFonts w:cs="Times New Roman"/>
          <w:b/>
        </w:rPr>
        <w:t>Phần II: Tự luận</w:t>
      </w:r>
    </w:p>
    <w:p w14:paraId="368501EC" w14:textId="77777777" w:rsidR="00DE7E5C" w:rsidRPr="007E5E58" w:rsidRDefault="00DE7E5C" w:rsidP="007E5E58">
      <w:pPr>
        <w:ind w:left="992" w:hanging="992"/>
        <w:jc w:val="both"/>
        <w:rPr>
          <w:rFonts w:cs="Times New Roman"/>
        </w:rPr>
      </w:pPr>
      <w:r w:rsidRPr="007E5E58">
        <w:rPr>
          <w:rFonts w:cs="Times New Roman"/>
          <w:b/>
        </w:rPr>
        <w:t xml:space="preserve">Bài 1: </w:t>
      </w:r>
      <w:r w:rsidRPr="007E5E58">
        <w:rPr>
          <w:rFonts w:cs="Times New Roman"/>
        </w:rPr>
        <w:t xml:space="preserve">Cho cấp số cộng </w:t>
      </w:r>
      <w:r w:rsidRPr="007E5E58">
        <w:rPr>
          <w:rFonts w:cs="Times New Roman"/>
          <w:position w:val="-14"/>
        </w:rPr>
        <w:object w:dxaOrig="480" w:dyaOrig="400" w14:anchorId="365F4E02">
          <v:shape id="_x0000_i2328" type="#_x0000_t75" style="width:24pt;height:19.8pt" o:ole="">
            <v:imagedata r:id="rId2513" o:title=""/>
          </v:shape>
          <o:OLEObject Type="Embed" ProgID="Equation.DSMT4" ShapeID="_x0000_i2328" DrawAspect="Content" ObjectID="_1699919064" r:id="rId2514"/>
        </w:object>
      </w:r>
      <w:r w:rsidRPr="007E5E58">
        <w:rPr>
          <w:rFonts w:cs="Times New Roman"/>
        </w:rPr>
        <w:t xml:space="preserve"> thỏa mãn </w:t>
      </w:r>
      <w:r w:rsidRPr="007E5E58">
        <w:rPr>
          <w:rFonts w:cs="Times New Roman"/>
          <w:position w:val="-12"/>
        </w:rPr>
        <w:object w:dxaOrig="1740" w:dyaOrig="360" w14:anchorId="014079F2">
          <v:shape id="_x0000_i2329" type="#_x0000_t75" style="width:87pt;height:18pt" o:ole="">
            <v:imagedata r:id="rId2515" o:title=""/>
          </v:shape>
          <o:OLEObject Type="Embed" ProgID="Equation.DSMT4" ShapeID="_x0000_i2329" DrawAspect="Content" ObjectID="_1699919065" r:id="rId2516"/>
        </w:object>
      </w:r>
      <w:r w:rsidRPr="007E5E58">
        <w:rPr>
          <w:rFonts w:cs="Times New Roman"/>
        </w:rPr>
        <w:t xml:space="preserve"> và </w:t>
      </w:r>
      <w:r w:rsidRPr="007E5E58">
        <w:rPr>
          <w:rFonts w:cs="Times New Roman"/>
          <w:position w:val="-12"/>
        </w:rPr>
        <w:object w:dxaOrig="1140" w:dyaOrig="360" w14:anchorId="2192FCE0">
          <v:shape id="_x0000_i2330" type="#_x0000_t75" style="width:57pt;height:18pt" o:ole="">
            <v:imagedata r:id="rId2517" o:title=""/>
          </v:shape>
          <o:OLEObject Type="Embed" ProgID="Equation.DSMT4" ShapeID="_x0000_i2330" DrawAspect="Content" ObjectID="_1699919066" r:id="rId2518"/>
        </w:object>
      </w:r>
      <w:r w:rsidRPr="007E5E58">
        <w:rPr>
          <w:rFonts w:cs="Times New Roman"/>
        </w:rPr>
        <w:t xml:space="preserve">. Tìm </w:t>
      </w:r>
      <w:r w:rsidRPr="007E5E58">
        <w:rPr>
          <w:rFonts w:cs="Times New Roman"/>
          <w:position w:val="-12"/>
        </w:rPr>
        <w:object w:dxaOrig="240" w:dyaOrig="360" w14:anchorId="1EFBED8D">
          <v:shape id="_x0000_i2331" type="#_x0000_t75" style="width:12pt;height:18pt" o:ole="">
            <v:imagedata r:id="rId2519" o:title=""/>
          </v:shape>
          <o:OLEObject Type="Embed" ProgID="Equation.DSMT4" ShapeID="_x0000_i2331" DrawAspect="Content" ObjectID="_1699919067" r:id="rId2520"/>
        </w:object>
      </w:r>
      <w:r w:rsidRPr="007E5E58">
        <w:rPr>
          <w:rFonts w:cs="Times New Roman"/>
        </w:rPr>
        <w:t xml:space="preserve"> và công sai của cấp số cộng đã cho.</w:t>
      </w:r>
    </w:p>
    <w:p w14:paraId="27A78B5C" w14:textId="77777777" w:rsidR="00DE7E5C" w:rsidRPr="007E5E58" w:rsidRDefault="00DE7E5C" w:rsidP="007E5E58">
      <w:pPr>
        <w:ind w:left="992" w:hanging="992"/>
        <w:jc w:val="both"/>
        <w:rPr>
          <w:rFonts w:cs="Times New Roman"/>
        </w:rPr>
      </w:pPr>
      <w:r w:rsidRPr="007E5E58">
        <w:rPr>
          <w:rFonts w:cs="Times New Roman"/>
          <w:b/>
        </w:rPr>
        <w:t xml:space="preserve">Bài 2: </w:t>
      </w:r>
      <w:r w:rsidRPr="007E5E58">
        <w:rPr>
          <w:rFonts w:cs="Times New Roman"/>
        </w:rPr>
        <w:t xml:space="preserve">Cho hình chóp </w:t>
      </w:r>
      <w:r w:rsidRPr="007E5E58">
        <w:rPr>
          <w:rFonts w:cs="Times New Roman"/>
          <w:position w:val="-6"/>
        </w:rPr>
        <w:object w:dxaOrig="920" w:dyaOrig="279" w14:anchorId="41D506D6">
          <v:shape id="_x0000_i2332" type="#_x0000_t75" style="width:46.2pt;height:13.8pt" o:ole="">
            <v:imagedata r:id="rId2521" o:title=""/>
          </v:shape>
          <o:OLEObject Type="Embed" ProgID="Equation.DSMT4" ShapeID="_x0000_i2332" DrawAspect="Content" ObjectID="_1699919068" r:id="rId2522"/>
        </w:object>
      </w:r>
      <w:r w:rsidRPr="007E5E58">
        <w:rPr>
          <w:rFonts w:cs="Times New Roman"/>
        </w:rPr>
        <w:t xml:space="preserve"> có đáy </w:t>
      </w:r>
      <w:r w:rsidRPr="007E5E58">
        <w:rPr>
          <w:rFonts w:cs="Times New Roman"/>
          <w:position w:val="-6"/>
        </w:rPr>
        <w:object w:dxaOrig="720" w:dyaOrig="279" w14:anchorId="24742250">
          <v:shape id="_x0000_i2333" type="#_x0000_t75" style="width:36pt;height:13.8pt" o:ole="">
            <v:imagedata r:id="rId2523" o:title=""/>
          </v:shape>
          <o:OLEObject Type="Embed" ProgID="Equation.DSMT4" ShapeID="_x0000_i2333" DrawAspect="Content" ObjectID="_1699919069" r:id="rId2524"/>
        </w:object>
      </w:r>
      <w:r w:rsidRPr="007E5E58">
        <w:rPr>
          <w:rFonts w:cs="Times New Roman"/>
        </w:rPr>
        <w:t xml:space="preserve"> là hình bình hành có tâm </w:t>
      </w:r>
      <w:r w:rsidRPr="007E5E58">
        <w:rPr>
          <w:rFonts w:cs="Times New Roman"/>
          <w:position w:val="-6"/>
        </w:rPr>
        <w:object w:dxaOrig="240" w:dyaOrig="279" w14:anchorId="16551BB3">
          <v:shape id="_x0000_i2334" type="#_x0000_t75" style="width:12pt;height:13.8pt" o:ole="">
            <v:imagedata r:id="rId2525" o:title=""/>
          </v:shape>
          <o:OLEObject Type="Embed" ProgID="Equation.DSMT4" ShapeID="_x0000_i2334" DrawAspect="Content" ObjectID="_1699919070" r:id="rId2526"/>
        </w:object>
      </w:r>
      <w:r w:rsidRPr="007E5E58">
        <w:rPr>
          <w:rFonts w:cs="Times New Roman"/>
        </w:rPr>
        <w:t xml:space="preserve">. Gọi </w:t>
      </w:r>
      <w:r w:rsidRPr="007E5E58">
        <w:rPr>
          <w:rFonts w:cs="Times New Roman"/>
          <w:position w:val="-6"/>
        </w:rPr>
        <w:object w:dxaOrig="279" w:dyaOrig="279" w14:anchorId="5A146430">
          <v:shape id="_x0000_i2335" type="#_x0000_t75" style="width:13.8pt;height:13.8pt" o:ole="">
            <v:imagedata r:id="rId2527" o:title=""/>
          </v:shape>
          <o:OLEObject Type="Embed" ProgID="Equation.DSMT4" ShapeID="_x0000_i2335" DrawAspect="Content" ObjectID="_1699919071" r:id="rId2528"/>
        </w:object>
      </w:r>
      <w:r w:rsidRPr="007E5E58">
        <w:rPr>
          <w:rFonts w:cs="Times New Roman"/>
        </w:rPr>
        <w:t xml:space="preserve"> là trung điểm của cạnh </w:t>
      </w:r>
      <w:r w:rsidRPr="007E5E58">
        <w:rPr>
          <w:rFonts w:cs="Times New Roman"/>
          <w:position w:val="-4"/>
        </w:rPr>
        <w:object w:dxaOrig="400" w:dyaOrig="260" w14:anchorId="5B546E30">
          <v:shape id="_x0000_i2336" type="#_x0000_t75" style="width:19.8pt;height:13.2pt" o:ole="">
            <v:imagedata r:id="rId2529" o:title=""/>
          </v:shape>
          <o:OLEObject Type="Embed" ProgID="Equation.DSMT4" ShapeID="_x0000_i2336" DrawAspect="Content" ObjectID="_1699919072" r:id="rId2530"/>
        </w:object>
      </w:r>
      <w:r w:rsidRPr="007E5E58">
        <w:rPr>
          <w:rFonts w:cs="Times New Roman"/>
        </w:rPr>
        <w:t xml:space="preserve">. Gọi </w:t>
      </w:r>
      <w:r w:rsidRPr="007E5E58">
        <w:rPr>
          <w:rFonts w:cs="Times New Roman"/>
          <w:position w:val="-6"/>
        </w:rPr>
        <w:object w:dxaOrig="260" w:dyaOrig="279" w14:anchorId="5113FEBA">
          <v:shape id="_x0000_i2337" type="#_x0000_t75" style="width:13.2pt;height:13.8pt" o:ole="">
            <v:imagedata r:id="rId2531" o:title=""/>
          </v:shape>
          <o:OLEObject Type="Embed" ProgID="Equation.DSMT4" ShapeID="_x0000_i2337" DrawAspect="Content" ObjectID="_1699919073" r:id="rId2532"/>
        </w:object>
      </w:r>
      <w:r w:rsidRPr="007E5E58">
        <w:rPr>
          <w:rFonts w:cs="Times New Roman"/>
        </w:rPr>
        <w:t xml:space="preserve"> là trọng tâm của tam giác </w:t>
      </w:r>
      <w:r w:rsidRPr="007E5E58">
        <w:rPr>
          <w:rFonts w:cs="Times New Roman"/>
          <w:position w:val="-6"/>
        </w:rPr>
        <w:object w:dxaOrig="540" w:dyaOrig="279" w14:anchorId="072016DE">
          <v:shape id="_x0000_i2338" type="#_x0000_t75" style="width:27pt;height:13.8pt" o:ole="">
            <v:imagedata r:id="rId2533" o:title=""/>
          </v:shape>
          <o:OLEObject Type="Embed" ProgID="Equation.DSMT4" ShapeID="_x0000_i2338" DrawAspect="Content" ObjectID="_1699919074" r:id="rId2534"/>
        </w:object>
      </w:r>
      <w:r w:rsidRPr="007E5E58">
        <w:rPr>
          <w:rFonts w:cs="Times New Roman"/>
        </w:rPr>
        <w:t xml:space="preserve">. Chứng minh: </w:t>
      </w:r>
      <w:r w:rsidRPr="007E5E58">
        <w:rPr>
          <w:rFonts w:cs="Times New Roman"/>
          <w:position w:val="-10"/>
        </w:rPr>
        <w:object w:dxaOrig="1260" w:dyaOrig="320" w14:anchorId="7519E856">
          <v:shape id="_x0000_i2339" type="#_x0000_t75" style="width:63pt;height:16.2pt" o:ole="">
            <v:imagedata r:id="rId2535" o:title=""/>
          </v:shape>
          <o:OLEObject Type="Embed" ProgID="Equation.DSMT4" ShapeID="_x0000_i2339" DrawAspect="Content" ObjectID="_1699919075" r:id="rId2536"/>
        </w:object>
      </w:r>
      <w:r w:rsidRPr="007E5E58">
        <w:rPr>
          <w:rFonts w:cs="Times New Roman"/>
        </w:rPr>
        <w:t>.</w:t>
      </w:r>
    </w:p>
    <w:p w14:paraId="619A0CFB" w14:textId="77777777" w:rsidR="00DE7E5C" w:rsidRPr="007E5E58" w:rsidRDefault="00DE7E5C" w:rsidP="007E5E58">
      <w:pPr>
        <w:ind w:left="992" w:hanging="992"/>
        <w:jc w:val="both"/>
        <w:rPr>
          <w:rFonts w:cs="Times New Roman"/>
        </w:rPr>
      </w:pPr>
      <w:r w:rsidRPr="007E5E58">
        <w:rPr>
          <w:rFonts w:cs="Times New Roman"/>
          <w:b/>
        </w:rPr>
        <w:t xml:space="preserve">Bài 3: </w:t>
      </w:r>
      <w:r w:rsidRPr="007E5E58">
        <w:rPr>
          <w:rFonts w:cs="Times New Roman"/>
        </w:rPr>
        <w:t xml:space="preserve">a) Tìm hệ số của </w:t>
      </w:r>
      <w:r w:rsidRPr="007E5E58">
        <w:rPr>
          <w:rFonts w:cs="Times New Roman"/>
          <w:position w:val="-6"/>
        </w:rPr>
        <w:object w:dxaOrig="279" w:dyaOrig="320" w14:anchorId="7DF31317">
          <v:shape id="_x0000_i2340" type="#_x0000_t75" style="width:13.8pt;height:16.2pt" o:ole="">
            <v:imagedata r:id="rId2537" o:title=""/>
          </v:shape>
          <o:OLEObject Type="Embed" ProgID="Equation.DSMT4" ShapeID="_x0000_i2340" DrawAspect="Content" ObjectID="_1699919076" r:id="rId2538"/>
        </w:object>
      </w:r>
      <w:r w:rsidRPr="007E5E58">
        <w:rPr>
          <w:rFonts w:cs="Times New Roman"/>
        </w:rPr>
        <w:t xml:space="preserve"> trong khai triển </w:t>
      </w:r>
      <w:r w:rsidRPr="007E5E58">
        <w:rPr>
          <w:rFonts w:cs="Times New Roman"/>
          <w:position w:val="-16"/>
        </w:rPr>
        <w:object w:dxaOrig="1560" w:dyaOrig="499" w14:anchorId="71305044">
          <v:shape id="_x0000_i2341" type="#_x0000_t75" style="width:78pt;height:25.2pt" o:ole="">
            <v:imagedata r:id="rId2539" o:title=""/>
          </v:shape>
          <o:OLEObject Type="Embed" ProgID="Equation.DSMT4" ShapeID="_x0000_i2341" DrawAspect="Content" ObjectID="_1699919077" r:id="rId2540"/>
        </w:object>
      </w:r>
      <w:r w:rsidRPr="007E5E58">
        <w:rPr>
          <w:rFonts w:cs="Times New Roman"/>
        </w:rPr>
        <w:t>.</w:t>
      </w:r>
    </w:p>
    <w:p w14:paraId="6DF0DABD" w14:textId="77777777" w:rsidR="00DE7E5C" w:rsidRPr="007E5E58" w:rsidRDefault="00DE7E5C" w:rsidP="007E5E58">
      <w:pPr>
        <w:ind w:left="992"/>
        <w:jc w:val="both"/>
        <w:rPr>
          <w:rFonts w:cs="Times New Roman"/>
        </w:rPr>
      </w:pPr>
      <w:r w:rsidRPr="007E5E58">
        <w:rPr>
          <w:rFonts w:cs="Times New Roman"/>
        </w:rPr>
        <w:t>b) Có hai dãy ghế đối diện nhau mỗi dãy có 5 ghế. Có bao nhiêu cách xếp 5 nam và 5 nữ vào hai dãy ghế trên sao cho nam và nữ ngồi đối diện nhau.</w:t>
      </w:r>
    </w:p>
    <w:p w14:paraId="4C047188" w14:textId="77777777" w:rsidR="00DE7E5C" w:rsidRPr="007E5E58" w:rsidRDefault="00DE7E5C" w:rsidP="007E5E58">
      <w:pPr>
        <w:ind w:left="992"/>
        <w:jc w:val="center"/>
        <w:rPr>
          <w:rFonts w:cs="Times New Roman"/>
          <w:b/>
        </w:rPr>
      </w:pPr>
      <w:r w:rsidRPr="007E5E58">
        <w:rPr>
          <w:rFonts w:cs="Times New Roman"/>
          <w:b/>
        </w:rPr>
        <w:t>BẢNG ĐÁP ÁN</w:t>
      </w:r>
    </w:p>
    <w:tbl>
      <w:tblPr>
        <w:tblStyle w:val="TableGrid"/>
        <w:tblW w:w="0" w:type="auto"/>
        <w:tblInd w:w="992" w:type="dxa"/>
        <w:tblLook w:val="04A0" w:firstRow="1" w:lastRow="0" w:firstColumn="1" w:lastColumn="0" w:noHBand="0" w:noVBand="1"/>
      </w:tblPr>
      <w:tblGrid>
        <w:gridCol w:w="554"/>
        <w:gridCol w:w="554"/>
        <w:gridCol w:w="554"/>
        <w:gridCol w:w="554"/>
        <w:gridCol w:w="554"/>
        <w:gridCol w:w="555"/>
        <w:gridCol w:w="555"/>
        <w:gridCol w:w="555"/>
        <w:gridCol w:w="555"/>
        <w:gridCol w:w="555"/>
        <w:gridCol w:w="555"/>
        <w:gridCol w:w="555"/>
        <w:gridCol w:w="555"/>
        <w:gridCol w:w="555"/>
        <w:gridCol w:w="555"/>
        <w:gridCol w:w="555"/>
        <w:gridCol w:w="555"/>
      </w:tblGrid>
      <w:tr w:rsidR="00DE7E5C" w:rsidRPr="007E5E58" w14:paraId="628D2323" w14:textId="77777777" w:rsidTr="007E5E58">
        <w:tc>
          <w:tcPr>
            <w:tcW w:w="666" w:type="dxa"/>
            <w:shd w:val="clear" w:color="auto" w:fill="FFFF32"/>
          </w:tcPr>
          <w:p w14:paraId="61844565" w14:textId="77777777" w:rsidR="00DE7E5C" w:rsidRPr="007E5E58" w:rsidRDefault="00DE7E5C" w:rsidP="007E5E58">
            <w:pPr>
              <w:spacing w:line="276" w:lineRule="auto"/>
              <w:jc w:val="center"/>
              <w:rPr>
                <w:rFonts w:cs="Times New Roman"/>
                <w:b/>
              </w:rPr>
            </w:pPr>
            <w:r w:rsidRPr="007E5E58">
              <w:rPr>
                <w:rFonts w:cs="Times New Roman"/>
                <w:b/>
              </w:rPr>
              <w:t>1</w:t>
            </w:r>
          </w:p>
        </w:tc>
        <w:tc>
          <w:tcPr>
            <w:tcW w:w="666" w:type="dxa"/>
            <w:shd w:val="clear" w:color="auto" w:fill="FFFF32"/>
          </w:tcPr>
          <w:p w14:paraId="2A672F79" w14:textId="77777777" w:rsidR="00DE7E5C" w:rsidRPr="007E5E58" w:rsidRDefault="00DE7E5C" w:rsidP="007E5E58">
            <w:pPr>
              <w:spacing w:line="276" w:lineRule="auto"/>
              <w:jc w:val="center"/>
              <w:rPr>
                <w:rFonts w:cs="Times New Roman"/>
                <w:b/>
              </w:rPr>
            </w:pPr>
            <w:r w:rsidRPr="007E5E58">
              <w:rPr>
                <w:rFonts w:cs="Times New Roman"/>
                <w:b/>
              </w:rPr>
              <w:t>2</w:t>
            </w:r>
          </w:p>
        </w:tc>
        <w:tc>
          <w:tcPr>
            <w:tcW w:w="666" w:type="dxa"/>
            <w:shd w:val="clear" w:color="auto" w:fill="FFFF32"/>
          </w:tcPr>
          <w:p w14:paraId="5395117E" w14:textId="77777777" w:rsidR="00DE7E5C" w:rsidRPr="007E5E58" w:rsidRDefault="00DE7E5C" w:rsidP="007E5E58">
            <w:pPr>
              <w:spacing w:line="276" w:lineRule="auto"/>
              <w:jc w:val="center"/>
              <w:rPr>
                <w:rFonts w:cs="Times New Roman"/>
                <w:b/>
              </w:rPr>
            </w:pPr>
            <w:r w:rsidRPr="007E5E58">
              <w:rPr>
                <w:rFonts w:cs="Times New Roman"/>
                <w:b/>
              </w:rPr>
              <w:t>3</w:t>
            </w:r>
          </w:p>
        </w:tc>
        <w:tc>
          <w:tcPr>
            <w:tcW w:w="666" w:type="dxa"/>
            <w:shd w:val="clear" w:color="auto" w:fill="FFFF32"/>
          </w:tcPr>
          <w:p w14:paraId="18CCF521" w14:textId="77777777" w:rsidR="00DE7E5C" w:rsidRPr="007E5E58" w:rsidRDefault="00DE7E5C" w:rsidP="007E5E58">
            <w:pPr>
              <w:spacing w:line="276" w:lineRule="auto"/>
              <w:jc w:val="center"/>
              <w:rPr>
                <w:rFonts w:cs="Times New Roman"/>
                <w:b/>
              </w:rPr>
            </w:pPr>
            <w:r w:rsidRPr="007E5E58">
              <w:rPr>
                <w:rFonts w:cs="Times New Roman"/>
                <w:b/>
              </w:rPr>
              <w:t>4</w:t>
            </w:r>
          </w:p>
        </w:tc>
        <w:tc>
          <w:tcPr>
            <w:tcW w:w="666" w:type="dxa"/>
            <w:shd w:val="clear" w:color="auto" w:fill="FFFF32"/>
          </w:tcPr>
          <w:p w14:paraId="09E4AB1D" w14:textId="77777777" w:rsidR="00DE7E5C" w:rsidRPr="007E5E58" w:rsidRDefault="00DE7E5C" w:rsidP="007E5E58">
            <w:pPr>
              <w:spacing w:line="276" w:lineRule="auto"/>
              <w:jc w:val="center"/>
              <w:rPr>
                <w:rFonts w:cs="Times New Roman"/>
                <w:b/>
              </w:rPr>
            </w:pPr>
            <w:r w:rsidRPr="007E5E58">
              <w:rPr>
                <w:rFonts w:cs="Times New Roman"/>
                <w:b/>
              </w:rPr>
              <w:t>5</w:t>
            </w:r>
          </w:p>
        </w:tc>
        <w:tc>
          <w:tcPr>
            <w:tcW w:w="666" w:type="dxa"/>
            <w:shd w:val="clear" w:color="auto" w:fill="FFFF32"/>
          </w:tcPr>
          <w:p w14:paraId="24852CE3" w14:textId="77777777" w:rsidR="00DE7E5C" w:rsidRPr="007E5E58" w:rsidRDefault="00DE7E5C" w:rsidP="007E5E58">
            <w:pPr>
              <w:spacing w:line="276" w:lineRule="auto"/>
              <w:jc w:val="center"/>
              <w:rPr>
                <w:rFonts w:cs="Times New Roman"/>
                <w:b/>
              </w:rPr>
            </w:pPr>
            <w:r w:rsidRPr="007E5E58">
              <w:rPr>
                <w:rFonts w:cs="Times New Roman"/>
                <w:b/>
              </w:rPr>
              <w:t>6</w:t>
            </w:r>
          </w:p>
        </w:tc>
        <w:tc>
          <w:tcPr>
            <w:tcW w:w="666" w:type="dxa"/>
            <w:shd w:val="clear" w:color="auto" w:fill="FFFF32"/>
          </w:tcPr>
          <w:p w14:paraId="2417C088" w14:textId="77777777" w:rsidR="00DE7E5C" w:rsidRPr="007E5E58" w:rsidRDefault="00DE7E5C" w:rsidP="007E5E58">
            <w:pPr>
              <w:spacing w:line="276" w:lineRule="auto"/>
              <w:jc w:val="center"/>
              <w:rPr>
                <w:rFonts w:cs="Times New Roman"/>
                <w:b/>
              </w:rPr>
            </w:pPr>
            <w:r w:rsidRPr="007E5E58">
              <w:rPr>
                <w:rFonts w:cs="Times New Roman"/>
                <w:b/>
              </w:rPr>
              <w:t>7</w:t>
            </w:r>
          </w:p>
        </w:tc>
        <w:tc>
          <w:tcPr>
            <w:tcW w:w="666" w:type="dxa"/>
            <w:shd w:val="clear" w:color="auto" w:fill="FFFF32"/>
          </w:tcPr>
          <w:p w14:paraId="3E41E07F" w14:textId="77777777" w:rsidR="00DE7E5C" w:rsidRPr="007E5E58" w:rsidRDefault="00DE7E5C" w:rsidP="007E5E58">
            <w:pPr>
              <w:spacing w:line="276" w:lineRule="auto"/>
              <w:jc w:val="center"/>
              <w:rPr>
                <w:rFonts w:cs="Times New Roman"/>
                <w:b/>
              </w:rPr>
            </w:pPr>
            <w:r w:rsidRPr="007E5E58">
              <w:rPr>
                <w:rFonts w:cs="Times New Roman"/>
                <w:b/>
              </w:rPr>
              <w:t>8</w:t>
            </w:r>
          </w:p>
        </w:tc>
        <w:tc>
          <w:tcPr>
            <w:tcW w:w="666" w:type="dxa"/>
            <w:shd w:val="clear" w:color="auto" w:fill="FFFF32"/>
          </w:tcPr>
          <w:p w14:paraId="004E3FBB" w14:textId="77777777" w:rsidR="00DE7E5C" w:rsidRPr="007E5E58" w:rsidRDefault="00DE7E5C" w:rsidP="007E5E58">
            <w:pPr>
              <w:spacing w:line="276" w:lineRule="auto"/>
              <w:jc w:val="center"/>
              <w:rPr>
                <w:rFonts w:cs="Times New Roman"/>
                <w:b/>
              </w:rPr>
            </w:pPr>
            <w:r w:rsidRPr="007E5E58">
              <w:rPr>
                <w:rFonts w:cs="Times New Roman"/>
                <w:b/>
              </w:rPr>
              <w:t>9</w:t>
            </w:r>
          </w:p>
        </w:tc>
        <w:tc>
          <w:tcPr>
            <w:tcW w:w="666" w:type="dxa"/>
            <w:shd w:val="clear" w:color="auto" w:fill="FFFF32"/>
          </w:tcPr>
          <w:p w14:paraId="54EFA95F" w14:textId="77777777" w:rsidR="00DE7E5C" w:rsidRPr="007E5E58" w:rsidRDefault="00DE7E5C" w:rsidP="007E5E58">
            <w:pPr>
              <w:spacing w:line="276" w:lineRule="auto"/>
              <w:jc w:val="center"/>
              <w:rPr>
                <w:rFonts w:cs="Times New Roman"/>
                <w:b/>
              </w:rPr>
            </w:pPr>
            <w:r w:rsidRPr="007E5E58">
              <w:rPr>
                <w:rFonts w:cs="Times New Roman"/>
                <w:b/>
              </w:rPr>
              <w:t>10</w:t>
            </w:r>
          </w:p>
        </w:tc>
        <w:tc>
          <w:tcPr>
            <w:tcW w:w="666" w:type="dxa"/>
            <w:shd w:val="clear" w:color="auto" w:fill="FFFF32"/>
          </w:tcPr>
          <w:p w14:paraId="09418373" w14:textId="77777777" w:rsidR="00DE7E5C" w:rsidRPr="007E5E58" w:rsidRDefault="00DE7E5C" w:rsidP="007E5E58">
            <w:pPr>
              <w:spacing w:line="276" w:lineRule="auto"/>
              <w:jc w:val="center"/>
              <w:rPr>
                <w:rFonts w:cs="Times New Roman"/>
                <w:b/>
              </w:rPr>
            </w:pPr>
            <w:r w:rsidRPr="007E5E58">
              <w:rPr>
                <w:rFonts w:cs="Times New Roman"/>
                <w:b/>
              </w:rPr>
              <w:t>11</w:t>
            </w:r>
          </w:p>
        </w:tc>
        <w:tc>
          <w:tcPr>
            <w:tcW w:w="666" w:type="dxa"/>
            <w:shd w:val="clear" w:color="auto" w:fill="FFFF32"/>
          </w:tcPr>
          <w:p w14:paraId="315C7DCA" w14:textId="77777777" w:rsidR="00DE7E5C" w:rsidRPr="007E5E58" w:rsidRDefault="00DE7E5C" w:rsidP="007E5E58">
            <w:pPr>
              <w:spacing w:line="276" w:lineRule="auto"/>
              <w:jc w:val="center"/>
              <w:rPr>
                <w:rFonts w:cs="Times New Roman"/>
                <w:b/>
              </w:rPr>
            </w:pPr>
            <w:r w:rsidRPr="007E5E58">
              <w:rPr>
                <w:rFonts w:cs="Times New Roman"/>
                <w:b/>
              </w:rPr>
              <w:t>12</w:t>
            </w:r>
          </w:p>
        </w:tc>
        <w:tc>
          <w:tcPr>
            <w:tcW w:w="666" w:type="dxa"/>
            <w:shd w:val="clear" w:color="auto" w:fill="FFFF32"/>
          </w:tcPr>
          <w:p w14:paraId="44526BE6" w14:textId="77777777" w:rsidR="00DE7E5C" w:rsidRPr="007E5E58" w:rsidRDefault="00DE7E5C" w:rsidP="007E5E58">
            <w:pPr>
              <w:spacing w:line="276" w:lineRule="auto"/>
              <w:jc w:val="center"/>
              <w:rPr>
                <w:rFonts w:cs="Times New Roman"/>
                <w:b/>
              </w:rPr>
            </w:pPr>
            <w:r w:rsidRPr="007E5E58">
              <w:rPr>
                <w:rFonts w:cs="Times New Roman"/>
                <w:b/>
              </w:rPr>
              <w:t>13</w:t>
            </w:r>
          </w:p>
        </w:tc>
        <w:tc>
          <w:tcPr>
            <w:tcW w:w="666" w:type="dxa"/>
            <w:shd w:val="clear" w:color="auto" w:fill="FFFF32"/>
          </w:tcPr>
          <w:p w14:paraId="29023544" w14:textId="77777777" w:rsidR="00DE7E5C" w:rsidRPr="007E5E58" w:rsidRDefault="00DE7E5C" w:rsidP="007E5E58">
            <w:pPr>
              <w:spacing w:line="276" w:lineRule="auto"/>
              <w:jc w:val="center"/>
              <w:rPr>
                <w:rFonts w:cs="Times New Roman"/>
                <w:b/>
              </w:rPr>
            </w:pPr>
            <w:r w:rsidRPr="007E5E58">
              <w:rPr>
                <w:rFonts w:cs="Times New Roman"/>
                <w:b/>
              </w:rPr>
              <w:t>14</w:t>
            </w:r>
          </w:p>
        </w:tc>
        <w:tc>
          <w:tcPr>
            <w:tcW w:w="666" w:type="dxa"/>
            <w:shd w:val="clear" w:color="auto" w:fill="FFFF32"/>
          </w:tcPr>
          <w:p w14:paraId="54C23BF5" w14:textId="77777777" w:rsidR="00DE7E5C" w:rsidRPr="007E5E58" w:rsidRDefault="00DE7E5C" w:rsidP="007E5E58">
            <w:pPr>
              <w:spacing w:line="276" w:lineRule="auto"/>
              <w:jc w:val="center"/>
              <w:rPr>
                <w:rFonts w:cs="Times New Roman"/>
                <w:b/>
              </w:rPr>
            </w:pPr>
            <w:r w:rsidRPr="007E5E58">
              <w:rPr>
                <w:rFonts w:cs="Times New Roman"/>
                <w:b/>
              </w:rPr>
              <w:t>15</w:t>
            </w:r>
          </w:p>
        </w:tc>
        <w:tc>
          <w:tcPr>
            <w:tcW w:w="666" w:type="dxa"/>
            <w:shd w:val="clear" w:color="auto" w:fill="FFFF32"/>
          </w:tcPr>
          <w:p w14:paraId="3A830012" w14:textId="77777777" w:rsidR="00DE7E5C" w:rsidRPr="007E5E58" w:rsidRDefault="00DE7E5C" w:rsidP="007E5E58">
            <w:pPr>
              <w:spacing w:line="276" w:lineRule="auto"/>
              <w:jc w:val="center"/>
              <w:rPr>
                <w:rFonts w:cs="Times New Roman"/>
                <w:b/>
              </w:rPr>
            </w:pPr>
            <w:r w:rsidRPr="007E5E58">
              <w:rPr>
                <w:rFonts w:cs="Times New Roman"/>
                <w:b/>
              </w:rPr>
              <w:t>16</w:t>
            </w:r>
          </w:p>
        </w:tc>
        <w:tc>
          <w:tcPr>
            <w:tcW w:w="666" w:type="dxa"/>
            <w:shd w:val="clear" w:color="auto" w:fill="FFFF32"/>
          </w:tcPr>
          <w:p w14:paraId="4EA672C1" w14:textId="77777777" w:rsidR="00DE7E5C" w:rsidRPr="007E5E58" w:rsidRDefault="00DE7E5C" w:rsidP="007E5E58">
            <w:pPr>
              <w:spacing w:line="276" w:lineRule="auto"/>
              <w:jc w:val="center"/>
              <w:rPr>
                <w:rFonts w:cs="Times New Roman"/>
                <w:b/>
              </w:rPr>
            </w:pPr>
            <w:r w:rsidRPr="007E5E58">
              <w:rPr>
                <w:rFonts w:cs="Times New Roman"/>
                <w:b/>
              </w:rPr>
              <w:t>17</w:t>
            </w:r>
          </w:p>
        </w:tc>
      </w:tr>
      <w:tr w:rsidR="00DE7E5C" w:rsidRPr="007E5E58" w14:paraId="3FF498E1" w14:textId="77777777" w:rsidTr="007E5E58">
        <w:tc>
          <w:tcPr>
            <w:tcW w:w="666" w:type="dxa"/>
            <w:tcBorders>
              <w:bottom w:val="single" w:sz="4" w:space="0" w:color="auto"/>
            </w:tcBorders>
          </w:tcPr>
          <w:p w14:paraId="5B89EB6D"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Borders>
              <w:bottom w:val="single" w:sz="4" w:space="0" w:color="auto"/>
            </w:tcBorders>
          </w:tcPr>
          <w:p w14:paraId="55199C26"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Borders>
              <w:bottom w:val="single" w:sz="4" w:space="0" w:color="auto"/>
            </w:tcBorders>
          </w:tcPr>
          <w:p w14:paraId="528838B1"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Borders>
              <w:bottom w:val="single" w:sz="4" w:space="0" w:color="auto"/>
            </w:tcBorders>
          </w:tcPr>
          <w:p w14:paraId="4EF3C4CD"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Borders>
              <w:bottom w:val="single" w:sz="4" w:space="0" w:color="auto"/>
            </w:tcBorders>
          </w:tcPr>
          <w:p w14:paraId="78D1D8E4" w14:textId="77777777" w:rsidR="00DE7E5C" w:rsidRPr="007E5E58" w:rsidRDefault="00DE7E5C" w:rsidP="007E5E58">
            <w:pPr>
              <w:spacing w:line="276" w:lineRule="auto"/>
              <w:jc w:val="center"/>
              <w:rPr>
                <w:rFonts w:cs="Times New Roman"/>
                <w:b/>
              </w:rPr>
            </w:pPr>
            <w:r w:rsidRPr="007E5E58">
              <w:rPr>
                <w:rFonts w:cs="Times New Roman"/>
                <w:b/>
              </w:rPr>
              <w:t>C</w:t>
            </w:r>
          </w:p>
        </w:tc>
        <w:tc>
          <w:tcPr>
            <w:tcW w:w="666" w:type="dxa"/>
            <w:tcBorders>
              <w:bottom w:val="single" w:sz="4" w:space="0" w:color="auto"/>
            </w:tcBorders>
          </w:tcPr>
          <w:p w14:paraId="257A9CAA"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Borders>
              <w:bottom w:val="single" w:sz="4" w:space="0" w:color="auto"/>
            </w:tcBorders>
          </w:tcPr>
          <w:p w14:paraId="6BD8E6B8"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Borders>
              <w:bottom w:val="single" w:sz="4" w:space="0" w:color="auto"/>
            </w:tcBorders>
          </w:tcPr>
          <w:p w14:paraId="7B180D30" w14:textId="77777777" w:rsidR="00DE7E5C" w:rsidRPr="007E5E58" w:rsidRDefault="00DE7E5C" w:rsidP="007E5E58">
            <w:pPr>
              <w:spacing w:line="276" w:lineRule="auto"/>
              <w:jc w:val="center"/>
              <w:rPr>
                <w:rFonts w:cs="Times New Roman"/>
                <w:b/>
              </w:rPr>
            </w:pPr>
            <w:r w:rsidRPr="007E5E58">
              <w:rPr>
                <w:rFonts w:cs="Times New Roman"/>
                <w:b/>
              </w:rPr>
              <w:t>D</w:t>
            </w:r>
          </w:p>
        </w:tc>
        <w:tc>
          <w:tcPr>
            <w:tcW w:w="666" w:type="dxa"/>
            <w:tcBorders>
              <w:bottom w:val="single" w:sz="4" w:space="0" w:color="auto"/>
            </w:tcBorders>
          </w:tcPr>
          <w:p w14:paraId="64BEDD73"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Borders>
              <w:bottom w:val="single" w:sz="4" w:space="0" w:color="auto"/>
            </w:tcBorders>
          </w:tcPr>
          <w:p w14:paraId="09427E17" w14:textId="77777777" w:rsidR="00DE7E5C" w:rsidRPr="007E5E58" w:rsidRDefault="00DE7E5C" w:rsidP="007E5E58">
            <w:pPr>
              <w:spacing w:line="276" w:lineRule="auto"/>
              <w:jc w:val="center"/>
              <w:rPr>
                <w:rFonts w:cs="Times New Roman"/>
                <w:b/>
              </w:rPr>
            </w:pPr>
            <w:r w:rsidRPr="007E5E58">
              <w:rPr>
                <w:rFonts w:cs="Times New Roman"/>
                <w:b/>
              </w:rPr>
              <w:t>D</w:t>
            </w:r>
          </w:p>
        </w:tc>
        <w:tc>
          <w:tcPr>
            <w:tcW w:w="666" w:type="dxa"/>
            <w:tcBorders>
              <w:bottom w:val="single" w:sz="4" w:space="0" w:color="auto"/>
            </w:tcBorders>
          </w:tcPr>
          <w:p w14:paraId="56EBEEC1" w14:textId="77777777" w:rsidR="00DE7E5C" w:rsidRPr="007E5E58" w:rsidRDefault="00DE7E5C" w:rsidP="007E5E58">
            <w:pPr>
              <w:spacing w:line="276" w:lineRule="auto"/>
              <w:jc w:val="center"/>
              <w:rPr>
                <w:rFonts w:cs="Times New Roman"/>
                <w:b/>
              </w:rPr>
            </w:pPr>
            <w:r w:rsidRPr="007E5E58">
              <w:rPr>
                <w:rFonts w:cs="Times New Roman"/>
                <w:b/>
              </w:rPr>
              <w:t>C</w:t>
            </w:r>
          </w:p>
        </w:tc>
        <w:tc>
          <w:tcPr>
            <w:tcW w:w="666" w:type="dxa"/>
            <w:tcBorders>
              <w:bottom w:val="single" w:sz="4" w:space="0" w:color="auto"/>
            </w:tcBorders>
          </w:tcPr>
          <w:p w14:paraId="34333702" w14:textId="77777777" w:rsidR="00DE7E5C" w:rsidRPr="007E5E58" w:rsidRDefault="00DE7E5C" w:rsidP="007E5E58">
            <w:pPr>
              <w:spacing w:line="276" w:lineRule="auto"/>
              <w:jc w:val="center"/>
              <w:rPr>
                <w:rFonts w:cs="Times New Roman"/>
                <w:b/>
              </w:rPr>
            </w:pPr>
            <w:r w:rsidRPr="007E5E58">
              <w:rPr>
                <w:rFonts w:cs="Times New Roman"/>
                <w:b/>
              </w:rPr>
              <w:t>D</w:t>
            </w:r>
          </w:p>
        </w:tc>
        <w:tc>
          <w:tcPr>
            <w:tcW w:w="666" w:type="dxa"/>
            <w:tcBorders>
              <w:bottom w:val="single" w:sz="4" w:space="0" w:color="auto"/>
            </w:tcBorders>
          </w:tcPr>
          <w:p w14:paraId="2BD219D9" w14:textId="77777777" w:rsidR="00DE7E5C" w:rsidRPr="007E5E58" w:rsidRDefault="00DE7E5C" w:rsidP="007E5E58">
            <w:pPr>
              <w:spacing w:line="276" w:lineRule="auto"/>
              <w:jc w:val="center"/>
              <w:rPr>
                <w:rFonts w:cs="Times New Roman"/>
                <w:b/>
              </w:rPr>
            </w:pPr>
            <w:r w:rsidRPr="007E5E58">
              <w:rPr>
                <w:rFonts w:cs="Times New Roman"/>
                <w:b/>
              </w:rPr>
              <w:t>D</w:t>
            </w:r>
          </w:p>
        </w:tc>
        <w:tc>
          <w:tcPr>
            <w:tcW w:w="666" w:type="dxa"/>
            <w:tcBorders>
              <w:bottom w:val="single" w:sz="4" w:space="0" w:color="auto"/>
            </w:tcBorders>
          </w:tcPr>
          <w:p w14:paraId="363676AB"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Borders>
              <w:bottom w:val="single" w:sz="4" w:space="0" w:color="auto"/>
            </w:tcBorders>
          </w:tcPr>
          <w:p w14:paraId="627359FB"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Borders>
              <w:bottom w:val="single" w:sz="4" w:space="0" w:color="auto"/>
            </w:tcBorders>
          </w:tcPr>
          <w:p w14:paraId="7E4FE68B"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Borders>
              <w:bottom w:val="single" w:sz="4" w:space="0" w:color="auto"/>
            </w:tcBorders>
          </w:tcPr>
          <w:p w14:paraId="5A4C6612" w14:textId="77777777" w:rsidR="00DE7E5C" w:rsidRPr="007E5E58" w:rsidRDefault="00DE7E5C" w:rsidP="007E5E58">
            <w:pPr>
              <w:spacing w:line="276" w:lineRule="auto"/>
              <w:jc w:val="center"/>
              <w:rPr>
                <w:rFonts w:cs="Times New Roman"/>
                <w:b/>
              </w:rPr>
            </w:pPr>
            <w:r w:rsidRPr="007E5E58">
              <w:rPr>
                <w:rFonts w:cs="Times New Roman"/>
                <w:b/>
              </w:rPr>
              <w:t>C</w:t>
            </w:r>
          </w:p>
        </w:tc>
      </w:tr>
      <w:tr w:rsidR="00DE7E5C" w:rsidRPr="007E5E58" w14:paraId="6BB31DA1" w14:textId="77777777" w:rsidTr="007E5E58">
        <w:tc>
          <w:tcPr>
            <w:tcW w:w="666" w:type="dxa"/>
            <w:shd w:val="clear" w:color="auto" w:fill="FFFF32"/>
          </w:tcPr>
          <w:p w14:paraId="2599CF80" w14:textId="77777777" w:rsidR="00DE7E5C" w:rsidRPr="007E5E58" w:rsidRDefault="00DE7E5C" w:rsidP="007E5E58">
            <w:pPr>
              <w:spacing w:line="276" w:lineRule="auto"/>
              <w:jc w:val="center"/>
              <w:rPr>
                <w:rFonts w:cs="Times New Roman"/>
                <w:b/>
              </w:rPr>
            </w:pPr>
            <w:r w:rsidRPr="007E5E58">
              <w:rPr>
                <w:rFonts w:cs="Times New Roman"/>
                <w:b/>
              </w:rPr>
              <w:t>18</w:t>
            </w:r>
          </w:p>
        </w:tc>
        <w:tc>
          <w:tcPr>
            <w:tcW w:w="666" w:type="dxa"/>
            <w:shd w:val="clear" w:color="auto" w:fill="FFFF32"/>
          </w:tcPr>
          <w:p w14:paraId="18BA1A39" w14:textId="77777777" w:rsidR="00DE7E5C" w:rsidRPr="007E5E58" w:rsidRDefault="00DE7E5C" w:rsidP="007E5E58">
            <w:pPr>
              <w:spacing w:line="276" w:lineRule="auto"/>
              <w:jc w:val="center"/>
              <w:rPr>
                <w:rFonts w:cs="Times New Roman"/>
                <w:b/>
              </w:rPr>
            </w:pPr>
            <w:r w:rsidRPr="007E5E58">
              <w:rPr>
                <w:rFonts w:cs="Times New Roman"/>
                <w:b/>
              </w:rPr>
              <w:t>19</w:t>
            </w:r>
          </w:p>
        </w:tc>
        <w:tc>
          <w:tcPr>
            <w:tcW w:w="666" w:type="dxa"/>
            <w:shd w:val="clear" w:color="auto" w:fill="FFFF32"/>
          </w:tcPr>
          <w:p w14:paraId="368CC371" w14:textId="77777777" w:rsidR="00DE7E5C" w:rsidRPr="007E5E58" w:rsidRDefault="00DE7E5C" w:rsidP="007E5E58">
            <w:pPr>
              <w:spacing w:line="276" w:lineRule="auto"/>
              <w:jc w:val="center"/>
              <w:rPr>
                <w:rFonts w:cs="Times New Roman"/>
                <w:b/>
              </w:rPr>
            </w:pPr>
            <w:r w:rsidRPr="007E5E58">
              <w:rPr>
                <w:rFonts w:cs="Times New Roman"/>
                <w:b/>
              </w:rPr>
              <w:t>20</w:t>
            </w:r>
          </w:p>
        </w:tc>
        <w:tc>
          <w:tcPr>
            <w:tcW w:w="666" w:type="dxa"/>
            <w:shd w:val="clear" w:color="auto" w:fill="FFFF32"/>
          </w:tcPr>
          <w:p w14:paraId="51328B82" w14:textId="77777777" w:rsidR="00DE7E5C" w:rsidRPr="007E5E58" w:rsidRDefault="00DE7E5C" w:rsidP="007E5E58">
            <w:pPr>
              <w:spacing w:line="276" w:lineRule="auto"/>
              <w:jc w:val="center"/>
              <w:rPr>
                <w:rFonts w:cs="Times New Roman"/>
                <w:b/>
              </w:rPr>
            </w:pPr>
            <w:r w:rsidRPr="007E5E58">
              <w:rPr>
                <w:rFonts w:cs="Times New Roman"/>
                <w:b/>
              </w:rPr>
              <w:t>21</w:t>
            </w:r>
          </w:p>
        </w:tc>
        <w:tc>
          <w:tcPr>
            <w:tcW w:w="666" w:type="dxa"/>
            <w:shd w:val="clear" w:color="auto" w:fill="FFFF32"/>
          </w:tcPr>
          <w:p w14:paraId="1B1EE2AE" w14:textId="77777777" w:rsidR="00DE7E5C" w:rsidRPr="007E5E58" w:rsidRDefault="00DE7E5C" w:rsidP="007E5E58">
            <w:pPr>
              <w:spacing w:line="276" w:lineRule="auto"/>
              <w:jc w:val="center"/>
              <w:rPr>
                <w:rFonts w:cs="Times New Roman"/>
                <w:b/>
              </w:rPr>
            </w:pPr>
            <w:r w:rsidRPr="007E5E58">
              <w:rPr>
                <w:rFonts w:cs="Times New Roman"/>
                <w:b/>
              </w:rPr>
              <w:t>22</w:t>
            </w:r>
          </w:p>
        </w:tc>
        <w:tc>
          <w:tcPr>
            <w:tcW w:w="666" w:type="dxa"/>
            <w:shd w:val="clear" w:color="auto" w:fill="FFFF32"/>
          </w:tcPr>
          <w:p w14:paraId="0AEAE8A2" w14:textId="77777777" w:rsidR="00DE7E5C" w:rsidRPr="007E5E58" w:rsidRDefault="00DE7E5C" w:rsidP="007E5E58">
            <w:pPr>
              <w:spacing w:line="276" w:lineRule="auto"/>
              <w:jc w:val="center"/>
              <w:rPr>
                <w:rFonts w:cs="Times New Roman"/>
                <w:b/>
              </w:rPr>
            </w:pPr>
            <w:r w:rsidRPr="007E5E58">
              <w:rPr>
                <w:rFonts w:cs="Times New Roman"/>
                <w:b/>
              </w:rPr>
              <w:t>23</w:t>
            </w:r>
          </w:p>
        </w:tc>
        <w:tc>
          <w:tcPr>
            <w:tcW w:w="666" w:type="dxa"/>
            <w:shd w:val="clear" w:color="auto" w:fill="FFFF32"/>
          </w:tcPr>
          <w:p w14:paraId="70EB43E6" w14:textId="77777777" w:rsidR="00DE7E5C" w:rsidRPr="007E5E58" w:rsidRDefault="00DE7E5C" w:rsidP="007E5E58">
            <w:pPr>
              <w:spacing w:line="276" w:lineRule="auto"/>
              <w:jc w:val="center"/>
              <w:rPr>
                <w:rFonts w:cs="Times New Roman"/>
                <w:b/>
              </w:rPr>
            </w:pPr>
            <w:r w:rsidRPr="007E5E58">
              <w:rPr>
                <w:rFonts w:cs="Times New Roman"/>
                <w:b/>
              </w:rPr>
              <w:t>24</w:t>
            </w:r>
          </w:p>
        </w:tc>
        <w:tc>
          <w:tcPr>
            <w:tcW w:w="666" w:type="dxa"/>
            <w:shd w:val="clear" w:color="auto" w:fill="FFFF32"/>
          </w:tcPr>
          <w:p w14:paraId="0C98BF7A" w14:textId="77777777" w:rsidR="00DE7E5C" w:rsidRPr="007E5E58" w:rsidRDefault="00DE7E5C" w:rsidP="007E5E58">
            <w:pPr>
              <w:spacing w:line="276" w:lineRule="auto"/>
              <w:jc w:val="center"/>
              <w:rPr>
                <w:rFonts w:cs="Times New Roman"/>
                <w:b/>
              </w:rPr>
            </w:pPr>
            <w:r w:rsidRPr="007E5E58">
              <w:rPr>
                <w:rFonts w:cs="Times New Roman"/>
                <w:b/>
              </w:rPr>
              <w:t>25</w:t>
            </w:r>
          </w:p>
        </w:tc>
        <w:tc>
          <w:tcPr>
            <w:tcW w:w="666" w:type="dxa"/>
            <w:shd w:val="clear" w:color="auto" w:fill="FFFF32"/>
          </w:tcPr>
          <w:p w14:paraId="5AF6549B" w14:textId="77777777" w:rsidR="00DE7E5C" w:rsidRPr="007E5E58" w:rsidRDefault="00DE7E5C" w:rsidP="007E5E58">
            <w:pPr>
              <w:spacing w:line="276" w:lineRule="auto"/>
              <w:jc w:val="center"/>
              <w:rPr>
                <w:rFonts w:cs="Times New Roman"/>
                <w:b/>
              </w:rPr>
            </w:pPr>
            <w:r w:rsidRPr="007E5E58">
              <w:rPr>
                <w:rFonts w:cs="Times New Roman"/>
                <w:b/>
              </w:rPr>
              <w:t>26</w:t>
            </w:r>
          </w:p>
        </w:tc>
        <w:tc>
          <w:tcPr>
            <w:tcW w:w="666" w:type="dxa"/>
            <w:shd w:val="clear" w:color="auto" w:fill="FFFF32"/>
          </w:tcPr>
          <w:p w14:paraId="37189B5F" w14:textId="77777777" w:rsidR="00DE7E5C" w:rsidRPr="007E5E58" w:rsidRDefault="00DE7E5C" w:rsidP="007E5E58">
            <w:pPr>
              <w:spacing w:line="276" w:lineRule="auto"/>
              <w:jc w:val="center"/>
              <w:rPr>
                <w:rFonts w:cs="Times New Roman"/>
                <w:b/>
              </w:rPr>
            </w:pPr>
            <w:r w:rsidRPr="007E5E58">
              <w:rPr>
                <w:rFonts w:cs="Times New Roman"/>
                <w:b/>
              </w:rPr>
              <w:t>27</w:t>
            </w:r>
          </w:p>
        </w:tc>
        <w:tc>
          <w:tcPr>
            <w:tcW w:w="666" w:type="dxa"/>
            <w:shd w:val="clear" w:color="auto" w:fill="FFFF32"/>
          </w:tcPr>
          <w:p w14:paraId="460D55EA" w14:textId="77777777" w:rsidR="00DE7E5C" w:rsidRPr="007E5E58" w:rsidRDefault="00DE7E5C" w:rsidP="007E5E58">
            <w:pPr>
              <w:spacing w:line="276" w:lineRule="auto"/>
              <w:jc w:val="center"/>
              <w:rPr>
                <w:rFonts w:cs="Times New Roman"/>
                <w:b/>
              </w:rPr>
            </w:pPr>
            <w:r w:rsidRPr="007E5E58">
              <w:rPr>
                <w:rFonts w:cs="Times New Roman"/>
                <w:b/>
              </w:rPr>
              <w:t>28</w:t>
            </w:r>
          </w:p>
        </w:tc>
        <w:tc>
          <w:tcPr>
            <w:tcW w:w="666" w:type="dxa"/>
            <w:shd w:val="clear" w:color="auto" w:fill="FFFF32"/>
          </w:tcPr>
          <w:p w14:paraId="08A5DA03" w14:textId="77777777" w:rsidR="00DE7E5C" w:rsidRPr="007E5E58" w:rsidRDefault="00DE7E5C" w:rsidP="007E5E58">
            <w:pPr>
              <w:spacing w:line="276" w:lineRule="auto"/>
              <w:jc w:val="center"/>
              <w:rPr>
                <w:rFonts w:cs="Times New Roman"/>
                <w:b/>
              </w:rPr>
            </w:pPr>
            <w:r w:rsidRPr="007E5E58">
              <w:rPr>
                <w:rFonts w:cs="Times New Roman"/>
                <w:b/>
              </w:rPr>
              <w:t>29</w:t>
            </w:r>
          </w:p>
        </w:tc>
        <w:tc>
          <w:tcPr>
            <w:tcW w:w="666" w:type="dxa"/>
            <w:shd w:val="clear" w:color="auto" w:fill="FFFF32"/>
          </w:tcPr>
          <w:p w14:paraId="5DA95D0F" w14:textId="77777777" w:rsidR="00DE7E5C" w:rsidRPr="007E5E58" w:rsidRDefault="00DE7E5C" w:rsidP="007E5E58">
            <w:pPr>
              <w:spacing w:line="276" w:lineRule="auto"/>
              <w:jc w:val="center"/>
              <w:rPr>
                <w:rFonts w:cs="Times New Roman"/>
                <w:b/>
              </w:rPr>
            </w:pPr>
            <w:r w:rsidRPr="007E5E58">
              <w:rPr>
                <w:rFonts w:cs="Times New Roman"/>
                <w:b/>
              </w:rPr>
              <w:t>30</w:t>
            </w:r>
          </w:p>
        </w:tc>
        <w:tc>
          <w:tcPr>
            <w:tcW w:w="666" w:type="dxa"/>
            <w:shd w:val="clear" w:color="auto" w:fill="FFFF32"/>
          </w:tcPr>
          <w:p w14:paraId="4563FC97" w14:textId="77777777" w:rsidR="00DE7E5C" w:rsidRPr="007E5E58" w:rsidRDefault="00DE7E5C" w:rsidP="007E5E58">
            <w:pPr>
              <w:spacing w:line="276" w:lineRule="auto"/>
              <w:jc w:val="center"/>
              <w:rPr>
                <w:rFonts w:cs="Times New Roman"/>
                <w:b/>
              </w:rPr>
            </w:pPr>
            <w:r w:rsidRPr="007E5E58">
              <w:rPr>
                <w:rFonts w:cs="Times New Roman"/>
                <w:b/>
              </w:rPr>
              <w:t>31</w:t>
            </w:r>
          </w:p>
        </w:tc>
        <w:tc>
          <w:tcPr>
            <w:tcW w:w="666" w:type="dxa"/>
            <w:shd w:val="clear" w:color="auto" w:fill="FFFF32"/>
          </w:tcPr>
          <w:p w14:paraId="27DDF52A" w14:textId="77777777" w:rsidR="00DE7E5C" w:rsidRPr="007E5E58" w:rsidRDefault="00DE7E5C" w:rsidP="007E5E58">
            <w:pPr>
              <w:spacing w:line="276" w:lineRule="auto"/>
              <w:jc w:val="center"/>
              <w:rPr>
                <w:rFonts w:cs="Times New Roman"/>
                <w:b/>
              </w:rPr>
            </w:pPr>
            <w:r w:rsidRPr="007E5E58">
              <w:rPr>
                <w:rFonts w:cs="Times New Roman"/>
                <w:b/>
              </w:rPr>
              <w:t>32</w:t>
            </w:r>
          </w:p>
        </w:tc>
        <w:tc>
          <w:tcPr>
            <w:tcW w:w="666" w:type="dxa"/>
            <w:shd w:val="clear" w:color="auto" w:fill="FFFF32"/>
          </w:tcPr>
          <w:p w14:paraId="09130A9A" w14:textId="77777777" w:rsidR="00DE7E5C" w:rsidRPr="007E5E58" w:rsidRDefault="00DE7E5C" w:rsidP="007E5E58">
            <w:pPr>
              <w:spacing w:line="276" w:lineRule="auto"/>
              <w:jc w:val="center"/>
              <w:rPr>
                <w:rFonts w:cs="Times New Roman"/>
                <w:b/>
              </w:rPr>
            </w:pPr>
            <w:r w:rsidRPr="007E5E58">
              <w:rPr>
                <w:rFonts w:cs="Times New Roman"/>
                <w:b/>
              </w:rPr>
              <w:t>33</w:t>
            </w:r>
          </w:p>
        </w:tc>
        <w:tc>
          <w:tcPr>
            <w:tcW w:w="666" w:type="dxa"/>
            <w:shd w:val="clear" w:color="auto" w:fill="FFFF32"/>
          </w:tcPr>
          <w:p w14:paraId="3A8A6E38" w14:textId="77777777" w:rsidR="00DE7E5C" w:rsidRPr="007E5E58" w:rsidRDefault="00DE7E5C" w:rsidP="007E5E58">
            <w:pPr>
              <w:spacing w:line="276" w:lineRule="auto"/>
              <w:jc w:val="center"/>
              <w:rPr>
                <w:rFonts w:cs="Times New Roman"/>
                <w:b/>
              </w:rPr>
            </w:pPr>
            <w:r w:rsidRPr="007E5E58">
              <w:rPr>
                <w:rFonts w:cs="Times New Roman"/>
                <w:b/>
              </w:rPr>
              <w:t>34</w:t>
            </w:r>
          </w:p>
        </w:tc>
      </w:tr>
      <w:tr w:rsidR="00DE7E5C" w:rsidRPr="007E5E58" w14:paraId="00051DD0" w14:textId="77777777" w:rsidTr="007E5E58">
        <w:tc>
          <w:tcPr>
            <w:tcW w:w="666" w:type="dxa"/>
          </w:tcPr>
          <w:p w14:paraId="518487AC" w14:textId="77777777" w:rsidR="00DE7E5C" w:rsidRPr="007E5E58" w:rsidRDefault="00DE7E5C" w:rsidP="007E5E58">
            <w:pPr>
              <w:spacing w:line="276" w:lineRule="auto"/>
              <w:jc w:val="center"/>
              <w:rPr>
                <w:rFonts w:cs="Times New Roman"/>
                <w:b/>
              </w:rPr>
            </w:pPr>
            <w:r w:rsidRPr="007E5E58">
              <w:rPr>
                <w:rFonts w:cs="Times New Roman"/>
                <w:b/>
              </w:rPr>
              <w:t>C</w:t>
            </w:r>
          </w:p>
        </w:tc>
        <w:tc>
          <w:tcPr>
            <w:tcW w:w="666" w:type="dxa"/>
          </w:tcPr>
          <w:p w14:paraId="6455B7C2"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Pr>
          <w:p w14:paraId="47778B5B"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Pr>
          <w:p w14:paraId="502A01E4"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Pr>
          <w:p w14:paraId="76976DE1"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Pr>
          <w:p w14:paraId="2A5F39B7"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Pr>
          <w:p w14:paraId="2235E764"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Pr>
          <w:p w14:paraId="08FAACDE" w14:textId="77777777" w:rsidR="00DE7E5C" w:rsidRPr="007E5E58" w:rsidRDefault="00DE7E5C" w:rsidP="007E5E58">
            <w:pPr>
              <w:spacing w:line="276" w:lineRule="auto"/>
              <w:jc w:val="center"/>
              <w:rPr>
                <w:rFonts w:cs="Times New Roman"/>
                <w:b/>
              </w:rPr>
            </w:pPr>
            <w:r w:rsidRPr="007E5E58">
              <w:rPr>
                <w:rFonts w:cs="Times New Roman"/>
                <w:b/>
              </w:rPr>
              <w:t>D</w:t>
            </w:r>
          </w:p>
        </w:tc>
        <w:tc>
          <w:tcPr>
            <w:tcW w:w="666" w:type="dxa"/>
          </w:tcPr>
          <w:p w14:paraId="13C66358" w14:textId="77777777" w:rsidR="00DE7E5C" w:rsidRPr="007E5E58" w:rsidRDefault="00DE7E5C" w:rsidP="007E5E58">
            <w:pPr>
              <w:spacing w:line="276" w:lineRule="auto"/>
              <w:jc w:val="center"/>
              <w:rPr>
                <w:rFonts w:cs="Times New Roman"/>
                <w:b/>
              </w:rPr>
            </w:pPr>
            <w:r w:rsidRPr="007E5E58">
              <w:rPr>
                <w:rFonts w:cs="Times New Roman"/>
                <w:b/>
              </w:rPr>
              <w:t>D</w:t>
            </w:r>
          </w:p>
        </w:tc>
        <w:tc>
          <w:tcPr>
            <w:tcW w:w="666" w:type="dxa"/>
          </w:tcPr>
          <w:p w14:paraId="3CDDDE44" w14:textId="77777777" w:rsidR="00DE7E5C" w:rsidRPr="007E5E58" w:rsidRDefault="00DE7E5C" w:rsidP="007E5E58">
            <w:pPr>
              <w:spacing w:line="276" w:lineRule="auto"/>
              <w:jc w:val="center"/>
              <w:rPr>
                <w:rFonts w:cs="Times New Roman"/>
                <w:b/>
              </w:rPr>
            </w:pPr>
            <w:r w:rsidRPr="007E5E58">
              <w:rPr>
                <w:rFonts w:cs="Times New Roman"/>
                <w:b/>
              </w:rPr>
              <w:t>D</w:t>
            </w:r>
          </w:p>
        </w:tc>
        <w:tc>
          <w:tcPr>
            <w:tcW w:w="666" w:type="dxa"/>
          </w:tcPr>
          <w:p w14:paraId="26A4B27E"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Pr>
          <w:p w14:paraId="176052CF"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Pr>
          <w:p w14:paraId="65558A2A" w14:textId="77777777" w:rsidR="00DE7E5C" w:rsidRPr="007E5E58" w:rsidRDefault="00DE7E5C" w:rsidP="007E5E58">
            <w:pPr>
              <w:spacing w:line="276" w:lineRule="auto"/>
              <w:jc w:val="center"/>
              <w:rPr>
                <w:rFonts w:cs="Times New Roman"/>
                <w:b/>
              </w:rPr>
            </w:pPr>
            <w:r w:rsidRPr="007E5E58">
              <w:rPr>
                <w:rFonts w:cs="Times New Roman"/>
                <w:b/>
              </w:rPr>
              <w:t>A</w:t>
            </w:r>
          </w:p>
        </w:tc>
        <w:tc>
          <w:tcPr>
            <w:tcW w:w="666" w:type="dxa"/>
          </w:tcPr>
          <w:p w14:paraId="1DA26B97" w14:textId="77777777" w:rsidR="00DE7E5C" w:rsidRPr="007E5E58" w:rsidRDefault="00DE7E5C" w:rsidP="007E5E58">
            <w:pPr>
              <w:spacing w:line="276" w:lineRule="auto"/>
              <w:jc w:val="center"/>
              <w:rPr>
                <w:rFonts w:cs="Times New Roman"/>
                <w:b/>
              </w:rPr>
            </w:pPr>
            <w:r w:rsidRPr="007E5E58">
              <w:rPr>
                <w:rFonts w:cs="Times New Roman"/>
                <w:b/>
              </w:rPr>
              <w:t>B</w:t>
            </w:r>
          </w:p>
        </w:tc>
        <w:tc>
          <w:tcPr>
            <w:tcW w:w="666" w:type="dxa"/>
          </w:tcPr>
          <w:p w14:paraId="7B063CC5" w14:textId="77777777" w:rsidR="00DE7E5C" w:rsidRPr="007E5E58" w:rsidRDefault="00DE7E5C" w:rsidP="007E5E58">
            <w:pPr>
              <w:spacing w:line="276" w:lineRule="auto"/>
              <w:jc w:val="center"/>
              <w:rPr>
                <w:rFonts w:cs="Times New Roman"/>
                <w:b/>
              </w:rPr>
            </w:pPr>
            <w:r w:rsidRPr="007E5E58">
              <w:rPr>
                <w:rFonts w:cs="Times New Roman"/>
                <w:b/>
              </w:rPr>
              <w:t>C</w:t>
            </w:r>
          </w:p>
        </w:tc>
        <w:tc>
          <w:tcPr>
            <w:tcW w:w="666" w:type="dxa"/>
          </w:tcPr>
          <w:p w14:paraId="39564542" w14:textId="77777777" w:rsidR="00DE7E5C" w:rsidRPr="007E5E58" w:rsidRDefault="00DE7E5C" w:rsidP="007E5E58">
            <w:pPr>
              <w:spacing w:line="276" w:lineRule="auto"/>
              <w:jc w:val="center"/>
              <w:rPr>
                <w:rFonts w:cs="Times New Roman"/>
                <w:b/>
              </w:rPr>
            </w:pPr>
            <w:r w:rsidRPr="007E5E58">
              <w:rPr>
                <w:rFonts w:cs="Times New Roman"/>
                <w:b/>
              </w:rPr>
              <w:t>D</w:t>
            </w:r>
          </w:p>
        </w:tc>
        <w:tc>
          <w:tcPr>
            <w:tcW w:w="666" w:type="dxa"/>
          </w:tcPr>
          <w:p w14:paraId="3DABB9D6" w14:textId="77777777" w:rsidR="00DE7E5C" w:rsidRPr="007E5E58" w:rsidRDefault="00DE7E5C" w:rsidP="007E5E58">
            <w:pPr>
              <w:spacing w:line="276" w:lineRule="auto"/>
              <w:jc w:val="center"/>
              <w:rPr>
                <w:rFonts w:cs="Times New Roman"/>
                <w:b/>
              </w:rPr>
            </w:pPr>
            <w:r w:rsidRPr="007E5E58">
              <w:rPr>
                <w:rFonts w:cs="Times New Roman"/>
                <w:b/>
              </w:rPr>
              <w:t>D</w:t>
            </w:r>
          </w:p>
        </w:tc>
      </w:tr>
    </w:tbl>
    <w:p w14:paraId="5F556A96" w14:textId="77777777" w:rsidR="00DE7E5C" w:rsidRPr="007E5E58" w:rsidRDefault="00DE7E5C" w:rsidP="007E5E58">
      <w:pPr>
        <w:ind w:left="992"/>
        <w:jc w:val="center"/>
        <w:rPr>
          <w:rFonts w:cs="Times New Roman"/>
          <w:b/>
        </w:rPr>
      </w:pPr>
    </w:p>
    <w:p w14:paraId="1405F892" w14:textId="77777777" w:rsidR="00DE7E5C" w:rsidRPr="00A1493C" w:rsidRDefault="00DE7E5C" w:rsidP="00A1493C">
      <w:pPr>
        <w:ind w:left="992"/>
        <w:jc w:val="center"/>
        <w:rPr>
          <w:rFonts w:cs="Times New Roman"/>
          <w:b/>
        </w:rPr>
      </w:pPr>
      <w:r w:rsidRPr="00A1493C">
        <w:rPr>
          <w:rFonts w:cs="Times New Roman"/>
          <w:b/>
        </w:rPr>
        <w:t>ĐỀ 7-11</w:t>
      </w:r>
    </w:p>
    <w:p w14:paraId="441DBFFF" w14:textId="77777777" w:rsidR="00DE7E5C" w:rsidRPr="00A1493C" w:rsidRDefault="00DE7E5C" w:rsidP="00A1493C">
      <w:pPr>
        <w:ind w:left="992"/>
        <w:rPr>
          <w:rFonts w:cs="Times New Roman"/>
        </w:rPr>
      </w:pPr>
      <w:r w:rsidRPr="00A1493C">
        <w:rPr>
          <w:rFonts w:cs="Times New Roman"/>
          <w:b/>
        </w:rPr>
        <w:t>Phần I: Trắc nghiệm</w:t>
      </w:r>
    </w:p>
    <w:p w14:paraId="445B7400"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w:t>
      </w:r>
      <w:r w:rsidRPr="00A1493C">
        <w:rPr>
          <w:rFonts w:cs="Times New Roman"/>
          <w:b/>
          <w:color w:val="0000FF"/>
        </w:rPr>
        <w:tab/>
      </w:r>
      <w:r w:rsidRPr="00A1493C">
        <w:rPr>
          <w:rFonts w:cs="Times New Roman"/>
        </w:rPr>
        <w:t xml:space="preserve">Tập xác định </w:t>
      </w:r>
      <w:r w:rsidRPr="00A1493C">
        <w:rPr>
          <w:position w:val="-4"/>
        </w:rPr>
        <w:object w:dxaOrig="260" w:dyaOrig="260" w14:anchorId="3061C556">
          <v:shape id="_x0000_i2342" type="#_x0000_t75" style="width:13.2pt;height:13.2pt" o:ole="">
            <v:imagedata r:id="rId2541" o:title=""/>
          </v:shape>
          <o:OLEObject Type="Embed" ProgID="Equation.DSMT4" ShapeID="_x0000_i2342" DrawAspect="Content" ObjectID="_1699919078" r:id="rId2542"/>
        </w:object>
      </w:r>
      <w:r w:rsidRPr="00A1493C">
        <w:rPr>
          <w:rFonts w:cs="Times New Roman"/>
        </w:rPr>
        <w:t xml:space="preserve"> của hàm số </w:t>
      </w:r>
      <w:r w:rsidRPr="00A1493C">
        <w:rPr>
          <w:position w:val="-24"/>
        </w:rPr>
        <w:object w:dxaOrig="1719" w:dyaOrig="620" w14:anchorId="31DC3D13">
          <v:shape id="_x0000_i2343" type="#_x0000_t75" style="width:85.8pt;height:31.2pt" o:ole="">
            <v:imagedata r:id="rId2543" o:title=""/>
          </v:shape>
          <o:OLEObject Type="Embed" ProgID="Equation.DSMT4" ShapeID="_x0000_i2343" DrawAspect="Content" ObjectID="_1699919079" r:id="rId2544"/>
        </w:object>
      </w:r>
      <w:r w:rsidRPr="00A1493C">
        <w:rPr>
          <w:rFonts w:cs="Times New Roman"/>
        </w:rPr>
        <w:t xml:space="preserve"> là</w:t>
      </w:r>
    </w:p>
    <w:p w14:paraId="037E0017"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0"/>
        </w:rPr>
        <w:object w:dxaOrig="2020" w:dyaOrig="320" w14:anchorId="691FCAA8">
          <v:shape id="_x0000_i2344" type="#_x0000_t75" style="width:100.8pt;height:16.2pt" o:ole="">
            <v:imagedata r:id="rId2545" o:title=""/>
          </v:shape>
          <o:OLEObject Type="Embed" ProgID="Equation.DSMT4" ShapeID="_x0000_i2344" DrawAspect="Content" ObjectID="_1699919080" r:id="rId2546"/>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B. </w:t>
      </w:r>
      <w:r w:rsidRPr="00A1493C">
        <w:rPr>
          <w:rFonts w:cs="Times New Roman"/>
          <w:position w:val="-28"/>
        </w:rPr>
        <w:object w:dxaOrig="2500" w:dyaOrig="680" w14:anchorId="03AE7730">
          <v:shape id="_x0000_i2345" type="#_x0000_t75" style="width:124.8pt;height:34.2pt" o:ole="">
            <v:imagedata r:id="rId2547" o:title=""/>
          </v:shape>
          <o:OLEObject Type="Embed" ProgID="Equation.DSMT4" ShapeID="_x0000_i2345" DrawAspect="Content" ObjectID="_1699919081" r:id="rId2548"/>
        </w:object>
      </w:r>
      <w:r w:rsidRPr="00A1493C">
        <w:rPr>
          <w:rFonts w:cs="Times New Roman"/>
        </w:rPr>
        <w:t>.</w:t>
      </w:r>
    </w:p>
    <w:p w14:paraId="13D62EE7"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28"/>
        </w:rPr>
        <w:object w:dxaOrig="2380" w:dyaOrig="680" w14:anchorId="571F0BFB">
          <v:shape id="_x0000_i2346" type="#_x0000_t75" style="width:118.8pt;height:34.2pt" o:ole="">
            <v:imagedata r:id="rId2549" o:title=""/>
          </v:shape>
          <o:OLEObject Type="Embed" ProgID="Equation.DSMT4" ShapeID="_x0000_i2346" DrawAspect="Content" ObjectID="_1699919082" r:id="rId2550"/>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10"/>
        </w:rPr>
        <w:object w:dxaOrig="1880" w:dyaOrig="320" w14:anchorId="5D1B8814">
          <v:shape id="_x0000_i2347" type="#_x0000_t75" style="width:94.2pt;height:16.2pt" o:ole="">
            <v:imagedata r:id="rId2551" o:title=""/>
          </v:shape>
          <o:OLEObject Type="Embed" ProgID="Equation.DSMT4" ShapeID="_x0000_i2347" DrawAspect="Content" ObjectID="_1699919083" r:id="rId2552"/>
        </w:object>
      </w:r>
      <w:r w:rsidRPr="00A1493C">
        <w:rPr>
          <w:rFonts w:cs="Times New Roman"/>
        </w:rPr>
        <w:t>.</w:t>
      </w:r>
    </w:p>
    <w:p w14:paraId="1AD1FE68"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w:t>
      </w:r>
      <w:r w:rsidRPr="00A1493C">
        <w:rPr>
          <w:rFonts w:cs="Times New Roman"/>
          <w:b/>
          <w:color w:val="0000FF"/>
        </w:rPr>
        <w:tab/>
      </w:r>
      <w:r w:rsidRPr="00A1493C">
        <w:rPr>
          <w:rFonts w:cs="Times New Roman"/>
        </w:rPr>
        <w:t xml:space="preserve">Hàm số </w:t>
      </w:r>
      <w:r w:rsidRPr="00A1493C">
        <w:rPr>
          <w:position w:val="-10"/>
        </w:rPr>
        <w:object w:dxaOrig="900" w:dyaOrig="320" w14:anchorId="044056B0">
          <v:shape id="_x0000_i2348" type="#_x0000_t75" style="width:45pt;height:16.2pt" o:ole="">
            <v:imagedata r:id="rId2553" o:title=""/>
          </v:shape>
          <o:OLEObject Type="Embed" ProgID="Equation.DSMT4" ShapeID="_x0000_i2348" DrawAspect="Content" ObjectID="_1699919084" r:id="rId2554"/>
        </w:object>
      </w:r>
      <w:r w:rsidRPr="00A1493C">
        <w:rPr>
          <w:rFonts w:cs="Times New Roman"/>
        </w:rPr>
        <w:t xml:space="preserve"> đồng biến trên khoảng nào dưới đây?</w:t>
      </w:r>
    </w:p>
    <w:p w14:paraId="05198EE3"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0"/>
        </w:rPr>
        <w:object w:dxaOrig="600" w:dyaOrig="320" w14:anchorId="334A553C">
          <v:shape id="_x0000_i2349" type="#_x0000_t75" style="width:30pt;height:16.2pt" o:ole="">
            <v:imagedata r:id="rId2555" o:title=""/>
          </v:shape>
          <o:OLEObject Type="Embed" ProgID="Equation.DSMT4" ShapeID="_x0000_i2349" DrawAspect="Content" ObjectID="_1699919085" r:id="rId2556"/>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28"/>
        </w:rPr>
        <w:object w:dxaOrig="700" w:dyaOrig="680" w14:anchorId="45B4BA96">
          <v:shape id="_x0000_i2350" type="#_x0000_t75" style="width:34.8pt;height:34.2pt" o:ole="">
            <v:imagedata r:id="rId2557" o:title=""/>
          </v:shape>
          <o:OLEObject Type="Embed" ProgID="Equation.DSMT4" ShapeID="_x0000_i2350" DrawAspect="Content" ObjectID="_1699919086" r:id="rId2558"/>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28"/>
        </w:rPr>
        <w:object w:dxaOrig="760" w:dyaOrig="680" w14:anchorId="4166D386">
          <v:shape id="_x0000_i2351" type="#_x0000_t75" style="width:37.8pt;height:34.2pt" o:ole="">
            <v:imagedata r:id="rId2559" o:title=""/>
          </v:shape>
          <o:OLEObject Type="Embed" ProgID="Equation.DSMT4" ShapeID="_x0000_i2351" DrawAspect="Content" ObjectID="_1699919087" r:id="rId2560"/>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10"/>
        </w:rPr>
        <w:object w:dxaOrig="720" w:dyaOrig="320" w14:anchorId="20CD9D04">
          <v:shape id="_x0000_i2352" type="#_x0000_t75" style="width:36pt;height:16.2pt" o:ole="">
            <v:imagedata r:id="rId2561" o:title=""/>
          </v:shape>
          <o:OLEObject Type="Embed" ProgID="Equation.DSMT4" ShapeID="_x0000_i2352" DrawAspect="Content" ObjectID="_1699919088" r:id="rId2562"/>
        </w:object>
      </w:r>
      <w:r w:rsidRPr="00A1493C">
        <w:rPr>
          <w:rFonts w:cs="Times New Roman"/>
        </w:rPr>
        <w:t>.</w:t>
      </w:r>
    </w:p>
    <w:p w14:paraId="408B494C"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3:</w:t>
      </w:r>
      <w:r w:rsidRPr="00A1493C">
        <w:rPr>
          <w:rFonts w:cs="Times New Roman"/>
          <w:b/>
          <w:color w:val="0000FF"/>
        </w:rPr>
        <w:tab/>
      </w:r>
      <w:r w:rsidRPr="00A1493C">
        <w:rPr>
          <w:rFonts w:cs="Times New Roman"/>
        </w:rPr>
        <w:t>Trong các hàm số sau, đâu là hàm số chẵn.</w:t>
      </w:r>
    </w:p>
    <w:p w14:paraId="3A87B03E"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0"/>
        </w:rPr>
        <w:object w:dxaOrig="1020" w:dyaOrig="320" w14:anchorId="0B0D540F">
          <v:shape id="_x0000_i2353" type="#_x0000_t75" style="width:51pt;height:16.2pt" o:ole="">
            <v:imagedata r:id="rId2563" o:title=""/>
          </v:shape>
          <o:OLEObject Type="Embed" ProgID="Equation.DSMT4" ShapeID="_x0000_i2353" DrawAspect="Content" ObjectID="_1699919089" r:id="rId2564"/>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B. </w:t>
      </w:r>
      <w:r w:rsidRPr="00A1493C">
        <w:rPr>
          <w:rFonts w:cs="Times New Roman"/>
          <w:position w:val="-28"/>
        </w:rPr>
        <w:object w:dxaOrig="1560" w:dyaOrig="680" w14:anchorId="195E805E">
          <v:shape id="_x0000_i2354" type="#_x0000_t75" style="width:78pt;height:34.2pt" o:ole="">
            <v:imagedata r:id="rId2565" o:title=""/>
          </v:shape>
          <o:OLEObject Type="Embed" ProgID="Equation.DSMT4" ShapeID="_x0000_i2354" DrawAspect="Content" ObjectID="_1699919090" r:id="rId2566"/>
        </w:object>
      </w:r>
      <w:r w:rsidRPr="00A1493C">
        <w:rPr>
          <w:rFonts w:cs="Times New Roman"/>
        </w:rPr>
        <w:t>.</w:t>
      </w:r>
    </w:p>
    <w:p w14:paraId="028106E1"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28"/>
        </w:rPr>
        <w:object w:dxaOrig="1680" w:dyaOrig="680" w14:anchorId="596F6379">
          <v:shape id="_x0000_i2355" type="#_x0000_t75" style="width:84pt;height:34.2pt" o:ole="">
            <v:imagedata r:id="rId2567" o:title=""/>
          </v:shape>
          <o:OLEObject Type="Embed" ProgID="Equation.DSMT4" ShapeID="_x0000_i2355" DrawAspect="Content" ObjectID="_1699919091" r:id="rId2568"/>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D. </w:t>
      </w:r>
      <w:r w:rsidRPr="00A1493C">
        <w:rPr>
          <w:rFonts w:cs="Times New Roman"/>
          <w:position w:val="-10"/>
        </w:rPr>
        <w:object w:dxaOrig="1579" w:dyaOrig="320" w14:anchorId="2148042E">
          <v:shape id="_x0000_i2356" type="#_x0000_t75" style="width:79.2pt;height:16.2pt" o:ole="">
            <v:imagedata r:id="rId2569" o:title=""/>
          </v:shape>
          <o:OLEObject Type="Embed" ProgID="Equation.DSMT4" ShapeID="_x0000_i2356" DrawAspect="Content" ObjectID="_1699919092" r:id="rId2570"/>
        </w:object>
      </w:r>
      <w:r w:rsidRPr="00A1493C">
        <w:rPr>
          <w:rFonts w:cs="Times New Roman"/>
        </w:rPr>
        <w:t>.</w:t>
      </w:r>
    </w:p>
    <w:p w14:paraId="2AF19CBD"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4:</w:t>
      </w:r>
      <w:r w:rsidRPr="00A1493C">
        <w:rPr>
          <w:rFonts w:cs="Times New Roman"/>
          <w:b/>
          <w:color w:val="0000FF"/>
        </w:rPr>
        <w:tab/>
      </w:r>
      <w:r w:rsidRPr="00A1493C">
        <w:rPr>
          <w:rFonts w:cs="Times New Roman"/>
        </w:rPr>
        <w:t xml:space="preserve">Gọi </w:t>
      </w:r>
      <w:r w:rsidRPr="00A1493C">
        <w:rPr>
          <w:position w:val="-4"/>
        </w:rPr>
        <w:object w:dxaOrig="320" w:dyaOrig="260" w14:anchorId="62D52FC7">
          <v:shape id="_x0000_i2357" type="#_x0000_t75" style="width:16.2pt;height:13.2pt" o:ole="">
            <v:imagedata r:id="rId2571" o:title=""/>
          </v:shape>
          <o:OLEObject Type="Embed" ProgID="Equation.DSMT4" ShapeID="_x0000_i2357" DrawAspect="Content" ObjectID="_1699919093" r:id="rId2572"/>
        </w:object>
      </w:r>
      <w:r w:rsidRPr="00A1493C">
        <w:rPr>
          <w:rFonts w:cs="Times New Roman"/>
        </w:rPr>
        <w:t xml:space="preserve"> và </w:t>
      </w:r>
      <w:r w:rsidRPr="00A1493C">
        <w:rPr>
          <w:position w:val="-6"/>
        </w:rPr>
        <w:object w:dxaOrig="260" w:dyaOrig="220" w14:anchorId="2796C1AE">
          <v:shape id="_x0000_i2358" type="#_x0000_t75" style="width:13.2pt;height:10.8pt" o:ole="">
            <v:imagedata r:id="rId2573" o:title=""/>
          </v:shape>
          <o:OLEObject Type="Embed" ProgID="Equation.DSMT4" ShapeID="_x0000_i2358" DrawAspect="Content" ObjectID="_1699919094" r:id="rId2574"/>
        </w:object>
      </w:r>
      <w:r w:rsidRPr="00A1493C">
        <w:rPr>
          <w:rFonts w:cs="Times New Roman"/>
        </w:rPr>
        <w:t xml:space="preserve"> lần lượt là giá trị lớn nhất và giá trị nhỏ nhất của hàm số </w:t>
      </w:r>
      <w:r w:rsidRPr="00A1493C">
        <w:rPr>
          <w:position w:val="-24"/>
        </w:rPr>
        <w:object w:dxaOrig="1540" w:dyaOrig="620" w14:anchorId="5D9108A0">
          <v:shape id="_x0000_i2359" type="#_x0000_t75" style="width:76.8pt;height:31.2pt" o:ole="">
            <v:imagedata r:id="rId2575" o:title=""/>
          </v:shape>
          <o:OLEObject Type="Embed" ProgID="Equation.DSMT4" ShapeID="_x0000_i2359" DrawAspect="Content" ObjectID="_1699919095" r:id="rId2576"/>
        </w:object>
      </w:r>
      <w:r w:rsidRPr="00A1493C">
        <w:rPr>
          <w:rFonts w:cs="Times New Roman"/>
        </w:rPr>
        <w:t xml:space="preserve">. Tính </w:t>
      </w:r>
      <w:r w:rsidRPr="00A1493C">
        <w:rPr>
          <w:position w:val="-24"/>
        </w:rPr>
        <w:object w:dxaOrig="360" w:dyaOrig="620" w14:anchorId="2004C8DB">
          <v:shape id="_x0000_i2360" type="#_x0000_t75" style="width:18pt;height:31.2pt" o:ole="">
            <v:imagedata r:id="rId2577" o:title=""/>
          </v:shape>
          <o:OLEObject Type="Embed" ProgID="Equation.DSMT4" ShapeID="_x0000_i2360" DrawAspect="Content" ObjectID="_1699919096" r:id="rId2578"/>
        </w:object>
      </w:r>
    </w:p>
    <w:p w14:paraId="1216BE94"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3.</w:t>
      </w:r>
      <w:r w:rsidRPr="00A1493C">
        <w:rPr>
          <w:rFonts w:cs="Times New Roman"/>
        </w:rPr>
        <w:tab/>
      </w:r>
      <w:r w:rsidRPr="00A1493C">
        <w:rPr>
          <w:rFonts w:cs="Times New Roman"/>
          <w:b/>
          <w:color w:val="0000FF"/>
        </w:rPr>
        <w:t xml:space="preserve">B. </w:t>
      </w:r>
      <w:r w:rsidRPr="00A1493C">
        <w:rPr>
          <w:rFonts w:cs="Times New Roman"/>
        </w:rPr>
        <w:t>4.</w:t>
      </w:r>
      <w:r w:rsidRPr="00A1493C">
        <w:rPr>
          <w:rFonts w:cs="Times New Roman"/>
        </w:rPr>
        <w:tab/>
      </w:r>
      <w:r w:rsidRPr="00A1493C">
        <w:rPr>
          <w:rFonts w:cs="Times New Roman"/>
          <w:b/>
          <w:color w:val="0000FF"/>
        </w:rPr>
        <w:t xml:space="preserve">C. </w:t>
      </w:r>
      <w:r w:rsidRPr="00A1493C">
        <w:rPr>
          <w:rFonts w:cs="Times New Roman"/>
        </w:rPr>
        <w:t>2.</w:t>
      </w:r>
      <w:r w:rsidRPr="00A1493C">
        <w:rPr>
          <w:rFonts w:cs="Times New Roman"/>
        </w:rPr>
        <w:tab/>
      </w:r>
      <w:r w:rsidRPr="00A1493C">
        <w:rPr>
          <w:rFonts w:cs="Times New Roman"/>
          <w:b/>
          <w:color w:val="0000FF"/>
        </w:rPr>
        <w:t xml:space="preserve">D. </w:t>
      </w:r>
      <w:r w:rsidRPr="00A1493C">
        <w:rPr>
          <w:rFonts w:cs="Times New Roman"/>
          <w:position w:val="-24"/>
        </w:rPr>
        <w:object w:dxaOrig="240" w:dyaOrig="620" w14:anchorId="729A2E28">
          <v:shape id="_x0000_i2361" type="#_x0000_t75" style="width:12pt;height:31.2pt" o:ole="">
            <v:imagedata r:id="rId2579" o:title=""/>
          </v:shape>
          <o:OLEObject Type="Embed" ProgID="Equation.DSMT4" ShapeID="_x0000_i2361" DrawAspect="Content" ObjectID="_1699919097" r:id="rId2580"/>
        </w:object>
      </w:r>
      <w:r w:rsidRPr="00A1493C">
        <w:rPr>
          <w:rFonts w:cs="Times New Roman"/>
        </w:rPr>
        <w:t>.</w:t>
      </w:r>
    </w:p>
    <w:p w14:paraId="0D99FBED"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lastRenderedPageBreak/>
        <w:t>Câu 5:</w:t>
      </w:r>
      <w:r w:rsidRPr="00A1493C">
        <w:rPr>
          <w:rFonts w:cs="Times New Roman"/>
          <w:b/>
          <w:color w:val="0000FF"/>
        </w:rPr>
        <w:tab/>
      </w:r>
      <w:r w:rsidRPr="00A1493C">
        <w:rPr>
          <w:rFonts w:cs="Times New Roman"/>
        </w:rPr>
        <w:t xml:space="preserve">Tìm tập nghiệm của phương trình </w:t>
      </w:r>
      <w:r w:rsidRPr="00A1493C">
        <w:rPr>
          <w:position w:val="-28"/>
        </w:rPr>
        <w:object w:dxaOrig="1840" w:dyaOrig="680" w14:anchorId="1FE9A201">
          <v:shape id="_x0000_i2362" type="#_x0000_t75" style="width:91.8pt;height:34.2pt" o:ole="">
            <v:imagedata r:id="rId2581" o:title=""/>
          </v:shape>
          <o:OLEObject Type="Embed" ProgID="Equation.DSMT4" ShapeID="_x0000_i2362" DrawAspect="Content" ObjectID="_1699919098" r:id="rId2582"/>
        </w:object>
      </w:r>
      <w:r w:rsidRPr="00A1493C">
        <w:rPr>
          <w:rFonts w:cs="Times New Roman"/>
        </w:rPr>
        <w:t>.</w:t>
      </w:r>
    </w:p>
    <w:p w14:paraId="67626380"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28"/>
        </w:rPr>
        <w:object w:dxaOrig="1760" w:dyaOrig="680" w14:anchorId="60F8C260">
          <v:shape id="_x0000_i2363" type="#_x0000_t75" style="width:88.2pt;height:34.2pt" o:ole="">
            <v:imagedata r:id="rId2583" o:title=""/>
          </v:shape>
          <o:OLEObject Type="Embed" ProgID="Equation.DSMT4" ShapeID="_x0000_i2363" DrawAspect="Content" ObjectID="_1699919099" r:id="rId2584"/>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B. </w:t>
      </w:r>
      <w:r w:rsidRPr="00A1493C">
        <w:rPr>
          <w:rFonts w:cs="Times New Roman"/>
          <w:position w:val="-28"/>
        </w:rPr>
        <w:object w:dxaOrig="2240" w:dyaOrig="680" w14:anchorId="4245B7B0">
          <v:shape id="_x0000_i2364" type="#_x0000_t75" style="width:112.2pt;height:34.2pt" o:ole="">
            <v:imagedata r:id="rId2585" o:title=""/>
          </v:shape>
          <o:OLEObject Type="Embed" ProgID="Equation.DSMT4" ShapeID="_x0000_i2364" DrawAspect="Content" ObjectID="_1699919100" r:id="rId2586"/>
        </w:object>
      </w:r>
      <w:r w:rsidRPr="00A1493C">
        <w:rPr>
          <w:rFonts w:cs="Times New Roman"/>
        </w:rPr>
        <w:t>.</w:t>
      </w:r>
    </w:p>
    <w:p w14:paraId="44900C60"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28"/>
        </w:rPr>
        <w:object w:dxaOrig="2760" w:dyaOrig="680" w14:anchorId="07A4BA7A">
          <v:shape id="_x0000_i2365" type="#_x0000_t75" style="width:138pt;height:34.2pt" o:ole="">
            <v:imagedata r:id="rId2587" o:title=""/>
          </v:shape>
          <o:OLEObject Type="Embed" ProgID="Equation.DSMT4" ShapeID="_x0000_i2365" DrawAspect="Content" ObjectID="_1699919101" r:id="rId2588"/>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28"/>
        </w:rPr>
        <w:object w:dxaOrig="1740" w:dyaOrig="680" w14:anchorId="55927E23">
          <v:shape id="_x0000_i2366" type="#_x0000_t75" style="width:87pt;height:34.2pt" o:ole="">
            <v:imagedata r:id="rId2589" o:title=""/>
          </v:shape>
          <o:OLEObject Type="Embed" ProgID="Equation.DSMT4" ShapeID="_x0000_i2366" DrawAspect="Content" ObjectID="_1699919102" r:id="rId2590"/>
        </w:object>
      </w:r>
      <w:r w:rsidRPr="00A1493C">
        <w:rPr>
          <w:rFonts w:cs="Times New Roman"/>
        </w:rPr>
        <w:t>.</w:t>
      </w:r>
    </w:p>
    <w:p w14:paraId="6537A7C6"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6:</w:t>
      </w:r>
      <w:r w:rsidRPr="00A1493C">
        <w:rPr>
          <w:rFonts w:cs="Times New Roman"/>
          <w:b/>
          <w:color w:val="0000FF"/>
        </w:rPr>
        <w:tab/>
      </w:r>
      <w:r w:rsidRPr="00A1493C">
        <w:rPr>
          <w:rFonts w:cs="Times New Roman"/>
        </w:rPr>
        <w:t xml:space="preserve">Tìm số nghiệm thuộc đoạn </w:t>
      </w:r>
      <w:r w:rsidRPr="00A1493C">
        <w:rPr>
          <w:position w:val="-10"/>
        </w:rPr>
        <w:object w:dxaOrig="740" w:dyaOrig="320" w14:anchorId="6FFDD7CF">
          <v:shape id="_x0000_i2367" type="#_x0000_t75" style="width:37.2pt;height:16.2pt" o:ole="">
            <v:imagedata r:id="rId2591" o:title=""/>
          </v:shape>
          <o:OLEObject Type="Embed" ProgID="Equation.DSMT4" ShapeID="_x0000_i2367" DrawAspect="Content" ObjectID="_1699919103" r:id="rId2592"/>
        </w:object>
      </w:r>
      <w:r w:rsidRPr="00A1493C">
        <w:rPr>
          <w:rFonts w:cs="Times New Roman"/>
        </w:rPr>
        <w:t xml:space="preserve"> của phương trình </w:t>
      </w:r>
      <w:r w:rsidRPr="00A1493C">
        <w:rPr>
          <w:position w:val="-28"/>
        </w:rPr>
        <w:object w:dxaOrig="1660" w:dyaOrig="680" w14:anchorId="784D0AE5">
          <v:shape id="_x0000_i2368" type="#_x0000_t75" style="width:82.8pt;height:34.2pt" o:ole="">
            <v:imagedata r:id="rId2593" o:title=""/>
          </v:shape>
          <o:OLEObject Type="Embed" ProgID="Equation.DSMT4" ShapeID="_x0000_i2368" DrawAspect="Content" ObjectID="_1699919104" r:id="rId2594"/>
        </w:object>
      </w:r>
      <w:r w:rsidRPr="00A1493C">
        <w:rPr>
          <w:rFonts w:cs="Times New Roman"/>
        </w:rPr>
        <w:t>.</w:t>
      </w:r>
    </w:p>
    <w:p w14:paraId="232C3C29"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0.</w:t>
      </w:r>
      <w:r w:rsidRPr="00A1493C">
        <w:rPr>
          <w:rFonts w:cs="Times New Roman"/>
        </w:rPr>
        <w:tab/>
      </w:r>
      <w:r w:rsidRPr="00A1493C">
        <w:rPr>
          <w:rFonts w:cs="Times New Roman"/>
          <w:b/>
          <w:color w:val="0000FF"/>
        </w:rPr>
        <w:t xml:space="preserve">B. </w:t>
      </w:r>
      <w:r w:rsidRPr="00A1493C">
        <w:rPr>
          <w:rFonts w:cs="Times New Roman"/>
        </w:rPr>
        <w:t>1.</w:t>
      </w:r>
      <w:r w:rsidRPr="00A1493C">
        <w:rPr>
          <w:rFonts w:cs="Times New Roman"/>
        </w:rPr>
        <w:tab/>
      </w:r>
      <w:r w:rsidRPr="00A1493C">
        <w:rPr>
          <w:rFonts w:cs="Times New Roman"/>
          <w:b/>
          <w:color w:val="0000FF"/>
        </w:rPr>
        <w:t xml:space="preserve">C. </w:t>
      </w:r>
      <w:r w:rsidRPr="00A1493C">
        <w:rPr>
          <w:rFonts w:cs="Times New Roman"/>
        </w:rPr>
        <w:t>2.</w:t>
      </w:r>
      <w:r w:rsidRPr="00A1493C">
        <w:rPr>
          <w:rFonts w:cs="Times New Roman"/>
        </w:rPr>
        <w:tab/>
      </w:r>
      <w:r w:rsidRPr="00A1493C">
        <w:rPr>
          <w:rFonts w:cs="Times New Roman"/>
          <w:b/>
          <w:color w:val="0000FF"/>
        </w:rPr>
        <w:t xml:space="preserve">D. </w:t>
      </w:r>
      <w:r w:rsidRPr="00A1493C">
        <w:rPr>
          <w:rFonts w:cs="Times New Roman"/>
        </w:rPr>
        <w:t>3.</w:t>
      </w:r>
    </w:p>
    <w:p w14:paraId="730CB394"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7:</w:t>
      </w:r>
      <w:r w:rsidRPr="00A1493C">
        <w:rPr>
          <w:rFonts w:cs="Times New Roman"/>
          <w:b/>
          <w:color w:val="0000FF"/>
        </w:rPr>
        <w:tab/>
      </w:r>
      <w:r w:rsidRPr="00A1493C">
        <w:rPr>
          <w:rFonts w:cs="Times New Roman"/>
        </w:rPr>
        <w:t xml:space="preserve">Cho phương trình </w:t>
      </w:r>
      <w:r w:rsidRPr="00A1493C">
        <w:rPr>
          <w:position w:val="-8"/>
        </w:rPr>
        <w:object w:dxaOrig="1520" w:dyaOrig="360" w14:anchorId="3EA7E635">
          <v:shape id="_x0000_i2369" type="#_x0000_t75" style="width:76.2pt;height:18pt" o:ole="">
            <v:imagedata r:id="rId2595" o:title=""/>
          </v:shape>
          <o:OLEObject Type="Embed" ProgID="Equation.DSMT4" ShapeID="_x0000_i2369" DrawAspect="Content" ObjectID="_1699919105" r:id="rId2596"/>
        </w:object>
      </w:r>
      <w:r w:rsidRPr="00A1493C">
        <w:rPr>
          <w:rFonts w:cs="Times New Roman"/>
        </w:rPr>
        <w:t xml:space="preserve">. Tổng tất cả các nghiệm thuộc </w:t>
      </w:r>
      <w:r w:rsidRPr="00A1493C">
        <w:rPr>
          <w:position w:val="-10"/>
        </w:rPr>
        <w:object w:dxaOrig="560" w:dyaOrig="320" w14:anchorId="4A375233">
          <v:shape id="_x0000_i2370" type="#_x0000_t75" style="width:28.2pt;height:16.2pt" o:ole="">
            <v:imagedata r:id="rId2597" o:title=""/>
          </v:shape>
          <o:OLEObject Type="Embed" ProgID="Equation.DSMT4" ShapeID="_x0000_i2370" DrawAspect="Content" ObjectID="_1699919106" r:id="rId2598"/>
        </w:object>
      </w:r>
      <w:r w:rsidRPr="00A1493C">
        <w:rPr>
          <w:rFonts w:cs="Times New Roman"/>
        </w:rPr>
        <w:t xml:space="preserve"> của phương trình là.</w:t>
      </w:r>
    </w:p>
    <w:p w14:paraId="495227EE"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6"/>
        </w:rPr>
        <w:object w:dxaOrig="220" w:dyaOrig="220" w14:anchorId="47594B4A">
          <v:shape id="_x0000_i2371" type="#_x0000_t75" style="width:10.8pt;height:10.8pt" o:ole="">
            <v:imagedata r:id="rId2599" o:title=""/>
          </v:shape>
          <o:OLEObject Type="Embed" ProgID="Equation.DSMT4" ShapeID="_x0000_i2371" DrawAspect="Content" ObjectID="_1699919107" r:id="rId2600"/>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24"/>
        </w:rPr>
        <w:object w:dxaOrig="260" w:dyaOrig="620" w14:anchorId="47AA2AC7">
          <v:shape id="_x0000_i2372" type="#_x0000_t75" style="width:13.2pt;height:31.2pt" o:ole="">
            <v:imagedata r:id="rId2601" o:title=""/>
          </v:shape>
          <o:OLEObject Type="Embed" ProgID="Equation.DSMT4" ShapeID="_x0000_i2372" DrawAspect="Content" ObjectID="_1699919108" r:id="rId2602"/>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24"/>
        </w:rPr>
        <w:object w:dxaOrig="400" w:dyaOrig="620" w14:anchorId="6637E66A">
          <v:shape id="_x0000_i2373" type="#_x0000_t75" style="width:19.8pt;height:31.2pt" o:ole="">
            <v:imagedata r:id="rId2603" o:title=""/>
          </v:shape>
          <o:OLEObject Type="Embed" ProgID="Equation.DSMT4" ShapeID="_x0000_i2373" DrawAspect="Content" ObjectID="_1699919109" r:id="rId2604"/>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24"/>
        </w:rPr>
        <w:object w:dxaOrig="400" w:dyaOrig="620" w14:anchorId="098F4D59">
          <v:shape id="_x0000_i2374" type="#_x0000_t75" style="width:19.8pt;height:31.2pt" o:ole="">
            <v:imagedata r:id="rId2605" o:title=""/>
          </v:shape>
          <o:OLEObject Type="Embed" ProgID="Equation.DSMT4" ShapeID="_x0000_i2374" DrawAspect="Content" ObjectID="_1699919110" r:id="rId2606"/>
        </w:object>
      </w:r>
      <w:r w:rsidRPr="00A1493C">
        <w:rPr>
          <w:rFonts w:cs="Times New Roman"/>
        </w:rPr>
        <w:t>.</w:t>
      </w:r>
    </w:p>
    <w:p w14:paraId="6FD2B657"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8:</w:t>
      </w:r>
      <w:r w:rsidRPr="00A1493C">
        <w:rPr>
          <w:rFonts w:cs="Times New Roman"/>
          <w:b/>
          <w:color w:val="0000FF"/>
        </w:rPr>
        <w:tab/>
      </w:r>
      <w:r w:rsidRPr="00A1493C">
        <w:rPr>
          <w:rFonts w:cs="Times New Roman"/>
        </w:rPr>
        <w:t xml:space="preserve">Nghiệm của phương trình </w:t>
      </w:r>
      <w:r w:rsidRPr="00A1493C">
        <w:rPr>
          <w:position w:val="-6"/>
        </w:rPr>
        <w:object w:dxaOrig="1460" w:dyaOrig="279" w14:anchorId="599704D4">
          <v:shape id="_x0000_i2375" type="#_x0000_t75" style="width:73.2pt;height:13.8pt" o:ole="">
            <v:imagedata r:id="rId2607" o:title=""/>
          </v:shape>
          <o:OLEObject Type="Embed" ProgID="Equation.DSMT4" ShapeID="_x0000_i2375" DrawAspect="Content" ObjectID="_1699919111" r:id="rId2608"/>
        </w:object>
      </w:r>
      <w:r w:rsidRPr="00A1493C">
        <w:rPr>
          <w:rFonts w:cs="Times New Roman"/>
        </w:rPr>
        <w:t xml:space="preserve"> là.</w:t>
      </w:r>
    </w:p>
    <w:p w14:paraId="01AA227E"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24"/>
        </w:rPr>
        <w:object w:dxaOrig="1260" w:dyaOrig="620" w14:anchorId="11A12D62">
          <v:shape id="_x0000_i2376" type="#_x0000_t75" style="width:63pt;height:31.2pt" o:ole="">
            <v:imagedata r:id="rId2609" o:title=""/>
          </v:shape>
          <o:OLEObject Type="Embed" ProgID="Equation.DSMT4" ShapeID="_x0000_i2376" DrawAspect="Content" ObjectID="_1699919112" r:id="rId2610"/>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24"/>
        </w:rPr>
        <w:object w:dxaOrig="780" w:dyaOrig="620" w14:anchorId="6F56BF72">
          <v:shape id="_x0000_i2377" type="#_x0000_t75" style="width:39pt;height:31.2pt" o:ole="">
            <v:imagedata r:id="rId2611" o:title=""/>
          </v:shape>
          <o:OLEObject Type="Embed" ProgID="Equation.DSMT4" ShapeID="_x0000_i2377" DrawAspect="Content" ObjectID="_1699919113" r:id="rId2612"/>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6"/>
        </w:rPr>
        <w:object w:dxaOrig="840" w:dyaOrig="279" w14:anchorId="6DFB771E">
          <v:shape id="_x0000_i2378" type="#_x0000_t75" style="width:42pt;height:13.8pt" o:ole="">
            <v:imagedata r:id="rId2613" o:title=""/>
          </v:shape>
          <o:OLEObject Type="Embed" ProgID="Equation.DSMT4" ShapeID="_x0000_i2378" DrawAspect="Content" ObjectID="_1699919114" r:id="rId2614"/>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24"/>
        </w:rPr>
        <w:object w:dxaOrig="1260" w:dyaOrig="620" w14:anchorId="631599BB">
          <v:shape id="_x0000_i2379" type="#_x0000_t75" style="width:63pt;height:31.2pt" o:ole="">
            <v:imagedata r:id="rId2615" o:title=""/>
          </v:shape>
          <o:OLEObject Type="Embed" ProgID="Equation.DSMT4" ShapeID="_x0000_i2379" DrawAspect="Content" ObjectID="_1699919115" r:id="rId2616"/>
        </w:object>
      </w:r>
      <w:r w:rsidRPr="00A1493C">
        <w:rPr>
          <w:rFonts w:cs="Times New Roman"/>
        </w:rPr>
        <w:t>.</w:t>
      </w:r>
    </w:p>
    <w:p w14:paraId="76F9EB0D"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9:</w:t>
      </w:r>
      <w:r w:rsidRPr="00A1493C">
        <w:rPr>
          <w:rFonts w:cs="Times New Roman"/>
          <w:b/>
          <w:color w:val="0000FF"/>
        </w:rPr>
        <w:tab/>
      </w:r>
      <w:r w:rsidRPr="00A1493C">
        <w:rPr>
          <w:rFonts w:cs="Times New Roman"/>
        </w:rPr>
        <w:t xml:space="preserve">Các nghiệm của phương trình </w:t>
      </w:r>
      <w:r w:rsidRPr="00A1493C">
        <w:rPr>
          <w:position w:val="-24"/>
        </w:rPr>
        <w:object w:dxaOrig="1340" w:dyaOrig="620" w14:anchorId="4EB7810F">
          <v:shape id="_x0000_i2380" type="#_x0000_t75" style="width:67.2pt;height:31.2pt" o:ole="">
            <v:imagedata r:id="rId2617" o:title=""/>
          </v:shape>
          <o:OLEObject Type="Embed" ProgID="Equation.DSMT4" ShapeID="_x0000_i2380" DrawAspect="Content" ObjectID="_1699919116" r:id="rId2618"/>
        </w:object>
      </w:r>
      <w:r w:rsidRPr="00A1493C">
        <w:rPr>
          <w:rFonts w:cs="Times New Roman"/>
        </w:rPr>
        <w:t xml:space="preserve"> được biểu diễn bởi bao nhiêu điểm trên đường tròn lượng giác?</w:t>
      </w:r>
    </w:p>
    <w:p w14:paraId="6CBB432A"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1.</w:t>
      </w:r>
      <w:r w:rsidRPr="00A1493C">
        <w:rPr>
          <w:rFonts w:cs="Times New Roman"/>
        </w:rPr>
        <w:tab/>
      </w:r>
      <w:r w:rsidRPr="00A1493C">
        <w:rPr>
          <w:rFonts w:cs="Times New Roman"/>
          <w:b/>
          <w:color w:val="0000FF"/>
        </w:rPr>
        <w:t xml:space="preserve">B. </w:t>
      </w:r>
      <w:r w:rsidRPr="00A1493C">
        <w:rPr>
          <w:rFonts w:cs="Times New Roman"/>
        </w:rPr>
        <w:t>2.</w:t>
      </w:r>
      <w:r w:rsidRPr="00A1493C">
        <w:rPr>
          <w:rFonts w:cs="Times New Roman"/>
        </w:rPr>
        <w:tab/>
      </w:r>
      <w:r w:rsidRPr="00A1493C">
        <w:rPr>
          <w:rFonts w:cs="Times New Roman"/>
          <w:b/>
          <w:color w:val="0000FF"/>
        </w:rPr>
        <w:t xml:space="preserve">C. </w:t>
      </w:r>
      <w:r w:rsidRPr="00A1493C">
        <w:rPr>
          <w:rFonts w:cs="Times New Roman"/>
        </w:rPr>
        <w:t>3.</w:t>
      </w:r>
      <w:r w:rsidRPr="00A1493C">
        <w:rPr>
          <w:rFonts w:cs="Times New Roman"/>
        </w:rPr>
        <w:tab/>
      </w:r>
      <w:r w:rsidRPr="00A1493C">
        <w:rPr>
          <w:rFonts w:cs="Times New Roman"/>
          <w:b/>
          <w:color w:val="0000FF"/>
        </w:rPr>
        <w:t xml:space="preserve">D. </w:t>
      </w:r>
      <w:r w:rsidRPr="00A1493C">
        <w:rPr>
          <w:rFonts w:cs="Times New Roman"/>
        </w:rPr>
        <w:t>4.</w:t>
      </w:r>
    </w:p>
    <w:p w14:paraId="670C87C9"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10:</w:t>
      </w:r>
      <w:r w:rsidRPr="00A1493C">
        <w:rPr>
          <w:rFonts w:cs="Times New Roman"/>
          <w:b/>
          <w:color w:val="0000FF"/>
        </w:rPr>
        <w:tab/>
      </w:r>
      <w:r w:rsidRPr="00A1493C">
        <w:rPr>
          <w:rFonts w:cs="Times New Roman"/>
        </w:rPr>
        <w:t xml:space="preserve">Nghiệm của phương trình </w:t>
      </w:r>
      <w:r w:rsidRPr="00A1493C">
        <w:rPr>
          <w:position w:val="-24"/>
        </w:rPr>
        <w:object w:dxaOrig="2760" w:dyaOrig="620" w14:anchorId="70DF0C64">
          <v:shape id="_x0000_i2381" type="#_x0000_t75" style="width:138pt;height:31.2pt" o:ole="">
            <v:imagedata r:id="rId2619" o:title=""/>
          </v:shape>
          <o:OLEObject Type="Embed" ProgID="Equation.DSMT4" ShapeID="_x0000_i2381" DrawAspect="Content" ObjectID="_1699919117" r:id="rId2620"/>
        </w:object>
      </w:r>
      <w:r w:rsidRPr="00A1493C">
        <w:rPr>
          <w:rFonts w:cs="Times New Roman"/>
        </w:rPr>
        <w:t xml:space="preserve"> là</w:t>
      </w:r>
    </w:p>
    <w:p w14:paraId="66C208A7"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46"/>
        </w:rPr>
        <w:object w:dxaOrig="2500" w:dyaOrig="1040" w14:anchorId="37EB4068">
          <v:shape id="_x0000_i2382" type="#_x0000_t75" style="width:124.8pt;height:52.2pt" o:ole="">
            <v:imagedata r:id="rId2621" o:title=""/>
          </v:shape>
          <o:OLEObject Type="Embed" ProgID="Equation.DSMT4" ShapeID="_x0000_i2382" DrawAspect="Content" ObjectID="_1699919118" r:id="rId2622"/>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24"/>
        </w:rPr>
        <w:object w:dxaOrig="1800" w:dyaOrig="620" w14:anchorId="571294CB">
          <v:shape id="_x0000_i2383" type="#_x0000_t75" style="width:90pt;height:31.2pt" o:ole="">
            <v:imagedata r:id="rId2623" o:title=""/>
          </v:shape>
          <o:OLEObject Type="Embed" ProgID="Equation.DSMT4" ShapeID="_x0000_i2383" DrawAspect="Content" ObjectID="_1699919119" r:id="rId2624"/>
        </w:object>
      </w:r>
      <w:r w:rsidRPr="00A1493C">
        <w:rPr>
          <w:rFonts w:cs="Times New Roman"/>
        </w:rPr>
        <w:t>.</w:t>
      </w:r>
    </w:p>
    <w:p w14:paraId="3CD2D851"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24"/>
        </w:rPr>
        <w:object w:dxaOrig="1939" w:dyaOrig="620" w14:anchorId="7EE326BB">
          <v:shape id="_x0000_i2384" type="#_x0000_t75" style="width:97.2pt;height:31.2pt" o:ole="">
            <v:imagedata r:id="rId2625" o:title=""/>
          </v:shape>
          <o:OLEObject Type="Embed" ProgID="Equation.DSMT4" ShapeID="_x0000_i2384" DrawAspect="Content" ObjectID="_1699919120" r:id="rId2626"/>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D. </w:t>
      </w:r>
      <w:r w:rsidRPr="00A1493C">
        <w:rPr>
          <w:rFonts w:cs="Times New Roman"/>
          <w:position w:val="-46"/>
        </w:rPr>
        <w:object w:dxaOrig="2500" w:dyaOrig="1040" w14:anchorId="6B51BEDB">
          <v:shape id="_x0000_i2385" type="#_x0000_t75" style="width:124.8pt;height:52.2pt" o:ole="">
            <v:imagedata r:id="rId2627" o:title=""/>
          </v:shape>
          <o:OLEObject Type="Embed" ProgID="Equation.DSMT4" ShapeID="_x0000_i2385" DrawAspect="Content" ObjectID="_1699919121" r:id="rId2628"/>
        </w:object>
      </w:r>
      <w:r w:rsidRPr="00A1493C">
        <w:rPr>
          <w:rFonts w:cs="Times New Roman"/>
        </w:rPr>
        <w:t>.</w:t>
      </w:r>
    </w:p>
    <w:p w14:paraId="7FC1799B"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11:</w:t>
      </w:r>
      <w:r w:rsidRPr="00A1493C">
        <w:rPr>
          <w:rFonts w:cs="Times New Roman"/>
          <w:b/>
          <w:color w:val="0000FF"/>
        </w:rPr>
        <w:tab/>
      </w:r>
      <w:r w:rsidRPr="00A1493C">
        <w:rPr>
          <w:rFonts w:cs="Times New Roman"/>
        </w:rPr>
        <w:t xml:space="preserve">Phương trình </w:t>
      </w:r>
      <w:r w:rsidRPr="00A1493C">
        <w:rPr>
          <w:position w:val="-8"/>
        </w:rPr>
        <w:object w:dxaOrig="2079" w:dyaOrig="360" w14:anchorId="3A13B931">
          <v:shape id="_x0000_i2386" type="#_x0000_t75" style="width:103.8pt;height:18pt" o:ole="">
            <v:imagedata r:id="rId2629" o:title=""/>
          </v:shape>
          <o:OLEObject Type="Embed" ProgID="Equation.DSMT4" ShapeID="_x0000_i2386" DrawAspect="Content" ObjectID="_1699919122" r:id="rId2630"/>
        </w:object>
      </w:r>
      <w:r w:rsidRPr="00A1493C">
        <w:rPr>
          <w:rFonts w:cs="Times New Roman"/>
        </w:rPr>
        <w:t xml:space="preserve"> tương đương với phương trình nào sau đây?</w:t>
      </w:r>
    </w:p>
    <w:p w14:paraId="3C633BE0"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28"/>
        </w:rPr>
        <w:object w:dxaOrig="1680" w:dyaOrig="680" w14:anchorId="21B45A5B">
          <v:shape id="_x0000_i2387" type="#_x0000_t75" style="width:84pt;height:34.2pt" o:ole="">
            <v:imagedata r:id="rId2631" o:title=""/>
          </v:shape>
          <o:OLEObject Type="Embed" ProgID="Equation.DSMT4" ShapeID="_x0000_i2387" DrawAspect="Content" ObjectID="_1699919123" r:id="rId2632"/>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B. </w:t>
      </w:r>
      <w:r w:rsidRPr="00A1493C">
        <w:rPr>
          <w:rFonts w:cs="Times New Roman"/>
          <w:position w:val="-28"/>
        </w:rPr>
        <w:object w:dxaOrig="1680" w:dyaOrig="680" w14:anchorId="1EFB0876">
          <v:shape id="_x0000_i2388" type="#_x0000_t75" style="width:84pt;height:34.2pt" o:ole="">
            <v:imagedata r:id="rId2633" o:title=""/>
          </v:shape>
          <o:OLEObject Type="Embed" ProgID="Equation.DSMT4" ShapeID="_x0000_i2388" DrawAspect="Content" ObjectID="_1699919124" r:id="rId2634"/>
        </w:object>
      </w:r>
      <w:r w:rsidRPr="00A1493C">
        <w:rPr>
          <w:rFonts w:cs="Times New Roman"/>
        </w:rPr>
        <w:t>.</w:t>
      </w:r>
    </w:p>
    <w:p w14:paraId="45FCD0EC"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28"/>
        </w:rPr>
        <w:object w:dxaOrig="1560" w:dyaOrig="680" w14:anchorId="1F806193">
          <v:shape id="_x0000_i2389" type="#_x0000_t75" style="width:78pt;height:34.2pt" o:ole="">
            <v:imagedata r:id="rId2635" o:title=""/>
          </v:shape>
          <o:OLEObject Type="Embed" ProgID="Equation.DSMT4" ShapeID="_x0000_i2389" DrawAspect="Content" ObjectID="_1699919125" r:id="rId2636"/>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D. </w:t>
      </w:r>
      <w:r w:rsidRPr="00A1493C">
        <w:rPr>
          <w:rFonts w:cs="Times New Roman"/>
          <w:position w:val="-28"/>
        </w:rPr>
        <w:object w:dxaOrig="1680" w:dyaOrig="680" w14:anchorId="1B2BFB8D">
          <v:shape id="_x0000_i2390" type="#_x0000_t75" style="width:84pt;height:34.2pt" o:ole="">
            <v:imagedata r:id="rId2637" o:title=""/>
          </v:shape>
          <o:OLEObject Type="Embed" ProgID="Equation.DSMT4" ShapeID="_x0000_i2390" DrawAspect="Content" ObjectID="_1699919126" r:id="rId2638"/>
        </w:object>
      </w:r>
      <w:r w:rsidRPr="00A1493C">
        <w:rPr>
          <w:rFonts w:cs="Times New Roman"/>
        </w:rPr>
        <w:t>.</w:t>
      </w:r>
    </w:p>
    <w:p w14:paraId="0EE7D1B1"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12:</w:t>
      </w:r>
      <w:r w:rsidRPr="00A1493C">
        <w:rPr>
          <w:rFonts w:cs="Times New Roman"/>
          <w:b/>
          <w:color w:val="0000FF"/>
        </w:rPr>
        <w:tab/>
      </w:r>
      <w:r w:rsidRPr="00A1493C">
        <w:rPr>
          <w:rFonts w:cs="Times New Roman"/>
        </w:rPr>
        <w:t xml:space="preserve">Phương trình </w:t>
      </w:r>
      <w:r w:rsidRPr="00A1493C">
        <w:rPr>
          <w:position w:val="-8"/>
        </w:rPr>
        <w:object w:dxaOrig="5460" w:dyaOrig="360" w14:anchorId="015E1E14">
          <v:shape id="_x0000_i2391" type="#_x0000_t75" style="width:273pt;height:18pt" o:ole="">
            <v:imagedata r:id="rId2639" o:title=""/>
          </v:shape>
          <o:OLEObject Type="Embed" ProgID="Equation.DSMT4" ShapeID="_x0000_i2391" DrawAspect="Content" ObjectID="_1699919127" r:id="rId2640"/>
        </w:object>
      </w:r>
      <w:r w:rsidRPr="00A1493C">
        <w:rPr>
          <w:rFonts w:cs="Times New Roman"/>
        </w:rPr>
        <w:t xml:space="preserve"> có tập nghiệm được biểu diễn bởi bao nhiêu điểm trên đường tròn lượng giác?</w:t>
      </w:r>
    </w:p>
    <w:p w14:paraId="6E64329D"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6.</w:t>
      </w:r>
      <w:r w:rsidRPr="00A1493C">
        <w:rPr>
          <w:rFonts w:cs="Times New Roman"/>
        </w:rPr>
        <w:tab/>
      </w:r>
      <w:r w:rsidRPr="00A1493C">
        <w:rPr>
          <w:rFonts w:cs="Times New Roman"/>
          <w:b/>
          <w:color w:val="0000FF"/>
        </w:rPr>
        <w:t xml:space="preserve">B. </w:t>
      </w:r>
      <w:r w:rsidRPr="00A1493C">
        <w:rPr>
          <w:rFonts w:cs="Times New Roman"/>
        </w:rPr>
        <w:t>7.</w:t>
      </w:r>
      <w:r w:rsidRPr="00A1493C">
        <w:rPr>
          <w:rFonts w:cs="Times New Roman"/>
        </w:rPr>
        <w:tab/>
      </w:r>
      <w:r w:rsidRPr="00A1493C">
        <w:rPr>
          <w:rFonts w:cs="Times New Roman"/>
          <w:b/>
          <w:color w:val="0000FF"/>
        </w:rPr>
        <w:t xml:space="preserve">C. </w:t>
      </w:r>
      <w:r w:rsidRPr="00A1493C">
        <w:rPr>
          <w:rFonts w:cs="Times New Roman"/>
        </w:rPr>
        <w:t>8.</w:t>
      </w:r>
      <w:r w:rsidRPr="00A1493C">
        <w:rPr>
          <w:rFonts w:cs="Times New Roman"/>
        </w:rPr>
        <w:tab/>
      </w:r>
      <w:r w:rsidRPr="00A1493C">
        <w:rPr>
          <w:rFonts w:cs="Times New Roman"/>
          <w:b/>
          <w:color w:val="0000FF"/>
        </w:rPr>
        <w:t xml:space="preserve">D. </w:t>
      </w:r>
      <w:r w:rsidRPr="00A1493C">
        <w:rPr>
          <w:rFonts w:cs="Times New Roman"/>
        </w:rPr>
        <w:t>5.</w:t>
      </w:r>
    </w:p>
    <w:p w14:paraId="14F69D89"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13:</w:t>
      </w:r>
      <w:r w:rsidRPr="00A1493C">
        <w:rPr>
          <w:rFonts w:cs="Times New Roman"/>
          <w:b/>
          <w:color w:val="0000FF"/>
        </w:rPr>
        <w:tab/>
      </w:r>
      <w:r w:rsidRPr="00A1493C">
        <w:rPr>
          <w:rFonts w:cs="Times New Roman"/>
        </w:rPr>
        <w:t xml:space="preserve">Phương trình </w:t>
      </w:r>
      <w:r w:rsidRPr="00A1493C">
        <w:rPr>
          <w:position w:val="-6"/>
        </w:rPr>
        <w:object w:dxaOrig="2760" w:dyaOrig="279" w14:anchorId="12B48E2E">
          <v:shape id="_x0000_i2392" type="#_x0000_t75" style="width:138pt;height:13.8pt" o:ole="">
            <v:imagedata r:id="rId2641" o:title=""/>
          </v:shape>
          <o:OLEObject Type="Embed" ProgID="Equation.DSMT4" ShapeID="_x0000_i2392" DrawAspect="Content" ObjectID="_1699919128" r:id="rId2642"/>
        </w:object>
      </w:r>
      <w:r w:rsidRPr="00A1493C">
        <w:rPr>
          <w:rFonts w:cs="Times New Roman"/>
        </w:rPr>
        <w:t xml:space="preserve"> nhận các giá trị nào của </w:t>
      </w:r>
      <w:r w:rsidRPr="00A1493C">
        <w:rPr>
          <w:position w:val="-4"/>
        </w:rPr>
        <w:object w:dxaOrig="200" w:dyaOrig="200" w14:anchorId="33BF34EF">
          <v:shape id="_x0000_i2393" type="#_x0000_t75" style="width:10.2pt;height:10.2pt" o:ole="">
            <v:imagedata r:id="rId2643" o:title=""/>
          </v:shape>
          <o:OLEObject Type="Embed" ProgID="Equation.DSMT4" ShapeID="_x0000_i2393" DrawAspect="Content" ObjectID="_1699919129" r:id="rId2644"/>
        </w:object>
      </w:r>
      <w:r w:rsidRPr="00A1493C">
        <w:rPr>
          <w:rFonts w:cs="Times New Roman"/>
        </w:rPr>
        <w:t xml:space="preserve"> sau đây làm nghiệm?</w:t>
      </w:r>
    </w:p>
    <w:p w14:paraId="540644D8"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0"/>
        </w:rPr>
        <w:object w:dxaOrig="1820" w:dyaOrig="320" w14:anchorId="495E78F9">
          <v:shape id="_x0000_i2394" type="#_x0000_t75" style="width:91.2pt;height:16.2pt" o:ole="">
            <v:imagedata r:id="rId2645" o:title=""/>
          </v:shape>
          <o:OLEObject Type="Embed" ProgID="Equation.DSMT4" ShapeID="_x0000_i2394" DrawAspect="Content" ObjectID="_1699919130" r:id="rId2646"/>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24"/>
        </w:rPr>
        <w:object w:dxaOrig="2020" w:dyaOrig="620" w14:anchorId="4853B6DF">
          <v:shape id="_x0000_i2395" type="#_x0000_t75" style="width:100.8pt;height:31.2pt" o:ole="">
            <v:imagedata r:id="rId2647" o:title=""/>
          </v:shape>
          <o:OLEObject Type="Embed" ProgID="Equation.DSMT4" ShapeID="_x0000_i2395" DrawAspect="Content" ObjectID="_1699919131" r:id="rId2648"/>
        </w:object>
      </w:r>
      <w:r w:rsidRPr="00A1493C">
        <w:rPr>
          <w:rFonts w:cs="Times New Roman"/>
        </w:rPr>
        <w:t>.</w:t>
      </w:r>
    </w:p>
    <w:p w14:paraId="0F8BF587"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24"/>
        </w:rPr>
        <w:object w:dxaOrig="1860" w:dyaOrig="620" w14:anchorId="4E9B530A">
          <v:shape id="_x0000_i2396" type="#_x0000_t75" style="width:93pt;height:31.2pt" o:ole="">
            <v:imagedata r:id="rId2649" o:title=""/>
          </v:shape>
          <o:OLEObject Type="Embed" ProgID="Equation.DSMT4" ShapeID="_x0000_i2396" DrawAspect="Content" ObjectID="_1699919132" r:id="rId2650"/>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24"/>
        </w:rPr>
        <w:object w:dxaOrig="1980" w:dyaOrig="620" w14:anchorId="37CD9228">
          <v:shape id="_x0000_i2397" type="#_x0000_t75" style="width:99pt;height:31.2pt" o:ole="">
            <v:imagedata r:id="rId2651" o:title=""/>
          </v:shape>
          <o:OLEObject Type="Embed" ProgID="Equation.DSMT4" ShapeID="_x0000_i2397" DrawAspect="Content" ObjectID="_1699919133" r:id="rId2652"/>
        </w:object>
      </w:r>
      <w:r w:rsidRPr="00A1493C">
        <w:rPr>
          <w:rFonts w:cs="Times New Roman"/>
        </w:rPr>
        <w:t>.</w:t>
      </w:r>
    </w:p>
    <w:p w14:paraId="0756F478"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lastRenderedPageBreak/>
        <w:t>Câu 14:</w:t>
      </w:r>
      <w:r w:rsidRPr="00A1493C">
        <w:rPr>
          <w:rFonts w:cs="Times New Roman"/>
          <w:b/>
          <w:color w:val="0000FF"/>
        </w:rPr>
        <w:tab/>
      </w:r>
      <w:r w:rsidRPr="00A1493C">
        <w:rPr>
          <w:rFonts w:cs="Times New Roman"/>
        </w:rPr>
        <w:t xml:space="preserve">Nghiệm của phương trình </w:t>
      </w:r>
      <w:r w:rsidRPr="00A1493C">
        <w:rPr>
          <w:position w:val="-24"/>
        </w:rPr>
        <w:object w:dxaOrig="3320" w:dyaOrig="680" w14:anchorId="646CD51B">
          <v:shape id="_x0000_i2398" type="#_x0000_t75" style="width:166.2pt;height:34.2pt" o:ole="">
            <v:imagedata r:id="rId2653" o:title=""/>
          </v:shape>
          <o:OLEObject Type="Embed" ProgID="Equation.DSMT4" ShapeID="_x0000_i2398" DrawAspect="Content" ObjectID="_1699919134" r:id="rId2654"/>
        </w:object>
      </w:r>
      <w:r w:rsidRPr="00A1493C">
        <w:rPr>
          <w:rFonts w:cs="Times New Roman"/>
        </w:rPr>
        <w:t xml:space="preserve"> được biểu diễn bởi mấy điểm trên đường tròn lượng giác</w:t>
      </w:r>
    </w:p>
    <w:p w14:paraId="2DED4A74"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2.</w:t>
      </w:r>
      <w:r w:rsidRPr="00A1493C">
        <w:rPr>
          <w:rFonts w:cs="Times New Roman"/>
        </w:rPr>
        <w:tab/>
      </w:r>
      <w:r w:rsidRPr="00A1493C">
        <w:rPr>
          <w:rFonts w:cs="Times New Roman"/>
          <w:b/>
          <w:color w:val="0000FF"/>
        </w:rPr>
        <w:t xml:space="preserve">B. </w:t>
      </w:r>
      <w:r w:rsidRPr="00A1493C">
        <w:rPr>
          <w:rFonts w:cs="Times New Roman"/>
        </w:rPr>
        <w:t>3.</w:t>
      </w:r>
      <w:r w:rsidRPr="00A1493C">
        <w:rPr>
          <w:rFonts w:cs="Times New Roman"/>
        </w:rPr>
        <w:tab/>
      </w:r>
      <w:r w:rsidRPr="00A1493C">
        <w:rPr>
          <w:rFonts w:cs="Times New Roman"/>
          <w:b/>
          <w:color w:val="0000FF"/>
        </w:rPr>
        <w:t xml:space="preserve">C. </w:t>
      </w:r>
      <w:r w:rsidRPr="00A1493C">
        <w:rPr>
          <w:rFonts w:cs="Times New Roman"/>
        </w:rPr>
        <w:t>4.</w:t>
      </w:r>
      <w:r w:rsidRPr="00A1493C">
        <w:rPr>
          <w:rFonts w:cs="Times New Roman"/>
        </w:rPr>
        <w:tab/>
      </w:r>
      <w:r w:rsidRPr="00A1493C">
        <w:rPr>
          <w:rFonts w:cs="Times New Roman"/>
          <w:b/>
          <w:color w:val="0000FF"/>
        </w:rPr>
        <w:t xml:space="preserve">D. </w:t>
      </w:r>
      <w:r w:rsidRPr="00A1493C">
        <w:rPr>
          <w:rFonts w:cs="Times New Roman"/>
        </w:rPr>
        <w:t>5.</w:t>
      </w:r>
    </w:p>
    <w:p w14:paraId="034E1A16"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15:</w:t>
      </w:r>
      <w:r w:rsidRPr="00A1493C">
        <w:rPr>
          <w:rFonts w:cs="Times New Roman"/>
          <w:b/>
          <w:color w:val="0000FF"/>
        </w:rPr>
        <w:tab/>
      </w:r>
      <w:r w:rsidRPr="00A1493C">
        <w:rPr>
          <w:rFonts w:cs="Times New Roman"/>
        </w:rPr>
        <w:t>Lớp 11 A có 20 học sinh nam và 25 học sinh nữ. Có bao nhiêu cách chọn một đôi song ca gồm 1 nam và 1 nữ?</w:t>
      </w:r>
    </w:p>
    <w:p w14:paraId="664B7E94"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45.</w:t>
      </w:r>
      <w:r w:rsidRPr="00A1493C">
        <w:rPr>
          <w:rFonts w:cs="Times New Roman"/>
        </w:rPr>
        <w:tab/>
      </w:r>
      <w:r w:rsidRPr="00A1493C">
        <w:rPr>
          <w:rFonts w:cs="Times New Roman"/>
          <w:b/>
          <w:color w:val="0000FF"/>
        </w:rPr>
        <w:t xml:space="preserve">B. </w:t>
      </w:r>
      <w:r w:rsidRPr="00A1493C">
        <w:rPr>
          <w:rFonts w:cs="Times New Roman"/>
          <w:position w:val="-12"/>
        </w:rPr>
        <w:object w:dxaOrig="380" w:dyaOrig="380" w14:anchorId="3E385F13">
          <v:shape id="_x0000_i2399" type="#_x0000_t75" style="width:19.2pt;height:19.2pt" o:ole="">
            <v:imagedata r:id="rId2655" o:title=""/>
          </v:shape>
          <o:OLEObject Type="Embed" ProgID="Equation.DSMT4" ShapeID="_x0000_i2399" DrawAspect="Content" ObjectID="_1699919135" r:id="rId2656"/>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12"/>
        </w:rPr>
        <w:object w:dxaOrig="360" w:dyaOrig="380" w14:anchorId="13A435D2">
          <v:shape id="_x0000_i2400" type="#_x0000_t75" style="width:18pt;height:19.2pt" o:ole="">
            <v:imagedata r:id="rId2657" o:title=""/>
          </v:shape>
          <o:OLEObject Type="Embed" ProgID="Equation.DSMT4" ShapeID="_x0000_i2400" DrawAspect="Content" ObjectID="_1699919136" r:id="rId2658"/>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rPr>
        <w:t>500.</w:t>
      </w:r>
    </w:p>
    <w:p w14:paraId="7943E3A2"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16:</w:t>
      </w:r>
      <w:r w:rsidRPr="00A1493C">
        <w:rPr>
          <w:rFonts w:cs="Times New Roman"/>
          <w:b/>
          <w:color w:val="0000FF"/>
        </w:rPr>
        <w:tab/>
      </w:r>
      <w:r w:rsidRPr="00A1493C">
        <w:rPr>
          <w:rFonts w:cs="Times New Roman"/>
        </w:rPr>
        <w:t>Có bao nhiêu cách sắp xếp 5 viên bi đỏ khác nhau và 5 viên bi đen khác nhau thành một dãy sao cho hai viên bi cùng màu không xếp cạnh nhau?</w:t>
      </w:r>
    </w:p>
    <w:p w14:paraId="3C80B5F6"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3628800.</w:t>
      </w:r>
      <w:r w:rsidRPr="00A1493C">
        <w:rPr>
          <w:rFonts w:cs="Times New Roman"/>
        </w:rPr>
        <w:tab/>
      </w:r>
      <w:r w:rsidRPr="00A1493C">
        <w:rPr>
          <w:rFonts w:cs="Times New Roman"/>
          <w:b/>
          <w:color w:val="0000FF"/>
        </w:rPr>
        <w:t xml:space="preserve">B. </w:t>
      </w:r>
      <w:r w:rsidRPr="00A1493C">
        <w:rPr>
          <w:rFonts w:cs="Times New Roman"/>
        </w:rPr>
        <w:t>28800.</w:t>
      </w:r>
      <w:r w:rsidRPr="00A1493C">
        <w:rPr>
          <w:rFonts w:cs="Times New Roman"/>
        </w:rPr>
        <w:tab/>
      </w:r>
      <w:r w:rsidRPr="00A1493C">
        <w:rPr>
          <w:rFonts w:cs="Times New Roman"/>
          <w:b/>
          <w:color w:val="0000FF"/>
        </w:rPr>
        <w:t xml:space="preserve">C. </w:t>
      </w:r>
      <w:r w:rsidRPr="00A1493C">
        <w:rPr>
          <w:rFonts w:cs="Times New Roman"/>
        </w:rPr>
        <w:t>120.</w:t>
      </w:r>
      <w:r w:rsidRPr="00A1493C">
        <w:rPr>
          <w:rFonts w:cs="Times New Roman"/>
        </w:rPr>
        <w:tab/>
      </w:r>
      <w:r w:rsidRPr="00A1493C">
        <w:rPr>
          <w:rFonts w:cs="Times New Roman"/>
          <w:b/>
          <w:color w:val="0000FF"/>
        </w:rPr>
        <w:t xml:space="preserve">D. </w:t>
      </w:r>
      <w:r w:rsidRPr="00A1493C">
        <w:rPr>
          <w:rFonts w:cs="Times New Roman"/>
        </w:rPr>
        <w:t>100.</w:t>
      </w:r>
    </w:p>
    <w:p w14:paraId="30D17ECD"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17:</w:t>
      </w:r>
      <w:r w:rsidRPr="00A1493C">
        <w:rPr>
          <w:rFonts w:cs="Times New Roman"/>
          <w:b/>
          <w:color w:val="0000FF"/>
        </w:rPr>
        <w:tab/>
      </w:r>
      <w:r w:rsidRPr="00A1493C">
        <w:rPr>
          <w:rFonts w:cs="Times New Roman"/>
        </w:rPr>
        <w:t xml:space="preserve">Từ các chữ số </w:t>
      </w:r>
      <w:r w:rsidRPr="00A1493C">
        <w:rPr>
          <w:position w:val="-10"/>
        </w:rPr>
        <w:object w:dxaOrig="940" w:dyaOrig="320" w14:anchorId="1DB16B92">
          <v:shape id="_x0000_i2401" type="#_x0000_t75" style="width:46.8pt;height:16.2pt" o:ole="">
            <v:imagedata r:id="rId2659" o:title=""/>
          </v:shape>
          <o:OLEObject Type="Embed" ProgID="Equation.DSMT4" ShapeID="_x0000_i2401" DrawAspect="Content" ObjectID="_1699919137" r:id="rId2660"/>
        </w:object>
      </w:r>
      <w:r w:rsidRPr="00A1493C">
        <w:rPr>
          <w:rFonts w:cs="Times New Roman"/>
        </w:rPr>
        <w:t xml:space="preserve"> có thể lập được bao nhiêu số tự nhiên gồm 3 chữ số đôi một khác nhau và nhỏ hơn 379?</w:t>
      </w:r>
    </w:p>
    <w:p w14:paraId="6FFA4F8B"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12.</w:t>
      </w:r>
      <w:r w:rsidRPr="00A1493C">
        <w:rPr>
          <w:rFonts w:cs="Times New Roman"/>
        </w:rPr>
        <w:tab/>
      </w:r>
      <w:r w:rsidRPr="00A1493C">
        <w:rPr>
          <w:rFonts w:cs="Times New Roman"/>
          <w:b/>
          <w:color w:val="0000FF"/>
        </w:rPr>
        <w:t xml:space="preserve">B. </w:t>
      </w:r>
      <w:r w:rsidRPr="00A1493C">
        <w:rPr>
          <w:rFonts w:cs="Times New Roman"/>
        </w:rPr>
        <w:t>20.</w:t>
      </w:r>
      <w:r w:rsidRPr="00A1493C">
        <w:rPr>
          <w:rFonts w:cs="Times New Roman"/>
        </w:rPr>
        <w:tab/>
      </w:r>
      <w:r w:rsidRPr="00A1493C">
        <w:rPr>
          <w:rFonts w:cs="Times New Roman"/>
          <w:b/>
          <w:color w:val="0000FF"/>
        </w:rPr>
        <w:t xml:space="preserve">C. </w:t>
      </w:r>
      <w:r w:rsidRPr="00A1493C">
        <w:rPr>
          <w:rFonts w:cs="Times New Roman"/>
        </w:rPr>
        <w:t>60.</w:t>
      </w:r>
      <w:r w:rsidRPr="00A1493C">
        <w:rPr>
          <w:rFonts w:cs="Times New Roman"/>
        </w:rPr>
        <w:tab/>
      </w:r>
      <w:r w:rsidRPr="00A1493C">
        <w:rPr>
          <w:rFonts w:cs="Times New Roman"/>
          <w:b/>
          <w:color w:val="0000FF"/>
        </w:rPr>
        <w:t xml:space="preserve">D. </w:t>
      </w:r>
      <w:r w:rsidRPr="00A1493C">
        <w:rPr>
          <w:rFonts w:cs="Times New Roman"/>
        </w:rPr>
        <w:t>30.</w:t>
      </w:r>
    </w:p>
    <w:p w14:paraId="70CA75DD"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18:</w:t>
      </w:r>
      <w:r w:rsidRPr="00A1493C">
        <w:rPr>
          <w:rFonts w:cs="Times New Roman"/>
          <w:b/>
          <w:color w:val="0000FF"/>
        </w:rPr>
        <w:tab/>
      </w:r>
      <w:r w:rsidRPr="00A1493C">
        <w:rPr>
          <w:rFonts w:cs="Times New Roman"/>
        </w:rPr>
        <w:t xml:space="preserve">Có thể lập bao nhiêu số tự nhiên gồm 9 chữ số từ các chữ số </w:t>
      </w:r>
      <w:r w:rsidRPr="00A1493C">
        <w:rPr>
          <w:position w:val="-10"/>
        </w:rPr>
        <w:object w:dxaOrig="1359" w:dyaOrig="320" w14:anchorId="3A786EF2">
          <v:shape id="_x0000_i2402" type="#_x0000_t75" style="width:67.8pt;height:16.2pt" o:ole="">
            <v:imagedata r:id="rId2661" o:title=""/>
          </v:shape>
          <o:OLEObject Type="Embed" ProgID="Equation.DSMT4" ShapeID="_x0000_i2402" DrawAspect="Content" ObjectID="_1699919138" r:id="rId2662"/>
        </w:object>
      </w:r>
      <w:r w:rsidRPr="00A1493C">
        <w:rPr>
          <w:rFonts w:cs="Times New Roman"/>
        </w:rPr>
        <w:t xml:space="preserve"> trong đó các chữ số 6 và 8 có mặt hai lần, còn các chữ số khác thì chỉ có mặt một lần?</w:t>
      </w:r>
    </w:p>
    <w:p w14:paraId="22188E8E"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90720.</w:t>
      </w:r>
      <w:r w:rsidRPr="00A1493C">
        <w:rPr>
          <w:rFonts w:cs="Times New Roman"/>
        </w:rPr>
        <w:tab/>
      </w:r>
      <w:r w:rsidRPr="00A1493C">
        <w:rPr>
          <w:rFonts w:cs="Times New Roman"/>
          <w:b/>
          <w:color w:val="0000FF"/>
        </w:rPr>
        <w:t xml:space="preserve">B. </w:t>
      </w:r>
      <w:r w:rsidRPr="00A1493C">
        <w:rPr>
          <w:rFonts w:cs="Times New Roman"/>
        </w:rPr>
        <w:t>97200.</w:t>
      </w:r>
      <w:r w:rsidRPr="00A1493C">
        <w:rPr>
          <w:rFonts w:cs="Times New Roman"/>
        </w:rPr>
        <w:tab/>
      </w:r>
      <w:r w:rsidRPr="00A1493C">
        <w:rPr>
          <w:rFonts w:cs="Times New Roman"/>
          <w:b/>
          <w:color w:val="0000FF"/>
        </w:rPr>
        <w:t xml:space="preserve">C. </w:t>
      </w:r>
      <w:r w:rsidRPr="00A1493C">
        <w:rPr>
          <w:rFonts w:cs="Times New Roman"/>
        </w:rPr>
        <w:t>79200.</w:t>
      </w:r>
      <w:r w:rsidRPr="00A1493C">
        <w:rPr>
          <w:rFonts w:cs="Times New Roman"/>
        </w:rPr>
        <w:tab/>
      </w:r>
      <w:r w:rsidRPr="00A1493C">
        <w:rPr>
          <w:rFonts w:cs="Times New Roman"/>
          <w:b/>
          <w:color w:val="0000FF"/>
        </w:rPr>
        <w:t xml:space="preserve">D. </w:t>
      </w:r>
      <w:r w:rsidRPr="00A1493C">
        <w:rPr>
          <w:rFonts w:cs="Times New Roman"/>
        </w:rPr>
        <w:t>79020.</w:t>
      </w:r>
    </w:p>
    <w:p w14:paraId="2321AD63"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19:</w:t>
      </w:r>
      <w:r w:rsidRPr="00A1493C">
        <w:rPr>
          <w:rFonts w:cs="Times New Roman"/>
          <w:b/>
          <w:color w:val="0000FF"/>
        </w:rPr>
        <w:tab/>
      </w:r>
      <w:r w:rsidRPr="00A1493C">
        <w:rPr>
          <w:rFonts w:cs="Times New Roman"/>
        </w:rPr>
        <w:t xml:space="preserve">Khai triển nhị thức </w:t>
      </w:r>
      <w:r w:rsidRPr="00A1493C">
        <w:rPr>
          <w:position w:val="-10"/>
        </w:rPr>
        <w:object w:dxaOrig="1420" w:dyaOrig="360" w14:anchorId="39450884">
          <v:shape id="_x0000_i2403" type="#_x0000_t75" style="width:70.8pt;height:18pt" o:ole="">
            <v:imagedata r:id="rId2663" o:title=""/>
          </v:shape>
          <o:OLEObject Type="Embed" ProgID="Equation.DSMT4" ShapeID="_x0000_i2403" DrawAspect="Content" ObjectID="_1699919139" r:id="rId2664"/>
        </w:object>
      </w:r>
      <w:r w:rsidRPr="00A1493C">
        <w:rPr>
          <w:rFonts w:cs="Times New Roman"/>
        </w:rPr>
        <w:t xml:space="preserve"> theo số mũ tăng dần của </w:t>
      </w:r>
      <w:r w:rsidRPr="00A1493C">
        <w:rPr>
          <w:position w:val="-6"/>
        </w:rPr>
        <w:object w:dxaOrig="200" w:dyaOrig="220" w14:anchorId="28647830">
          <v:shape id="_x0000_i2404" type="#_x0000_t75" style="width:10.2pt;height:10.8pt" o:ole="">
            <v:imagedata r:id="rId2665" o:title=""/>
          </v:shape>
          <o:OLEObject Type="Embed" ProgID="Equation.DSMT4" ShapeID="_x0000_i2404" DrawAspect="Content" ObjectID="_1699919140" r:id="rId2666"/>
        </w:object>
      </w:r>
    </w:p>
    <w:p w14:paraId="5E057399"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0"/>
        </w:rPr>
        <w:object w:dxaOrig="5120" w:dyaOrig="360" w14:anchorId="316380D0">
          <v:shape id="_x0000_i2405" type="#_x0000_t75" style="width:256.2pt;height:18pt" o:ole="">
            <v:imagedata r:id="rId2667" o:title=""/>
          </v:shape>
          <o:OLEObject Type="Embed" ProgID="Equation.DSMT4" ShapeID="_x0000_i2405" DrawAspect="Content" ObjectID="_1699919141" r:id="rId2668"/>
        </w:object>
      </w:r>
      <w:r w:rsidRPr="00A1493C">
        <w:rPr>
          <w:rFonts w:cs="Times New Roman"/>
        </w:rPr>
        <w:t>.</w:t>
      </w:r>
    </w:p>
    <w:p w14:paraId="12309D1C"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B. </w:t>
      </w:r>
      <w:r w:rsidRPr="00A1493C">
        <w:rPr>
          <w:rFonts w:cs="Times New Roman"/>
          <w:position w:val="-10"/>
        </w:rPr>
        <w:object w:dxaOrig="4980" w:dyaOrig="360" w14:anchorId="515167F4">
          <v:shape id="_x0000_i2406" type="#_x0000_t75" style="width:249pt;height:18pt" o:ole="">
            <v:imagedata r:id="rId2669" o:title=""/>
          </v:shape>
          <o:OLEObject Type="Embed" ProgID="Equation.DSMT4" ShapeID="_x0000_i2406" DrawAspect="Content" ObjectID="_1699919142" r:id="rId2670"/>
        </w:object>
      </w:r>
      <w:r w:rsidRPr="00A1493C">
        <w:rPr>
          <w:rFonts w:cs="Times New Roman"/>
        </w:rPr>
        <w:t>.</w:t>
      </w:r>
    </w:p>
    <w:p w14:paraId="6E07FD8E"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10"/>
        </w:rPr>
        <w:object w:dxaOrig="4980" w:dyaOrig="360" w14:anchorId="3B0DE4EA">
          <v:shape id="_x0000_i2407" type="#_x0000_t75" style="width:249pt;height:18pt" o:ole="">
            <v:imagedata r:id="rId2671" o:title=""/>
          </v:shape>
          <o:OLEObject Type="Embed" ProgID="Equation.DSMT4" ShapeID="_x0000_i2407" DrawAspect="Content" ObjectID="_1699919143" r:id="rId2672"/>
        </w:object>
      </w:r>
      <w:r w:rsidRPr="00A1493C">
        <w:rPr>
          <w:rFonts w:cs="Times New Roman"/>
        </w:rPr>
        <w:t>.</w:t>
      </w:r>
    </w:p>
    <w:p w14:paraId="43972E3E"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D. </w:t>
      </w:r>
      <w:r w:rsidRPr="00A1493C">
        <w:rPr>
          <w:rFonts w:cs="Times New Roman"/>
          <w:position w:val="-10"/>
        </w:rPr>
        <w:object w:dxaOrig="5120" w:dyaOrig="360" w14:anchorId="1F13C6B7">
          <v:shape id="_x0000_i2408" type="#_x0000_t75" style="width:256.2pt;height:18pt" o:ole="">
            <v:imagedata r:id="rId2673" o:title=""/>
          </v:shape>
          <o:OLEObject Type="Embed" ProgID="Equation.DSMT4" ShapeID="_x0000_i2408" DrawAspect="Content" ObjectID="_1699919144" r:id="rId2674"/>
        </w:object>
      </w:r>
      <w:r w:rsidRPr="00A1493C">
        <w:rPr>
          <w:rFonts w:cs="Times New Roman"/>
        </w:rPr>
        <w:t>.</w:t>
      </w:r>
    </w:p>
    <w:p w14:paraId="19D5CB88"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20:</w:t>
      </w:r>
      <w:r w:rsidRPr="00A1493C">
        <w:rPr>
          <w:rFonts w:cs="Times New Roman"/>
          <w:b/>
          <w:color w:val="0000FF"/>
        </w:rPr>
        <w:tab/>
      </w:r>
      <w:r w:rsidRPr="00A1493C">
        <w:rPr>
          <w:rFonts w:cs="Times New Roman"/>
        </w:rPr>
        <w:t>Đội tuyển học sinh giỏi của một trường THPT có 8 học sinh nam và 4 học sinh nữ. Trong buổi lễ trao phần thưởng, các học sinh trên được xếp thành một hàng ngang. Hỏi có bao nhiêu cách xếp sao cho 2 học sinh nữ không đứng cạnh nhau.</w:t>
      </w:r>
    </w:p>
    <w:p w14:paraId="39EDCD10"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2"/>
        </w:rPr>
        <w:object w:dxaOrig="560" w:dyaOrig="380" w14:anchorId="54BB2EEC">
          <v:shape id="_x0000_i2409" type="#_x0000_t75" style="width:28.2pt;height:19.2pt" o:ole="">
            <v:imagedata r:id="rId2675" o:title=""/>
          </v:shape>
          <o:OLEObject Type="Embed" ProgID="Equation.DSMT4" ShapeID="_x0000_i2409" DrawAspect="Content" ObjectID="_1699919145" r:id="rId2676"/>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12"/>
        </w:rPr>
        <w:object w:dxaOrig="520" w:dyaOrig="380" w14:anchorId="2C0408C6">
          <v:shape id="_x0000_i2410" type="#_x0000_t75" style="width:25.8pt;height:19.2pt" o:ole="">
            <v:imagedata r:id="rId2677" o:title=""/>
          </v:shape>
          <o:OLEObject Type="Embed" ProgID="Equation.DSMT4" ShapeID="_x0000_i2410" DrawAspect="Content" ObjectID="_1699919146" r:id="rId2678"/>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12"/>
        </w:rPr>
        <w:object w:dxaOrig="580" w:dyaOrig="380" w14:anchorId="31D16321">
          <v:shape id="_x0000_i2411" type="#_x0000_t75" style="width:28.8pt;height:19.2pt" o:ole="">
            <v:imagedata r:id="rId2679" o:title=""/>
          </v:shape>
          <o:OLEObject Type="Embed" ProgID="Equation.DSMT4" ShapeID="_x0000_i2411" DrawAspect="Content" ObjectID="_1699919147" r:id="rId2680"/>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12"/>
        </w:rPr>
        <w:object w:dxaOrig="520" w:dyaOrig="380" w14:anchorId="48D4C29A">
          <v:shape id="_x0000_i2412" type="#_x0000_t75" style="width:25.8pt;height:19.2pt" o:ole="">
            <v:imagedata r:id="rId2681" o:title=""/>
          </v:shape>
          <o:OLEObject Type="Embed" ProgID="Equation.DSMT4" ShapeID="_x0000_i2412" DrawAspect="Content" ObjectID="_1699919148" r:id="rId2682"/>
        </w:object>
      </w:r>
      <w:r w:rsidRPr="00A1493C">
        <w:rPr>
          <w:rFonts w:cs="Times New Roman"/>
        </w:rPr>
        <w:t>.</w:t>
      </w:r>
    </w:p>
    <w:p w14:paraId="72E0C28A"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21:</w:t>
      </w:r>
      <w:r w:rsidRPr="00A1493C">
        <w:rPr>
          <w:rFonts w:cs="Times New Roman"/>
          <w:b/>
          <w:color w:val="0000FF"/>
        </w:rPr>
        <w:tab/>
      </w:r>
      <w:r w:rsidRPr="00A1493C">
        <w:rPr>
          <w:rFonts w:cs="Times New Roman"/>
        </w:rPr>
        <w:t>Một hộp chứa 20 thẻ được đánh số từ 1 đến 20, rút ngẫu nhiên ba thẻ. Xác suất để rút được ba thẻ có tổng các số ghi trên ba thẻ là số lẻ bằng:</w:t>
      </w:r>
    </w:p>
    <w:p w14:paraId="33941F45"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24"/>
        </w:rPr>
        <w:object w:dxaOrig="340" w:dyaOrig="620" w14:anchorId="253A7114">
          <v:shape id="_x0000_i2413" type="#_x0000_t75" style="width:16.8pt;height:31.2pt" o:ole="">
            <v:imagedata r:id="rId2683" o:title=""/>
          </v:shape>
          <o:OLEObject Type="Embed" ProgID="Equation.DSMT4" ShapeID="_x0000_i2413" DrawAspect="Content" ObjectID="_1699919149" r:id="rId2684"/>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24"/>
        </w:rPr>
        <w:object w:dxaOrig="240" w:dyaOrig="620" w14:anchorId="4E10CBA8">
          <v:shape id="_x0000_i2414" type="#_x0000_t75" style="width:12pt;height:31.2pt" o:ole="">
            <v:imagedata r:id="rId2685" o:title=""/>
          </v:shape>
          <o:OLEObject Type="Embed" ProgID="Equation.DSMT4" ShapeID="_x0000_i2414" DrawAspect="Content" ObjectID="_1699919150" r:id="rId2686"/>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24"/>
        </w:rPr>
        <w:object w:dxaOrig="320" w:dyaOrig="620" w14:anchorId="7561B921">
          <v:shape id="_x0000_i2415" type="#_x0000_t75" style="width:16.2pt;height:31.2pt" o:ole="">
            <v:imagedata r:id="rId2687" o:title=""/>
          </v:shape>
          <o:OLEObject Type="Embed" ProgID="Equation.DSMT4" ShapeID="_x0000_i2415" DrawAspect="Content" ObjectID="_1699919151" r:id="rId2688"/>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24"/>
        </w:rPr>
        <w:object w:dxaOrig="360" w:dyaOrig="620" w14:anchorId="410823AB">
          <v:shape id="_x0000_i2416" type="#_x0000_t75" style="width:18pt;height:31.2pt" o:ole="">
            <v:imagedata r:id="rId2689" o:title=""/>
          </v:shape>
          <o:OLEObject Type="Embed" ProgID="Equation.DSMT4" ShapeID="_x0000_i2416" DrawAspect="Content" ObjectID="_1699919152" r:id="rId2690"/>
        </w:object>
      </w:r>
      <w:r w:rsidRPr="00A1493C">
        <w:rPr>
          <w:rFonts w:cs="Times New Roman"/>
        </w:rPr>
        <w:t>.</w:t>
      </w:r>
    </w:p>
    <w:p w14:paraId="54806CB6"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22:</w:t>
      </w:r>
      <w:r w:rsidRPr="00A1493C">
        <w:rPr>
          <w:rFonts w:cs="Times New Roman"/>
          <w:b/>
          <w:color w:val="0000FF"/>
        </w:rPr>
        <w:tab/>
      </w:r>
      <w:r w:rsidRPr="00A1493C">
        <w:rPr>
          <w:rFonts w:cs="Times New Roman"/>
        </w:rPr>
        <w:t xml:space="preserve">Cho dãy số </w:t>
      </w:r>
      <w:r w:rsidRPr="00A1493C">
        <w:rPr>
          <w:position w:val="-14"/>
        </w:rPr>
        <w:object w:dxaOrig="480" w:dyaOrig="400" w14:anchorId="704D3A8C">
          <v:shape id="_x0000_i2417" type="#_x0000_t75" style="width:24pt;height:19.8pt" o:ole="">
            <v:imagedata r:id="rId2691" o:title=""/>
          </v:shape>
          <o:OLEObject Type="Embed" ProgID="Equation.DSMT4" ShapeID="_x0000_i2417" DrawAspect="Content" ObjectID="_1699919153" r:id="rId2692"/>
        </w:object>
      </w:r>
      <w:r w:rsidRPr="00A1493C">
        <w:rPr>
          <w:rFonts w:cs="Times New Roman"/>
        </w:rPr>
        <w:t xml:space="preserve"> xác định bởi công thức </w:t>
      </w:r>
      <w:r w:rsidRPr="00A1493C">
        <w:rPr>
          <w:position w:val="-24"/>
        </w:rPr>
        <w:object w:dxaOrig="1100" w:dyaOrig="620" w14:anchorId="5DCC0E7C">
          <v:shape id="_x0000_i2418" type="#_x0000_t75" style="width:55.2pt;height:31.2pt" o:ole="">
            <v:imagedata r:id="rId2693" o:title=""/>
          </v:shape>
          <o:OLEObject Type="Embed" ProgID="Equation.DSMT4" ShapeID="_x0000_i2418" DrawAspect="Content" ObjectID="_1699919154" r:id="rId2694"/>
        </w:object>
      </w:r>
      <w:r w:rsidRPr="00A1493C">
        <w:rPr>
          <w:rFonts w:cs="Times New Roman"/>
        </w:rPr>
        <w:t>. Số hạng thứ 5 của dãy số bằng</w:t>
      </w:r>
    </w:p>
    <w:p w14:paraId="5DD7695E"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24"/>
        </w:rPr>
        <w:object w:dxaOrig="220" w:dyaOrig="620" w14:anchorId="78548E2D">
          <v:shape id="_x0000_i2419" type="#_x0000_t75" style="width:10.8pt;height:31.2pt" o:ole="">
            <v:imagedata r:id="rId2695" o:title=""/>
          </v:shape>
          <o:OLEObject Type="Embed" ProgID="Equation.DSMT4" ShapeID="_x0000_i2419" DrawAspect="Content" ObjectID="_1699919155" r:id="rId2696"/>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24"/>
        </w:rPr>
        <w:object w:dxaOrig="360" w:dyaOrig="620" w14:anchorId="5EDF3A19">
          <v:shape id="_x0000_i2420" type="#_x0000_t75" style="width:18pt;height:31.2pt" o:ole="">
            <v:imagedata r:id="rId2697" o:title=""/>
          </v:shape>
          <o:OLEObject Type="Embed" ProgID="Equation.DSMT4" ShapeID="_x0000_i2420" DrawAspect="Content" ObjectID="_1699919156" r:id="rId2698"/>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24"/>
        </w:rPr>
        <w:object w:dxaOrig="499" w:dyaOrig="620" w14:anchorId="34C4C4B3">
          <v:shape id="_x0000_i2421" type="#_x0000_t75" style="width:25.2pt;height:31.2pt" o:ole="">
            <v:imagedata r:id="rId2699" o:title=""/>
          </v:shape>
          <o:OLEObject Type="Embed" ProgID="Equation.DSMT4" ShapeID="_x0000_i2421" DrawAspect="Content" ObjectID="_1699919157" r:id="rId2700"/>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24"/>
        </w:rPr>
        <w:object w:dxaOrig="480" w:dyaOrig="620" w14:anchorId="7BBAC4EA">
          <v:shape id="_x0000_i2422" type="#_x0000_t75" style="width:24pt;height:31.2pt" o:ole="">
            <v:imagedata r:id="rId2701" o:title=""/>
          </v:shape>
          <o:OLEObject Type="Embed" ProgID="Equation.DSMT4" ShapeID="_x0000_i2422" DrawAspect="Content" ObjectID="_1699919158" r:id="rId2702"/>
        </w:object>
      </w:r>
      <w:r w:rsidRPr="00A1493C">
        <w:rPr>
          <w:rFonts w:cs="Times New Roman"/>
        </w:rPr>
        <w:t>.</w:t>
      </w:r>
    </w:p>
    <w:p w14:paraId="2BF22087"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23:</w:t>
      </w:r>
      <w:r w:rsidRPr="00A1493C">
        <w:rPr>
          <w:rFonts w:cs="Times New Roman"/>
          <w:b/>
          <w:color w:val="0000FF"/>
        </w:rPr>
        <w:tab/>
      </w:r>
      <w:r w:rsidRPr="00A1493C">
        <w:rPr>
          <w:rFonts w:cs="Times New Roman"/>
        </w:rPr>
        <w:t>Dãy số nào sau đây không phải là cấp số cộng?</w:t>
      </w:r>
    </w:p>
    <w:p w14:paraId="02D6ABAB"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24"/>
        </w:rPr>
        <w:object w:dxaOrig="1980" w:dyaOrig="620" w14:anchorId="4721468F">
          <v:shape id="_x0000_i2423" type="#_x0000_t75" style="width:99pt;height:31.2pt" o:ole="">
            <v:imagedata r:id="rId2703" o:title=""/>
          </v:shape>
          <o:OLEObject Type="Embed" ProgID="Equation.DSMT4" ShapeID="_x0000_i2423" DrawAspect="Content" ObjectID="_1699919159" r:id="rId2704"/>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B. </w:t>
      </w:r>
      <w:r w:rsidRPr="00A1493C">
        <w:rPr>
          <w:rFonts w:cs="Times New Roman"/>
          <w:position w:val="-10"/>
        </w:rPr>
        <w:object w:dxaOrig="2220" w:dyaOrig="380" w14:anchorId="629CB809">
          <v:shape id="_x0000_i2424" type="#_x0000_t75" style="width:111pt;height:19.2pt" o:ole="">
            <v:imagedata r:id="rId2705" o:title=""/>
          </v:shape>
          <o:OLEObject Type="Embed" ProgID="Equation.DSMT4" ShapeID="_x0000_i2424" DrawAspect="Content" ObjectID="_1699919160" r:id="rId2706"/>
        </w:object>
      </w:r>
      <w:r w:rsidRPr="00A1493C">
        <w:rPr>
          <w:rFonts w:cs="Times New Roman"/>
        </w:rPr>
        <w:t>.</w:t>
      </w:r>
    </w:p>
    <w:p w14:paraId="008483AF"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24"/>
        </w:rPr>
        <w:object w:dxaOrig="1359" w:dyaOrig="620" w14:anchorId="314D142D">
          <v:shape id="_x0000_i2425" type="#_x0000_t75" style="width:67.8pt;height:31.2pt" o:ole="">
            <v:imagedata r:id="rId2707" o:title=""/>
          </v:shape>
          <o:OLEObject Type="Embed" ProgID="Equation.DSMT4" ShapeID="_x0000_i2425" DrawAspect="Content" ObjectID="_1699919161" r:id="rId2708"/>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D. </w:t>
      </w:r>
      <w:r w:rsidRPr="00A1493C">
        <w:rPr>
          <w:rFonts w:cs="Times New Roman"/>
          <w:position w:val="-28"/>
        </w:rPr>
        <w:object w:dxaOrig="2340" w:dyaOrig="720" w14:anchorId="750BD331">
          <v:shape id="_x0000_i2426" type="#_x0000_t75" style="width:117pt;height:36pt" o:ole="">
            <v:imagedata r:id="rId2709" o:title=""/>
          </v:shape>
          <o:OLEObject Type="Embed" ProgID="Equation.DSMT4" ShapeID="_x0000_i2426" DrawAspect="Content" ObjectID="_1699919162" r:id="rId2710"/>
        </w:object>
      </w:r>
      <w:r w:rsidRPr="00A1493C">
        <w:rPr>
          <w:rFonts w:cs="Times New Roman"/>
        </w:rPr>
        <w:t>.</w:t>
      </w:r>
    </w:p>
    <w:p w14:paraId="76BC8BC4"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24:</w:t>
      </w:r>
      <w:r w:rsidRPr="00A1493C">
        <w:rPr>
          <w:rFonts w:cs="Times New Roman"/>
          <w:b/>
          <w:color w:val="0000FF"/>
        </w:rPr>
        <w:tab/>
      </w:r>
      <w:r w:rsidRPr="00A1493C">
        <w:rPr>
          <w:rFonts w:cs="Times New Roman"/>
        </w:rPr>
        <w:t xml:space="preserve">Cho cấp số cộng </w:t>
      </w:r>
      <w:r w:rsidRPr="00A1493C">
        <w:rPr>
          <w:position w:val="-14"/>
        </w:rPr>
        <w:object w:dxaOrig="480" w:dyaOrig="400" w14:anchorId="61B1FEA0">
          <v:shape id="_x0000_i2427" type="#_x0000_t75" style="width:24pt;height:19.8pt" o:ole="">
            <v:imagedata r:id="rId2711" o:title=""/>
          </v:shape>
          <o:OLEObject Type="Embed" ProgID="Equation.DSMT4" ShapeID="_x0000_i2427" DrawAspect="Content" ObjectID="_1699919163" r:id="rId2712"/>
        </w:object>
      </w:r>
      <w:r w:rsidRPr="00A1493C">
        <w:rPr>
          <w:rFonts w:cs="Times New Roman"/>
        </w:rPr>
        <w:t xml:space="preserve"> có </w:t>
      </w:r>
      <w:r w:rsidRPr="00A1493C">
        <w:rPr>
          <w:position w:val="-12"/>
        </w:rPr>
        <w:object w:dxaOrig="820" w:dyaOrig="360" w14:anchorId="04823BD6">
          <v:shape id="_x0000_i2428" type="#_x0000_t75" style="width:40.8pt;height:18pt" o:ole="">
            <v:imagedata r:id="rId2713" o:title=""/>
          </v:shape>
          <o:OLEObject Type="Embed" ProgID="Equation.DSMT4" ShapeID="_x0000_i2428" DrawAspect="Content" ObjectID="_1699919164" r:id="rId2714"/>
        </w:object>
      </w:r>
      <w:r w:rsidRPr="00A1493C">
        <w:rPr>
          <w:rFonts w:cs="Times New Roman"/>
        </w:rPr>
        <w:t xml:space="preserve"> và </w:t>
      </w:r>
      <w:r w:rsidRPr="00A1493C">
        <w:rPr>
          <w:position w:val="-12"/>
        </w:rPr>
        <w:object w:dxaOrig="1219" w:dyaOrig="360" w14:anchorId="133E2FF3">
          <v:shape id="_x0000_i2429" type="#_x0000_t75" style="width:61.2pt;height:18pt" o:ole="">
            <v:imagedata r:id="rId2715" o:title=""/>
          </v:shape>
          <o:OLEObject Type="Embed" ProgID="Equation.DSMT4" ShapeID="_x0000_i2429" DrawAspect="Content" ObjectID="_1699919165" r:id="rId2716"/>
        </w:object>
      </w:r>
      <w:r w:rsidRPr="00A1493C">
        <w:rPr>
          <w:rFonts w:cs="Times New Roman"/>
        </w:rPr>
        <w:t xml:space="preserve">. Tìm số hạng </w:t>
      </w:r>
      <w:r w:rsidRPr="00A1493C">
        <w:rPr>
          <w:position w:val="-12"/>
        </w:rPr>
        <w:object w:dxaOrig="320" w:dyaOrig="360" w14:anchorId="53C24163">
          <v:shape id="_x0000_i2430" type="#_x0000_t75" style="width:16.2pt;height:18pt" o:ole="">
            <v:imagedata r:id="rId2717" o:title=""/>
          </v:shape>
          <o:OLEObject Type="Embed" ProgID="Equation.DSMT4" ShapeID="_x0000_i2430" DrawAspect="Content" ObjectID="_1699919166" r:id="rId2718"/>
        </w:object>
      </w:r>
      <w:r w:rsidRPr="00A1493C">
        <w:rPr>
          <w:rFonts w:cs="Times New Roman"/>
        </w:rPr>
        <w:t>.</w:t>
      </w:r>
    </w:p>
    <w:p w14:paraId="3A4AE212"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2"/>
        </w:rPr>
        <w:object w:dxaOrig="940" w:dyaOrig="360" w14:anchorId="5E535113">
          <v:shape id="_x0000_i2431" type="#_x0000_t75" style="width:46.8pt;height:18pt" o:ole="">
            <v:imagedata r:id="rId2719" o:title=""/>
          </v:shape>
          <o:OLEObject Type="Embed" ProgID="Equation.DSMT4" ShapeID="_x0000_i2431" DrawAspect="Content" ObjectID="_1699919167" r:id="rId2720"/>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12"/>
        </w:rPr>
        <w:object w:dxaOrig="940" w:dyaOrig="360" w14:anchorId="3D5A2523">
          <v:shape id="_x0000_i2432" type="#_x0000_t75" style="width:46.8pt;height:18pt" o:ole="">
            <v:imagedata r:id="rId2721" o:title=""/>
          </v:shape>
          <o:OLEObject Type="Embed" ProgID="Equation.DSMT4" ShapeID="_x0000_i2432" DrawAspect="Content" ObjectID="_1699919168" r:id="rId2722"/>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12"/>
        </w:rPr>
        <w:object w:dxaOrig="780" w:dyaOrig="360" w14:anchorId="464F8462">
          <v:shape id="_x0000_i2433" type="#_x0000_t75" style="width:39pt;height:18pt" o:ole="">
            <v:imagedata r:id="rId2723" o:title=""/>
          </v:shape>
          <o:OLEObject Type="Embed" ProgID="Equation.DSMT4" ShapeID="_x0000_i2433" DrawAspect="Content" ObjectID="_1699919169" r:id="rId2724"/>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12"/>
        </w:rPr>
        <w:object w:dxaOrig="700" w:dyaOrig="360" w14:anchorId="7396872E">
          <v:shape id="_x0000_i2434" type="#_x0000_t75" style="width:34.8pt;height:18pt" o:ole="">
            <v:imagedata r:id="rId2725" o:title=""/>
          </v:shape>
          <o:OLEObject Type="Embed" ProgID="Equation.DSMT4" ShapeID="_x0000_i2434" DrawAspect="Content" ObjectID="_1699919170" r:id="rId2726"/>
        </w:object>
      </w:r>
      <w:r w:rsidRPr="00A1493C">
        <w:rPr>
          <w:rFonts w:cs="Times New Roman"/>
        </w:rPr>
        <w:t>.</w:t>
      </w:r>
    </w:p>
    <w:p w14:paraId="65CFADB8"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lastRenderedPageBreak/>
        <w:t>Câu 25:</w:t>
      </w:r>
      <w:r w:rsidRPr="00A1493C">
        <w:rPr>
          <w:rFonts w:cs="Times New Roman"/>
          <w:b/>
          <w:color w:val="0000FF"/>
        </w:rPr>
        <w:tab/>
      </w:r>
      <w:r w:rsidRPr="00A1493C">
        <w:rPr>
          <w:rFonts w:cs="Times New Roman"/>
        </w:rPr>
        <w:t xml:space="preserve">Cho cấp số nhân </w:t>
      </w:r>
      <w:r w:rsidRPr="00A1493C">
        <w:rPr>
          <w:position w:val="-14"/>
        </w:rPr>
        <w:object w:dxaOrig="480" w:dyaOrig="400" w14:anchorId="70CCD8E8">
          <v:shape id="_x0000_i2435" type="#_x0000_t75" style="width:24pt;height:19.8pt" o:ole="">
            <v:imagedata r:id="rId2727" o:title=""/>
          </v:shape>
          <o:OLEObject Type="Embed" ProgID="Equation.DSMT4" ShapeID="_x0000_i2435" DrawAspect="Content" ObjectID="_1699919171" r:id="rId2728"/>
        </w:object>
      </w:r>
      <w:r w:rsidRPr="00A1493C">
        <w:rPr>
          <w:rFonts w:cs="Times New Roman"/>
        </w:rPr>
        <w:t xml:space="preserve"> có số hạng đầu </w:t>
      </w:r>
      <w:r w:rsidRPr="00A1493C">
        <w:rPr>
          <w:position w:val="-24"/>
        </w:rPr>
        <w:object w:dxaOrig="660" w:dyaOrig="620" w14:anchorId="7DAA3D61">
          <v:shape id="_x0000_i2436" type="#_x0000_t75" style="width:33pt;height:31.2pt" o:ole="">
            <v:imagedata r:id="rId2729" o:title=""/>
          </v:shape>
          <o:OLEObject Type="Embed" ProgID="Equation.DSMT4" ShapeID="_x0000_i2436" DrawAspect="Content" ObjectID="_1699919172" r:id="rId2730"/>
        </w:object>
      </w:r>
      <w:r w:rsidRPr="00A1493C">
        <w:rPr>
          <w:rFonts w:cs="Times New Roman"/>
        </w:rPr>
        <w:t xml:space="preserve"> và </w:t>
      </w:r>
      <w:r w:rsidRPr="00A1493C">
        <w:rPr>
          <w:position w:val="-30"/>
        </w:rPr>
        <w:object w:dxaOrig="1100" w:dyaOrig="680" w14:anchorId="0701B13F">
          <v:shape id="_x0000_i2437" type="#_x0000_t75" style="width:55.2pt;height:34.2pt" o:ole="">
            <v:imagedata r:id="rId2731" o:title=""/>
          </v:shape>
          <o:OLEObject Type="Embed" ProgID="Equation.DSMT4" ShapeID="_x0000_i2437" DrawAspect="Content" ObjectID="_1699919173" r:id="rId2732"/>
        </w:object>
      </w:r>
      <w:r w:rsidRPr="00A1493C">
        <w:rPr>
          <w:rFonts w:cs="Times New Roman"/>
        </w:rPr>
        <w:t xml:space="preserve">. Tính </w:t>
      </w:r>
      <w:r w:rsidRPr="00A1493C">
        <w:rPr>
          <w:position w:val="-12"/>
        </w:rPr>
        <w:object w:dxaOrig="460" w:dyaOrig="360" w14:anchorId="66F96CDD">
          <v:shape id="_x0000_i2438" type="#_x0000_t75" style="width:22.8pt;height:18pt" o:ole="">
            <v:imagedata r:id="rId2733" o:title=""/>
          </v:shape>
          <o:OLEObject Type="Embed" ProgID="Equation.DSMT4" ShapeID="_x0000_i2438" DrawAspect="Content" ObjectID="_1699919174" r:id="rId2734"/>
        </w:object>
      </w:r>
      <w:r w:rsidRPr="00A1493C">
        <w:rPr>
          <w:rFonts w:cs="Times New Roman"/>
        </w:rPr>
        <w:t>.</w:t>
      </w:r>
    </w:p>
    <w:p w14:paraId="6B485C3C"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24"/>
        </w:rPr>
        <w:object w:dxaOrig="1700" w:dyaOrig="620" w14:anchorId="09D25638">
          <v:shape id="_x0000_i2439" type="#_x0000_t75" style="width:85.2pt;height:31.2pt" o:ole="">
            <v:imagedata r:id="rId2735" o:title=""/>
          </v:shape>
          <o:OLEObject Type="Embed" ProgID="Equation.DSMT4" ShapeID="_x0000_i2439" DrawAspect="Content" ObjectID="_1699919175" r:id="rId2736"/>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B. </w:t>
      </w:r>
      <w:r w:rsidRPr="00A1493C">
        <w:rPr>
          <w:rFonts w:cs="Times New Roman"/>
          <w:position w:val="-24"/>
        </w:rPr>
        <w:object w:dxaOrig="1700" w:dyaOrig="620" w14:anchorId="65426674">
          <v:shape id="_x0000_i2440" type="#_x0000_t75" style="width:85.2pt;height:31.2pt" o:ole="">
            <v:imagedata r:id="rId2737" o:title=""/>
          </v:shape>
          <o:OLEObject Type="Embed" ProgID="Equation.DSMT4" ShapeID="_x0000_i2440" DrawAspect="Content" ObjectID="_1699919176" r:id="rId2738"/>
        </w:object>
      </w:r>
      <w:r w:rsidRPr="00A1493C">
        <w:rPr>
          <w:rFonts w:cs="Times New Roman"/>
        </w:rPr>
        <w:t>.</w:t>
      </w:r>
    </w:p>
    <w:p w14:paraId="52075551"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24"/>
        </w:rPr>
        <w:object w:dxaOrig="1860" w:dyaOrig="620" w14:anchorId="3F614E40">
          <v:shape id="_x0000_i2441" type="#_x0000_t75" style="width:93pt;height:31.2pt" o:ole="">
            <v:imagedata r:id="rId2739" o:title=""/>
          </v:shape>
          <o:OLEObject Type="Embed" ProgID="Equation.DSMT4" ShapeID="_x0000_i2441" DrawAspect="Content" ObjectID="_1699919177" r:id="rId2740"/>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D. </w:t>
      </w:r>
      <w:r w:rsidRPr="00A1493C">
        <w:rPr>
          <w:rFonts w:cs="Times New Roman"/>
          <w:position w:val="-24"/>
        </w:rPr>
        <w:object w:dxaOrig="1880" w:dyaOrig="620" w14:anchorId="1303CC7D">
          <v:shape id="_x0000_i2442" type="#_x0000_t75" style="width:94.2pt;height:31.2pt" o:ole="">
            <v:imagedata r:id="rId2741" o:title=""/>
          </v:shape>
          <o:OLEObject Type="Embed" ProgID="Equation.DSMT4" ShapeID="_x0000_i2442" DrawAspect="Content" ObjectID="_1699919178" r:id="rId2742"/>
        </w:object>
      </w:r>
      <w:r w:rsidRPr="00A1493C">
        <w:rPr>
          <w:rFonts w:cs="Times New Roman"/>
        </w:rPr>
        <w:t>.</w:t>
      </w:r>
    </w:p>
    <w:p w14:paraId="7E60F770"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26:</w:t>
      </w:r>
      <w:r w:rsidRPr="00A1493C">
        <w:rPr>
          <w:rFonts w:cs="Times New Roman"/>
          <w:b/>
          <w:color w:val="0000FF"/>
        </w:rPr>
        <w:tab/>
      </w:r>
      <w:r w:rsidRPr="00A1493C">
        <w:rPr>
          <w:rFonts w:cs="Times New Roman"/>
        </w:rPr>
        <w:t xml:space="preserve">Giả sử qua phép tịnh tiến theo vectơ </w:t>
      </w:r>
      <w:r w:rsidRPr="00A1493C">
        <w:rPr>
          <w:position w:val="-6"/>
        </w:rPr>
        <w:object w:dxaOrig="560" w:dyaOrig="340" w14:anchorId="13C885B8">
          <v:shape id="_x0000_i2443" type="#_x0000_t75" style="width:28.2pt;height:16.8pt" o:ole="">
            <v:imagedata r:id="rId2743" o:title=""/>
          </v:shape>
          <o:OLEObject Type="Embed" ProgID="Equation.DSMT4" ShapeID="_x0000_i2443" DrawAspect="Content" ObjectID="_1699919179" r:id="rId2744"/>
        </w:object>
      </w:r>
      <w:r w:rsidRPr="00A1493C">
        <w:rPr>
          <w:rFonts w:cs="Times New Roman"/>
        </w:rPr>
        <w:t xml:space="preserve">, đường thẳng </w:t>
      </w:r>
      <w:r w:rsidRPr="00A1493C">
        <w:rPr>
          <w:position w:val="-6"/>
        </w:rPr>
        <w:object w:dxaOrig="220" w:dyaOrig="279" w14:anchorId="0EBEA110">
          <v:shape id="_x0000_i2444" type="#_x0000_t75" style="width:10.8pt;height:13.8pt" o:ole="">
            <v:imagedata r:id="rId2745" o:title=""/>
          </v:shape>
          <o:OLEObject Type="Embed" ProgID="Equation.DSMT4" ShapeID="_x0000_i2444" DrawAspect="Content" ObjectID="_1699919180" r:id="rId2746"/>
        </w:object>
      </w:r>
      <w:r w:rsidRPr="00A1493C">
        <w:rPr>
          <w:rFonts w:cs="Times New Roman"/>
        </w:rPr>
        <w:t xml:space="preserve"> biến thành đường thẳng </w:t>
      </w:r>
      <w:r w:rsidRPr="00A1493C">
        <w:rPr>
          <w:position w:val="-6"/>
        </w:rPr>
        <w:object w:dxaOrig="279" w:dyaOrig="279" w14:anchorId="4235A5A6">
          <v:shape id="_x0000_i2445" type="#_x0000_t75" style="width:13.8pt;height:13.8pt" o:ole="">
            <v:imagedata r:id="rId2747" o:title=""/>
          </v:shape>
          <o:OLEObject Type="Embed" ProgID="Equation.DSMT4" ShapeID="_x0000_i2445" DrawAspect="Content" ObjectID="_1699919181" r:id="rId2748"/>
        </w:object>
      </w:r>
      <w:r w:rsidRPr="00A1493C">
        <w:rPr>
          <w:rFonts w:cs="Times New Roman"/>
        </w:rPr>
        <w:t>. Mệnh đề nào sau đây sai?</w:t>
      </w:r>
    </w:p>
    <w:p w14:paraId="69017CEB"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6"/>
        </w:rPr>
        <w:object w:dxaOrig="220" w:dyaOrig="279" w14:anchorId="1F20AC0C">
          <v:shape id="_x0000_i2446" type="#_x0000_t75" style="width:10.8pt;height:13.8pt" o:ole="">
            <v:imagedata r:id="rId2749" o:title=""/>
          </v:shape>
          <o:OLEObject Type="Embed" ProgID="Equation.DSMT4" ShapeID="_x0000_i2446" DrawAspect="Content" ObjectID="_1699919182" r:id="rId2750"/>
        </w:object>
      </w:r>
      <w:r w:rsidRPr="00A1493C">
        <w:rPr>
          <w:rFonts w:cs="Times New Roman"/>
        </w:rPr>
        <w:t xml:space="preserve"> trùng </w:t>
      </w:r>
      <w:r w:rsidRPr="00A1493C">
        <w:rPr>
          <w:rFonts w:cs="Times New Roman"/>
          <w:position w:val="-6"/>
        </w:rPr>
        <w:object w:dxaOrig="279" w:dyaOrig="279" w14:anchorId="4374FA90">
          <v:shape id="_x0000_i2447" type="#_x0000_t75" style="width:13.8pt;height:13.8pt" o:ole="">
            <v:imagedata r:id="rId2751" o:title=""/>
          </v:shape>
          <o:OLEObject Type="Embed" ProgID="Equation.DSMT4" ShapeID="_x0000_i2447" DrawAspect="Content" ObjectID="_1699919183" r:id="rId2752"/>
        </w:object>
      </w:r>
      <w:r w:rsidRPr="00A1493C">
        <w:rPr>
          <w:rFonts w:cs="Times New Roman"/>
        </w:rPr>
        <w:t xml:space="preserve"> khi </w:t>
      </w:r>
      <w:r w:rsidRPr="00A1493C">
        <w:rPr>
          <w:rFonts w:cs="Times New Roman"/>
          <w:position w:val="-6"/>
        </w:rPr>
        <w:object w:dxaOrig="200" w:dyaOrig="279" w14:anchorId="79BD349C">
          <v:shape id="_x0000_i2448" type="#_x0000_t75" style="width:10.2pt;height:13.8pt" o:ole="">
            <v:imagedata r:id="rId2753" o:title=""/>
          </v:shape>
          <o:OLEObject Type="Embed" ProgID="Equation.DSMT4" ShapeID="_x0000_i2448" DrawAspect="Content" ObjectID="_1699919184" r:id="rId2754"/>
        </w:object>
      </w:r>
      <w:r w:rsidRPr="00A1493C">
        <w:rPr>
          <w:rFonts w:cs="Times New Roman"/>
        </w:rPr>
        <w:t xml:space="preserve"> là vectơ chỉ phương của </w:t>
      </w:r>
      <w:r w:rsidRPr="00A1493C">
        <w:rPr>
          <w:rFonts w:cs="Times New Roman"/>
          <w:position w:val="-6"/>
        </w:rPr>
        <w:object w:dxaOrig="220" w:dyaOrig="279" w14:anchorId="6A983DC1">
          <v:shape id="_x0000_i2449" type="#_x0000_t75" style="width:10.8pt;height:13.8pt" o:ole="">
            <v:imagedata r:id="rId2755" o:title=""/>
          </v:shape>
          <o:OLEObject Type="Embed" ProgID="Equation.DSMT4" ShapeID="_x0000_i2449" DrawAspect="Content" ObjectID="_1699919185" r:id="rId2756"/>
        </w:object>
      </w:r>
      <w:r w:rsidRPr="00A1493C">
        <w:rPr>
          <w:rFonts w:cs="Times New Roman"/>
        </w:rPr>
        <w:t>.</w:t>
      </w:r>
    </w:p>
    <w:p w14:paraId="79223FAD"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B. </w:t>
      </w:r>
      <w:r w:rsidRPr="00A1493C">
        <w:rPr>
          <w:rFonts w:cs="Times New Roman"/>
          <w:position w:val="-6"/>
        </w:rPr>
        <w:object w:dxaOrig="220" w:dyaOrig="279" w14:anchorId="6D860355">
          <v:shape id="_x0000_i2450" type="#_x0000_t75" style="width:10.8pt;height:13.8pt" o:ole="">
            <v:imagedata r:id="rId2757" o:title=""/>
          </v:shape>
          <o:OLEObject Type="Embed" ProgID="Equation.DSMT4" ShapeID="_x0000_i2450" DrawAspect="Content" ObjectID="_1699919186" r:id="rId2758"/>
        </w:object>
      </w:r>
      <w:r w:rsidRPr="00A1493C">
        <w:rPr>
          <w:rFonts w:cs="Times New Roman"/>
        </w:rPr>
        <w:t xml:space="preserve"> song song với </w:t>
      </w:r>
      <w:r w:rsidRPr="00A1493C">
        <w:rPr>
          <w:rFonts w:cs="Times New Roman"/>
          <w:position w:val="-6"/>
        </w:rPr>
        <w:object w:dxaOrig="279" w:dyaOrig="279" w14:anchorId="493AB523">
          <v:shape id="_x0000_i2451" type="#_x0000_t75" style="width:13.8pt;height:13.8pt" o:ole="">
            <v:imagedata r:id="rId2759" o:title=""/>
          </v:shape>
          <o:OLEObject Type="Embed" ProgID="Equation.DSMT4" ShapeID="_x0000_i2451" DrawAspect="Content" ObjectID="_1699919187" r:id="rId2760"/>
        </w:object>
      </w:r>
      <w:r w:rsidRPr="00A1493C">
        <w:rPr>
          <w:rFonts w:cs="Times New Roman"/>
        </w:rPr>
        <w:t xml:space="preserve"> khi </w:t>
      </w:r>
      <w:r w:rsidRPr="00A1493C">
        <w:rPr>
          <w:rFonts w:cs="Times New Roman"/>
          <w:position w:val="-6"/>
        </w:rPr>
        <w:object w:dxaOrig="200" w:dyaOrig="279" w14:anchorId="6C43D0DC">
          <v:shape id="_x0000_i2452" type="#_x0000_t75" style="width:10.2pt;height:13.8pt" o:ole="">
            <v:imagedata r:id="rId2761" o:title=""/>
          </v:shape>
          <o:OLEObject Type="Embed" ProgID="Equation.DSMT4" ShapeID="_x0000_i2452" DrawAspect="Content" ObjectID="_1699919188" r:id="rId2762"/>
        </w:object>
      </w:r>
      <w:r w:rsidRPr="00A1493C">
        <w:rPr>
          <w:rFonts w:cs="Times New Roman"/>
        </w:rPr>
        <w:t xml:space="preserve"> là vectơ chỉ phương của </w:t>
      </w:r>
      <w:r w:rsidRPr="00A1493C">
        <w:rPr>
          <w:rFonts w:cs="Times New Roman"/>
          <w:position w:val="-6"/>
        </w:rPr>
        <w:object w:dxaOrig="220" w:dyaOrig="279" w14:anchorId="00B07D44">
          <v:shape id="_x0000_i2453" type="#_x0000_t75" style="width:10.8pt;height:13.8pt" o:ole="">
            <v:imagedata r:id="rId2763" o:title=""/>
          </v:shape>
          <o:OLEObject Type="Embed" ProgID="Equation.DSMT4" ShapeID="_x0000_i2453" DrawAspect="Content" ObjectID="_1699919189" r:id="rId2764"/>
        </w:object>
      </w:r>
      <w:r w:rsidRPr="00A1493C">
        <w:rPr>
          <w:rFonts w:cs="Times New Roman"/>
        </w:rPr>
        <w:t>.</w:t>
      </w:r>
    </w:p>
    <w:p w14:paraId="31F1B6CD"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6"/>
        </w:rPr>
        <w:object w:dxaOrig="220" w:dyaOrig="279" w14:anchorId="0DC23834">
          <v:shape id="_x0000_i2454" type="#_x0000_t75" style="width:10.8pt;height:13.8pt" o:ole="">
            <v:imagedata r:id="rId2765" o:title=""/>
          </v:shape>
          <o:OLEObject Type="Embed" ProgID="Equation.DSMT4" ShapeID="_x0000_i2454" DrawAspect="Content" ObjectID="_1699919190" r:id="rId2766"/>
        </w:object>
      </w:r>
      <w:r w:rsidRPr="00A1493C">
        <w:rPr>
          <w:rFonts w:cs="Times New Roman"/>
        </w:rPr>
        <w:t xml:space="preserve"> song song với </w:t>
      </w:r>
      <w:r w:rsidRPr="00A1493C">
        <w:rPr>
          <w:rFonts w:cs="Times New Roman"/>
          <w:position w:val="-6"/>
        </w:rPr>
        <w:object w:dxaOrig="220" w:dyaOrig="279" w14:anchorId="6EF2D398">
          <v:shape id="_x0000_i2455" type="#_x0000_t75" style="width:10.8pt;height:13.8pt" o:ole="">
            <v:imagedata r:id="rId2767" o:title=""/>
          </v:shape>
          <o:OLEObject Type="Embed" ProgID="Equation.DSMT4" ShapeID="_x0000_i2455" DrawAspect="Content" ObjectID="_1699919191" r:id="rId2768"/>
        </w:object>
      </w:r>
      <w:r w:rsidRPr="00A1493C">
        <w:rPr>
          <w:rFonts w:cs="Times New Roman"/>
        </w:rPr>
        <w:t xml:space="preserve"> 'khi </w:t>
      </w:r>
      <w:r w:rsidRPr="00A1493C">
        <w:rPr>
          <w:rFonts w:cs="Times New Roman"/>
          <w:position w:val="-6"/>
        </w:rPr>
        <w:object w:dxaOrig="200" w:dyaOrig="279" w14:anchorId="74AC561B">
          <v:shape id="_x0000_i2456" type="#_x0000_t75" style="width:10.2pt;height:13.8pt" o:ole="">
            <v:imagedata r:id="rId2769" o:title=""/>
          </v:shape>
          <o:OLEObject Type="Embed" ProgID="Equation.DSMT4" ShapeID="_x0000_i2456" DrawAspect="Content" ObjectID="_1699919192" r:id="rId2770"/>
        </w:object>
      </w:r>
      <w:r w:rsidRPr="00A1493C">
        <w:rPr>
          <w:rFonts w:cs="Times New Roman"/>
        </w:rPr>
        <w:t xml:space="preserve"> không phải là vectơ chỉ phương của </w:t>
      </w:r>
      <w:r w:rsidRPr="00A1493C">
        <w:rPr>
          <w:rFonts w:cs="Times New Roman"/>
          <w:position w:val="-6"/>
        </w:rPr>
        <w:object w:dxaOrig="220" w:dyaOrig="279" w14:anchorId="127030FD">
          <v:shape id="_x0000_i2457" type="#_x0000_t75" style="width:10.8pt;height:13.8pt" o:ole="">
            <v:imagedata r:id="rId2771" o:title=""/>
          </v:shape>
          <o:OLEObject Type="Embed" ProgID="Equation.DSMT4" ShapeID="_x0000_i2457" DrawAspect="Content" ObjectID="_1699919193" r:id="rId2772"/>
        </w:object>
      </w:r>
      <w:r w:rsidRPr="00A1493C">
        <w:rPr>
          <w:rFonts w:cs="Times New Roman"/>
        </w:rPr>
        <w:t>.</w:t>
      </w:r>
    </w:p>
    <w:p w14:paraId="20FEA021"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D. </w:t>
      </w:r>
      <w:r w:rsidRPr="00A1493C">
        <w:rPr>
          <w:rFonts w:cs="Times New Roman"/>
          <w:position w:val="-6"/>
        </w:rPr>
        <w:object w:dxaOrig="220" w:dyaOrig="279" w14:anchorId="75141207">
          <v:shape id="_x0000_i2458" type="#_x0000_t75" style="width:10.8pt;height:13.8pt" o:ole="">
            <v:imagedata r:id="rId2773" o:title=""/>
          </v:shape>
          <o:OLEObject Type="Embed" ProgID="Equation.DSMT4" ShapeID="_x0000_i2458" DrawAspect="Content" ObjectID="_1699919194" r:id="rId2774"/>
        </w:object>
      </w:r>
      <w:r w:rsidRPr="00A1493C">
        <w:rPr>
          <w:rFonts w:cs="Times New Roman"/>
        </w:rPr>
        <w:t xml:space="preserve"> không bao giờ vuông góc với </w:t>
      </w:r>
      <w:r w:rsidRPr="00A1493C">
        <w:rPr>
          <w:rFonts w:cs="Times New Roman"/>
          <w:position w:val="-6"/>
        </w:rPr>
        <w:object w:dxaOrig="279" w:dyaOrig="279" w14:anchorId="1E04989F">
          <v:shape id="_x0000_i2459" type="#_x0000_t75" style="width:13.8pt;height:13.8pt" o:ole="">
            <v:imagedata r:id="rId2775" o:title=""/>
          </v:shape>
          <o:OLEObject Type="Embed" ProgID="Equation.DSMT4" ShapeID="_x0000_i2459" DrawAspect="Content" ObjectID="_1699919195" r:id="rId2776"/>
        </w:object>
      </w:r>
      <w:r w:rsidRPr="00A1493C">
        <w:rPr>
          <w:rFonts w:cs="Times New Roman"/>
        </w:rPr>
        <w:t>.</w:t>
      </w:r>
    </w:p>
    <w:p w14:paraId="6351DAAB"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27:</w:t>
      </w:r>
      <w:r w:rsidRPr="00A1493C">
        <w:rPr>
          <w:rFonts w:cs="Times New Roman"/>
          <w:b/>
          <w:color w:val="0000FF"/>
        </w:rPr>
        <w:tab/>
      </w:r>
      <w:r w:rsidRPr="00A1493C">
        <w:rPr>
          <w:rFonts w:cs="Times New Roman"/>
        </w:rPr>
        <w:t xml:space="preserve">Trong mặt phẳng tọa độ </w:t>
      </w:r>
      <w:r w:rsidRPr="00A1493C">
        <w:rPr>
          <w:position w:val="-10"/>
        </w:rPr>
        <w:object w:dxaOrig="460" w:dyaOrig="320" w14:anchorId="315FCBD4">
          <v:shape id="_x0000_i2460" type="#_x0000_t75" style="width:22.8pt;height:16.2pt" o:ole="">
            <v:imagedata r:id="rId2777" o:title=""/>
          </v:shape>
          <o:OLEObject Type="Embed" ProgID="Equation.DSMT4" ShapeID="_x0000_i2460" DrawAspect="Content" ObjectID="_1699919196" r:id="rId2778"/>
        </w:object>
      </w:r>
      <w:r w:rsidRPr="00A1493C">
        <w:rPr>
          <w:rFonts w:cs="Times New Roman"/>
        </w:rPr>
        <w:t xml:space="preserve">, nếu phép tịnh tiến biến điểm </w:t>
      </w:r>
      <w:r w:rsidRPr="00A1493C">
        <w:rPr>
          <w:position w:val="-10"/>
        </w:rPr>
        <w:object w:dxaOrig="820" w:dyaOrig="320" w14:anchorId="431B431B">
          <v:shape id="_x0000_i2461" type="#_x0000_t75" style="width:40.8pt;height:16.2pt" o:ole="">
            <v:imagedata r:id="rId2779" o:title=""/>
          </v:shape>
          <o:OLEObject Type="Embed" ProgID="Equation.DSMT4" ShapeID="_x0000_i2461" DrawAspect="Content" ObjectID="_1699919197" r:id="rId2780"/>
        </w:object>
      </w:r>
      <w:r w:rsidRPr="00A1493C">
        <w:rPr>
          <w:rFonts w:cs="Times New Roman"/>
        </w:rPr>
        <w:t xml:space="preserve"> thành điểm </w:t>
      </w:r>
      <w:r w:rsidRPr="00A1493C">
        <w:rPr>
          <w:position w:val="-10"/>
        </w:rPr>
        <w:object w:dxaOrig="859" w:dyaOrig="320" w14:anchorId="07EA3A67">
          <v:shape id="_x0000_i2462" type="#_x0000_t75" style="width:43.2pt;height:16.2pt" o:ole="">
            <v:imagedata r:id="rId2781" o:title=""/>
          </v:shape>
          <o:OLEObject Type="Embed" ProgID="Equation.DSMT4" ShapeID="_x0000_i2462" DrawAspect="Content" ObjectID="_1699919198" r:id="rId2782"/>
        </w:object>
      </w:r>
      <w:r w:rsidRPr="00A1493C">
        <w:rPr>
          <w:rFonts w:cs="Times New Roman"/>
        </w:rPr>
        <w:t xml:space="preserve"> thì nó biến điểm </w:t>
      </w:r>
      <w:r w:rsidRPr="00A1493C">
        <w:rPr>
          <w:position w:val="-10"/>
        </w:rPr>
        <w:object w:dxaOrig="720" w:dyaOrig="320" w14:anchorId="3FCF41DB">
          <v:shape id="_x0000_i2463" type="#_x0000_t75" style="width:36pt;height:16.2pt" o:ole="">
            <v:imagedata r:id="rId2783" o:title=""/>
          </v:shape>
          <o:OLEObject Type="Embed" ProgID="Equation.DSMT4" ShapeID="_x0000_i2463" DrawAspect="Content" ObjectID="_1699919199" r:id="rId2784"/>
        </w:object>
      </w:r>
      <w:r w:rsidRPr="00A1493C">
        <w:rPr>
          <w:rFonts w:cs="Times New Roman"/>
        </w:rPr>
        <w:t xml:space="preserve"> thành điểm nào sau đây?</w:t>
      </w:r>
    </w:p>
    <w:p w14:paraId="563EB34D"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0"/>
        </w:rPr>
        <w:object w:dxaOrig="760" w:dyaOrig="320" w14:anchorId="0D1E507E">
          <v:shape id="_x0000_i2464" type="#_x0000_t75" style="width:37.8pt;height:16.2pt" o:ole="">
            <v:imagedata r:id="rId2785" o:title=""/>
          </v:shape>
          <o:OLEObject Type="Embed" ProgID="Equation.DSMT4" ShapeID="_x0000_i2464" DrawAspect="Content" ObjectID="_1699919200" r:id="rId2786"/>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10"/>
        </w:rPr>
        <w:object w:dxaOrig="740" w:dyaOrig="320" w14:anchorId="5F02B4C2">
          <v:shape id="_x0000_i2465" type="#_x0000_t75" style="width:37.2pt;height:16.2pt" o:ole="">
            <v:imagedata r:id="rId2787" o:title=""/>
          </v:shape>
          <o:OLEObject Type="Embed" ProgID="Equation.DSMT4" ShapeID="_x0000_i2465" DrawAspect="Content" ObjectID="_1699919201" r:id="rId2788"/>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10"/>
        </w:rPr>
        <w:object w:dxaOrig="780" w:dyaOrig="320" w14:anchorId="05DD5F28">
          <v:shape id="_x0000_i2466" type="#_x0000_t75" style="width:39pt;height:16.2pt" o:ole="">
            <v:imagedata r:id="rId2789" o:title=""/>
          </v:shape>
          <o:OLEObject Type="Embed" ProgID="Equation.DSMT4" ShapeID="_x0000_i2466" DrawAspect="Content" ObjectID="_1699919202" r:id="rId2790"/>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10"/>
        </w:rPr>
        <w:object w:dxaOrig="780" w:dyaOrig="320" w14:anchorId="18982B7E">
          <v:shape id="_x0000_i2467" type="#_x0000_t75" style="width:39pt;height:16.2pt" o:ole="">
            <v:imagedata r:id="rId2791" o:title=""/>
          </v:shape>
          <o:OLEObject Type="Embed" ProgID="Equation.DSMT4" ShapeID="_x0000_i2467" DrawAspect="Content" ObjectID="_1699919203" r:id="rId2792"/>
        </w:object>
      </w:r>
      <w:r w:rsidRPr="00A1493C">
        <w:rPr>
          <w:rFonts w:cs="Times New Roman"/>
        </w:rPr>
        <w:t>.</w:t>
      </w:r>
    </w:p>
    <w:p w14:paraId="3E71815E"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28:</w:t>
      </w:r>
      <w:r w:rsidRPr="00A1493C">
        <w:rPr>
          <w:rFonts w:cs="Times New Roman"/>
          <w:b/>
          <w:color w:val="0000FF"/>
        </w:rPr>
        <w:tab/>
      </w:r>
      <w:r w:rsidRPr="00A1493C">
        <w:rPr>
          <w:rFonts w:cs="Times New Roman"/>
        </w:rPr>
        <w:t xml:space="preserve">Phép quay góc </w:t>
      </w:r>
      <w:r w:rsidRPr="00A1493C">
        <w:rPr>
          <w:position w:val="-6"/>
        </w:rPr>
        <w:object w:dxaOrig="360" w:dyaOrig="320" w14:anchorId="20C94FD3">
          <v:shape id="_x0000_i2468" type="#_x0000_t75" style="width:18pt;height:16.2pt" o:ole="">
            <v:imagedata r:id="rId2793" o:title=""/>
          </v:shape>
          <o:OLEObject Type="Embed" ProgID="Equation.DSMT4" ShapeID="_x0000_i2468" DrawAspect="Content" ObjectID="_1699919204" r:id="rId2794"/>
        </w:object>
      </w:r>
      <w:r w:rsidRPr="00A1493C">
        <w:rPr>
          <w:rFonts w:cs="Times New Roman"/>
        </w:rPr>
        <w:t xml:space="preserve"> biến đường thẳng </w:t>
      </w:r>
      <w:r w:rsidRPr="00A1493C">
        <w:rPr>
          <w:position w:val="-6"/>
        </w:rPr>
        <w:object w:dxaOrig="220" w:dyaOrig="279" w14:anchorId="66081D54">
          <v:shape id="_x0000_i2469" type="#_x0000_t75" style="width:10.8pt;height:13.8pt" o:ole="">
            <v:imagedata r:id="rId2795" o:title=""/>
          </v:shape>
          <o:OLEObject Type="Embed" ProgID="Equation.DSMT4" ShapeID="_x0000_i2469" DrawAspect="Content" ObjectID="_1699919205" r:id="rId2796"/>
        </w:object>
      </w:r>
      <w:r w:rsidRPr="00A1493C">
        <w:rPr>
          <w:rFonts w:cs="Times New Roman"/>
        </w:rPr>
        <w:t xml:space="preserve"> thành đường thẳng </w:t>
      </w:r>
      <w:r w:rsidRPr="00A1493C">
        <w:rPr>
          <w:position w:val="-6"/>
        </w:rPr>
        <w:object w:dxaOrig="279" w:dyaOrig="279" w14:anchorId="605A0AE3">
          <v:shape id="_x0000_i2470" type="#_x0000_t75" style="width:13.8pt;height:13.8pt" o:ole="">
            <v:imagedata r:id="rId2797" o:title=""/>
          </v:shape>
          <o:OLEObject Type="Embed" ProgID="Equation.DSMT4" ShapeID="_x0000_i2470" DrawAspect="Content" ObjectID="_1699919206" r:id="rId2798"/>
        </w:object>
      </w:r>
      <w:r w:rsidRPr="00A1493C">
        <w:rPr>
          <w:rFonts w:cs="Times New Roman"/>
        </w:rPr>
        <w:t>. Khi đó</w:t>
      </w:r>
    </w:p>
    <w:p w14:paraId="237CB84F"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6"/>
        </w:rPr>
        <w:object w:dxaOrig="279" w:dyaOrig="279" w14:anchorId="79608B77">
          <v:shape id="_x0000_i2471" type="#_x0000_t75" style="width:13.8pt;height:13.8pt" o:ole="">
            <v:imagedata r:id="rId2799" o:title=""/>
          </v:shape>
          <o:OLEObject Type="Embed" ProgID="Equation.DSMT4" ShapeID="_x0000_i2471" DrawAspect="Content" ObjectID="_1699919207" r:id="rId2800"/>
        </w:object>
      </w:r>
      <w:r w:rsidRPr="00A1493C">
        <w:rPr>
          <w:rFonts w:cs="Times New Roman"/>
        </w:rPr>
        <w:t xml:space="preserve"> song song với </w:t>
      </w:r>
      <w:r w:rsidRPr="00A1493C">
        <w:rPr>
          <w:rFonts w:cs="Times New Roman"/>
          <w:position w:val="-6"/>
        </w:rPr>
        <w:object w:dxaOrig="220" w:dyaOrig="279" w14:anchorId="07D34EBE">
          <v:shape id="_x0000_i2472" type="#_x0000_t75" style="width:10.8pt;height:13.8pt" o:ole="">
            <v:imagedata r:id="rId2801" o:title=""/>
          </v:shape>
          <o:OLEObject Type="Embed" ProgID="Equation.DSMT4" ShapeID="_x0000_i2472" DrawAspect="Content" ObjectID="_1699919208" r:id="rId2802"/>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B. </w:t>
      </w:r>
      <w:r w:rsidRPr="00A1493C">
        <w:rPr>
          <w:rFonts w:cs="Times New Roman"/>
          <w:position w:val="-6"/>
        </w:rPr>
        <w:object w:dxaOrig="279" w:dyaOrig="279" w14:anchorId="508081E6">
          <v:shape id="_x0000_i2473" type="#_x0000_t75" style="width:13.8pt;height:13.8pt" o:ole="">
            <v:imagedata r:id="rId2803" o:title=""/>
          </v:shape>
          <o:OLEObject Type="Embed" ProgID="Equation.DSMT4" ShapeID="_x0000_i2473" DrawAspect="Content" ObjectID="_1699919209" r:id="rId2804"/>
        </w:object>
      </w:r>
      <w:r w:rsidRPr="00A1493C">
        <w:rPr>
          <w:rFonts w:cs="Times New Roman"/>
        </w:rPr>
        <w:t xml:space="preserve"> trùng </w:t>
      </w:r>
      <w:r w:rsidRPr="00A1493C">
        <w:rPr>
          <w:rFonts w:cs="Times New Roman"/>
          <w:position w:val="-6"/>
        </w:rPr>
        <w:object w:dxaOrig="220" w:dyaOrig="279" w14:anchorId="6D043B34">
          <v:shape id="_x0000_i2474" type="#_x0000_t75" style="width:10.8pt;height:13.8pt" o:ole="">
            <v:imagedata r:id="rId2805" o:title=""/>
          </v:shape>
          <o:OLEObject Type="Embed" ProgID="Equation.DSMT4" ShapeID="_x0000_i2474" DrawAspect="Content" ObjectID="_1699919210" r:id="rId2806"/>
        </w:object>
      </w:r>
      <w:r w:rsidRPr="00A1493C">
        <w:rPr>
          <w:rFonts w:cs="Times New Roman"/>
        </w:rPr>
        <w:t>.</w:t>
      </w:r>
    </w:p>
    <w:p w14:paraId="02B77B48"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position w:val="-6"/>
        </w:rPr>
        <w:object w:dxaOrig="279" w:dyaOrig="279" w14:anchorId="5660343F">
          <v:shape id="_x0000_i2475" type="#_x0000_t75" style="width:13.8pt;height:13.8pt" o:ole="">
            <v:imagedata r:id="rId2807" o:title=""/>
          </v:shape>
          <o:OLEObject Type="Embed" ProgID="Equation.DSMT4" ShapeID="_x0000_i2475" DrawAspect="Content" ObjectID="_1699919211" r:id="rId2808"/>
        </w:object>
      </w:r>
      <w:r w:rsidRPr="00A1493C">
        <w:rPr>
          <w:rFonts w:cs="Times New Roman"/>
        </w:rPr>
        <w:t xml:space="preserve"> tạo với </w:t>
      </w:r>
      <w:r w:rsidRPr="00A1493C">
        <w:rPr>
          <w:rFonts w:cs="Times New Roman"/>
          <w:position w:val="-6"/>
        </w:rPr>
        <w:object w:dxaOrig="220" w:dyaOrig="279" w14:anchorId="43C1468E">
          <v:shape id="_x0000_i2476" type="#_x0000_t75" style="width:10.8pt;height:13.8pt" o:ole="">
            <v:imagedata r:id="rId2809" o:title=""/>
          </v:shape>
          <o:OLEObject Type="Embed" ProgID="Equation.DSMT4" ShapeID="_x0000_i2476" DrawAspect="Content" ObjectID="_1699919212" r:id="rId2810"/>
        </w:object>
      </w:r>
      <w:r w:rsidRPr="00A1493C">
        <w:rPr>
          <w:rFonts w:cs="Times New Roman"/>
        </w:rPr>
        <w:t xml:space="preserve"> góc </w:t>
      </w:r>
      <w:r w:rsidRPr="00A1493C">
        <w:rPr>
          <w:rFonts w:cs="Times New Roman"/>
          <w:position w:val="-6"/>
        </w:rPr>
        <w:object w:dxaOrig="380" w:dyaOrig="320" w14:anchorId="68BC7E1D">
          <v:shape id="_x0000_i2477" type="#_x0000_t75" style="width:19.2pt;height:16.2pt" o:ole="">
            <v:imagedata r:id="rId2811" o:title=""/>
          </v:shape>
          <o:OLEObject Type="Embed" ProgID="Equation.DSMT4" ShapeID="_x0000_i2477" DrawAspect="Content" ObjectID="_1699919213" r:id="rId2812"/>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6"/>
        </w:rPr>
        <w:object w:dxaOrig="279" w:dyaOrig="279" w14:anchorId="223F1825">
          <v:shape id="_x0000_i2478" type="#_x0000_t75" style="width:13.8pt;height:13.8pt" o:ole="">
            <v:imagedata r:id="rId2813" o:title=""/>
          </v:shape>
          <o:OLEObject Type="Embed" ProgID="Equation.DSMT4" ShapeID="_x0000_i2478" DrawAspect="Content" ObjectID="_1699919214" r:id="rId2814"/>
        </w:object>
      </w:r>
      <w:r w:rsidRPr="00A1493C">
        <w:rPr>
          <w:rFonts w:cs="Times New Roman"/>
        </w:rPr>
        <w:t xml:space="preserve"> vuông góc với </w:t>
      </w:r>
      <w:r w:rsidRPr="00A1493C">
        <w:rPr>
          <w:rFonts w:cs="Times New Roman"/>
          <w:position w:val="-6"/>
        </w:rPr>
        <w:object w:dxaOrig="220" w:dyaOrig="279" w14:anchorId="698E15B6">
          <v:shape id="_x0000_i2479" type="#_x0000_t75" style="width:10.8pt;height:13.8pt" o:ole="">
            <v:imagedata r:id="rId2815" o:title=""/>
          </v:shape>
          <o:OLEObject Type="Embed" ProgID="Equation.DSMT4" ShapeID="_x0000_i2479" DrawAspect="Content" ObjectID="_1699919215" r:id="rId2816"/>
        </w:object>
      </w:r>
      <w:r w:rsidRPr="00A1493C">
        <w:rPr>
          <w:rFonts w:cs="Times New Roman"/>
        </w:rPr>
        <w:t>.</w:t>
      </w:r>
    </w:p>
    <w:p w14:paraId="54011EB2"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29:</w:t>
      </w:r>
      <w:r w:rsidRPr="00A1493C">
        <w:rPr>
          <w:rFonts w:cs="Times New Roman"/>
          <w:b/>
          <w:color w:val="0000FF"/>
        </w:rPr>
        <w:tab/>
      </w:r>
      <w:r w:rsidRPr="00A1493C">
        <w:rPr>
          <w:rFonts w:cs="Times New Roman"/>
        </w:rPr>
        <w:t xml:space="preserve">Trong mặt phẳng với hệ tọa độ </w:t>
      </w:r>
      <w:r w:rsidRPr="00A1493C">
        <w:rPr>
          <w:position w:val="-10"/>
        </w:rPr>
        <w:object w:dxaOrig="460" w:dyaOrig="320" w14:anchorId="0AE3D1E5">
          <v:shape id="_x0000_i2480" type="#_x0000_t75" style="width:22.8pt;height:16.2pt" o:ole="">
            <v:imagedata r:id="rId2817" o:title=""/>
          </v:shape>
          <o:OLEObject Type="Embed" ProgID="Equation.DSMT4" ShapeID="_x0000_i2480" DrawAspect="Content" ObjectID="_1699919216" r:id="rId2818"/>
        </w:object>
      </w:r>
      <w:r w:rsidRPr="00A1493C">
        <w:rPr>
          <w:rFonts w:cs="Times New Roman"/>
        </w:rPr>
        <w:t xml:space="preserve"> cho điểm </w:t>
      </w:r>
      <w:r w:rsidRPr="00A1493C">
        <w:rPr>
          <w:position w:val="-10"/>
        </w:rPr>
        <w:object w:dxaOrig="859" w:dyaOrig="320" w14:anchorId="60F7EB72">
          <v:shape id="_x0000_i2481" type="#_x0000_t75" style="width:43.2pt;height:16.2pt" o:ole="">
            <v:imagedata r:id="rId2819" o:title=""/>
          </v:shape>
          <o:OLEObject Type="Embed" ProgID="Equation.DSMT4" ShapeID="_x0000_i2481" DrawAspect="Content" ObjectID="_1699919217" r:id="rId2820"/>
        </w:object>
      </w:r>
      <w:r w:rsidRPr="00A1493C">
        <w:rPr>
          <w:rFonts w:cs="Times New Roman"/>
        </w:rPr>
        <w:t xml:space="preserve">. Điểm </w:t>
      </w:r>
      <w:r w:rsidRPr="00A1493C">
        <w:rPr>
          <w:position w:val="-4"/>
        </w:rPr>
        <w:object w:dxaOrig="240" w:dyaOrig="260" w14:anchorId="22106987">
          <v:shape id="_x0000_i2482" type="#_x0000_t75" style="width:12pt;height:13.2pt" o:ole="">
            <v:imagedata r:id="rId2821" o:title=""/>
          </v:shape>
          <o:OLEObject Type="Embed" ProgID="Equation.DSMT4" ShapeID="_x0000_i2482" DrawAspect="Content" ObjectID="_1699919218" r:id="rId2822"/>
        </w:object>
      </w:r>
      <w:r w:rsidRPr="00A1493C">
        <w:rPr>
          <w:rFonts w:cs="Times New Roman"/>
        </w:rPr>
        <w:t xml:space="preserve"> là ảnh của điểm nào qua phép quay tâm </w:t>
      </w:r>
      <w:r w:rsidRPr="00A1493C">
        <w:rPr>
          <w:position w:val="-6"/>
        </w:rPr>
        <w:object w:dxaOrig="240" w:dyaOrig="279" w14:anchorId="6AAD3635">
          <v:shape id="_x0000_i2483" type="#_x0000_t75" style="width:12pt;height:13.8pt" o:ole="">
            <v:imagedata r:id="rId2823" o:title=""/>
          </v:shape>
          <o:OLEObject Type="Embed" ProgID="Equation.DSMT4" ShapeID="_x0000_i2483" DrawAspect="Content" ObjectID="_1699919219" r:id="rId2824"/>
        </w:object>
      </w:r>
      <w:r w:rsidRPr="00A1493C">
        <w:rPr>
          <w:rFonts w:cs="Times New Roman"/>
        </w:rPr>
        <w:t xml:space="preserve"> góc quay </w:t>
      </w:r>
      <w:r w:rsidRPr="00A1493C">
        <w:rPr>
          <w:position w:val="-6"/>
        </w:rPr>
        <w:object w:dxaOrig="499" w:dyaOrig="320" w14:anchorId="12058B1D">
          <v:shape id="_x0000_i2484" type="#_x0000_t75" style="width:25.2pt;height:16.2pt" o:ole="">
            <v:imagedata r:id="rId2825" o:title=""/>
          </v:shape>
          <o:OLEObject Type="Embed" ProgID="Equation.DSMT4" ShapeID="_x0000_i2484" DrawAspect="Content" ObjectID="_1699919220" r:id="rId2826"/>
        </w:object>
      </w:r>
      <w:r w:rsidRPr="00A1493C">
        <w:rPr>
          <w:rFonts w:cs="Times New Roman"/>
        </w:rPr>
        <w:t>?</w:t>
      </w:r>
    </w:p>
    <w:p w14:paraId="4A036C94"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0"/>
        </w:rPr>
        <w:object w:dxaOrig="1060" w:dyaOrig="320" w14:anchorId="79B694AC">
          <v:shape id="_x0000_i2485" type="#_x0000_t75" style="width:52.8pt;height:16.2pt" o:ole="">
            <v:imagedata r:id="rId2827" o:title=""/>
          </v:shape>
          <o:OLEObject Type="Embed" ProgID="Equation.DSMT4" ShapeID="_x0000_i2485" DrawAspect="Content" ObjectID="_1699919221" r:id="rId2828"/>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10"/>
        </w:rPr>
        <w:object w:dxaOrig="760" w:dyaOrig="320" w14:anchorId="6C729314">
          <v:shape id="_x0000_i2486" type="#_x0000_t75" style="width:37.8pt;height:16.2pt" o:ole="">
            <v:imagedata r:id="rId2829" o:title=""/>
          </v:shape>
          <o:OLEObject Type="Embed" ProgID="Equation.DSMT4" ShapeID="_x0000_i2486" DrawAspect="Content" ObjectID="_1699919222" r:id="rId2830"/>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10"/>
        </w:rPr>
        <w:object w:dxaOrig="980" w:dyaOrig="320" w14:anchorId="02814534">
          <v:shape id="_x0000_i2487" type="#_x0000_t75" style="width:49.2pt;height:16.2pt" o:ole="">
            <v:imagedata r:id="rId2831" o:title=""/>
          </v:shape>
          <o:OLEObject Type="Embed" ProgID="Equation.DSMT4" ShapeID="_x0000_i2487" DrawAspect="Content" ObjectID="_1699919223" r:id="rId2832"/>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10"/>
        </w:rPr>
        <w:object w:dxaOrig="720" w:dyaOrig="320" w14:anchorId="344894C3">
          <v:shape id="_x0000_i2488" type="#_x0000_t75" style="width:36pt;height:16.2pt" o:ole="">
            <v:imagedata r:id="rId2833" o:title=""/>
          </v:shape>
          <o:OLEObject Type="Embed" ProgID="Equation.DSMT4" ShapeID="_x0000_i2488" DrawAspect="Content" ObjectID="_1699919224" r:id="rId2834"/>
        </w:object>
      </w:r>
      <w:r w:rsidRPr="00A1493C">
        <w:rPr>
          <w:rFonts w:cs="Times New Roman"/>
        </w:rPr>
        <w:t>.</w:t>
      </w:r>
    </w:p>
    <w:p w14:paraId="0069596A"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30:</w:t>
      </w:r>
      <w:r w:rsidRPr="00A1493C">
        <w:rPr>
          <w:rFonts w:cs="Times New Roman"/>
          <w:b/>
          <w:color w:val="0000FF"/>
        </w:rPr>
        <w:tab/>
      </w:r>
      <w:r w:rsidRPr="00A1493C">
        <w:rPr>
          <w:rFonts w:cs="Times New Roman"/>
        </w:rPr>
        <w:t xml:space="preserve">Trong mặt phẳng với hệ tọa độ </w:t>
      </w:r>
      <w:r w:rsidRPr="00A1493C">
        <w:rPr>
          <w:position w:val="-10"/>
        </w:rPr>
        <w:object w:dxaOrig="460" w:dyaOrig="320" w14:anchorId="5F7FD182">
          <v:shape id="_x0000_i2489" type="#_x0000_t75" style="width:22.8pt;height:16.2pt" o:ole="">
            <v:imagedata r:id="rId2835" o:title=""/>
          </v:shape>
          <o:OLEObject Type="Embed" ProgID="Equation.DSMT4" ShapeID="_x0000_i2489" DrawAspect="Content" ObjectID="_1699919225" r:id="rId2836"/>
        </w:object>
      </w:r>
      <w:r w:rsidRPr="00A1493C">
        <w:rPr>
          <w:rFonts w:cs="Times New Roman"/>
        </w:rPr>
        <w:t xml:space="preserve"> cho điểm </w:t>
      </w:r>
      <w:r w:rsidRPr="00A1493C">
        <w:rPr>
          <w:position w:val="-10"/>
        </w:rPr>
        <w:object w:dxaOrig="820" w:dyaOrig="320" w14:anchorId="459562CF">
          <v:shape id="_x0000_i2490" type="#_x0000_t75" style="width:40.8pt;height:16.2pt" o:ole="">
            <v:imagedata r:id="rId2837" o:title=""/>
          </v:shape>
          <o:OLEObject Type="Embed" ProgID="Equation.DSMT4" ShapeID="_x0000_i2490" DrawAspect="Content" ObjectID="_1699919226" r:id="rId2838"/>
        </w:object>
      </w:r>
      <w:r w:rsidRPr="00A1493C">
        <w:rPr>
          <w:rFonts w:cs="Times New Roman"/>
        </w:rPr>
        <w:t xml:space="preserve"> và điểm </w:t>
      </w:r>
      <w:r w:rsidRPr="00A1493C">
        <w:rPr>
          <w:position w:val="-10"/>
        </w:rPr>
        <w:object w:dxaOrig="800" w:dyaOrig="320" w14:anchorId="0EFC7F56">
          <v:shape id="_x0000_i2491" type="#_x0000_t75" style="width:40.2pt;height:16.2pt" o:ole="">
            <v:imagedata r:id="rId2839" o:title=""/>
          </v:shape>
          <o:OLEObject Type="Embed" ProgID="Equation.DSMT4" ShapeID="_x0000_i2491" DrawAspect="Content" ObjectID="_1699919227" r:id="rId2840"/>
        </w:object>
      </w:r>
      <w:r w:rsidRPr="00A1493C">
        <w:rPr>
          <w:rFonts w:cs="Times New Roman"/>
        </w:rPr>
        <w:t xml:space="preserve">. Tìm ảnh của điểm </w:t>
      </w:r>
      <w:r w:rsidRPr="00A1493C">
        <w:rPr>
          <w:position w:val="-4"/>
        </w:rPr>
        <w:object w:dxaOrig="240" w:dyaOrig="260" w14:anchorId="07ADBB72">
          <v:shape id="_x0000_i2492" type="#_x0000_t75" style="width:12pt;height:13.2pt" o:ole="">
            <v:imagedata r:id="rId2841" o:title=""/>
          </v:shape>
          <o:OLEObject Type="Embed" ProgID="Equation.DSMT4" ShapeID="_x0000_i2492" DrawAspect="Content" ObjectID="_1699919228" r:id="rId2842"/>
        </w:object>
      </w:r>
      <w:r w:rsidRPr="00A1493C">
        <w:rPr>
          <w:rFonts w:cs="Times New Roman"/>
        </w:rPr>
        <w:t xml:space="preserve"> qua phép vị tự tâm </w:t>
      </w:r>
      <w:r w:rsidRPr="00A1493C">
        <w:rPr>
          <w:position w:val="-4"/>
        </w:rPr>
        <w:object w:dxaOrig="200" w:dyaOrig="260" w14:anchorId="2EFCB68B">
          <v:shape id="_x0000_i2493" type="#_x0000_t75" style="width:10.2pt;height:13.2pt" o:ole="">
            <v:imagedata r:id="rId2843" o:title=""/>
          </v:shape>
          <o:OLEObject Type="Embed" ProgID="Equation.DSMT4" ShapeID="_x0000_i2493" DrawAspect="Content" ObjectID="_1699919229" r:id="rId2844"/>
        </w:object>
      </w:r>
      <w:r w:rsidRPr="00A1493C">
        <w:rPr>
          <w:rFonts w:cs="Times New Roman"/>
        </w:rPr>
        <w:t xml:space="preserve"> tỉ số </w:t>
      </w:r>
      <w:r w:rsidRPr="00A1493C">
        <w:rPr>
          <w:position w:val="-6"/>
        </w:rPr>
        <w:object w:dxaOrig="700" w:dyaOrig="279" w14:anchorId="2FF3B9D4">
          <v:shape id="_x0000_i2494" type="#_x0000_t75" style="width:34.8pt;height:13.8pt" o:ole="">
            <v:imagedata r:id="rId2845" o:title=""/>
          </v:shape>
          <o:OLEObject Type="Embed" ProgID="Equation.DSMT4" ShapeID="_x0000_i2494" DrawAspect="Content" ObjectID="_1699919230" r:id="rId2846"/>
        </w:object>
      </w:r>
      <w:r w:rsidRPr="00A1493C">
        <w:rPr>
          <w:rFonts w:cs="Times New Roman"/>
        </w:rPr>
        <w:t>.</w:t>
      </w:r>
    </w:p>
    <w:p w14:paraId="6497DD58"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10"/>
        </w:rPr>
        <w:object w:dxaOrig="920" w:dyaOrig="320" w14:anchorId="342CD0DC">
          <v:shape id="_x0000_i2495" type="#_x0000_t75" style="width:46.2pt;height:16.2pt" o:ole="">
            <v:imagedata r:id="rId2847" o:title=""/>
          </v:shape>
          <o:OLEObject Type="Embed" ProgID="Equation.DSMT4" ShapeID="_x0000_i2495" DrawAspect="Content" ObjectID="_1699919231" r:id="rId2848"/>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28"/>
        </w:rPr>
        <w:object w:dxaOrig="1040" w:dyaOrig="680" w14:anchorId="36554F68">
          <v:shape id="_x0000_i2496" type="#_x0000_t75" style="width:52.2pt;height:34.2pt" o:ole="">
            <v:imagedata r:id="rId2849" o:title=""/>
          </v:shape>
          <o:OLEObject Type="Embed" ProgID="Equation.DSMT4" ShapeID="_x0000_i2496" DrawAspect="Content" ObjectID="_1699919232" r:id="rId2850"/>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10"/>
        </w:rPr>
        <w:object w:dxaOrig="900" w:dyaOrig="320" w14:anchorId="01D40733">
          <v:shape id="_x0000_i2497" type="#_x0000_t75" style="width:45pt;height:16.2pt" o:ole="">
            <v:imagedata r:id="rId2851" o:title=""/>
          </v:shape>
          <o:OLEObject Type="Embed" ProgID="Equation.DSMT4" ShapeID="_x0000_i2497" DrawAspect="Content" ObjectID="_1699919233" r:id="rId2852"/>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10"/>
        </w:rPr>
        <w:object w:dxaOrig="1040" w:dyaOrig="320" w14:anchorId="3E24EEC4">
          <v:shape id="_x0000_i2498" type="#_x0000_t75" style="width:52.2pt;height:16.2pt" o:ole="">
            <v:imagedata r:id="rId2853" o:title=""/>
          </v:shape>
          <o:OLEObject Type="Embed" ProgID="Equation.DSMT4" ShapeID="_x0000_i2498" DrawAspect="Content" ObjectID="_1699919234" r:id="rId2854"/>
        </w:object>
      </w:r>
      <w:r w:rsidRPr="00A1493C">
        <w:rPr>
          <w:rFonts w:cs="Times New Roman"/>
        </w:rPr>
        <w:t>.</w:t>
      </w:r>
    </w:p>
    <w:p w14:paraId="31136EC2"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31:</w:t>
      </w:r>
      <w:r w:rsidRPr="00A1493C">
        <w:rPr>
          <w:rFonts w:cs="Times New Roman"/>
          <w:b/>
          <w:color w:val="0000FF"/>
        </w:rPr>
        <w:tab/>
      </w:r>
      <w:r w:rsidRPr="00A1493C">
        <w:rPr>
          <w:rFonts w:cs="Times New Roman"/>
        </w:rPr>
        <w:t>Trong không gian, mệnh đề nào dưới đây đúng?</w:t>
      </w:r>
    </w:p>
    <w:p w14:paraId="518CDF05"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Qua hai đường thẳng bất kỳ xác định được một và chỉ một mặt phẳng.</w:t>
      </w:r>
    </w:p>
    <w:p w14:paraId="245494CA"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B. </w:t>
      </w:r>
      <w:r w:rsidRPr="00A1493C">
        <w:rPr>
          <w:rFonts w:cs="Times New Roman"/>
        </w:rPr>
        <w:t>Qua một điểm và một đường thẳng bất kỳ xác định được một và chỉ một mặt phẳng.</w:t>
      </w:r>
    </w:p>
    <w:p w14:paraId="5BDCD848"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rPr>
        <w:t>Qua bốn điểm bất kỳ xác định được một và chỉ một mặt phẳng.</w:t>
      </w:r>
    </w:p>
    <w:p w14:paraId="42622643"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D. </w:t>
      </w:r>
      <w:r w:rsidRPr="00A1493C">
        <w:rPr>
          <w:rFonts w:cs="Times New Roman"/>
        </w:rPr>
        <w:t>Qua ba điểm không thẳng hàng xác định được một và chỉ một mặt phẳng.</w:t>
      </w:r>
    </w:p>
    <w:p w14:paraId="4A62A597"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32:</w:t>
      </w:r>
      <w:r w:rsidRPr="00A1493C">
        <w:rPr>
          <w:rFonts w:cs="Times New Roman"/>
          <w:b/>
          <w:color w:val="0000FF"/>
        </w:rPr>
        <w:tab/>
      </w:r>
      <w:r w:rsidRPr="00A1493C">
        <w:rPr>
          <w:rFonts w:cs="Times New Roman"/>
        </w:rPr>
        <w:t xml:space="preserve">Cho mặt phẳng </w:t>
      </w:r>
      <w:r w:rsidRPr="00A1493C">
        <w:rPr>
          <w:position w:val="-10"/>
        </w:rPr>
        <w:object w:dxaOrig="400" w:dyaOrig="320" w14:anchorId="29E8BABC">
          <v:shape id="_x0000_i2499" type="#_x0000_t75" style="width:19.8pt;height:16.2pt" o:ole="">
            <v:imagedata r:id="rId2855" o:title=""/>
          </v:shape>
          <o:OLEObject Type="Embed" ProgID="Equation.DSMT4" ShapeID="_x0000_i2499" DrawAspect="Content" ObjectID="_1699919235" r:id="rId2856"/>
        </w:object>
      </w:r>
      <w:r w:rsidRPr="00A1493C">
        <w:rPr>
          <w:rFonts w:cs="Times New Roman"/>
        </w:rPr>
        <w:t xml:space="preserve"> và đường thẳng </w:t>
      </w:r>
      <w:r w:rsidRPr="00A1493C">
        <w:rPr>
          <w:position w:val="-6"/>
        </w:rPr>
        <w:object w:dxaOrig="220" w:dyaOrig="279" w14:anchorId="60508D7F">
          <v:shape id="_x0000_i2500" type="#_x0000_t75" style="width:10.8pt;height:13.8pt" o:ole="">
            <v:imagedata r:id="rId2857" o:title=""/>
          </v:shape>
          <o:OLEObject Type="Embed" ProgID="Equation.DSMT4" ShapeID="_x0000_i2500" DrawAspect="Content" ObjectID="_1699919236" r:id="rId2858"/>
        </w:object>
      </w:r>
      <w:r w:rsidRPr="00A1493C">
        <w:rPr>
          <w:rFonts w:cs="Times New Roman"/>
        </w:rPr>
        <w:t>. Mệnh đề nào sau đây là sai?</w:t>
      </w:r>
    </w:p>
    <w:p w14:paraId="4577761C"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 xml:space="preserve">Nếu </w:t>
      </w:r>
      <w:r w:rsidRPr="00A1493C">
        <w:rPr>
          <w:rFonts w:cs="Times New Roman"/>
          <w:position w:val="-10"/>
        </w:rPr>
        <w:object w:dxaOrig="740" w:dyaOrig="320" w14:anchorId="0D511AC1">
          <v:shape id="_x0000_i2501" type="#_x0000_t75" style="width:37.2pt;height:16.2pt" o:ole="">
            <v:imagedata r:id="rId2859" o:title=""/>
          </v:shape>
          <o:OLEObject Type="Embed" ProgID="Equation.DSMT4" ShapeID="_x0000_i2501" DrawAspect="Content" ObjectID="_1699919237" r:id="rId2860"/>
        </w:object>
      </w:r>
      <w:r w:rsidRPr="00A1493C">
        <w:rPr>
          <w:rFonts w:cs="Times New Roman"/>
        </w:rPr>
        <w:t xml:space="preserve"> thì trong </w:t>
      </w:r>
      <w:r w:rsidRPr="00A1493C">
        <w:rPr>
          <w:rFonts w:cs="Times New Roman"/>
          <w:position w:val="-10"/>
        </w:rPr>
        <w:object w:dxaOrig="400" w:dyaOrig="320" w14:anchorId="7B7C1AE0">
          <v:shape id="_x0000_i2502" type="#_x0000_t75" style="width:19.8pt;height:16.2pt" o:ole="">
            <v:imagedata r:id="rId2861" o:title=""/>
          </v:shape>
          <o:OLEObject Type="Embed" ProgID="Equation.DSMT4" ShapeID="_x0000_i2502" DrawAspect="Content" ObjectID="_1699919238" r:id="rId2862"/>
        </w:object>
      </w:r>
      <w:r w:rsidRPr="00A1493C">
        <w:rPr>
          <w:rFonts w:cs="Times New Roman"/>
        </w:rPr>
        <w:t xml:space="preserve"> tồn tại đường thẳng </w:t>
      </w:r>
      <w:r w:rsidRPr="00A1493C">
        <w:rPr>
          <w:rFonts w:cs="Times New Roman"/>
          <w:position w:val="-6"/>
        </w:rPr>
        <w:object w:dxaOrig="200" w:dyaOrig="220" w14:anchorId="63200F7D">
          <v:shape id="_x0000_i2503" type="#_x0000_t75" style="width:10.2pt;height:10.8pt" o:ole="">
            <v:imagedata r:id="rId2863" o:title=""/>
          </v:shape>
          <o:OLEObject Type="Embed" ProgID="Equation.DSMT4" ShapeID="_x0000_i2503" DrawAspect="Content" ObjectID="_1699919239" r:id="rId2864"/>
        </w:object>
      </w:r>
      <w:r w:rsidRPr="00A1493C">
        <w:rPr>
          <w:rFonts w:cs="Times New Roman"/>
        </w:rPr>
        <w:t xml:space="preserve"> sao cho </w:t>
      </w:r>
      <w:r w:rsidRPr="00A1493C">
        <w:rPr>
          <w:rFonts w:cs="Times New Roman"/>
          <w:position w:val="-10"/>
        </w:rPr>
        <w:object w:dxaOrig="540" w:dyaOrig="320" w14:anchorId="5FFF2206">
          <v:shape id="_x0000_i2504" type="#_x0000_t75" style="width:27pt;height:16.2pt" o:ole="">
            <v:imagedata r:id="rId2865" o:title=""/>
          </v:shape>
          <o:OLEObject Type="Embed" ProgID="Equation.DSMT4" ShapeID="_x0000_i2504" DrawAspect="Content" ObjectID="_1699919240" r:id="rId2866"/>
        </w:object>
      </w:r>
      <w:r w:rsidRPr="00A1493C">
        <w:rPr>
          <w:rFonts w:cs="Times New Roman"/>
        </w:rPr>
        <w:t>.</w:t>
      </w:r>
    </w:p>
    <w:p w14:paraId="12FAEB5D"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B. </w:t>
      </w:r>
      <w:r w:rsidRPr="00A1493C">
        <w:rPr>
          <w:rFonts w:cs="Times New Roman"/>
        </w:rPr>
        <w:t xml:space="preserve">Nếu </w:t>
      </w:r>
      <w:r w:rsidRPr="00A1493C">
        <w:rPr>
          <w:rFonts w:cs="Times New Roman"/>
          <w:position w:val="-10"/>
        </w:rPr>
        <w:object w:dxaOrig="740" w:dyaOrig="320" w14:anchorId="59C9246F">
          <v:shape id="_x0000_i2505" type="#_x0000_t75" style="width:37.2pt;height:16.2pt" o:ole="">
            <v:imagedata r:id="rId2867" o:title=""/>
          </v:shape>
          <o:OLEObject Type="Embed" ProgID="Equation.DSMT4" ShapeID="_x0000_i2505" DrawAspect="Content" ObjectID="_1699919241" r:id="rId2868"/>
        </w:object>
      </w:r>
      <w:r w:rsidRPr="00A1493C">
        <w:rPr>
          <w:rFonts w:cs="Times New Roman"/>
        </w:rPr>
        <w:t xml:space="preserve"> và đường thẳng </w:t>
      </w:r>
      <w:r w:rsidRPr="00A1493C">
        <w:rPr>
          <w:rFonts w:cs="Times New Roman"/>
          <w:position w:val="-10"/>
        </w:rPr>
        <w:object w:dxaOrig="800" w:dyaOrig="320" w14:anchorId="14879184">
          <v:shape id="_x0000_i2506" type="#_x0000_t75" style="width:40.2pt;height:16.2pt" o:ole="">
            <v:imagedata r:id="rId2869" o:title=""/>
          </v:shape>
          <o:OLEObject Type="Embed" ProgID="Equation.DSMT4" ShapeID="_x0000_i2506" DrawAspect="Content" ObjectID="_1699919242" r:id="rId2870"/>
        </w:object>
      </w:r>
      <w:r w:rsidRPr="00A1493C">
        <w:rPr>
          <w:rFonts w:cs="Times New Roman"/>
        </w:rPr>
        <w:t xml:space="preserve"> thì </w:t>
      </w:r>
      <w:r w:rsidRPr="00A1493C">
        <w:rPr>
          <w:rFonts w:cs="Times New Roman"/>
          <w:position w:val="-6"/>
        </w:rPr>
        <w:object w:dxaOrig="580" w:dyaOrig="279" w14:anchorId="2FE62A9A">
          <v:shape id="_x0000_i2507" type="#_x0000_t75" style="width:28.8pt;height:13.8pt" o:ole="">
            <v:imagedata r:id="rId2871" o:title=""/>
          </v:shape>
          <o:OLEObject Type="Embed" ProgID="Equation.DSMT4" ShapeID="_x0000_i2507" DrawAspect="Content" ObjectID="_1699919243" r:id="rId2872"/>
        </w:object>
      </w:r>
      <w:r w:rsidRPr="00A1493C">
        <w:rPr>
          <w:rFonts w:cs="Times New Roman"/>
        </w:rPr>
        <w:t>.</w:t>
      </w:r>
    </w:p>
    <w:p w14:paraId="3F24046F"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rPr>
        <w:t xml:space="preserve">Nếu </w:t>
      </w:r>
      <w:r w:rsidRPr="00A1493C">
        <w:rPr>
          <w:rFonts w:cs="Times New Roman"/>
          <w:position w:val="-10"/>
        </w:rPr>
        <w:object w:dxaOrig="1400" w:dyaOrig="320" w14:anchorId="2BFD31E2">
          <v:shape id="_x0000_i2508" type="#_x0000_t75" style="width:70.2pt;height:16.2pt" o:ole="">
            <v:imagedata r:id="rId2873" o:title=""/>
          </v:shape>
          <o:OLEObject Type="Embed" ProgID="Equation.DSMT4" ShapeID="_x0000_i2508" DrawAspect="Content" ObjectID="_1699919244" r:id="rId2874"/>
        </w:object>
      </w:r>
      <w:r w:rsidRPr="00A1493C">
        <w:rPr>
          <w:rFonts w:cs="Times New Roman"/>
        </w:rPr>
        <w:t xml:space="preserve"> và </w:t>
      </w:r>
      <w:r w:rsidRPr="00A1493C">
        <w:rPr>
          <w:rFonts w:cs="Times New Roman"/>
          <w:position w:val="-10"/>
        </w:rPr>
        <w:object w:dxaOrig="780" w:dyaOrig="320" w14:anchorId="2B6F8012">
          <v:shape id="_x0000_i2509" type="#_x0000_t75" style="width:39pt;height:16.2pt" o:ole="">
            <v:imagedata r:id="rId2875" o:title=""/>
          </v:shape>
          <o:OLEObject Type="Embed" ProgID="Equation.DSMT4" ShapeID="_x0000_i2509" DrawAspect="Content" ObjectID="_1699919245" r:id="rId2876"/>
        </w:object>
      </w:r>
      <w:r w:rsidRPr="00A1493C">
        <w:rPr>
          <w:rFonts w:cs="Times New Roman"/>
        </w:rPr>
        <w:t xml:space="preserve"> thì </w:t>
      </w:r>
      <w:r w:rsidRPr="00A1493C">
        <w:rPr>
          <w:rFonts w:cs="Times New Roman"/>
          <w:position w:val="-10"/>
        </w:rPr>
        <w:object w:dxaOrig="740" w:dyaOrig="320" w14:anchorId="6F910BA0">
          <v:shape id="_x0000_i2510" type="#_x0000_t75" style="width:37.2pt;height:16.2pt" o:ole="">
            <v:imagedata r:id="rId2877" o:title=""/>
          </v:shape>
          <o:OLEObject Type="Embed" ProgID="Equation.DSMT4" ShapeID="_x0000_i2510" DrawAspect="Content" ObjectID="_1699919246" r:id="rId2878"/>
        </w:object>
      </w:r>
      <w:r w:rsidRPr="00A1493C">
        <w:rPr>
          <w:rFonts w:cs="Times New Roman"/>
        </w:rPr>
        <w:t>.</w:t>
      </w:r>
    </w:p>
    <w:p w14:paraId="63CAF242"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D. </w:t>
      </w:r>
      <w:r w:rsidRPr="00A1493C">
        <w:rPr>
          <w:rFonts w:cs="Times New Roman"/>
        </w:rPr>
        <w:t xml:space="preserve">Nếu </w:t>
      </w:r>
      <w:r w:rsidRPr="00A1493C">
        <w:rPr>
          <w:rFonts w:cs="Times New Roman"/>
          <w:position w:val="-10"/>
        </w:rPr>
        <w:object w:dxaOrig="1200" w:dyaOrig="320" w14:anchorId="2A77F834">
          <v:shape id="_x0000_i2511" type="#_x0000_t75" style="width:60pt;height:16.2pt" o:ole="">
            <v:imagedata r:id="rId2879" o:title=""/>
          </v:shape>
          <o:OLEObject Type="Embed" ProgID="Equation.DSMT4" ShapeID="_x0000_i2511" DrawAspect="Content" ObjectID="_1699919247" r:id="rId2880"/>
        </w:object>
      </w:r>
      <w:r w:rsidRPr="00A1493C">
        <w:rPr>
          <w:rFonts w:cs="Times New Roman"/>
        </w:rPr>
        <w:t xml:space="preserve"> và đường thẳng </w:t>
      </w:r>
      <w:r w:rsidRPr="00A1493C">
        <w:rPr>
          <w:rFonts w:cs="Times New Roman"/>
          <w:position w:val="-10"/>
        </w:rPr>
        <w:object w:dxaOrig="880" w:dyaOrig="320" w14:anchorId="5779BF20">
          <v:shape id="_x0000_i2512" type="#_x0000_t75" style="width:43.8pt;height:16.2pt" o:ole="">
            <v:imagedata r:id="rId2881" o:title=""/>
          </v:shape>
          <o:OLEObject Type="Embed" ProgID="Equation.DSMT4" ShapeID="_x0000_i2512" DrawAspect="Content" ObjectID="_1699919248" r:id="rId2882"/>
        </w:object>
      </w:r>
      <w:r w:rsidRPr="00A1493C">
        <w:rPr>
          <w:rFonts w:cs="Times New Roman"/>
        </w:rPr>
        <w:t xml:space="preserve"> thì </w:t>
      </w:r>
      <w:r w:rsidRPr="00A1493C">
        <w:rPr>
          <w:rFonts w:cs="Times New Roman"/>
          <w:position w:val="-6"/>
        </w:rPr>
        <w:object w:dxaOrig="220" w:dyaOrig="279" w14:anchorId="74A61F77">
          <v:shape id="_x0000_i2513" type="#_x0000_t75" style="width:10.8pt;height:13.8pt" o:ole="">
            <v:imagedata r:id="rId2883" o:title=""/>
          </v:shape>
          <o:OLEObject Type="Embed" ProgID="Equation.DSMT4" ShapeID="_x0000_i2513" DrawAspect="Content" ObjectID="_1699919249" r:id="rId2884"/>
        </w:object>
      </w:r>
      <w:r w:rsidRPr="00A1493C">
        <w:rPr>
          <w:rFonts w:cs="Times New Roman"/>
        </w:rPr>
        <w:t xml:space="preserve"> và </w:t>
      </w:r>
      <w:r w:rsidRPr="00A1493C">
        <w:rPr>
          <w:rFonts w:cs="Times New Roman"/>
          <w:position w:val="-6"/>
        </w:rPr>
        <w:object w:dxaOrig="279" w:dyaOrig="279" w14:anchorId="24120734">
          <v:shape id="_x0000_i2514" type="#_x0000_t75" style="width:13.8pt;height:13.8pt" o:ole="">
            <v:imagedata r:id="rId2885" o:title=""/>
          </v:shape>
          <o:OLEObject Type="Embed" ProgID="Equation.DSMT4" ShapeID="_x0000_i2514" DrawAspect="Content" ObjectID="_1699919250" r:id="rId2886"/>
        </w:object>
      </w:r>
      <w:r w:rsidRPr="00A1493C">
        <w:rPr>
          <w:rFonts w:cs="Times New Roman"/>
        </w:rPr>
        <w:t xml:space="preserve"> hoặc cắt nhau hoặc chéo nhau.</w:t>
      </w:r>
    </w:p>
    <w:p w14:paraId="7BBCC94E"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33:</w:t>
      </w:r>
      <w:r w:rsidRPr="00A1493C">
        <w:rPr>
          <w:rFonts w:cs="Times New Roman"/>
          <w:b/>
          <w:color w:val="0000FF"/>
        </w:rPr>
        <w:tab/>
      </w:r>
      <w:r w:rsidRPr="00A1493C">
        <w:rPr>
          <w:rFonts w:cs="Times New Roman"/>
        </w:rPr>
        <w:t>Trong các mệnh đề sau mệnh đề nào sai?</w:t>
      </w:r>
    </w:p>
    <w:p w14:paraId="1483B4CB"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rPr>
        <w:t>Hai đường thẳng không có điểm chung thì chéo nhau.</w:t>
      </w:r>
    </w:p>
    <w:p w14:paraId="1BBB822D"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B. </w:t>
      </w:r>
      <w:r w:rsidRPr="00A1493C">
        <w:rPr>
          <w:rFonts w:cs="Times New Roman"/>
        </w:rPr>
        <w:t>Hai đường thẳng chéo nhau thì không có điểm chung.</w:t>
      </w:r>
    </w:p>
    <w:p w14:paraId="037DB532"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rPr>
        <w:t>Hai đường thẳng phân biệt không cắt nhau và không song song thì chéo nhau.</w:t>
      </w:r>
    </w:p>
    <w:p w14:paraId="089CDF2A"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D. </w:t>
      </w:r>
      <w:r w:rsidRPr="00A1493C">
        <w:rPr>
          <w:rFonts w:cs="Times New Roman"/>
        </w:rPr>
        <w:t>Hai đường thẳng phân biệt không chéo nhau thì hoặc cắt nhau hoặc song song.</w:t>
      </w:r>
    </w:p>
    <w:p w14:paraId="0529F0E1"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lastRenderedPageBreak/>
        <w:t>Câu 34:</w:t>
      </w:r>
      <w:r w:rsidRPr="00A1493C">
        <w:rPr>
          <w:rFonts w:cs="Times New Roman"/>
          <w:b/>
          <w:color w:val="0000FF"/>
        </w:rPr>
        <w:tab/>
      </w:r>
      <w:r w:rsidRPr="00A1493C">
        <w:rPr>
          <w:rFonts w:cs="Times New Roman"/>
        </w:rPr>
        <w:t xml:space="preserve">Cho hình chóp </w:t>
      </w:r>
      <w:r w:rsidRPr="00A1493C">
        <w:rPr>
          <w:position w:val="-6"/>
        </w:rPr>
        <w:object w:dxaOrig="920" w:dyaOrig="279" w14:anchorId="62AB09D0">
          <v:shape id="_x0000_i2515" type="#_x0000_t75" style="width:46.2pt;height:13.8pt" o:ole="">
            <v:imagedata r:id="rId2887" o:title=""/>
          </v:shape>
          <o:OLEObject Type="Embed" ProgID="Equation.DSMT4" ShapeID="_x0000_i2515" DrawAspect="Content" ObjectID="_1699919251" r:id="rId2888"/>
        </w:object>
      </w:r>
      <w:r w:rsidRPr="00A1493C">
        <w:rPr>
          <w:rFonts w:cs="Times New Roman"/>
        </w:rPr>
        <w:t xml:space="preserve"> có đáy là hình thang, </w:t>
      </w:r>
      <w:r w:rsidRPr="00A1493C">
        <w:rPr>
          <w:position w:val="-10"/>
        </w:rPr>
        <w:object w:dxaOrig="2079" w:dyaOrig="320" w14:anchorId="56A46C0B">
          <v:shape id="_x0000_i2516" type="#_x0000_t75" style="width:103.8pt;height:16.2pt" o:ole="">
            <v:imagedata r:id="rId2889" o:title=""/>
          </v:shape>
          <o:OLEObject Type="Embed" ProgID="Equation.DSMT4" ShapeID="_x0000_i2516" DrawAspect="Content" ObjectID="_1699919252" r:id="rId2890"/>
        </w:object>
      </w:r>
      <w:r w:rsidRPr="00A1493C">
        <w:rPr>
          <w:rFonts w:cs="Times New Roman"/>
        </w:rPr>
        <w:t xml:space="preserve">. Điềm </w:t>
      </w:r>
      <w:r w:rsidRPr="00A1493C">
        <w:rPr>
          <w:position w:val="-4"/>
        </w:rPr>
        <w:object w:dxaOrig="320" w:dyaOrig="260" w14:anchorId="7CD1C905">
          <v:shape id="_x0000_i2517" type="#_x0000_t75" style="width:16.2pt;height:13.2pt" o:ole="">
            <v:imagedata r:id="rId2891" o:title=""/>
          </v:shape>
          <o:OLEObject Type="Embed" ProgID="Equation.DSMT4" ShapeID="_x0000_i2517" DrawAspect="Content" ObjectID="_1699919253" r:id="rId2892"/>
        </w:object>
      </w:r>
      <w:r w:rsidRPr="00A1493C">
        <w:rPr>
          <w:rFonts w:cs="Times New Roman"/>
        </w:rPr>
        <w:t xml:space="preserve"> thuộc cạnh </w:t>
      </w:r>
      <w:r w:rsidRPr="00A1493C">
        <w:rPr>
          <w:position w:val="-4"/>
        </w:rPr>
        <w:object w:dxaOrig="420" w:dyaOrig="260" w14:anchorId="1719BBA8">
          <v:shape id="_x0000_i2518" type="#_x0000_t75" style="width:21pt;height:13.2pt" o:ole="">
            <v:imagedata r:id="rId2893" o:title=""/>
          </v:shape>
          <o:OLEObject Type="Embed" ProgID="Equation.DSMT4" ShapeID="_x0000_i2518" DrawAspect="Content" ObjectID="_1699919254" r:id="rId2894"/>
        </w:object>
      </w:r>
      <w:r w:rsidRPr="00A1493C">
        <w:rPr>
          <w:rFonts w:cs="Times New Roman"/>
        </w:rPr>
        <w:t xml:space="preserve"> (</w:t>
      </w:r>
      <w:r w:rsidRPr="00A1493C">
        <w:rPr>
          <w:position w:val="-4"/>
        </w:rPr>
        <w:object w:dxaOrig="320" w:dyaOrig="260" w14:anchorId="5140D2CE">
          <v:shape id="_x0000_i2519" type="#_x0000_t75" style="width:16.2pt;height:13.2pt" o:ole="">
            <v:imagedata r:id="rId2895" o:title=""/>
          </v:shape>
          <o:OLEObject Type="Embed" ProgID="Equation.DSMT4" ShapeID="_x0000_i2519" DrawAspect="Content" ObjectID="_1699919255" r:id="rId2896"/>
        </w:object>
      </w:r>
      <w:r w:rsidRPr="00A1493C">
        <w:rPr>
          <w:rFonts w:cs="Times New Roman"/>
        </w:rPr>
        <w:t xml:space="preserve"> không trùng với </w:t>
      </w:r>
      <w:r w:rsidRPr="00A1493C">
        <w:rPr>
          <w:position w:val="-4"/>
        </w:rPr>
        <w:object w:dxaOrig="240" w:dyaOrig="260" w14:anchorId="3EE3FA35">
          <v:shape id="_x0000_i2520" type="#_x0000_t75" style="width:12pt;height:13.2pt" o:ole="">
            <v:imagedata r:id="rId2897" o:title=""/>
          </v:shape>
          <o:OLEObject Type="Embed" ProgID="Equation.DSMT4" ShapeID="_x0000_i2520" DrawAspect="Content" ObjectID="_1699919256" r:id="rId2898"/>
        </w:object>
      </w:r>
      <w:r w:rsidRPr="00A1493C">
        <w:rPr>
          <w:rFonts w:cs="Times New Roman"/>
        </w:rPr>
        <w:t xml:space="preserve"> và </w:t>
      </w:r>
      <w:r w:rsidRPr="00A1493C">
        <w:rPr>
          <w:position w:val="-4"/>
        </w:rPr>
        <w:object w:dxaOrig="260" w:dyaOrig="260" w14:anchorId="4B02A722">
          <v:shape id="_x0000_i2521" type="#_x0000_t75" style="width:13.2pt;height:13.2pt" o:ole="">
            <v:imagedata r:id="rId2899" o:title=""/>
          </v:shape>
          <o:OLEObject Type="Embed" ProgID="Equation.DSMT4" ShapeID="_x0000_i2521" DrawAspect="Content" ObjectID="_1699919257" r:id="rId2900"/>
        </w:object>
      </w:r>
      <w:r w:rsidRPr="00A1493C">
        <w:rPr>
          <w:rFonts w:cs="Times New Roman"/>
        </w:rPr>
        <w:t xml:space="preserve">) sao cho </w:t>
      </w:r>
      <w:r w:rsidRPr="00A1493C">
        <w:rPr>
          <w:position w:val="-24"/>
        </w:rPr>
        <w:object w:dxaOrig="900" w:dyaOrig="620" w14:anchorId="3FD2A210">
          <v:shape id="_x0000_i2522" type="#_x0000_t75" style="width:45pt;height:31.2pt" o:ole="">
            <v:imagedata r:id="rId2901" o:title=""/>
          </v:shape>
          <o:OLEObject Type="Embed" ProgID="Equation.DSMT4" ShapeID="_x0000_i2522" DrawAspect="Content" ObjectID="_1699919258" r:id="rId2902"/>
        </w:object>
      </w:r>
      <w:r w:rsidRPr="00A1493C">
        <w:rPr>
          <w:rFonts w:cs="Times New Roman"/>
        </w:rPr>
        <w:t xml:space="preserve"> Gọi </w:t>
      </w:r>
      <w:r w:rsidRPr="00A1493C">
        <w:rPr>
          <w:position w:val="-10"/>
        </w:rPr>
        <w:object w:dxaOrig="400" w:dyaOrig="320" w14:anchorId="0EA00A12">
          <v:shape id="_x0000_i2523" type="#_x0000_t75" style="width:19.8pt;height:16.2pt" o:ole="">
            <v:imagedata r:id="rId2903" o:title=""/>
          </v:shape>
          <o:OLEObject Type="Embed" ProgID="Equation.DSMT4" ShapeID="_x0000_i2523" DrawAspect="Content" ObjectID="_1699919259" r:id="rId2904"/>
        </w:object>
      </w:r>
      <w:r w:rsidRPr="00A1493C">
        <w:rPr>
          <w:rFonts w:cs="Times New Roman"/>
        </w:rPr>
        <w:t xml:space="preserve"> là mặt phẳng qua </w:t>
      </w:r>
      <w:r w:rsidRPr="00A1493C">
        <w:rPr>
          <w:position w:val="-4"/>
        </w:rPr>
        <w:object w:dxaOrig="320" w:dyaOrig="260" w14:anchorId="2CAF083E">
          <v:shape id="_x0000_i2524" type="#_x0000_t75" style="width:16.2pt;height:13.2pt" o:ole="">
            <v:imagedata r:id="rId2905" o:title=""/>
          </v:shape>
          <o:OLEObject Type="Embed" ProgID="Equation.DSMT4" ShapeID="_x0000_i2524" DrawAspect="Content" ObjectID="_1699919260" r:id="rId2906"/>
        </w:object>
      </w:r>
      <w:r w:rsidRPr="00A1493C">
        <w:rPr>
          <w:rFonts w:cs="Times New Roman"/>
        </w:rPr>
        <w:t xml:space="preserve"> và song song với </w:t>
      </w:r>
      <w:r w:rsidRPr="00A1493C">
        <w:rPr>
          <w:position w:val="-6"/>
        </w:rPr>
        <w:object w:dxaOrig="340" w:dyaOrig="279" w14:anchorId="51DBF2BC">
          <v:shape id="_x0000_i2525" type="#_x0000_t75" style="width:16.8pt;height:13.8pt" o:ole="">
            <v:imagedata r:id="rId2907" o:title=""/>
          </v:shape>
          <o:OLEObject Type="Embed" ProgID="Equation.DSMT4" ShapeID="_x0000_i2525" DrawAspect="Content" ObjectID="_1699919261" r:id="rId2908"/>
        </w:object>
      </w:r>
      <w:r w:rsidRPr="00A1493C">
        <w:rPr>
          <w:rFonts w:cs="Times New Roman"/>
        </w:rPr>
        <w:t xml:space="preserve"> và </w:t>
      </w:r>
      <w:r w:rsidRPr="00A1493C">
        <w:rPr>
          <w:position w:val="-6"/>
        </w:rPr>
        <w:object w:dxaOrig="400" w:dyaOrig="279" w14:anchorId="7DFC09AF">
          <v:shape id="_x0000_i2526" type="#_x0000_t75" style="width:19.8pt;height:13.8pt" o:ole="">
            <v:imagedata r:id="rId2909" o:title=""/>
          </v:shape>
          <o:OLEObject Type="Embed" ProgID="Equation.DSMT4" ShapeID="_x0000_i2526" DrawAspect="Content" ObjectID="_1699919262" r:id="rId2910"/>
        </w:object>
      </w:r>
      <w:r w:rsidRPr="00A1493C">
        <w:rPr>
          <w:rFonts w:cs="Times New Roman"/>
        </w:rPr>
        <w:t xml:space="preserve">. Tìm </w:t>
      </w:r>
      <w:r w:rsidRPr="00A1493C">
        <w:rPr>
          <w:position w:val="-6"/>
        </w:rPr>
        <w:object w:dxaOrig="200" w:dyaOrig="220" w14:anchorId="490C7449">
          <v:shape id="_x0000_i2527" type="#_x0000_t75" style="width:10.2pt;height:10.8pt" o:ole="">
            <v:imagedata r:id="rId2911" o:title=""/>
          </v:shape>
          <o:OLEObject Type="Embed" ProgID="Equation.DSMT4" ShapeID="_x0000_i2527" DrawAspect="Content" ObjectID="_1699919263" r:id="rId2912"/>
        </w:object>
      </w:r>
      <w:r w:rsidRPr="00A1493C">
        <w:rPr>
          <w:rFonts w:cs="Times New Roman"/>
        </w:rPr>
        <w:t xml:space="preserve"> để diện tích thiết diện của hình chóp cắt bởi mặt phẳng </w:t>
      </w:r>
      <w:r w:rsidRPr="00A1493C">
        <w:rPr>
          <w:position w:val="-10"/>
        </w:rPr>
        <w:object w:dxaOrig="400" w:dyaOrig="320" w14:anchorId="7DD5FC24">
          <v:shape id="_x0000_i2528" type="#_x0000_t75" style="width:19.8pt;height:16.2pt" o:ole="">
            <v:imagedata r:id="rId2913" o:title=""/>
          </v:shape>
          <o:OLEObject Type="Embed" ProgID="Equation.DSMT4" ShapeID="_x0000_i2528" DrawAspect="Content" ObjectID="_1699919264" r:id="rId2914"/>
        </w:object>
      </w:r>
      <w:r w:rsidRPr="00A1493C">
        <w:rPr>
          <w:rFonts w:cs="Times New Roman"/>
        </w:rPr>
        <w:t xml:space="preserve"> bằng một nửa diện tích tam giác </w:t>
      </w:r>
      <w:r w:rsidRPr="00A1493C">
        <w:rPr>
          <w:position w:val="-6"/>
        </w:rPr>
        <w:object w:dxaOrig="499" w:dyaOrig="279" w14:anchorId="1536F94D">
          <v:shape id="_x0000_i2529" type="#_x0000_t75" style="width:25.2pt;height:13.8pt" o:ole="">
            <v:imagedata r:id="rId2915" o:title=""/>
          </v:shape>
          <o:OLEObject Type="Embed" ProgID="Equation.DSMT4" ShapeID="_x0000_i2529" DrawAspect="Content" ObjectID="_1699919265" r:id="rId2916"/>
        </w:object>
      </w:r>
      <w:r w:rsidRPr="00A1493C">
        <w:rPr>
          <w:rFonts w:cs="Times New Roman"/>
        </w:rPr>
        <w:t>.</w:t>
      </w:r>
    </w:p>
    <w:p w14:paraId="350A9811"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24"/>
        </w:rPr>
        <w:object w:dxaOrig="600" w:dyaOrig="620" w14:anchorId="7906BB23">
          <v:shape id="_x0000_i2530" type="#_x0000_t75" style="width:30pt;height:31.2pt" o:ole="">
            <v:imagedata r:id="rId2917" o:title=""/>
          </v:shape>
          <o:OLEObject Type="Embed" ProgID="Equation.DSMT4" ShapeID="_x0000_i2530" DrawAspect="Content" ObjectID="_1699919266" r:id="rId2918"/>
        </w:object>
      </w:r>
      <w:r w:rsidRPr="00A1493C">
        <w:rPr>
          <w:rFonts w:cs="Times New Roman"/>
        </w:rPr>
        <w:t>.</w:t>
      </w:r>
      <w:r w:rsidRPr="00A1493C">
        <w:rPr>
          <w:rFonts w:cs="Times New Roman"/>
        </w:rPr>
        <w:tab/>
      </w:r>
      <w:r w:rsidRPr="00A1493C">
        <w:rPr>
          <w:rFonts w:cs="Times New Roman"/>
          <w:b/>
          <w:color w:val="0000FF"/>
        </w:rPr>
        <w:t xml:space="preserve">B. </w:t>
      </w:r>
      <w:r w:rsidRPr="00A1493C">
        <w:rPr>
          <w:rFonts w:cs="Times New Roman"/>
          <w:position w:val="-6"/>
        </w:rPr>
        <w:object w:dxaOrig="520" w:dyaOrig="279" w14:anchorId="12462873">
          <v:shape id="_x0000_i2531" type="#_x0000_t75" style="width:25.8pt;height:13.8pt" o:ole="">
            <v:imagedata r:id="rId2919" o:title=""/>
          </v:shape>
          <o:OLEObject Type="Embed" ProgID="Equation.DSMT4" ShapeID="_x0000_i2531" DrawAspect="Content" ObjectID="_1699919267" r:id="rId2920"/>
        </w:object>
      </w:r>
      <w:r w:rsidRPr="00A1493C">
        <w:rPr>
          <w:rFonts w:cs="Times New Roman"/>
        </w:rPr>
        <w:t>.</w:t>
      </w:r>
      <w:r w:rsidRPr="00A1493C">
        <w:rPr>
          <w:rFonts w:cs="Times New Roman"/>
        </w:rPr>
        <w:tab/>
      </w:r>
      <w:r w:rsidRPr="00A1493C">
        <w:rPr>
          <w:rFonts w:cs="Times New Roman"/>
          <w:b/>
          <w:color w:val="0000FF"/>
        </w:rPr>
        <w:t xml:space="preserve">C. </w:t>
      </w:r>
      <w:r w:rsidRPr="00A1493C">
        <w:rPr>
          <w:rFonts w:cs="Times New Roman"/>
          <w:position w:val="-6"/>
        </w:rPr>
        <w:object w:dxaOrig="560" w:dyaOrig="279" w14:anchorId="288A8BA3">
          <v:shape id="_x0000_i2532" type="#_x0000_t75" style="width:28.2pt;height:13.8pt" o:ole="">
            <v:imagedata r:id="rId2921" o:title=""/>
          </v:shape>
          <o:OLEObject Type="Embed" ProgID="Equation.DSMT4" ShapeID="_x0000_i2532" DrawAspect="Content" ObjectID="_1699919268" r:id="rId2922"/>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position w:val="-24"/>
        </w:rPr>
        <w:object w:dxaOrig="580" w:dyaOrig="620" w14:anchorId="661BA71B">
          <v:shape id="_x0000_i2533" type="#_x0000_t75" style="width:28.8pt;height:31.2pt" o:ole="">
            <v:imagedata r:id="rId2923" o:title=""/>
          </v:shape>
          <o:OLEObject Type="Embed" ProgID="Equation.DSMT4" ShapeID="_x0000_i2533" DrawAspect="Content" ObjectID="_1699919269" r:id="rId2924"/>
        </w:object>
      </w:r>
      <w:r w:rsidRPr="00A1493C">
        <w:rPr>
          <w:rFonts w:cs="Times New Roman"/>
        </w:rPr>
        <w:t>.</w:t>
      </w:r>
    </w:p>
    <w:p w14:paraId="7278A415" w14:textId="77777777" w:rsidR="00DE7E5C" w:rsidRPr="00A1493C" w:rsidRDefault="00DE7E5C" w:rsidP="00A1493C">
      <w:pPr>
        <w:tabs>
          <w:tab w:val="left" w:pos="992"/>
        </w:tabs>
        <w:spacing w:before="120" w:after="0"/>
        <w:ind w:left="992" w:hanging="992"/>
        <w:jc w:val="both"/>
        <w:rPr>
          <w:rFonts w:cs="Times New Roman"/>
        </w:rPr>
      </w:pPr>
      <w:r w:rsidRPr="00A1493C">
        <w:rPr>
          <w:rFonts w:cs="Times New Roman"/>
          <w:b/>
          <w:color w:val="0000FF"/>
        </w:rPr>
        <w:t>Câu 35:</w:t>
      </w:r>
      <w:r w:rsidRPr="00A1493C">
        <w:rPr>
          <w:rFonts w:cs="Times New Roman"/>
          <w:b/>
          <w:color w:val="0000FF"/>
        </w:rPr>
        <w:tab/>
      </w:r>
      <w:r w:rsidRPr="00A1493C">
        <w:rPr>
          <w:rFonts w:cs="Times New Roman"/>
        </w:rPr>
        <w:t xml:space="preserve">Cho hình chóp </w:t>
      </w:r>
      <w:r w:rsidRPr="00A1493C">
        <w:rPr>
          <w:position w:val="-6"/>
        </w:rPr>
        <w:object w:dxaOrig="920" w:dyaOrig="279" w14:anchorId="4DE6AE2B">
          <v:shape id="_x0000_i2534" type="#_x0000_t75" style="width:46.2pt;height:13.8pt" o:ole="">
            <v:imagedata r:id="rId2925" o:title=""/>
          </v:shape>
          <o:OLEObject Type="Embed" ProgID="Equation.DSMT4" ShapeID="_x0000_i2534" DrawAspect="Content" ObjectID="_1699919270" r:id="rId2926"/>
        </w:object>
      </w:r>
      <w:r w:rsidRPr="00A1493C">
        <w:rPr>
          <w:rFonts w:cs="Times New Roman"/>
        </w:rPr>
        <w:t xml:space="preserve"> có đáy là hình thang với các cạnh đáy là </w:t>
      </w:r>
      <w:r w:rsidRPr="00A1493C">
        <w:rPr>
          <w:position w:val="-4"/>
        </w:rPr>
        <w:object w:dxaOrig="400" w:dyaOrig="260" w14:anchorId="25B48F06">
          <v:shape id="_x0000_i2535" type="#_x0000_t75" style="width:19.8pt;height:13.2pt" o:ole="">
            <v:imagedata r:id="rId2927" o:title=""/>
          </v:shape>
          <o:OLEObject Type="Embed" ProgID="Equation.DSMT4" ShapeID="_x0000_i2535" DrawAspect="Content" ObjectID="_1699919271" r:id="rId2928"/>
        </w:object>
      </w:r>
      <w:r w:rsidRPr="00A1493C">
        <w:rPr>
          <w:rFonts w:cs="Times New Roman"/>
        </w:rPr>
        <w:t xml:space="preserve"> và </w:t>
      </w:r>
      <w:r w:rsidRPr="00A1493C">
        <w:rPr>
          <w:position w:val="-6"/>
        </w:rPr>
        <w:object w:dxaOrig="400" w:dyaOrig="279" w14:anchorId="1ADFA622">
          <v:shape id="_x0000_i2536" type="#_x0000_t75" style="width:19.8pt;height:13.8pt" o:ole="">
            <v:imagedata r:id="rId2929" o:title=""/>
          </v:shape>
          <o:OLEObject Type="Embed" ProgID="Equation.DSMT4" ShapeID="_x0000_i2536" DrawAspect="Content" ObjectID="_1699919272" r:id="rId2930"/>
        </w:object>
      </w:r>
      <w:r w:rsidRPr="00A1493C">
        <w:rPr>
          <w:rFonts w:cs="Times New Roman"/>
        </w:rPr>
        <w:t xml:space="preserve">. Gọi </w:t>
      </w:r>
      <w:r w:rsidRPr="00A1493C">
        <w:rPr>
          <w:position w:val="-10"/>
        </w:rPr>
        <w:object w:dxaOrig="420" w:dyaOrig="320" w14:anchorId="10F52EBC">
          <v:shape id="_x0000_i2537" type="#_x0000_t75" style="width:21pt;height:16.2pt" o:ole="">
            <v:imagedata r:id="rId2931" o:title=""/>
          </v:shape>
          <o:OLEObject Type="Embed" ProgID="Equation.DSMT4" ShapeID="_x0000_i2537" DrawAspect="Content" ObjectID="_1699919273" r:id="rId2932"/>
        </w:object>
      </w:r>
      <w:r w:rsidRPr="00A1493C">
        <w:rPr>
          <w:rFonts w:cs="Times New Roman"/>
        </w:rPr>
        <w:t xml:space="preserve"> lần lượt là trung điểm của </w:t>
      </w:r>
      <w:r w:rsidRPr="00A1493C">
        <w:rPr>
          <w:position w:val="-4"/>
        </w:rPr>
        <w:object w:dxaOrig="420" w:dyaOrig="260" w14:anchorId="290EA79B">
          <v:shape id="_x0000_i2538" type="#_x0000_t75" style="width:21pt;height:13.2pt" o:ole="">
            <v:imagedata r:id="rId2933" o:title=""/>
          </v:shape>
          <o:OLEObject Type="Embed" ProgID="Equation.DSMT4" ShapeID="_x0000_i2538" DrawAspect="Content" ObjectID="_1699919274" r:id="rId2934"/>
        </w:object>
      </w:r>
      <w:r w:rsidRPr="00A1493C">
        <w:rPr>
          <w:rFonts w:cs="Times New Roman"/>
        </w:rPr>
        <w:t xml:space="preserve"> và </w:t>
      </w:r>
      <w:r w:rsidRPr="00A1493C">
        <w:rPr>
          <w:position w:val="-6"/>
        </w:rPr>
        <w:object w:dxaOrig="400" w:dyaOrig="279" w14:anchorId="3240BFD3">
          <v:shape id="_x0000_i2539" type="#_x0000_t75" style="width:19.8pt;height:13.8pt" o:ole="">
            <v:imagedata r:id="rId2935" o:title=""/>
          </v:shape>
          <o:OLEObject Type="Embed" ProgID="Equation.DSMT4" ShapeID="_x0000_i2539" DrawAspect="Content" ObjectID="_1699919275" r:id="rId2936"/>
        </w:object>
      </w:r>
      <w:r w:rsidRPr="00A1493C">
        <w:rPr>
          <w:rFonts w:cs="Times New Roman"/>
        </w:rPr>
        <w:t xml:space="preserve"> và </w:t>
      </w:r>
      <w:r w:rsidRPr="00A1493C">
        <w:rPr>
          <w:position w:val="-6"/>
        </w:rPr>
        <w:object w:dxaOrig="260" w:dyaOrig="279" w14:anchorId="790BC54F">
          <v:shape id="_x0000_i2540" type="#_x0000_t75" style="width:13.2pt;height:13.8pt" o:ole="">
            <v:imagedata r:id="rId2937" o:title=""/>
          </v:shape>
          <o:OLEObject Type="Embed" ProgID="Equation.DSMT4" ShapeID="_x0000_i2540" DrawAspect="Content" ObjectID="_1699919276" r:id="rId2938"/>
        </w:object>
      </w:r>
      <w:r w:rsidRPr="00A1493C">
        <w:rPr>
          <w:rFonts w:cs="Times New Roman"/>
        </w:rPr>
        <w:t xml:space="preserve"> là trọng tâm tam giác </w:t>
      </w:r>
      <w:r w:rsidRPr="00A1493C">
        <w:rPr>
          <w:position w:val="-6"/>
        </w:rPr>
        <w:object w:dxaOrig="499" w:dyaOrig="279" w14:anchorId="539D68BA">
          <v:shape id="_x0000_i2541" type="#_x0000_t75" style="width:25.2pt;height:13.8pt" o:ole="">
            <v:imagedata r:id="rId2939" o:title=""/>
          </v:shape>
          <o:OLEObject Type="Embed" ProgID="Equation.DSMT4" ShapeID="_x0000_i2541" DrawAspect="Content" ObjectID="_1699919277" r:id="rId2940"/>
        </w:object>
      </w:r>
      <w:r w:rsidRPr="00A1493C">
        <w:rPr>
          <w:rFonts w:cs="Times New Roman"/>
        </w:rPr>
        <w:t xml:space="preserve">. Giao tuyến của </w:t>
      </w:r>
      <w:r w:rsidRPr="00A1493C">
        <w:rPr>
          <w:position w:val="-10"/>
        </w:rPr>
        <w:object w:dxaOrig="660" w:dyaOrig="320" w14:anchorId="58C77951">
          <v:shape id="_x0000_i2542" type="#_x0000_t75" style="width:33pt;height:16.2pt" o:ole="">
            <v:imagedata r:id="rId2941" o:title=""/>
          </v:shape>
          <o:OLEObject Type="Embed" ProgID="Equation.DSMT4" ShapeID="_x0000_i2542" DrawAspect="Content" ObjectID="_1699919278" r:id="rId2942"/>
        </w:object>
      </w:r>
      <w:r w:rsidRPr="00A1493C">
        <w:rPr>
          <w:rFonts w:cs="Times New Roman"/>
        </w:rPr>
        <w:t xml:space="preserve"> và </w:t>
      </w:r>
      <w:r w:rsidRPr="00A1493C">
        <w:rPr>
          <w:position w:val="-10"/>
        </w:rPr>
        <w:object w:dxaOrig="620" w:dyaOrig="320" w14:anchorId="7785F8C8">
          <v:shape id="_x0000_i2543" type="#_x0000_t75" style="width:31.2pt;height:16.2pt" o:ole="">
            <v:imagedata r:id="rId2943" o:title=""/>
          </v:shape>
          <o:OLEObject Type="Embed" ProgID="Equation.DSMT4" ShapeID="_x0000_i2543" DrawAspect="Content" ObjectID="_1699919279" r:id="rId2944"/>
        </w:object>
      </w:r>
      <w:r w:rsidRPr="00A1493C">
        <w:rPr>
          <w:rFonts w:cs="Times New Roman"/>
        </w:rPr>
        <w:t xml:space="preserve"> là</w:t>
      </w:r>
    </w:p>
    <w:p w14:paraId="193BA6A7"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A. </w:t>
      </w:r>
      <w:r w:rsidRPr="00A1493C">
        <w:rPr>
          <w:rFonts w:cs="Times New Roman"/>
          <w:position w:val="-6"/>
        </w:rPr>
        <w:object w:dxaOrig="380" w:dyaOrig="279" w14:anchorId="69A6011F">
          <v:shape id="_x0000_i2544" type="#_x0000_t75" style="width:19.2pt;height:13.8pt" o:ole="">
            <v:imagedata r:id="rId2945" o:title=""/>
          </v:shape>
          <o:OLEObject Type="Embed" ProgID="Equation.DSMT4" ShapeID="_x0000_i2544" DrawAspect="Content" ObjectID="_1699919280" r:id="rId2946"/>
        </w:object>
      </w:r>
      <w:r w:rsidRPr="00A1493C">
        <w:rPr>
          <w:rFonts w:cs="Times New Roman"/>
        </w:rPr>
        <w:t>.</w:t>
      </w:r>
      <w:r w:rsidRPr="00A1493C">
        <w:rPr>
          <w:rFonts w:cs="Times New Roman"/>
        </w:rPr>
        <w:tab/>
      </w:r>
      <w:r>
        <w:rPr>
          <w:rFonts w:cs="Times New Roman"/>
        </w:rPr>
        <w:tab/>
      </w:r>
      <w:r w:rsidRPr="00A1493C">
        <w:rPr>
          <w:rFonts w:cs="Times New Roman"/>
          <w:b/>
          <w:color w:val="0000FF"/>
        </w:rPr>
        <w:t xml:space="preserve">B. </w:t>
      </w:r>
      <w:r w:rsidRPr="00A1493C">
        <w:rPr>
          <w:rFonts w:cs="Times New Roman"/>
        </w:rPr>
        <w:t xml:space="preserve">đường thẳng qua </w:t>
      </w:r>
      <w:r w:rsidRPr="00A1493C">
        <w:rPr>
          <w:rFonts w:cs="Times New Roman"/>
          <w:position w:val="-6"/>
        </w:rPr>
        <w:object w:dxaOrig="220" w:dyaOrig="279" w14:anchorId="2085F4D4">
          <v:shape id="_x0000_i2545" type="#_x0000_t75" style="width:10.8pt;height:13.8pt" o:ole="">
            <v:imagedata r:id="rId2947" o:title=""/>
          </v:shape>
          <o:OLEObject Type="Embed" ProgID="Equation.DSMT4" ShapeID="_x0000_i2545" DrawAspect="Content" ObjectID="_1699919281" r:id="rId2948"/>
        </w:object>
      </w:r>
      <w:r w:rsidRPr="00A1493C">
        <w:rPr>
          <w:rFonts w:cs="Times New Roman"/>
        </w:rPr>
        <w:t xml:space="preserve"> và song song với </w:t>
      </w:r>
      <w:r w:rsidRPr="00A1493C">
        <w:rPr>
          <w:rFonts w:cs="Times New Roman"/>
          <w:position w:val="-4"/>
        </w:rPr>
        <w:object w:dxaOrig="400" w:dyaOrig="260" w14:anchorId="4E0E3870">
          <v:shape id="_x0000_i2546" type="#_x0000_t75" style="width:19.8pt;height:13.2pt" o:ole="">
            <v:imagedata r:id="rId2949" o:title=""/>
          </v:shape>
          <o:OLEObject Type="Embed" ProgID="Equation.DSMT4" ShapeID="_x0000_i2546" DrawAspect="Content" ObjectID="_1699919282" r:id="rId2950"/>
        </w:object>
      </w:r>
      <w:r w:rsidRPr="00A1493C">
        <w:rPr>
          <w:rFonts w:cs="Times New Roman"/>
        </w:rPr>
        <w:t>.</w:t>
      </w:r>
    </w:p>
    <w:p w14:paraId="2075133C" w14:textId="77777777" w:rsidR="00DE7E5C" w:rsidRPr="00A1493C" w:rsidRDefault="00DE7E5C" w:rsidP="00A1493C">
      <w:pPr>
        <w:tabs>
          <w:tab w:val="left" w:pos="3402"/>
          <w:tab w:val="left" w:pos="5669"/>
          <w:tab w:val="left" w:pos="7937"/>
        </w:tabs>
        <w:spacing w:after="0"/>
        <w:ind w:left="992"/>
        <w:jc w:val="both"/>
        <w:rPr>
          <w:rFonts w:cs="Times New Roman"/>
        </w:rPr>
      </w:pPr>
      <w:r w:rsidRPr="00A1493C">
        <w:rPr>
          <w:rFonts w:cs="Times New Roman"/>
          <w:b/>
          <w:color w:val="0000FF"/>
        </w:rPr>
        <w:t xml:space="preserve">C. </w:t>
      </w:r>
      <w:r w:rsidRPr="00A1493C">
        <w:rPr>
          <w:rFonts w:cs="Times New Roman"/>
        </w:rPr>
        <w:t xml:space="preserve">đường thẳng qua </w:t>
      </w:r>
      <w:r w:rsidRPr="00A1493C">
        <w:rPr>
          <w:rFonts w:cs="Times New Roman"/>
          <w:position w:val="-6"/>
        </w:rPr>
        <w:object w:dxaOrig="260" w:dyaOrig="279" w14:anchorId="12980F36">
          <v:shape id="_x0000_i2547" type="#_x0000_t75" style="width:13.2pt;height:13.8pt" o:ole="">
            <v:imagedata r:id="rId2951" o:title=""/>
          </v:shape>
          <o:OLEObject Type="Embed" ProgID="Equation.DSMT4" ShapeID="_x0000_i2547" DrawAspect="Content" ObjectID="_1699919283" r:id="rId2952"/>
        </w:object>
      </w:r>
      <w:r w:rsidRPr="00A1493C">
        <w:rPr>
          <w:rFonts w:cs="Times New Roman"/>
        </w:rPr>
        <w:t xml:space="preserve"> và song song với </w:t>
      </w:r>
      <w:r w:rsidRPr="00A1493C">
        <w:rPr>
          <w:rFonts w:cs="Times New Roman"/>
          <w:position w:val="-6"/>
        </w:rPr>
        <w:object w:dxaOrig="440" w:dyaOrig="279" w14:anchorId="6E8C3B05">
          <v:shape id="_x0000_i2548" type="#_x0000_t75" style="width:22.2pt;height:13.8pt" o:ole="">
            <v:imagedata r:id="rId2953" o:title=""/>
          </v:shape>
          <o:OLEObject Type="Embed" ProgID="Equation.DSMT4" ShapeID="_x0000_i2548" DrawAspect="Content" ObjectID="_1699919284" r:id="rId2954"/>
        </w:object>
      </w:r>
      <w:r w:rsidRPr="00A1493C">
        <w:rPr>
          <w:rFonts w:cs="Times New Roman"/>
        </w:rPr>
        <w:t>.</w:t>
      </w:r>
      <w:r w:rsidRPr="00A1493C">
        <w:rPr>
          <w:rFonts w:cs="Times New Roman"/>
        </w:rPr>
        <w:tab/>
      </w:r>
      <w:r w:rsidRPr="00A1493C">
        <w:rPr>
          <w:rFonts w:cs="Times New Roman"/>
          <w:b/>
          <w:color w:val="0000FF"/>
        </w:rPr>
        <w:t xml:space="preserve">D. </w:t>
      </w:r>
      <w:r w:rsidRPr="00A1493C">
        <w:rPr>
          <w:rFonts w:cs="Times New Roman"/>
        </w:rPr>
        <w:t xml:space="preserve">đường thẳng qua </w:t>
      </w:r>
      <w:r w:rsidRPr="00A1493C">
        <w:rPr>
          <w:rFonts w:cs="Times New Roman"/>
          <w:position w:val="-6"/>
        </w:rPr>
        <w:object w:dxaOrig="260" w:dyaOrig="279" w14:anchorId="14C115B2">
          <v:shape id="_x0000_i2549" type="#_x0000_t75" style="width:13.2pt;height:13.8pt" o:ole="">
            <v:imagedata r:id="rId2955" o:title=""/>
          </v:shape>
          <o:OLEObject Type="Embed" ProgID="Equation.DSMT4" ShapeID="_x0000_i2549" DrawAspect="Content" ObjectID="_1699919285" r:id="rId2956"/>
        </w:object>
      </w:r>
      <w:r w:rsidRPr="00A1493C">
        <w:rPr>
          <w:rFonts w:cs="Times New Roman"/>
        </w:rPr>
        <w:t xml:space="preserve"> và cắt </w:t>
      </w:r>
      <w:r w:rsidRPr="00A1493C">
        <w:rPr>
          <w:rFonts w:cs="Times New Roman"/>
          <w:position w:val="-6"/>
        </w:rPr>
        <w:object w:dxaOrig="400" w:dyaOrig="279" w14:anchorId="4E6A1046">
          <v:shape id="_x0000_i2550" type="#_x0000_t75" style="width:19.8pt;height:13.8pt" o:ole="">
            <v:imagedata r:id="rId2957" o:title=""/>
          </v:shape>
          <o:OLEObject Type="Embed" ProgID="Equation.DSMT4" ShapeID="_x0000_i2550" DrawAspect="Content" ObjectID="_1699919286" r:id="rId2958"/>
        </w:object>
      </w:r>
      <w:r w:rsidRPr="00A1493C">
        <w:rPr>
          <w:rFonts w:cs="Times New Roman"/>
        </w:rPr>
        <w:t>.</w:t>
      </w:r>
    </w:p>
    <w:p w14:paraId="466FB1F9" w14:textId="77777777" w:rsidR="00DE7E5C" w:rsidRPr="00A1493C" w:rsidRDefault="00DE7E5C" w:rsidP="00A1493C">
      <w:pPr>
        <w:ind w:left="992"/>
        <w:rPr>
          <w:rFonts w:cs="Times New Roman"/>
        </w:rPr>
      </w:pPr>
      <w:r w:rsidRPr="00A1493C">
        <w:rPr>
          <w:rFonts w:cs="Times New Roman"/>
          <w:b/>
        </w:rPr>
        <w:t>Phần II: Tự luận</w:t>
      </w:r>
    </w:p>
    <w:p w14:paraId="460B7ABE" w14:textId="77777777" w:rsidR="00DE7E5C" w:rsidRPr="00A1493C" w:rsidRDefault="00DE7E5C" w:rsidP="00A1493C">
      <w:pPr>
        <w:ind w:left="992" w:hanging="992"/>
        <w:jc w:val="both"/>
        <w:rPr>
          <w:rFonts w:cs="Times New Roman"/>
        </w:rPr>
      </w:pPr>
      <w:r w:rsidRPr="00A1493C">
        <w:rPr>
          <w:rFonts w:cs="Times New Roman"/>
          <w:b/>
        </w:rPr>
        <w:t xml:space="preserve">Bài 1: </w:t>
      </w:r>
      <w:r w:rsidRPr="00A1493C">
        <w:rPr>
          <w:rFonts w:cs="Times New Roman"/>
        </w:rPr>
        <w:t xml:space="preserve">a) Giải phương trình </w:t>
      </w:r>
      <w:r w:rsidRPr="00A1493C">
        <w:rPr>
          <w:rFonts w:cs="Times New Roman"/>
          <w:position w:val="-6"/>
        </w:rPr>
        <w:object w:dxaOrig="1300" w:dyaOrig="279" w14:anchorId="55FF39A0">
          <v:shape id="_x0000_i2551" type="#_x0000_t75" style="width:64.8pt;height:13.8pt" o:ole="">
            <v:imagedata r:id="rId2959" o:title=""/>
          </v:shape>
          <o:OLEObject Type="Embed" ProgID="Equation.DSMT4" ShapeID="_x0000_i2551" DrawAspect="Content" ObjectID="_1699919287" r:id="rId2960"/>
        </w:object>
      </w:r>
    </w:p>
    <w:p w14:paraId="4170AA55" w14:textId="77777777" w:rsidR="00DE7E5C" w:rsidRPr="00A1493C" w:rsidRDefault="00DE7E5C" w:rsidP="00A1493C">
      <w:pPr>
        <w:ind w:left="992"/>
        <w:jc w:val="both"/>
        <w:rPr>
          <w:rFonts w:cs="Times New Roman"/>
        </w:rPr>
      </w:pPr>
      <w:r w:rsidRPr="00A1493C">
        <w:rPr>
          <w:rFonts w:cs="Times New Roman"/>
        </w:rPr>
        <w:t xml:space="preserve">b) Tìm tất cả các giá trị của tham số </w:t>
      </w:r>
      <w:r w:rsidRPr="00A1493C">
        <w:rPr>
          <w:rFonts w:cs="Times New Roman"/>
          <w:position w:val="-6"/>
        </w:rPr>
        <w:object w:dxaOrig="260" w:dyaOrig="220" w14:anchorId="3B52940E">
          <v:shape id="_x0000_i2552" type="#_x0000_t75" style="width:13.2pt;height:10.8pt" o:ole="">
            <v:imagedata r:id="rId2961" o:title=""/>
          </v:shape>
          <o:OLEObject Type="Embed" ProgID="Equation.DSMT4" ShapeID="_x0000_i2552" DrawAspect="Content" ObjectID="_1699919288" r:id="rId2962"/>
        </w:object>
      </w:r>
      <w:r w:rsidRPr="00A1493C">
        <w:rPr>
          <w:rFonts w:cs="Times New Roman"/>
        </w:rPr>
        <w:t xml:space="preserve"> để phương trình </w:t>
      </w:r>
      <w:r w:rsidRPr="00A1493C">
        <w:rPr>
          <w:rFonts w:cs="Times New Roman"/>
          <w:position w:val="-10"/>
        </w:rPr>
        <w:object w:dxaOrig="3200" w:dyaOrig="320" w14:anchorId="6A06AA43">
          <v:shape id="_x0000_i2553" type="#_x0000_t75" style="width:160.2pt;height:16.2pt" o:ole="">
            <v:imagedata r:id="rId2963" o:title=""/>
          </v:shape>
          <o:OLEObject Type="Embed" ProgID="Equation.DSMT4" ShapeID="_x0000_i2553" DrawAspect="Content" ObjectID="_1699919289" r:id="rId2964"/>
        </w:object>
      </w:r>
      <w:r w:rsidRPr="00A1493C">
        <w:rPr>
          <w:rFonts w:cs="Times New Roman"/>
        </w:rPr>
        <w:t xml:space="preserve"> có đúng hai nghiệm phân biệt </w:t>
      </w:r>
      <w:r w:rsidRPr="00A1493C">
        <w:rPr>
          <w:rFonts w:cs="Times New Roman"/>
          <w:position w:val="-28"/>
        </w:rPr>
        <w:object w:dxaOrig="1300" w:dyaOrig="680" w14:anchorId="1CBEA9A1">
          <v:shape id="_x0000_i2554" type="#_x0000_t75" style="width:64.8pt;height:34.2pt" o:ole="">
            <v:imagedata r:id="rId2965" o:title=""/>
          </v:shape>
          <o:OLEObject Type="Embed" ProgID="Equation.DSMT4" ShapeID="_x0000_i2554" DrawAspect="Content" ObjectID="_1699919290" r:id="rId2966"/>
        </w:object>
      </w:r>
      <w:r w:rsidRPr="00A1493C">
        <w:rPr>
          <w:rFonts w:cs="Times New Roman"/>
        </w:rPr>
        <w:t>.</w:t>
      </w:r>
    </w:p>
    <w:p w14:paraId="1A435A85" w14:textId="77777777" w:rsidR="00DE7E5C" w:rsidRPr="00A1493C" w:rsidRDefault="00DE7E5C" w:rsidP="00A1493C">
      <w:pPr>
        <w:ind w:left="992" w:hanging="992"/>
        <w:jc w:val="both"/>
        <w:rPr>
          <w:rFonts w:cs="Times New Roman"/>
        </w:rPr>
      </w:pPr>
      <w:r w:rsidRPr="00A1493C">
        <w:rPr>
          <w:rFonts w:cs="Times New Roman"/>
          <w:b/>
        </w:rPr>
        <w:t xml:space="preserve">Bài 2: </w:t>
      </w:r>
      <w:r w:rsidRPr="00A1493C">
        <w:rPr>
          <w:rFonts w:cs="Times New Roman"/>
        </w:rPr>
        <w:t>Một bộ đề thi tuyển học sinh giỏi lớp 12 mà mỗi đề có 5 câu, được chọn từ 15 câu dễ, 10 câu trung bình và 5 câu khó. Một đề thi đạt chuẩn phải có cả 3 loại câu khó, trung bình, dễ và số câu dễ không ít hơn 2. Lấy ngẫu nhiên một đề thi từ bộ đề thi trên, tìm xác suất để lấy ra một đề thi chuẩn.</w:t>
      </w:r>
    </w:p>
    <w:p w14:paraId="24F4596A" w14:textId="77777777" w:rsidR="00DE7E5C" w:rsidRPr="00A1493C" w:rsidRDefault="00DE7E5C" w:rsidP="00A1493C">
      <w:pPr>
        <w:ind w:left="992" w:hanging="992"/>
        <w:jc w:val="both"/>
        <w:rPr>
          <w:rFonts w:cs="Times New Roman"/>
        </w:rPr>
      </w:pPr>
      <w:r w:rsidRPr="00A1493C">
        <w:rPr>
          <w:rFonts w:cs="Times New Roman"/>
          <w:b/>
        </w:rPr>
        <w:t xml:space="preserve">Bài 3: </w:t>
      </w:r>
      <w:r w:rsidRPr="00A1493C">
        <w:rPr>
          <w:rFonts w:cs="Times New Roman"/>
        </w:rPr>
        <w:t xml:space="preserve">Cho hình chóp </w:t>
      </w:r>
      <w:r w:rsidRPr="00A1493C">
        <w:rPr>
          <w:rFonts w:cs="Times New Roman"/>
          <w:position w:val="-6"/>
        </w:rPr>
        <w:object w:dxaOrig="920" w:dyaOrig="279" w14:anchorId="597E3E6F">
          <v:shape id="_x0000_i2555" type="#_x0000_t75" style="width:46.2pt;height:13.8pt" o:ole="">
            <v:imagedata r:id="rId2967" o:title=""/>
          </v:shape>
          <o:OLEObject Type="Embed" ProgID="Equation.DSMT4" ShapeID="_x0000_i2555" DrawAspect="Content" ObjectID="_1699919291" r:id="rId2968"/>
        </w:object>
      </w:r>
      <w:r w:rsidRPr="00A1493C">
        <w:rPr>
          <w:rFonts w:cs="Times New Roman"/>
        </w:rPr>
        <w:t xml:space="preserve"> có đáy </w:t>
      </w:r>
      <w:r w:rsidRPr="00A1493C">
        <w:rPr>
          <w:rFonts w:cs="Times New Roman"/>
          <w:position w:val="-6"/>
        </w:rPr>
        <w:object w:dxaOrig="720" w:dyaOrig="279" w14:anchorId="5B2E03F6">
          <v:shape id="_x0000_i2556" type="#_x0000_t75" style="width:36pt;height:13.8pt" o:ole="">
            <v:imagedata r:id="rId2969" o:title=""/>
          </v:shape>
          <o:OLEObject Type="Embed" ProgID="Equation.DSMT4" ShapeID="_x0000_i2556" DrawAspect="Content" ObjectID="_1699919292" r:id="rId2970"/>
        </w:object>
      </w:r>
      <w:r w:rsidRPr="00A1493C">
        <w:rPr>
          <w:rFonts w:cs="Times New Roman"/>
        </w:rPr>
        <w:t xml:space="preserve"> là hình bình hành. Gọi </w:t>
      </w:r>
      <w:r w:rsidRPr="00A1493C">
        <w:rPr>
          <w:rFonts w:cs="Times New Roman"/>
          <w:position w:val="-10"/>
        </w:rPr>
        <w:object w:dxaOrig="859" w:dyaOrig="320" w14:anchorId="0F5AD3D4">
          <v:shape id="_x0000_i2557" type="#_x0000_t75" style="width:43.2pt;height:16.2pt" o:ole="">
            <v:imagedata r:id="rId2971" o:title=""/>
          </v:shape>
          <o:OLEObject Type="Embed" ProgID="Equation.DSMT4" ShapeID="_x0000_i2557" DrawAspect="Content" ObjectID="_1699919293" r:id="rId2972"/>
        </w:object>
      </w:r>
      <w:r w:rsidRPr="00A1493C">
        <w:rPr>
          <w:rFonts w:cs="Times New Roman"/>
        </w:rPr>
        <w:t xml:space="preserve"> lần lượt là trung điểm của </w:t>
      </w:r>
      <w:r w:rsidRPr="00A1493C">
        <w:rPr>
          <w:rFonts w:cs="Times New Roman"/>
          <w:position w:val="-10"/>
        </w:rPr>
        <w:object w:dxaOrig="1120" w:dyaOrig="320" w14:anchorId="2A7D2F3A">
          <v:shape id="_x0000_i2558" type="#_x0000_t75" style="width:55.8pt;height:16.2pt" o:ole="">
            <v:imagedata r:id="rId2973" o:title=""/>
          </v:shape>
          <o:OLEObject Type="Embed" ProgID="Equation.DSMT4" ShapeID="_x0000_i2558" DrawAspect="Content" ObjectID="_1699919294" r:id="rId2974"/>
        </w:object>
      </w:r>
      <w:r w:rsidRPr="00A1493C">
        <w:rPr>
          <w:rFonts w:cs="Times New Roman"/>
        </w:rPr>
        <w:t>.</w:t>
      </w:r>
    </w:p>
    <w:p w14:paraId="4D16FAB8" w14:textId="77777777" w:rsidR="00DE7E5C" w:rsidRPr="00A1493C" w:rsidRDefault="00DE7E5C" w:rsidP="00A1493C">
      <w:pPr>
        <w:ind w:left="992"/>
        <w:jc w:val="both"/>
        <w:rPr>
          <w:rFonts w:cs="Times New Roman"/>
        </w:rPr>
      </w:pPr>
      <w:r w:rsidRPr="00A1493C">
        <w:rPr>
          <w:rFonts w:cs="Times New Roman"/>
        </w:rPr>
        <w:t xml:space="preserve">a) Gọi </w:t>
      </w:r>
      <w:r w:rsidRPr="00A1493C">
        <w:rPr>
          <w:rFonts w:cs="Times New Roman"/>
          <w:position w:val="-4"/>
        </w:rPr>
        <w:object w:dxaOrig="260" w:dyaOrig="260" w14:anchorId="1F899B4A">
          <v:shape id="_x0000_i2559" type="#_x0000_t75" style="width:13.2pt;height:13.2pt" o:ole="">
            <v:imagedata r:id="rId2975" o:title=""/>
          </v:shape>
          <o:OLEObject Type="Embed" ProgID="Equation.DSMT4" ShapeID="_x0000_i2559" DrawAspect="Content" ObjectID="_1699919295" r:id="rId2976"/>
        </w:object>
      </w:r>
      <w:r w:rsidRPr="00A1493C">
        <w:rPr>
          <w:rFonts w:cs="Times New Roman"/>
        </w:rPr>
        <w:t xml:space="preserve"> là trung điểm của </w:t>
      </w:r>
      <w:r w:rsidRPr="00A1493C">
        <w:rPr>
          <w:rFonts w:cs="Times New Roman"/>
          <w:position w:val="-4"/>
        </w:rPr>
        <w:object w:dxaOrig="420" w:dyaOrig="260" w14:anchorId="7D1729D7">
          <v:shape id="_x0000_i2560" type="#_x0000_t75" style="width:21pt;height:13.2pt" o:ole="">
            <v:imagedata r:id="rId2977" o:title=""/>
          </v:shape>
          <o:OLEObject Type="Embed" ProgID="Equation.DSMT4" ShapeID="_x0000_i2560" DrawAspect="Content" ObjectID="_1699919296" r:id="rId2978"/>
        </w:object>
      </w:r>
      <w:r w:rsidRPr="00A1493C">
        <w:rPr>
          <w:rFonts w:cs="Times New Roman"/>
        </w:rPr>
        <w:t xml:space="preserve">. Tìm giao điểm </w:t>
      </w:r>
      <w:r w:rsidRPr="00A1493C">
        <w:rPr>
          <w:rFonts w:cs="Times New Roman"/>
          <w:position w:val="-10"/>
        </w:rPr>
        <w:object w:dxaOrig="240" w:dyaOrig="320" w14:anchorId="7CAD13A3">
          <v:shape id="_x0000_i2561" type="#_x0000_t75" style="width:12pt;height:16.2pt" o:ole="">
            <v:imagedata r:id="rId2979" o:title=""/>
          </v:shape>
          <o:OLEObject Type="Embed" ProgID="Equation.DSMT4" ShapeID="_x0000_i2561" DrawAspect="Content" ObjectID="_1699919297" r:id="rId2980"/>
        </w:object>
      </w:r>
      <w:r w:rsidRPr="00A1493C">
        <w:rPr>
          <w:rFonts w:cs="Times New Roman"/>
        </w:rPr>
        <w:t xml:space="preserve"> của </w:t>
      </w:r>
      <w:r w:rsidRPr="00A1493C">
        <w:rPr>
          <w:rFonts w:cs="Times New Roman"/>
          <w:position w:val="-6"/>
        </w:rPr>
        <w:object w:dxaOrig="380" w:dyaOrig="279" w14:anchorId="16D76235">
          <v:shape id="_x0000_i2562" type="#_x0000_t75" style="width:19.2pt;height:13.8pt" o:ole="">
            <v:imagedata r:id="rId2981" o:title=""/>
          </v:shape>
          <o:OLEObject Type="Embed" ProgID="Equation.DSMT4" ShapeID="_x0000_i2562" DrawAspect="Content" ObjectID="_1699919298" r:id="rId2982"/>
        </w:object>
      </w:r>
      <w:r w:rsidRPr="00A1493C">
        <w:rPr>
          <w:rFonts w:cs="Times New Roman"/>
        </w:rPr>
        <w:t xml:space="preserve"> và mặt phẳng </w:t>
      </w:r>
      <w:r w:rsidRPr="00A1493C">
        <w:rPr>
          <w:rFonts w:cs="Times New Roman"/>
          <w:position w:val="-10"/>
        </w:rPr>
        <w:object w:dxaOrig="720" w:dyaOrig="320" w14:anchorId="5FDF46D2">
          <v:shape id="_x0000_i2563" type="#_x0000_t75" style="width:36pt;height:16.2pt" o:ole="">
            <v:imagedata r:id="rId2983" o:title=""/>
          </v:shape>
          <o:OLEObject Type="Embed" ProgID="Equation.DSMT4" ShapeID="_x0000_i2563" DrawAspect="Content" ObjectID="_1699919299" r:id="rId2984"/>
        </w:object>
      </w:r>
      <w:r w:rsidRPr="00A1493C">
        <w:rPr>
          <w:rFonts w:cs="Times New Roman"/>
        </w:rPr>
        <w:t>.</w:t>
      </w:r>
    </w:p>
    <w:p w14:paraId="059D3C10" w14:textId="77777777" w:rsidR="00DE7E5C" w:rsidRPr="00A1493C" w:rsidRDefault="00DE7E5C" w:rsidP="00A1493C">
      <w:pPr>
        <w:ind w:left="992"/>
        <w:jc w:val="both"/>
        <w:rPr>
          <w:rFonts w:cs="Times New Roman"/>
        </w:rPr>
      </w:pPr>
      <w:r w:rsidRPr="00A1493C">
        <w:rPr>
          <w:rFonts w:cs="Times New Roman"/>
        </w:rPr>
        <w:t xml:space="preserve">b) Một đường thẳng </w:t>
      </w:r>
      <w:r w:rsidRPr="00A1493C">
        <w:rPr>
          <w:rFonts w:cs="Times New Roman"/>
          <w:position w:val="-6"/>
        </w:rPr>
        <w:object w:dxaOrig="220" w:dyaOrig="279" w14:anchorId="13ACCFA4">
          <v:shape id="_x0000_i2564" type="#_x0000_t75" style="width:10.8pt;height:13.8pt" o:ole="">
            <v:imagedata r:id="rId2985" o:title=""/>
          </v:shape>
          <o:OLEObject Type="Embed" ProgID="Equation.DSMT4" ShapeID="_x0000_i2564" DrawAspect="Content" ObjectID="_1699919300" r:id="rId2986"/>
        </w:object>
      </w:r>
      <w:r w:rsidRPr="00A1493C">
        <w:rPr>
          <w:rFonts w:cs="Times New Roman"/>
        </w:rPr>
        <w:t xml:space="preserve"> song song với </w:t>
      </w:r>
      <w:r w:rsidRPr="00A1493C">
        <w:rPr>
          <w:rFonts w:cs="Times New Roman"/>
          <w:position w:val="-4"/>
        </w:rPr>
        <w:object w:dxaOrig="480" w:dyaOrig="260" w14:anchorId="67A688E3">
          <v:shape id="_x0000_i2565" type="#_x0000_t75" style="width:24pt;height:13.2pt" o:ole="">
            <v:imagedata r:id="rId2987" o:title=""/>
          </v:shape>
          <o:OLEObject Type="Embed" ProgID="Equation.DSMT4" ShapeID="_x0000_i2565" DrawAspect="Content" ObjectID="_1699919301" r:id="rId2988"/>
        </w:object>
      </w:r>
      <w:r w:rsidRPr="00A1493C">
        <w:rPr>
          <w:rFonts w:cs="Times New Roman"/>
        </w:rPr>
        <w:t xml:space="preserve"> cắt đường thẳng </w:t>
      </w:r>
      <w:r w:rsidRPr="00A1493C">
        <w:rPr>
          <w:rFonts w:cs="Times New Roman"/>
          <w:position w:val="-6"/>
        </w:rPr>
        <w:object w:dxaOrig="380" w:dyaOrig="279" w14:anchorId="7ADE6326">
          <v:shape id="_x0000_i2566" type="#_x0000_t75" style="width:19.2pt;height:13.8pt" o:ole="">
            <v:imagedata r:id="rId2989" o:title=""/>
          </v:shape>
          <o:OLEObject Type="Embed" ProgID="Equation.DSMT4" ShapeID="_x0000_i2566" DrawAspect="Content" ObjectID="_1699919302" r:id="rId2990"/>
        </w:object>
      </w:r>
      <w:r w:rsidRPr="00A1493C">
        <w:rPr>
          <w:rFonts w:cs="Times New Roman"/>
        </w:rPr>
        <w:t xml:space="preserve"> tại </w:t>
      </w:r>
      <w:r w:rsidRPr="00A1493C">
        <w:rPr>
          <w:rFonts w:cs="Times New Roman"/>
          <w:position w:val="-4"/>
        </w:rPr>
        <w:object w:dxaOrig="240" w:dyaOrig="260" w14:anchorId="408E9E38">
          <v:shape id="_x0000_i2567" type="#_x0000_t75" style="width:12pt;height:13.2pt" o:ole="">
            <v:imagedata r:id="rId2991" o:title=""/>
          </v:shape>
          <o:OLEObject Type="Embed" ProgID="Equation.DSMT4" ShapeID="_x0000_i2567" DrawAspect="Content" ObjectID="_1699919303" r:id="rId2992"/>
        </w:object>
      </w:r>
      <w:r w:rsidRPr="00A1493C">
        <w:rPr>
          <w:rFonts w:cs="Times New Roman"/>
        </w:rPr>
        <w:t xml:space="preserve"> và cắt </w:t>
      </w:r>
      <w:r w:rsidRPr="00A1493C">
        <w:rPr>
          <w:rFonts w:cs="Times New Roman"/>
          <w:position w:val="-6"/>
        </w:rPr>
        <w:object w:dxaOrig="420" w:dyaOrig="279" w14:anchorId="3A589619">
          <v:shape id="_x0000_i2568" type="#_x0000_t75" style="width:21pt;height:13.8pt" o:ole="">
            <v:imagedata r:id="rId2993" o:title=""/>
          </v:shape>
          <o:OLEObject Type="Embed" ProgID="Equation.DSMT4" ShapeID="_x0000_i2568" DrawAspect="Content" ObjectID="_1699919304" r:id="rId2994"/>
        </w:object>
      </w:r>
      <w:r w:rsidRPr="00A1493C">
        <w:rPr>
          <w:rFonts w:cs="Times New Roman"/>
        </w:rPr>
        <w:t xml:space="preserve"> tại </w:t>
      </w:r>
      <w:r w:rsidRPr="00A1493C">
        <w:rPr>
          <w:rFonts w:cs="Times New Roman"/>
          <w:position w:val="-4"/>
        </w:rPr>
        <w:object w:dxaOrig="240" w:dyaOrig="260" w14:anchorId="7383090E">
          <v:shape id="_x0000_i2569" type="#_x0000_t75" style="width:12pt;height:13.2pt" o:ole="">
            <v:imagedata r:id="rId2995" o:title=""/>
          </v:shape>
          <o:OLEObject Type="Embed" ProgID="Equation.DSMT4" ShapeID="_x0000_i2569" DrawAspect="Content" ObjectID="_1699919305" r:id="rId2996"/>
        </w:object>
      </w:r>
      <w:r w:rsidRPr="00A1493C">
        <w:rPr>
          <w:rFonts w:cs="Times New Roman"/>
        </w:rPr>
        <w:t xml:space="preserve">. Tính tỉ số </w:t>
      </w:r>
      <w:r w:rsidRPr="00A1493C">
        <w:rPr>
          <w:rFonts w:cs="Times New Roman"/>
          <w:position w:val="-24"/>
        </w:rPr>
        <w:object w:dxaOrig="460" w:dyaOrig="620" w14:anchorId="04FF6556">
          <v:shape id="_x0000_i2570" type="#_x0000_t75" style="width:22.8pt;height:31.2pt" o:ole="">
            <v:imagedata r:id="rId2997" o:title=""/>
          </v:shape>
          <o:OLEObject Type="Embed" ProgID="Equation.DSMT4" ShapeID="_x0000_i2570" DrawAspect="Content" ObjectID="_1699919306" r:id="rId2998"/>
        </w:object>
      </w:r>
      <w:r w:rsidRPr="00A1493C">
        <w:rPr>
          <w:rFonts w:cs="Times New Roman"/>
        </w:rPr>
        <w:t xml:space="preserve"> và </w:t>
      </w:r>
      <w:r w:rsidRPr="00A1493C">
        <w:rPr>
          <w:rFonts w:cs="Times New Roman"/>
          <w:position w:val="-24"/>
        </w:rPr>
        <w:object w:dxaOrig="420" w:dyaOrig="620" w14:anchorId="54DF4279">
          <v:shape id="_x0000_i2571" type="#_x0000_t75" style="width:21pt;height:31.2pt" o:ole="">
            <v:imagedata r:id="rId2999" o:title=""/>
          </v:shape>
          <o:OLEObject Type="Embed" ProgID="Equation.DSMT4" ShapeID="_x0000_i2571" DrawAspect="Content" ObjectID="_1699919307" r:id="rId3000"/>
        </w:object>
      </w:r>
      <w:r w:rsidRPr="00A1493C">
        <w:rPr>
          <w:rFonts w:cs="Times New Roman"/>
        </w:rPr>
        <w:t>.</w:t>
      </w:r>
    </w:p>
    <w:p w14:paraId="7C15F5C5" w14:textId="77777777" w:rsidR="00DE7E5C" w:rsidRPr="00A1493C" w:rsidRDefault="00DE7E5C" w:rsidP="00A1493C">
      <w:pPr>
        <w:ind w:left="992"/>
        <w:jc w:val="center"/>
        <w:rPr>
          <w:rFonts w:cs="Times New Roman"/>
          <w:b/>
        </w:rPr>
      </w:pPr>
      <w:r w:rsidRPr="00A1493C">
        <w:rPr>
          <w:rFonts w:cs="Times New Roman"/>
          <w:b/>
        </w:rPr>
        <w:t>BẢNG ĐÁP ÁN</w:t>
      </w:r>
    </w:p>
    <w:tbl>
      <w:tblPr>
        <w:tblStyle w:val="TableGrid"/>
        <w:tblW w:w="0" w:type="auto"/>
        <w:tblInd w:w="992" w:type="dxa"/>
        <w:tblLook w:val="04A0" w:firstRow="1" w:lastRow="0" w:firstColumn="1" w:lastColumn="0" w:noHBand="0" w:noVBand="1"/>
      </w:tblPr>
      <w:tblGrid>
        <w:gridCol w:w="523"/>
        <w:gridCol w:w="523"/>
        <w:gridCol w:w="524"/>
        <w:gridCol w:w="524"/>
        <w:gridCol w:w="524"/>
        <w:gridCol w:w="524"/>
        <w:gridCol w:w="524"/>
        <w:gridCol w:w="524"/>
        <w:gridCol w:w="524"/>
        <w:gridCol w:w="524"/>
        <w:gridCol w:w="524"/>
        <w:gridCol w:w="524"/>
        <w:gridCol w:w="524"/>
        <w:gridCol w:w="524"/>
        <w:gridCol w:w="524"/>
        <w:gridCol w:w="524"/>
        <w:gridCol w:w="524"/>
        <w:gridCol w:w="524"/>
      </w:tblGrid>
      <w:tr w:rsidR="00DE7E5C" w:rsidRPr="00A1493C" w14:paraId="1652E804" w14:textId="77777777" w:rsidTr="00A1493C">
        <w:tc>
          <w:tcPr>
            <w:tcW w:w="629" w:type="dxa"/>
            <w:shd w:val="clear" w:color="auto" w:fill="FFFF32"/>
          </w:tcPr>
          <w:p w14:paraId="71827D1A" w14:textId="77777777" w:rsidR="00DE7E5C" w:rsidRPr="00A1493C" w:rsidRDefault="00DE7E5C" w:rsidP="00A1493C">
            <w:pPr>
              <w:spacing w:line="276" w:lineRule="auto"/>
              <w:jc w:val="center"/>
              <w:rPr>
                <w:rFonts w:cs="Times New Roman"/>
                <w:b/>
              </w:rPr>
            </w:pPr>
            <w:r w:rsidRPr="00A1493C">
              <w:rPr>
                <w:rFonts w:cs="Times New Roman"/>
                <w:b/>
              </w:rPr>
              <w:t>1</w:t>
            </w:r>
          </w:p>
        </w:tc>
        <w:tc>
          <w:tcPr>
            <w:tcW w:w="629" w:type="dxa"/>
            <w:shd w:val="clear" w:color="auto" w:fill="FFFF32"/>
          </w:tcPr>
          <w:p w14:paraId="36063612" w14:textId="77777777" w:rsidR="00DE7E5C" w:rsidRPr="00A1493C" w:rsidRDefault="00DE7E5C" w:rsidP="00A1493C">
            <w:pPr>
              <w:spacing w:line="276" w:lineRule="auto"/>
              <w:jc w:val="center"/>
              <w:rPr>
                <w:rFonts w:cs="Times New Roman"/>
                <w:b/>
              </w:rPr>
            </w:pPr>
            <w:r w:rsidRPr="00A1493C">
              <w:rPr>
                <w:rFonts w:cs="Times New Roman"/>
                <w:b/>
              </w:rPr>
              <w:t>2</w:t>
            </w:r>
          </w:p>
        </w:tc>
        <w:tc>
          <w:tcPr>
            <w:tcW w:w="629" w:type="dxa"/>
            <w:shd w:val="clear" w:color="auto" w:fill="FFFF32"/>
          </w:tcPr>
          <w:p w14:paraId="27553279" w14:textId="77777777" w:rsidR="00DE7E5C" w:rsidRPr="00A1493C" w:rsidRDefault="00DE7E5C" w:rsidP="00A1493C">
            <w:pPr>
              <w:spacing w:line="276" w:lineRule="auto"/>
              <w:jc w:val="center"/>
              <w:rPr>
                <w:rFonts w:cs="Times New Roman"/>
                <w:b/>
              </w:rPr>
            </w:pPr>
            <w:r w:rsidRPr="00A1493C">
              <w:rPr>
                <w:rFonts w:cs="Times New Roman"/>
                <w:b/>
              </w:rPr>
              <w:t>3</w:t>
            </w:r>
          </w:p>
        </w:tc>
        <w:tc>
          <w:tcPr>
            <w:tcW w:w="629" w:type="dxa"/>
            <w:shd w:val="clear" w:color="auto" w:fill="FFFF32"/>
          </w:tcPr>
          <w:p w14:paraId="0A7E0EF2" w14:textId="77777777" w:rsidR="00DE7E5C" w:rsidRPr="00A1493C" w:rsidRDefault="00DE7E5C" w:rsidP="00A1493C">
            <w:pPr>
              <w:spacing w:line="276" w:lineRule="auto"/>
              <w:jc w:val="center"/>
              <w:rPr>
                <w:rFonts w:cs="Times New Roman"/>
                <w:b/>
              </w:rPr>
            </w:pPr>
            <w:r w:rsidRPr="00A1493C">
              <w:rPr>
                <w:rFonts w:cs="Times New Roman"/>
                <w:b/>
              </w:rPr>
              <w:t>4</w:t>
            </w:r>
          </w:p>
        </w:tc>
        <w:tc>
          <w:tcPr>
            <w:tcW w:w="629" w:type="dxa"/>
            <w:shd w:val="clear" w:color="auto" w:fill="FFFF32"/>
          </w:tcPr>
          <w:p w14:paraId="21101C3A" w14:textId="77777777" w:rsidR="00DE7E5C" w:rsidRPr="00A1493C" w:rsidRDefault="00DE7E5C" w:rsidP="00A1493C">
            <w:pPr>
              <w:spacing w:line="276" w:lineRule="auto"/>
              <w:jc w:val="center"/>
              <w:rPr>
                <w:rFonts w:cs="Times New Roman"/>
                <w:b/>
              </w:rPr>
            </w:pPr>
            <w:r w:rsidRPr="00A1493C">
              <w:rPr>
                <w:rFonts w:cs="Times New Roman"/>
                <w:b/>
              </w:rPr>
              <w:t>5</w:t>
            </w:r>
          </w:p>
        </w:tc>
        <w:tc>
          <w:tcPr>
            <w:tcW w:w="629" w:type="dxa"/>
            <w:shd w:val="clear" w:color="auto" w:fill="FFFF32"/>
          </w:tcPr>
          <w:p w14:paraId="0217AD66" w14:textId="77777777" w:rsidR="00DE7E5C" w:rsidRPr="00A1493C" w:rsidRDefault="00DE7E5C" w:rsidP="00A1493C">
            <w:pPr>
              <w:spacing w:line="276" w:lineRule="auto"/>
              <w:jc w:val="center"/>
              <w:rPr>
                <w:rFonts w:cs="Times New Roman"/>
                <w:b/>
              </w:rPr>
            </w:pPr>
            <w:r w:rsidRPr="00A1493C">
              <w:rPr>
                <w:rFonts w:cs="Times New Roman"/>
                <w:b/>
              </w:rPr>
              <w:t>6</w:t>
            </w:r>
          </w:p>
        </w:tc>
        <w:tc>
          <w:tcPr>
            <w:tcW w:w="629" w:type="dxa"/>
            <w:shd w:val="clear" w:color="auto" w:fill="FFFF32"/>
          </w:tcPr>
          <w:p w14:paraId="6163CABD" w14:textId="77777777" w:rsidR="00DE7E5C" w:rsidRPr="00A1493C" w:rsidRDefault="00DE7E5C" w:rsidP="00A1493C">
            <w:pPr>
              <w:spacing w:line="276" w:lineRule="auto"/>
              <w:jc w:val="center"/>
              <w:rPr>
                <w:rFonts w:cs="Times New Roman"/>
                <w:b/>
              </w:rPr>
            </w:pPr>
            <w:r w:rsidRPr="00A1493C">
              <w:rPr>
                <w:rFonts w:cs="Times New Roman"/>
                <w:b/>
              </w:rPr>
              <w:t>7</w:t>
            </w:r>
          </w:p>
        </w:tc>
        <w:tc>
          <w:tcPr>
            <w:tcW w:w="629" w:type="dxa"/>
            <w:shd w:val="clear" w:color="auto" w:fill="FFFF32"/>
          </w:tcPr>
          <w:p w14:paraId="4C65A6B4" w14:textId="77777777" w:rsidR="00DE7E5C" w:rsidRPr="00A1493C" w:rsidRDefault="00DE7E5C" w:rsidP="00A1493C">
            <w:pPr>
              <w:spacing w:line="276" w:lineRule="auto"/>
              <w:jc w:val="center"/>
              <w:rPr>
                <w:rFonts w:cs="Times New Roman"/>
                <w:b/>
              </w:rPr>
            </w:pPr>
            <w:r w:rsidRPr="00A1493C">
              <w:rPr>
                <w:rFonts w:cs="Times New Roman"/>
                <w:b/>
              </w:rPr>
              <w:t>8</w:t>
            </w:r>
          </w:p>
        </w:tc>
        <w:tc>
          <w:tcPr>
            <w:tcW w:w="629" w:type="dxa"/>
            <w:shd w:val="clear" w:color="auto" w:fill="FFFF32"/>
          </w:tcPr>
          <w:p w14:paraId="72B92366" w14:textId="77777777" w:rsidR="00DE7E5C" w:rsidRPr="00A1493C" w:rsidRDefault="00DE7E5C" w:rsidP="00A1493C">
            <w:pPr>
              <w:spacing w:line="276" w:lineRule="auto"/>
              <w:jc w:val="center"/>
              <w:rPr>
                <w:rFonts w:cs="Times New Roman"/>
                <w:b/>
              </w:rPr>
            </w:pPr>
            <w:r w:rsidRPr="00A1493C">
              <w:rPr>
                <w:rFonts w:cs="Times New Roman"/>
                <w:b/>
              </w:rPr>
              <w:t>9</w:t>
            </w:r>
          </w:p>
        </w:tc>
        <w:tc>
          <w:tcPr>
            <w:tcW w:w="629" w:type="dxa"/>
            <w:shd w:val="clear" w:color="auto" w:fill="FFFF32"/>
          </w:tcPr>
          <w:p w14:paraId="4390025B" w14:textId="77777777" w:rsidR="00DE7E5C" w:rsidRPr="00A1493C" w:rsidRDefault="00DE7E5C" w:rsidP="00A1493C">
            <w:pPr>
              <w:spacing w:line="276" w:lineRule="auto"/>
              <w:jc w:val="center"/>
              <w:rPr>
                <w:rFonts w:cs="Times New Roman"/>
                <w:b/>
              </w:rPr>
            </w:pPr>
            <w:r w:rsidRPr="00A1493C">
              <w:rPr>
                <w:rFonts w:cs="Times New Roman"/>
                <w:b/>
              </w:rPr>
              <w:t>10</w:t>
            </w:r>
          </w:p>
        </w:tc>
        <w:tc>
          <w:tcPr>
            <w:tcW w:w="629" w:type="dxa"/>
            <w:shd w:val="clear" w:color="auto" w:fill="FFFF32"/>
          </w:tcPr>
          <w:p w14:paraId="06B7321B" w14:textId="77777777" w:rsidR="00DE7E5C" w:rsidRPr="00A1493C" w:rsidRDefault="00DE7E5C" w:rsidP="00A1493C">
            <w:pPr>
              <w:spacing w:line="276" w:lineRule="auto"/>
              <w:jc w:val="center"/>
              <w:rPr>
                <w:rFonts w:cs="Times New Roman"/>
                <w:b/>
              </w:rPr>
            </w:pPr>
            <w:r w:rsidRPr="00A1493C">
              <w:rPr>
                <w:rFonts w:cs="Times New Roman"/>
                <w:b/>
              </w:rPr>
              <w:t>11</w:t>
            </w:r>
          </w:p>
        </w:tc>
        <w:tc>
          <w:tcPr>
            <w:tcW w:w="629" w:type="dxa"/>
            <w:shd w:val="clear" w:color="auto" w:fill="FFFF32"/>
          </w:tcPr>
          <w:p w14:paraId="3D09EF81" w14:textId="77777777" w:rsidR="00DE7E5C" w:rsidRPr="00A1493C" w:rsidRDefault="00DE7E5C" w:rsidP="00A1493C">
            <w:pPr>
              <w:spacing w:line="276" w:lineRule="auto"/>
              <w:jc w:val="center"/>
              <w:rPr>
                <w:rFonts w:cs="Times New Roman"/>
                <w:b/>
              </w:rPr>
            </w:pPr>
            <w:r w:rsidRPr="00A1493C">
              <w:rPr>
                <w:rFonts w:cs="Times New Roman"/>
                <w:b/>
              </w:rPr>
              <w:t>12</w:t>
            </w:r>
          </w:p>
        </w:tc>
        <w:tc>
          <w:tcPr>
            <w:tcW w:w="629" w:type="dxa"/>
            <w:shd w:val="clear" w:color="auto" w:fill="FFFF32"/>
          </w:tcPr>
          <w:p w14:paraId="4135FC75" w14:textId="77777777" w:rsidR="00DE7E5C" w:rsidRPr="00A1493C" w:rsidRDefault="00DE7E5C" w:rsidP="00A1493C">
            <w:pPr>
              <w:spacing w:line="276" w:lineRule="auto"/>
              <w:jc w:val="center"/>
              <w:rPr>
                <w:rFonts w:cs="Times New Roman"/>
                <w:b/>
              </w:rPr>
            </w:pPr>
            <w:r w:rsidRPr="00A1493C">
              <w:rPr>
                <w:rFonts w:cs="Times New Roman"/>
                <w:b/>
              </w:rPr>
              <w:t>13</w:t>
            </w:r>
          </w:p>
        </w:tc>
        <w:tc>
          <w:tcPr>
            <w:tcW w:w="629" w:type="dxa"/>
            <w:shd w:val="clear" w:color="auto" w:fill="FFFF32"/>
          </w:tcPr>
          <w:p w14:paraId="4F22F11D" w14:textId="77777777" w:rsidR="00DE7E5C" w:rsidRPr="00A1493C" w:rsidRDefault="00DE7E5C" w:rsidP="00A1493C">
            <w:pPr>
              <w:spacing w:line="276" w:lineRule="auto"/>
              <w:jc w:val="center"/>
              <w:rPr>
                <w:rFonts w:cs="Times New Roman"/>
                <w:b/>
              </w:rPr>
            </w:pPr>
            <w:r w:rsidRPr="00A1493C">
              <w:rPr>
                <w:rFonts w:cs="Times New Roman"/>
                <w:b/>
              </w:rPr>
              <w:t>14</w:t>
            </w:r>
          </w:p>
        </w:tc>
        <w:tc>
          <w:tcPr>
            <w:tcW w:w="629" w:type="dxa"/>
            <w:shd w:val="clear" w:color="auto" w:fill="FFFF32"/>
          </w:tcPr>
          <w:p w14:paraId="0A88D2DC" w14:textId="77777777" w:rsidR="00DE7E5C" w:rsidRPr="00A1493C" w:rsidRDefault="00DE7E5C" w:rsidP="00A1493C">
            <w:pPr>
              <w:spacing w:line="276" w:lineRule="auto"/>
              <w:jc w:val="center"/>
              <w:rPr>
                <w:rFonts w:cs="Times New Roman"/>
                <w:b/>
              </w:rPr>
            </w:pPr>
            <w:r w:rsidRPr="00A1493C">
              <w:rPr>
                <w:rFonts w:cs="Times New Roman"/>
                <w:b/>
              </w:rPr>
              <w:t>15</w:t>
            </w:r>
          </w:p>
        </w:tc>
        <w:tc>
          <w:tcPr>
            <w:tcW w:w="629" w:type="dxa"/>
            <w:shd w:val="clear" w:color="auto" w:fill="FFFF32"/>
          </w:tcPr>
          <w:p w14:paraId="3E0DF5EC" w14:textId="77777777" w:rsidR="00DE7E5C" w:rsidRPr="00A1493C" w:rsidRDefault="00DE7E5C" w:rsidP="00A1493C">
            <w:pPr>
              <w:spacing w:line="276" w:lineRule="auto"/>
              <w:jc w:val="center"/>
              <w:rPr>
                <w:rFonts w:cs="Times New Roman"/>
                <w:b/>
              </w:rPr>
            </w:pPr>
            <w:r w:rsidRPr="00A1493C">
              <w:rPr>
                <w:rFonts w:cs="Times New Roman"/>
                <w:b/>
              </w:rPr>
              <w:t>16</w:t>
            </w:r>
          </w:p>
        </w:tc>
        <w:tc>
          <w:tcPr>
            <w:tcW w:w="629" w:type="dxa"/>
            <w:shd w:val="clear" w:color="auto" w:fill="FFFF32"/>
          </w:tcPr>
          <w:p w14:paraId="38A03AD2" w14:textId="77777777" w:rsidR="00DE7E5C" w:rsidRPr="00A1493C" w:rsidRDefault="00DE7E5C" w:rsidP="00A1493C">
            <w:pPr>
              <w:spacing w:line="276" w:lineRule="auto"/>
              <w:jc w:val="center"/>
              <w:rPr>
                <w:rFonts w:cs="Times New Roman"/>
                <w:b/>
              </w:rPr>
            </w:pPr>
            <w:r w:rsidRPr="00A1493C">
              <w:rPr>
                <w:rFonts w:cs="Times New Roman"/>
                <w:b/>
              </w:rPr>
              <w:t>17</w:t>
            </w:r>
          </w:p>
        </w:tc>
        <w:tc>
          <w:tcPr>
            <w:tcW w:w="629" w:type="dxa"/>
            <w:shd w:val="clear" w:color="auto" w:fill="FFFF32"/>
          </w:tcPr>
          <w:p w14:paraId="75FD6D31" w14:textId="77777777" w:rsidR="00DE7E5C" w:rsidRPr="00A1493C" w:rsidRDefault="00DE7E5C" w:rsidP="00A1493C">
            <w:pPr>
              <w:spacing w:line="276" w:lineRule="auto"/>
              <w:jc w:val="center"/>
              <w:rPr>
                <w:rFonts w:cs="Times New Roman"/>
                <w:b/>
              </w:rPr>
            </w:pPr>
            <w:r w:rsidRPr="00A1493C">
              <w:rPr>
                <w:rFonts w:cs="Times New Roman"/>
                <w:b/>
              </w:rPr>
              <w:t>18</w:t>
            </w:r>
          </w:p>
        </w:tc>
      </w:tr>
      <w:tr w:rsidR="00DE7E5C" w:rsidRPr="00A1493C" w14:paraId="1713CA10" w14:textId="77777777" w:rsidTr="00A1493C">
        <w:tc>
          <w:tcPr>
            <w:tcW w:w="629" w:type="dxa"/>
            <w:tcBorders>
              <w:bottom w:val="single" w:sz="4" w:space="0" w:color="auto"/>
            </w:tcBorders>
          </w:tcPr>
          <w:p w14:paraId="059B94A2" w14:textId="77777777" w:rsidR="00DE7E5C" w:rsidRPr="00A1493C" w:rsidRDefault="00DE7E5C" w:rsidP="00A1493C">
            <w:pPr>
              <w:spacing w:line="276" w:lineRule="auto"/>
              <w:jc w:val="center"/>
              <w:rPr>
                <w:rFonts w:cs="Times New Roman"/>
                <w:b/>
              </w:rPr>
            </w:pPr>
            <w:r w:rsidRPr="00A1493C">
              <w:rPr>
                <w:rFonts w:cs="Times New Roman"/>
                <w:b/>
              </w:rPr>
              <w:t>D</w:t>
            </w:r>
          </w:p>
        </w:tc>
        <w:tc>
          <w:tcPr>
            <w:tcW w:w="629" w:type="dxa"/>
            <w:tcBorders>
              <w:bottom w:val="single" w:sz="4" w:space="0" w:color="auto"/>
            </w:tcBorders>
          </w:tcPr>
          <w:p w14:paraId="3CA1C0A7"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Borders>
              <w:bottom w:val="single" w:sz="4" w:space="0" w:color="auto"/>
            </w:tcBorders>
          </w:tcPr>
          <w:p w14:paraId="24688A2E" w14:textId="77777777" w:rsidR="00DE7E5C" w:rsidRPr="00A1493C" w:rsidRDefault="00DE7E5C" w:rsidP="00A1493C">
            <w:pPr>
              <w:spacing w:line="276" w:lineRule="auto"/>
              <w:jc w:val="center"/>
              <w:rPr>
                <w:rFonts w:cs="Times New Roman"/>
                <w:b/>
              </w:rPr>
            </w:pPr>
            <w:r w:rsidRPr="00A1493C">
              <w:rPr>
                <w:rFonts w:cs="Times New Roman"/>
                <w:b/>
              </w:rPr>
              <w:t>C</w:t>
            </w:r>
          </w:p>
        </w:tc>
        <w:tc>
          <w:tcPr>
            <w:tcW w:w="629" w:type="dxa"/>
            <w:tcBorders>
              <w:bottom w:val="single" w:sz="4" w:space="0" w:color="auto"/>
            </w:tcBorders>
          </w:tcPr>
          <w:p w14:paraId="5989D370" w14:textId="77777777" w:rsidR="00DE7E5C" w:rsidRPr="00A1493C" w:rsidRDefault="00DE7E5C" w:rsidP="00A1493C">
            <w:pPr>
              <w:spacing w:line="276" w:lineRule="auto"/>
              <w:jc w:val="center"/>
              <w:rPr>
                <w:rFonts w:cs="Times New Roman"/>
                <w:b/>
              </w:rPr>
            </w:pPr>
            <w:r w:rsidRPr="00A1493C">
              <w:rPr>
                <w:rFonts w:cs="Times New Roman"/>
                <w:b/>
              </w:rPr>
              <w:t>A</w:t>
            </w:r>
          </w:p>
        </w:tc>
        <w:tc>
          <w:tcPr>
            <w:tcW w:w="629" w:type="dxa"/>
            <w:tcBorders>
              <w:bottom w:val="single" w:sz="4" w:space="0" w:color="auto"/>
            </w:tcBorders>
          </w:tcPr>
          <w:p w14:paraId="17814988"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Borders>
              <w:bottom w:val="single" w:sz="4" w:space="0" w:color="auto"/>
            </w:tcBorders>
          </w:tcPr>
          <w:p w14:paraId="55EE91B7"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Borders>
              <w:bottom w:val="single" w:sz="4" w:space="0" w:color="auto"/>
            </w:tcBorders>
          </w:tcPr>
          <w:p w14:paraId="3C58F2DF" w14:textId="77777777" w:rsidR="00DE7E5C" w:rsidRPr="00A1493C" w:rsidRDefault="00DE7E5C" w:rsidP="00A1493C">
            <w:pPr>
              <w:spacing w:line="276" w:lineRule="auto"/>
              <w:jc w:val="center"/>
              <w:rPr>
                <w:rFonts w:cs="Times New Roman"/>
                <w:b/>
              </w:rPr>
            </w:pPr>
            <w:r w:rsidRPr="00A1493C">
              <w:rPr>
                <w:rFonts w:cs="Times New Roman"/>
                <w:b/>
              </w:rPr>
              <w:t>A</w:t>
            </w:r>
          </w:p>
        </w:tc>
        <w:tc>
          <w:tcPr>
            <w:tcW w:w="629" w:type="dxa"/>
            <w:tcBorders>
              <w:bottom w:val="single" w:sz="4" w:space="0" w:color="auto"/>
            </w:tcBorders>
          </w:tcPr>
          <w:p w14:paraId="3B6A233D"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Borders>
              <w:bottom w:val="single" w:sz="4" w:space="0" w:color="auto"/>
            </w:tcBorders>
          </w:tcPr>
          <w:p w14:paraId="71D6A6E9"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Borders>
              <w:bottom w:val="single" w:sz="4" w:space="0" w:color="auto"/>
            </w:tcBorders>
          </w:tcPr>
          <w:p w14:paraId="52CE2AFC" w14:textId="77777777" w:rsidR="00DE7E5C" w:rsidRPr="00A1493C" w:rsidRDefault="00DE7E5C" w:rsidP="00A1493C">
            <w:pPr>
              <w:spacing w:line="276" w:lineRule="auto"/>
              <w:jc w:val="center"/>
              <w:rPr>
                <w:rFonts w:cs="Times New Roman"/>
                <w:b/>
              </w:rPr>
            </w:pPr>
            <w:r w:rsidRPr="00A1493C">
              <w:rPr>
                <w:rFonts w:cs="Times New Roman"/>
                <w:b/>
              </w:rPr>
              <w:t>A</w:t>
            </w:r>
          </w:p>
        </w:tc>
        <w:tc>
          <w:tcPr>
            <w:tcW w:w="629" w:type="dxa"/>
            <w:tcBorders>
              <w:bottom w:val="single" w:sz="4" w:space="0" w:color="auto"/>
            </w:tcBorders>
          </w:tcPr>
          <w:p w14:paraId="4A53E694" w14:textId="77777777" w:rsidR="00DE7E5C" w:rsidRPr="00A1493C" w:rsidRDefault="00DE7E5C" w:rsidP="00A1493C">
            <w:pPr>
              <w:spacing w:line="276" w:lineRule="auto"/>
              <w:jc w:val="center"/>
              <w:rPr>
                <w:rFonts w:cs="Times New Roman"/>
                <w:b/>
              </w:rPr>
            </w:pPr>
            <w:r w:rsidRPr="00A1493C">
              <w:rPr>
                <w:rFonts w:cs="Times New Roman"/>
                <w:b/>
              </w:rPr>
              <w:t>A</w:t>
            </w:r>
          </w:p>
        </w:tc>
        <w:tc>
          <w:tcPr>
            <w:tcW w:w="629" w:type="dxa"/>
            <w:tcBorders>
              <w:bottom w:val="single" w:sz="4" w:space="0" w:color="auto"/>
            </w:tcBorders>
          </w:tcPr>
          <w:p w14:paraId="0FC19E3A" w14:textId="77777777" w:rsidR="00DE7E5C" w:rsidRPr="00A1493C" w:rsidRDefault="00DE7E5C" w:rsidP="00A1493C">
            <w:pPr>
              <w:spacing w:line="276" w:lineRule="auto"/>
              <w:jc w:val="center"/>
              <w:rPr>
                <w:rFonts w:cs="Times New Roman"/>
                <w:b/>
              </w:rPr>
            </w:pPr>
            <w:r w:rsidRPr="00A1493C">
              <w:rPr>
                <w:rFonts w:cs="Times New Roman"/>
                <w:b/>
              </w:rPr>
              <w:t>C</w:t>
            </w:r>
          </w:p>
        </w:tc>
        <w:tc>
          <w:tcPr>
            <w:tcW w:w="629" w:type="dxa"/>
            <w:tcBorders>
              <w:bottom w:val="single" w:sz="4" w:space="0" w:color="auto"/>
            </w:tcBorders>
          </w:tcPr>
          <w:p w14:paraId="11DFBE1C"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Borders>
              <w:bottom w:val="single" w:sz="4" w:space="0" w:color="auto"/>
            </w:tcBorders>
          </w:tcPr>
          <w:p w14:paraId="4F8D0400"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Borders>
              <w:bottom w:val="single" w:sz="4" w:space="0" w:color="auto"/>
            </w:tcBorders>
          </w:tcPr>
          <w:p w14:paraId="6FDF46F1" w14:textId="77777777" w:rsidR="00DE7E5C" w:rsidRPr="00A1493C" w:rsidRDefault="00DE7E5C" w:rsidP="00A1493C">
            <w:pPr>
              <w:spacing w:line="276" w:lineRule="auto"/>
              <w:jc w:val="center"/>
              <w:rPr>
                <w:rFonts w:cs="Times New Roman"/>
                <w:b/>
              </w:rPr>
            </w:pPr>
            <w:r w:rsidRPr="00A1493C">
              <w:rPr>
                <w:rFonts w:cs="Times New Roman"/>
                <w:b/>
              </w:rPr>
              <w:t>D</w:t>
            </w:r>
          </w:p>
        </w:tc>
        <w:tc>
          <w:tcPr>
            <w:tcW w:w="629" w:type="dxa"/>
            <w:tcBorders>
              <w:bottom w:val="single" w:sz="4" w:space="0" w:color="auto"/>
            </w:tcBorders>
          </w:tcPr>
          <w:p w14:paraId="63B18EAC"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Borders>
              <w:bottom w:val="single" w:sz="4" w:space="0" w:color="auto"/>
            </w:tcBorders>
          </w:tcPr>
          <w:p w14:paraId="2DBB57E5"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Borders>
              <w:bottom w:val="single" w:sz="4" w:space="0" w:color="auto"/>
            </w:tcBorders>
          </w:tcPr>
          <w:p w14:paraId="0727A5E4" w14:textId="77777777" w:rsidR="00DE7E5C" w:rsidRPr="00A1493C" w:rsidRDefault="00DE7E5C" w:rsidP="00A1493C">
            <w:pPr>
              <w:spacing w:line="276" w:lineRule="auto"/>
              <w:jc w:val="center"/>
              <w:rPr>
                <w:rFonts w:cs="Times New Roman"/>
                <w:b/>
              </w:rPr>
            </w:pPr>
            <w:r w:rsidRPr="00A1493C">
              <w:rPr>
                <w:rFonts w:cs="Times New Roman"/>
                <w:b/>
              </w:rPr>
              <w:t>A</w:t>
            </w:r>
          </w:p>
        </w:tc>
      </w:tr>
      <w:tr w:rsidR="00DE7E5C" w:rsidRPr="00A1493C" w14:paraId="33942F0D" w14:textId="77777777" w:rsidTr="00A1493C">
        <w:tc>
          <w:tcPr>
            <w:tcW w:w="629" w:type="dxa"/>
            <w:shd w:val="clear" w:color="auto" w:fill="FFFF32"/>
          </w:tcPr>
          <w:p w14:paraId="6D3B7E0F" w14:textId="77777777" w:rsidR="00DE7E5C" w:rsidRPr="00A1493C" w:rsidRDefault="00DE7E5C" w:rsidP="00A1493C">
            <w:pPr>
              <w:spacing w:line="276" w:lineRule="auto"/>
              <w:jc w:val="center"/>
              <w:rPr>
                <w:rFonts w:cs="Times New Roman"/>
                <w:b/>
              </w:rPr>
            </w:pPr>
            <w:r w:rsidRPr="00A1493C">
              <w:rPr>
                <w:rFonts w:cs="Times New Roman"/>
                <w:b/>
              </w:rPr>
              <w:t>19</w:t>
            </w:r>
          </w:p>
        </w:tc>
        <w:tc>
          <w:tcPr>
            <w:tcW w:w="629" w:type="dxa"/>
            <w:shd w:val="clear" w:color="auto" w:fill="FFFF32"/>
          </w:tcPr>
          <w:p w14:paraId="1E5FF2C6" w14:textId="77777777" w:rsidR="00DE7E5C" w:rsidRPr="00A1493C" w:rsidRDefault="00DE7E5C" w:rsidP="00A1493C">
            <w:pPr>
              <w:spacing w:line="276" w:lineRule="auto"/>
              <w:jc w:val="center"/>
              <w:rPr>
                <w:rFonts w:cs="Times New Roman"/>
                <w:b/>
              </w:rPr>
            </w:pPr>
            <w:r w:rsidRPr="00A1493C">
              <w:rPr>
                <w:rFonts w:cs="Times New Roman"/>
                <w:b/>
              </w:rPr>
              <w:t>20</w:t>
            </w:r>
          </w:p>
        </w:tc>
        <w:tc>
          <w:tcPr>
            <w:tcW w:w="629" w:type="dxa"/>
            <w:shd w:val="clear" w:color="auto" w:fill="FFFF32"/>
          </w:tcPr>
          <w:p w14:paraId="61F14A01" w14:textId="77777777" w:rsidR="00DE7E5C" w:rsidRPr="00A1493C" w:rsidRDefault="00DE7E5C" w:rsidP="00A1493C">
            <w:pPr>
              <w:spacing w:line="276" w:lineRule="auto"/>
              <w:jc w:val="center"/>
              <w:rPr>
                <w:rFonts w:cs="Times New Roman"/>
                <w:b/>
              </w:rPr>
            </w:pPr>
            <w:r w:rsidRPr="00A1493C">
              <w:rPr>
                <w:rFonts w:cs="Times New Roman"/>
                <w:b/>
              </w:rPr>
              <w:t>21</w:t>
            </w:r>
          </w:p>
        </w:tc>
        <w:tc>
          <w:tcPr>
            <w:tcW w:w="629" w:type="dxa"/>
            <w:shd w:val="clear" w:color="auto" w:fill="FFFF32"/>
          </w:tcPr>
          <w:p w14:paraId="00B0EB6C" w14:textId="77777777" w:rsidR="00DE7E5C" w:rsidRPr="00A1493C" w:rsidRDefault="00DE7E5C" w:rsidP="00A1493C">
            <w:pPr>
              <w:spacing w:line="276" w:lineRule="auto"/>
              <w:jc w:val="center"/>
              <w:rPr>
                <w:rFonts w:cs="Times New Roman"/>
                <w:b/>
              </w:rPr>
            </w:pPr>
            <w:r w:rsidRPr="00A1493C">
              <w:rPr>
                <w:rFonts w:cs="Times New Roman"/>
                <w:b/>
              </w:rPr>
              <w:t>22</w:t>
            </w:r>
          </w:p>
        </w:tc>
        <w:tc>
          <w:tcPr>
            <w:tcW w:w="629" w:type="dxa"/>
            <w:shd w:val="clear" w:color="auto" w:fill="FFFF32"/>
          </w:tcPr>
          <w:p w14:paraId="1E4446A8" w14:textId="77777777" w:rsidR="00DE7E5C" w:rsidRPr="00A1493C" w:rsidRDefault="00DE7E5C" w:rsidP="00A1493C">
            <w:pPr>
              <w:spacing w:line="276" w:lineRule="auto"/>
              <w:jc w:val="center"/>
              <w:rPr>
                <w:rFonts w:cs="Times New Roman"/>
                <w:b/>
              </w:rPr>
            </w:pPr>
            <w:r w:rsidRPr="00A1493C">
              <w:rPr>
                <w:rFonts w:cs="Times New Roman"/>
                <w:b/>
              </w:rPr>
              <w:t>23</w:t>
            </w:r>
          </w:p>
        </w:tc>
        <w:tc>
          <w:tcPr>
            <w:tcW w:w="629" w:type="dxa"/>
            <w:shd w:val="clear" w:color="auto" w:fill="FFFF32"/>
          </w:tcPr>
          <w:p w14:paraId="3C576C41" w14:textId="77777777" w:rsidR="00DE7E5C" w:rsidRPr="00A1493C" w:rsidRDefault="00DE7E5C" w:rsidP="00A1493C">
            <w:pPr>
              <w:spacing w:line="276" w:lineRule="auto"/>
              <w:jc w:val="center"/>
              <w:rPr>
                <w:rFonts w:cs="Times New Roman"/>
                <w:b/>
              </w:rPr>
            </w:pPr>
            <w:r w:rsidRPr="00A1493C">
              <w:rPr>
                <w:rFonts w:cs="Times New Roman"/>
                <w:b/>
              </w:rPr>
              <w:t>24</w:t>
            </w:r>
          </w:p>
        </w:tc>
        <w:tc>
          <w:tcPr>
            <w:tcW w:w="629" w:type="dxa"/>
            <w:shd w:val="clear" w:color="auto" w:fill="FFFF32"/>
          </w:tcPr>
          <w:p w14:paraId="00E0DB10" w14:textId="77777777" w:rsidR="00DE7E5C" w:rsidRPr="00A1493C" w:rsidRDefault="00DE7E5C" w:rsidP="00A1493C">
            <w:pPr>
              <w:spacing w:line="276" w:lineRule="auto"/>
              <w:jc w:val="center"/>
              <w:rPr>
                <w:rFonts w:cs="Times New Roman"/>
                <w:b/>
              </w:rPr>
            </w:pPr>
            <w:r w:rsidRPr="00A1493C">
              <w:rPr>
                <w:rFonts w:cs="Times New Roman"/>
                <w:b/>
              </w:rPr>
              <w:t>25</w:t>
            </w:r>
          </w:p>
        </w:tc>
        <w:tc>
          <w:tcPr>
            <w:tcW w:w="629" w:type="dxa"/>
            <w:shd w:val="clear" w:color="auto" w:fill="FFFF32"/>
          </w:tcPr>
          <w:p w14:paraId="4D409DB9" w14:textId="77777777" w:rsidR="00DE7E5C" w:rsidRPr="00A1493C" w:rsidRDefault="00DE7E5C" w:rsidP="00A1493C">
            <w:pPr>
              <w:spacing w:line="276" w:lineRule="auto"/>
              <w:jc w:val="center"/>
              <w:rPr>
                <w:rFonts w:cs="Times New Roman"/>
                <w:b/>
              </w:rPr>
            </w:pPr>
            <w:r w:rsidRPr="00A1493C">
              <w:rPr>
                <w:rFonts w:cs="Times New Roman"/>
                <w:b/>
              </w:rPr>
              <w:t>26</w:t>
            </w:r>
          </w:p>
        </w:tc>
        <w:tc>
          <w:tcPr>
            <w:tcW w:w="629" w:type="dxa"/>
            <w:shd w:val="clear" w:color="auto" w:fill="FFFF32"/>
          </w:tcPr>
          <w:p w14:paraId="42EFA2CA" w14:textId="77777777" w:rsidR="00DE7E5C" w:rsidRPr="00A1493C" w:rsidRDefault="00DE7E5C" w:rsidP="00A1493C">
            <w:pPr>
              <w:spacing w:line="276" w:lineRule="auto"/>
              <w:jc w:val="center"/>
              <w:rPr>
                <w:rFonts w:cs="Times New Roman"/>
                <w:b/>
              </w:rPr>
            </w:pPr>
            <w:r w:rsidRPr="00A1493C">
              <w:rPr>
                <w:rFonts w:cs="Times New Roman"/>
                <w:b/>
              </w:rPr>
              <w:t>27</w:t>
            </w:r>
          </w:p>
        </w:tc>
        <w:tc>
          <w:tcPr>
            <w:tcW w:w="629" w:type="dxa"/>
            <w:shd w:val="clear" w:color="auto" w:fill="FFFF32"/>
          </w:tcPr>
          <w:p w14:paraId="7E4509DA" w14:textId="77777777" w:rsidR="00DE7E5C" w:rsidRPr="00A1493C" w:rsidRDefault="00DE7E5C" w:rsidP="00A1493C">
            <w:pPr>
              <w:spacing w:line="276" w:lineRule="auto"/>
              <w:jc w:val="center"/>
              <w:rPr>
                <w:rFonts w:cs="Times New Roman"/>
                <w:b/>
              </w:rPr>
            </w:pPr>
            <w:r w:rsidRPr="00A1493C">
              <w:rPr>
                <w:rFonts w:cs="Times New Roman"/>
                <w:b/>
              </w:rPr>
              <w:t>28</w:t>
            </w:r>
          </w:p>
        </w:tc>
        <w:tc>
          <w:tcPr>
            <w:tcW w:w="629" w:type="dxa"/>
            <w:shd w:val="clear" w:color="auto" w:fill="FFFF32"/>
          </w:tcPr>
          <w:p w14:paraId="3997F4AB" w14:textId="77777777" w:rsidR="00DE7E5C" w:rsidRPr="00A1493C" w:rsidRDefault="00DE7E5C" w:rsidP="00A1493C">
            <w:pPr>
              <w:spacing w:line="276" w:lineRule="auto"/>
              <w:jc w:val="center"/>
              <w:rPr>
                <w:rFonts w:cs="Times New Roman"/>
                <w:b/>
              </w:rPr>
            </w:pPr>
            <w:r w:rsidRPr="00A1493C">
              <w:rPr>
                <w:rFonts w:cs="Times New Roman"/>
                <w:b/>
              </w:rPr>
              <w:t>29</w:t>
            </w:r>
          </w:p>
        </w:tc>
        <w:tc>
          <w:tcPr>
            <w:tcW w:w="629" w:type="dxa"/>
            <w:shd w:val="clear" w:color="auto" w:fill="FFFF32"/>
          </w:tcPr>
          <w:p w14:paraId="1592235C" w14:textId="77777777" w:rsidR="00DE7E5C" w:rsidRPr="00A1493C" w:rsidRDefault="00DE7E5C" w:rsidP="00A1493C">
            <w:pPr>
              <w:spacing w:line="276" w:lineRule="auto"/>
              <w:jc w:val="center"/>
              <w:rPr>
                <w:rFonts w:cs="Times New Roman"/>
                <w:b/>
              </w:rPr>
            </w:pPr>
            <w:r w:rsidRPr="00A1493C">
              <w:rPr>
                <w:rFonts w:cs="Times New Roman"/>
                <w:b/>
              </w:rPr>
              <w:t>30</w:t>
            </w:r>
          </w:p>
        </w:tc>
        <w:tc>
          <w:tcPr>
            <w:tcW w:w="629" w:type="dxa"/>
            <w:shd w:val="clear" w:color="auto" w:fill="FFFF32"/>
          </w:tcPr>
          <w:p w14:paraId="22632EBB" w14:textId="77777777" w:rsidR="00DE7E5C" w:rsidRPr="00A1493C" w:rsidRDefault="00DE7E5C" w:rsidP="00A1493C">
            <w:pPr>
              <w:spacing w:line="276" w:lineRule="auto"/>
              <w:jc w:val="center"/>
              <w:rPr>
                <w:rFonts w:cs="Times New Roman"/>
                <w:b/>
              </w:rPr>
            </w:pPr>
            <w:r w:rsidRPr="00A1493C">
              <w:rPr>
                <w:rFonts w:cs="Times New Roman"/>
                <w:b/>
              </w:rPr>
              <w:t>31</w:t>
            </w:r>
          </w:p>
        </w:tc>
        <w:tc>
          <w:tcPr>
            <w:tcW w:w="629" w:type="dxa"/>
            <w:shd w:val="clear" w:color="auto" w:fill="FFFF32"/>
          </w:tcPr>
          <w:p w14:paraId="52047926" w14:textId="77777777" w:rsidR="00DE7E5C" w:rsidRPr="00A1493C" w:rsidRDefault="00DE7E5C" w:rsidP="00A1493C">
            <w:pPr>
              <w:spacing w:line="276" w:lineRule="auto"/>
              <w:jc w:val="center"/>
              <w:rPr>
                <w:rFonts w:cs="Times New Roman"/>
                <w:b/>
              </w:rPr>
            </w:pPr>
            <w:r w:rsidRPr="00A1493C">
              <w:rPr>
                <w:rFonts w:cs="Times New Roman"/>
                <w:b/>
              </w:rPr>
              <w:t>32</w:t>
            </w:r>
          </w:p>
        </w:tc>
        <w:tc>
          <w:tcPr>
            <w:tcW w:w="629" w:type="dxa"/>
            <w:shd w:val="clear" w:color="auto" w:fill="FFFF32"/>
          </w:tcPr>
          <w:p w14:paraId="10A89002" w14:textId="77777777" w:rsidR="00DE7E5C" w:rsidRPr="00A1493C" w:rsidRDefault="00DE7E5C" w:rsidP="00A1493C">
            <w:pPr>
              <w:spacing w:line="276" w:lineRule="auto"/>
              <w:jc w:val="center"/>
              <w:rPr>
                <w:rFonts w:cs="Times New Roman"/>
                <w:b/>
              </w:rPr>
            </w:pPr>
            <w:r w:rsidRPr="00A1493C">
              <w:rPr>
                <w:rFonts w:cs="Times New Roman"/>
                <w:b/>
              </w:rPr>
              <w:t>33</w:t>
            </w:r>
          </w:p>
        </w:tc>
        <w:tc>
          <w:tcPr>
            <w:tcW w:w="629" w:type="dxa"/>
            <w:shd w:val="clear" w:color="auto" w:fill="FFFF32"/>
          </w:tcPr>
          <w:p w14:paraId="2DA9511A" w14:textId="77777777" w:rsidR="00DE7E5C" w:rsidRPr="00A1493C" w:rsidRDefault="00DE7E5C" w:rsidP="00A1493C">
            <w:pPr>
              <w:spacing w:line="276" w:lineRule="auto"/>
              <w:jc w:val="center"/>
              <w:rPr>
                <w:rFonts w:cs="Times New Roman"/>
                <w:b/>
              </w:rPr>
            </w:pPr>
            <w:r w:rsidRPr="00A1493C">
              <w:rPr>
                <w:rFonts w:cs="Times New Roman"/>
                <w:b/>
              </w:rPr>
              <w:t>34</w:t>
            </w:r>
          </w:p>
        </w:tc>
        <w:tc>
          <w:tcPr>
            <w:tcW w:w="629" w:type="dxa"/>
            <w:shd w:val="clear" w:color="auto" w:fill="FFFF32"/>
          </w:tcPr>
          <w:p w14:paraId="53992B02" w14:textId="77777777" w:rsidR="00DE7E5C" w:rsidRPr="00A1493C" w:rsidRDefault="00DE7E5C" w:rsidP="00A1493C">
            <w:pPr>
              <w:spacing w:line="276" w:lineRule="auto"/>
              <w:jc w:val="center"/>
              <w:rPr>
                <w:rFonts w:cs="Times New Roman"/>
                <w:b/>
              </w:rPr>
            </w:pPr>
            <w:r w:rsidRPr="00A1493C">
              <w:rPr>
                <w:rFonts w:cs="Times New Roman"/>
                <w:b/>
              </w:rPr>
              <w:t>35</w:t>
            </w:r>
          </w:p>
        </w:tc>
        <w:tc>
          <w:tcPr>
            <w:tcW w:w="629" w:type="dxa"/>
            <w:shd w:val="clear" w:color="auto" w:fill="FFFF32"/>
          </w:tcPr>
          <w:p w14:paraId="3613E064" w14:textId="77777777" w:rsidR="00DE7E5C" w:rsidRPr="00A1493C" w:rsidRDefault="00DE7E5C" w:rsidP="00A1493C">
            <w:pPr>
              <w:spacing w:line="276" w:lineRule="auto"/>
              <w:jc w:val="center"/>
              <w:rPr>
                <w:rFonts w:cs="Times New Roman"/>
                <w:b/>
              </w:rPr>
            </w:pPr>
            <w:r w:rsidRPr="00A1493C">
              <w:rPr>
                <w:rFonts w:cs="Times New Roman"/>
                <w:b/>
              </w:rPr>
              <w:t>36</w:t>
            </w:r>
          </w:p>
        </w:tc>
      </w:tr>
      <w:tr w:rsidR="00DE7E5C" w:rsidRPr="00A1493C" w14:paraId="06A7A9AF" w14:textId="77777777" w:rsidTr="00A1493C">
        <w:tc>
          <w:tcPr>
            <w:tcW w:w="629" w:type="dxa"/>
          </w:tcPr>
          <w:p w14:paraId="56DDCD94" w14:textId="77777777" w:rsidR="00DE7E5C" w:rsidRPr="00A1493C" w:rsidRDefault="00DE7E5C" w:rsidP="00A1493C">
            <w:pPr>
              <w:spacing w:line="276" w:lineRule="auto"/>
              <w:jc w:val="center"/>
              <w:rPr>
                <w:rFonts w:cs="Times New Roman"/>
                <w:b/>
              </w:rPr>
            </w:pPr>
            <w:r w:rsidRPr="00A1493C">
              <w:rPr>
                <w:rFonts w:cs="Times New Roman"/>
                <w:b/>
              </w:rPr>
              <w:t>A</w:t>
            </w:r>
          </w:p>
        </w:tc>
        <w:tc>
          <w:tcPr>
            <w:tcW w:w="629" w:type="dxa"/>
          </w:tcPr>
          <w:p w14:paraId="16248807" w14:textId="77777777" w:rsidR="00DE7E5C" w:rsidRPr="00A1493C" w:rsidRDefault="00DE7E5C" w:rsidP="00A1493C">
            <w:pPr>
              <w:spacing w:line="276" w:lineRule="auto"/>
              <w:jc w:val="center"/>
              <w:rPr>
                <w:rFonts w:cs="Times New Roman"/>
                <w:b/>
              </w:rPr>
            </w:pPr>
            <w:r w:rsidRPr="00A1493C">
              <w:rPr>
                <w:rFonts w:cs="Times New Roman"/>
                <w:b/>
              </w:rPr>
              <w:t>D</w:t>
            </w:r>
          </w:p>
        </w:tc>
        <w:tc>
          <w:tcPr>
            <w:tcW w:w="629" w:type="dxa"/>
          </w:tcPr>
          <w:p w14:paraId="12831F2E"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Pr>
          <w:p w14:paraId="4B4FE8C0"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Pr>
          <w:p w14:paraId="53A0DAB3" w14:textId="77777777" w:rsidR="00DE7E5C" w:rsidRPr="00A1493C" w:rsidRDefault="00DE7E5C" w:rsidP="00A1493C">
            <w:pPr>
              <w:spacing w:line="276" w:lineRule="auto"/>
              <w:jc w:val="center"/>
              <w:rPr>
                <w:rFonts w:cs="Times New Roman"/>
                <w:b/>
              </w:rPr>
            </w:pPr>
            <w:r w:rsidRPr="00A1493C">
              <w:rPr>
                <w:rFonts w:cs="Times New Roman"/>
                <w:b/>
              </w:rPr>
              <w:t>C</w:t>
            </w:r>
          </w:p>
        </w:tc>
        <w:tc>
          <w:tcPr>
            <w:tcW w:w="629" w:type="dxa"/>
          </w:tcPr>
          <w:p w14:paraId="5CF2F3C5" w14:textId="77777777" w:rsidR="00DE7E5C" w:rsidRPr="00A1493C" w:rsidRDefault="00DE7E5C" w:rsidP="00A1493C">
            <w:pPr>
              <w:spacing w:line="276" w:lineRule="auto"/>
              <w:jc w:val="center"/>
              <w:rPr>
                <w:rFonts w:cs="Times New Roman"/>
                <w:b/>
              </w:rPr>
            </w:pPr>
            <w:r w:rsidRPr="00A1493C">
              <w:rPr>
                <w:rFonts w:cs="Times New Roman"/>
                <w:b/>
              </w:rPr>
              <w:t>C</w:t>
            </w:r>
          </w:p>
        </w:tc>
        <w:tc>
          <w:tcPr>
            <w:tcW w:w="629" w:type="dxa"/>
          </w:tcPr>
          <w:p w14:paraId="6F7EB83C"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Pr>
          <w:p w14:paraId="6B6ED6AC"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Pr>
          <w:p w14:paraId="162E6E83" w14:textId="77777777" w:rsidR="00DE7E5C" w:rsidRPr="00A1493C" w:rsidRDefault="00DE7E5C" w:rsidP="00A1493C">
            <w:pPr>
              <w:spacing w:line="276" w:lineRule="auto"/>
              <w:jc w:val="center"/>
              <w:rPr>
                <w:rFonts w:cs="Times New Roman"/>
                <w:b/>
              </w:rPr>
            </w:pPr>
            <w:r w:rsidRPr="00A1493C">
              <w:rPr>
                <w:rFonts w:cs="Times New Roman"/>
                <w:b/>
              </w:rPr>
              <w:t>A</w:t>
            </w:r>
          </w:p>
        </w:tc>
        <w:tc>
          <w:tcPr>
            <w:tcW w:w="629" w:type="dxa"/>
          </w:tcPr>
          <w:p w14:paraId="0E524BF8" w14:textId="77777777" w:rsidR="00DE7E5C" w:rsidRPr="00A1493C" w:rsidRDefault="00DE7E5C" w:rsidP="00A1493C">
            <w:pPr>
              <w:spacing w:line="276" w:lineRule="auto"/>
              <w:jc w:val="center"/>
              <w:rPr>
                <w:rFonts w:cs="Times New Roman"/>
                <w:b/>
              </w:rPr>
            </w:pPr>
            <w:r w:rsidRPr="00A1493C">
              <w:rPr>
                <w:rFonts w:cs="Times New Roman"/>
                <w:b/>
              </w:rPr>
              <w:t>D</w:t>
            </w:r>
          </w:p>
        </w:tc>
        <w:tc>
          <w:tcPr>
            <w:tcW w:w="629" w:type="dxa"/>
          </w:tcPr>
          <w:p w14:paraId="06391B4D" w14:textId="77777777" w:rsidR="00DE7E5C" w:rsidRPr="00A1493C" w:rsidRDefault="00DE7E5C" w:rsidP="00A1493C">
            <w:pPr>
              <w:spacing w:line="276" w:lineRule="auto"/>
              <w:jc w:val="center"/>
              <w:rPr>
                <w:rFonts w:cs="Times New Roman"/>
                <w:b/>
              </w:rPr>
            </w:pPr>
            <w:r w:rsidRPr="00A1493C">
              <w:rPr>
                <w:rFonts w:cs="Times New Roman"/>
                <w:b/>
              </w:rPr>
              <w:t>D</w:t>
            </w:r>
          </w:p>
        </w:tc>
        <w:tc>
          <w:tcPr>
            <w:tcW w:w="629" w:type="dxa"/>
          </w:tcPr>
          <w:p w14:paraId="57D900E9" w14:textId="77777777" w:rsidR="00DE7E5C" w:rsidRPr="00A1493C" w:rsidRDefault="00DE7E5C" w:rsidP="00A1493C">
            <w:pPr>
              <w:spacing w:line="276" w:lineRule="auto"/>
              <w:jc w:val="center"/>
              <w:rPr>
                <w:rFonts w:cs="Times New Roman"/>
                <w:b/>
              </w:rPr>
            </w:pPr>
            <w:r w:rsidRPr="00A1493C">
              <w:rPr>
                <w:rFonts w:cs="Times New Roman"/>
                <w:b/>
              </w:rPr>
              <w:t>C</w:t>
            </w:r>
          </w:p>
        </w:tc>
        <w:tc>
          <w:tcPr>
            <w:tcW w:w="629" w:type="dxa"/>
          </w:tcPr>
          <w:p w14:paraId="3B04BD5E" w14:textId="77777777" w:rsidR="00DE7E5C" w:rsidRPr="00A1493C" w:rsidRDefault="00DE7E5C" w:rsidP="00A1493C">
            <w:pPr>
              <w:spacing w:line="276" w:lineRule="auto"/>
              <w:jc w:val="center"/>
              <w:rPr>
                <w:rFonts w:cs="Times New Roman"/>
                <w:b/>
              </w:rPr>
            </w:pPr>
            <w:r w:rsidRPr="00A1493C">
              <w:rPr>
                <w:rFonts w:cs="Times New Roman"/>
                <w:b/>
              </w:rPr>
              <w:t>D</w:t>
            </w:r>
          </w:p>
        </w:tc>
        <w:tc>
          <w:tcPr>
            <w:tcW w:w="629" w:type="dxa"/>
          </w:tcPr>
          <w:p w14:paraId="3FE18701"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Pr>
          <w:p w14:paraId="4A05129F" w14:textId="77777777" w:rsidR="00DE7E5C" w:rsidRPr="00A1493C" w:rsidRDefault="00DE7E5C" w:rsidP="00A1493C">
            <w:pPr>
              <w:spacing w:line="276" w:lineRule="auto"/>
              <w:jc w:val="center"/>
              <w:rPr>
                <w:rFonts w:cs="Times New Roman"/>
                <w:b/>
              </w:rPr>
            </w:pPr>
            <w:r w:rsidRPr="00A1493C">
              <w:rPr>
                <w:rFonts w:cs="Times New Roman"/>
                <w:b/>
              </w:rPr>
              <w:t>A</w:t>
            </w:r>
          </w:p>
        </w:tc>
        <w:tc>
          <w:tcPr>
            <w:tcW w:w="629" w:type="dxa"/>
          </w:tcPr>
          <w:p w14:paraId="3FA82EC2" w14:textId="77777777" w:rsidR="00DE7E5C" w:rsidRPr="00A1493C" w:rsidRDefault="00DE7E5C" w:rsidP="00A1493C">
            <w:pPr>
              <w:spacing w:line="276" w:lineRule="auto"/>
              <w:jc w:val="center"/>
              <w:rPr>
                <w:rFonts w:cs="Times New Roman"/>
                <w:b/>
              </w:rPr>
            </w:pPr>
            <w:r w:rsidRPr="00A1493C">
              <w:rPr>
                <w:rFonts w:cs="Times New Roman"/>
                <w:b/>
              </w:rPr>
              <w:t>B</w:t>
            </w:r>
          </w:p>
        </w:tc>
        <w:tc>
          <w:tcPr>
            <w:tcW w:w="629" w:type="dxa"/>
          </w:tcPr>
          <w:p w14:paraId="3216AFE1" w14:textId="77777777" w:rsidR="00DE7E5C" w:rsidRPr="00A1493C" w:rsidRDefault="00DE7E5C" w:rsidP="00A1493C">
            <w:pPr>
              <w:spacing w:line="276" w:lineRule="auto"/>
              <w:jc w:val="center"/>
              <w:rPr>
                <w:rFonts w:cs="Times New Roman"/>
                <w:b/>
              </w:rPr>
            </w:pPr>
            <w:r w:rsidRPr="00A1493C">
              <w:rPr>
                <w:rFonts w:cs="Times New Roman"/>
                <w:b/>
              </w:rPr>
              <w:t>C</w:t>
            </w:r>
          </w:p>
        </w:tc>
        <w:tc>
          <w:tcPr>
            <w:tcW w:w="629" w:type="dxa"/>
          </w:tcPr>
          <w:p w14:paraId="2B6617B1" w14:textId="77777777" w:rsidR="00DE7E5C" w:rsidRPr="00A1493C" w:rsidRDefault="00DE7E5C" w:rsidP="00A1493C">
            <w:pPr>
              <w:spacing w:line="276" w:lineRule="auto"/>
              <w:jc w:val="center"/>
              <w:rPr>
                <w:rFonts w:cs="Times New Roman"/>
                <w:b/>
              </w:rPr>
            </w:pPr>
          </w:p>
        </w:tc>
      </w:tr>
    </w:tbl>
    <w:p w14:paraId="692563E1" w14:textId="77777777" w:rsidR="00DE7E5C" w:rsidRPr="00A1493C" w:rsidRDefault="00DE7E5C" w:rsidP="00A1493C">
      <w:pPr>
        <w:ind w:left="992"/>
        <w:jc w:val="center"/>
        <w:rPr>
          <w:rFonts w:cs="Times New Roman"/>
          <w:b/>
        </w:rPr>
      </w:pPr>
    </w:p>
    <w:p w14:paraId="301580AB" w14:textId="77777777" w:rsidR="00DE7E5C" w:rsidRPr="00E6740F" w:rsidRDefault="00DE7E5C" w:rsidP="00E6740F">
      <w:pPr>
        <w:ind w:left="992"/>
        <w:jc w:val="center"/>
        <w:rPr>
          <w:rFonts w:cs="Times New Roman"/>
          <w:b/>
        </w:rPr>
      </w:pPr>
      <w:r w:rsidRPr="00E6740F">
        <w:rPr>
          <w:rFonts w:cs="Times New Roman"/>
          <w:b/>
        </w:rPr>
        <w:t>ĐỀ 8-11</w:t>
      </w:r>
    </w:p>
    <w:p w14:paraId="43F5FFE1" w14:textId="77777777" w:rsidR="00DE7E5C" w:rsidRPr="00E6740F" w:rsidRDefault="00DE7E5C" w:rsidP="00E6740F">
      <w:pPr>
        <w:ind w:left="992"/>
        <w:rPr>
          <w:rFonts w:cs="Times New Roman"/>
        </w:rPr>
      </w:pPr>
      <w:r w:rsidRPr="00E6740F">
        <w:rPr>
          <w:rFonts w:cs="Times New Roman"/>
          <w:b/>
        </w:rPr>
        <w:t>Phần I: Trắc nghiệm</w:t>
      </w:r>
    </w:p>
    <w:p w14:paraId="4F6639D2"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w:t>
      </w:r>
      <w:r w:rsidRPr="00E6740F">
        <w:rPr>
          <w:rFonts w:cs="Times New Roman"/>
          <w:b/>
          <w:color w:val="0000FF"/>
        </w:rPr>
        <w:tab/>
      </w:r>
      <w:r w:rsidRPr="00E6740F">
        <w:rPr>
          <w:rFonts w:cs="Times New Roman"/>
        </w:rPr>
        <w:t xml:space="preserve">Tìm tất cả các nghiệm của phương trình </w:t>
      </w:r>
      <w:r w:rsidRPr="00E6740F">
        <w:rPr>
          <w:position w:val="-10"/>
        </w:rPr>
        <w:object w:dxaOrig="1780" w:dyaOrig="320" w14:anchorId="627B25B0">
          <v:shape id="_x0000_i2572" type="#_x0000_t75" style="width:88.8pt;height:16.2pt" o:ole="">
            <v:imagedata r:id="rId3001" o:title=""/>
          </v:shape>
          <o:OLEObject Type="Embed" ProgID="Equation.DSMT4" ShapeID="_x0000_i2572" DrawAspect="Content" ObjectID="_1699919308" r:id="rId3002"/>
        </w:object>
      </w:r>
      <w:r w:rsidRPr="00E6740F">
        <w:rPr>
          <w:rFonts w:cs="Times New Roman"/>
        </w:rPr>
        <w:t>.</w:t>
      </w:r>
    </w:p>
    <w:p w14:paraId="1FC51A63"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6"/>
        </w:rPr>
        <w:object w:dxaOrig="1719" w:dyaOrig="279" w14:anchorId="2961BA23">
          <v:shape id="_x0000_i2573" type="#_x0000_t75" style="width:85.8pt;height:13.8pt" o:ole="">
            <v:imagedata r:id="rId3003" o:title=""/>
          </v:shape>
          <o:OLEObject Type="Embed" ProgID="Equation.DSMT4" ShapeID="_x0000_i2573" DrawAspect="Content" ObjectID="_1699919309" r:id="rId3004"/>
        </w:object>
      </w:r>
      <w:r w:rsidRPr="00E6740F">
        <w:rPr>
          <w:rFonts w:cs="Times New Roman"/>
        </w:rPr>
        <w:t xml:space="preserve"> hoặc </w:t>
      </w:r>
      <w:r w:rsidRPr="00E6740F">
        <w:rPr>
          <w:rFonts w:cs="Times New Roman"/>
          <w:position w:val="-10"/>
        </w:rPr>
        <w:object w:dxaOrig="2860" w:dyaOrig="320" w14:anchorId="252EAB74">
          <v:shape id="_x0000_i2574" type="#_x0000_t75" style="width:142.8pt;height:16.2pt" o:ole="">
            <v:imagedata r:id="rId3005" o:title=""/>
          </v:shape>
          <o:OLEObject Type="Embed" ProgID="Equation.DSMT4" ShapeID="_x0000_i2574" DrawAspect="Content" ObjectID="_1699919310" r:id="rId3006"/>
        </w:object>
      </w:r>
      <w:r w:rsidRPr="00E6740F">
        <w:rPr>
          <w:rFonts w:cs="Times New Roman"/>
        </w:rPr>
        <w:t>.</w:t>
      </w:r>
    </w:p>
    <w:p w14:paraId="67920D6C"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lastRenderedPageBreak/>
        <w:t xml:space="preserve">B. </w:t>
      </w:r>
      <w:r w:rsidRPr="00E6740F">
        <w:rPr>
          <w:rFonts w:cs="Times New Roman"/>
          <w:position w:val="-10"/>
        </w:rPr>
        <w:object w:dxaOrig="2659" w:dyaOrig="320" w14:anchorId="0A7459B6">
          <v:shape id="_x0000_i2575" type="#_x0000_t75" style="width:133.2pt;height:16.2pt" o:ole="">
            <v:imagedata r:id="rId3007" o:title=""/>
          </v:shape>
          <o:OLEObject Type="Embed" ProgID="Equation.DSMT4" ShapeID="_x0000_i2575" DrawAspect="Content" ObjectID="_1699919311" r:id="rId3008"/>
        </w:object>
      </w:r>
      <w:r w:rsidRPr="00E6740F">
        <w:rPr>
          <w:rFonts w:cs="Times New Roman"/>
        </w:rPr>
        <w:t>.</w:t>
      </w:r>
    </w:p>
    <w:p w14:paraId="6919D0AF"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C. </w:t>
      </w:r>
      <w:r w:rsidRPr="00E6740F">
        <w:rPr>
          <w:rFonts w:cs="Times New Roman"/>
          <w:position w:val="-10"/>
        </w:rPr>
        <w:object w:dxaOrig="2620" w:dyaOrig="320" w14:anchorId="2CA2430E">
          <v:shape id="_x0000_i2576" type="#_x0000_t75" style="width:130.8pt;height:16.2pt" o:ole="">
            <v:imagedata r:id="rId3009" o:title=""/>
          </v:shape>
          <o:OLEObject Type="Embed" ProgID="Equation.DSMT4" ShapeID="_x0000_i2576" DrawAspect="Content" ObjectID="_1699919312" r:id="rId3010"/>
        </w:object>
      </w:r>
      <w:r w:rsidRPr="00E6740F">
        <w:rPr>
          <w:rFonts w:cs="Times New Roman"/>
        </w:rPr>
        <w:t>.</w:t>
      </w:r>
    </w:p>
    <w:p w14:paraId="1E67AB5C"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D. </w:t>
      </w:r>
      <w:r w:rsidRPr="00E6740F">
        <w:rPr>
          <w:rFonts w:cs="Times New Roman"/>
          <w:position w:val="-10"/>
        </w:rPr>
        <w:object w:dxaOrig="2500" w:dyaOrig="320" w14:anchorId="67F342CE">
          <v:shape id="_x0000_i2577" type="#_x0000_t75" style="width:124.8pt;height:16.2pt" o:ole="">
            <v:imagedata r:id="rId3011" o:title=""/>
          </v:shape>
          <o:OLEObject Type="Embed" ProgID="Equation.DSMT4" ShapeID="_x0000_i2577" DrawAspect="Content" ObjectID="_1699919313" r:id="rId3012"/>
        </w:object>
      </w:r>
      <w:r w:rsidRPr="00E6740F">
        <w:rPr>
          <w:rFonts w:cs="Times New Roman"/>
        </w:rPr>
        <w:t>.</w:t>
      </w:r>
    </w:p>
    <w:p w14:paraId="0A259D7A"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w:t>
      </w:r>
      <w:r w:rsidRPr="00E6740F">
        <w:rPr>
          <w:rFonts w:cs="Times New Roman"/>
          <w:b/>
          <w:color w:val="0000FF"/>
        </w:rPr>
        <w:tab/>
      </w:r>
      <w:r w:rsidRPr="00E6740F">
        <w:rPr>
          <w:rFonts w:cs="Times New Roman"/>
        </w:rPr>
        <w:t xml:space="preserve">Tập xác định của hàm số </w:t>
      </w:r>
      <w:r w:rsidRPr="00E6740F">
        <w:rPr>
          <w:position w:val="-10"/>
        </w:rPr>
        <w:object w:dxaOrig="1080" w:dyaOrig="300" w14:anchorId="7A56C70D">
          <v:shape id="_x0000_i2578" type="#_x0000_t75" style="width:54pt;height:15pt" o:ole="">
            <v:imagedata r:id="rId3013" o:title=""/>
          </v:shape>
          <o:OLEObject Type="Embed" ProgID="Equation.DSMT4" ShapeID="_x0000_i2578" DrawAspect="Content" ObjectID="_1699919314" r:id="rId3014"/>
        </w:object>
      </w:r>
      <w:r w:rsidRPr="00E6740F">
        <w:rPr>
          <w:rFonts w:cs="Times New Roman"/>
        </w:rPr>
        <w:t xml:space="preserve"> là:</w:t>
      </w:r>
    </w:p>
    <w:p w14:paraId="6016F582"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8"/>
        </w:rPr>
        <w:object w:dxaOrig="2380" w:dyaOrig="680" w14:anchorId="6E1F4557">
          <v:shape id="_x0000_i2579" type="#_x0000_t75" style="width:118.8pt;height:34.2pt" o:ole="">
            <v:imagedata r:id="rId3015" o:title=""/>
          </v:shape>
          <o:OLEObject Type="Embed" ProgID="Equation.DSMT4" ShapeID="_x0000_i2579" DrawAspect="Content" ObjectID="_1699919315" r:id="rId3016"/>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10"/>
        </w:rPr>
        <w:object w:dxaOrig="1880" w:dyaOrig="320" w14:anchorId="40B4121E">
          <v:shape id="_x0000_i2580" type="#_x0000_t75" style="width:94.2pt;height:16.2pt" o:ole="">
            <v:imagedata r:id="rId3017" o:title=""/>
          </v:shape>
          <o:OLEObject Type="Embed" ProgID="Equation.DSMT4" ShapeID="_x0000_i2580" DrawAspect="Content" ObjectID="_1699919316" r:id="rId3018"/>
        </w:object>
      </w:r>
      <w:r w:rsidRPr="00E6740F">
        <w:rPr>
          <w:rFonts w:cs="Times New Roman"/>
        </w:rPr>
        <w:t>.</w:t>
      </w:r>
    </w:p>
    <w:p w14:paraId="6BD57229"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C. </w:t>
      </w:r>
      <w:r w:rsidRPr="00E6740F">
        <w:rPr>
          <w:rFonts w:cs="Times New Roman"/>
          <w:position w:val="-10"/>
        </w:rPr>
        <w:object w:dxaOrig="2020" w:dyaOrig="320" w14:anchorId="5727D7F2">
          <v:shape id="_x0000_i2581" type="#_x0000_t75" style="width:100.8pt;height:16.2pt" o:ole="">
            <v:imagedata r:id="rId3019" o:title=""/>
          </v:shape>
          <o:OLEObject Type="Embed" ProgID="Equation.DSMT4" ShapeID="_x0000_i2581" DrawAspect="Content" ObjectID="_1699919317" r:id="rId3020"/>
        </w:object>
      </w:r>
      <w:r w:rsidRPr="00E6740F">
        <w:rPr>
          <w:rFonts w:cs="Times New Roman"/>
        </w:rPr>
        <w:t>.</w:t>
      </w:r>
      <w:r>
        <w:rPr>
          <w:rFonts w:cs="Times New Roman"/>
        </w:rPr>
        <w:tab/>
      </w:r>
      <w:r w:rsidRPr="00E6740F">
        <w:rPr>
          <w:rFonts w:cs="Times New Roman"/>
        </w:rPr>
        <w:tab/>
      </w:r>
      <w:r w:rsidRPr="00E6740F">
        <w:rPr>
          <w:rFonts w:cs="Times New Roman"/>
          <w:b/>
          <w:color w:val="0000FF"/>
        </w:rPr>
        <w:t xml:space="preserve">D. </w:t>
      </w:r>
      <w:r w:rsidRPr="00E6740F">
        <w:rPr>
          <w:rFonts w:cs="Times New Roman"/>
          <w:position w:val="-28"/>
        </w:rPr>
        <w:object w:dxaOrig="2500" w:dyaOrig="680" w14:anchorId="2E9450F5">
          <v:shape id="_x0000_i2582" type="#_x0000_t75" style="width:124.8pt;height:34.2pt" o:ole="">
            <v:imagedata r:id="rId3021" o:title=""/>
          </v:shape>
          <o:OLEObject Type="Embed" ProgID="Equation.DSMT4" ShapeID="_x0000_i2582" DrawAspect="Content" ObjectID="_1699919318" r:id="rId3022"/>
        </w:object>
      </w:r>
      <w:r w:rsidRPr="00E6740F">
        <w:rPr>
          <w:rFonts w:cs="Times New Roman"/>
        </w:rPr>
        <w:t>.</w:t>
      </w:r>
    </w:p>
    <w:p w14:paraId="76898B59"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3:</w:t>
      </w:r>
      <w:r w:rsidRPr="00E6740F">
        <w:rPr>
          <w:rFonts w:cs="Times New Roman"/>
          <w:b/>
          <w:color w:val="0000FF"/>
        </w:rPr>
        <w:tab/>
      </w:r>
      <w:r w:rsidRPr="00E6740F">
        <w:rPr>
          <w:rFonts w:cs="Times New Roman"/>
        </w:rPr>
        <w:t xml:space="preserve">Cho </w:t>
      </w:r>
      <w:r w:rsidRPr="00E6740F">
        <w:rPr>
          <w:position w:val="-24"/>
        </w:rPr>
        <w:object w:dxaOrig="1260" w:dyaOrig="620" w14:anchorId="0AF28C04">
          <v:shape id="_x0000_i2583" type="#_x0000_t75" style="width:63pt;height:31.2pt" o:ole="">
            <v:imagedata r:id="rId3023" o:title=""/>
          </v:shape>
          <o:OLEObject Type="Embed" ProgID="Equation.DSMT4" ShapeID="_x0000_i2583" DrawAspect="Content" ObjectID="_1699919319" r:id="rId3024"/>
        </w:object>
      </w:r>
      <w:r w:rsidRPr="00E6740F">
        <w:rPr>
          <w:rFonts w:cs="Times New Roman"/>
        </w:rPr>
        <w:t xml:space="preserve"> là nghiệm của phương trình nào sau đây.</w:t>
      </w:r>
    </w:p>
    <w:p w14:paraId="15B3CA4C"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6"/>
        </w:rPr>
        <w:object w:dxaOrig="960" w:dyaOrig="279" w14:anchorId="15F23419">
          <v:shape id="_x0000_i2584" type="#_x0000_t75" style="width:48pt;height:13.8pt" o:ole="">
            <v:imagedata r:id="rId3025" o:title=""/>
          </v:shape>
          <o:OLEObject Type="Embed" ProgID="Equation.DSMT4" ShapeID="_x0000_i2584" DrawAspect="Content" ObjectID="_1699919320" r:id="rId3026"/>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6"/>
        </w:rPr>
        <w:object w:dxaOrig="820" w:dyaOrig="279" w14:anchorId="07C550DE">
          <v:shape id="_x0000_i2585" type="#_x0000_t75" style="width:40.8pt;height:13.8pt" o:ole="">
            <v:imagedata r:id="rId3027" o:title=""/>
          </v:shape>
          <o:OLEObject Type="Embed" ProgID="Equation.DSMT4" ShapeID="_x0000_i2585" DrawAspect="Content" ObjectID="_1699919321" r:id="rId3028"/>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6"/>
        </w:rPr>
        <w:object w:dxaOrig="859" w:dyaOrig="279" w14:anchorId="37BC0773">
          <v:shape id="_x0000_i2586" type="#_x0000_t75" style="width:43.2pt;height:13.8pt" o:ole="">
            <v:imagedata r:id="rId3029" o:title=""/>
          </v:shape>
          <o:OLEObject Type="Embed" ProgID="Equation.DSMT4" ShapeID="_x0000_i2586" DrawAspect="Content" ObjectID="_1699919322" r:id="rId3030"/>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6"/>
        </w:rPr>
        <w:object w:dxaOrig="999" w:dyaOrig="279" w14:anchorId="4376A676">
          <v:shape id="_x0000_i2587" type="#_x0000_t75" style="width:49.8pt;height:13.8pt" o:ole="">
            <v:imagedata r:id="rId3031" o:title=""/>
          </v:shape>
          <o:OLEObject Type="Embed" ProgID="Equation.DSMT4" ShapeID="_x0000_i2587" DrawAspect="Content" ObjectID="_1699919323" r:id="rId3032"/>
        </w:object>
      </w:r>
      <w:r w:rsidRPr="00E6740F">
        <w:rPr>
          <w:rFonts w:cs="Times New Roman"/>
        </w:rPr>
        <w:t>.</w:t>
      </w:r>
    </w:p>
    <w:p w14:paraId="2D648DEB"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4:</w:t>
      </w:r>
      <w:r w:rsidRPr="00E6740F">
        <w:rPr>
          <w:rFonts w:cs="Times New Roman"/>
          <w:b/>
          <w:color w:val="0000FF"/>
        </w:rPr>
        <w:tab/>
      </w:r>
      <w:r w:rsidRPr="00E6740F">
        <w:rPr>
          <w:rFonts w:cs="Times New Roman"/>
        </w:rPr>
        <w:t>Khẳng định nào sau đây đúng?</w:t>
      </w:r>
    </w:p>
    <w:p w14:paraId="05A52EB7"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8"/>
        </w:rPr>
        <w:object w:dxaOrig="1320" w:dyaOrig="700" w14:anchorId="39DCD4FC">
          <v:shape id="_x0000_i2588" type="#_x0000_t75" style="width:66pt;height:34.8pt" o:ole="">
            <v:imagedata r:id="rId3033" o:title=""/>
          </v:shape>
          <o:OLEObject Type="Embed" ProgID="Equation.DSMT4" ShapeID="_x0000_i2588" DrawAspect="Content" ObjectID="_1699919324" r:id="rId3034"/>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8"/>
        </w:rPr>
        <w:object w:dxaOrig="1600" w:dyaOrig="700" w14:anchorId="67E39266">
          <v:shape id="_x0000_i2589" type="#_x0000_t75" style="width:79.8pt;height:34.8pt" o:ole="">
            <v:imagedata r:id="rId3035" o:title=""/>
          </v:shape>
          <o:OLEObject Type="Embed" ProgID="Equation.DSMT4" ShapeID="_x0000_i2589" DrawAspect="Content" ObjectID="_1699919325" r:id="rId3036"/>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28"/>
        </w:rPr>
        <w:object w:dxaOrig="1320" w:dyaOrig="660" w14:anchorId="20743E81">
          <v:shape id="_x0000_i2590" type="#_x0000_t75" style="width:66pt;height:33pt" o:ole="">
            <v:imagedata r:id="rId3037" o:title=""/>
          </v:shape>
          <o:OLEObject Type="Embed" ProgID="Equation.DSMT4" ShapeID="_x0000_i2590" DrawAspect="Content" ObjectID="_1699919326" r:id="rId3038"/>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8"/>
        </w:rPr>
        <w:object w:dxaOrig="1320" w:dyaOrig="660" w14:anchorId="268EA079">
          <v:shape id="_x0000_i2591" type="#_x0000_t75" style="width:66pt;height:33pt" o:ole="">
            <v:imagedata r:id="rId3039" o:title=""/>
          </v:shape>
          <o:OLEObject Type="Embed" ProgID="Equation.DSMT4" ShapeID="_x0000_i2591" DrawAspect="Content" ObjectID="_1699919327" r:id="rId3040"/>
        </w:object>
      </w:r>
      <w:r w:rsidRPr="00E6740F">
        <w:rPr>
          <w:rFonts w:cs="Times New Roman"/>
        </w:rPr>
        <w:t>.</w:t>
      </w:r>
    </w:p>
    <w:p w14:paraId="2CFDDAC1"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5:</w:t>
      </w:r>
      <w:r w:rsidRPr="00E6740F">
        <w:rPr>
          <w:rFonts w:cs="Times New Roman"/>
          <w:b/>
          <w:color w:val="0000FF"/>
        </w:rPr>
        <w:tab/>
      </w:r>
      <w:r w:rsidRPr="00E6740F">
        <w:rPr>
          <w:rFonts w:cs="Times New Roman"/>
        </w:rPr>
        <w:t>Khẳng định nào sau đây sai?</w:t>
      </w:r>
    </w:p>
    <w:p w14:paraId="21BDE167"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8"/>
        </w:rPr>
        <w:object w:dxaOrig="1320" w:dyaOrig="660" w14:anchorId="48AF11FB">
          <v:shape id="_x0000_i2592" type="#_x0000_t75" style="width:66pt;height:33pt" o:ole="">
            <v:imagedata r:id="rId3041" o:title=""/>
          </v:shape>
          <o:OLEObject Type="Embed" ProgID="Equation.DSMT4" ShapeID="_x0000_i2592" DrawAspect="Content" ObjectID="_1699919328" r:id="rId3042"/>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8"/>
        </w:rPr>
        <w:object w:dxaOrig="1540" w:dyaOrig="660" w14:anchorId="7F51A3B8">
          <v:shape id="_x0000_i2593" type="#_x0000_t75" style="width:76.8pt;height:33pt" o:ole="">
            <v:imagedata r:id="rId3043" o:title=""/>
          </v:shape>
          <o:OLEObject Type="Embed" ProgID="Equation.DSMT4" ShapeID="_x0000_i2593" DrawAspect="Content" ObjectID="_1699919329" r:id="rId3044"/>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28"/>
        </w:rPr>
        <w:object w:dxaOrig="1320" w:dyaOrig="660" w14:anchorId="7A02CC5E">
          <v:shape id="_x0000_i2594" type="#_x0000_t75" style="width:66pt;height:33pt" o:ole="">
            <v:imagedata r:id="rId3045" o:title=""/>
          </v:shape>
          <o:OLEObject Type="Embed" ProgID="Equation.DSMT4" ShapeID="_x0000_i2594" DrawAspect="Content" ObjectID="_1699919330" r:id="rId3046"/>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12"/>
        </w:rPr>
        <w:object w:dxaOrig="720" w:dyaOrig="360" w14:anchorId="58671C2C">
          <v:shape id="_x0000_i2595" type="#_x0000_t75" style="width:36pt;height:18pt" o:ole="">
            <v:imagedata r:id="rId3047" o:title=""/>
          </v:shape>
          <o:OLEObject Type="Embed" ProgID="Equation.DSMT4" ShapeID="_x0000_i2595" DrawAspect="Content" ObjectID="_1699919331" r:id="rId3048"/>
        </w:object>
      </w:r>
      <w:r w:rsidRPr="00E6740F">
        <w:rPr>
          <w:rFonts w:cs="Times New Roman"/>
        </w:rPr>
        <w:t>.</w:t>
      </w:r>
    </w:p>
    <w:p w14:paraId="0C7CE43E"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6:</w:t>
      </w:r>
      <w:r w:rsidRPr="00E6740F">
        <w:rPr>
          <w:rFonts w:cs="Times New Roman"/>
          <w:b/>
          <w:color w:val="0000FF"/>
        </w:rPr>
        <w:tab/>
      </w:r>
      <w:r w:rsidRPr="00E6740F">
        <w:rPr>
          <w:rFonts w:cs="Times New Roman"/>
        </w:rPr>
        <w:t>Khẳng định nào sau đây đúng?</w:t>
      </w:r>
    </w:p>
    <w:p w14:paraId="2E4CDE5D"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8"/>
        </w:rPr>
        <w:object w:dxaOrig="1620" w:dyaOrig="700" w14:anchorId="06B09EBA">
          <v:shape id="_x0000_i2596" type="#_x0000_t75" style="width:81pt;height:34.8pt" o:ole="">
            <v:imagedata r:id="rId3049" o:title=""/>
          </v:shape>
          <o:OLEObject Type="Embed" ProgID="Equation.DSMT4" ShapeID="_x0000_i2596" DrawAspect="Content" ObjectID="_1699919332" r:id="rId3050"/>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10"/>
        </w:rPr>
        <w:object w:dxaOrig="880" w:dyaOrig="320" w14:anchorId="40C5F7C6">
          <v:shape id="_x0000_i2597" type="#_x0000_t75" style="width:43.8pt;height:16.2pt" o:ole="">
            <v:imagedata r:id="rId3051" o:title=""/>
          </v:shape>
          <o:OLEObject Type="Embed" ProgID="Equation.DSMT4" ShapeID="_x0000_i2597" DrawAspect="Content" ObjectID="_1699919333" r:id="rId3052"/>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10"/>
        </w:rPr>
        <w:object w:dxaOrig="1219" w:dyaOrig="320" w14:anchorId="05BF353C">
          <v:shape id="_x0000_i2598" type="#_x0000_t75" style="width:61.2pt;height:16.2pt" o:ole="">
            <v:imagedata r:id="rId3053" o:title=""/>
          </v:shape>
          <o:OLEObject Type="Embed" ProgID="Equation.DSMT4" ShapeID="_x0000_i2598" DrawAspect="Content" ObjectID="_1699919334" r:id="rId3054"/>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10"/>
        </w:rPr>
        <w:object w:dxaOrig="1219" w:dyaOrig="320" w14:anchorId="1369EB28">
          <v:shape id="_x0000_i2599" type="#_x0000_t75" style="width:61.2pt;height:16.2pt" o:ole="">
            <v:imagedata r:id="rId3055" o:title=""/>
          </v:shape>
          <o:OLEObject Type="Embed" ProgID="Equation.DSMT4" ShapeID="_x0000_i2599" DrawAspect="Content" ObjectID="_1699919335" r:id="rId3056"/>
        </w:object>
      </w:r>
      <w:r w:rsidRPr="00E6740F">
        <w:rPr>
          <w:rFonts w:cs="Times New Roman"/>
        </w:rPr>
        <w:t>.</w:t>
      </w:r>
    </w:p>
    <w:p w14:paraId="55FB6655"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7:</w:t>
      </w:r>
      <w:r w:rsidRPr="00E6740F">
        <w:rPr>
          <w:rFonts w:cs="Times New Roman"/>
          <w:b/>
          <w:color w:val="0000FF"/>
        </w:rPr>
        <w:tab/>
      </w:r>
      <w:r w:rsidRPr="00E6740F">
        <w:rPr>
          <w:rFonts w:cs="Times New Roman"/>
        </w:rPr>
        <w:t>Một hộp đồ chơi có 6 viên bi xanh, 5 viên bi đỏ. Hỏi có bao nhiêu cách lấy ra 1 viên?</w:t>
      </w:r>
    </w:p>
    <w:p w14:paraId="2891AED6"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rPr>
        <w:t>11.</w:t>
      </w:r>
      <w:r w:rsidRPr="00E6740F">
        <w:rPr>
          <w:rFonts w:cs="Times New Roman"/>
        </w:rPr>
        <w:tab/>
      </w:r>
      <w:r w:rsidRPr="00E6740F">
        <w:rPr>
          <w:rFonts w:cs="Times New Roman"/>
          <w:b/>
          <w:color w:val="0000FF"/>
        </w:rPr>
        <w:t xml:space="preserve">B. </w:t>
      </w:r>
      <w:r w:rsidRPr="00E6740F">
        <w:rPr>
          <w:rFonts w:cs="Times New Roman"/>
          <w:position w:val="-6"/>
        </w:rPr>
        <w:object w:dxaOrig="180" w:dyaOrig="279" w14:anchorId="616F2563">
          <v:shape id="_x0000_i2600" type="#_x0000_t75" style="width:9pt;height:13.8pt" o:ole="">
            <v:imagedata r:id="rId3057" o:title=""/>
          </v:shape>
          <o:OLEObject Type="Embed" ProgID="Equation.DSMT4" ShapeID="_x0000_i2600" DrawAspect="Content" ObjectID="_1699919336" r:id="rId3058"/>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rPr>
        <w:t>6.</w:t>
      </w:r>
      <w:r w:rsidRPr="00E6740F">
        <w:rPr>
          <w:rFonts w:cs="Times New Roman"/>
        </w:rPr>
        <w:tab/>
      </w:r>
      <w:r w:rsidRPr="00E6740F">
        <w:rPr>
          <w:rFonts w:cs="Times New Roman"/>
          <w:b/>
          <w:color w:val="0000FF"/>
        </w:rPr>
        <w:t xml:space="preserve">D. </w:t>
      </w:r>
      <w:r w:rsidRPr="00E6740F">
        <w:rPr>
          <w:rFonts w:cs="Times New Roman"/>
        </w:rPr>
        <w:t>30.</w:t>
      </w:r>
    </w:p>
    <w:p w14:paraId="77ED070E"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8:</w:t>
      </w:r>
      <w:r w:rsidRPr="00E6740F">
        <w:rPr>
          <w:rFonts w:cs="Times New Roman"/>
          <w:b/>
          <w:color w:val="0000FF"/>
        </w:rPr>
        <w:tab/>
      </w:r>
      <w:r w:rsidRPr="00E6740F">
        <w:rPr>
          <w:rFonts w:cs="Times New Roman"/>
        </w:rPr>
        <w:t xml:space="preserve">Trong mặt phẳng </w:t>
      </w:r>
      <w:r w:rsidRPr="00E6740F">
        <w:rPr>
          <w:position w:val="-10"/>
        </w:rPr>
        <w:object w:dxaOrig="460" w:dyaOrig="320" w14:anchorId="7FFA2838">
          <v:shape id="_x0000_i2601" type="#_x0000_t75" style="width:22.8pt;height:16.2pt" o:ole="">
            <v:imagedata r:id="rId3059" o:title=""/>
          </v:shape>
          <o:OLEObject Type="Embed" ProgID="Equation.DSMT4" ShapeID="_x0000_i2601" DrawAspect="Content" ObjectID="_1699919337" r:id="rId3060"/>
        </w:object>
      </w:r>
      <w:r w:rsidRPr="00E6740F">
        <w:rPr>
          <w:rFonts w:cs="Times New Roman"/>
        </w:rPr>
        <w:t xml:space="preserve"> cho </w:t>
      </w:r>
      <w:r w:rsidRPr="00E6740F">
        <w:rPr>
          <w:position w:val="-10"/>
        </w:rPr>
        <w:object w:dxaOrig="1040" w:dyaOrig="320" w14:anchorId="3AE5E3B5">
          <v:shape id="_x0000_i2602" type="#_x0000_t75" style="width:52.2pt;height:16.2pt" o:ole="">
            <v:imagedata r:id="rId3061" o:title=""/>
          </v:shape>
          <o:OLEObject Type="Embed" ProgID="Equation.DSMT4" ShapeID="_x0000_i2602" DrawAspect="Content" ObjectID="_1699919338" r:id="rId3062"/>
        </w:object>
      </w:r>
      <w:r w:rsidRPr="00E6740F">
        <w:rPr>
          <w:rFonts w:cs="Times New Roman"/>
        </w:rPr>
        <w:t xml:space="preserve"> và điểm </w:t>
      </w:r>
      <w:r w:rsidRPr="00E6740F">
        <w:rPr>
          <w:position w:val="-10"/>
        </w:rPr>
        <w:object w:dxaOrig="820" w:dyaOrig="320" w14:anchorId="205D57DE">
          <v:shape id="_x0000_i2603" type="#_x0000_t75" style="width:40.8pt;height:16.2pt" o:ole="">
            <v:imagedata r:id="rId3063" o:title=""/>
          </v:shape>
          <o:OLEObject Type="Embed" ProgID="Equation.DSMT4" ShapeID="_x0000_i2603" DrawAspect="Content" ObjectID="_1699919339" r:id="rId3064"/>
        </w:object>
      </w:r>
      <w:r w:rsidRPr="00E6740F">
        <w:rPr>
          <w:rFonts w:cs="Times New Roman"/>
        </w:rPr>
        <w:t xml:space="preserve">. Tìm tọa độ </w:t>
      </w:r>
      <w:r w:rsidRPr="00E6740F">
        <w:rPr>
          <w:position w:val="-4"/>
        </w:rPr>
        <w:object w:dxaOrig="380" w:dyaOrig="260" w14:anchorId="3800B392">
          <v:shape id="_x0000_i2604" type="#_x0000_t75" style="width:19.2pt;height:13.2pt" o:ole="">
            <v:imagedata r:id="rId3065" o:title=""/>
          </v:shape>
          <o:OLEObject Type="Embed" ProgID="Equation.DSMT4" ShapeID="_x0000_i2604" DrawAspect="Content" ObjectID="_1699919340" r:id="rId3066"/>
        </w:object>
      </w:r>
      <w:r w:rsidRPr="00E6740F">
        <w:rPr>
          <w:rFonts w:cs="Times New Roman"/>
        </w:rPr>
        <w:t xml:space="preserve"> là ảnh của điểm </w:t>
      </w:r>
      <w:r w:rsidRPr="00E6740F">
        <w:rPr>
          <w:position w:val="-4"/>
        </w:rPr>
        <w:object w:dxaOrig="320" w:dyaOrig="260" w14:anchorId="0DF5AC4D">
          <v:shape id="_x0000_i2605" type="#_x0000_t75" style="width:16.2pt;height:13.2pt" o:ole="">
            <v:imagedata r:id="rId3067" o:title=""/>
          </v:shape>
          <o:OLEObject Type="Embed" ProgID="Equation.DSMT4" ShapeID="_x0000_i2605" DrawAspect="Content" ObjectID="_1699919341" r:id="rId3068"/>
        </w:object>
      </w:r>
      <w:r w:rsidRPr="00E6740F">
        <w:rPr>
          <w:rFonts w:cs="Times New Roman"/>
        </w:rPr>
        <w:t xml:space="preserve"> qua phép tịnh tiến </w:t>
      </w:r>
      <w:r w:rsidRPr="00E6740F">
        <w:rPr>
          <w:position w:val="-12"/>
        </w:rPr>
        <w:object w:dxaOrig="260" w:dyaOrig="360" w14:anchorId="24DFCBA8">
          <v:shape id="_x0000_i2606" type="#_x0000_t75" style="width:13.2pt;height:18pt" o:ole="">
            <v:imagedata r:id="rId3069" o:title=""/>
          </v:shape>
          <o:OLEObject Type="Embed" ProgID="Equation.DSMT4" ShapeID="_x0000_i2606" DrawAspect="Content" ObjectID="_1699919342" r:id="rId3070"/>
        </w:object>
      </w:r>
      <w:r w:rsidRPr="00E6740F">
        <w:rPr>
          <w:rFonts w:cs="Times New Roman"/>
        </w:rPr>
        <w:t>.</w:t>
      </w:r>
    </w:p>
    <w:p w14:paraId="5B349095"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10"/>
        </w:rPr>
        <w:object w:dxaOrig="960" w:dyaOrig="320" w14:anchorId="3894C306">
          <v:shape id="_x0000_i2607" type="#_x0000_t75" style="width:48pt;height:16.2pt" o:ole="">
            <v:imagedata r:id="rId3071" o:title=""/>
          </v:shape>
          <o:OLEObject Type="Embed" ProgID="Equation.DSMT4" ShapeID="_x0000_i2607" DrawAspect="Content" ObjectID="_1699919343" r:id="rId3072"/>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10"/>
        </w:rPr>
        <w:object w:dxaOrig="980" w:dyaOrig="320" w14:anchorId="3E0A9299">
          <v:shape id="_x0000_i2608" type="#_x0000_t75" style="width:49.2pt;height:16.2pt" o:ole="">
            <v:imagedata r:id="rId3073" o:title=""/>
          </v:shape>
          <o:OLEObject Type="Embed" ProgID="Equation.DSMT4" ShapeID="_x0000_i2608" DrawAspect="Content" ObjectID="_1699919344" r:id="rId3074"/>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10"/>
        </w:rPr>
        <w:object w:dxaOrig="980" w:dyaOrig="320" w14:anchorId="36A6D41F">
          <v:shape id="_x0000_i2609" type="#_x0000_t75" style="width:49.2pt;height:16.2pt" o:ole="">
            <v:imagedata r:id="rId3075" o:title=""/>
          </v:shape>
          <o:OLEObject Type="Embed" ProgID="Equation.DSMT4" ShapeID="_x0000_i2609" DrawAspect="Content" ObjectID="_1699919345" r:id="rId3076"/>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10"/>
        </w:rPr>
        <w:object w:dxaOrig="859" w:dyaOrig="320" w14:anchorId="39246940">
          <v:shape id="_x0000_i2610" type="#_x0000_t75" style="width:43.2pt;height:16.2pt" o:ole="">
            <v:imagedata r:id="rId3077" o:title=""/>
          </v:shape>
          <o:OLEObject Type="Embed" ProgID="Equation.DSMT4" ShapeID="_x0000_i2610" DrawAspect="Content" ObjectID="_1699919346" r:id="rId3078"/>
        </w:object>
      </w:r>
      <w:r w:rsidRPr="00E6740F">
        <w:rPr>
          <w:rFonts w:cs="Times New Roman"/>
        </w:rPr>
        <w:t>.</w:t>
      </w:r>
    </w:p>
    <w:p w14:paraId="0A9B7E92"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9:</w:t>
      </w:r>
      <w:r w:rsidRPr="00E6740F">
        <w:rPr>
          <w:rFonts w:cs="Times New Roman"/>
          <w:b/>
          <w:color w:val="0000FF"/>
        </w:rPr>
        <w:tab/>
      </w:r>
      <w:r w:rsidRPr="00E6740F">
        <w:rPr>
          <w:rFonts w:cs="Times New Roman"/>
        </w:rPr>
        <w:t xml:space="preserve">Cho hình chóp </w:t>
      </w:r>
      <w:r w:rsidRPr="00E6740F">
        <w:rPr>
          <w:position w:val="-6"/>
        </w:rPr>
        <w:object w:dxaOrig="920" w:dyaOrig="279" w14:anchorId="44E69ABC">
          <v:shape id="_x0000_i2611" type="#_x0000_t75" style="width:46.2pt;height:13.8pt" o:ole="">
            <v:imagedata r:id="rId3079" o:title=""/>
          </v:shape>
          <o:OLEObject Type="Embed" ProgID="Equation.DSMT4" ShapeID="_x0000_i2611" DrawAspect="Content" ObjectID="_1699919347" r:id="rId3080"/>
        </w:object>
      </w:r>
      <w:r w:rsidRPr="00E6740F">
        <w:rPr>
          <w:rFonts w:cs="Times New Roman"/>
        </w:rPr>
        <w:t xml:space="preserve"> có đáy </w:t>
      </w:r>
      <w:r w:rsidRPr="00E6740F">
        <w:rPr>
          <w:position w:val="-6"/>
        </w:rPr>
        <w:object w:dxaOrig="720" w:dyaOrig="279" w14:anchorId="5DCAFA02">
          <v:shape id="_x0000_i2612" type="#_x0000_t75" style="width:36pt;height:13.8pt" o:ole="">
            <v:imagedata r:id="rId3081" o:title=""/>
          </v:shape>
          <o:OLEObject Type="Embed" ProgID="Equation.DSMT4" ShapeID="_x0000_i2612" DrawAspect="Content" ObjectID="_1699919348" r:id="rId3082"/>
        </w:object>
      </w:r>
      <w:r w:rsidRPr="00E6740F">
        <w:rPr>
          <w:rFonts w:cs="Times New Roman"/>
        </w:rPr>
        <w:t xml:space="preserve"> là hình bình hành tâm </w:t>
      </w:r>
      <w:r w:rsidRPr="00E6740F">
        <w:rPr>
          <w:position w:val="-6"/>
        </w:rPr>
        <w:object w:dxaOrig="240" w:dyaOrig="279" w14:anchorId="4EE60527">
          <v:shape id="_x0000_i2613" type="#_x0000_t75" style="width:12pt;height:13.8pt" o:ole="">
            <v:imagedata r:id="rId3083" o:title=""/>
          </v:shape>
          <o:OLEObject Type="Embed" ProgID="Equation.DSMT4" ShapeID="_x0000_i2613" DrawAspect="Content" ObjectID="_1699919349" r:id="rId3084"/>
        </w:object>
      </w:r>
      <w:r w:rsidRPr="00E6740F">
        <w:rPr>
          <w:rFonts w:cs="Times New Roman"/>
        </w:rPr>
        <w:t xml:space="preserve"> (có thể tham khảo hình vẽ). Tìm giao tuyến của hai mặt phẳng </w:t>
      </w:r>
      <w:r w:rsidRPr="00E6740F">
        <w:rPr>
          <w:position w:val="-10"/>
        </w:rPr>
        <w:object w:dxaOrig="680" w:dyaOrig="320" w14:anchorId="69608E9E">
          <v:shape id="_x0000_i2614" type="#_x0000_t75" style="width:34.2pt;height:16.2pt" o:ole="">
            <v:imagedata r:id="rId3085" o:title=""/>
          </v:shape>
          <o:OLEObject Type="Embed" ProgID="Equation.DSMT4" ShapeID="_x0000_i2614" DrawAspect="Content" ObjectID="_1699919350" r:id="rId3086"/>
        </w:object>
      </w:r>
      <w:r w:rsidRPr="00E6740F">
        <w:rPr>
          <w:rFonts w:cs="Times New Roman"/>
        </w:rPr>
        <w:t xml:space="preserve"> và </w:t>
      </w:r>
      <w:r w:rsidRPr="00E6740F">
        <w:rPr>
          <w:position w:val="-10"/>
        </w:rPr>
        <w:object w:dxaOrig="680" w:dyaOrig="320" w14:anchorId="384C415B">
          <v:shape id="_x0000_i2615" type="#_x0000_t75" style="width:34.2pt;height:16.2pt" o:ole="">
            <v:imagedata r:id="rId3087" o:title=""/>
          </v:shape>
          <o:OLEObject Type="Embed" ProgID="Equation.DSMT4" ShapeID="_x0000_i2615" DrawAspect="Content" ObjectID="_1699919351" r:id="rId3088"/>
        </w:object>
      </w:r>
      <w:r w:rsidRPr="00E6740F">
        <w:rPr>
          <w:rFonts w:cs="Times New Roman"/>
        </w:rPr>
        <w:t>?</w:t>
      </w:r>
    </w:p>
    <w:p w14:paraId="0A5363BC"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6"/>
        </w:rPr>
        <w:object w:dxaOrig="340" w:dyaOrig="279" w14:anchorId="6074007F">
          <v:shape id="_x0000_i2616" type="#_x0000_t75" style="width:16.8pt;height:13.8pt" o:ole="">
            <v:imagedata r:id="rId3089" o:title=""/>
          </v:shape>
          <o:OLEObject Type="Embed" ProgID="Equation.DSMT4" ShapeID="_x0000_i2616" DrawAspect="Content" ObjectID="_1699919352" r:id="rId3090"/>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6"/>
        </w:rPr>
        <w:object w:dxaOrig="420" w:dyaOrig="279" w14:anchorId="5D43EA11">
          <v:shape id="_x0000_i2617" type="#_x0000_t75" style="width:21pt;height:13.8pt" o:ole="">
            <v:imagedata r:id="rId3091" o:title=""/>
          </v:shape>
          <o:OLEObject Type="Embed" ProgID="Equation.DSMT4" ShapeID="_x0000_i2617" DrawAspect="Content" ObjectID="_1699919353" r:id="rId3092"/>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6"/>
        </w:rPr>
        <w:object w:dxaOrig="360" w:dyaOrig="279" w14:anchorId="11777787">
          <v:shape id="_x0000_i2618" type="#_x0000_t75" style="width:18pt;height:13.8pt" o:ole="">
            <v:imagedata r:id="rId3093" o:title=""/>
          </v:shape>
          <o:OLEObject Type="Embed" ProgID="Equation.DSMT4" ShapeID="_x0000_i2618" DrawAspect="Content" ObjectID="_1699919354" r:id="rId3094"/>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6"/>
        </w:rPr>
        <w:object w:dxaOrig="380" w:dyaOrig="279" w14:anchorId="2F31385B">
          <v:shape id="_x0000_i2619" type="#_x0000_t75" style="width:19.2pt;height:13.8pt" o:ole="">
            <v:imagedata r:id="rId3095" o:title=""/>
          </v:shape>
          <o:OLEObject Type="Embed" ProgID="Equation.DSMT4" ShapeID="_x0000_i2619" DrawAspect="Content" ObjectID="_1699919355" r:id="rId3096"/>
        </w:object>
      </w:r>
      <w:r w:rsidRPr="00E6740F">
        <w:rPr>
          <w:rFonts w:cs="Times New Roman"/>
        </w:rPr>
        <w:t>.</w:t>
      </w:r>
    </w:p>
    <w:p w14:paraId="3C25DBB8"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10:</w:t>
      </w:r>
      <w:r w:rsidRPr="00E6740F">
        <w:rPr>
          <w:rFonts w:cs="Times New Roman"/>
          <w:b/>
          <w:color w:val="0000FF"/>
        </w:rPr>
        <w:tab/>
      </w:r>
      <w:r w:rsidRPr="00E6740F">
        <w:rPr>
          <w:rFonts w:cs="Times New Roman"/>
        </w:rPr>
        <w:t xml:space="preserve">Cho hình chóp </w:t>
      </w:r>
      <w:r w:rsidRPr="00E6740F">
        <w:rPr>
          <w:position w:val="-6"/>
        </w:rPr>
        <w:object w:dxaOrig="920" w:dyaOrig="279" w14:anchorId="0E4BCB63">
          <v:shape id="_x0000_i2620" type="#_x0000_t75" style="width:46.2pt;height:13.8pt" o:ole="">
            <v:imagedata r:id="rId3097" o:title=""/>
          </v:shape>
          <o:OLEObject Type="Embed" ProgID="Equation.DSMT4" ShapeID="_x0000_i2620" DrawAspect="Content" ObjectID="_1699919356" r:id="rId3098"/>
        </w:object>
      </w:r>
      <w:r w:rsidRPr="00E6740F">
        <w:rPr>
          <w:rFonts w:cs="Times New Roman"/>
        </w:rPr>
        <w:t xml:space="preserve"> có đáy </w:t>
      </w:r>
      <w:r w:rsidRPr="00E6740F">
        <w:rPr>
          <w:position w:val="-6"/>
        </w:rPr>
        <w:object w:dxaOrig="720" w:dyaOrig="279" w14:anchorId="0CC63DA8">
          <v:shape id="_x0000_i2621" type="#_x0000_t75" style="width:36pt;height:13.8pt" o:ole="">
            <v:imagedata r:id="rId3099" o:title=""/>
          </v:shape>
          <o:OLEObject Type="Embed" ProgID="Equation.DSMT4" ShapeID="_x0000_i2621" DrawAspect="Content" ObjectID="_1699919357" r:id="rId3100"/>
        </w:object>
      </w:r>
      <w:r w:rsidRPr="00E6740F">
        <w:rPr>
          <w:rFonts w:cs="Times New Roman"/>
        </w:rPr>
        <w:t xml:space="preserve"> là hình bình hành tâm </w:t>
      </w:r>
      <w:r w:rsidRPr="00E6740F">
        <w:rPr>
          <w:position w:val="-6"/>
        </w:rPr>
        <w:object w:dxaOrig="240" w:dyaOrig="279" w14:anchorId="2C37FB59">
          <v:shape id="_x0000_i2622" type="#_x0000_t75" style="width:12pt;height:13.8pt" o:ole="">
            <v:imagedata r:id="rId3101" o:title=""/>
          </v:shape>
          <o:OLEObject Type="Embed" ProgID="Equation.DSMT4" ShapeID="_x0000_i2622" DrawAspect="Content" ObjectID="_1699919358" r:id="rId3102"/>
        </w:object>
      </w:r>
      <w:r w:rsidRPr="00E6740F">
        <w:rPr>
          <w:rFonts w:cs="Times New Roman"/>
        </w:rPr>
        <w:t xml:space="preserve">. Gọi </w:t>
      </w:r>
      <w:r w:rsidRPr="00E6740F">
        <w:rPr>
          <w:position w:val="-4"/>
        </w:rPr>
        <w:object w:dxaOrig="320" w:dyaOrig="260" w14:anchorId="7AB24A56">
          <v:shape id="_x0000_i2623" type="#_x0000_t75" style="width:16.2pt;height:13.2pt" o:ole="">
            <v:imagedata r:id="rId3103" o:title=""/>
          </v:shape>
          <o:OLEObject Type="Embed" ProgID="Equation.DSMT4" ShapeID="_x0000_i2623" DrawAspect="Content" ObjectID="_1699919359" r:id="rId3104"/>
        </w:object>
      </w:r>
      <w:r w:rsidRPr="00E6740F">
        <w:rPr>
          <w:rFonts w:cs="Times New Roman"/>
        </w:rPr>
        <w:t xml:space="preserve"> là một điểm thuộc miền trong của tam giác </w:t>
      </w:r>
      <w:r w:rsidRPr="00E6740F">
        <w:rPr>
          <w:position w:val="-6"/>
        </w:rPr>
        <w:object w:dxaOrig="520" w:dyaOrig="279" w14:anchorId="24DAD09C">
          <v:shape id="_x0000_i2624" type="#_x0000_t75" style="width:25.8pt;height:13.8pt" o:ole="">
            <v:imagedata r:id="rId3105" o:title=""/>
          </v:shape>
          <o:OLEObject Type="Embed" ProgID="Equation.DSMT4" ShapeID="_x0000_i2624" DrawAspect="Content" ObjectID="_1699919360" r:id="rId3106"/>
        </w:object>
      </w:r>
      <w:r w:rsidRPr="00E6740F">
        <w:rPr>
          <w:rFonts w:cs="Times New Roman"/>
        </w:rPr>
        <w:t xml:space="preserve"> (như hình vẽ dưới). Giao điểm của đường thẳng </w:t>
      </w:r>
      <w:r w:rsidRPr="00E6740F">
        <w:rPr>
          <w:position w:val="-4"/>
        </w:rPr>
        <w:object w:dxaOrig="460" w:dyaOrig="260" w14:anchorId="7981C4D0">
          <v:shape id="_x0000_i2625" type="#_x0000_t75" style="width:22.8pt;height:13.2pt" o:ole="">
            <v:imagedata r:id="rId3107" o:title=""/>
          </v:shape>
          <o:OLEObject Type="Embed" ProgID="Equation.DSMT4" ShapeID="_x0000_i2625" DrawAspect="Content" ObjectID="_1699919361" r:id="rId3108"/>
        </w:object>
      </w:r>
      <w:r w:rsidRPr="00E6740F">
        <w:rPr>
          <w:rFonts w:cs="Times New Roman"/>
        </w:rPr>
        <w:t xml:space="preserve"> và mặt phẳng </w:t>
      </w:r>
      <w:r w:rsidRPr="00E6740F">
        <w:rPr>
          <w:position w:val="-10"/>
        </w:rPr>
        <w:object w:dxaOrig="660" w:dyaOrig="320" w14:anchorId="02685F18">
          <v:shape id="_x0000_i2626" type="#_x0000_t75" style="width:33pt;height:16.2pt" o:ole="">
            <v:imagedata r:id="rId3109" o:title=""/>
          </v:shape>
          <o:OLEObject Type="Embed" ProgID="Equation.DSMT4" ShapeID="_x0000_i2626" DrawAspect="Content" ObjectID="_1699919362" r:id="rId3110"/>
        </w:object>
      </w:r>
      <w:r w:rsidRPr="00E6740F">
        <w:rPr>
          <w:rFonts w:cs="Times New Roman"/>
        </w:rPr>
        <w:t xml:space="preserve"> là</w:t>
      </w:r>
    </w:p>
    <w:p w14:paraId="136AF312"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rPr>
        <w:t xml:space="preserve">Điểm </w:t>
      </w:r>
      <w:r w:rsidRPr="00E6740F">
        <w:rPr>
          <w:rFonts w:cs="Times New Roman"/>
          <w:position w:val="-6"/>
        </w:rPr>
        <w:object w:dxaOrig="279" w:dyaOrig="279" w14:anchorId="7914D530">
          <v:shape id="_x0000_i2627" type="#_x0000_t75" style="width:13.8pt;height:13.8pt" o:ole="">
            <v:imagedata r:id="rId3111" o:title=""/>
          </v:shape>
          <o:OLEObject Type="Embed" ProgID="Equation.DSMT4" ShapeID="_x0000_i2627" DrawAspect="Content" ObjectID="_1699919363" r:id="rId3112"/>
        </w:object>
      </w:r>
      <w:r w:rsidRPr="00E6740F">
        <w:rPr>
          <w:rFonts w:cs="Times New Roman"/>
        </w:rPr>
        <w:t xml:space="preserve">, với </w:t>
      </w:r>
      <w:r w:rsidRPr="00E6740F">
        <w:rPr>
          <w:rFonts w:cs="Times New Roman"/>
          <w:position w:val="-6"/>
        </w:rPr>
        <w:object w:dxaOrig="279" w:dyaOrig="279" w14:anchorId="2F43787E">
          <v:shape id="_x0000_i2628" type="#_x0000_t75" style="width:13.8pt;height:13.8pt" o:ole="">
            <v:imagedata r:id="rId3113" o:title=""/>
          </v:shape>
          <o:OLEObject Type="Embed" ProgID="Equation.DSMT4" ShapeID="_x0000_i2628" DrawAspect="Content" ObjectID="_1699919364" r:id="rId3114"/>
        </w:object>
      </w:r>
      <w:r w:rsidRPr="00E6740F">
        <w:rPr>
          <w:rFonts w:cs="Times New Roman"/>
        </w:rPr>
        <w:t xml:space="preserve"> là giao điểm của </w:t>
      </w:r>
      <w:r w:rsidRPr="00E6740F">
        <w:rPr>
          <w:rFonts w:cs="Times New Roman"/>
          <w:position w:val="-4"/>
        </w:rPr>
        <w:object w:dxaOrig="460" w:dyaOrig="260" w14:anchorId="4A725376">
          <v:shape id="_x0000_i2629" type="#_x0000_t75" style="width:22.8pt;height:13.2pt" o:ole="">
            <v:imagedata r:id="rId3115" o:title=""/>
          </v:shape>
          <o:OLEObject Type="Embed" ProgID="Equation.DSMT4" ShapeID="_x0000_i2629" DrawAspect="Content" ObjectID="_1699919365" r:id="rId3116"/>
        </w:object>
      </w:r>
      <w:r w:rsidRPr="00E6740F">
        <w:rPr>
          <w:rFonts w:cs="Times New Roman"/>
        </w:rPr>
        <w:t xml:space="preserve"> và </w:t>
      </w:r>
      <w:r w:rsidRPr="00E6740F">
        <w:rPr>
          <w:rFonts w:cs="Times New Roman"/>
          <w:position w:val="-6"/>
        </w:rPr>
        <w:object w:dxaOrig="360" w:dyaOrig="279" w14:anchorId="1EF8BFF8">
          <v:shape id="_x0000_i2630" type="#_x0000_t75" style="width:18pt;height:13.8pt" o:ole="">
            <v:imagedata r:id="rId3117" o:title=""/>
          </v:shape>
          <o:OLEObject Type="Embed" ProgID="Equation.DSMT4" ShapeID="_x0000_i2630" DrawAspect="Content" ObjectID="_1699919366" r:id="rId3118"/>
        </w:object>
      </w:r>
      <w:r w:rsidRPr="00E6740F">
        <w:rPr>
          <w:rFonts w:cs="Times New Roman"/>
        </w:rPr>
        <w:t>.</w:t>
      </w:r>
    </w:p>
    <w:p w14:paraId="08FBA91F"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B. </w:t>
      </w:r>
      <w:r w:rsidRPr="00E6740F">
        <w:rPr>
          <w:rFonts w:cs="Times New Roman"/>
        </w:rPr>
        <w:t xml:space="preserve">Điểm </w:t>
      </w:r>
      <w:r w:rsidRPr="00E6740F">
        <w:rPr>
          <w:rFonts w:cs="Times New Roman"/>
          <w:position w:val="-4"/>
        </w:rPr>
        <w:object w:dxaOrig="279" w:dyaOrig="260" w14:anchorId="47E9485D">
          <v:shape id="_x0000_i2631" type="#_x0000_t75" style="width:13.8pt;height:13.2pt" o:ole="">
            <v:imagedata r:id="rId3119" o:title=""/>
          </v:shape>
          <o:OLEObject Type="Embed" ProgID="Equation.DSMT4" ShapeID="_x0000_i2631" DrawAspect="Content" ObjectID="_1699919367" r:id="rId3120"/>
        </w:object>
      </w:r>
      <w:r w:rsidRPr="00E6740F">
        <w:rPr>
          <w:rFonts w:cs="Times New Roman"/>
        </w:rPr>
        <w:t xml:space="preserve">, với </w:t>
      </w:r>
      <w:r w:rsidRPr="00E6740F">
        <w:rPr>
          <w:rFonts w:cs="Times New Roman"/>
          <w:position w:val="-4"/>
        </w:rPr>
        <w:object w:dxaOrig="279" w:dyaOrig="260" w14:anchorId="5B89E542">
          <v:shape id="_x0000_i2632" type="#_x0000_t75" style="width:13.8pt;height:13.2pt" o:ole="">
            <v:imagedata r:id="rId3121" o:title=""/>
          </v:shape>
          <o:OLEObject Type="Embed" ProgID="Equation.DSMT4" ShapeID="_x0000_i2632" DrawAspect="Content" ObjectID="_1699919368" r:id="rId3122"/>
        </w:object>
      </w:r>
      <w:r w:rsidRPr="00E6740F">
        <w:rPr>
          <w:rFonts w:cs="Times New Roman"/>
        </w:rPr>
        <w:t xml:space="preserve"> là giao điểm của </w:t>
      </w:r>
      <w:r w:rsidRPr="00E6740F">
        <w:rPr>
          <w:rFonts w:cs="Times New Roman"/>
          <w:position w:val="-4"/>
        </w:rPr>
        <w:object w:dxaOrig="460" w:dyaOrig="260" w14:anchorId="542D0E22">
          <v:shape id="_x0000_i2633" type="#_x0000_t75" style="width:22.8pt;height:13.2pt" o:ole="">
            <v:imagedata r:id="rId3123" o:title=""/>
          </v:shape>
          <o:OLEObject Type="Embed" ProgID="Equation.DSMT4" ShapeID="_x0000_i2633" DrawAspect="Content" ObjectID="_1699919369" r:id="rId3124"/>
        </w:object>
      </w:r>
      <w:r w:rsidRPr="00E6740F">
        <w:rPr>
          <w:rFonts w:cs="Times New Roman"/>
        </w:rPr>
        <w:t xml:space="preserve"> và </w:t>
      </w:r>
      <w:r w:rsidRPr="00E6740F">
        <w:rPr>
          <w:rFonts w:cs="Times New Roman"/>
          <w:position w:val="-4"/>
        </w:rPr>
        <w:object w:dxaOrig="400" w:dyaOrig="260" w14:anchorId="5F84238A">
          <v:shape id="_x0000_i2634" type="#_x0000_t75" style="width:19.8pt;height:13.2pt" o:ole="">
            <v:imagedata r:id="rId3125" o:title=""/>
          </v:shape>
          <o:OLEObject Type="Embed" ProgID="Equation.DSMT4" ShapeID="_x0000_i2634" DrawAspect="Content" ObjectID="_1699919370" r:id="rId3126"/>
        </w:object>
      </w:r>
      <w:r w:rsidRPr="00E6740F">
        <w:rPr>
          <w:rFonts w:cs="Times New Roman"/>
        </w:rPr>
        <w:t>.</w:t>
      </w:r>
    </w:p>
    <w:p w14:paraId="3993CADA"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C. </w:t>
      </w:r>
      <w:r w:rsidRPr="00E6740F">
        <w:rPr>
          <w:rFonts w:cs="Times New Roman"/>
        </w:rPr>
        <w:t xml:space="preserve">Điểm </w:t>
      </w:r>
      <w:r w:rsidRPr="00E6740F">
        <w:rPr>
          <w:rFonts w:cs="Times New Roman"/>
          <w:position w:val="-4"/>
        </w:rPr>
        <w:object w:dxaOrig="260" w:dyaOrig="260" w14:anchorId="6B544244">
          <v:shape id="_x0000_i2635" type="#_x0000_t75" style="width:13.2pt;height:13.2pt" o:ole="">
            <v:imagedata r:id="rId3127" o:title=""/>
          </v:shape>
          <o:OLEObject Type="Embed" ProgID="Equation.DSMT4" ShapeID="_x0000_i2635" DrawAspect="Content" ObjectID="_1699919371" r:id="rId3128"/>
        </w:object>
      </w:r>
      <w:r w:rsidRPr="00E6740F">
        <w:rPr>
          <w:rFonts w:cs="Times New Roman"/>
        </w:rPr>
        <w:t xml:space="preserve">, với </w:t>
      </w:r>
      <w:r w:rsidRPr="00E6740F">
        <w:rPr>
          <w:rFonts w:cs="Times New Roman"/>
          <w:position w:val="-4"/>
        </w:rPr>
        <w:object w:dxaOrig="260" w:dyaOrig="260" w14:anchorId="1A7F2271">
          <v:shape id="_x0000_i2636" type="#_x0000_t75" style="width:13.2pt;height:13.2pt" o:ole="">
            <v:imagedata r:id="rId3129" o:title=""/>
          </v:shape>
          <o:OLEObject Type="Embed" ProgID="Equation.DSMT4" ShapeID="_x0000_i2636" DrawAspect="Content" ObjectID="_1699919372" r:id="rId3130"/>
        </w:object>
      </w:r>
      <w:r w:rsidRPr="00E6740F">
        <w:rPr>
          <w:rFonts w:cs="Times New Roman"/>
        </w:rPr>
        <w:t xml:space="preserve"> là giao điểm của </w:t>
      </w:r>
      <w:r w:rsidRPr="00E6740F">
        <w:rPr>
          <w:rFonts w:cs="Times New Roman"/>
          <w:position w:val="-4"/>
        </w:rPr>
        <w:object w:dxaOrig="460" w:dyaOrig="260" w14:anchorId="1A5906B8">
          <v:shape id="_x0000_i2637" type="#_x0000_t75" style="width:22.8pt;height:13.2pt" o:ole="">
            <v:imagedata r:id="rId3131" o:title=""/>
          </v:shape>
          <o:OLEObject Type="Embed" ProgID="Equation.DSMT4" ShapeID="_x0000_i2637" DrawAspect="Content" ObjectID="_1699919373" r:id="rId3132"/>
        </w:object>
      </w:r>
      <w:r w:rsidRPr="00E6740F">
        <w:rPr>
          <w:rFonts w:cs="Times New Roman"/>
        </w:rPr>
        <w:t xml:space="preserve"> và </w:t>
      </w:r>
      <w:r w:rsidRPr="00E6740F">
        <w:rPr>
          <w:rFonts w:cs="Times New Roman"/>
          <w:position w:val="-6"/>
        </w:rPr>
        <w:object w:dxaOrig="340" w:dyaOrig="279" w14:anchorId="64638720">
          <v:shape id="_x0000_i2638" type="#_x0000_t75" style="width:16.8pt;height:13.8pt" o:ole="">
            <v:imagedata r:id="rId3133" o:title=""/>
          </v:shape>
          <o:OLEObject Type="Embed" ProgID="Equation.DSMT4" ShapeID="_x0000_i2638" DrawAspect="Content" ObjectID="_1699919374" r:id="rId3134"/>
        </w:object>
      </w:r>
      <w:r w:rsidRPr="00E6740F">
        <w:rPr>
          <w:rFonts w:cs="Times New Roman"/>
        </w:rPr>
        <w:t>.</w:t>
      </w:r>
    </w:p>
    <w:p w14:paraId="75D9D6B2"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D. </w:t>
      </w:r>
      <w:r w:rsidRPr="00E6740F">
        <w:rPr>
          <w:rFonts w:cs="Times New Roman"/>
        </w:rPr>
        <w:t xml:space="preserve">Điểm </w:t>
      </w:r>
      <w:r w:rsidRPr="00E6740F">
        <w:rPr>
          <w:rFonts w:cs="Times New Roman"/>
          <w:position w:val="-4"/>
        </w:rPr>
        <w:object w:dxaOrig="320" w:dyaOrig="260" w14:anchorId="5943BF00">
          <v:shape id="_x0000_i2639" type="#_x0000_t75" style="width:16.2pt;height:13.2pt" o:ole="">
            <v:imagedata r:id="rId3135" o:title=""/>
          </v:shape>
          <o:OLEObject Type="Embed" ProgID="Equation.DSMT4" ShapeID="_x0000_i2639" DrawAspect="Content" ObjectID="_1699919375" r:id="rId3136"/>
        </w:object>
      </w:r>
      <w:r w:rsidRPr="00E6740F">
        <w:rPr>
          <w:rFonts w:cs="Times New Roman"/>
        </w:rPr>
        <w:t>.</w:t>
      </w:r>
    </w:p>
    <w:p w14:paraId="410E7222"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11:</w:t>
      </w:r>
      <w:r w:rsidRPr="00E6740F">
        <w:rPr>
          <w:rFonts w:cs="Times New Roman"/>
          <w:b/>
          <w:color w:val="0000FF"/>
        </w:rPr>
        <w:tab/>
      </w:r>
      <w:r w:rsidRPr="00E6740F">
        <w:rPr>
          <w:rFonts w:cs="Times New Roman"/>
        </w:rPr>
        <w:t>Trong các hàm số sau, hàm số nào là hàm số chẵn?</w:t>
      </w:r>
    </w:p>
    <w:p w14:paraId="623D6BC6"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10"/>
        </w:rPr>
        <w:object w:dxaOrig="900" w:dyaOrig="320" w14:anchorId="17033DD1">
          <v:shape id="_x0000_i2640" type="#_x0000_t75" style="width:45pt;height:16.2pt" o:ole="">
            <v:imagedata r:id="rId3137" o:title=""/>
          </v:shape>
          <o:OLEObject Type="Embed" ProgID="Equation.DSMT4" ShapeID="_x0000_i2640" DrawAspect="Content" ObjectID="_1699919376" r:id="rId3138"/>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10"/>
        </w:rPr>
        <w:object w:dxaOrig="920" w:dyaOrig="300" w14:anchorId="72673418">
          <v:shape id="_x0000_i2641" type="#_x0000_t75" style="width:46.2pt;height:15pt" o:ole="">
            <v:imagedata r:id="rId3139" o:title=""/>
          </v:shape>
          <o:OLEObject Type="Embed" ProgID="Equation.DSMT4" ShapeID="_x0000_i2641" DrawAspect="Content" ObjectID="_1699919377" r:id="rId3140"/>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10"/>
        </w:rPr>
        <w:object w:dxaOrig="920" w:dyaOrig="260" w14:anchorId="7C466D42">
          <v:shape id="_x0000_i2642" type="#_x0000_t75" style="width:46.2pt;height:13.2pt" o:ole="">
            <v:imagedata r:id="rId3141" o:title=""/>
          </v:shape>
          <o:OLEObject Type="Embed" ProgID="Equation.DSMT4" ShapeID="_x0000_i2642" DrawAspect="Content" ObjectID="_1699919378" r:id="rId3142"/>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10"/>
        </w:rPr>
        <w:object w:dxaOrig="900" w:dyaOrig="300" w14:anchorId="34DA7696">
          <v:shape id="_x0000_i2643" type="#_x0000_t75" style="width:45pt;height:15pt" o:ole="">
            <v:imagedata r:id="rId3143" o:title=""/>
          </v:shape>
          <o:OLEObject Type="Embed" ProgID="Equation.DSMT4" ShapeID="_x0000_i2643" DrawAspect="Content" ObjectID="_1699919379" r:id="rId3144"/>
        </w:object>
      </w:r>
      <w:r w:rsidRPr="00E6740F">
        <w:rPr>
          <w:rFonts w:cs="Times New Roman"/>
        </w:rPr>
        <w:t>.</w:t>
      </w:r>
    </w:p>
    <w:p w14:paraId="695C7A92"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12:</w:t>
      </w:r>
      <w:r w:rsidRPr="00E6740F">
        <w:rPr>
          <w:rFonts w:cs="Times New Roman"/>
          <w:b/>
          <w:color w:val="0000FF"/>
        </w:rPr>
        <w:tab/>
      </w:r>
      <w:r w:rsidRPr="00E6740F">
        <w:rPr>
          <w:rFonts w:cs="Times New Roman"/>
        </w:rPr>
        <w:t>Khẳng định nào sau đây đúng?</w:t>
      </w:r>
    </w:p>
    <w:p w14:paraId="1BD7259B"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rPr>
        <w:t>Qua 3 điểm phân biệt xác định được duy nhất một mặt phẳng.</w:t>
      </w:r>
    </w:p>
    <w:p w14:paraId="27CA7ABC"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B. </w:t>
      </w:r>
      <w:r w:rsidRPr="00E6740F">
        <w:rPr>
          <w:rFonts w:cs="Times New Roman"/>
        </w:rPr>
        <w:t>Qua 1 điểm và 1 đường thẳng xác định được duy nhất một mặt phẳng.</w:t>
      </w:r>
    </w:p>
    <w:p w14:paraId="1DD34675"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lastRenderedPageBreak/>
        <w:t xml:space="preserve">C. </w:t>
      </w:r>
      <w:r w:rsidRPr="00E6740F">
        <w:rPr>
          <w:rFonts w:cs="Times New Roman"/>
        </w:rPr>
        <w:t>Qua 2 đường thẳng cắt nhau xác định được duy nhất một mặt phẳng.</w:t>
      </w:r>
    </w:p>
    <w:p w14:paraId="4D42A6E8"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D. </w:t>
      </w:r>
      <w:r w:rsidRPr="00E6740F">
        <w:rPr>
          <w:rFonts w:cs="Times New Roman"/>
        </w:rPr>
        <w:t>Qua 4 điểm phân biệt xác định được duy nhất một mặt phẳng.</w:t>
      </w:r>
    </w:p>
    <w:p w14:paraId="1109F929"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13:</w:t>
      </w:r>
      <w:r w:rsidRPr="00E6740F">
        <w:rPr>
          <w:rFonts w:cs="Times New Roman"/>
          <w:b/>
          <w:color w:val="0000FF"/>
        </w:rPr>
        <w:tab/>
      </w:r>
      <w:r w:rsidRPr="00E6740F">
        <w:rPr>
          <w:rFonts w:cs="Times New Roman"/>
        </w:rPr>
        <w:t xml:space="preserve">Gieo một con súc sắc cân đối và đồng chất hai lần. Biến cố </w:t>
      </w:r>
      <w:r w:rsidRPr="00E6740F">
        <w:rPr>
          <w:position w:val="-4"/>
        </w:rPr>
        <w:object w:dxaOrig="240" w:dyaOrig="260" w14:anchorId="3C042AD7">
          <v:shape id="_x0000_i2644" type="#_x0000_t75" style="width:12pt;height:13.2pt" o:ole="">
            <v:imagedata r:id="rId3145" o:title=""/>
          </v:shape>
          <o:OLEObject Type="Embed" ProgID="Equation.DSMT4" ShapeID="_x0000_i2644" DrawAspect="Content" ObjectID="_1699919380" r:id="rId3146"/>
        </w:object>
      </w:r>
      <w:r w:rsidRPr="00E6740F">
        <w:rPr>
          <w:rFonts w:cs="Times New Roman"/>
        </w:rPr>
        <w:t xml:space="preserve"> là biến cố để sau hai lần gieo có ít nhất một mặt 6 chấm</w:t>
      </w:r>
    </w:p>
    <w:p w14:paraId="46A85C6E"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10"/>
        </w:rPr>
        <w:object w:dxaOrig="3379" w:dyaOrig="320" w14:anchorId="06EC457D">
          <v:shape id="_x0000_i2645" type="#_x0000_t75" style="width:169.2pt;height:16.2pt" o:ole="">
            <v:imagedata r:id="rId3147" o:title=""/>
          </v:shape>
          <o:OLEObject Type="Embed" ProgID="Equation.DSMT4" ShapeID="_x0000_i2645" DrawAspect="Content" ObjectID="_1699919381" r:id="rId3148"/>
        </w:object>
      </w:r>
      <w:r w:rsidRPr="00E6740F">
        <w:rPr>
          <w:rFonts w:cs="Times New Roman"/>
        </w:rPr>
        <w:t>.</w:t>
      </w:r>
    </w:p>
    <w:p w14:paraId="43EECD30"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B. </w:t>
      </w:r>
      <w:r w:rsidRPr="00E6740F">
        <w:rPr>
          <w:rFonts w:cs="Times New Roman"/>
          <w:position w:val="-10"/>
        </w:rPr>
        <w:object w:dxaOrig="3960" w:dyaOrig="320" w14:anchorId="3132758C">
          <v:shape id="_x0000_i2646" type="#_x0000_t75" style="width:198pt;height:16.2pt" o:ole="">
            <v:imagedata r:id="rId3149" o:title=""/>
          </v:shape>
          <o:OLEObject Type="Embed" ProgID="Equation.DSMT4" ShapeID="_x0000_i2646" DrawAspect="Content" ObjectID="_1699919382" r:id="rId3150"/>
        </w:object>
      </w:r>
      <w:r w:rsidRPr="00E6740F">
        <w:rPr>
          <w:rFonts w:cs="Times New Roman"/>
        </w:rPr>
        <w:t>.</w:t>
      </w:r>
    </w:p>
    <w:p w14:paraId="3B42937D"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C. </w:t>
      </w:r>
      <w:r w:rsidRPr="00E6740F">
        <w:rPr>
          <w:rFonts w:cs="Times New Roman"/>
          <w:position w:val="-10"/>
        </w:rPr>
        <w:object w:dxaOrig="6740" w:dyaOrig="320" w14:anchorId="77D44AFB">
          <v:shape id="_x0000_i2647" type="#_x0000_t75" style="width:337.2pt;height:16.2pt" o:ole="">
            <v:imagedata r:id="rId3151" o:title=""/>
          </v:shape>
          <o:OLEObject Type="Embed" ProgID="Equation.DSMT4" ShapeID="_x0000_i2647" DrawAspect="Content" ObjectID="_1699919383" r:id="rId3152"/>
        </w:object>
      </w:r>
      <w:r w:rsidRPr="00E6740F">
        <w:rPr>
          <w:rFonts w:cs="Times New Roman"/>
        </w:rPr>
        <w:t>.</w:t>
      </w:r>
    </w:p>
    <w:p w14:paraId="0420EF37"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D. </w:t>
      </w:r>
      <w:r w:rsidRPr="00E6740F">
        <w:rPr>
          <w:rFonts w:cs="Times New Roman"/>
          <w:position w:val="-10"/>
        </w:rPr>
        <w:object w:dxaOrig="3379" w:dyaOrig="320" w14:anchorId="264D7832">
          <v:shape id="_x0000_i2648" type="#_x0000_t75" style="width:169.2pt;height:16.2pt" o:ole="">
            <v:imagedata r:id="rId3153" o:title=""/>
          </v:shape>
          <o:OLEObject Type="Embed" ProgID="Equation.DSMT4" ShapeID="_x0000_i2648" DrawAspect="Content" ObjectID="_1699919384" r:id="rId3154"/>
        </w:object>
      </w:r>
      <w:r w:rsidRPr="00E6740F">
        <w:rPr>
          <w:rFonts w:cs="Times New Roman"/>
        </w:rPr>
        <w:t>.</w:t>
      </w:r>
    </w:p>
    <w:p w14:paraId="7E85CB6C"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14:</w:t>
      </w:r>
      <w:r w:rsidRPr="00E6740F">
        <w:rPr>
          <w:rFonts w:cs="Times New Roman"/>
          <w:b/>
          <w:color w:val="0000FF"/>
        </w:rPr>
        <w:tab/>
      </w:r>
      <w:r w:rsidRPr="00E6740F">
        <w:rPr>
          <w:rFonts w:cs="Times New Roman"/>
        </w:rPr>
        <w:t xml:space="preserve">Cho hai đường thẳng song song </w:t>
      </w:r>
      <w:r w:rsidRPr="00E6740F">
        <w:rPr>
          <w:position w:val="-6"/>
        </w:rPr>
        <w:object w:dxaOrig="200" w:dyaOrig="220" w14:anchorId="0508D721">
          <v:shape id="_x0000_i2649" type="#_x0000_t75" style="width:10.2pt;height:10.8pt" o:ole="">
            <v:imagedata r:id="rId3155" o:title=""/>
          </v:shape>
          <o:OLEObject Type="Embed" ProgID="Equation.DSMT4" ShapeID="_x0000_i2649" DrawAspect="Content" ObjectID="_1699919385" r:id="rId3156"/>
        </w:object>
      </w:r>
      <w:r w:rsidRPr="00E6740F">
        <w:rPr>
          <w:rFonts w:cs="Times New Roman"/>
        </w:rPr>
        <w:t xml:space="preserve"> và </w:t>
      </w:r>
      <w:r w:rsidRPr="00E6740F">
        <w:rPr>
          <w:position w:val="-6"/>
        </w:rPr>
        <w:object w:dxaOrig="200" w:dyaOrig="279" w14:anchorId="3F31D2F9">
          <v:shape id="_x0000_i2650" type="#_x0000_t75" style="width:10.2pt;height:13.8pt" o:ole="">
            <v:imagedata r:id="rId3157" o:title=""/>
          </v:shape>
          <o:OLEObject Type="Embed" ProgID="Equation.DSMT4" ShapeID="_x0000_i2650" DrawAspect="Content" ObjectID="_1699919386" r:id="rId3158"/>
        </w:object>
      </w:r>
      <w:r w:rsidRPr="00E6740F">
        <w:rPr>
          <w:rFonts w:cs="Times New Roman"/>
        </w:rPr>
        <w:t xml:space="preserve">. Có bao nhiêu mặt phẳng chứa </w:t>
      </w:r>
      <w:r w:rsidRPr="00E6740F">
        <w:rPr>
          <w:position w:val="-6"/>
        </w:rPr>
        <w:object w:dxaOrig="200" w:dyaOrig="220" w14:anchorId="757766F5">
          <v:shape id="_x0000_i2651" type="#_x0000_t75" style="width:10.2pt;height:10.8pt" o:ole="">
            <v:imagedata r:id="rId3159" o:title=""/>
          </v:shape>
          <o:OLEObject Type="Embed" ProgID="Equation.DSMT4" ShapeID="_x0000_i2651" DrawAspect="Content" ObjectID="_1699919387" r:id="rId3160"/>
        </w:object>
      </w:r>
      <w:r w:rsidRPr="00E6740F">
        <w:rPr>
          <w:rFonts w:cs="Times New Roman"/>
        </w:rPr>
        <w:t xml:space="preserve"> và song song với </w:t>
      </w:r>
      <w:r w:rsidRPr="00E6740F">
        <w:rPr>
          <w:position w:val="-6"/>
        </w:rPr>
        <w:object w:dxaOrig="200" w:dyaOrig="279" w14:anchorId="00B5B04E">
          <v:shape id="_x0000_i2652" type="#_x0000_t75" style="width:10.2pt;height:13.8pt" o:ole="">
            <v:imagedata r:id="rId3161" o:title=""/>
          </v:shape>
          <o:OLEObject Type="Embed" ProgID="Equation.DSMT4" ShapeID="_x0000_i2652" DrawAspect="Content" ObjectID="_1699919388" r:id="rId3162"/>
        </w:object>
      </w:r>
      <w:r w:rsidRPr="00E6740F">
        <w:rPr>
          <w:rFonts w:cs="Times New Roman"/>
        </w:rPr>
        <w:t>?</w:t>
      </w:r>
    </w:p>
    <w:p w14:paraId="6DD9E225"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rPr>
        <w:t>0.</w:t>
      </w:r>
      <w:r w:rsidRPr="00E6740F">
        <w:rPr>
          <w:rFonts w:cs="Times New Roman"/>
        </w:rPr>
        <w:tab/>
      </w:r>
      <w:r w:rsidRPr="00E6740F">
        <w:rPr>
          <w:rFonts w:cs="Times New Roman"/>
          <w:b/>
          <w:color w:val="0000FF"/>
        </w:rPr>
        <w:t xml:space="preserve">B. </w:t>
      </w:r>
      <w:r w:rsidRPr="00E6740F">
        <w:rPr>
          <w:rFonts w:cs="Times New Roman"/>
        </w:rPr>
        <w:t>1.</w:t>
      </w:r>
      <w:r w:rsidRPr="00E6740F">
        <w:rPr>
          <w:rFonts w:cs="Times New Roman"/>
        </w:rPr>
        <w:tab/>
      </w:r>
      <w:r w:rsidRPr="00E6740F">
        <w:rPr>
          <w:rFonts w:cs="Times New Roman"/>
          <w:b/>
          <w:color w:val="0000FF"/>
        </w:rPr>
        <w:t xml:space="preserve">C. </w:t>
      </w:r>
      <w:r w:rsidRPr="00E6740F">
        <w:rPr>
          <w:rFonts w:cs="Times New Roman"/>
        </w:rPr>
        <w:t>2.</w:t>
      </w:r>
      <w:r w:rsidRPr="00E6740F">
        <w:rPr>
          <w:rFonts w:cs="Times New Roman"/>
        </w:rPr>
        <w:tab/>
      </w:r>
      <w:r w:rsidRPr="00E6740F">
        <w:rPr>
          <w:rFonts w:cs="Times New Roman"/>
          <w:b/>
          <w:color w:val="0000FF"/>
        </w:rPr>
        <w:t xml:space="preserve">D. </w:t>
      </w:r>
      <w:r w:rsidRPr="00E6740F">
        <w:rPr>
          <w:rFonts w:cs="Times New Roman"/>
        </w:rPr>
        <w:t>Vô số.</w:t>
      </w:r>
    </w:p>
    <w:p w14:paraId="5AC5A5A4"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15:</w:t>
      </w:r>
      <w:r w:rsidRPr="00E6740F">
        <w:rPr>
          <w:rFonts w:cs="Times New Roman"/>
          <w:b/>
          <w:color w:val="0000FF"/>
        </w:rPr>
        <w:tab/>
      </w:r>
      <w:r w:rsidRPr="00E6740F">
        <w:rPr>
          <w:rFonts w:cs="Times New Roman"/>
        </w:rPr>
        <w:t>Tìm mệnh đề sai trong các mệnh đề sau</w:t>
      </w:r>
    </w:p>
    <w:p w14:paraId="6B707CB0"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rPr>
        <w:t>Phép tịnh tiến bảo toàn khoảng cách giữa hai điểm bất kì.</w:t>
      </w:r>
    </w:p>
    <w:p w14:paraId="556C4C4B"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B. </w:t>
      </w:r>
      <w:r w:rsidRPr="00E6740F">
        <w:rPr>
          <w:rFonts w:cs="Times New Roman"/>
        </w:rPr>
        <w:t>Phép tịnh tiến biến ba điểm thẳng hàng thành ba điểm thẳng hàng.</w:t>
      </w:r>
    </w:p>
    <w:p w14:paraId="36B7C9DD"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C. </w:t>
      </w:r>
      <w:r w:rsidRPr="00E6740F">
        <w:rPr>
          <w:rFonts w:cs="Times New Roman"/>
        </w:rPr>
        <w:t>Phép tịnh tiến biến tam giác thành tam giác bằng tam giác đã cho.</w:t>
      </w:r>
    </w:p>
    <w:p w14:paraId="43C7FD59"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D. </w:t>
      </w:r>
      <w:r w:rsidRPr="00E6740F">
        <w:rPr>
          <w:rFonts w:cs="Times New Roman"/>
        </w:rPr>
        <w:t>Phép tịnh tiến biến đường thẳng thành đường thẳng song song với đường thẳng đã cho.</w:t>
      </w:r>
    </w:p>
    <w:p w14:paraId="6A4F25E8"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16:</w:t>
      </w:r>
      <w:r w:rsidRPr="00E6740F">
        <w:rPr>
          <w:rFonts w:cs="Times New Roman"/>
          <w:b/>
          <w:color w:val="0000FF"/>
        </w:rPr>
        <w:tab/>
      </w:r>
      <w:r w:rsidRPr="00E6740F">
        <w:rPr>
          <w:rFonts w:cs="Times New Roman"/>
        </w:rPr>
        <w:t xml:space="preserve">Phương trình </w:t>
      </w:r>
      <w:r w:rsidRPr="00E6740F">
        <w:rPr>
          <w:position w:val="-28"/>
        </w:rPr>
        <w:object w:dxaOrig="1540" w:dyaOrig="680" w14:anchorId="55395802">
          <v:shape id="_x0000_i2653" type="#_x0000_t75" style="width:76.8pt;height:34.2pt" o:ole="">
            <v:imagedata r:id="rId3163" o:title=""/>
          </v:shape>
          <o:OLEObject Type="Embed" ProgID="Equation.DSMT4" ShapeID="_x0000_i2653" DrawAspect="Content" ObjectID="_1699919389" r:id="rId3164"/>
        </w:object>
      </w:r>
      <w:r w:rsidRPr="00E6740F">
        <w:rPr>
          <w:rFonts w:cs="Times New Roman"/>
        </w:rPr>
        <w:t xml:space="preserve"> có nghiệm là</w:t>
      </w:r>
    </w:p>
    <w:p w14:paraId="796E28AB"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4"/>
        </w:rPr>
        <w:object w:dxaOrig="2180" w:dyaOrig="620" w14:anchorId="13F21CFF">
          <v:shape id="_x0000_i2654" type="#_x0000_t75" style="width:109.2pt;height:31.2pt" o:ole="">
            <v:imagedata r:id="rId3165" o:title=""/>
          </v:shape>
          <o:OLEObject Type="Embed" ProgID="Equation.DSMT4" ShapeID="_x0000_i2654" DrawAspect="Content" ObjectID="_1699919390" r:id="rId3166"/>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4"/>
        </w:rPr>
        <w:object w:dxaOrig="2060" w:dyaOrig="620" w14:anchorId="4A4F2087">
          <v:shape id="_x0000_i2655" type="#_x0000_t75" style="width:103.2pt;height:31.2pt" o:ole="">
            <v:imagedata r:id="rId3167" o:title=""/>
          </v:shape>
          <o:OLEObject Type="Embed" ProgID="Equation.DSMT4" ShapeID="_x0000_i2655" DrawAspect="Content" ObjectID="_1699919391" r:id="rId3168"/>
        </w:object>
      </w:r>
      <w:r w:rsidRPr="00E6740F">
        <w:rPr>
          <w:rFonts w:cs="Times New Roman"/>
        </w:rPr>
        <w:t>.</w:t>
      </w:r>
    </w:p>
    <w:p w14:paraId="121B1DD6"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C. </w:t>
      </w:r>
      <w:r w:rsidRPr="00E6740F">
        <w:rPr>
          <w:rFonts w:cs="Times New Roman"/>
          <w:position w:val="-24"/>
        </w:rPr>
        <w:object w:dxaOrig="2040" w:dyaOrig="620" w14:anchorId="589FB63B">
          <v:shape id="_x0000_i2656" type="#_x0000_t75" style="width:102pt;height:31.2pt" o:ole="">
            <v:imagedata r:id="rId3169" o:title=""/>
          </v:shape>
          <o:OLEObject Type="Embed" ProgID="Equation.DSMT4" ShapeID="_x0000_i2656" DrawAspect="Content" ObjectID="_1699919392" r:id="rId3170"/>
        </w:object>
      </w:r>
      <w:r w:rsidRPr="00E6740F">
        <w:rPr>
          <w:rFonts w:cs="Times New Roman"/>
        </w:rPr>
        <w:t>.</w:t>
      </w:r>
      <w:r w:rsidRPr="00E6740F">
        <w:rPr>
          <w:rFonts w:cs="Times New Roman"/>
        </w:rPr>
        <w:tab/>
      </w:r>
      <w:r>
        <w:rPr>
          <w:rFonts w:cs="Times New Roman"/>
        </w:rPr>
        <w:tab/>
      </w:r>
      <w:r w:rsidRPr="00E6740F">
        <w:rPr>
          <w:rFonts w:cs="Times New Roman"/>
          <w:b/>
          <w:color w:val="0000FF"/>
        </w:rPr>
        <w:t xml:space="preserve">D. </w:t>
      </w:r>
      <w:r w:rsidRPr="00E6740F">
        <w:rPr>
          <w:rFonts w:cs="Times New Roman"/>
          <w:position w:val="-24"/>
        </w:rPr>
        <w:object w:dxaOrig="1900" w:dyaOrig="620" w14:anchorId="021ED173">
          <v:shape id="_x0000_i2657" type="#_x0000_t75" style="width:94.8pt;height:31.2pt" o:ole="">
            <v:imagedata r:id="rId3171" o:title=""/>
          </v:shape>
          <o:OLEObject Type="Embed" ProgID="Equation.DSMT4" ShapeID="_x0000_i2657" DrawAspect="Content" ObjectID="_1699919393" r:id="rId3172"/>
        </w:object>
      </w:r>
      <w:r w:rsidRPr="00E6740F">
        <w:rPr>
          <w:rFonts w:cs="Times New Roman"/>
        </w:rPr>
        <w:t>.</w:t>
      </w:r>
    </w:p>
    <w:p w14:paraId="35545C01"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17:</w:t>
      </w:r>
      <w:r w:rsidRPr="00E6740F">
        <w:rPr>
          <w:rFonts w:cs="Times New Roman"/>
          <w:b/>
          <w:color w:val="0000FF"/>
        </w:rPr>
        <w:tab/>
      </w:r>
      <w:r w:rsidRPr="00E6740F">
        <w:rPr>
          <w:rFonts w:cs="Times New Roman"/>
        </w:rPr>
        <w:t xml:space="preserve">Phương trình </w:t>
      </w:r>
      <w:r w:rsidRPr="00E6740F">
        <w:rPr>
          <w:position w:val="-24"/>
        </w:rPr>
        <w:object w:dxaOrig="1600" w:dyaOrig="620" w14:anchorId="7355DE59">
          <v:shape id="_x0000_i2658" type="#_x0000_t75" style="width:79.8pt;height:31.2pt" o:ole="">
            <v:imagedata r:id="rId3173" o:title=""/>
          </v:shape>
          <o:OLEObject Type="Embed" ProgID="Equation.DSMT4" ShapeID="_x0000_i2658" DrawAspect="Content" ObjectID="_1699919394" r:id="rId3174"/>
        </w:object>
      </w:r>
      <w:r w:rsidRPr="00E6740F">
        <w:rPr>
          <w:rFonts w:cs="Times New Roman"/>
        </w:rPr>
        <w:t xml:space="preserve"> có nghiệm là</w:t>
      </w:r>
    </w:p>
    <w:p w14:paraId="005A7439"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4"/>
        </w:rPr>
        <w:object w:dxaOrig="2299" w:dyaOrig="620" w14:anchorId="403FF7AB">
          <v:shape id="_x0000_i2659" type="#_x0000_t75" style="width:115.2pt;height:31.2pt" o:ole="">
            <v:imagedata r:id="rId3175" o:title=""/>
          </v:shape>
          <o:OLEObject Type="Embed" ProgID="Equation.DSMT4" ShapeID="_x0000_i2659" DrawAspect="Content" ObjectID="_1699919395" r:id="rId3176"/>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4"/>
        </w:rPr>
        <w:object w:dxaOrig="2320" w:dyaOrig="620" w14:anchorId="710D24EC">
          <v:shape id="_x0000_i2660" type="#_x0000_t75" style="width:115.8pt;height:31.2pt" o:ole="">
            <v:imagedata r:id="rId3177" o:title=""/>
          </v:shape>
          <o:OLEObject Type="Embed" ProgID="Equation.DSMT4" ShapeID="_x0000_i2660" DrawAspect="Content" ObjectID="_1699919396" r:id="rId3178"/>
        </w:object>
      </w:r>
      <w:r w:rsidRPr="00E6740F">
        <w:rPr>
          <w:rFonts w:cs="Times New Roman"/>
        </w:rPr>
        <w:t>.</w:t>
      </w:r>
    </w:p>
    <w:p w14:paraId="29296ABA"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C. </w:t>
      </w:r>
      <w:r w:rsidRPr="00E6740F">
        <w:rPr>
          <w:rFonts w:cs="Times New Roman"/>
          <w:position w:val="-24"/>
        </w:rPr>
        <w:object w:dxaOrig="2299" w:dyaOrig="620" w14:anchorId="204E6EB8">
          <v:shape id="_x0000_i2661" type="#_x0000_t75" style="width:115.2pt;height:31.2pt" o:ole="">
            <v:imagedata r:id="rId3179" o:title=""/>
          </v:shape>
          <o:OLEObject Type="Embed" ProgID="Equation.DSMT4" ShapeID="_x0000_i2661" DrawAspect="Content" ObjectID="_1699919397" r:id="rId3180"/>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4"/>
        </w:rPr>
        <w:object w:dxaOrig="2299" w:dyaOrig="620" w14:anchorId="7BFA3B6B">
          <v:shape id="_x0000_i2662" type="#_x0000_t75" style="width:115.2pt;height:31.2pt" o:ole="">
            <v:imagedata r:id="rId3181" o:title=""/>
          </v:shape>
          <o:OLEObject Type="Embed" ProgID="Equation.DSMT4" ShapeID="_x0000_i2662" DrawAspect="Content" ObjectID="_1699919398" r:id="rId3182"/>
        </w:object>
      </w:r>
      <w:r w:rsidRPr="00E6740F">
        <w:rPr>
          <w:rFonts w:cs="Times New Roman"/>
        </w:rPr>
        <w:t>.</w:t>
      </w:r>
    </w:p>
    <w:p w14:paraId="34F02801"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18:</w:t>
      </w:r>
      <w:r w:rsidRPr="00E6740F">
        <w:rPr>
          <w:rFonts w:cs="Times New Roman"/>
          <w:b/>
          <w:color w:val="0000FF"/>
        </w:rPr>
        <w:tab/>
      </w:r>
      <w:r w:rsidRPr="00E6740F">
        <w:rPr>
          <w:rFonts w:cs="Times New Roman"/>
        </w:rPr>
        <w:t>Một trường trung học phổ thông có 26 học sinh giỏi khối 12, có 43 học sinh giỏi khối 11, có 59 học sinh giỏi khối 10. Hỏi nhà trường đó có bao nhiêu cách chọn 3 học sinh giỏi đủ cả 3 khối để đi dự trại hè?</w:t>
      </w:r>
    </w:p>
    <w:p w14:paraId="7C3B8CB2"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rPr>
        <w:t>65962.</w:t>
      </w:r>
      <w:r w:rsidRPr="00E6740F">
        <w:rPr>
          <w:rFonts w:cs="Times New Roman"/>
        </w:rPr>
        <w:tab/>
      </w:r>
      <w:r w:rsidRPr="00E6740F">
        <w:rPr>
          <w:rFonts w:cs="Times New Roman"/>
          <w:b/>
          <w:color w:val="0000FF"/>
        </w:rPr>
        <w:t xml:space="preserve">B. </w:t>
      </w:r>
      <w:r w:rsidRPr="00E6740F">
        <w:rPr>
          <w:rFonts w:cs="Times New Roman"/>
        </w:rPr>
        <w:t>128.</w:t>
      </w:r>
      <w:r w:rsidRPr="00E6740F">
        <w:rPr>
          <w:rFonts w:cs="Times New Roman"/>
        </w:rPr>
        <w:tab/>
      </w:r>
      <w:r w:rsidRPr="00E6740F">
        <w:rPr>
          <w:rFonts w:cs="Times New Roman"/>
          <w:b/>
          <w:color w:val="0000FF"/>
        </w:rPr>
        <w:t xml:space="preserve">C. </w:t>
      </w:r>
      <w:r w:rsidRPr="00E6740F">
        <w:rPr>
          <w:rFonts w:cs="Times New Roman"/>
        </w:rPr>
        <w:t>341376.</w:t>
      </w:r>
      <w:r w:rsidRPr="00E6740F">
        <w:rPr>
          <w:rFonts w:cs="Times New Roman"/>
        </w:rPr>
        <w:tab/>
      </w:r>
      <w:r w:rsidRPr="00E6740F">
        <w:rPr>
          <w:rFonts w:cs="Times New Roman"/>
          <w:b/>
          <w:color w:val="0000FF"/>
        </w:rPr>
        <w:t xml:space="preserve">D. </w:t>
      </w:r>
      <w:r w:rsidRPr="00E6740F">
        <w:rPr>
          <w:rFonts w:cs="Times New Roman"/>
        </w:rPr>
        <w:t>1118.</w:t>
      </w:r>
    </w:p>
    <w:p w14:paraId="13917CCE"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19:</w:t>
      </w:r>
      <w:r w:rsidRPr="00E6740F">
        <w:rPr>
          <w:rFonts w:cs="Times New Roman"/>
          <w:b/>
          <w:color w:val="0000FF"/>
        </w:rPr>
        <w:tab/>
      </w:r>
      <w:r w:rsidRPr="00E6740F">
        <w:rPr>
          <w:rFonts w:cs="Times New Roman"/>
        </w:rPr>
        <w:t xml:space="preserve">Tìm giá trị lớn nhất </w:t>
      </w:r>
      <w:r w:rsidRPr="00E6740F">
        <w:rPr>
          <w:position w:val="-4"/>
        </w:rPr>
        <w:object w:dxaOrig="320" w:dyaOrig="260" w14:anchorId="49C66903">
          <v:shape id="_x0000_i2663" type="#_x0000_t75" style="width:16.2pt;height:13.2pt" o:ole="">
            <v:imagedata r:id="rId3183" o:title=""/>
          </v:shape>
          <o:OLEObject Type="Embed" ProgID="Equation.DSMT4" ShapeID="_x0000_i2663" DrawAspect="Content" ObjectID="_1699919399" r:id="rId3184"/>
        </w:object>
      </w:r>
      <w:r w:rsidRPr="00E6740F">
        <w:rPr>
          <w:rFonts w:cs="Times New Roman"/>
        </w:rPr>
        <w:t xml:space="preserve"> của hàm số </w:t>
      </w:r>
      <w:r w:rsidRPr="00E6740F">
        <w:rPr>
          <w:position w:val="-28"/>
        </w:rPr>
        <w:object w:dxaOrig="1480" w:dyaOrig="660" w14:anchorId="5BB77CB8">
          <v:shape id="_x0000_i2664" type="#_x0000_t75" style="width:73.8pt;height:33pt" o:ole="">
            <v:imagedata r:id="rId3185" o:title=""/>
          </v:shape>
          <o:OLEObject Type="Embed" ProgID="Equation.DSMT4" ShapeID="_x0000_i2664" DrawAspect="Content" ObjectID="_1699919400" r:id="rId3186"/>
        </w:object>
      </w:r>
      <w:r w:rsidRPr="00E6740F">
        <w:rPr>
          <w:rFonts w:cs="Times New Roman"/>
        </w:rPr>
        <w:t>?</w:t>
      </w:r>
    </w:p>
    <w:p w14:paraId="4F6DB34A"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8"/>
        </w:rPr>
        <w:object w:dxaOrig="1180" w:dyaOrig="660" w14:anchorId="29387683">
          <v:shape id="_x0000_i2665" type="#_x0000_t75" style="width:58.8pt;height:33pt" o:ole="">
            <v:imagedata r:id="rId3187" o:title=""/>
          </v:shape>
          <o:OLEObject Type="Embed" ProgID="Equation.DSMT4" ShapeID="_x0000_i2665" DrawAspect="Content" ObjectID="_1699919401" r:id="rId3188"/>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8"/>
        </w:rPr>
        <w:object w:dxaOrig="900" w:dyaOrig="660" w14:anchorId="762746FE">
          <v:shape id="_x0000_i2666" type="#_x0000_t75" style="width:45pt;height:33pt" o:ole="">
            <v:imagedata r:id="rId3189" o:title=""/>
          </v:shape>
          <o:OLEObject Type="Embed" ProgID="Equation.DSMT4" ShapeID="_x0000_i2666" DrawAspect="Content" ObjectID="_1699919402" r:id="rId3190"/>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4"/>
        </w:rPr>
        <w:object w:dxaOrig="800" w:dyaOrig="260" w14:anchorId="5BDB8272">
          <v:shape id="_x0000_i2667" type="#_x0000_t75" style="width:40.2pt;height:13.2pt" o:ole="">
            <v:imagedata r:id="rId3191" o:title=""/>
          </v:shape>
          <o:OLEObject Type="Embed" ProgID="Equation.DSMT4" ShapeID="_x0000_i2667" DrawAspect="Content" ObjectID="_1699919403" r:id="rId3192"/>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4"/>
        </w:rPr>
        <w:object w:dxaOrig="639" w:dyaOrig="260" w14:anchorId="0F283924">
          <v:shape id="_x0000_i2668" type="#_x0000_t75" style="width:31.8pt;height:13.2pt" o:ole="">
            <v:imagedata r:id="rId3193" o:title=""/>
          </v:shape>
          <o:OLEObject Type="Embed" ProgID="Equation.DSMT4" ShapeID="_x0000_i2668" DrawAspect="Content" ObjectID="_1699919404" r:id="rId3194"/>
        </w:object>
      </w:r>
      <w:r w:rsidRPr="00E6740F">
        <w:rPr>
          <w:rFonts w:cs="Times New Roman"/>
        </w:rPr>
        <w:t>.</w:t>
      </w:r>
    </w:p>
    <w:p w14:paraId="3E841086"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20:</w:t>
      </w:r>
      <w:r w:rsidRPr="00E6740F">
        <w:rPr>
          <w:rFonts w:cs="Times New Roman"/>
          <w:b/>
          <w:color w:val="0000FF"/>
        </w:rPr>
        <w:tab/>
      </w:r>
      <w:r w:rsidRPr="00E6740F">
        <w:rPr>
          <w:rFonts w:cs="Times New Roman"/>
        </w:rPr>
        <w:t>Gieo 3 con súc sắc cân đối và đồng chất. Tính xác suất để số chấm xuất hiện trên 3 con súc sắc đó bằng nhau?</w:t>
      </w:r>
    </w:p>
    <w:p w14:paraId="6B7ABB12"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4"/>
        </w:rPr>
        <w:object w:dxaOrig="340" w:dyaOrig="620" w14:anchorId="1524D8DF">
          <v:shape id="_x0000_i2669" type="#_x0000_t75" style="width:16.8pt;height:31.2pt" o:ole="">
            <v:imagedata r:id="rId3195" o:title=""/>
          </v:shape>
          <o:OLEObject Type="Embed" ProgID="Equation.DSMT4" ShapeID="_x0000_i2669" DrawAspect="Content" ObjectID="_1699919405" r:id="rId3196"/>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4"/>
        </w:rPr>
        <w:object w:dxaOrig="220" w:dyaOrig="620" w14:anchorId="41A09EBB">
          <v:shape id="_x0000_i2670" type="#_x0000_t75" style="width:10.8pt;height:31.2pt" o:ole="">
            <v:imagedata r:id="rId3197" o:title=""/>
          </v:shape>
          <o:OLEObject Type="Embed" ProgID="Equation.DSMT4" ShapeID="_x0000_i2670" DrawAspect="Content" ObjectID="_1699919406" r:id="rId3198"/>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24"/>
        </w:rPr>
        <w:object w:dxaOrig="320" w:dyaOrig="620" w14:anchorId="49F63CDB">
          <v:shape id="_x0000_i2671" type="#_x0000_t75" style="width:16.2pt;height:31.2pt" o:ole="">
            <v:imagedata r:id="rId3199" o:title=""/>
          </v:shape>
          <o:OLEObject Type="Embed" ProgID="Equation.DSMT4" ShapeID="_x0000_i2671" DrawAspect="Content" ObjectID="_1699919407" r:id="rId3200"/>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4"/>
        </w:rPr>
        <w:object w:dxaOrig="340" w:dyaOrig="620" w14:anchorId="06897DFF">
          <v:shape id="_x0000_i2672" type="#_x0000_t75" style="width:16.8pt;height:31.2pt" o:ole="">
            <v:imagedata r:id="rId3201" o:title=""/>
          </v:shape>
          <o:OLEObject Type="Embed" ProgID="Equation.DSMT4" ShapeID="_x0000_i2672" DrawAspect="Content" ObjectID="_1699919408" r:id="rId3202"/>
        </w:object>
      </w:r>
      <w:r w:rsidRPr="00E6740F">
        <w:rPr>
          <w:rFonts w:cs="Times New Roman"/>
        </w:rPr>
        <w:t>.</w:t>
      </w:r>
    </w:p>
    <w:p w14:paraId="5E678BF0"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21:</w:t>
      </w:r>
      <w:r w:rsidRPr="00E6740F">
        <w:rPr>
          <w:rFonts w:cs="Times New Roman"/>
          <w:b/>
          <w:color w:val="0000FF"/>
        </w:rPr>
        <w:tab/>
      </w:r>
      <w:r w:rsidRPr="00E6740F">
        <w:rPr>
          <w:rFonts w:cs="Times New Roman"/>
        </w:rPr>
        <w:t xml:space="preserve">Trong mặt phẳng tọa độ </w:t>
      </w:r>
      <w:r w:rsidRPr="00E6740F">
        <w:rPr>
          <w:position w:val="-10"/>
        </w:rPr>
        <w:object w:dxaOrig="460" w:dyaOrig="320" w14:anchorId="63B34A58">
          <v:shape id="_x0000_i2673" type="#_x0000_t75" style="width:22.8pt;height:16.2pt" o:ole="">
            <v:imagedata r:id="rId3203" o:title=""/>
          </v:shape>
          <o:OLEObject Type="Embed" ProgID="Equation.DSMT4" ShapeID="_x0000_i2673" DrawAspect="Content" ObjectID="_1699919409" r:id="rId3204"/>
        </w:object>
      </w:r>
      <w:r w:rsidRPr="00E6740F">
        <w:rPr>
          <w:rFonts w:cs="Times New Roman"/>
        </w:rPr>
        <w:t xml:space="preserve">, tìm phương trình đường thẳng </w:t>
      </w:r>
      <w:r w:rsidRPr="00E6740F">
        <w:rPr>
          <w:position w:val="-4"/>
        </w:rPr>
        <w:object w:dxaOrig="279" w:dyaOrig="260" w14:anchorId="70380056">
          <v:shape id="_x0000_i2674" type="#_x0000_t75" style="width:13.8pt;height:13.2pt" o:ole="">
            <v:imagedata r:id="rId3205" o:title=""/>
          </v:shape>
          <o:OLEObject Type="Embed" ProgID="Equation.DSMT4" ShapeID="_x0000_i2674" DrawAspect="Content" ObjectID="_1699919410" r:id="rId3206"/>
        </w:object>
      </w:r>
      <w:r w:rsidRPr="00E6740F">
        <w:rPr>
          <w:rFonts w:cs="Times New Roman"/>
        </w:rPr>
        <w:t xml:space="preserve"> là ảnh của đường thẳng </w:t>
      </w:r>
      <w:r w:rsidRPr="00E6740F">
        <w:rPr>
          <w:position w:val="-10"/>
        </w:rPr>
        <w:object w:dxaOrig="1600" w:dyaOrig="320" w14:anchorId="2F71D270">
          <v:shape id="_x0000_i2675" type="#_x0000_t75" style="width:79.8pt;height:16.2pt" o:ole="">
            <v:imagedata r:id="rId3207" o:title=""/>
          </v:shape>
          <o:OLEObject Type="Embed" ProgID="Equation.DSMT4" ShapeID="_x0000_i2675" DrawAspect="Content" ObjectID="_1699919411" r:id="rId3208"/>
        </w:object>
      </w:r>
      <w:r w:rsidRPr="00E6740F">
        <w:rPr>
          <w:rFonts w:cs="Times New Roman"/>
        </w:rPr>
        <w:t xml:space="preserve"> qua phép tịnh tiến theo véctơ </w:t>
      </w:r>
      <w:r w:rsidRPr="00E6740F">
        <w:rPr>
          <w:position w:val="-10"/>
        </w:rPr>
        <w:object w:dxaOrig="999" w:dyaOrig="320" w14:anchorId="3CA2DB72">
          <v:shape id="_x0000_i2676" type="#_x0000_t75" style="width:49.8pt;height:16.2pt" o:ole="">
            <v:imagedata r:id="rId3209" o:title=""/>
          </v:shape>
          <o:OLEObject Type="Embed" ProgID="Equation.DSMT4" ShapeID="_x0000_i2676" DrawAspect="Content" ObjectID="_1699919412" r:id="rId3210"/>
        </w:object>
      </w:r>
      <w:r w:rsidRPr="00E6740F">
        <w:rPr>
          <w:rFonts w:cs="Times New Roman"/>
        </w:rPr>
        <w:t>?</w:t>
      </w:r>
    </w:p>
    <w:p w14:paraId="45704D54"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10"/>
        </w:rPr>
        <w:object w:dxaOrig="1700" w:dyaOrig="320" w14:anchorId="4EC96633">
          <v:shape id="_x0000_i2677" type="#_x0000_t75" style="width:85.2pt;height:16.2pt" o:ole="">
            <v:imagedata r:id="rId3211" o:title=""/>
          </v:shape>
          <o:OLEObject Type="Embed" ProgID="Equation.DSMT4" ShapeID="_x0000_i2677" DrawAspect="Content" ObjectID="_1699919413" r:id="rId3212"/>
        </w:object>
      </w:r>
      <w:r w:rsidRPr="00E6740F">
        <w:rPr>
          <w:rFonts w:cs="Times New Roman"/>
        </w:rPr>
        <w:t>.</w:t>
      </w:r>
      <w:r w:rsidRPr="00E6740F">
        <w:rPr>
          <w:rFonts w:cs="Times New Roman"/>
        </w:rPr>
        <w:tab/>
      </w:r>
      <w:r>
        <w:rPr>
          <w:rFonts w:cs="Times New Roman"/>
        </w:rPr>
        <w:tab/>
      </w:r>
      <w:r w:rsidRPr="00E6740F">
        <w:rPr>
          <w:rFonts w:cs="Times New Roman"/>
          <w:b/>
          <w:color w:val="0000FF"/>
        </w:rPr>
        <w:t xml:space="preserve">B. </w:t>
      </w:r>
      <w:r w:rsidRPr="00E6740F">
        <w:rPr>
          <w:rFonts w:cs="Times New Roman"/>
          <w:position w:val="-10"/>
        </w:rPr>
        <w:object w:dxaOrig="1700" w:dyaOrig="320" w14:anchorId="1F629ECD">
          <v:shape id="_x0000_i2678" type="#_x0000_t75" style="width:85.2pt;height:16.2pt" o:ole="">
            <v:imagedata r:id="rId3213" o:title=""/>
          </v:shape>
          <o:OLEObject Type="Embed" ProgID="Equation.DSMT4" ShapeID="_x0000_i2678" DrawAspect="Content" ObjectID="_1699919414" r:id="rId3214"/>
        </w:object>
      </w:r>
      <w:r w:rsidRPr="00E6740F">
        <w:rPr>
          <w:rFonts w:cs="Times New Roman"/>
        </w:rPr>
        <w:t>.</w:t>
      </w:r>
    </w:p>
    <w:p w14:paraId="005372E0"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lastRenderedPageBreak/>
        <w:t xml:space="preserve">C. </w:t>
      </w:r>
      <w:r w:rsidRPr="00E6740F">
        <w:rPr>
          <w:rFonts w:cs="Times New Roman"/>
          <w:position w:val="-10"/>
        </w:rPr>
        <w:object w:dxaOrig="1660" w:dyaOrig="320" w14:anchorId="2572E402">
          <v:shape id="_x0000_i2679" type="#_x0000_t75" style="width:82.8pt;height:16.2pt" o:ole="">
            <v:imagedata r:id="rId3215" o:title=""/>
          </v:shape>
          <o:OLEObject Type="Embed" ProgID="Equation.DSMT4" ShapeID="_x0000_i2679" DrawAspect="Content" ObjectID="_1699919415" r:id="rId3216"/>
        </w:object>
      </w:r>
      <w:r w:rsidRPr="00E6740F">
        <w:rPr>
          <w:rFonts w:cs="Times New Roman"/>
        </w:rPr>
        <w:t>.</w:t>
      </w:r>
      <w:r w:rsidRPr="00E6740F">
        <w:rPr>
          <w:rFonts w:cs="Times New Roman"/>
        </w:rPr>
        <w:tab/>
      </w:r>
      <w:r>
        <w:rPr>
          <w:rFonts w:cs="Times New Roman"/>
        </w:rPr>
        <w:tab/>
      </w:r>
      <w:r w:rsidRPr="00E6740F">
        <w:rPr>
          <w:rFonts w:cs="Times New Roman"/>
          <w:b/>
          <w:color w:val="0000FF"/>
        </w:rPr>
        <w:t xml:space="preserve">D. </w:t>
      </w:r>
      <w:r w:rsidRPr="00E6740F">
        <w:rPr>
          <w:rFonts w:cs="Times New Roman"/>
          <w:position w:val="-10"/>
        </w:rPr>
        <w:object w:dxaOrig="1380" w:dyaOrig="320" w14:anchorId="43A1E9C8">
          <v:shape id="_x0000_i2680" type="#_x0000_t75" style="width:69pt;height:16.2pt" o:ole="">
            <v:imagedata r:id="rId3217" o:title=""/>
          </v:shape>
          <o:OLEObject Type="Embed" ProgID="Equation.DSMT4" ShapeID="_x0000_i2680" DrawAspect="Content" ObjectID="_1699919416" r:id="rId3218"/>
        </w:object>
      </w:r>
      <w:r w:rsidRPr="00E6740F">
        <w:rPr>
          <w:rFonts w:cs="Times New Roman"/>
        </w:rPr>
        <w:t>.</w:t>
      </w:r>
    </w:p>
    <w:p w14:paraId="1C6AA94F"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22:</w:t>
      </w:r>
      <w:r w:rsidRPr="00E6740F">
        <w:rPr>
          <w:rFonts w:cs="Times New Roman"/>
          <w:b/>
          <w:color w:val="0000FF"/>
        </w:rPr>
        <w:tab/>
      </w:r>
      <w:r w:rsidRPr="00E6740F">
        <w:rPr>
          <w:rFonts w:cs="Times New Roman"/>
        </w:rPr>
        <w:t xml:space="preserve">Số nghiệm của phương trình </w:t>
      </w:r>
      <w:r w:rsidRPr="00E6740F">
        <w:rPr>
          <w:position w:val="-10"/>
        </w:rPr>
        <w:object w:dxaOrig="3739" w:dyaOrig="360" w14:anchorId="35927B51">
          <v:shape id="_x0000_i2681" type="#_x0000_t75" style="width:187.2pt;height:18pt" o:ole="">
            <v:imagedata r:id="rId3219" o:title=""/>
          </v:shape>
          <o:OLEObject Type="Embed" ProgID="Equation.DSMT4" ShapeID="_x0000_i2681" DrawAspect="Content" ObjectID="_1699919417" r:id="rId3220"/>
        </w:object>
      </w:r>
      <w:r w:rsidRPr="00E6740F">
        <w:rPr>
          <w:rFonts w:cs="Times New Roman"/>
        </w:rPr>
        <w:t xml:space="preserve"> là:</w:t>
      </w:r>
    </w:p>
    <w:p w14:paraId="42EDFC70"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rPr>
        <w:t>10.</w:t>
      </w:r>
      <w:r w:rsidRPr="00E6740F">
        <w:rPr>
          <w:rFonts w:cs="Times New Roman"/>
        </w:rPr>
        <w:tab/>
      </w:r>
      <w:r w:rsidRPr="00E6740F">
        <w:rPr>
          <w:rFonts w:cs="Times New Roman"/>
          <w:b/>
          <w:color w:val="0000FF"/>
        </w:rPr>
        <w:t xml:space="preserve">B. </w:t>
      </w:r>
      <w:r w:rsidRPr="00E6740F">
        <w:rPr>
          <w:rFonts w:cs="Times New Roman"/>
        </w:rPr>
        <w:t>1.</w:t>
      </w:r>
      <w:r w:rsidRPr="00E6740F">
        <w:rPr>
          <w:rFonts w:cs="Times New Roman"/>
        </w:rPr>
        <w:tab/>
      </w:r>
      <w:r w:rsidRPr="00E6740F">
        <w:rPr>
          <w:rFonts w:cs="Times New Roman"/>
          <w:b/>
          <w:color w:val="0000FF"/>
        </w:rPr>
        <w:t xml:space="preserve">C. </w:t>
      </w:r>
      <w:r w:rsidRPr="00E6740F">
        <w:rPr>
          <w:rFonts w:cs="Times New Roman"/>
        </w:rPr>
        <w:t>12.</w:t>
      </w:r>
      <w:r w:rsidRPr="00E6740F">
        <w:rPr>
          <w:rFonts w:cs="Times New Roman"/>
        </w:rPr>
        <w:tab/>
      </w:r>
      <w:r w:rsidRPr="00E6740F">
        <w:rPr>
          <w:rFonts w:cs="Times New Roman"/>
          <w:b/>
          <w:color w:val="0000FF"/>
        </w:rPr>
        <w:t xml:space="preserve">D. </w:t>
      </w:r>
      <w:r w:rsidRPr="00E6740F">
        <w:rPr>
          <w:rFonts w:cs="Times New Roman"/>
        </w:rPr>
        <w:t>11.</w:t>
      </w:r>
    </w:p>
    <w:p w14:paraId="3EFA3A84"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23:</w:t>
      </w:r>
      <w:r w:rsidRPr="00E6740F">
        <w:rPr>
          <w:rFonts w:cs="Times New Roman"/>
          <w:b/>
          <w:color w:val="0000FF"/>
        </w:rPr>
        <w:tab/>
      </w:r>
      <w:r w:rsidRPr="00E6740F">
        <w:rPr>
          <w:rFonts w:cs="Times New Roman"/>
        </w:rPr>
        <w:t xml:space="preserve">Trong mặt phẳng </w:t>
      </w:r>
      <w:r w:rsidRPr="00E6740F">
        <w:rPr>
          <w:position w:val="-10"/>
        </w:rPr>
        <w:object w:dxaOrig="460" w:dyaOrig="320" w14:anchorId="4F91AE36">
          <v:shape id="_x0000_i2682" type="#_x0000_t75" style="width:22.8pt;height:16.2pt" o:ole="">
            <v:imagedata r:id="rId3221" o:title=""/>
          </v:shape>
          <o:OLEObject Type="Embed" ProgID="Equation.DSMT4" ShapeID="_x0000_i2682" DrawAspect="Content" ObjectID="_1699919418" r:id="rId3222"/>
        </w:object>
      </w:r>
      <w:r w:rsidRPr="00E6740F">
        <w:rPr>
          <w:rFonts w:cs="Times New Roman"/>
        </w:rPr>
        <w:t xml:space="preserve">, cho đường thẳng </w:t>
      </w:r>
      <w:r w:rsidRPr="00E6740F">
        <w:rPr>
          <w:position w:val="-10"/>
        </w:rPr>
        <w:object w:dxaOrig="1840" w:dyaOrig="320" w14:anchorId="22D53B04">
          <v:shape id="_x0000_i2683" type="#_x0000_t75" style="width:91.8pt;height:16.2pt" o:ole="">
            <v:imagedata r:id="rId3223" o:title=""/>
          </v:shape>
          <o:OLEObject Type="Embed" ProgID="Equation.DSMT4" ShapeID="_x0000_i2683" DrawAspect="Content" ObjectID="_1699919419" r:id="rId3224"/>
        </w:object>
      </w:r>
      <w:r w:rsidRPr="00E6740F">
        <w:rPr>
          <w:rFonts w:cs="Times New Roman"/>
        </w:rPr>
        <w:t xml:space="preserve">. Viết phương trình của đường thẳng </w:t>
      </w:r>
      <w:r w:rsidRPr="00E6740F">
        <w:rPr>
          <w:position w:val="-6"/>
        </w:rPr>
        <w:object w:dxaOrig="279" w:dyaOrig="279" w14:anchorId="6945C36B">
          <v:shape id="_x0000_i2684" type="#_x0000_t75" style="width:13.8pt;height:13.8pt" o:ole="">
            <v:imagedata r:id="rId3225" o:title=""/>
          </v:shape>
          <o:OLEObject Type="Embed" ProgID="Equation.DSMT4" ShapeID="_x0000_i2684" DrawAspect="Content" ObjectID="_1699919420" r:id="rId3226"/>
        </w:object>
      </w:r>
      <w:r w:rsidRPr="00E6740F">
        <w:rPr>
          <w:rFonts w:cs="Times New Roman"/>
        </w:rPr>
        <w:t xml:space="preserve"> là ảnh của đường thẳng </w:t>
      </w:r>
      <w:r w:rsidRPr="00E6740F">
        <w:rPr>
          <w:position w:val="-6"/>
        </w:rPr>
        <w:object w:dxaOrig="220" w:dyaOrig="279" w14:anchorId="3466DE34">
          <v:shape id="_x0000_i2685" type="#_x0000_t75" style="width:10.8pt;height:13.8pt" o:ole="">
            <v:imagedata r:id="rId3227" o:title=""/>
          </v:shape>
          <o:OLEObject Type="Embed" ProgID="Equation.DSMT4" ShapeID="_x0000_i2685" DrawAspect="Content" ObjectID="_1699919421" r:id="rId3228"/>
        </w:object>
      </w:r>
      <w:r w:rsidRPr="00E6740F">
        <w:rPr>
          <w:rFonts w:cs="Times New Roman"/>
        </w:rPr>
        <w:t xml:space="preserve"> qua phép quay </w:t>
      </w:r>
      <w:r w:rsidRPr="00E6740F">
        <w:rPr>
          <w:position w:val="-24"/>
        </w:rPr>
        <w:object w:dxaOrig="660" w:dyaOrig="480" w14:anchorId="69672DCE">
          <v:shape id="_x0000_i2686" type="#_x0000_t75" style="width:33pt;height:24pt" o:ole="">
            <v:imagedata r:id="rId3229" o:title=""/>
          </v:shape>
          <o:OLEObject Type="Embed" ProgID="Equation.DSMT4" ShapeID="_x0000_i2686" DrawAspect="Content" ObjectID="_1699919422" r:id="rId3230"/>
        </w:object>
      </w:r>
      <w:r w:rsidRPr="00E6740F">
        <w:rPr>
          <w:rFonts w:cs="Times New Roman"/>
        </w:rPr>
        <w:t>.</w:t>
      </w:r>
    </w:p>
    <w:p w14:paraId="20A3AE06"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10"/>
        </w:rPr>
        <w:object w:dxaOrig="1560" w:dyaOrig="320" w14:anchorId="36552B87">
          <v:shape id="_x0000_i2687" type="#_x0000_t75" style="width:78pt;height:16.2pt" o:ole="">
            <v:imagedata r:id="rId3231" o:title=""/>
          </v:shape>
          <o:OLEObject Type="Embed" ProgID="Equation.DSMT4" ShapeID="_x0000_i2687" DrawAspect="Content" ObjectID="_1699919423" r:id="rId3232"/>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10"/>
        </w:rPr>
        <w:object w:dxaOrig="1560" w:dyaOrig="320" w14:anchorId="7C739EE6">
          <v:shape id="_x0000_i2688" type="#_x0000_t75" style="width:78pt;height:16.2pt" o:ole="">
            <v:imagedata r:id="rId3233" o:title=""/>
          </v:shape>
          <o:OLEObject Type="Embed" ProgID="Equation.DSMT4" ShapeID="_x0000_i2688" DrawAspect="Content" ObjectID="_1699919424" r:id="rId3234"/>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10"/>
        </w:rPr>
        <w:object w:dxaOrig="1540" w:dyaOrig="320" w14:anchorId="7AA3DAFB">
          <v:shape id="_x0000_i2689" type="#_x0000_t75" style="width:76.8pt;height:16.2pt" o:ole="">
            <v:imagedata r:id="rId3235" o:title=""/>
          </v:shape>
          <o:OLEObject Type="Embed" ProgID="Equation.DSMT4" ShapeID="_x0000_i2689" DrawAspect="Content" ObjectID="_1699919425" r:id="rId3236"/>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10"/>
        </w:rPr>
        <w:object w:dxaOrig="1540" w:dyaOrig="320" w14:anchorId="7B14D214">
          <v:shape id="_x0000_i2690" type="#_x0000_t75" style="width:76.8pt;height:16.2pt" o:ole="">
            <v:imagedata r:id="rId3237" o:title=""/>
          </v:shape>
          <o:OLEObject Type="Embed" ProgID="Equation.DSMT4" ShapeID="_x0000_i2690" DrawAspect="Content" ObjectID="_1699919426" r:id="rId3238"/>
        </w:object>
      </w:r>
      <w:r w:rsidRPr="00E6740F">
        <w:rPr>
          <w:rFonts w:cs="Times New Roman"/>
        </w:rPr>
        <w:t>.</w:t>
      </w:r>
    </w:p>
    <w:p w14:paraId="4257EE60"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24:</w:t>
      </w:r>
      <w:r w:rsidRPr="00E6740F">
        <w:rPr>
          <w:rFonts w:cs="Times New Roman"/>
          <w:b/>
          <w:color w:val="0000FF"/>
        </w:rPr>
        <w:tab/>
      </w:r>
      <w:r w:rsidRPr="00E6740F">
        <w:rPr>
          <w:rFonts w:cs="Times New Roman"/>
        </w:rPr>
        <w:t xml:space="preserve">Trong mặt phẳng </w:t>
      </w:r>
      <w:r w:rsidRPr="00E6740F">
        <w:rPr>
          <w:position w:val="-10"/>
        </w:rPr>
        <w:object w:dxaOrig="460" w:dyaOrig="320" w14:anchorId="68CC560E">
          <v:shape id="_x0000_i2691" type="#_x0000_t75" style="width:22.8pt;height:16.2pt" o:ole="">
            <v:imagedata r:id="rId3239" o:title=""/>
          </v:shape>
          <o:OLEObject Type="Embed" ProgID="Equation.DSMT4" ShapeID="_x0000_i2691" DrawAspect="Content" ObjectID="_1699919427" r:id="rId3240"/>
        </w:object>
      </w:r>
      <w:r w:rsidRPr="00E6740F">
        <w:rPr>
          <w:rFonts w:cs="Times New Roman"/>
        </w:rPr>
        <w:t xml:space="preserve">, cho đường tròn </w:t>
      </w:r>
      <w:r w:rsidRPr="00E6740F">
        <w:rPr>
          <w:position w:val="-10"/>
        </w:rPr>
        <w:object w:dxaOrig="2520" w:dyaOrig="360" w14:anchorId="020E3C9E">
          <v:shape id="_x0000_i2692" type="#_x0000_t75" style="width:126pt;height:18pt" o:ole="">
            <v:imagedata r:id="rId3241" o:title=""/>
          </v:shape>
          <o:OLEObject Type="Embed" ProgID="Equation.DSMT4" ShapeID="_x0000_i2692" DrawAspect="Content" ObjectID="_1699919428" r:id="rId3242"/>
        </w:object>
      </w:r>
      <w:r w:rsidRPr="00E6740F">
        <w:rPr>
          <w:rFonts w:cs="Times New Roman"/>
        </w:rPr>
        <w:t xml:space="preserve">. Viết phương trình của đường tròn </w:t>
      </w:r>
      <w:r w:rsidRPr="00E6740F">
        <w:rPr>
          <w:position w:val="-14"/>
        </w:rPr>
        <w:object w:dxaOrig="480" w:dyaOrig="400" w14:anchorId="77383197">
          <v:shape id="_x0000_i2693" type="#_x0000_t75" style="width:24pt;height:19.8pt" o:ole="">
            <v:imagedata r:id="rId3243" o:title=""/>
          </v:shape>
          <o:OLEObject Type="Embed" ProgID="Equation.DSMT4" ShapeID="_x0000_i2693" DrawAspect="Content" ObjectID="_1699919429" r:id="rId3244"/>
        </w:object>
      </w:r>
      <w:r w:rsidRPr="00E6740F">
        <w:rPr>
          <w:rFonts w:cs="Times New Roman"/>
        </w:rPr>
        <w:t xml:space="preserve"> là ảnh của </w:t>
      </w:r>
      <w:r w:rsidRPr="00E6740F">
        <w:rPr>
          <w:position w:val="-10"/>
        </w:rPr>
        <w:object w:dxaOrig="400" w:dyaOrig="320" w14:anchorId="41D376E7">
          <v:shape id="_x0000_i2694" type="#_x0000_t75" style="width:19.8pt;height:16.2pt" o:ole="">
            <v:imagedata r:id="rId3245" o:title=""/>
          </v:shape>
          <o:OLEObject Type="Embed" ProgID="Equation.DSMT4" ShapeID="_x0000_i2694" DrawAspect="Content" ObjectID="_1699919430" r:id="rId3246"/>
        </w:object>
      </w:r>
      <w:r w:rsidRPr="00E6740F">
        <w:rPr>
          <w:rFonts w:cs="Times New Roman"/>
        </w:rPr>
        <w:t xml:space="preserve"> qua phép vị tự tâm </w:t>
      </w:r>
      <w:r w:rsidRPr="00E6740F">
        <w:rPr>
          <w:position w:val="-10"/>
        </w:rPr>
        <w:object w:dxaOrig="639" w:dyaOrig="320" w14:anchorId="68854EDD">
          <v:shape id="_x0000_i2695" type="#_x0000_t75" style="width:31.8pt;height:16.2pt" o:ole="">
            <v:imagedata r:id="rId3247" o:title=""/>
          </v:shape>
          <o:OLEObject Type="Embed" ProgID="Equation.DSMT4" ShapeID="_x0000_i2695" DrawAspect="Content" ObjectID="_1699919431" r:id="rId3248"/>
        </w:object>
      </w:r>
      <w:r w:rsidRPr="00E6740F">
        <w:rPr>
          <w:rFonts w:cs="Times New Roman"/>
        </w:rPr>
        <w:t xml:space="preserve"> tỉ số </w:t>
      </w:r>
      <w:r w:rsidRPr="00E6740F">
        <w:rPr>
          <w:position w:val="-6"/>
        </w:rPr>
        <w:object w:dxaOrig="560" w:dyaOrig="279" w14:anchorId="5D2F510C">
          <v:shape id="_x0000_i2696" type="#_x0000_t75" style="width:28.2pt;height:13.8pt" o:ole="">
            <v:imagedata r:id="rId3249" o:title=""/>
          </v:shape>
          <o:OLEObject Type="Embed" ProgID="Equation.DSMT4" ShapeID="_x0000_i2696" DrawAspect="Content" ObjectID="_1699919432" r:id="rId3250"/>
        </w:object>
      </w:r>
      <w:r w:rsidRPr="00E6740F">
        <w:rPr>
          <w:rFonts w:cs="Times New Roman"/>
        </w:rPr>
        <w:t>.</w:t>
      </w:r>
    </w:p>
    <w:p w14:paraId="4260BCAE"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10"/>
        </w:rPr>
        <w:object w:dxaOrig="2100" w:dyaOrig="360" w14:anchorId="7B450E40">
          <v:shape id="_x0000_i2697" type="#_x0000_t75" style="width:105pt;height:18pt" o:ole="">
            <v:imagedata r:id="rId3251" o:title=""/>
          </v:shape>
          <o:OLEObject Type="Embed" ProgID="Equation.DSMT4" ShapeID="_x0000_i2697" DrawAspect="Content" ObjectID="_1699919433" r:id="rId3252"/>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10"/>
        </w:rPr>
        <w:object w:dxaOrig="2220" w:dyaOrig="360" w14:anchorId="2340A5BD">
          <v:shape id="_x0000_i2698" type="#_x0000_t75" style="width:111pt;height:18pt" o:ole="">
            <v:imagedata r:id="rId3253" o:title=""/>
          </v:shape>
          <o:OLEObject Type="Embed" ProgID="Equation.DSMT4" ShapeID="_x0000_i2698" DrawAspect="Content" ObjectID="_1699919434" r:id="rId3254"/>
        </w:object>
      </w:r>
      <w:r w:rsidRPr="00E6740F">
        <w:rPr>
          <w:rFonts w:cs="Times New Roman"/>
        </w:rPr>
        <w:t>.</w:t>
      </w:r>
    </w:p>
    <w:p w14:paraId="143336F4"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C. </w:t>
      </w:r>
      <w:r w:rsidRPr="00E6740F">
        <w:rPr>
          <w:rFonts w:cs="Times New Roman"/>
          <w:position w:val="-10"/>
        </w:rPr>
        <w:object w:dxaOrig="2220" w:dyaOrig="360" w14:anchorId="0222FA23">
          <v:shape id="_x0000_i2699" type="#_x0000_t75" style="width:111pt;height:18pt" o:ole="">
            <v:imagedata r:id="rId3255" o:title=""/>
          </v:shape>
          <o:OLEObject Type="Embed" ProgID="Equation.DSMT4" ShapeID="_x0000_i2699" DrawAspect="Content" ObjectID="_1699919435" r:id="rId3256"/>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10"/>
        </w:rPr>
        <w:object w:dxaOrig="2100" w:dyaOrig="360" w14:anchorId="12E2C637">
          <v:shape id="_x0000_i2700" type="#_x0000_t75" style="width:105pt;height:18pt" o:ole="">
            <v:imagedata r:id="rId3257" o:title=""/>
          </v:shape>
          <o:OLEObject Type="Embed" ProgID="Equation.DSMT4" ShapeID="_x0000_i2700" DrawAspect="Content" ObjectID="_1699919436" r:id="rId3258"/>
        </w:object>
      </w:r>
      <w:r w:rsidRPr="00E6740F">
        <w:rPr>
          <w:rFonts w:cs="Times New Roman"/>
        </w:rPr>
        <w:t>.</w:t>
      </w:r>
    </w:p>
    <w:p w14:paraId="0BCFFD05"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25:</w:t>
      </w:r>
      <w:r w:rsidRPr="00E6740F">
        <w:rPr>
          <w:rFonts w:cs="Times New Roman"/>
          <w:b/>
          <w:color w:val="0000FF"/>
        </w:rPr>
        <w:tab/>
      </w:r>
      <w:r w:rsidRPr="00E6740F">
        <w:rPr>
          <w:rFonts w:cs="Times New Roman"/>
        </w:rPr>
        <w:t xml:space="preserve">Gọi </w:t>
      </w:r>
      <w:r w:rsidRPr="00E6740F">
        <w:rPr>
          <w:position w:val="-6"/>
        </w:rPr>
        <w:object w:dxaOrig="220" w:dyaOrig="279" w14:anchorId="20DAF9FC">
          <v:shape id="_x0000_i2701" type="#_x0000_t75" style="width:10.8pt;height:13.8pt" o:ole="">
            <v:imagedata r:id="rId3259" o:title=""/>
          </v:shape>
          <o:OLEObject Type="Embed" ProgID="Equation.DSMT4" ShapeID="_x0000_i2701" DrawAspect="Content" ObjectID="_1699919437" r:id="rId3260"/>
        </w:object>
      </w:r>
      <w:r w:rsidRPr="00E6740F">
        <w:rPr>
          <w:rFonts w:cs="Times New Roman"/>
        </w:rPr>
        <w:t xml:space="preserve"> là tập các số tự nhiên có 4 chữ số khác nhau được tạo từ tập </w:t>
      </w:r>
      <w:r w:rsidRPr="00E6740F">
        <w:rPr>
          <w:position w:val="-10"/>
        </w:rPr>
        <w:object w:dxaOrig="1520" w:dyaOrig="320" w14:anchorId="0BB50667">
          <v:shape id="_x0000_i2702" type="#_x0000_t75" style="width:76.2pt;height:16.2pt" o:ole="">
            <v:imagedata r:id="rId3261" o:title=""/>
          </v:shape>
          <o:OLEObject Type="Embed" ProgID="Equation.DSMT4" ShapeID="_x0000_i2702" DrawAspect="Content" ObjectID="_1699919438" r:id="rId3262"/>
        </w:object>
      </w:r>
      <w:r w:rsidRPr="00E6740F">
        <w:rPr>
          <w:rFonts w:cs="Times New Roman"/>
        </w:rPr>
        <w:t xml:space="preserve">. Chọn ngẫu nhiên một số từ tập </w:t>
      </w:r>
      <w:r w:rsidRPr="00E6740F">
        <w:rPr>
          <w:position w:val="-6"/>
        </w:rPr>
        <w:object w:dxaOrig="220" w:dyaOrig="279" w14:anchorId="3AC34654">
          <v:shape id="_x0000_i2703" type="#_x0000_t75" style="width:10.8pt;height:13.8pt" o:ole="">
            <v:imagedata r:id="rId3263" o:title=""/>
          </v:shape>
          <o:OLEObject Type="Embed" ProgID="Equation.DSMT4" ShapeID="_x0000_i2703" DrawAspect="Content" ObjectID="_1699919439" r:id="rId3264"/>
        </w:object>
      </w:r>
      <w:r w:rsidRPr="00E6740F">
        <w:rPr>
          <w:rFonts w:cs="Times New Roman"/>
        </w:rPr>
        <w:t>. Tính xác suất để số được chọn là một số chẵn?</w:t>
      </w:r>
    </w:p>
    <w:p w14:paraId="452A5C24"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4"/>
        </w:rPr>
        <w:object w:dxaOrig="240" w:dyaOrig="620" w14:anchorId="706DE518">
          <v:shape id="_x0000_i2704" type="#_x0000_t75" style="width:12pt;height:31.2pt" o:ole="">
            <v:imagedata r:id="rId3265" o:title=""/>
          </v:shape>
          <o:OLEObject Type="Embed" ProgID="Equation.DSMT4" ShapeID="_x0000_i2704" DrawAspect="Content" ObjectID="_1699919440" r:id="rId3266"/>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4"/>
        </w:rPr>
        <w:object w:dxaOrig="240" w:dyaOrig="620" w14:anchorId="42FACF17">
          <v:shape id="_x0000_i2705" type="#_x0000_t75" style="width:12pt;height:31.2pt" o:ole="">
            <v:imagedata r:id="rId3267" o:title=""/>
          </v:shape>
          <o:OLEObject Type="Embed" ProgID="Equation.DSMT4" ShapeID="_x0000_i2705" DrawAspect="Content" ObjectID="_1699919441" r:id="rId3268"/>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24"/>
        </w:rPr>
        <w:object w:dxaOrig="220" w:dyaOrig="620" w14:anchorId="2AE78B7C">
          <v:shape id="_x0000_i2706" type="#_x0000_t75" style="width:10.8pt;height:31.2pt" o:ole="">
            <v:imagedata r:id="rId3269" o:title=""/>
          </v:shape>
          <o:OLEObject Type="Embed" ProgID="Equation.DSMT4" ShapeID="_x0000_i2706" DrawAspect="Content" ObjectID="_1699919442" r:id="rId3270"/>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4"/>
        </w:rPr>
        <w:object w:dxaOrig="240" w:dyaOrig="620" w14:anchorId="0FDEDDA1">
          <v:shape id="_x0000_i2707" type="#_x0000_t75" style="width:12pt;height:31.2pt" o:ole="">
            <v:imagedata r:id="rId3271" o:title=""/>
          </v:shape>
          <o:OLEObject Type="Embed" ProgID="Equation.DSMT4" ShapeID="_x0000_i2707" DrawAspect="Content" ObjectID="_1699919443" r:id="rId3272"/>
        </w:object>
      </w:r>
      <w:r w:rsidRPr="00E6740F">
        <w:rPr>
          <w:rFonts w:cs="Times New Roman"/>
        </w:rPr>
        <w:t>.</w:t>
      </w:r>
    </w:p>
    <w:p w14:paraId="051DBB2E"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26:</w:t>
      </w:r>
      <w:r w:rsidRPr="00E6740F">
        <w:rPr>
          <w:rFonts w:cs="Times New Roman"/>
          <w:b/>
          <w:color w:val="0000FF"/>
        </w:rPr>
        <w:tab/>
      </w:r>
      <w:r w:rsidRPr="00E6740F">
        <w:rPr>
          <w:rFonts w:cs="Times New Roman"/>
        </w:rPr>
        <w:t xml:space="preserve">Cho hàm số </w:t>
      </w:r>
      <w:r w:rsidRPr="00E6740F">
        <w:rPr>
          <w:position w:val="-28"/>
        </w:rPr>
        <w:object w:dxaOrig="3720" w:dyaOrig="680" w14:anchorId="73E92B33">
          <v:shape id="_x0000_i2708" type="#_x0000_t75" style="width:186pt;height:34.2pt" o:ole="">
            <v:imagedata r:id="rId3273" o:title=""/>
          </v:shape>
          <o:OLEObject Type="Embed" ProgID="Equation.DSMT4" ShapeID="_x0000_i2708" DrawAspect="Content" ObjectID="_1699919444" r:id="rId3274"/>
        </w:object>
      </w:r>
      <w:r w:rsidRPr="00E6740F">
        <w:rPr>
          <w:rFonts w:cs="Times New Roman"/>
        </w:rPr>
        <w:t xml:space="preserve"> với </w:t>
      </w:r>
      <w:r w:rsidRPr="00E6740F">
        <w:rPr>
          <w:position w:val="-6"/>
        </w:rPr>
        <w:object w:dxaOrig="260" w:dyaOrig="220" w14:anchorId="532B28D4">
          <v:shape id="_x0000_i2709" type="#_x0000_t75" style="width:13.2pt;height:10.8pt" o:ole="">
            <v:imagedata r:id="rId3275" o:title=""/>
          </v:shape>
          <o:OLEObject Type="Embed" ProgID="Equation.DSMT4" ShapeID="_x0000_i2709" DrawAspect="Content" ObjectID="_1699919445" r:id="rId3276"/>
        </w:object>
      </w:r>
      <w:r w:rsidRPr="00E6740F">
        <w:rPr>
          <w:rFonts w:cs="Times New Roman"/>
        </w:rPr>
        <w:t xml:space="preserve"> là tham số. Gọi </w:t>
      </w:r>
      <w:r w:rsidRPr="00E6740F">
        <w:rPr>
          <w:position w:val="-12"/>
        </w:rPr>
        <w:object w:dxaOrig="320" w:dyaOrig="360" w14:anchorId="39CA3D09">
          <v:shape id="_x0000_i2710" type="#_x0000_t75" style="width:16.2pt;height:18pt" o:ole="">
            <v:imagedata r:id="rId3277" o:title=""/>
          </v:shape>
          <o:OLEObject Type="Embed" ProgID="Equation.DSMT4" ShapeID="_x0000_i2710" DrawAspect="Content" ObjectID="_1699919446" r:id="rId3278"/>
        </w:object>
      </w:r>
      <w:r w:rsidRPr="00E6740F">
        <w:rPr>
          <w:rFonts w:cs="Times New Roman"/>
        </w:rPr>
        <w:t xml:space="preserve"> là giá trị của tham số </w:t>
      </w:r>
      <w:r w:rsidRPr="00E6740F">
        <w:rPr>
          <w:position w:val="-6"/>
        </w:rPr>
        <w:object w:dxaOrig="260" w:dyaOrig="220" w14:anchorId="1E944AF4">
          <v:shape id="_x0000_i2711" type="#_x0000_t75" style="width:13.2pt;height:10.8pt" o:ole="">
            <v:imagedata r:id="rId3279" o:title=""/>
          </v:shape>
          <o:OLEObject Type="Embed" ProgID="Equation.DSMT4" ShapeID="_x0000_i2711" DrawAspect="Content" ObjectID="_1699919447" r:id="rId3280"/>
        </w:object>
      </w:r>
      <w:r w:rsidRPr="00E6740F">
        <w:rPr>
          <w:rFonts w:cs="Times New Roman"/>
        </w:rPr>
        <w:t xml:space="preserve"> để hàm số đã cho là hàm chẵn trên tập xác định. Chọn khẳng định đúng.</w:t>
      </w:r>
    </w:p>
    <w:p w14:paraId="60A28EFA"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12"/>
        </w:rPr>
        <w:object w:dxaOrig="1160" w:dyaOrig="360" w14:anchorId="3A0C2D76">
          <v:shape id="_x0000_i2712" type="#_x0000_t75" style="width:58.2pt;height:18pt" o:ole="">
            <v:imagedata r:id="rId3281" o:title=""/>
          </v:shape>
          <o:OLEObject Type="Embed" ProgID="Equation.DSMT4" ShapeID="_x0000_i2712" DrawAspect="Content" ObjectID="_1699919448" r:id="rId3282"/>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12"/>
        </w:rPr>
        <w:object w:dxaOrig="999" w:dyaOrig="360" w14:anchorId="0038D1E7">
          <v:shape id="_x0000_i2713" type="#_x0000_t75" style="width:49.8pt;height:18pt" o:ole="">
            <v:imagedata r:id="rId3283" o:title=""/>
          </v:shape>
          <o:OLEObject Type="Embed" ProgID="Equation.DSMT4" ShapeID="_x0000_i2713" DrawAspect="Content" ObjectID="_1699919449" r:id="rId3284"/>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12"/>
        </w:rPr>
        <w:object w:dxaOrig="1020" w:dyaOrig="360" w14:anchorId="1ED929B7">
          <v:shape id="_x0000_i2714" type="#_x0000_t75" style="width:51pt;height:18pt" o:ole="">
            <v:imagedata r:id="rId3285" o:title=""/>
          </v:shape>
          <o:OLEObject Type="Embed" ProgID="Equation.DSMT4" ShapeID="_x0000_i2714" DrawAspect="Content" ObjectID="_1699919450" r:id="rId3286"/>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12"/>
        </w:rPr>
        <w:object w:dxaOrig="1040" w:dyaOrig="360" w14:anchorId="0C221E10">
          <v:shape id="_x0000_i2715" type="#_x0000_t75" style="width:52.2pt;height:18pt" o:ole="">
            <v:imagedata r:id="rId3287" o:title=""/>
          </v:shape>
          <o:OLEObject Type="Embed" ProgID="Equation.DSMT4" ShapeID="_x0000_i2715" DrawAspect="Content" ObjectID="_1699919451" r:id="rId3288"/>
        </w:object>
      </w:r>
      <w:r w:rsidRPr="00E6740F">
        <w:rPr>
          <w:rFonts w:cs="Times New Roman"/>
        </w:rPr>
        <w:t>.</w:t>
      </w:r>
    </w:p>
    <w:p w14:paraId="575400A9"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27:</w:t>
      </w:r>
      <w:r w:rsidRPr="00E6740F">
        <w:rPr>
          <w:rFonts w:cs="Times New Roman"/>
          <w:b/>
          <w:color w:val="0000FF"/>
        </w:rPr>
        <w:tab/>
      </w:r>
      <w:r w:rsidRPr="00E6740F">
        <w:rPr>
          <w:rFonts w:cs="Times New Roman"/>
        </w:rPr>
        <w:t xml:space="preserve">Tính tồng tất cả các nghiệm của phương trình </w:t>
      </w:r>
      <w:r w:rsidRPr="00E6740F">
        <w:rPr>
          <w:position w:val="-24"/>
        </w:rPr>
        <w:object w:dxaOrig="3060" w:dyaOrig="680" w14:anchorId="13E7FFBE">
          <v:shape id="_x0000_i2716" type="#_x0000_t75" style="width:153pt;height:34.2pt" o:ole="">
            <v:imagedata r:id="rId3289" o:title=""/>
          </v:shape>
          <o:OLEObject Type="Embed" ProgID="Equation.DSMT4" ShapeID="_x0000_i2716" DrawAspect="Content" ObjectID="_1699919452" r:id="rId3290"/>
        </w:object>
      </w:r>
      <w:r w:rsidRPr="00E6740F">
        <w:rPr>
          <w:rFonts w:cs="Times New Roman"/>
        </w:rPr>
        <w:t xml:space="preserve"> thuộc đoạn </w:t>
      </w:r>
      <w:r w:rsidRPr="00E6740F">
        <w:rPr>
          <w:position w:val="-10"/>
        </w:rPr>
        <w:object w:dxaOrig="700" w:dyaOrig="320" w14:anchorId="464ACAC7">
          <v:shape id="_x0000_i2717" type="#_x0000_t75" style="width:34.8pt;height:16.2pt" o:ole="">
            <v:imagedata r:id="rId3291" o:title=""/>
          </v:shape>
          <o:OLEObject Type="Embed" ProgID="Equation.DSMT4" ShapeID="_x0000_i2717" DrawAspect="Content" ObjectID="_1699919453" r:id="rId3292"/>
        </w:object>
      </w:r>
    </w:p>
    <w:p w14:paraId="4CAA2631"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4"/>
        </w:rPr>
        <w:object w:dxaOrig="480" w:dyaOrig="620" w14:anchorId="3E521B52">
          <v:shape id="_x0000_i2718" type="#_x0000_t75" style="width:24pt;height:31.2pt" o:ole="">
            <v:imagedata r:id="rId3293" o:title=""/>
          </v:shape>
          <o:OLEObject Type="Embed" ProgID="Equation.DSMT4" ShapeID="_x0000_i2718" DrawAspect="Content" ObjectID="_1699919454" r:id="rId3294"/>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4"/>
        </w:rPr>
        <w:object w:dxaOrig="480" w:dyaOrig="620" w14:anchorId="6EEEE942">
          <v:shape id="_x0000_i2719" type="#_x0000_t75" style="width:24pt;height:31.2pt" o:ole="">
            <v:imagedata r:id="rId3295" o:title=""/>
          </v:shape>
          <o:OLEObject Type="Embed" ProgID="Equation.DSMT4" ShapeID="_x0000_i2719" DrawAspect="Content" ObjectID="_1699919455" r:id="rId3296"/>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24"/>
        </w:rPr>
        <w:object w:dxaOrig="400" w:dyaOrig="620" w14:anchorId="5E778C53">
          <v:shape id="_x0000_i2720" type="#_x0000_t75" style="width:19.8pt;height:31.2pt" o:ole="">
            <v:imagedata r:id="rId3297" o:title=""/>
          </v:shape>
          <o:OLEObject Type="Embed" ProgID="Equation.DSMT4" ShapeID="_x0000_i2720" DrawAspect="Content" ObjectID="_1699919456" r:id="rId3298"/>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4"/>
        </w:rPr>
        <w:object w:dxaOrig="480" w:dyaOrig="620" w14:anchorId="2B4F3607">
          <v:shape id="_x0000_i2721" type="#_x0000_t75" style="width:24pt;height:31.2pt" o:ole="">
            <v:imagedata r:id="rId3299" o:title=""/>
          </v:shape>
          <o:OLEObject Type="Embed" ProgID="Equation.DSMT4" ShapeID="_x0000_i2721" DrawAspect="Content" ObjectID="_1699919457" r:id="rId3300"/>
        </w:object>
      </w:r>
      <w:r w:rsidRPr="00E6740F">
        <w:rPr>
          <w:rFonts w:cs="Times New Roman"/>
        </w:rPr>
        <w:t>.</w:t>
      </w:r>
    </w:p>
    <w:p w14:paraId="3687F4A0"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28:</w:t>
      </w:r>
      <w:r w:rsidRPr="00E6740F">
        <w:rPr>
          <w:rFonts w:cs="Times New Roman"/>
          <w:b/>
          <w:color w:val="0000FF"/>
        </w:rPr>
        <w:tab/>
      </w:r>
      <w:r w:rsidRPr="00E6740F">
        <w:rPr>
          <w:rFonts w:cs="Times New Roman"/>
        </w:rPr>
        <w:t xml:space="preserve">Trong khai triển nhị thức Newton của biểu thức </w:t>
      </w:r>
      <w:r w:rsidRPr="00E6740F">
        <w:rPr>
          <w:position w:val="-28"/>
        </w:rPr>
        <w:object w:dxaOrig="1040" w:dyaOrig="740" w14:anchorId="18D87746">
          <v:shape id="_x0000_i2722" type="#_x0000_t75" style="width:52.2pt;height:37.2pt" o:ole="">
            <v:imagedata r:id="rId3301" o:title=""/>
          </v:shape>
          <o:OLEObject Type="Embed" ProgID="Equation.DSMT4" ShapeID="_x0000_i2722" DrawAspect="Content" ObjectID="_1699919458" r:id="rId3302"/>
        </w:object>
      </w:r>
      <w:r w:rsidRPr="00E6740F">
        <w:rPr>
          <w:rFonts w:cs="Times New Roman"/>
        </w:rPr>
        <w:t xml:space="preserve">, với </w:t>
      </w:r>
      <w:r w:rsidRPr="00E6740F">
        <w:rPr>
          <w:position w:val="-10"/>
        </w:rPr>
        <w:object w:dxaOrig="720" w:dyaOrig="320" w14:anchorId="43646BE8">
          <v:shape id="_x0000_i2723" type="#_x0000_t75" style="width:36pt;height:16.2pt" o:ole="">
            <v:imagedata r:id="rId3303" o:title=""/>
          </v:shape>
          <o:OLEObject Type="Embed" ProgID="Equation.DSMT4" ShapeID="_x0000_i2723" DrawAspect="Content" ObjectID="_1699919459" r:id="rId3304"/>
        </w:object>
      </w:r>
      <w:r w:rsidRPr="00E6740F">
        <w:rPr>
          <w:rFonts w:cs="Times New Roman"/>
        </w:rPr>
        <w:t xml:space="preserve">. Hệ số của số hạng chứa </w:t>
      </w:r>
      <w:r w:rsidRPr="00E6740F">
        <w:rPr>
          <w:position w:val="-6"/>
        </w:rPr>
        <w:object w:dxaOrig="279" w:dyaOrig="320" w14:anchorId="7E8C74F3">
          <v:shape id="_x0000_i2724" type="#_x0000_t75" style="width:13.8pt;height:16.2pt" o:ole="">
            <v:imagedata r:id="rId3305" o:title=""/>
          </v:shape>
          <o:OLEObject Type="Embed" ProgID="Equation.DSMT4" ShapeID="_x0000_i2724" DrawAspect="Content" ObjectID="_1699919460" r:id="rId3306"/>
        </w:object>
      </w:r>
      <w:r w:rsidRPr="00E6740F">
        <w:rPr>
          <w:rFonts w:cs="Times New Roman"/>
        </w:rPr>
        <w:t xml:space="preserve"> là</w:t>
      </w:r>
    </w:p>
    <w:p w14:paraId="18C07B43"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12"/>
        </w:rPr>
        <w:object w:dxaOrig="340" w:dyaOrig="380" w14:anchorId="6D6F8E07">
          <v:shape id="_x0000_i2725" type="#_x0000_t75" style="width:16.8pt;height:19.2pt" o:ole="">
            <v:imagedata r:id="rId3307" o:title=""/>
          </v:shape>
          <o:OLEObject Type="Embed" ProgID="Equation.DSMT4" ShapeID="_x0000_i2725" DrawAspect="Content" ObjectID="_1699919461" r:id="rId3308"/>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12"/>
        </w:rPr>
        <w:object w:dxaOrig="560" w:dyaOrig="380" w14:anchorId="6BA89734">
          <v:shape id="_x0000_i2726" type="#_x0000_t75" style="width:28.2pt;height:19.2pt" o:ole="">
            <v:imagedata r:id="rId3309" o:title=""/>
          </v:shape>
          <o:OLEObject Type="Embed" ProgID="Equation.DSMT4" ShapeID="_x0000_i2726" DrawAspect="Content" ObjectID="_1699919462" r:id="rId3310"/>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12"/>
        </w:rPr>
        <w:object w:dxaOrig="340" w:dyaOrig="380" w14:anchorId="3DBD9F0D">
          <v:shape id="_x0000_i2727" type="#_x0000_t75" style="width:16.8pt;height:19.2pt" o:ole="">
            <v:imagedata r:id="rId3311" o:title=""/>
          </v:shape>
          <o:OLEObject Type="Embed" ProgID="Equation.DSMT4" ShapeID="_x0000_i2727" DrawAspect="Content" ObjectID="_1699919463" r:id="rId3312"/>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12"/>
        </w:rPr>
        <w:object w:dxaOrig="560" w:dyaOrig="380" w14:anchorId="2E8B84A0">
          <v:shape id="_x0000_i2728" type="#_x0000_t75" style="width:28.2pt;height:19.2pt" o:ole="">
            <v:imagedata r:id="rId3313" o:title=""/>
          </v:shape>
          <o:OLEObject Type="Embed" ProgID="Equation.DSMT4" ShapeID="_x0000_i2728" DrawAspect="Content" ObjectID="_1699919464" r:id="rId3314"/>
        </w:object>
      </w:r>
      <w:r w:rsidRPr="00E6740F">
        <w:rPr>
          <w:rFonts w:cs="Times New Roman"/>
        </w:rPr>
        <w:t>.</w:t>
      </w:r>
    </w:p>
    <w:p w14:paraId="2B458AB7"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29:</w:t>
      </w:r>
      <w:r w:rsidRPr="00E6740F">
        <w:rPr>
          <w:rFonts w:cs="Times New Roman"/>
          <w:b/>
          <w:color w:val="0000FF"/>
        </w:rPr>
        <w:tab/>
      </w:r>
      <w:r w:rsidRPr="00E6740F">
        <w:rPr>
          <w:rFonts w:cs="Times New Roman"/>
        </w:rPr>
        <w:t xml:space="preserve">Giá trị của </w:t>
      </w:r>
      <w:r w:rsidRPr="00E6740F">
        <w:rPr>
          <w:position w:val="-6"/>
        </w:rPr>
        <w:object w:dxaOrig="200" w:dyaOrig="220" w14:anchorId="396BABDE">
          <v:shape id="_x0000_i2729" type="#_x0000_t75" style="width:10.2pt;height:10.8pt" o:ole="">
            <v:imagedata r:id="rId3315" o:title=""/>
          </v:shape>
          <o:OLEObject Type="Embed" ProgID="Equation.DSMT4" ShapeID="_x0000_i2729" DrawAspect="Content" ObjectID="_1699919465" r:id="rId3316"/>
        </w:object>
      </w:r>
      <w:r w:rsidRPr="00E6740F">
        <w:rPr>
          <w:rFonts w:cs="Times New Roman"/>
        </w:rPr>
        <w:t xml:space="preserve"> thỏa mãn </w:t>
      </w:r>
      <w:r w:rsidRPr="00E6740F">
        <w:rPr>
          <w:position w:val="-12"/>
        </w:rPr>
        <w:object w:dxaOrig="1800" w:dyaOrig="380" w14:anchorId="72AD30E6">
          <v:shape id="_x0000_i2730" type="#_x0000_t75" style="width:90pt;height:19.2pt" o:ole="">
            <v:imagedata r:id="rId3317" o:title=""/>
          </v:shape>
          <o:OLEObject Type="Embed" ProgID="Equation.DSMT4" ShapeID="_x0000_i2730" DrawAspect="Content" ObjectID="_1699919466" r:id="rId3318"/>
        </w:object>
      </w:r>
      <w:r w:rsidRPr="00E6740F">
        <w:rPr>
          <w:rFonts w:cs="Times New Roman"/>
        </w:rPr>
        <w:t xml:space="preserve"> là</w:t>
      </w:r>
    </w:p>
    <w:p w14:paraId="25E74C00"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rPr>
        <w:t>9.</w:t>
      </w:r>
      <w:r w:rsidRPr="00E6740F">
        <w:rPr>
          <w:rFonts w:cs="Times New Roman"/>
        </w:rPr>
        <w:tab/>
      </w:r>
      <w:r w:rsidRPr="00E6740F">
        <w:rPr>
          <w:rFonts w:cs="Times New Roman"/>
          <w:b/>
          <w:color w:val="0000FF"/>
        </w:rPr>
        <w:t xml:space="preserve">B. </w:t>
      </w:r>
      <w:r w:rsidRPr="00E6740F">
        <w:rPr>
          <w:rFonts w:cs="Times New Roman"/>
        </w:rPr>
        <w:t>8.</w:t>
      </w:r>
      <w:r w:rsidRPr="00E6740F">
        <w:rPr>
          <w:rFonts w:cs="Times New Roman"/>
        </w:rPr>
        <w:tab/>
      </w:r>
      <w:r w:rsidRPr="00E6740F">
        <w:rPr>
          <w:rFonts w:cs="Times New Roman"/>
          <w:b/>
          <w:color w:val="0000FF"/>
        </w:rPr>
        <w:t xml:space="preserve">C. </w:t>
      </w:r>
      <w:r w:rsidRPr="00E6740F">
        <w:rPr>
          <w:rFonts w:cs="Times New Roman"/>
        </w:rPr>
        <w:t>6.</w:t>
      </w:r>
      <w:r w:rsidRPr="00E6740F">
        <w:rPr>
          <w:rFonts w:cs="Times New Roman"/>
        </w:rPr>
        <w:tab/>
      </w:r>
      <w:r w:rsidRPr="00E6740F">
        <w:rPr>
          <w:rFonts w:cs="Times New Roman"/>
          <w:b/>
          <w:color w:val="0000FF"/>
        </w:rPr>
        <w:t xml:space="preserve">D. </w:t>
      </w:r>
      <w:r w:rsidRPr="00E6740F">
        <w:rPr>
          <w:rFonts w:cs="Times New Roman"/>
        </w:rPr>
        <w:t>10.</w:t>
      </w:r>
    </w:p>
    <w:p w14:paraId="355B5459"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30:</w:t>
      </w:r>
      <w:r w:rsidRPr="00E6740F">
        <w:rPr>
          <w:rFonts w:cs="Times New Roman"/>
          <w:b/>
          <w:color w:val="0000FF"/>
        </w:rPr>
        <w:tab/>
      </w:r>
      <w:r w:rsidRPr="00E6740F">
        <w:rPr>
          <w:rFonts w:cs="Times New Roman"/>
        </w:rPr>
        <w:t>Trong tập hợp các số tự nhiên có 4 chữ số ta chọn ngẫu nhiên một số. Tính xác suất để chọn được một số chia hết cho 7 và chữ số hàng đơn vị bằng 1.</w:t>
      </w:r>
    </w:p>
    <w:p w14:paraId="0BBFA497"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4"/>
        </w:rPr>
        <w:object w:dxaOrig="580" w:dyaOrig="620" w14:anchorId="7939CBCE">
          <v:shape id="_x0000_i2731" type="#_x0000_t75" style="width:28.8pt;height:31.2pt" o:ole="">
            <v:imagedata r:id="rId3319" o:title=""/>
          </v:shape>
          <o:OLEObject Type="Embed" ProgID="Equation.DSMT4" ShapeID="_x0000_i2731" DrawAspect="Content" ObjectID="_1699919467" r:id="rId3320"/>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4"/>
        </w:rPr>
        <w:object w:dxaOrig="600" w:dyaOrig="620" w14:anchorId="394C9F8A">
          <v:shape id="_x0000_i2732" type="#_x0000_t75" style="width:30pt;height:31.2pt" o:ole="">
            <v:imagedata r:id="rId3321" o:title=""/>
          </v:shape>
          <o:OLEObject Type="Embed" ProgID="Equation.DSMT4" ShapeID="_x0000_i2732" DrawAspect="Content" ObjectID="_1699919468" r:id="rId3322"/>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24"/>
        </w:rPr>
        <w:object w:dxaOrig="340" w:dyaOrig="620" w14:anchorId="4B9134CB">
          <v:shape id="_x0000_i2733" type="#_x0000_t75" style="width:16.8pt;height:31.2pt" o:ole="">
            <v:imagedata r:id="rId3323" o:title=""/>
          </v:shape>
          <o:OLEObject Type="Embed" ProgID="Equation.DSMT4" ShapeID="_x0000_i2733" DrawAspect="Content" ObjectID="_1699919469" r:id="rId3324"/>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4"/>
        </w:rPr>
        <w:object w:dxaOrig="320" w:dyaOrig="620" w14:anchorId="1CA32A69">
          <v:shape id="_x0000_i2734" type="#_x0000_t75" style="width:16.2pt;height:31.2pt" o:ole="">
            <v:imagedata r:id="rId3325" o:title=""/>
          </v:shape>
          <o:OLEObject Type="Embed" ProgID="Equation.DSMT4" ShapeID="_x0000_i2734" DrawAspect="Content" ObjectID="_1699919470" r:id="rId3326"/>
        </w:object>
      </w:r>
      <w:r w:rsidRPr="00E6740F">
        <w:rPr>
          <w:rFonts w:cs="Times New Roman"/>
        </w:rPr>
        <w:t>.</w:t>
      </w:r>
    </w:p>
    <w:p w14:paraId="5219E88E"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31:</w:t>
      </w:r>
      <w:r w:rsidRPr="00E6740F">
        <w:rPr>
          <w:rFonts w:cs="Times New Roman"/>
          <w:b/>
          <w:color w:val="0000FF"/>
        </w:rPr>
        <w:tab/>
      </w:r>
      <w:r w:rsidRPr="00E6740F">
        <w:rPr>
          <w:rFonts w:cs="Times New Roman"/>
        </w:rPr>
        <w:t xml:space="preserve">Cho Tổng </w:t>
      </w:r>
      <w:r w:rsidRPr="00E6740F">
        <w:rPr>
          <w:position w:val="-12"/>
        </w:rPr>
        <w:object w:dxaOrig="4320" w:dyaOrig="380" w14:anchorId="3A9ECFBE">
          <v:shape id="_x0000_i2735" type="#_x0000_t75" style="width:3in;height:19.2pt" o:ole="">
            <v:imagedata r:id="rId3327" o:title=""/>
          </v:shape>
          <o:OLEObject Type="Embed" ProgID="Equation.DSMT4" ShapeID="_x0000_i2735" DrawAspect="Content" ObjectID="_1699919471" r:id="rId3328"/>
        </w:object>
      </w:r>
      <w:r w:rsidRPr="00E6740F">
        <w:rPr>
          <w:rFonts w:cs="Times New Roman"/>
        </w:rPr>
        <w:t xml:space="preserve"> bằng</w:t>
      </w:r>
    </w:p>
    <w:p w14:paraId="46FB762A"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6"/>
        </w:rPr>
        <w:object w:dxaOrig="980" w:dyaOrig="320" w14:anchorId="79947E71">
          <v:shape id="_x0000_i2736" type="#_x0000_t75" style="width:49.2pt;height:16.2pt" o:ole="">
            <v:imagedata r:id="rId3329" o:title=""/>
          </v:shape>
          <o:OLEObject Type="Embed" ProgID="Equation.DSMT4" ShapeID="_x0000_i2736" DrawAspect="Content" ObjectID="_1699919472" r:id="rId3330"/>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6"/>
        </w:rPr>
        <w:object w:dxaOrig="980" w:dyaOrig="320" w14:anchorId="50C3ADC2">
          <v:shape id="_x0000_i2737" type="#_x0000_t75" style="width:49.2pt;height:16.2pt" o:ole="">
            <v:imagedata r:id="rId3331" o:title=""/>
          </v:shape>
          <o:OLEObject Type="Embed" ProgID="Equation.DSMT4" ShapeID="_x0000_i2737" DrawAspect="Content" ObjectID="_1699919473" r:id="rId3332"/>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6"/>
        </w:rPr>
        <w:object w:dxaOrig="1100" w:dyaOrig="320" w14:anchorId="7DEDDD4A">
          <v:shape id="_x0000_i2738" type="#_x0000_t75" style="width:55.2pt;height:16.2pt" o:ole="">
            <v:imagedata r:id="rId3333" o:title=""/>
          </v:shape>
          <o:OLEObject Type="Embed" ProgID="Equation.DSMT4" ShapeID="_x0000_i2738" DrawAspect="Content" ObjectID="_1699919474" r:id="rId3334"/>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6"/>
        </w:rPr>
        <w:object w:dxaOrig="980" w:dyaOrig="320" w14:anchorId="294F5CB7">
          <v:shape id="_x0000_i2739" type="#_x0000_t75" style="width:49.2pt;height:16.2pt" o:ole="">
            <v:imagedata r:id="rId3335" o:title=""/>
          </v:shape>
          <o:OLEObject Type="Embed" ProgID="Equation.DSMT4" ShapeID="_x0000_i2739" DrawAspect="Content" ObjectID="_1699919475" r:id="rId3336"/>
        </w:object>
      </w:r>
      <w:r w:rsidRPr="00E6740F">
        <w:rPr>
          <w:rFonts w:cs="Times New Roman"/>
        </w:rPr>
        <w:t>.</w:t>
      </w:r>
    </w:p>
    <w:p w14:paraId="37F0F649"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32:</w:t>
      </w:r>
      <w:r w:rsidRPr="00E6740F">
        <w:rPr>
          <w:rFonts w:cs="Times New Roman"/>
          <w:b/>
          <w:color w:val="0000FF"/>
        </w:rPr>
        <w:tab/>
      </w:r>
      <w:r w:rsidRPr="00E6740F">
        <w:rPr>
          <w:rFonts w:cs="Times New Roman"/>
        </w:rPr>
        <w:t xml:space="preserve">Trong một bài thi trắc nghiệm khách quan có 20 câu. Mỗi câu có bốn phương án trả lời, trong đó chỉ có một phương án đúng. Mỗi câu trả lời đúng thì được 0,5 điểm, trả lời sai thì bị trừ 0,2 </w:t>
      </w:r>
      <w:r w:rsidRPr="00E6740F">
        <w:rPr>
          <w:rFonts w:cs="Times New Roman"/>
        </w:rPr>
        <w:lastRenderedPageBreak/>
        <w:t>điểm. Một thí sinh do không học bài nên làm bài bằng cách với mỗi câu đều chọn ngẫu nhiên một phương án trả lời. Xác suất để thí sinh đó làm bài được điểm số không nhỏ hơn 9 là</w:t>
      </w:r>
    </w:p>
    <w:p w14:paraId="32251DDF"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8"/>
        </w:rPr>
        <w:object w:dxaOrig="4239" w:dyaOrig="740" w14:anchorId="64A4A3A2">
          <v:shape id="_x0000_i2740" type="#_x0000_t75" style="width:211.8pt;height:37.2pt" o:ole="">
            <v:imagedata r:id="rId3337" o:title=""/>
          </v:shape>
          <o:OLEObject Type="Embed" ProgID="Equation.DSMT4" ShapeID="_x0000_i2740" DrawAspect="Content" ObjectID="_1699919476" r:id="rId3338"/>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8"/>
        </w:rPr>
        <w:object w:dxaOrig="3540" w:dyaOrig="740" w14:anchorId="1B265ED0">
          <v:shape id="_x0000_i2741" type="#_x0000_t75" style="width:177pt;height:37.2pt" o:ole="">
            <v:imagedata r:id="rId3339" o:title=""/>
          </v:shape>
          <o:OLEObject Type="Embed" ProgID="Equation.DSMT4" ShapeID="_x0000_i2741" DrawAspect="Content" ObjectID="_1699919477" r:id="rId3340"/>
        </w:object>
      </w:r>
      <w:r w:rsidRPr="00E6740F">
        <w:rPr>
          <w:rFonts w:cs="Times New Roman"/>
        </w:rPr>
        <w:t>.</w:t>
      </w:r>
    </w:p>
    <w:p w14:paraId="54F7B533"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C. </w:t>
      </w:r>
      <w:r w:rsidRPr="00E6740F">
        <w:rPr>
          <w:rFonts w:cs="Times New Roman"/>
          <w:position w:val="-28"/>
        </w:rPr>
        <w:object w:dxaOrig="2439" w:dyaOrig="740" w14:anchorId="2A1006B0">
          <v:shape id="_x0000_i2742" type="#_x0000_t75" style="width:121.8pt;height:37.2pt" o:ole="">
            <v:imagedata r:id="rId3341" o:title=""/>
          </v:shape>
          <o:OLEObject Type="Embed" ProgID="Equation.DSMT4" ShapeID="_x0000_i2742" DrawAspect="Content" ObjectID="_1699919478" r:id="rId3342"/>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8"/>
        </w:rPr>
        <w:object w:dxaOrig="2420" w:dyaOrig="740" w14:anchorId="43DD5F76">
          <v:shape id="_x0000_i2743" type="#_x0000_t75" style="width:121.2pt;height:37.2pt" o:ole="">
            <v:imagedata r:id="rId3343" o:title=""/>
          </v:shape>
          <o:OLEObject Type="Embed" ProgID="Equation.DSMT4" ShapeID="_x0000_i2743" DrawAspect="Content" ObjectID="_1699919479" r:id="rId3344"/>
        </w:object>
      </w:r>
      <w:r w:rsidRPr="00E6740F">
        <w:rPr>
          <w:rFonts w:cs="Times New Roman"/>
        </w:rPr>
        <w:t>.</w:t>
      </w:r>
    </w:p>
    <w:p w14:paraId="3DEF406A"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33:</w:t>
      </w:r>
      <w:r w:rsidRPr="00E6740F">
        <w:rPr>
          <w:rFonts w:cs="Times New Roman"/>
          <w:b/>
          <w:color w:val="0000FF"/>
        </w:rPr>
        <w:tab/>
      </w:r>
      <w:r w:rsidRPr="00E6740F">
        <w:rPr>
          <w:rFonts w:cs="Times New Roman"/>
        </w:rPr>
        <w:t xml:space="preserve">Cho phương trình </w:t>
      </w:r>
      <w:r w:rsidRPr="00E6740F">
        <w:rPr>
          <w:position w:val="-10"/>
        </w:rPr>
        <w:object w:dxaOrig="3640" w:dyaOrig="360" w14:anchorId="1EA3FD53">
          <v:shape id="_x0000_i2744" type="#_x0000_t75" style="width:181.8pt;height:18pt" o:ole="">
            <v:imagedata r:id="rId3345" o:title=""/>
          </v:shape>
          <o:OLEObject Type="Embed" ProgID="Equation.DSMT4" ShapeID="_x0000_i2744" DrawAspect="Content" ObjectID="_1699919480" r:id="rId3346"/>
        </w:object>
      </w:r>
      <w:r w:rsidRPr="00E6740F">
        <w:rPr>
          <w:rFonts w:cs="Times New Roman"/>
        </w:rPr>
        <w:t xml:space="preserve">. Tìm tập hợp tất cả các giá trị của tham số </w:t>
      </w:r>
      <w:r w:rsidRPr="00E6740F">
        <w:rPr>
          <w:position w:val="-6"/>
        </w:rPr>
        <w:object w:dxaOrig="260" w:dyaOrig="220" w14:anchorId="143A0942">
          <v:shape id="_x0000_i2745" type="#_x0000_t75" style="width:13.2pt;height:10.8pt" o:ole="">
            <v:imagedata r:id="rId3347" o:title=""/>
          </v:shape>
          <o:OLEObject Type="Embed" ProgID="Equation.DSMT4" ShapeID="_x0000_i2745" DrawAspect="Content" ObjectID="_1699919481" r:id="rId3348"/>
        </w:object>
      </w:r>
      <w:r w:rsidRPr="00E6740F">
        <w:rPr>
          <w:rFonts w:cs="Times New Roman"/>
        </w:rPr>
        <w:t xml:space="preserve"> để phương trình có nghiệm </w:t>
      </w:r>
      <w:r w:rsidRPr="00E6740F">
        <w:rPr>
          <w:position w:val="-28"/>
        </w:rPr>
        <w:object w:dxaOrig="1060" w:dyaOrig="680" w14:anchorId="1181F3FC">
          <v:shape id="_x0000_i2746" type="#_x0000_t75" style="width:52.8pt;height:34.2pt" o:ole="">
            <v:imagedata r:id="rId3349" o:title=""/>
          </v:shape>
          <o:OLEObject Type="Embed" ProgID="Equation.DSMT4" ShapeID="_x0000_i2746" DrawAspect="Content" ObjectID="_1699919482" r:id="rId3350"/>
        </w:object>
      </w:r>
      <w:r w:rsidRPr="00E6740F">
        <w:rPr>
          <w:rFonts w:cs="Times New Roman"/>
        </w:rPr>
        <w:t>.</w:t>
      </w:r>
    </w:p>
    <w:p w14:paraId="1E870903"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8"/>
        </w:rPr>
        <w:object w:dxaOrig="1219" w:dyaOrig="680" w14:anchorId="4179B734">
          <v:shape id="_x0000_i2747" type="#_x0000_t75" style="width:61.2pt;height:34.2pt" o:ole="">
            <v:imagedata r:id="rId3351" o:title=""/>
          </v:shape>
          <o:OLEObject Type="Embed" ProgID="Equation.DSMT4" ShapeID="_x0000_i2747" DrawAspect="Content" ObjectID="_1699919483" r:id="rId3352"/>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8"/>
        </w:rPr>
        <w:object w:dxaOrig="1060" w:dyaOrig="680" w14:anchorId="7576299E">
          <v:shape id="_x0000_i2748" type="#_x0000_t75" style="width:52.8pt;height:34.2pt" o:ole="">
            <v:imagedata r:id="rId3353" o:title=""/>
          </v:shape>
          <o:OLEObject Type="Embed" ProgID="Equation.DSMT4" ShapeID="_x0000_i2748" DrawAspect="Content" ObjectID="_1699919484" r:id="rId3354"/>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28"/>
        </w:rPr>
        <w:object w:dxaOrig="1359" w:dyaOrig="680" w14:anchorId="51278989">
          <v:shape id="_x0000_i2749" type="#_x0000_t75" style="width:67.8pt;height:34.2pt" o:ole="">
            <v:imagedata r:id="rId3355" o:title=""/>
          </v:shape>
          <o:OLEObject Type="Embed" ProgID="Equation.DSMT4" ShapeID="_x0000_i2749" DrawAspect="Content" ObjectID="_1699919485" r:id="rId3356"/>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8"/>
        </w:rPr>
        <w:object w:dxaOrig="1200" w:dyaOrig="680" w14:anchorId="74D41F6A">
          <v:shape id="_x0000_i2750" type="#_x0000_t75" style="width:60pt;height:34.2pt" o:ole="">
            <v:imagedata r:id="rId3357" o:title=""/>
          </v:shape>
          <o:OLEObject Type="Embed" ProgID="Equation.DSMT4" ShapeID="_x0000_i2750" DrawAspect="Content" ObjectID="_1699919486" r:id="rId3358"/>
        </w:object>
      </w:r>
      <w:r w:rsidRPr="00E6740F">
        <w:rPr>
          <w:rFonts w:cs="Times New Roman"/>
        </w:rPr>
        <w:t>.</w:t>
      </w:r>
    </w:p>
    <w:p w14:paraId="3D717E26"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34:</w:t>
      </w:r>
      <w:r w:rsidRPr="00E6740F">
        <w:rPr>
          <w:rFonts w:cs="Times New Roman"/>
          <w:b/>
          <w:color w:val="0000FF"/>
        </w:rPr>
        <w:tab/>
      </w:r>
      <w:r w:rsidRPr="00E6740F">
        <w:rPr>
          <w:rFonts w:cs="Times New Roman"/>
        </w:rPr>
        <w:t xml:space="preserve">Cho hình chóp </w:t>
      </w:r>
      <w:r w:rsidRPr="00E6740F">
        <w:rPr>
          <w:position w:val="-6"/>
        </w:rPr>
        <w:object w:dxaOrig="920" w:dyaOrig="279" w14:anchorId="08C60CC3">
          <v:shape id="_x0000_i2751" type="#_x0000_t75" style="width:46.2pt;height:13.8pt" o:ole="">
            <v:imagedata r:id="rId3359" o:title=""/>
          </v:shape>
          <o:OLEObject Type="Embed" ProgID="Equation.DSMT4" ShapeID="_x0000_i2751" DrawAspect="Content" ObjectID="_1699919487" r:id="rId3360"/>
        </w:object>
      </w:r>
      <w:r w:rsidRPr="00E6740F">
        <w:rPr>
          <w:rFonts w:cs="Times New Roman"/>
        </w:rPr>
        <w:t xml:space="preserve"> có đáy </w:t>
      </w:r>
      <w:r w:rsidRPr="00E6740F">
        <w:rPr>
          <w:position w:val="-6"/>
        </w:rPr>
        <w:object w:dxaOrig="720" w:dyaOrig="279" w14:anchorId="30E45401">
          <v:shape id="_x0000_i2752" type="#_x0000_t75" style="width:36pt;height:13.8pt" o:ole="">
            <v:imagedata r:id="rId3361" o:title=""/>
          </v:shape>
          <o:OLEObject Type="Embed" ProgID="Equation.DSMT4" ShapeID="_x0000_i2752" DrawAspect="Content" ObjectID="_1699919488" r:id="rId3362"/>
        </w:object>
      </w:r>
      <w:r w:rsidRPr="00E6740F">
        <w:rPr>
          <w:rFonts w:cs="Times New Roman"/>
        </w:rPr>
        <w:t xml:space="preserve"> là hình thang cân với cạnh bên </w:t>
      </w:r>
      <w:r w:rsidRPr="00E6740F">
        <w:rPr>
          <w:position w:val="-8"/>
        </w:rPr>
        <w:object w:dxaOrig="940" w:dyaOrig="360" w14:anchorId="427788EC">
          <v:shape id="_x0000_i2753" type="#_x0000_t75" style="width:46.8pt;height:18pt" o:ole="">
            <v:imagedata r:id="rId3363" o:title=""/>
          </v:shape>
          <o:OLEObject Type="Embed" ProgID="Equation.DSMT4" ShapeID="_x0000_i2753" DrawAspect="Content" ObjectID="_1699919489" r:id="rId3364"/>
        </w:object>
      </w:r>
      <w:r w:rsidRPr="00E6740F">
        <w:rPr>
          <w:rFonts w:cs="Times New Roman"/>
        </w:rPr>
        <w:t xml:space="preserve">, hai đáy </w:t>
      </w:r>
      <w:r w:rsidRPr="00E6740F">
        <w:rPr>
          <w:position w:val="-10"/>
        </w:rPr>
        <w:object w:dxaOrig="1520" w:dyaOrig="320" w14:anchorId="7ECCA869">
          <v:shape id="_x0000_i2754" type="#_x0000_t75" style="width:76.2pt;height:16.2pt" o:ole="">
            <v:imagedata r:id="rId3365" o:title=""/>
          </v:shape>
          <o:OLEObject Type="Embed" ProgID="Equation.DSMT4" ShapeID="_x0000_i2754" DrawAspect="Content" ObjectID="_1699919490" r:id="rId3366"/>
        </w:object>
      </w:r>
      <w:r w:rsidRPr="00E6740F">
        <w:rPr>
          <w:rFonts w:cs="Times New Roman"/>
        </w:rPr>
        <w:t xml:space="preserve">. Mặt phẳng </w:t>
      </w:r>
      <w:r w:rsidRPr="00E6740F">
        <w:rPr>
          <w:position w:val="-10"/>
        </w:rPr>
        <w:object w:dxaOrig="400" w:dyaOrig="320" w14:anchorId="0C65CCD1">
          <v:shape id="_x0000_i2755" type="#_x0000_t75" style="width:19.8pt;height:16.2pt" o:ole="">
            <v:imagedata r:id="rId3367" o:title=""/>
          </v:shape>
          <o:OLEObject Type="Embed" ProgID="Equation.DSMT4" ShapeID="_x0000_i2755" DrawAspect="Content" ObjectID="_1699919491" r:id="rId3368"/>
        </w:object>
      </w:r>
      <w:r w:rsidRPr="00E6740F">
        <w:rPr>
          <w:rFonts w:cs="Times New Roman"/>
        </w:rPr>
        <w:t xml:space="preserve"> song song với </w:t>
      </w:r>
      <w:r w:rsidRPr="00E6740F">
        <w:rPr>
          <w:position w:val="-10"/>
        </w:rPr>
        <w:object w:dxaOrig="900" w:dyaOrig="320" w14:anchorId="386F2D64">
          <v:shape id="_x0000_i2756" type="#_x0000_t75" style="width:45pt;height:16.2pt" o:ole="">
            <v:imagedata r:id="rId3369" o:title=""/>
          </v:shape>
          <o:OLEObject Type="Embed" ProgID="Equation.DSMT4" ShapeID="_x0000_i2756" DrawAspect="Content" ObjectID="_1699919492" r:id="rId3370"/>
        </w:object>
      </w:r>
      <w:r w:rsidRPr="00E6740F">
        <w:rPr>
          <w:rFonts w:cs="Times New Roman"/>
        </w:rPr>
        <w:t xml:space="preserve"> và cắt cạnh </w:t>
      </w:r>
      <w:r w:rsidRPr="00E6740F">
        <w:rPr>
          <w:position w:val="-6"/>
        </w:rPr>
        <w:object w:dxaOrig="340" w:dyaOrig="279" w14:anchorId="1C2D2966">
          <v:shape id="_x0000_i2757" type="#_x0000_t75" style="width:16.8pt;height:13.8pt" o:ole="">
            <v:imagedata r:id="rId3371" o:title=""/>
          </v:shape>
          <o:OLEObject Type="Embed" ProgID="Equation.DSMT4" ShapeID="_x0000_i2757" DrawAspect="Content" ObjectID="_1699919493" r:id="rId3372"/>
        </w:object>
      </w:r>
      <w:r w:rsidRPr="00E6740F">
        <w:rPr>
          <w:rFonts w:cs="Times New Roman"/>
        </w:rPr>
        <w:t xml:space="preserve"> tại </w:t>
      </w:r>
      <w:r w:rsidRPr="00E6740F">
        <w:rPr>
          <w:position w:val="-4"/>
        </w:rPr>
        <w:object w:dxaOrig="320" w:dyaOrig="260" w14:anchorId="0B9A0041">
          <v:shape id="_x0000_i2758" type="#_x0000_t75" style="width:16.2pt;height:13.2pt" o:ole="">
            <v:imagedata r:id="rId3373" o:title=""/>
          </v:shape>
          <o:OLEObject Type="Embed" ProgID="Equation.DSMT4" ShapeID="_x0000_i2758" DrawAspect="Content" ObjectID="_1699919494" r:id="rId3374"/>
        </w:object>
      </w:r>
      <w:r w:rsidRPr="00E6740F">
        <w:rPr>
          <w:rFonts w:cs="Times New Roman"/>
        </w:rPr>
        <w:t xml:space="preserve"> sao cho </w:t>
      </w:r>
      <w:r w:rsidRPr="00E6740F">
        <w:rPr>
          <w:position w:val="-6"/>
        </w:rPr>
        <w:object w:dxaOrig="1060" w:dyaOrig="279" w14:anchorId="2E087B0E">
          <v:shape id="_x0000_i2759" type="#_x0000_t75" style="width:52.8pt;height:13.8pt" o:ole="">
            <v:imagedata r:id="rId3375" o:title=""/>
          </v:shape>
          <o:OLEObject Type="Embed" ProgID="Equation.DSMT4" ShapeID="_x0000_i2759" DrawAspect="Content" ObjectID="_1699919495" r:id="rId3376"/>
        </w:object>
      </w:r>
      <w:r w:rsidRPr="00E6740F">
        <w:rPr>
          <w:rFonts w:cs="Times New Roman"/>
        </w:rPr>
        <w:t xml:space="preserve">. Diện tích thiết diện của </w:t>
      </w:r>
      <w:r w:rsidRPr="00E6740F">
        <w:rPr>
          <w:position w:val="-10"/>
        </w:rPr>
        <w:object w:dxaOrig="400" w:dyaOrig="320" w14:anchorId="16659FD4">
          <v:shape id="_x0000_i2760" type="#_x0000_t75" style="width:19.8pt;height:16.2pt" o:ole="">
            <v:imagedata r:id="rId3377" o:title=""/>
          </v:shape>
          <o:OLEObject Type="Embed" ProgID="Equation.DSMT4" ShapeID="_x0000_i2760" DrawAspect="Content" ObjectID="_1699919496" r:id="rId3378"/>
        </w:object>
      </w:r>
      <w:r w:rsidRPr="00E6740F">
        <w:rPr>
          <w:rFonts w:cs="Times New Roman"/>
        </w:rPr>
        <w:t xml:space="preserve"> và hình chóp </w:t>
      </w:r>
      <w:r w:rsidRPr="00E6740F">
        <w:rPr>
          <w:position w:val="-6"/>
        </w:rPr>
        <w:object w:dxaOrig="920" w:dyaOrig="279" w14:anchorId="53B15664">
          <v:shape id="_x0000_i2761" type="#_x0000_t75" style="width:46.2pt;height:13.8pt" o:ole="">
            <v:imagedata r:id="rId3379" o:title=""/>
          </v:shape>
          <o:OLEObject Type="Embed" ProgID="Equation.DSMT4" ShapeID="_x0000_i2761" DrawAspect="Content" ObjectID="_1699919497" r:id="rId3380"/>
        </w:object>
      </w:r>
      <w:r w:rsidRPr="00E6740F">
        <w:rPr>
          <w:rFonts w:cs="Times New Roman"/>
        </w:rPr>
        <w:t xml:space="preserve"> bằng bao nhiêu?</w:t>
      </w:r>
    </w:p>
    <w:p w14:paraId="46014B46"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4"/>
        </w:rPr>
        <w:object w:dxaOrig="220" w:dyaOrig="620" w14:anchorId="554C1404">
          <v:shape id="_x0000_i2762" type="#_x0000_t75" style="width:10.8pt;height:31.2pt" o:ole="">
            <v:imagedata r:id="rId3381" o:title=""/>
          </v:shape>
          <o:OLEObject Type="Embed" ProgID="Equation.DSMT4" ShapeID="_x0000_i2762" DrawAspect="Content" ObjectID="_1699919498" r:id="rId3382"/>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4"/>
        </w:rPr>
        <w:object w:dxaOrig="520" w:dyaOrig="680" w14:anchorId="62A8C78D">
          <v:shape id="_x0000_i2763" type="#_x0000_t75" style="width:25.8pt;height:34.2pt" o:ole="">
            <v:imagedata r:id="rId3383" o:title=""/>
          </v:shape>
          <o:OLEObject Type="Embed" ProgID="Equation.DSMT4" ShapeID="_x0000_i2763" DrawAspect="Content" ObjectID="_1699919499" r:id="rId3384"/>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24"/>
        </w:rPr>
        <w:object w:dxaOrig="240" w:dyaOrig="620" w14:anchorId="7FFC4DDA">
          <v:shape id="_x0000_i2764" type="#_x0000_t75" style="width:12pt;height:31.2pt" o:ole="">
            <v:imagedata r:id="rId3385" o:title=""/>
          </v:shape>
          <o:OLEObject Type="Embed" ProgID="Equation.DSMT4" ShapeID="_x0000_i2764" DrawAspect="Content" ObjectID="_1699919500" r:id="rId3386"/>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4"/>
        </w:rPr>
        <w:object w:dxaOrig="520" w:dyaOrig="680" w14:anchorId="0D43980A">
          <v:shape id="_x0000_i2765" type="#_x0000_t75" style="width:25.8pt;height:34.2pt" o:ole="">
            <v:imagedata r:id="rId3387" o:title=""/>
          </v:shape>
          <o:OLEObject Type="Embed" ProgID="Equation.DSMT4" ShapeID="_x0000_i2765" DrawAspect="Content" ObjectID="_1699919501" r:id="rId3388"/>
        </w:object>
      </w:r>
      <w:r w:rsidRPr="00E6740F">
        <w:rPr>
          <w:rFonts w:cs="Times New Roman"/>
        </w:rPr>
        <w:t>.</w:t>
      </w:r>
    </w:p>
    <w:p w14:paraId="3AB1A39B" w14:textId="77777777" w:rsidR="00DE7E5C" w:rsidRPr="00E6740F" w:rsidRDefault="00DE7E5C" w:rsidP="00E6740F">
      <w:pPr>
        <w:tabs>
          <w:tab w:val="left" w:pos="992"/>
        </w:tabs>
        <w:spacing w:before="120" w:after="0"/>
        <w:ind w:left="992" w:hanging="992"/>
        <w:jc w:val="both"/>
        <w:rPr>
          <w:rFonts w:cs="Times New Roman"/>
        </w:rPr>
      </w:pPr>
      <w:r w:rsidRPr="00E6740F">
        <w:rPr>
          <w:rFonts w:cs="Times New Roman"/>
          <w:b/>
          <w:color w:val="0000FF"/>
        </w:rPr>
        <w:t>Câu 35:</w:t>
      </w:r>
      <w:r w:rsidRPr="00E6740F">
        <w:rPr>
          <w:rFonts w:cs="Times New Roman"/>
          <w:b/>
          <w:color w:val="0000FF"/>
        </w:rPr>
        <w:tab/>
      </w:r>
      <w:r w:rsidRPr="00E6740F">
        <w:rPr>
          <w:rFonts w:cs="Times New Roman"/>
        </w:rPr>
        <w:t>Tại chương trình "Tủ sách học đường", Một mạnh thường quân đã trao tặng các cuốn sách tham khảo gồm 7 cuốn sách Toán, 8 cuốn sách Vật Lí, 9 cuốn sách Hóa Học (các cuốn sách cùng loại giống nhau) để làm phần thưởng cho 12 học sinh, mỗi học sinh được 2 cuốn sách khác loại. Trong số 12 học sinh trên có hai bạn Quang và Thiện. Tính xác suất để hai bạn Quang và Thiện có phần thưởng giống nhau.</w:t>
      </w:r>
    </w:p>
    <w:p w14:paraId="4BDE4FB8" w14:textId="77777777" w:rsidR="00DE7E5C" w:rsidRPr="00E6740F" w:rsidRDefault="00DE7E5C" w:rsidP="00E6740F">
      <w:pPr>
        <w:tabs>
          <w:tab w:val="left" w:pos="3402"/>
          <w:tab w:val="left" w:pos="5669"/>
          <w:tab w:val="left" w:pos="7937"/>
        </w:tabs>
        <w:spacing w:after="0"/>
        <w:ind w:left="992"/>
        <w:jc w:val="both"/>
        <w:rPr>
          <w:rFonts w:cs="Times New Roman"/>
        </w:rPr>
      </w:pPr>
      <w:r w:rsidRPr="00E6740F">
        <w:rPr>
          <w:rFonts w:cs="Times New Roman"/>
          <w:b/>
          <w:color w:val="0000FF"/>
        </w:rPr>
        <w:t xml:space="preserve">A. </w:t>
      </w:r>
      <w:r w:rsidRPr="00E6740F">
        <w:rPr>
          <w:rFonts w:cs="Times New Roman"/>
          <w:position w:val="-24"/>
        </w:rPr>
        <w:object w:dxaOrig="360" w:dyaOrig="620" w14:anchorId="752C6436">
          <v:shape id="_x0000_i2766" type="#_x0000_t75" style="width:18pt;height:31.2pt" o:ole="">
            <v:imagedata r:id="rId3389" o:title=""/>
          </v:shape>
          <o:OLEObject Type="Embed" ProgID="Equation.DSMT4" ShapeID="_x0000_i2766" DrawAspect="Content" ObjectID="_1699919502" r:id="rId3390"/>
        </w:object>
      </w:r>
      <w:r w:rsidRPr="00E6740F">
        <w:rPr>
          <w:rFonts w:cs="Times New Roman"/>
        </w:rPr>
        <w:t>.</w:t>
      </w:r>
      <w:r w:rsidRPr="00E6740F">
        <w:rPr>
          <w:rFonts w:cs="Times New Roman"/>
        </w:rPr>
        <w:tab/>
      </w:r>
      <w:r w:rsidRPr="00E6740F">
        <w:rPr>
          <w:rFonts w:cs="Times New Roman"/>
          <w:b/>
          <w:color w:val="0000FF"/>
        </w:rPr>
        <w:t xml:space="preserve">B. </w:t>
      </w:r>
      <w:r w:rsidRPr="00E6740F">
        <w:rPr>
          <w:rFonts w:cs="Times New Roman"/>
          <w:position w:val="-24"/>
        </w:rPr>
        <w:object w:dxaOrig="300" w:dyaOrig="620" w14:anchorId="430D6EBE">
          <v:shape id="_x0000_i2767" type="#_x0000_t75" style="width:15pt;height:31.2pt" o:ole="">
            <v:imagedata r:id="rId3391" o:title=""/>
          </v:shape>
          <o:OLEObject Type="Embed" ProgID="Equation.DSMT4" ShapeID="_x0000_i2767" DrawAspect="Content" ObjectID="_1699919503" r:id="rId3392"/>
        </w:object>
      </w:r>
      <w:r w:rsidRPr="00E6740F">
        <w:rPr>
          <w:rFonts w:cs="Times New Roman"/>
        </w:rPr>
        <w:t>.</w:t>
      </w:r>
      <w:r w:rsidRPr="00E6740F">
        <w:rPr>
          <w:rFonts w:cs="Times New Roman"/>
        </w:rPr>
        <w:tab/>
      </w:r>
      <w:r w:rsidRPr="00E6740F">
        <w:rPr>
          <w:rFonts w:cs="Times New Roman"/>
          <w:b/>
          <w:color w:val="0000FF"/>
        </w:rPr>
        <w:t xml:space="preserve">C. </w:t>
      </w:r>
      <w:r w:rsidRPr="00E6740F">
        <w:rPr>
          <w:rFonts w:cs="Times New Roman"/>
          <w:position w:val="-24"/>
        </w:rPr>
        <w:object w:dxaOrig="360" w:dyaOrig="620" w14:anchorId="755E4410">
          <v:shape id="_x0000_i2768" type="#_x0000_t75" style="width:18pt;height:31.2pt" o:ole="">
            <v:imagedata r:id="rId3393" o:title=""/>
          </v:shape>
          <o:OLEObject Type="Embed" ProgID="Equation.DSMT4" ShapeID="_x0000_i2768" DrawAspect="Content" ObjectID="_1699919504" r:id="rId3394"/>
        </w:object>
      </w:r>
      <w:r w:rsidRPr="00E6740F">
        <w:rPr>
          <w:rFonts w:cs="Times New Roman"/>
        </w:rPr>
        <w:t>.</w:t>
      </w:r>
      <w:r w:rsidRPr="00E6740F">
        <w:rPr>
          <w:rFonts w:cs="Times New Roman"/>
        </w:rPr>
        <w:tab/>
      </w:r>
      <w:r w:rsidRPr="00E6740F">
        <w:rPr>
          <w:rFonts w:cs="Times New Roman"/>
          <w:b/>
          <w:color w:val="0000FF"/>
        </w:rPr>
        <w:t xml:space="preserve">D. </w:t>
      </w:r>
      <w:r w:rsidRPr="00E6740F">
        <w:rPr>
          <w:rFonts w:cs="Times New Roman"/>
          <w:position w:val="-24"/>
        </w:rPr>
        <w:object w:dxaOrig="340" w:dyaOrig="620" w14:anchorId="3C66203C">
          <v:shape id="_x0000_i2769" type="#_x0000_t75" style="width:16.8pt;height:31.2pt" o:ole="">
            <v:imagedata r:id="rId3395" o:title=""/>
          </v:shape>
          <o:OLEObject Type="Embed" ProgID="Equation.DSMT4" ShapeID="_x0000_i2769" DrawAspect="Content" ObjectID="_1699919505" r:id="rId3396"/>
        </w:object>
      </w:r>
      <w:r w:rsidRPr="00E6740F">
        <w:rPr>
          <w:rFonts w:cs="Times New Roman"/>
        </w:rPr>
        <w:t>.</w:t>
      </w:r>
    </w:p>
    <w:p w14:paraId="2AA51A97" w14:textId="77777777" w:rsidR="00DE7E5C" w:rsidRPr="00E6740F" w:rsidRDefault="00DE7E5C" w:rsidP="00E6740F">
      <w:pPr>
        <w:ind w:left="992"/>
        <w:rPr>
          <w:rFonts w:cs="Times New Roman"/>
        </w:rPr>
      </w:pPr>
      <w:r w:rsidRPr="00E6740F">
        <w:rPr>
          <w:rFonts w:cs="Times New Roman"/>
          <w:b/>
        </w:rPr>
        <w:t>Phần II: Tự luận</w:t>
      </w:r>
    </w:p>
    <w:p w14:paraId="1AF9D70B" w14:textId="77777777" w:rsidR="00DE7E5C" w:rsidRPr="00E6740F" w:rsidRDefault="00DE7E5C" w:rsidP="00E6740F">
      <w:pPr>
        <w:ind w:left="992" w:hanging="992"/>
        <w:jc w:val="both"/>
        <w:rPr>
          <w:rFonts w:cs="Times New Roman"/>
        </w:rPr>
      </w:pPr>
      <w:r w:rsidRPr="00E6740F">
        <w:rPr>
          <w:rFonts w:cs="Times New Roman"/>
          <w:b/>
        </w:rPr>
        <w:t xml:space="preserve">Bài 1: </w:t>
      </w:r>
      <w:r>
        <w:rPr>
          <w:rFonts w:cs="Times New Roman"/>
          <w:b/>
        </w:rPr>
        <w:tab/>
      </w:r>
      <w:r w:rsidRPr="00E6740F">
        <w:rPr>
          <w:rFonts w:cs="Times New Roman"/>
        </w:rPr>
        <w:t xml:space="preserve">a) Giải phương trình: </w:t>
      </w:r>
      <w:r w:rsidRPr="00E6740F">
        <w:rPr>
          <w:rFonts w:cs="Times New Roman"/>
          <w:position w:val="-6"/>
        </w:rPr>
        <w:object w:dxaOrig="2140" w:dyaOrig="320" w14:anchorId="34EF728B">
          <v:shape id="_x0000_i2770" type="#_x0000_t75" style="width:106.8pt;height:16.2pt" o:ole="">
            <v:imagedata r:id="rId3397" o:title=""/>
          </v:shape>
          <o:OLEObject Type="Embed" ProgID="Equation.DSMT4" ShapeID="_x0000_i2770" DrawAspect="Content" ObjectID="_1699919506" r:id="rId3398"/>
        </w:object>
      </w:r>
      <w:r w:rsidRPr="00E6740F">
        <w:rPr>
          <w:rFonts w:cs="Times New Roman"/>
        </w:rPr>
        <w:t>.</w:t>
      </w:r>
    </w:p>
    <w:p w14:paraId="7DBB7FB5" w14:textId="77777777" w:rsidR="00DE7E5C" w:rsidRPr="00E6740F" w:rsidRDefault="00DE7E5C" w:rsidP="00E6740F">
      <w:pPr>
        <w:ind w:left="992"/>
        <w:jc w:val="both"/>
        <w:rPr>
          <w:rFonts w:cs="Times New Roman"/>
        </w:rPr>
      </w:pPr>
      <w:r w:rsidRPr="00E6740F">
        <w:rPr>
          <w:rFonts w:cs="Times New Roman"/>
        </w:rPr>
        <w:t xml:space="preserve">b) Tìm </w:t>
      </w:r>
      <w:r w:rsidRPr="00E6740F">
        <w:rPr>
          <w:rFonts w:cs="Times New Roman"/>
          <w:position w:val="-6"/>
        </w:rPr>
        <w:object w:dxaOrig="260" w:dyaOrig="220" w14:anchorId="610A02AE">
          <v:shape id="_x0000_i2771" type="#_x0000_t75" style="width:13.2pt;height:10.8pt" o:ole="">
            <v:imagedata r:id="rId3399" o:title=""/>
          </v:shape>
          <o:OLEObject Type="Embed" ProgID="Equation.DSMT4" ShapeID="_x0000_i2771" DrawAspect="Content" ObjectID="_1699919507" r:id="rId3400"/>
        </w:object>
      </w:r>
      <w:r w:rsidRPr="00E6740F">
        <w:rPr>
          <w:rFonts w:cs="Times New Roman"/>
        </w:rPr>
        <w:t xml:space="preserve"> để phương trình: </w:t>
      </w:r>
      <w:r w:rsidRPr="00E6740F">
        <w:rPr>
          <w:rFonts w:cs="Times New Roman"/>
          <w:position w:val="-8"/>
        </w:rPr>
        <w:object w:dxaOrig="2280" w:dyaOrig="360" w14:anchorId="5815B24A">
          <v:shape id="_x0000_i2772" type="#_x0000_t75" style="width:114pt;height:18pt" o:ole="">
            <v:imagedata r:id="rId3401" o:title=""/>
          </v:shape>
          <o:OLEObject Type="Embed" ProgID="Equation.DSMT4" ShapeID="_x0000_i2772" DrawAspect="Content" ObjectID="_1699919508" r:id="rId3402"/>
        </w:object>
      </w:r>
      <w:r w:rsidRPr="00E6740F">
        <w:rPr>
          <w:rFonts w:cs="Times New Roman"/>
        </w:rPr>
        <w:t xml:space="preserve"> có nghiệm?</w:t>
      </w:r>
    </w:p>
    <w:p w14:paraId="1D1F443C" w14:textId="77777777" w:rsidR="00DE7E5C" w:rsidRPr="00E6740F" w:rsidRDefault="00DE7E5C" w:rsidP="00E6740F">
      <w:pPr>
        <w:ind w:left="992" w:hanging="992"/>
        <w:jc w:val="both"/>
        <w:rPr>
          <w:rFonts w:cs="Times New Roman"/>
        </w:rPr>
      </w:pPr>
      <w:r w:rsidRPr="00E6740F">
        <w:rPr>
          <w:rFonts w:cs="Times New Roman"/>
          <w:b/>
        </w:rPr>
        <w:t xml:space="preserve">Bài 2: </w:t>
      </w:r>
      <w:r w:rsidRPr="00E6740F">
        <w:rPr>
          <w:rFonts w:cs="Times New Roman"/>
        </w:rPr>
        <w:t>Có 30 tấm thẻ được đánh số thứ tự từ 1 đến 30. Chọn ngẫu nhiên ra 10 tấm. Tính xác suất đề lấy được 5 tấm thẻ mang số lẻ, 5 tấm thẻ mang số chẵn trong đó có đúng một tấm thẻ mang số chia hết cho 10.</w:t>
      </w:r>
    </w:p>
    <w:p w14:paraId="5389607A" w14:textId="77777777" w:rsidR="00DE7E5C" w:rsidRPr="00E6740F" w:rsidRDefault="00DE7E5C" w:rsidP="00E6740F">
      <w:pPr>
        <w:ind w:left="992" w:hanging="992"/>
        <w:jc w:val="both"/>
        <w:rPr>
          <w:rFonts w:cs="Times New Roman"/>
        </w:rPr>
      </w:pPr>
      <w:r w:rsidRPr="00E6740F">
        <w:rPr>
          <w:rFonts w:cs="Times New Roman"/>
          <w:b/>
        </w:rPr>
        <w:t xml:space="preserve">Bài 3: </w:t>
      </w:r>
      <w:r w:rsidRPr="00E6740F">
        <w:rPr>
          <w:rFonts w:cs="Times New Roman"/>
        </w:rPr>
        <w:t xml:space="preserve">Cho hình chóp tứ giác </w:t>
      </w:r>
      <w:r w:rsidRPr="00E6740F">
        <w:rPr>
          <w:rFonts w:cs="Times New Roman"/>
          <w:position w:val="-6"/>
        </w:rPr>
        <w:object w:dxaOrig="920" w:dyaOrig="279" w14:anchorId="53659BFF">
          <v:shape id="_x0000_i2773" type="#_x0000_t75" style="width:46.2pt;height:13.8pt" o:ole="">
            <v:imagedata r:id="rId3403" o:title=""/>
          </v:shape>
          <o:OLEObject Type="Embed" ProgID="Equation.DSMT4" ShapeID="_x0000_i2773" DrawAspect="Content" ObjectID="_1699919509" r:id="rId3404"/>
        </w:object>
      </w:r>
      <w:r w:rsidRPr="00E6740F">
        <w:rPr>
          <w:rFonts w:cs="Times New Roman"/>
        </w:rPr>
        <w:t xml:space="preserve"> có đáy </w:t>
      </w:r>
      <w:r w:rsidRPr="00E6740F">
        <w:rPr>
          <w:rFonts w:cs="Times New Roman"/>
          <w:position w:val="-6"/>
        </w:rPr>
        <w:object w:dxaOrig="720" w:dyaOrig="279" w14:anchorId="7C1E5AAD">
          <v:shape id="_x0000_i2774" type="#_x0000_t75" style="width:36pt;height:13.8pt" o:ole="">
            <v:imagedata r:id="rId3405" o:title=""/>
          </v:shape>
          <o:OLEObject Type="Embed" ProgID="Equation.DSMT4" ShapeID="_x0000_i2774" DrawAspect="Content" ObjectID="_1699919510" r:id="rId3406"/>
        </w:object>
      </w:r>
      <w:r w:rsidRPr="00E6740F">
        <w:rPr>
          <w:rFonts w:cs="Times New Roman"/>
        </w:rPr>
        <w:t xml:space="preserve"> là hình thang, đáy lớn </w:t>
      </w:r>
      <w:r w:rsidRPr="00E6740F">
        <w:rPr>
          <w:rFonts w:cs="Times New Roman"/>
          <w:position w:val="-4"/>
        </w:rPr>
        <w:object w:dxaOrig="420" w:dyaOrig="260" w14:anchorId="3389A545">
          <v:shape id="_x0000_i2775" type="#_x0000_t75" style="width:21pt;height:13.2pt" o:ole="">
            <v:imagedata r:id="rId3407" o:title=""/>
          </v:shape>
          <o:OLEObject Type="Embed" ProgID="Equation.DSMT4" ShapeID="_x0000_i2775" DrawAspect="Content" ObjectID="_1699919511" r:id="rId3408"/>
        </w:object>
      </w:r>
      <w:r w:rsidRPr="00E6740F">
        <w:rPr>
          <w:rFonts w:cs="Times New Roman"/>
        </w:rPr>
        <w:t xml:space="preserve"> và </w:t>
      </w:r>
      <w:r w:rsidRPr="00E6740F">
        <w:rPr>
          <w:rFonts w:cs="Times New Roman"/>
          <w:position w:val="-6"/>
        </w:rPr>
        <w:object w:dxaOrig="1120" w:dyaOrig="279" w14:anchorId="42961CCF">
          <v:shape id="_x0000_i2776" type="#_x0000_t75" style="width:55.8pt;height:13.8pt" o:ole="">
            <v:imagedata r:id="rId3409" o:title=""/>
          </v:shape>
          <o:OLEObject Type="Embed" ProgID="Equation.DSMT4" ShapeID="_x0000_i2776" DrawAspect="Content" ObjectID="_1699919512" r:id="rId3410"/>
        </w:object>
      </w:r>
      <w:r w:rsidRPr="00E6740F">
        <w:rPr>
          <w:rFonts w:cs="Times New Roman"/>
        </w:rPr>
        <w:t xml:space="preserve">. Gọi </w:t>
      </w:r>
      <w:r w:rsidRPr="00E6740F">
        <w:rPr>
          <w:rFonts w:cs="Times New Roman"/>
          <w:position w:val="-6"/>
        </w:rPr>
        <w:object w:dxaOrig="240" w:dyaOrig="279" w14:anchorId="13DC1BC0">
          <v:shape id="_x0000_i2777" type="#_x0000_t75" style="width:12pt;height:13.8pt" o:ole="">
            <v:imagedata r:id="rId3411" o:title=""/>
          </v:shape>
          <o:OLEObject Type="Embed" ProgID="Equation.DSMT4" ShapeID="_x0000_i2777" DrawAspect="Content" ObjectID="_1699919513" r:id="rId3412"/>
        </w:object>
      </w:r>
      <w:r w:rsidRPr="00E6740F">
        <w:rPr>
          <w:rFonts w:cs="Times New Roman"/>
        </w:rPr>
        <w:t xml:space="preserve"> là giao điểm của </w:t>
      </w:r>
      <w:r w:rsidRPr="00E6740F">
        <w:rPr>
          <w:rFonts w:cs="Times New Roman"/>
          <w:position w:val="-6"/>
        </w:rPr>
        <w:object w:dxaOrig="420" w:dyaOrig="279" w14:anchorId="7E215376">
          <v:shape id="_x0000_i2778" type="#_x0000_t75" style="width:21pt;height:13.8pt" o:ole="">
            <v:imagedata r:id="rId3413" o:title=""/>
          </v:shape>
          <o:OLEObject Type="Embed" ProgID="Equation.DSMT4" ShapeID="_x0000_i2778" DrawAspect="Content" ObjectID="_1699919514" r:id="rId3414"/>
        </w:object>
      </w:r>
      <w:r w:rsidRPr="00E6740F">
        <w:rPr>
          <w:rFonts w:cs="Times New Roman"/>
        </w:rPr>
        <w:t xml:space="preserve"> và </w:t>
      </w:r>
      <w:r w:rsidRPr="00E6740F">
        <w:rPr>
          <w:rFonts w:cs="Times New Roman"/>
          <w:position w:val="-4"/>
        </w:rPr>
        <w:object w:dxaOrig="400" w:dyaOrig="260" w14:anchorId="5F8BD757">
          <v:shape id="_x0000_i2779" type="#_x0000_t75" style="width:19.8pt;height:13.2pt" o:ole="">
            <v:imagedata r:id="rId3415" o:title=""/>
          </v:shape>
          <o:OLEObject Type="Embed" ProgID="Equation.DSMT4" ShapeID="_x0000_i2779" DrawAspect="Content" ObjectID="_1699919515" r:id="rId3416"/>
        </w:object>
      </w:r>
      <w:r w:rsidRPr="00E6740F">
        <w:rPr>
          <w:rFonts w:cs="Times New Roman"/>
        </w:rPr>
        <w:t>.</w:t>
      </w:r>
    </w:p>
    <w:p w14:paraId="58470861" w14:textId="77777777" w:rsidR="00DE7E5C" w:rsidRPr="00E6740F" w:rsidRDefault="00DE7E5C" w:rsidP="00E6740F">
      <w:pPr>
        <w:ind w:left="992"/>
        <w:jc w:val="both"/>
        <w:rPr>
          <w:rFonts w:cs="Times New Roman"/>
        </w:rPr>
      </w:pPr>
      <w:r w:rsidRPr="00E6740F">
        <w:rPr>
          <w:rFonts w:cs="Times New Roman"/>
        </w:rPr>
        <w:t xml:space="preserve">a) Xác định giao tuyến của hai mặt phẳng </w:t>
      </w:r>
      <w:r w:rsidRPr="00E6740F">
        <w:rPr>
          <w:rFonts w:cs="Times New Roman"/>
          <w:position w:val="-10"/>
        </w:rPr>
        <w:object w:dxaOrig="660" w:dyaOrig="320" w14:anchorId="12D12004">
          <v:shape id="_x0000_i2780" type="#_x0000_t75" style="width:33pt;height:16.2pt" o:ole="">
            <v:imagedata r:id="rId3417" o:title=""/>
          </v:shape>
          <o:OLEObject Type="Embed" ProgID="Equation.DSMT4" ShapeID="_x0000_i2780" DrawAspect="Content" ObjectID="_1699919516" r:id="rId3418"/>
        </w:object>
      </w:r>
      <w:r w:rsidRPr="00E6740F">
        <w:rPr>
          <w:rFonts w:cs="Times New Roman"/>
        </w:rPr>
        <w:t xml:space="preserve"> và </w:t>
      </w:r>
      <w:r w:rsidRPr="00E6740F">
        <w:rPr>
          <w:rFonts w:cs="Times New Roman"/>
          <w:position w:val="-10"/>
        </w:rPr>
        <w:object w:dxaOrig="700" w:dyaOrig="320" w14:anchorId="7BC5F325">
          <v:shape id="_x0000_i2781" type="#_x0000_t75" style="width:34.8pt;height:16.2pt" o:ole="">
            <v:imagedata r:id="rId3419" o:title=""/>
          </v:shape>
          <o:OLEObject Type="Embed" ProgID="Equation.DSMT4" ShapeID="_x0000_i2781" DrawAspect="Content" ObjectID="_1699919517" r:id="rId3420"/>
        </w:object>
      </w:r>
      <w:r w:rsidRPr="00E6740F">
        <w:rPr>
          <w:rFonts w:cs="Times New Roman"/>
        </w:rPr>
        <w:t>.</w:t>
      </w:r>
    </w:p>
    <w:p w14:paraId="381945D5" w14:textId="77777777" w:rsidR="00DE7E5C" w:rsidRPr="00E6740F" w:rsidRDefault="00DE7E5C" w:rsidP="00E6740F">
      <w:pPr>
        <w:ind w:left="992"/>
        <w:jc w:val="both"/>
        <w:rPr>
          <w:rFonts w:cs="Times New Roman"/>
        </w:rPr>
      </w:pPr>
      <w:r w:rsidRPr="00E6740F">
        <w:rPr>
          <w:rFonts w:cs="Times New Roman"/>
        </w:rPr>
        <w:t xml:space="preserve">b) Gọi </w:t>
      </w:r>
      <w:r w:rsidRPr="00E6740F">
        <w:rPr>
          <w:rFonts w:cs="Times New Roman"/>
          <w:position w:val="-6"/>
        </w:rPr>
        <w:object w:dxaOrig="260" w:dyaOrig="279" w14:anchorId="740DCD65">
          <v:shape id="_x0000_i2782" type="#_x0000_t75" style="width:13.2pt;height:13.8pt" o:ole="">
            <v:imagedata r:id="rId3421" o:title=""/>
          </v:shape>
          <o:OLEObject Type="Embed" ProgID="Equation.DSMT4" ShapeID="_x0000_i2782" DrawAspect="Content" ObjectID="_1699919518" r:id="rId3422"/>
        </w:object>
      </w:r>
      <w:r w:rsidRPr="00E6740F">
        <w:rPr>
          <w:rFonts w:cs="Times New Roman"/>
        </w:rPr>
        <w:t xml:space="preserve"> là trọng tâm tam giác </w:t>
      </w:r>
      <w:r w:rsidRPr="00E6740F">
        <w:rPr>
          <w:rFonts w:cs="Times New Roman"/>
          <w:position w:val="-6"/>
        </w:rPr>
        <w:object w:dxaOrig="540" w:dyaOrig="279" w14:anchorId="508D9EBE">
          <v:shape id="_x0000_i2783" type="#_x0000_t75" style="width:27pt;height:13.8pt" o:ole="">
            <v:imagedata r:id="rId3423" o:title=""/>
          </v:shape>
          <o:OLEObject Type="Embed" ProgID="Equation.DSMT4" ShapeID="_x0000_i2783" DrawAspect="Content" ObjectID="_1699919519" r:id="rId3424"/>
        </w:object>
      </w:r>
      <w:r w:rsidRPr="00E6740F">
        <w:rPr>
          <w:rFonts w:cs="Times New Roman"/>
        </w:rPr>
        <w:t xml:space="preserve">. Chứng minh rằng </w:t>
      </w:r>
      <w:r w:rsidRPr="00E6740F">
        <w:rPr>
          <w:rFonts w:cs="Times New Roman"/>
          <w:position w:val="-6"/>
        </w:rPr>
        <w:object w:dxaOrig="420" w:dyaOrig="279" w14:anchorId="640FAD06">
          <v:shape id="_x0000_i2784" type="#_x0000_t75" style="width:21pt;height:13.8pt" o:ole="">
            <v:imagedata r:id="rId3425" o:title=""/>
          </v:shape>
          <o:OLEObject Type="Embed" ProgID="Equation.DSMT4" ShapeID="_x0000_i2784" DrawAspect="Content" ObjectID="_1699919520" r:id="rId3426"/>
        </w:object>
      </w:r>
      <w:r w:rsidRPr="00E6740F">
        <w:rPr>
          <w:rFonts w:cs="Times New Roman"/>
        </w:rPr>
        <w:t xml:space="preserve"> song song với </w:t>
      </w:r>
      <w:r w:rsidRPr="00E6740F">
        <w:rPr>
          <w:rFonts w:cs="Times New Roman"/>
          <w:position w:val="-10"/>
        </w:rPr>
        <w:object w:dxaOrig="680" w:dyaOrig="320" w14:anchorId="486D9C64">
          <v:shape id="_x0000_i2785" type="#_x0000_t75" style="width:34.2pt;height:16.2pt" o:ole="">
            <v:imagedata r:id="rId3427" o:title=""/>
          </v:shape>
          <o:OLEObject Type="Embed" ProgID="Equation.DSMT4" ShapeID="_x0000_i2785" DrawAspect="Content" ObjectID="_1699919521" r:id="rId3428"/>
        </w:object>
      </w:r>
      <w:r w:rsidRPr="00E6740F">
        <w:rPr>
          <w:rFonts w:cs="Times New Roman"/>
        </w:rPr>
        <w:t>.</w:t>
      </w:r>
    </w:p>
    <w:p w14:paraId="3C98D8FE" w14:textId="77777777" w:rsidR="00DE7E5C" w:rsidRPr="00E6740F" w:rsidRDefault="00DE7E5C" w:rsidP="00E6740F">
      <w:pPr>
        <w:ind w:left="992"/>
        <w:jc w:val="center"/>
        <w:rPr>
          <w:rFonts w:cs="Times New Roman"/>
          <w:b/>
          <w:color w:val="010196"/>
        </w:rPr>
      </w:pPr>
      <w:r w:rsidRPr="00E6740F">
        <w:rPr>
          <w:rFonts w:cs="Times New Roman"/>
          <w:b/>
          <w:color w:val="010196"/>
        </w:rPr>
        <w:t>BẢNG ĐÁP ÁN</w:t>
      </w:r>
    </w:p>
    <w:tbl>
      <w:tblPr>
        <w:tblStyle w:val="TableGrid"/>
        <w:tblW w:w="0" w:type="auto"/>
        <w:tblInd w:w="992" w:type="dxa"/>
        <w:tblLook w:val="04A0" w:firstRow="1" w:lastRow="0" w:firstColumn="1" w:lastColumn="0" w:noHBand="0" w:noVBand="1"/>
      </w:tblPr>
      <w:tblGrid>
        <w:gridCol w:w="523"/>
        <w:gridCol w:w="523"/>
        <w:gridCol w:w="524"/>
        <w:gridCol w:w="524"/>
        <w:gridCol w:w="524"/>
        <w:gridCol w:w="524"/>
        <w:gridCol w:w="524"/>
        <w:gridCol w:w="524"/>
        <w:gridCol w:w="524"/>
        <w:gridCol w:w="524"/>
        <w:gridCol w:w="524"/>
        <w:gridCol w:w="524"/>
        <w:gridCol w:w="524"/>
        <w:gridCol w:w="524"/>
        <w:gridCol w:w="524"/>
        <w:gridCol w:w="524"/>
        <w:gridCol w:w="524"/>
        <w:gridCol w:w="524"/>
      </w:tblGrid>
      <w:tr w:rsidR="00DE7E5C" w:rsidRPr="00E6740F" w14:paraId="3F0F2F17" w14:textId="77777777" w:rsidTr="00E6740F">
        <w:tc>
          <w:tcPr>
            <w:tcW w:w="629" w:type="dxa"/>
            <w:shd w:val="clear" w:color="auto" w:fill="FFFF32"/>
          </w:tcPr>
          <w:p w14:paraId="4EC94F3B"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w:t>
            </w:r>
          </w:p>
        </w:tc>
        <w:tc>
          <w:tcPr>
            <w:tcW w:w="629" w:type="dxa"/>
            <w:shd w:val="clear" w:color="auto" w:fill="FFFF32"/>
          </w:tcPr>
          <w:p w14:paraId="1BF164CD"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w:t>
            </w:r>
          </w:p>
        </w:tc>
        <w:tc>
          <w:tcPr>
            <w:tcW w:w="629" w:type="dxa"/>
            <w:shd w:val="clear" w:color="auto" w:fill="FFFF32"/>
          </w:tcPr>
          <w:p w14:paraId="16B4C233"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3</w:t>
            </w:r>
          </w:p>
        </w:tc>
        <w:tc>
          <w:tcPr>
            <w:tcW w:w="629" w:type="dxa"/>
            <w:shd w:val="clear" w:color="auto" w:fill="FFFF32"/>
          </w:tcPr>
          <w:p w14:paraId="2F8ADB12"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4</w:t>
            </w:r>
          </w:p>
        </w:tc>
        <w:tc>
          <w:tcPr>
            <w:tcW w:w="629" w:type="dxa"/>
            <w:shd w:val="clear" w:color="auto" w:fill="FFFF32"/>
          </w:tcPr>
          <w:p w14:paraId="7D031262"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5</w:t>
            </w:r>
          </w:p>
        </w:tc>
        <w:tc>
          <w:tcPr>
            <w:tcW w:w="629" w:type="dxa"/>
            <w:shd w:val="clear" w:color="auto" w:fill="FFFF32"/>
          </w:tcPr>
          <w:p w14:paraId="79E5396D"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6</w:t>
            </w:r>
          </w:p>
        </w:tc>
        <w:tc>
          <w:tcPr>
            <w:tcW w:w="629" w:type="dxa"/>
            <w:shd w:val="clear" w:color="auto" w:fill="FFFF32"/>
          </w:tcPr>
          <w:p w14:paraId="69D9064D"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7</w:t>
            </w:r>
          </w:p>
        </w:tc>
        <w:tc>
          <w:tcPr>
            <w:tcW w:w="629" w:type="dxa"/>
            <w:shd w:val="clear" w:color="auto" w:fill="FFFF32"/>
          </w:tcPr>
          <w:p w14:paraId="45D3B3FB"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8</w:t>
            </w:r>
          </w:p>
        </w:tc>
        <w:tc>
          <w:tcPr>
            <w:tcW w:w="629" w:type="dxa"/>
            <w:shd w:val="clear" w:color="auto" w:fill="FFFF32"/>
          </w:tcPr>
          <w:p w14:paraId="65AC6F43"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9</w:t>
            </w:r>
          </w:p>
        </w:tc>
        <w:tc>
          <w:tcPr>
            <w:tcW w:w="629" w:type="dxa"/>
            <w:shd w:val="clear" w:color="auto" w:fill="FFFF32"/>
          </w:tcPr>
          <w:p w14:paraId="23353755"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10</w:t>
            </w:r>
          </w:p>
        </w:tc>
        <w:tc>
          <w:tcPr>
            <w:tcW w:w="629" w:type="dxa"/>
            <w:shd w:val="clear" w:color="auto" w:fill="FFFF32"/>
          </w:tcPr>
          <w:p w14:paraId="4B987120"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11</w:t>
            </w:r>
          </w:p>
        </w:tc>
        <w:tc>
          <w:tcPr>
            <w:tcW w:w="629" w:type="dxa"/>
            <w:shd w:val="clear" w:color="auto" w:fill="FFFF32"/>
          </w:tcPr>
          <w:p w14:paraId="3238A9C6"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12</w:t>
            </w:r>
          </w:p>
        </w:tc>
        <w:tc>
          <w:tcPr>
            <w:tcW w:w="629" w:type="dxa"/>
            <w:shd w:val="clear" w:color="auto" w:fill="FFFF32"/>
          </w:tcPr>
          <w:p w14:paraId="42D5DFE7"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13</w:t>
            </w:r>
          </w:p>
        </w:tc>
        <w:tc>
          <w:tcPr>
            <w:tcW w:w="629" w:type="dxa"/>
            <w:shd w:val="clear" w:color="auto" w:fill="FFFF32"/>
          </w:tcPr>
          <w:p w14:paraId="21FB8BFE"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14</w:t>
            </w:r>
          </w:p>
        </w:tc>
        <w:tc>
          <w:tcPr>
            <w:tcW w:w="629" w:type="dxa"/>
            <w:shd w:val="clear" w:color="auto" w:fill="FFFF32"/>
          </w:tcPr>
          <w:p w14:paraId="4A365867"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15</w:t>
            </w:r>
          </w:p>
        </w:tc>
        <w:tc>
          <w:tcPr>
            <w:tcW w:w="629" w:type="dxa"/>
            <w:shd w:val="clear" w:color="auto" w:fill="FFFF32"/>
          </w:tcPr>
          <w:p w14:paraId="21EA4C0C"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16</w:t>
            </w:r>
          </w:p>
        </w:tc>
        <w:tc>
          <w:tcPr>
            <w:tcW w:w="629" w:type="dxa"/>
            <w:shd w:val="clear" w:color="auto" w:fill="FFFF32"/>
          </w:tcPr>
          <w:p w14:paraId="34744007"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17</w:t>
            </w:r>
          </w:p>
        </w:tc>
        <w:tc>
          <w:tcPr>
            <w:tcW w:w="629" w:type="dxa"/>
            <w:shd w:val="clear" w:color="auto" w:fill="FFFF32"/>
          </w:tcPr>
          <w:p w14:paraId="6AC913F3"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18</w:t>
            </w:r>
          </w:p>
        </w:tc>
      </w:tr>
      <w:tr w:rsidR="00DE7E5C" w:rsidRPr="00E6740F" w14:paraId="4EDF0F7B" w14:textId="77777777" w:rsidTr="00E6740F">
        <w:tc>
          <w:tcPr>
            <w:tcW w:w="629" w:type="dxa"/>
            <w:tcBorders>
              <w:bottom w:val="single" w:sz="4" w:space="0" w:color="auto"/>
            </w:tcBorders>
          </w:tcPr>
          <w:p w14:paraId="448E48B7"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Borders>
              <w:bottom w:val="single" w:sz="4" w:space="0" w:color="auto"/>
            </w:tcBorders>
          </w:tcPr>
          <w:p w14:paraId="218879A3"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A</w:t>
            </w:r>
          </w:p>
        </w:tc>
        <w:tc>
          <w:tcPr>
            <w:tcW w:w="629" w:type="dxa"/>
            <w:tcBorders>
              <w:bottom w:val="single" w:sz="4" w:space="0" w:color="auto"/>
            </w:tcBorders>
          </w:tcPr>
          <w:p w14:paraId="0BAF1DF0"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B</w:t>
            </w:r>
          </w:p>
        </w:tc>
        <w:tc>
          <w:tcPr>
            <w:tcW w:w="629" w:type="dxa"/>
            <w:tcBorders>
              <w:bottom w:val="single" w:sz="4" w:space="0" w:color="auto"/>
            </w:tcBorders>
          </w:tcPr>
          <w:p w14:paraId="581C2ABF"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Borders>
              <w:bottom w:val="single" w:sz="4" w:space="0" w:color="auto"/>
            </w:tcBorders>
          </w:tcPr>
          <w:p w14:paraId="4BA0C1D2"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C</w:t>
            </w:r>
          </w:p>
        </w:tc>
        <w:tc>
          <w:tcPr>
            <w:tcW w:w="629" w:type="dxa"/>
            <w:tcBorders>
              <w:bottom w:val="single" w:sz="4" w:space="0" w:color="auto"/>
            </w:tcBorders>
          </w:tcPr>
          <w:p w14:paraId="7138665C"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Borders>
              <w:bottom w:val="single" w:sz="4" w:space="0" w:color="auto"/>
            </w:tcBorders>
          </w:tcPr>
          <w:p w14:paraId="1BBBC5CB"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A</w:t>
            </w:r>
          </w:p>
        </w:tc>
        <w:tc>
          <w:tcPr>
            <w:tcW w:w="629" w:type="dxa"/>
            <w:tcBorders>
              <w:bottom w:val="single" w:sz="4" w:space="0" w:color="auto"/>
            </w:tcBorders>
          </w:tcPr>
          <w:p w14:paraId="0D9FC5A8"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Borders>
              <w:bottom w:val="single" w:sz="4" w:space="0" w:color="auto"/>
            </w:tcBorders>
          </w:tcPr>
          <w:p w14:paraId="456E6764"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Borders>
              <w:bottom w:val="single" w:sz="4" w:space="0" w:color="auto"/>
            </w:tcBorders>
          </w:tcPr>
          <w:p w14:paraId="37814B5C"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C</w:t>
            </w:r>
          </w:p>
        </w:tc>
        <w:tc>
          <w:tcPr>
            <w:tcW w:w="629" w:type="dxa"/>
            <w:tcBorders>
              <w:bottom w:val="single" w:sz="4" w:space="0" w:color="auto"/>
            </w:tcBorders>
          </w:tcPr>
          <w:p w14:paraId="7634CEB4"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C</w:t>
            </w:r>
          </w:p>
        </w:tc>
        <w:tc>
          <w:tcPr>
            <w:tcW w:w="629" w:type="dxa"/>
            <w:tcBorders>
              <w:bottom w:val="single" w:sz="4" w:space="0" w:color="auto"/>
            </w:tcBorders>
          </w:tcPr>
          <w:p w14:paraId="62EAB7C4"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C</w:t>
            </w:r>
          </w:p>
        </w:tc>
        <w:tc>
          <w:tcPr>
            <w:tcW w:w="629" w:type="dxa"/>
            <w:tcBorders>
              <w:bottom w:val="single" w:sz="4" w:space="0" w:color="auto"/>
            </w:tcBorders>
          </w:tcPr>
          <w:p w14:paraId="6198B517"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C</w:t>
            </w:r>
          </w:p>
        </w:tc>
        <w:tc>
          <w:tcPr>
            <w:tcW w:w="629" w:type="dxa"/>
            <w:tcBorders>
              <w:bottom w:val="single" w:sz="4" w:space="0" w:color="auto"/>
            </w:tcBorders>
          </w:tcPr>
          <w:p w14:paraId="3A6819DC"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Borders>
              <w:bottom w:val="single" w:sz="4" w:space="0" w:color="auto"/>
            </w:tcBorders>
          </w:tcPr>
          <w:p w14:paraId="46B4D2FB"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Borders>
              <w:bottom w:val="single" w:sz="4" w:space="0" w:color="auto"/>
            </w:tcBorders>
          </w:tcPr>
          <w:p w14:paraId="220EBAA8"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C</w:t>
            </w:r>
          </w:p>
        </w:tc>
        <w:tc>
          <w:tcPr>
            <w:tcW w:w="629" w:type="dxa"/>
            <w:tcBorders>
              <w:bottom w:val="single" w:sz="4" w:space="0" w:color="auto"/>
            </w:tcBorders>
          </w:tcPr>
          <w:p w14:paraId="2A1B7FD9"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Borders>
              <w:bottom w:val="single" w:sz="4" w:space="0" w:color="auto"/>
            </w:tcBorders>
          </w:tcPr>
          <w:p w14:paraId="7C045FE0"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A</w:t>
            </w:r>
          </w:p>
        </w:tc>
      </w:tr>
      <w:tr w:rsidR="00DE7E5C" w:rsidRPr="00E6740F" w14:paraId="0A4AE037" w14:textId="77777777" w:rsidTr="00E6740F">
        <w:tc>
          <w:tcPr>
            <w:tcW w:w="629" w:type="dxa"/>
            <w:shd w:val="clear" w:color="auto" w:fill="FFFF32"/>
          </w:tcPr>
          <w:p w14:paraId="5E61CC4E"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19</w:t>
            </w:r>
          </w:p>
        </w:tc>
        <w:tc>
          <w:tcPr>
            <w:tcW w:w="629" w:type="dxa"/>
            <w:shd w:val="clear" w:color="auto" w:fill="FFFF32"/>
          </w:tcPr>
          <w:p w14:paraId="68E7B861"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20</w:t>
            </w:r>
          </w:p>
        </w:tc>
        <w:tc>
          <w:tcPr>
            <w:tcW w:w="629" w:type="dxa"/>
            <w:shd w:val="clear" w:color="auto" w:fill="FFFF32"/>
          </w:tcPr>
          <w:p w14:paraId="1C995E99"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21</w:t>
            </w:r>
          </w:p>
        </w:tc>
        <w:tc>
          <w:tcPr>
            <w:tcW w:w="629" w:type="dxa"/>
            <w:shd w:val="clear" w:color="auto" w:fill="FFFF32"/>
          </w:tcPr>
          <w:p w14:paraId="42CEC2A3"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22</w:t>
            </w:r>
          </w:p>
        </w:tc>
        <w:tc>
          <w:tcPr>
            <w:tcW w:w="629" w:type="dxa"/>
            <w:shd w:val="clear" w:color="auto" w:fill="FFFF32"/>
          </w:tcPr>
          <w:p w14:paraId="110DC3C1"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23</w:t>
            </w:r>
          </w:p>
        </w:tc>
        <w:tc>
          <w:tcPr>
            <w:tcW w:w="629" w:type="dxa"/>
            <w:shd w:val="clear" w:color="auto" w:fill="FFFF32"/>
          </w:tcPr>
          <w:p w14:paraId="581B831A"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24</w:t>
            </w:r>
          </w:p>
        </w:tc>
        <w:tc>
          <w:tcPr>
            <w:tcW w:w="629" w:type="dxa"/>
            <w:shd w:val="clear" w:color="auto" w:fill="FFFF32"/>
          </w:tcPr>
          <w:p w14:paraId="32815AEE"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25</w:t>
            </w:r>
          </w:p>
        </w:tc>
        <w:tc>
          <w:tcPr>
            <w:tcW w:w="629" w:type="dxa"/>
            <w:shd w:val="clear" w:color="auto" w:fill="FFFF32"/>
          </w:tcPr>
          <w:p w14:paraId="278A382D"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26</w:t>
            </w:r>
          </w:p>
        </w:tc>
        <w:tc>
          <w:tcPr>
            <w:tcW w:w="629" w:type="dxa"/>
            <w:shd w:val="clear" w:color="auto" w:fill="FFFF32"/>
          </w:tcPr>
          <w:p w14:paraId="7C99D668"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27</w:t>
            </w:r>
          </w:p>
        </w:tc>
        <w:tc>
          <w:tcPr>
            <w:tcW w:w="629" w:type="dxa"/>
            <w:shd w:val="clear" w:color="auto" w:fill="FFFF32"/>
          </w:tcPr>
          <w:p w14:paraId="34C35F99"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28</w:t>
            </w:r>
          </w:p>
        </w:tc>
        <w:tc>
          <w:tcPr>
            <w:tcW w:w="629" w:type="dxa"/>
            <w:shd w:val="clear" w:color="auto" w:fill="FFFF32"/>
          </w:tcPr>
          <w:p w14:paraId="46374853"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29</w:t>
            </w:r>
          </w:p>
        </w:tc>
        <w:tc>
          <w:tcPr>
            <w:tcW w:w="629" w:type="dxa"/>
            <w:shd w:val="clear" w:color="auto" w:fill="FFFF32"/>
          </w:tcPr>
          <w:p w14:paraId="51DE6687"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30</w:t>
            </w:r>
          </w:p>
        </w:tc>
        <w:tc>
          <w:tcPr>
            <w:tcW w:w="629" w:type="dxa"/>
            <w:shd w:val="clear" w:color="auto" w:fill="FFFF32"/>
          </w:tcPr>
          <w:p w14:paraId="5C1022BB"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31</w:t>
            </w:r>
          </w:p>
        </w:tc>
        <w:tc>
          <w:tcPr>
            <w:tcW w:w="629" w:type="dxa"/>
            <w:shd w:val="clear" w:color="auto" w:fill="FFFF32"/>
          </w:tcPr>
          <w:p w14:paraId="72114A08"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32</w:t>
            </w:r>
          </w:p>
        </w:tc>
        <w:tc>
          <w:tcPr>
            <w:tcW w:w="629" w:type="dxa"/>
            <w:shd w:val="clear" w:color="auto" w:fill="FFFF32"/>
          </w:tcPr>
          <w:p w14:paraId="1C51F68A"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33</w:t>
            </w:r>
          </w:p>
        </w:tc>
        <w:tc>
          <w:tcPr>
            <w:tcW w:w="629" w:type="dxa"/>
            <w:shd w:val="clear" w:color="auto" w:fill="FFFF32"/>
          </w:tcPr>
          <w:p w14:paraId="0F6BD9B0"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34</w:t>
            </w:r>
          </w:p>
        </w:tc>
        <w:tc>
          <w:tcPr>
            <w:tcW w:w="629" w:type="dxa"/>
            <w:shd w:val="clear" w:color="auto" w:fill="FFFF32"/>
          </w:tcPr>
          <w:p w14:paraId="378AE857"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35</w:t>
            </w:r>
          </w:p>
        </w:tc>
        <w:tc>
          <w:tcPr>
            <w:tcW w:w="629" w:type="dxa"/>
            <w:shd w:val="clear" w:color="auto" w:fill="FFFF32"/>
          </w:tcPr>
          <w:p w14:paraId="67001C4F" w14:textId="77777777" w:rsidR="00DE7E5C" w:rsidRPr="00E6740F" w:rsidRDefault="00DE7E5C" w:rsidP="00E6740F">
            <w:pPr>
              <w:spacing w:line="276" w:lineRule="auto"/>
              <w:jc w:val="center"/>
              <w:rPr>
                <w:rFonts w:cs="Times New Roman"/>
                <w:b/>
                <w:color w:val="008000"/>
              </w:rPr>
            </w:pPr>
            <w:r w:rsidRPr="00E6740F">
              <w:rPr>
                <w:rFonts w:cs="Times New Roman"/>
                <w:b/>
                <w:color w:val="008000"/>
              </w:rPr>
              <w:t>36</w:t>
            </w:r>
          </w:p>
        </w:tc>
      </w:tr>
      <w:tr w:rsidR="00DE7E5C" w:rsidRPr="00E6740F" w14:paraId="1AEE907C" w14:textId="77777777" w:rsidTr="00E6740F">
        <w:tc>
          <w:tcPr>
            <w:tcW w:w="629" w:type="dxa"/>
          </w:tcPr>
          <w:p w14:paraId="75884577"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lastRenderedPageBreak/>
              <w:t>D</w:t>
            </w:r>
          </w:p>
        </w:tc>
        <w:tc>
          <w:tcPr>
            <w:tcW w:w="629" w:type="dxa"/>
          </w:tcPr>
          <w:p w14:paraId="07DDDBDF"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Pr>
          <w:p w14:paraId="6548B461"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Pr>
          <w:p w14:paraId="313CDA2F"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Pr>
          <w:p w14:paraId="068B1AF7"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A</w:t>
            </w:r>
          </w:p>
        </w:tc>
        <w:tc>
          <w:tcPr>
            <w:tcW w:w="629" w:type="dxa"/>
          </w:tcPr>
          <w:p w14:paraId="219619B3"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C</w:t>
            </w:r>
          </w:p>
        </w:tc>
        <w:tc>
          <w:tcPr>
            <w:tcW w:w="629" w:type="dxa"/>
          </w:tcPr>
          <w:p w14:paraId="1664A2B3"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B</w:t>
            </w:r>
          </w:p>
        </w:tc>
        <w:tc>
          <w:tcPr>
            <w:tcW w:w="629" w:type="dxa"/>
          </w:tcPr>
          <w:p w14:paraId="2DC2691F"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C</w:t>
            </w:r>
          </w:p>
        </w:tc>
        <w:tc>
          <w:tcPr>
            <w:tcW w:w="629" w:type="dxa"/>
          </w:tcPr>
          <w:p w14:paraId="164797AA"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B</w:t>
            </w:r>
          </w:p>
        </w:tc>
        <w:tc>
          <w:tcPr>
            <w:tcW w:w="629" w:type="dxa"/>
          </w:tcPr>
          <w:p w14:paraId="53922096"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Pr>
          <w:p w14:paraId="27F8ED71"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C</w:t>
            </w:r>
          </w:p>
        </w:tc>
        <w:tc>
          <w:tcPr>
            <w:tcW w:w="629" w:type="dxa"/>
          </w:tcPr>
          <w:p w14:paraId="13B9BE74"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A</w:t>
            </w:r>
          </w:p>
        </w:tc>
        <w:tc>
          <w:tcPr>
            <w:tcW w:w="629" w:type="dxa"/>
          </w:tcPr>
          <w:p w14:paraId="57CC16AC"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A</w:t>
            </w:r>
          </w:p>
        </w:tc>
        <w:tc>
          <w:tcPr>
            <w:tcW w:w="629" w:type="dxa"/>
          </w:tcPr>
          <w:p w14:paraId="4B8E969B"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D</w:t>
            </w:r>
          </w:p>
        </w:tc>
        <w:tc>
          <w:tcPr>
            <w:tcW w:w="629" w:type="dxa"/>
          </w:tcPr>
          <w:p w14:paraId="38349525"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A</w:t>
            </w:r>
          </w:p>
        </w:tc>
        <w:tc>
          <w:tcPr>
            <w:tcW w:w="629" w:type="dxa"/>
          </w:tcPr>
          <w:p w14:paraId="544A884D"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A</w:t>
            </w:r>
          </w:p>
        </w:tc>
        <w:tc>
          <w:tcPr>
            <w:tcW w:w="629" w:type="dxa"/>
          </w:tcPr>
          <w:p w14:paraId="4A5BE656" w14:textId="77777777" w:rsidR="00DE7E5C" w:rsidRPr="00E6740F" w:rsidRDefault="00DE7E5C" w:rsidP="00E6740F">
            <w:pPr>
              <w:spacing w:line="276" w:lineRule="auto"/>
              <w:jc w:val="center"/>
              <w:rPr>
                <w:rFonts w:cs="Times New Roman"/>
                <w:b/>
                <w:color w:val="0000FF"/>
              </w:rPr>
            </w:pPr>
            <w:r w:rsidRPr="00E6740F">
              <w:rPr>
                <w:rFonts w:cs="Times New Roman"/>
                <w:b/>
                <w:color w:val="0000FF"/>
              </w:rPr>
              <w:t>A</w:t>
            </w:r>
          </w:p>
        </w:tc>
        <w:tc>
          <w:tcPr>
            <w:tcW w:w="629" w:type="dxa"/>
          </w:tcPr>
          <w:p w14:paraId="42A04E74" w14:textId="77777777" w:rsidR="00DE7E5C" w:rsidRPr="00E6740F" w:rsidRDefault="00DE7E5C" w:rsidP="00E6740F">
            <w:pPr>
              <w:spacing w:line="276" w:lineRule="auto"/>
              <w:jc w:val="center"/>
              <w:rPr>
                <w:rFonts w:cs="Times New Roman"/>
                <w:b/>
                <w:color w:val="0000FF"/>
              </w:rPr>
            </w:pPr>
          </w:p>
        </w:tc>
      </w:tr>
    </w:tbl>
    <w:p w14:paraId="4D299E71" w14:textId="77777777" w:rsidR="00DE7E5C" w:rsidRPr="00E6740F" w:rsidRDefault="00DE7E5C" w:rsidP="00E6740F">
      <w:pPr>
        <w:ind w:left="992"/>
        <w:jc w:val="center"/>
        <w:rPr>
          <w:rFonts w:cs="Times New Roman"/>
          <w:b/>
          <w:color w:val="010196"/>
        </w:rPr>
      </w:pPr>
    </w:p>
    <w:p w14:paraId="431B82E0" w14:textId="77777777" w:rsidR="00DE7E5C" w:rsidRPr="00AF2998" w:rsidRDefault="00DE7E5C" w:rsidP="00AF2998">
      <w:pPr>
        <w:ind w:left="992"/>
        <w:jc w:val="center"/>
        <w:rPr>
          <w:rFonts w:cs="Times New Roman"/>
          <w:b/>
          <w:color w:val="0000FF"/>
        </w:rPr>
      </w:pPr>
      <w:r w:rsidRPr="00AF2998">
        <w:rPr>
          <w:rFonts w:cs="Times New Roman"/>
          <w:b/>
          <w:color w:val="0000FF"/>
        </w:rPr>
        <w:t>ĐỀ 9-11</w:t>
      </w:r>
    </w:p>
    <w:p w14:paraId="1178A7C4" w14:textId="77777777" w:rsidR="00DE7E5C" w:rsidRPr="00AF2998" w:rsidRDefault="00DE7E5C" w:rsidP="00AF2998">
      <w:pPr>
        <w:ind w:left="992"/>
        <w:rPr>
          <w:rFonts w:cs="Times New Roman"/>
        </w:rPr>
      </w:pPr>
      <w:r w:rsidRPr="00AF2998">
        <w:rPr>
          <w:rFonts w:cs="Times New Roman"/>
          <w:b/>
          <w:color w:val="0000FF"/>
        </w:rPr>
        <w:t>Phần I: Trắc nghiệm</w:t>
      </w:r>
    </w:p>
    <w:p w14:paraId="5CC8BC41"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Trong các dãy số sau, dãy số nào là dãy số tăng?</w:t>
      </w:r>
    </w:p>
    <w:p w14:paraId="1BEAF058"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24"/>
        </w:rPr>
        <w:object w:dxaOrig="1020" w:dyaOrig="620" w14:anchorId="44887017">
          <v:shape id="_x0000_i2786" type="#_x0000_t75" style="width:51pt;height:31.2pt" o:ole="">
            <v:imagedata r:id="rId3429" o:title=""/>
          </v:shape>
          <o:OLEObject Type="Embed" ProgID="Equation.DSMT4" ShapeID="_x0000_i2786" DrawAspect="Content" ObjectID="_1699919522" r:id="rId3430"/>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12"/>
        </w:rPr>
        <w:object w:dxaOrig="960" w:dyaOrig="360" w14:anchorId="4140F899">
          <v:shape id="_x0000_i2787" type="#_x0000_t75" style="width:48pt;height:18pt" o:ole="">
            <v:imagedata r:id="rId3431" o:title=""/>
          </v:shape>
          <o:OLEObject Type="Embed" ProgID="Equation.DSMT4" ShapeID="_x0000_i2787" DrawAspect="Content" ObjectID="_1699919523" r:id="rId3432"/>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12"/>
        </w:rPr>
        <w:object w:dxaOrig="1100" w:dyaOrig="360" w14:anchorId="748DE20A">
          <v:shape id="_x0000_i2788" type="#_x0000_t75" style="width:55.2pt;height:18pt" o:ole="">
            <v:imagedata r:id="rId3433" o:title=""/>
          </v:shape>
          <o:OLEObject Type="Embed" ProgID="Equation.DSMT4" ShapeID="_x0000_i2788" DrawAspect="Content" ObjectID="_1699919524" r:id="rId3434"/>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12"/>
        </w:rPr>
        <w:object w:dxaOrig="1500" w:dyaOrig="380" w14:anchorId="02259F62">
          <v:shape id="_x0000_i2789" type="#_x0000_t75" style="width:75pt;height:19.2pt" o:ole="">
            <v:imagedata r:id="rId3435" o:title=""/>
          </v:shape>
          <o:OLEObject Type="Embed" ProgID="Equation.DSMT4" ShapeID="_x0000_i2789" DrawAspect="Content" ObjectID="_1699919525" r:id="rId3436"/>
        </w:object>
      </w:r>
      <w:r w:rsidRPr="00AF2998">
        <w:rPr>
          <w:rFonts w:cs="Times New Roman"/>
        </w:rPr>
        <w:t>.</w:t>
      </w:r>
    </w:p>
    <w:p w14:paraId="1F131492"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Với các chữ số </w:t>
      </w:r>
      <w:r w:rsidRPr="00AF2998">
        <w:rPr>
          <w:position w:val="-10"/>
        </w:rPr>
        <w:object w:dxaOrig="1359" w:dyaOrig="320" w14:anchorId="78602EEA">
          <v:shape id="_x0000_i2790" type="#_x0000_t75" style="width:67.8pt;height:16.2pt" o:ole="">
            <v:imagedata r:id="rId3437" o:title=""/>
          </v:shape>
          <o:OLEObject Type="Embed" ProgID="Equation.DSMT4" ShapeID="_x0000_i2790" DrawAspect="Content" ObjectID="_1699919526" r:id="rId3438"/>
        </w:object>
      </w:r>
      <w:r w:rsidRPr="00AF2998">
        <w:rPr>
          <w:rFonts w:cs="Times New Roman"/>
        </w:rPr>
        <w:t xml:space="preserve"> ta có thể lập được bao nhiêu số tự nhiên chẵn có 5 chữ số khác nhau?</w:t>
      </w:r>
    </w:p>
    <w:p w14:paraId="3A08EC26"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1280.</w:t>
      </w:r>
      <w:r w:rsidRPr="00AF2998">
        <w:rPr>
          <w:rFonts w:cs="Times New Roman"/>
        </w:rPr>
        <w:tab/>
      </w:r>
      <w:r w:rsidRPr="00AF2998">
        <w:rPr>
          <w:rFonts w:cs="Times New Roman"/>
          <w:b/>
          <w:color w:val="0000FF"/>
        </w:rPr>
        <w:t xml:space="preserve">B. </w:t>
      </w:r>
      <w:r w:rsidRPr="00AF2998">
        <w:rPr>
          <w:rFonts w:cs="Times New Roman"/>
        </w:rPr>
        <w:t>1250.</w:t>
      </w:r>
      <w:r w:rsidRPr="00AF2998">
        <w:rPr>
          <w:rFonts w:cs="Times New Roman"/>
        </w:rPr>
        <w:tab/>
      </w:r>
      <w:r w:rsidRPr="00AF2998">
        <w:rPr>
          <w:rFonts w:cs="Times New Roman"/>
          <w:b/>
          <w:color w:val="0000FF"/>
        </w:rPr>
        <w:t xml:space="preserve">C. </w:t>
      </w:r>
      <w:r w:rsidRPr="00AF2998">
        <w:rPr>
          <w:rFonts w:cs="Times New Roman"/>
        </w:rPr>
        <w:t>1270.</w:t>
      </w:r>
      <w:r w:rsidRPr="00AF2998">
        <w:rPr>
          <w:rFonts w:cs="Times New Roman"/>
        </w:rPr>
        <w:tab/>
      </w:r>
      <w:r w:rsidRPr="00AF2998">
        <w:rPr>
          <w:rFonts w:cs="Times New Roman"/>
          <w:b/>
          <w:color w:val="0000FF"/>
        </w:rPr>
        <w:t xml:space="preserve">D. </w:t>
      </w:r>
      <w:r w:rsidRPr="00AF2998">
        <w:rPr>
          <w:rFonts w:cs="Times New Roman"/>
        </w:rPr>
        <w:t>1260.</w:t>
      </w:r>
    </w:p>
    <w:p w14:paraId="03582FBF"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Một ban chấp hành đoàn gồm 7 người, cần chọn 3 người vào ban thường vụ với các chức vụ: Bí thư', Phó bí thư, Ủy viên thì có bao nhiêu cách chọn?</w:t>
      </w:r>
    </w:p>
    <w:p w14:paraId="692C5FDE"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120.</w:t>
      </w:r>
      <w:r w:rsidRPr="00AF2998">
        <w:rPr>
          <w:rFonts w:cs="Times New Roman"/>
        </w:rPr>
        <w:tab/>
      </w:r>
      <w:r w:rsidRPr="00AF2998">
        <w:rPr>
          <w:rFonts w:cs="Times New Roman"/>
          <w:b/>
          <w:color w:val="0000FF"/>
        </w:rPr>
        <w:t xml:space="preserve">B. </w:t>
      </w:r>
      <w:r w:rsidRPr="00AF2998">
        <w:rPr>
          <w:rFonts w:cs="Times New Roman"/>
        </w:rPr>
        <w:t>210.</w:t>
      </w:r>
      <w:r w:rsidRPr="00AF2998">
        <w:rPr>
          <w:rFonts w:cs="Times New Roman"/>
        </w:rPr>
        <w:tab/>
      </w:r>
      <w:r w:rsidRPr="00AF2998">
        <w:rPr>
          <w:rFonts w:cs="Times New Roman"/>
          <w:b/>
          <w:color w:val="0000FF"/>
        </w:rPr>
        <w:t xml:space="preserve">C. </w:t>
      </w:r>
      <w:r w:rsidRPr="00AF2998">
        <w:rPr>
          <w:rFonts w:cs="Times New Roman"/>
        </w:rPr>
        <w:t>35.</w:t>
      </w:r>
      <w:r w:rsidRPr="00AF2998">
        <w:rPr>
          <w:rFonts w:cs="Times New Roman"/>
        </w:rPr>
        <w:tab/>
      </w:r>
      <w:r w:rsidRPr="00AF2998">
        <w:rPr>
          <w:rFonts w:cs="Times New Roman"/>
          <w:b/>
          <w:color w:val="0000FF"/>
        </w:rPr>
        <w:t xml:space="preserve">D. </w:t>
      </w:r>
      <w:r w:rsidRPr="00AF2998">
        <w:rPr>
          <w:rFonts w:cs="Times New Roman"/>
        </w:rPr>
        <w:t>220.</w:t>
      </w:r>
    </w:p>
    <w:p w14:paraId="6666AB4D"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Một hộp bóng đèn có 12 bóng, trong đó có 7 bóng tốt. Lấy ngẫu nhiên 3 bóng. Tính xác suất để lấy được ít nhất 2 bóng tốt.</w:t>
      </w:r>
    </w:p>
    <w:p w14:paraId="0BC69925"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24"/>
        </w:rPr>
        <w:object w:dxaOrig="720" w:dyaOrig="620" w14:anchorId="1CF4CFAF">
          <v:shape id="_x0000_i2791" type="#_x0000_t75" style="width:36pt;height:31.2pt" o:ole="">
            <v:imagedata r:id="rId3439" o:title=""/>
          </v:shape>
          <o:OLEObject Type="Embed" ProgID="Equation.DSMT4" ShapeID="_x0000_i2791" DrawAspect="Content" ObjectID="_1699919527" r:id="rId3440"/>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24"/>
        </w:rPr>
        <w:object w:dxaOrig="760" w:dyaOrig="620" w14:anchorId="76D01CC0">
          <v:shape id="_x0000_i2792" type="#_x0000_t75" style="width:37.8pt;height:31.2pt" o:ole="">
            <v:imagedata r:id="rId3441" o:title=""/>
          </v:shape>
          <o:OLEObject Type="Embed" ProgID="Equation.DSMT4" ShapeID="_x0000_i2792" DrawAspect="Content" ObjectID="_1699919528" r:id="rId3442"/>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24"/>
        </w:rPr>
        <w:object w:dxaOrig="760" w:dyaOrig="620" w14:anchorId="28EBEA16">
          <v:shape id="_x0000_i2793" type="#_x0000_t75" style="width:37.8pt;height:31.2pt" o:ole="">
            <v:imagedata r:id="rId3443" o:title=""/>
          </v:shape>
          <o:OLEObject Type="Embed" ProgID="Equation.DSMT4" ShapeID="_x0000_i2793" DrawAspect="Content" ObjectID="_1699919529" r:id="rId3444"/>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24"/>
        </w:rPr>
        <w:object w:dxaOrig="740" w:dyaOrig="620" w14:anchorId="7D801D0A">
          <v:shape id="_x0000_i2794" type="#_x0000_t75" style="width:37.2pt;height:31.2pt" o:ole="">
            <v:imagedata r:id="rId3445" o:title=""/>
          </v:shape>
          <o:OLEObject Type="Embed" ProgID="Equation.DSMT4" ShapeID="_x0000_i2794" DrawAspect="Content" ObjectID="_1699919530" r:id="rId3446"/>
        </w:object>
      </w:r>
      <w:r w:rsidRPr="00AF2998">
        <w:rPr>
          <w:rFonts w:cs="Times New Roman"/>
        </w:rPr>
        <w:t>.</w:t>
      </w:r>
    </w:p>
    <w:p w14:paraId="5CEDD0B2"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hình chóp </w:t>
      </w:r>
      <w:r w:rsidRPr="00AF2998">
        <w:rPr>
          <w:position w:val="-6"/>
        </w:rPr>
        <w:object w:dxaOrig="920" w:dyaOrig="279" w14:anchorId="36E6FAAD">
          <v:shape id="_x0000_i2795" type="#_x0000_t75" style="width:46.2pt;height:13.8pt" o:ole="">
            <v:imagedata r:id="rId3447" o:title=""/>
          </v:shape>
          <o:OLEObject Type="Embed" ProgID="Equation.DSMT4" ShapeID="_x0000_i2795" DrawAspect="Content" ObjectID="_1699919531" r:id="rId3448"/>
        </w:object>
      </w:r>
      <w:r w:rsidRPr="00AF2998">
        <w:rPr>
          <w:rFonts w:cs="Times New Roman"/>
        </w:rPr>
        <w:t xml:space="preserve"> có đáy </w:t>
      </w:r>
      <w:r w:rsidRPr="00AF2998">
        <w:rPr>
          <w:position w:val="-6"/>
        </w:rPr>
        <w:object w:dxaOrig="720" w:dyaOrig="279" w14:anchorId="562B8401">
          <v:shape id="_x0000_i2796" type="#_x0000_t75" style="width:36pt;height:13.8pt" o:ole="">
            <v:imagedata r:id="rId3449" o:title=""/>
          </v:shape>
          <o:OLEObject Type="Embed" ProgID="Equation.DSMT4" ShapeID="_x0000_i2796" DrawAspect="Content" ObjectID="_1699919532" r:id="rId3450"/>
        </w:object>
      </w:r>
      <w:r w:rsidRPr="00AF2998">
        <w:rPr>
          <w:rFonts w:cs="Times New Roman"/>
        </w:rPr>
        <w:t xml:space="preserve"> là hình bình hành tâm </w:t>
      </w:r>
      <w:r w:rsidRPr="00AF2998">
        <w:rPr>
          <w:position w:val="-6"/>
        </w:rPr>
        <w:object w:dxaOrig="240" w:dyaOrig="279" w14:anchorId="5E740D4D">
          <v:shape id="_x0000_i2797" type="#_x0000_t75" style="width:12pt;height:13.8pt" o:ole="">
            <v:imagedata r:id="rId3451" o:title=""/>
          </v:shape>
          <o:OLEObject Type="Embed" ProgID="Equation.DSMT4" ShapeID="_x0000_i2797" DrawAspect="Content" ObjectID="_1699919533" r:id="rId3452"/>
        </w:object>
      </w:r>
      <w:r w:rsidRPr="00AF2998">
        <w:rPr>
          <w:rFonts w:cs="Times New Roman"/>
        </w:rPr>
        <w:t xml:space="preserve">. Gọi </w:t>
      </w:r>
      <w:r w:rsidRPr="00AF2998">
        <w:rPr>
          <w:position w:val="-4"/>
        </w:rPr>
        <w:object w:dxaOrig="200" w:dyaOrig="260" w14:anchorId="252F353E">
          <v:shape id="_x0000_i2798" type="#_x0000_t75" style="width:10.2pt;height:13.2pt" o:ole="">
            <v:imagedata r:id="rId3453" o:title=""/>
          </v:shape>
          <o:OLEObject Type="Embed" ProgID="Equation.DSMT4" ShapeID="_x0000_i2798" DrawAspect="Content" ObjectID="_1699919534" r:id="rId3454"/>
        </w:object>
      </w:r>
      <w:r w:rsidRPr="00AF2998">
        <w:rPr>
          <w:rFonts w:cs="Times New Roman"/>
        </w:rPr>
        <w:t xml:space="preserve"> là trung điểm của </w:t>
      </w:r>
      <w:r w:rsidRPr="00AF2998">
        <w:rPr>
          <w:position w:val="-6"/>
        </w:rPr>
        <w:object w:dxaOrig="420" w:dyaOrig="279" w14:anchorId="1F1A3F14">
          <v:shape id="_x0000_i2799" type="#_x0000_t75" style="width:21pt;height:13.8pt" o:ole="">
            <v:imagedata r:id="rId3455" o:title=""/>
          </v:shape>
          <o:OLEObject Type="Embed" ProgID="Equation.DSMT4" ShapeID="_x0000_i2799" DrawAspect="Content" ObjectID="_1699919535" r:id="rId3456"/>
        </w:object>
      </w:r>
      <w:r w:rsidRPr="00AF2998">
        <w:rPr>
          <w:rFonts w:cs="Times New Roman"/>
        </w:rPr>
        <w:t xml:space="preserve">, gọi </w:t>
      </w:r>
      <w:r w:rsidRPr="00AF2998">
        <w:rPr>
          <w:position w:val="-10"/>
        </w:rPr>
        <w:object w:dxaOrig="400" w:dyaOrig="320" w14:anchorId="4CF2948B">
          <v:shape id="_x0000_i2800" type="#_x0000_t75" style="width:19.8pt;height:16.2pt" o:ole="">
            <v:imagedata r:id="rId3457" o:title=""/>
          </v:shape>
          <o:OLEObject Type="Embed" ProgID="Equation.DSMT4" ShapeID="_x0000_i2800" DrawAspect="Content" ObjectID="_1699919536" r:id="rId3458"/>
        </w:object>
      </w:r>
      <w:r w:rsidRPr="00AF2998">
        <w:rPr>
          <w:rFonts w:cs="Times New Roman"/>
        </w:rPr>
        <w:t xml:space="preserve"> là mặt phẳng qua </w:t>
      </w:r>
      <w:r w:rsidRPr="00AF2998">
        <w:rPr>
          <w:position w:val="-4"/>
        </w:rPr>
        <w:object w:dxaOrig="200" w:dyaOrig="260" w14:anchorId="11396DC5">
          <v:shape id="_x0000_i2801" type="#_x0000_t75" style="width:10.2pt;height:13.2pt" o:ole="">
            <v:imagedata r:id="rId3459" o:title=""/>
          </v:shape>
          <o:OLEObject Type="Embed" ProgID="Equation.DSMT4" ShapeID="_x0000_i2801" DrawAspect="Content" ObjectID="_1699919537" r:id="rId3460"/>
        </w:object>
      </w:r>
      <w:r w:rsidRPr="00AF2998">
        <w:rPr>
          <w:rFonts w:cs="Times New Roman"/>
        </w:rPr>
        <w:t xml:space="preserve"> và song song với </w:t>
      </w:r>
      <w:r w:rsidRPr="00AF2998">
        <w:rPr>
          <w:position w:val="-10"/>
        </w:rPr>
        <w:object w:dxaOrig="800" w:dyaOrig="320" w14:anchorId="6334C6CD">
          <v:shape id="_x0000_i2802" type="#_x0000_t75" style="width:40.2pt;height:16.2pt" o:ole="">
            <v:imagedata r:id="rId3461" o:title=""/>
          </v:shape>
          <o:OLEObject Type="Embed" ProgID="Equation.DSMT4" ShapeID="_x0000_i2802" DrawAspect="Content" ObjectID="_1699919538" r:id="rId3462"/>
        </w:object>
      </w:r>
      <w:r w:rsidRPr="00AF2998">
        <w:rPr>
          <w:rFonts w:cs="Times New Roman"/>
        </w:rPr>
        <w:t xml:space="preserve">. Thiết diện của </w:t>
      </w:r>
      <w:r w:rsidRPr="00AF2998">
        <w:rPr>
          <w:position w:val="-10"/>
        </w:rPr>
        <w:object w:dxaOrig="400" w:dyaOrig="320" w14:anchorId="7ABB9510">
          <v:shape id="_x0000_i2803" type="#_x0000_t75" style="width:19.8pt;height:16.2pt" o:ole="">
            <v:imagedata r:id="rId3463" o:title=""/>
          </v:shape>
          <o:OLEObject Type="Embed" ProgID="Equation.DSMT4" ShapeID="_x0000_i2803" DrawAspect="Content" ObjectID="_1699919539" r:id="rId3464"/>
        </w:object>
      </w:r>
      <w:r w:rsidRPr="00AF2998">
        <w:rPr>
          <w:rFonts w:cs="Times New Roman"/>
        </w:rPr>
        <w:t xml:space="preserve"> và hình chóp </w:t>
      </w:r>
      <w:r w:rsidRPr="00AF2998">
        <w:rPr>
          <w:position w:val="-6"/>
        </w:rPr>
        <w:object w:dxaOrig="920" w:dyaOrig="279" w14:anchorId="09528AEA">
          <v:shape id="_x0000_i2804" type="#_x0000_t75" style="width:46.2pt;height:13.8pt" o:ole="">
            <v:imagedata r:id="rId3465" o:title=""/>
          </v:shape>
          <o:OLEObject Type="Embed" ProgID="Equation.DSMT4" ShapeID="_x0000_i2804" DrawAspect="Content" ObjectID="_1699919540" r:id="rId3466"/>
        </w:object>
      </w:r>
      <w:r w:rsidRPr="00AF2998">
        <w:rPr>
          <w:rFonts w:cs="Times New Roman"/>
        </w:rPr>
        <w:t xml:space="preserve"> là hình gì?</w:t>
      </w:r>
    </w:p>
    <w:p w14:paraId="2A6C159B"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Tứ giác.</w:t>
      </w:r>
      <w:r w:rsidRPr="00AF2998">
        <w:rPr>
          <w:rFonts w:cs="Times New Roman"/>
        </w:rPr>
        <w:tab/>
      </w:r>
      <w:r w:rsidRPr="00AF2998">
        <w:rPr>
          <w:rFonts w:cs="Times New Roman"/>
          <w:b/>
          <w:color w:val="0000FF"/>
        </w:rPr>
        <w:t xml:space="preserve">B. </w:t>
      </w:r>
      <w:r w:rsidRPr="00AF2998">
        <w:rPr>
          <w:rFonts w:cs="Times New Roman"/>
        </w:rPr>
        <w:t>Tam giác.</w:t>
      </w:r>
      <w:r w:rsidRPr="00AF2998">
        <w:rPr>
          <w:rFonts w:cs="Times New Roman"/>
        </w:rPr>
        <w:tab/>
      </w:r>
      <w:r w:rsidRPr="00AF2998">
        <w:rPr>
          <w:rFonts w:cs="Times New Roman"/>
          <w:b/>
          <w:color w:val="0000FF"/>
        </w:rPr>
        <w:t xml:space="preserve">C. </w:t>
      </w:r>
      <w:r w:rsidRPr="00AF2998">
        <w:rPr>
          <w:rFonts w:cs="Times New Roman"/>
        </w:rPr>
        <w:t>Lục giác.</w:t>
      </w:r>
      <w:r w:rsidRPr="00AF2998">
        <w:rPr>
          <w:rFonts w:cs="Times New Roman"/>
        </w:rPr>
        <w:tab/>
      </w:r>
      <w:r w:rsidRPr="00AF2998">
        <w:rPr>
          <w:rFonts w:cs="Times New Roman"/>
          <w:b/>
          <w:color w:val="0000FF"/>
        </w:rPr>
        <w:t xml:space="preserve">D. </w:t>
      </w:r>
      <w:r w:rsidRPr="00AF2998">
        <w:rPr>
          <w:rFonts w:cs="Times New Roman"/>
        </w:rPr>
        <w:t>Ngũ giác.</w:t>
      </w:r>
    </w:p>
    <w:p w14:paraId="0F85A617"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hàm số </w:t>
      </w:r>
      <w:r w:rsidRPr="00AF2998">
        <w:rPr>
          <w:position w:val="-10"/>
        </w:rPr>
        <w:object w:dxaOrig="1340" w:dyaOrig="320" w14:anchorId="3EA7EF7A">
          <v:shape id="_x0000_i2805" type="#_x0000_t75" style="width:67.2pt;height:16.2pt" o:ole="">
            <v:imagedata r:id="rId3467" o:title=""/>
          </v:shape>
          <o:OLEObject Type="Embed" ProgID="Equation.DSMT4" ShapeID="_x0000_i2805" DrawAspect="Content" ObjectID="_1699919541" r:id="rId3468"/>
        </w:object>
      </w:r>
      <w:r w:rsidRPr="00AF2998">
        <w:rPr>
          <w:rFonts w:cs="Times New Roman"/>
        </w:rPr>
        <w:t xml:space="preserve"> có đồ thị như hình vẽ. Tìm số nghiệm </w:t>
      </w:r>
      <w:r w:rsidRPr="00AF2998">
        <w:rPr>
          <w:position w:val="-10"/>
        </w:rPr>
        <w:object w:dxaOrig="1340" w:dyaOrig="320" w14:anchorId="4B9AE533">
          <v:shape id="_x0000_i2806" type="#_x0000_t75" style="width:67.2pt;height:16.2pt" o:ole="">
            <v:imagedata r:id="rId3469" o:title=""/>
          </v:shape>
          <o:OLEObject Type="Embed" ProgID="Equation.DSMT4" ShapeID="_x0000_i2806" DrawAspect="Content" ObjectID="_1699919542" r:id="rId3470"/>
        </w:object>
      </w:r>
      <w:r w:rsidRPr="00AF2998">
        <w:rPr>
          <w:rFonts w:cs="Times New Roman"/>
        </w:rPr>
        <w:t xml:space="preserve"> của phương trình </w:t>
      </w:r>
      <w:r w:rsidRPr="00AF2998">
        <w:rPr>
          <w:position w:val="-10"/>
        </w:rPr>
        <w:object w:dxaOrig="1480" w:dyaOrig="320" w14:anchorId="1057B31E">
          <v:shape id="_x0000_i2807" type="#_x0000_t75" style="width:73.8pt;height:16.2pt" o:ole="">
            <v:imagedata r:id="rId3471" o:title=""/>
          </v:shape>
          <o:OLEObject Type="Embed" ProgID="Equation.DSMT4" ShapeID="_x0000_i2807" DrawAspect="Content" ObjectID="_1699919543" r:id="rId3472"/>
        </w:object>
      </w:r>
      <w:r w:rsidRPr="00AF2998">
        <w:rPr>
          <w:rFonts w:cs="Times New Roman"/>
        </w:rPr>
        <w:t xml:space="preserve"> với </w:t>
      </w:r>
      <w:r w:rsidRPr="00AF2998">
        <w:rPr>
          <w:position w:val="-10"/>
        </w:rPr>
        <w:object w:dxaOrig="920" w:dyaOrig="320" w14:anchorId="0F7F345B">
          <v:shape id="_x0000_i2808" type="#_x0000_t75" style="width:46.2pt;height:16.2pt" o:ole="">
            <v:imagedata r:id="rId3473" o:title=""/>
          </v:shape>
          <o:OLEObject Type="Embed" ProgID="Equation.DSMT4" ShapeID="_x0000_i2808" DrawAspect="Content" ObjectID="_1699919544" r:id="rId3474"/>
        </w:object>
      </w:r>
      <w:r w:rsidRPr="00AF2998">
        <w:rPr>
          <w:rFonts w:cs="Times New Roman"/>
        </w:rPr>
        <w:t>.</w:t>
      </w:r>
    </w:p>
    <w:p w14:paraId="15417E79" w14:textId="77777777" w:rsidR="00DE7E5C" w:rsidRPr="00AF2998" w:rsidRDefault="00DE7E5C" w:rsidP="00AF2998">
      <w:pPr>
        <w:ind w:left="992" w:hanging="992"/>
        <w:jc w:val="center"/>
        <w:rPr>
          <w:rFonts w:cs="Times New Roman"/>
        </w:rPr>
      </w:pPr>
      <w:r w:rsidRPr="00AF2998">
        <w:rPr>
          <w:rFonts w:cs="Times New Roman"/>
          <w:noProof/>
        </w:rPr>
        <w:drawing>
          <wp:inline distT="0" distB="0" distL="0" distR="0" wp14:anchorId="6165DDAE" wp14:editId="1BF63740">
            <wp:extent cx="4114800" cy="80658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5"/>
                    <a:stretch>
                      <a:fillRect/>
                    </a:stretch>
                  </pic:blipFill>
                  <pic:spPr>
                    <a:xfrm>
                      <a:off x="0" y="0"/>
                      <a:ext cx="4148185" cy="813127"/>
                    </a:xfrm>
                    <a:prstGeom prst="rect">
                      <a:avLst/>
                    </a:prstGeom>
                  </pic:spPr>
                </pic:pic>
              </a:graphicData>
            </a:graphic>
          </wp:inline>
        </w:drawing>
      </w:r>
    </w:p>
    <w:p w14:paraId="0C9DB1B1"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4.</w:t>
      </w:r>
      <w:r w:rsidRPr="00AF2998">
        <w:rPr>
          <w:rFonts w:cs="Times New Roman"/>
        </w:rPr>
        <w:tab/>
      </w:r>
      <w:r w:rsidRPr="00AF2998">
        <w:rPr>
          <w:rFonts w:cs="Times New Roman"/>
          <w:b/>
          <w:color w:val="0000FF"/>
        </w:rPr>
        <w:t xml:space="preserve">B. </w:t>
      </w:r>
      <w:r w:rsidRPr="00AF2998">
        <w:rPr>
          <w:rFonts w:cs="Times New Roman"/>
        </w:rPr>
        <w:t>8.</w:t>
      </w:r>
      <w:r w:rsidRPr="00AF2998">
        <w:rPr>
          <w:rFonts w:cs="Times New Roman"/>
        </w:rPr>
        <w:tab/>
      </w:r>
      <w:r w:rsidRPr="00AF2998">
        <w:rPr>
          <w:rFonts w:cs="Times New Roman"/>
          <w:b/>
          <w:color w:val="0000FF"/>
        </w:rPr>
        <w:t xml:space="preserve">C. </w:t>
      </w:r>
      <w:r w:rsidRPr="00AF2998">
        <w:rPr>
          <w:rFonts w:cs="Times New Roman"/>
        </w:rPr>
        <w:t>6.</w:t>
      </w:r>
      <w:r w:rsidRPr="00AF2998">
        <w:rPr>
          <w:rFonts w:cs="Times New Roman"/>
        </w:rPr>
        <w:tab/>
      </w:r>
      <w:r w:rsidRPr="00AF2998">
        <w:rPr>
          <w:rFonts w:cs="Times New Roman"/>
          <w:b/>
          <w:color w:val="0000FF"/>
        </w:rPr>
        <w:t xml:space="preserve">D. </w:t>
      </w:r>
      <w:r w:rsidRPr="00AF2998">
        <w:rPr>
          <w:rFonts w:cs="Times New Roman"/>
        </w:rPr>
        <w:t>5.</w:t>
      </w:r>
    </w:p>
    <w:p w14:paraId="18B67C97"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2 điểm </w:t>
      </w:r>
      <w:r w:rsidRPr="00AF2998">
        <w:rPr>
          <w:position w:val="-10"/>
        </w:rPr>
        <w:object w:dxaOrig="680" w:dyaOrig="320" w14:anchorId="1E085237">
          <v:shape id="_x0000_i2809" type="#_x0000_t75" style="width:34.2pt;height:16.2pt" o:ole="">
            <v:imagedata r:id="rId3476" o:title=""/>
          </v:shape>
          <o:OLEObject Type="Embed" ProgID="Equation.DSMT4" ShapeID="_x0000_i2809" DrawAspect="Content" ObjectID="_1699919545" r:id="rId3477"/>
        </w:object>
      </w:r>
      <w:r w:rsidRPr="00AF2998">
        <w:rPr>
          <w:rFonts w:cs="Times New Roman"/>
        </w:rPr>
        <w:t xml:space="preserve"> và </w:t>
      </w:r>
      <w:r w:rsidRPr="00AF2998">
        <w:rPr>
          <w:position w:val="-10"/>
        </w:rPr>
        <w:object w:dxaOrig="840" w:dyaOrig="320" w14:anchorId="4046C293">
          <v:shape id="_x0000_i2810" type="#_x0000_t75" style="width:42pt;height:16.2pt" o:ole="">
            <v:imagedata r:id="rId3478" o:title=""/>
          </v:shape>
          <o:OLEObject Type="Embed" ProgID="Equation.DSMT4" ShapeID="_x0000_i2810" DrawAspect="Content" ObjectID="_1699919546" r:id="rId3479"/>
        </w:object>
      </w:r>
      <w:r w:rsidRPr="00AF2998">
        <w:rPr>
          <w:rFonts w:cs="Times New Roman"/>
        </w:rPr>
        <w:t xml:space="preserve">. Gọi </w:t>
      </w:r>
      <w:r w:rsidRPr="00AF2998">
        <w:rPr>
          <w:position w:val="-10"/>
        </w:rPr>
        <w:object w:dxaOrig="580" w:dyaOrig="320" w14:anchorId="75A35CE3">
          <v:shape id="_x0000_i2811" type="#_x0000_t75" style="width:28.8pt;height:16.2pt" o:ole="">
            <v:imagedata r:id="rId3480" o:title=""/>
          </v:shape>
          <o:OLEObject Type="Embed" ProgID="Equation.DSMT4" ShapeID="_x0000_i2811" DrawAspect="Content" ObjectID="_1699919547" r:id="rId3481"/>
        </w:object>
      </w:r>
      <w:r w:rsidRPr="00AF2998">
        <w:rPr>
          <w:rFonts w:cs="Times New Roman"/>
        </w:rPr>
        <w:t xml:space="preserve"> là ảnh của </w:t>
      </w:r>
      <w:r w:rsidRPr="00AF2998">
        <w:rPr>
          <w:position w:val="-4"/>
        </w:rPr>
        <w:object w:dxaOrig="240" w:dyaOrig="260" w14:anchorId="172F685A">
          <v:shape id="_x0000_i2812" type="#_x0000_t75" style="width:12pt;height:13.2pt" o:ole="">
            <v:imagedata r:id="rId3482" o:title=""/>
          </v:shape>
          <o:OLEObject Type="Embed" ProgID="Equation.DSMT4" ShapeID="_x0000_i2812" DrawAspect="Content" ObjectID="_1699919548" r:id="rId3483"/>
        </w:object>
      </w:r>
      <w:r w:rsidRPr="00AF2998">
        <w:rPr>
          <w:rFonts w:cs="Times New Roman"/>
        </w:rPr>
        <w:t xml:space="preserve"> và </w:t>
      </w:r>
      <w:r w:rsidRPr="00AF2998">
        <w:rPr>
          <w:position w:val="-4"/>
        </w:rPr>
        <w:object w:dxaOrig="240" w:dyaOrig="260" w14:anchorId="10C31027">
          <v:shape id="_x0000_i2813" type="#_x0000_t75" style="width:12pt;height:13.2pt" o:ole="">
            <v:imagedata r:id="rId3484" o:title=""/>
          </v:shape>
          <o:OLEObject Type="Embed" ProgID="Equation.DSMT4" ShapeID="_x0000_i2813" DrawAspect="Content" ObjectID="_1699919549" r:id="rId3485"/>
        </w:object>
      </w:r>
      <w:r w:rsidRPr="00AF2998">
        <w:rPr>
          <w:rFonts w:cs="Times New Roman"/>
        </w:rPr>
        <w:t xml:space="preserve"> qua phép quay tâm </w:t>
      </w:r>
      <w:r w:rsidRPr="00AF2998">
        <w:rPr>
          <w:position w:val="-6"/>
        </w:rPr>
        <w:object w:dxaOrig="240" w:dyaOrig="279" w14:anchorId="264F5846">
          <v:shape id="_x0000_i2814" type="#_x0000_t75" style="width:12pt;height:13.8pt" o:ole="">
            <v:imagedata r:id="rId3486" o:title=""/>
          </v:shape>
          <o:OLEObject Type="Embed" ProgID="Equation.DSMT4" ShapeID="_x0000_i2814" DrawAspect="Content" ObjectID="_1699919550" r:id="rId3487"/>
        </w:object>
      </w:r>
      <w:r w:rsidRPr="00AF2998">
        <w:rPr>
          <w:rFonts w:cs="Times New Roman"/>
        </w:rPr>
        <w:t xml:space="preserve">, góc quay </w:t>
      </w:r>
      <w:r w:rsidRPr="00AF2998">
        <w:rPr>
          <w:position w:val="-6"/>
        </w:rPr>
        <w:object w:dxaOrig="499" w:dyaOrig="320" w14:anchorId="4CFA406F">
          <v:shape id="_x0000_i2815" type="#_x0000_t75" style="width:25.2pt;height:16.2pt" o:ole="">
            <v:imagedata r:id="rId3488" o:title=""/>
          </v:shape>
          <o:OLEObject Type="Embed" ProgID="Equation.DSMT4" ShapeID="_x0000_i2815" DrawAspect="Content" ObjectID="_1699919551" r:id="rId3489"/>
        </w:object>
      </w:r>
      <w:r w:rsidRPr="00AF2998">
        <w:rPr>
          <w:rFonts w:cs="Times New Roman"/>
        </w:rPr>
        <w:t xml:space="preserve">. Khi đó, độ dài đoạn </w:t>
      </w:r>
      <w:r w:rsidRPr="00AF2998">
        <w:rPr>
          <w:position w:val="-4"/>
        </w:rPr>
        <w:object w:dxaOrig="499" w:dyaOrig="260" w14:anchorId="3786B558">
          <v:shape id="_x0000_i2816" type="#_x0000_t75" style="width:25.2pt;height:13.2pt" o:ole="">
            <v:imagedata r:id="rId3490" o:title=""/>
          </v:shape>
          <o:OLEObject Type="Embed" ProgID="Equation.DSMT4" ShapeID="_x0000_i2816" DrawAspect="Content" ObjectID="_1699919552" r:id="rId3491"/>
        </w:object>
      </w:r>
      <w:r w:rsidRPr="00AF2998">
        <w:rPr>
          <w:rFonts w:cs="Times New Roman"/>
        </w:rPr>
        <w:t xml:space="preserve"> bằng</w:t>
      </w:r>
    </w:p>
    <w:p w14:paraId="2BD6638E"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9.</w:t>
      </w:r>
      <w:r w:rsidRPr="00AF2998">
        <w:rPr>
          <w:rFonts w:cs="Times New Roman"/>
        </w:rPr>
        <w:tab/>
      </w:r>
      <w:r w:rsidRPr="00AF2998">
        <w:rPr>
          <w:rFonts w:cs="Times New Roman"/>
          <w:b/>
          <w:color w:val="0000FF"/>
        </w:rPr>
        <w:t xml:space="preserve">B. </w:t>
      </w:r>
      <w:r w:rsidRPr="00AF2998">
        <w:rPr>
          <w:rFonts w:cs="Times New Roman"/>
        </w:rPr>
        <w:t>5.</w:t>
      </w:r>
      <w:r w:rsidRPr="00AF2998">
        <w:rPr>
          <w:rFonts w:cs="Times New Roman"/>
        </w:rPr>
        <w:tab/>
      </w:r>
      <w:r w:rsidRPr="00AF2998">
        <w:rPr>
          <w:rFonts w:cs="Times New Roman"/>
          <w:b/>
          <w:color w:val="0000FF"/>
        </w:rPr>
        <w:t xml:space="preserve">C. </w:t>
      </w:r>
      <w:r w:rsidRPr="00AF2998">
        <w:rPr>
          <w:rFonts w:cs="Times New Roman"/>
          <w:position w:val="-6"/>
        </w:rPr>
        <w:object w:dxaOrig="480" w:dyaOrig="340" w14:anchorId="45E7D4B3">
          <v:shape id="_x0000_i2817" type="#_x0000_t75" style="width:24pt;height:16.8pt" o:ole="">
            <v:imagedata r:id="rId3492" o:title=""/>
          </v:shape>
          <o:OLEObject Type="Embed" ProgID="Equation.DSMT4" ShapeID="_x0000_i2817" DrawAspect="Content" ObjectID="_1699919553" r:id="rId3493"/>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rPr>
        <w:t>7.</w:t>
      </w:r>
    </w:p>
    <w:p w14:paraId="5AB608FD"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Dãy số </w:t>
      </w:r>
      <w:r w:rsidRPr="00AF2998">
        <w:rPr>
          <w:position w:val="-14"/>
        </w:rPr>
        <w:object w:dxaOrig="480" w:dyaOrig="400" w14:anchorId="69D7A7CC">
          <v:shape id="_x0000_i2818" type="#_x0000_t75" style="width:24pt;height:19.8pt" o:ole="">
            <v:imagedata r:id="rId3494" o:title=""/>
          </v:shape>
          <o:OLEObject Type="Embed" ProgID="Equation.DSMT4" ShapeID="_x0000_i2818" DrawAspect="Content" ObjectID="_1699919554" r:id="rId3495"/>
        </w:object>
      </w:r>
      <w:r w:rsidRPr="00AF2998">
        <w:rPr>
          <w:rFonts w:cs="Times New Roman"/>
        </w:rPr>
        <w:t xml:space="preserve"> xác định bởi: </w:t>
      </w:r>
      <w:r w:rsidRPr="00AF2998">
        <w:rPr>
          <w:position w:val="-10"/>
        </w:rPr>
        <w:object w:dxaOrig="2280" w:dyaOrig="320" w14:anchorId="114D35F9">
          <v:shape id="_x0000_i2819" type="#_x0000_t75" style="width:114pt;height:16.2pt" o:ole="">
            <v:imagedata r:id="rId3496" o:title=""/>
          </v:shape>
          <o:OLEObject Type="Embed" ProgID="Equation.DSMT4" ShapeID="_x0000_i2819" DrawAspect="Content" ObjectID="_1699919555" r:id="rId3497"/>
        </w:object>
      </w:r>
      <w:r w:rsidRPr="00AF2998">
        <w:rPr>
          <w:rFonts w:cs="Times New Roman"/>
        </w:rPr>
        <w:t xml:space="preserve">. Số hạng </w:t>
      </w:r>
      <w:r w:rsidRPr="00AF2998">
        <w:rPr>
          <w:position w:val="-12"/>
        </w:rPr>
        <w:object w:dxaOrig="260" w:dyaOrig="360" w14:anchorId="5A1C4468">
          <v:shape id="_x0000_i2820" type="#_x0000_t75" style="width:13.2pt;height:18pt" o:ole="">
            <v:imagedata r:id="rId3498" o:title=""/>
          </v:shape>
          <o:OLEObject Type="Embed" ProgID="Equation.DSMT4" ShapeID="_x0000_i2820" DrawAspect="Content" ObjectID="_1699919556" r:id="rId3499"/>
        </w:object>
      </w:r>
      <w:r w:rsidRPr="00AF2998">
        <w:rPr>
          <w:rFonts w:cs="Times New Roman"/>
        </w:rPr>
        <w:t xml:space="preserve"> của dãy số là:</w:t>
      </w:r>
    </w:p>
    <w:p w14:paraId="1483B9EA"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8.</w:t>
      </w:r>
      <w:r w:rsidRPr="00AF2998">
        <w:rPr>
          <w:rFonts w:cs="Times New Roman"/>
        </w:rPr>
        <w:tab/>
      </w:r>
      <w:r w:rsidRPr="00AF2998">
        <w:rPr>
          <w:rFonts w:cs="Times New Roman"/>
          <w:b/>
          <w:color w:val="0000FF"/>
        </w:rPr>
        <w:t xml:space="preserve">B. </w:t>
      </w:r>
      <w:r w:rsidRPr="00AF2998">
        <w:rPr>
          <w:rFonts w:cs="Times New Roman"/>
        </w:rPr>
        <w:t>11.</w:t>
      </w:r>
      <w:r w:rsidRPr="00AF2998">
        <w:rPr>
          <w:rFonts w:cs="Times New Roman"/>
        </w:rPr>
        <w:tab/>
      </w:r>
      <w:r w:rsidRPr="00AF2998">
        <w:rPr>
          <w:rFonts w:cs="Times New Roman"/>
          <w:b/>
          <w:color w:val="0000FF"/>
        </w:rPr>
        <w:t xml:space="preserve">C. </w:t>
      </w:r>
      <w:r w:rsidRPr="00AF2998">
        <w:rPr>
          <w:rFonts w:cs="Times New Roman"/>
        </w:rPr>
        <w:t>19.</w:t>
      </w:r>
      <w:r w:rsidRPr="00AF2998">
        <w:rPr>
          <w:rFonts w:cs="Times New Roman"/>
        </w:rPr>
        <w:tab/>
      </w:r>
      <w:r w:rsidRPr="00AF2998">
        <w:rPr>
          <w:rFonts w:cs="Times New Roman"/>
          <w:b/>
          <w:color w:val="0000FF"/>
        </w:rPr>
        <w:t xml:space="preserve">D. </w:t>
      </w:r>
      <w:r w:rsidRPr="00AF2998">
        <w:rPr>
          <w:rFonts w:cs="Times New Roman"/>
        </w:rPr>
        <w:t>27.</w:t>
      </w:r>
    </w:p>
    <w:p w14:paraId="1C7FFDFB"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Trên giá sách có 4 quyển sách Toán, 3 quyển sách Lý, 2 quyển sách Hóa. Lấy ngẫu nhiên 3 quyển sách. Tính xác suất để 3 quyển lấy ra thuộc 3 môn khác nhau.</w:t>
      </w:r>
    </w:p>
    <w:p w14:paraId="753F53F5"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24"/>
        </w:rPr>
        <w:object w:dxaOrig="360" w:dyaOrig="620" w14:anchorId="09793768">
          <v:shape id="_x0000_i2821" type="#_x0000_t75" style="width:18pt;height:31.2pt" o:ole="">
            <v:imagedata r:id="rId3500" o:title=""/>
          </v:shape>
          <o:OLEObject Type="Embed" ProgID="Equation.DSMT4" ShapeID="_x0000_i2821" DrawAspect="Content" ObjectID="_1699919557" r:id="rId3501"/>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24"/>
        </w:rPr>
        <w:object w:dxaOrig="340" w:dyaOrig="620" w14:anchorId="0A4F3A4C">
          <v:shape id="_x0000_i2822" type="#_x0000_t75" style="width:16.8pt;height:31.2pt" o:ole="">
            <v:imagedata r:id="rId3502" o:title=""/>
          </v:shape>
          <o:OLEObject Type="Embed" ProgID="Equation.DSMT4" ShapeID="_x0000_i2822" DrawAspect="Content" ObjectID="_1699919558" r:id="rId3503"/>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24"/>
        </w:rPr>
        <w:object w:dxaOrig="360" w:dyaOrig="620" w14:anchorId="1C7C1ADA">
          <v:shape id="_x0000_i2823" type="#_x0000_t75" style="width:18pt;height:31.2pt" o:ole="">
            <v:imagedata r:id="rId3504" o:title=""/>
          </v:shape>
          <o:OLEObject Type="Embed" ProgID="Equation.DSMT4" ShapeID="_x0000_i2823" DrawAspect="Content" ObjectID="_1699919559" r:id="rId3505"/>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24"/>
        </w:rPr>
        <w:object w:dxaOrig="240" w:dyaOrig="620" w14:anchorId="601EDB3C">
          <v:shape id="_x0000_i2824" type="#_x0000_t75" style="width:12pt;height:31.2pt" o:ole="">
            <v:imagedata r:id="rId3506" o:title=""/>
          </v:shape>
          <o:OLEObject Type="Embed" ProgID="Equation.DSMT4" ShapeID="_x0000_i2824" DrawAspect="Content" ObjectID="_1699919560" r:id="rId3507"/>
        </w:object>
      </w:r>
      <w:r w:rsidRPr="00AF2998">
        <w:rPr>
          <w:rFonts w:cs="Times New Roman"/>
        </w:rPr>
        <w:t>.</w:t>
      </w:r>
    </w:p>
    <w:p w14:paraId="1984CCAD"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Hệ số của </w:t>
      </w:r>
      <w:r w:rsidRPr="00AF2998">
        <w:rPr>
          <w:position w:val="-6"/>
        </w:rPr>
        <w:object w:dxaOrig="279" w:dyaOrig="320" w14:anchorId="1ACD75ED">
          <v:shape id="_x0000_i2825" type="#_x0000_t75" style="width:13.8pt;height:16.2pt" o:ole="">
            <v:imagedata r:id="rId3508" o:title=""/>
          </v:shape>
          <o:OLEObject Type="Embed" ProgID="Equation.DSMT4" ShapeID="_x0000_i2825" DrawAspect="Content" ObjectID="_1699919561" r:id="rId3509"/>
        </w:object>
      </w:r>
      <w:r w:rsidRPr="00AF2998">
        <w:rPr>
          <w:rFonts w:cs="Times New Roman"/>
        </w:rPr>
        <w:t xml:space="preserve"> trong khai triển </w:t>
      </w:r>
      <w:r w:rsidRPr="00AF2998">
        <w:rPr>
          <w:position w:val="-10"/>
        </w:rPr>
        <w:object w:dxaOrig="880" w:dyaOrig="360" w14:anchorId="5731B281">
          <v:shape id="_x0000_i2826" type="#_x0000_t75" style="width:43.8pt;height:18pt" o:ole="">
            <v:imagedata r:id="rId3510" o:title=""/>
          </v:shape>
          <o:OLEObject Type="Embed" ProgID="Equation.DSMT4" ShapeID="_x0000_i2826" DrawAspect="Content" ObjectID="_1699919562" r:id="rId3511"/>
        </w:object>
      </w:r>
      <w:r w:rsidRPr="00AF2998">
        <w:rPr>
          <w:rFonts w:cs="Times New Roman"/>
        </w:rPr>
        <w:t xml:space="preserve"> là:</w:t>
      </w:r>
    </w:p>
    <w:p w14:paraId="16ACC744"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12"/>
        </w:rPr>
        <w:object w:dxaOrig="960" w:dyaOrig="380" w14:anchorId="2899DB8D">
          <v:shape id="_x0000_i2827" type="#_x0000_t75" style="width:48pt;height:19.2pt" o:ole="">
            <v:imagedata r:id="rId3512" o:title=""/>
          </v:shape>
          <o:OLEObject Type="Embed" ProgID="Equation.DSMT4" ShapeID="_x0000_i2827" DrawAspect="Content" ObjectID="_1699919563" r:id="rId3513"/>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12"/>
        </w:rPr>
        <w:object w:dxaOrig="960" w:dyaOrig="380" w14:anchorId="31887E26">
          <v:shape id="_x0000_i2828" type="#_x0000_t75" style="width:48pt;height:19.2pt" o:ole="">
            <v:imagedata r:id="rId3514" o:title=""/>
          </v:shape>
          <o:OLEObject Type="Embed" ProgID="Equation.DSMT4" ShapeID="_x0000_i2828" DrawAspect="Content" ObjectID="_1699919564" r:id="rId3515"/>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12"/>
        </w:rPr>
        <w:object w:dxaOrig="960" w:dyaOrig="380" w14:anchorId="5C5C4E0C">
          <v:shape id="_x0000_i2829" type="#_x0000_t75" style="width:48pt;height:19.2pt" o:ole="">
            <v:imagedata r:id="rId3516" o:title=""/>
          </v:shape>
          <o:OLEObject Type="Embed" ProgID="Equation.DSMT4" ShapeID="_x0000_i2829" DrawAspect="Content" ObjectID="_1699919565" r:id="rId3517"/>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12"/>
        </w:rPr>
        <w:object w:dxaOrig="1100" w:dyaOrig="380" w14:anchorId="5C2AFED2">
          <v:shape id="_x0000_i2830" type="#_x0000_t75" style="width:55.2pt;height:19.2pt" o:ole="">
            <v:imagedata r:id="rId3518" o:title=""/>
          </v:shape>
          <o:OLEObject Type="Embed" ProgID="Equation.DSMT4" ShapeID="_x0000_i2830" DrawAspect="Content" ObjectID="_1699919566" r:id="rId3519"/>
        </w:object>
      </w:r>
      <w:r w:rsidRPr="00AF2998">
        <w:rPr>
          <w:rFonts w:cs="Times New Roman"/>
        </w:rPr>
        <w:t>.</w:t>
      </w:r>
    </w:p>
    <w:p w14:paraId="7D653AF0"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lastRenderedPageBreak/>
        <w:t xml:space="preserve">Cho tứ diện </w:t>
      </w:r>
      <w:r w:rsidRPr="00AF2998">
        <w:rPr>
          <w:position w:val="-6"/>
        </w:rPr>
        <w:object w:dxaOrig="720" w:dyaOrig="279" w14:anchorId="787E9DAB">
          <v:shape id="_x0000_i2831" type="#_x0000_t75" style="width:36pt;height:13.8pt" o:ole="">
            <v:imagedata r:id="rId3520" o:title=""/>
          </v:shape>
          <o:OLEObject Type="Embed" ProgID="Equation.DSMT4" ShapeID="_x0000_i2831" DrawAspect="Content" ObjectID="_1699919567" r:id="rId3521"/>
        </w:object>
      </w:r>
      <w:r w:rsidRPr="00AF2998">
        <w:rPr>
          <w:rFonts w:cs="Times New Roman"/>
        </w:rPr>
        <w:t xml:space="preserve">. Gọi </w:t>
      </w:r>
      <w:r w:rsidRPr="00AF2998">
        <w:rPr>
          <w:position w:val="-10"/>
        </w:rPr>
        <w:object w:dxaOrig="420" w:dyaOrig="320" w14:anchorId="2C73B217">
          <v:shape id="_x0000_i2832" type="#_x0000_t75" style="width:21pt;height:16.2pt" o:ole="">
            <v:imagedata r:id="rId3522" o:title=""/>
          </v:shape>
          <o:OLEObject Type="Embed" ProgID="Equation.DSMT4" ShapeID="_x0000_i2832" DrawAspect="Content" ObjectID="_1699919568" r:id="rId3523"/>
        </w:object>
      </w:r>
      <w:r w:rsidRPr="00AF2998">
        <w:rPr>
          <w:rFonts w:cs="Times New Roman"/>
        </w:rPr>
        <w:t xml:space="preserve"> lần lượt là trung điểm của </w:t>
      </w:r>
      <w:r w:rsidRPr="00AF2998">
        <w:rPr>
          <w:position w:val="-4"/>
        </w:rPr>
        <w:object w:dxaOrig="420" w:dyaOrig="260" w14:anchorId="6D83F7B1">
          <v:shape id="_x0000_i2833" type="#_x0000_t75" style="width:21pt;height:13.2pt" o:ole="">
            <v:imagedata r:id="rId3524" o:title=""/>
          </v:shape>
          <o:OLEObject Type="Embed" ProgID="Equation.DSMT4" ShapeID="_x0000_i2833" DrawAspect="Content" ObjectID="_1699919569" r:id="rId3525"/>
        </w:object>
      </w:r>
      <w:r w:rsidRPr="00AF2998">
        <w:rPr>
          <w:rFonts w:cs="Times New Roman"/>
        </w:rPr>
        <w:t xml:space="preserve"> và </w:t>
      </w:r>
      <w:r w:rsidRPr="00AF2998">
        <w:rPr>
          <w:position w:val="-6"/>
        </w:rPr>
        <w:object w:dxaOrig="400" w:dyaOrig="279" w14:anchorId="7AC22B3F">
          <v:shape id="_x0000_i2834" type="#_x0000_t75" style="width:19.8pt;height:13.8pt" o:ole="">
            <v:imagedata r:id="rId3526" o:title=""/>
          </v:shape>
          <o:OLEObject Type="Embed" ProgID="Equation.DSMT4" ShapeID="_x0000_i2834" DrawAspect="Content" ObjectID="_1699919570" r:id="rId3527"/>
        </w:object>
      </w:r>
      <w:r w:rsidRPr="00AF2998">
        <w:rPr>
          <w:rFonts w:cs="Times New Roman"/>
        </w:rPr>
        <w:t xml:space="preserve"> như hình vẽ. Giao tuyến của hai mặt phẳng </w:t>
      </w:r>
      <w:r w:rsidRPr="00AF2998">
        <w:rPr>
          <w:position w:val="-10"/>
        </w:rPr>
        <w:object w:dxaOrig="720" w:dyaOrig="320" w14:anchorId="06020A19">
          <v:shape id="_x0000_i2835" type="#_x0000_t75" style="width:36pt;height:16.2pt" o:ole="">
            <v:imagedata r:id="rId3528" o:title=""/>
          </v:shape>
          <o:OLEObject Type="Embed" ProgID="Equation.DSMT4" ShapeID="_x0000_i2835" DrawAspect="Content" ObjectID="_1699919571" r:id="rId3529"/>
        </w:object>
      </w:r>
      <w:r w:rsidRPr="00AF2998">
        <w:rPr>
          <w:rFonts w:cs="Times New Roman"/>
        </w:rPr>
        <w:t xml:space="preserve"> và </w:t>
      </w:r>
      <w:r w:rsidRPr="00AF2998">
        <w:rPr>
          <w:position w:val="-10"/>
        </w:rPr>
        <w:object w:dxaOrig="660" w:dyaOrig="320" w14:anchorId="174A1E73">
          <v:shape id="_x0000_i2836" type="#_x0000_t75" style="width:33pt;height:16.2pt" o:ole="">
            <v:imagedata r:id="rId3530" o:title=""/>
          </v:shape>
          <o:OLEObject Type="Embed" ProgID="Equation.DSMT4" ShapeID="_x0000_i2836" DrawAspect="Content" ObjectID="_1699919572" r:id="rId3531"/>
        </w:object>
      </w:r>
      <w:r w:rsidRPr="00AF2998">
        <w:rPr>
          <w:rFonts w:cs="Times New Roman"/>
        </w:rPr>
        <w:t xml:space="preserve"> là</w:t>
      </w:r>
    </w:p>
    <w:p w14:paraId="2F931514" w14:textId="77777777" w:rsidR="00DE7E5C" w:rsidRPr="00AF2998" w:rsidRDefault="00DE7E5C" w:rsidP="00AF2998">
      <w:pPr>
        <w:ind w:left="992" w:hanging="992"/>
        <w:jc w:val="center"/>
        <w:rPr>
          <w:rFonts w:cs="Times New Roman"/>
        </w:rPr>
      </w:pPr>
      <w:r w:rsidRPr="00AF2998">
        <w:rPr>
          <w:rFonts w:cs="Times New Roman"/>
          <w:noProof/>
        </w:rPr>
        <w:drawing>
          <wp:inline distT="0" distB="0" distL="0" distR="0" wp14:anchorId="4FB26053" wp14:editId="09263456">
            <wp:extent cx="2332708" cy="17221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2"/>
                    <a:stretch>
                      <a:fillRect/>
                    </a:stretch>
                  </pic:blipFill>
                  <pic:spPr>
                    <a:xfrm>
                      <a:off x="0" y="0"/>
                      <a:ext cx="2339952" cy="1727468"/>
                    </a:xfrm>
                    <a:prstGeom prst="rect">
                      <a:avLst/>
                    </a:prstGeom>
                  </pic:spPr>
                </pic:pic>
              </a:graphicData>
            </a:graphic>
          </wp:inline>
        </w:drawing>
      </w:r>
    </w:p>
    <w:p w14:paraId="389C7EE7"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4"/>
        </w:rPr>
        <w:object w:dxaOrig="320" w:dyaOrig="260" w14:anchorId="117EF28E">
          <v:shape id="_x0000_i2837" type="#_x0000_t75" style="width:16.2pt;height:13.2pt" o:ole="">
            <v:imagedata r:id="rId3533" o:title=""/>
          </v:shape>
          <o:OLEObject Type="Embed" ProgID="Equation.DSMT4" ShapeID="_x0000_i2837" DrawAspect="Content" ObjectID="_1699919573" r:id="rId3534"/>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10"/>
        </w:rPr>
        <w:object w:dxaOrig="400" w:dyaOrig="320" w14:anchorId="4E2BDDB8">
          <v:shape id="_x0000_i2838" type="#_x0000_t75" style="width:19.8pt;height:16.2pt" o:ole="">
            <v:imagedata r:id="rId3535" o:title=""/>
          </v:shape>
          <o:OLEObject Type="Embed" ProgID="Equation.DSMT4" ShapeID="_x0000_i2838" DrawAspect="Content" ObjectID="_1699919574" r:id="rId3536"/>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6"/>
        </w:rPr>
        <w:object w:dxaOrig="360" w:dyaOrig="279" w14:anchorId="03E5B52A">
          <v:shape id="_x0000_i2839" type="#_x0000_t75" style="width:18pt;height:13.8pt" o:ole="">
            <v:imagedata r:id="rId3537" o:title=""/>
          </v:shape>
          <o:OLEObject Type="Embed" ProgID="Equation.DSMT4" ShapeID="_x0000_i2839" DrawAspect="Content" ObjectID="_1699919575" r:id="rId3538"/>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6"/>
        </w:rPr>
        <w:object w:dxaOrig="300" w:dyaOrig="279" w14:anchorId="1E63AD27">
          <v:shape id="_x0000_i2840" type="#_x0000_t75" style="width:15pt;height:13.8pt" o:ole="">
            <v:imagedata r:id="rId3539" o:title=""/>
          </v:shape>
          <o:OLEObject Type="Embed" ProgID="Equation.DSMT4" ShapeID="_x0000_i2840" DrawAspect="Content" ObjectID="_1699919576" r:id="rId3540"/>
        </w:object>
      </w:r>
      <w:r w:rsidRPr="00AF2998">
        <w:rPr>
          <w:rFonts w:cs="Times New Roman"/>
        </w:rPr>
        <w:t>.</w:t>
      </w:r>
    </w:p>
    <w:p w14:paraId="66BD2734"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Bạn Xuân có một cái lọ. Ngày thứ nhất bạn bỏ vào lọ 1 viên kẹo, ngày thứ hai bạn bỏ vào 2 viên kẹo, ngày thứ ba bạn bỏ vào 4 viên kẹo</w:t>
      </w:r>
      <w:r w:rsidRPr="00AF2998">
        <w:rPr>
          <w:rFonts w:cs="Times New Roman"/>
          <w:b/>
        </w:rPr>
        <w:t>.</w:t>
      </w:r>
      <w:r w:rsidRPr="00AF2998">
        <w:rPr>
          <w:rFonts w:cs="Times New Roman"/>
        </w:rPr>
        <w:t xml:space="preserve"> Biết sau khi bỏ hết số kẹo ở ngày thứ 12 thì lọ đầy. Hỏi ở ngày thứ mấy, số kẹo trong lọ chiếm </w:t>
      </w:r>
      <w:r w:rsidRPr="00AF2998">
        <w:rPr>
          <w:position w:val="-24"/>
        </w:rPr>
        <w:object w:dxaOrig="240" w:dyaOrig="620" w14:anchorId="70F6810A">
          <v:shape id="_x0000_i2841" type="#_x0000_t75" style="width:12pt;height:31.2pt" o:ole="">
            <v:imagedata r:id="rId3541" o:title=""/>
          </v:shape>
          <o:OLEObject Type="Embed" ProgID="Equation.DSMT4" ShapeID="_x0000_i2841" DrawAspect="Content" ObjectID="_1699919577" r:id="rId3542"/>
        </w:object>
      </w:r>
      <w:r w:rsidRPr="00AF2998">
        <w:rPr>
          <w:rFonts w:cs="Times New Roman"/>
        </w:rPr>
        <w:t xml:space="preserve"> lọ?</w:t>
      </w:r>
    </w:p>
    <w:p w14:paraId="0195D414"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Ngày thứ 3.</w:t>
      </w:r>
      <w:r w:rsidRPr="00AF2998">
        <w:rPr>
          <w:rFonts w:cs="Times New Roman"/>
        </w:rPr>
        <w:tab/>
      </w:r>
      <w:r w:rsidRPr="00AF2998">
        <w:rPr>
          <w:rFonts w:cs="Times New Roman"/>
          <w:b/>
          <w:color w:val="0000FF"/>
        </w:rPr>
        <w:t xml:space="preserve">B. </w:t>
      </w:r>
      <w:r w:rsidRPr="00AF2998">
        <w:rPr>
          <w:rFonts w:cs="Times New Roman"/>
        </w:rPr>
        <w:t xml:space="preserve">Ngày thứ </w:t>
      </w:r>
      <w:r w:rsidRPr="00AF2998">
        <w:rPr>
          <w:rFonts w:cs="Times New Roman"/>
          <w:position w:val="-4"/>
        </w:rPr>
        <w:object w:dxaOrig="200" w:dyaOrig="260" w14:anchorId="3BC14E99">
          <v:shape id="_x0000_i2842" type="#_x0000_t75" style="width:10.2pt;height:13.2pt" o:ole="">
            <v:imagedata r:id="rId3543" o:title=""/>
          </v:shape>
          <o:OLEObject Type="Embed" ProgID="Equation.DSMT4" ShapeID="_x0000_i2842" DrawAspect="Content" ObjectID="_1699919578" r:id="rId3544"/>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rPr>
        <w:t xml:space="preserve">Ngày thứ </w:t>
      </w:r>
      <w:r w:rsidRPr="00AF2998">
        <w:rPr>
          <w:rFonts w:cs="Times New Roman"/>
          <w:position w:val="-4"/>
        </w:rPr>
        <w:object w:dxaOrig="260" w:dyaOrig="260" w14:anchorId="01F12811">
          <v:shape id="_x0000_i2843" type="#_x0000_t75" style="width:13.2pt;height:13.2pt" o:ole="">
            <v:imagedata r:id="rId3545" o:title=""/>
          </v:shape>
          <o:OLEObject Type="Embed" ProgID="Equation.DSMT4" ShapeID="_x0000_i2843" DrawAspect="Content" ObjectID="_1699919579" r:id="rId3546"/>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rPr>
        <w:t>Ngày thứ 10.</w:t>
      </w:r>
    </w:p>
    <w:p w14:paraId="6BF5C31A"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Khẳng định nào sau đây là sai?</w:t>
      </w:r>
    </w:p>
    <w:p w14:paraId="4E4AB35B"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 xml:space="preserve">Hàm số </w:t>
      </w:r>
      <w:r w:rsidRPr="00AF2998">
        <w:rPr>
          <w:rFonts w:cs="Times New Roman"/>
          <w:position w:val="-10"/>
        </w:rPr>
        <w:object w:dxaOrig="1500" w:dyaOrig="320" w14:anchorId="1B9AB78B">
          <v:shape id="_x0000_i2844" type="#_x0000_t75" style="width:75pt;height:16.2pt" o:ole="">
            <v:imagedata r:id="rId3547" o:title=""/>
          </v:shape>
          <o:OLEObject Type="Embed" ProgID="Equation.DSMT4" ShapeID="_x0000_i2844" DrawAspect="Content" ObjectID="_1699919580" r:id="rId3548"/>
        </w:object>
      </w:r>
      <w:r w:rsidRPr="00AF2998">
        <w:rPr>
          <w:rFonts w:cs="Times New Roman"/>
        </w:rPr>
        <w:t xml:space="preserve"> là hàm số lẻ.</w:t>
      </w:r>
      <w:r w:rsidRPr="00AF2998">
        <w:rPr>
          <w:rFonts w:cs="Times New Roman"/>
        </w:rPr>
        <w:tab/>
      </w:r>
      <w:r w:rsidRPr="00AF2998">
        <w:rPr>
          <w:rFonts w:cs="Times New Roman"/>
          <w:b/>
          <w:color w:val="0000FF"/>
        </w:rPr>
        <w:t xml:space="preserve">B. </w:t>
      </w:r>
      <w:r w:rsidRPr="00AF2998">
        <w:rPr>
          <w:rFonts w:cs="Times New Roman"/>
        </w:rPr>
        <w:t xml:space="preserve">Hàm số </w:t>
      </w:r>
      <w:r w:rsidRPr="00AF2998">
        <w:rPr>
          <w:rFonts w:cs="Times New Roman"/>
          <w:position w:val="-10"/>
        </w:rPr>
        <w:object w:dxaOrig="1340" w:dyaOrig="360" w14:anchorId="19801F26">
          <v:shape id="_x0000_i2845" type="#_x0000_t75" style="width:67.2pt;height:18pt" o:ole="">
            <v:imagedata r:id="rId3549" o:title=""/>
          </v:shape>
          <o:OLEObject Type="Embed" ProgID="Equation.DSMT4" ShapeID="_x0000_i2845" DrawAspect="Content" ObjectID="_1699919581" r:id="rId3550"/>
        </w:object>
      </w:r>
      <w:r w:rsidRPr="00AF2998">
        <w:rPr>
          <w:rFonts w:cs="Times New Roman"/>
        </w:rPr>
        <w:t xml:space="preserve"> là hàm số chã̃n.</w:t>
      </w:r>
    </w:p>
    <w:p w14:paraId="22CF99A1"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C. </w:t>
      </w:r>
      <w:r w:rsidRPr="00AF2998">
        <w:rPr>
          <w:rFonts w:cs="Times New Roman"/>
        </w:rPr>
        <w:t xml:space="preserve">Hàm số </w:t>
      </w:r>
      <w:r w:rsidRPr="00AF2998">
        <w:rPr>
          <w:rFonts w:cs="Times New Roman"/>
          <w:position w:val="-10"/>
        </w:rPr>
        <w:object w:dxaOrig="1180" w:dyaOrig="320" w14:anchorId="6337C281">
          <v:shape id="_x0000_i2846" type="#_x0000_t75" style="width:58.8pt;height:16.2pt" o:ole="">
            <v:imagedata r:id="rId3551" o:title=""/>
          </v:shape>
          <o:OLEObject Type="Embed" ProgID="Equation.DSMT4" ShapeID="_x0000_i2846" DrawAspect="Content" ObjectID="_1699919582" r:id="rId3552"/>
        </w:object>
      </w:r>
      <w:r w:rsidRPr="00AF2998">
        <w:rPr>
          <w:rFonts w:cs="Times New Roman"/>
        </w:rPr>
        <w:t xml:space="preserve"> là hàm số lẻ.</w:t>
      </w:r>
      <w:r w:rsidRPr="00AF2998">
        <w:rPr>
          <w:rFonts w:cs="Times New Roman"/>
        </w:rPr>
        <w:tab/>
      </w:r>
      <w:r w:rsidRPr="00AF2998">
        <w:rPr>
          <w:rFonts w:cs="Times New Roman"/>
          <w:b/>
          <w:color w:val="0000FF"/>
        </w:rPr>
        <w:t xml:space="preserve">D. </w:t>
      </w:r>
      <w:r w:rsidRPr="00AF2998">
        <w:rPr>
          <w:rFonts w:cs="Times New Roman"/>
        </w:rPr>
        <w:t xml:space="preserve">Hàm số </w:t>
      </w:r>
      <w:r w:rsidRPr="00AF2998">
        <w:rPr>
          <w:rFonts w:cs="Times New Roman"/>
          <w:position w:val="-10"/>
        </w:rPr>
        <w:object w:dxaOrig="1719" w:dyaOrig="320" w14:anchorId="6D2DB690">
          <v:shape id="_x0000_i2847" type="#_x0000_t75" style="width:85.8pt;height:16.2pt" o:ole="">
            <v:imagedata r:id="rId3553" o:title=""/>
          </v:shape>
          <o:OLEObject Type="Embed" ProgID="Equation.DSMT4" ShapeID="_x0000_i2847" DrawAspect="Content" ObjectID="_1699919583" r:id="rId3554"/>
        </w:object>
      </w:r>
      <w:r w:rsidRPr="00AF2998">
        <w:rPr>
          <w:rFonts w:cs="Times New Roman"/>
        </w:rPr>
        <w:t xml:space="preserve"> là hàm số chẵn.</w:t>
      </w:r>
    </w:p>
    <w:p w14:paraId="11457ABA"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hình chóp tứ giác </w:t>
      </w:r>
      <w:r w:rsidRPr="00AF2998">
        <w:rPr>
          <w:position w:val="-6"/>
        </w:rPr>
        <w:object w:dxaOrig="840" w:dyaOrig="279" w14:anchorId="0DC19B24">
          <v:shape id="_x0000_i2848" type="#_x0000_t75" style="width:42pt;height:13.8pt" o:ole="">
            <v:imagedata r:id="rId3555" o:title=""/>
          </v:shape>
          <o:OLEObject Type="Embed" ProgID="Equation.DSMT4" ShapeID="_x0000_i2848" DrawAspect="Content" ObjectID="_1699919584" r:id="rId3556"/>
        </w:object>
      </w:r>
      <w:r w:rsidRPr="00AF2998">
        <w:rPr>
          <w:rFonts w:cs="Times New Roman"/>
        </w:rPr>
        <w:t xml:space="preserve"> có đáy là hình bình hành tâm </w:t>
      </w:r>
      <w:r w:rsidRPr="00AF2998">
        <w:rPr>
          <w:position w:val="-6"/>
        </w:rPr>
        <w:object w:dxaOrig="240" w:dyaOrig="279" w14:anchorId="57696C0C">
          <v:shape id="_x0000_i2849" type="#_x0000_t75" style="width:12pt;height:13.8pt" o:ole="">
            <v:imagedata r:id="rId3557" o:title=""/>
          </v:shape>
          <o:OLEObject Type="Embed" ProgID="Equation.DSMT4" ShapeID="_x0000_i2849" DrawAspect="Content" ObjectID="_1699919585" r:id="rId3558"/>
        </w:object>
      </w:r>
      <w:r w:rsidRPr="00AF2998">
        <w:rPr>
          <w:rFonts w:cs="Times New Roman"/>
        </w:rPr>
        <w:t xml:space="preserve">. Tìm giao tuyến của hai mặt phẳng </w:t>
      </w:r>
      <w:r w:rsidRPr="00AF2998">
        <w:rPr>
          <w:position w:val="-10"/>
        </w:rPr>
        <w:object w:dxaOrig="680" w:dyaOrig="320" w14:anchorId="0262FC81">
          <v:shape id="_x0000_i2850" type="#_x0000_t75" style="width:34.2pt;height:16.2pt" o:ole="">
            <v:imagedata r:id="rId3559" o:title=""/>
          </v:shape>
          <o:OLEObject Type="Embed" ProgID="Equation.DSMT4" ShapeID="_x0000_i2850" DrawAspect="Content" ObjectID="_1699919586" r:id="rId3560"/>
        </w:object>
      </w:r>
      <w:r w:rsidRPr="00AF2998">
        <w:rPr>
          <w:rFonts w:cs="Times New Roman"/>
        </w:rPr>
        <w:t xml:space="preserve"> và </w:t>
      </w:r>
      <w:r w:rsidRPr="00AF2998">
        <w:rPr>
          <w:position w:val="-10"/>
        </w:rPr>
        <w:object w:dxaOrig="680" w:dyaOrig="320" w14:anchorId="2A7D82CF">
          <v:shape id="_x0000_i2851" type="#_x0000_t75" style="width:34.2pt;height:16.2pt" o:ole="">
            <v:imagedata r:id="rId3561" o:title=""/>
          </v:shape>
          <o:OLEObject Type="Embed" ProgID="Equation.DSMT4" ShapeID="_x0000_i2851" DrawAspect="Content" ObjectID="_1699919587" r:id="rId3562"/>
        </w:object>
      </w:r>
      <w:r w:rsidRPr="00AF2998">
        <w:rPr>
          <w:rFonts w:cs="Times New Roman"/>
        </w:rPr>
        <w:t>?</w:t>
      </w:r>
    </w:p>
    <w:p w14:paraId="3181DEC1"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6"/>
        </w:rPr>
        <w:object w:dxaOrig="380" w:dyaOrig="279" w14:anchorId="2C0FFD8B">
          <v:shape id="_x0000_i2852" type="#_x0000_t75" style="width:19.2pt;height:13.8pt" o:ole="">
            <v:imagedata r:id="rId3563" o:title=""/>
          </v:shape>
          <o:OLEObject Type="Embed" ProgID="Equation.DSMT4" ShapeID="_x0000_i2852" DrawAspect="Content" ObjectID="_1699919588" r:id="rId3564"/>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6"/>
        </w:rPr>
        <w:object w:dxaOrig="340" w:dyaOrig="279" w14:anchorId="7C7E8CC4">
          <v:shape id="_x0000_i2853" type="#_x0000_t75" style="width:16.8pt;height:13.8pt" o:ole="">
            <v:imagedata r:id="rId3565" o:title=""/>
          </v:shape>
          <o:OLEObject Type="Embed" ProgID="Equation.DSMT4" ShapeID="_x0000_i2853" DrawAspect="Content" ObjectID="_1699919589" r:id="rId3566"/>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6"/>
        </w:rPr>
        <w:object w:dxaOrig="420" w:dyaOrig="279" w14:anchorId="1DEB4227">
          <v:shape id="_x0000_i2854" type="#_x0000_t75" style="width:21pt;height:13.8pt" o:ole="">
            <v:imagedata r:id="rId3567" o:title=""/>
          </v:shape>
          <o:OLEObject Type="Embed" ProgID="Equation.DSMT4" ShapeID="_x0000_i2854" DrawAspect="Content" ObjectID="_1699919590" r:id="rId3568"/>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4"/>
        </w:rPr>
        <w:object w:dxaOrig="400" w:dyaOrig="260" w14:anchorId="65558AE3">
          <v:shape id="_x0000_i2855" type="#_x0000_t75" style="width:19.8pt;height:13.2pt" o:ole="">
            <v:imagedata r:id="rId3569" o:title=""/>
          </v:shape>
          <o:OLEObject Type="Embed" ProgID="Equation.DSMT4" ShapeID="_x0000_i2855" DrawAspect="Content" ObjectID="_1699919591" r:id="rId3570"/>
        </w:object>
      </w:r>
      <w:r w:rsidRPr="00AF2998">
        <w:rPr>
          <w:rFonts w:cs="Times New Roman"/>
        </w:rPr>
        <w:t>.</w:t>
      </w:r>
    </w:p>
    <w:p w14:paraId="5E4B59E5"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Giải phương trình </w:t>
      </w:r>
      <w:r w:rsidRPr="00AF2998">
        <w:rPr>
          <w:position w:val="-12"/>
        </w:rPr>
        <w:object w:dxaOrig="2000" w:dyaOrig="380" w14:anchorId="1DBE1390">
          <v:shape id="_x0000_i2856" type="#_x0000_t75" style="width:100.2pt;height:19.2pt" o:ole="">
            <v:imagedata r:id="rId3571" o:title=""/>
          </v:shape>
          <o:OLEObject Type="Embed" ProgID="Equation.DSMT4" ShapeID="_x0000_i2856" DrawAspect="Content" ObjectID="_1699919592" r:id="rId3572"/>
        </w:object>
      </w:r>
      <w:r w:rsidRPr="00AF2998">
        <w:rPr>
          <w:rFonts w:cs="Times New Roman"/>
        </w:rPr>
        <w:t>.</w:t>
      </w:r>
    </w:p>
    <w:p w14:paraId="0BC4807C"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6"/>
        </w:rPr>
        <w:object w:dxaOrig="560" w:dyaOrig="279" w14:anchorId="200140C6">
          <v:shape id="_x0000_i2857" type="#_x0000_t75" style="width:28.2pt;height:13.8pt" o:ole="">
            <v:imagedata r:id="rId3573" o:title=""/>
          </v:shape>
          <o:OLEObject Type="Embed" ProgID="Equation.DSMT4" ShapeID="_x0000_i2857" DrawAspect="Content" ObjectID="_1699919593" r:id="rId3574"/>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6"/>
        </w:rPr>
        <w:object w:dxaOrig="560" w:dyaOrig="279" w14:anchorId="6B1EAE04">
          <v:shape id="_x0000_i2858" type="#_x0000_t75" style="width:28.2pt;height:13.8pt" o:ole="">
            <v:imagedata r:id="rId3575" o:title=""/>
          </v:shape>
          <o:OLEObject Type="Embed" ProgID="Equation.DSMT4" ShapeID="_x0000_i2858" DrawAspect="Content" ObjectID="_1699919594" r:id="rId3576"/>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6"/>
        </w:rPr>
        <w:object w:dxaOrig="540" w:dyaOrig="279" w14:anchorId="1306B13D">
          <v:shape id="_x0000_i2859" type="#_x0000_t75" style="width:27pt;height:13.8pt" o:ole="">
            <v:imagedata r:id="rId3577" o:title=""/>
          </v:shape>
          <o:OLEObject Type="Embed" ProgID="Equation.DSMT4" ShapeID="_x0000_i2859" DrawAspect="Content" ObjectID="_1699919595" r:id="rId3578"/>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6"/>
        </w:rPr>
        <w:object w:dxaOrig="540" w:dyaOrig="279" w14:anchorId="02CA264A">
          <v:shape id="_x0000_i2860" type="#_x0000_t75" style="width:27pt;height:13.8pt" o:ole="">
            <v:imagedata r:id="rId3579" o:title=""/>
          </v:shape>
          <o:OLEObject Type="Embed" ProgID="Equation.DSMT4" ShapeID="_x0000_i2860" DrawAspect="Content" ObjectID="_1699919596" r:id="rId3580"/>
        </w:object>
      </w:r>
      <w:r w:rsidRPr="00AF2998">
        <w:rPr>
          <w:rFonts w:cs="Times New Roman"/>
        </w:rPr>
        <w:t>.</w:t>
      </w:r>
    </w:p>
    <w:p w14:paraId="0C81C3CE"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dãy số </w:t>
      </w:r>
      <w:r w:rsidRPr="00AF2998">
        <w:rPr>
          <w:position w:val="-14"/>
        </w:rPr>
        <w:object w:dxaOrig="480" w:dyaOrig="400" w14:anchorId="202B900B">
          <v:shape id="_x0000_i2861" type="#_x0000_t75" style="width:24pt;height:19.8pt" o:ole="">
            <v:imagedata r:id="rId3581" o:title=""/>
          </v:shape>
          <o:OLEObject Type="Embed" ProgID="Equation.DSMT4" ShapeID="_x0000_i2861" DrawAspect="Content" ObjectID="_1699919597" r:id="rId3582"/>
        </w:object>
      </w:r>
      <w:r w:rsidRPr="00AF2998">
        <w:rPr>
          <w:rFonts w:cs="Times New Roman"/>
        </w:rPr>
        <w:t xml:space="preserve"> có biểu diễn hình học như sau:</w:t>
      </w:r>
    </w:p>
    <w:p w14:paraId="6941767F" w14:textId="77777777" w:rsidR="00DE7E5C" w:rsidRPr="00AF2998" w:rsidRDefault="00DE7E5C" w:rsidP="00AF2998">
      <w:pPr>
        <w:ind w:left="992" w:hanging="992"/>
        <w:jc w:val="center"/>
        <w:rPr>
          <w:rFonts w:cs="Times New Roman"/>
        </w:rPr>
      </w:pPr>
      <w:r w:rsidRPr="00AF2998">
        <w:rPr>
          <w:rFonts w:cs="Times New Roman"/>
          <w:noProof/>
        </w:rPr>
        <w:drawing>
          <wp:inline distT="0" distB="0" distL="0" distR="0" wp14:anchorId="19B2751A" wp14:editId="6E432036">
            <wp:extent cx="2667000" cy="719884"/>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3"/>
                    <a:stretch>
                      <a:fillRect/>
                    </a:stretch>
                  </pic:blipFill>
                  <pic:spPr>
                    <a:xfrm>
                      <a:off x="0" y="0"/>
                      <a:ext cx="2678759" cy="723058"/>
                    </a:xfrm>
                    <a:prstGeom prst="rect">
                      <a:avLst/>
                    </a:prstGeom>
                  </pic:spPr>
                </pic:pic>
              </a:graphicData>
            </a:graphic>
          </wp:inline>
        </w:drawing>
      </w:r>
    </w:p>
    <w:p w14:paraId="0F6BDCFA" w14:textId="77777777" w:rsidR="00DE7E5C" w:rsidRPr="00AF2998" w:rsidRDefault="00DE7E5C" w:rsidP="00AF2998">
      <w:pPr>
        <w:ind w:left="992"/>
        <w:jc w:val="both"/>
        <w:rPr>
          <w:rFonts w:cs="Times New Roman"/>
        </w:rPr>
      </w:pPr>
      <w:r w:rsidRPr="00AF2998">
        <w:rPr>
          <w:rFonts w:cs="Times New Roman"/>
        </w:rPr>
        <w:t>Công thức số hạng tổng quát của dãy số trên có thể là</w:t>
      </w:r>
    </w:p>
    <w:p w14:paraId="38091972"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24"/>
        </w:rPr>
        <w:object w:dxaOrig="980" w:dyaOrig="620" w14:anchorId="4241C174">
          <v:shape id="_x0000_i2862" type="#_x0000_t75" style="width:49.2pt;height:31.2pt" o:ole="">
            <v:imagedata r:id="rId3584" o:title=""/>
          </v:shape>
          <o:OLEObject Type="Embed" ProgID="Equation.DSMT4" ShapeID="_x0000_i2862" DrawAspect="Content" ObjectID="_1699919598" r:id="rId3585"/>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24"/>
        </w:rPr>
        <w:object w:dxaOrig="700" w:dyaOrig="620" w14:anchorId="6FA7463F">
          <v:shape id="_x0000_i2863" type="#_x0000_t75" style="width:34.8pt;height:31.2pt" o:ole="">
            <v:imagedata r:id="rId3586" o:title=""/>
          </v:shape>
          <o:OLEObject Type="Embed" ProgID="Equation.DSMT4" ShapeID="_x0000_i2863" DrawAspect="Content" ObjectID="_1699919599" r:id="rId3587"/>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24"/>
        </w:rPr>
        <w:object w:dxaOrig="1100" w:dyaOrig="620" w14:anchorId="7F3EC72F">
          <v:shape id="_x0000_i2864" type="#_x0000_t75" style="width:55.2pt;height:31.2pt" o:ole="">
            <v:imagedata r:id="rId3588" o:title=""/>
          </v:shape>
          <o:OLEObject Type="Embed" ProgID="Equation.DSMT4" ShapeID="_x0000_i2864" DrawAspect="Content" ObjectID="_1699919600" r:id="rId3589"/>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12"/>
        </w:rPr>
        <w:object w:dxaOrig="740" w:dyaOrig="380" w14:anchorId="266C5049">
          <v:shape id="_x0000_i2865" type="#_x0000_t75" style="width:37.2pt;height:19.2pt" o:ole="">
            <v:imagedata r:id="rId3590" o:title=""/>
          </v:shape>
          <o:OLEObject Type="Embed" ProgID="Equation.DSMT4" ShapeID="_x0000_i2865" DrawAspect="Content" ObjectID="_1699919601" r:id="rId3591"/>
        </w:object>
      </w:r>
      <w:r w:rsidRPr="00AF2998">
        <w:rPr>
          <w:rFonts w:cs="Times New Roman"/>
        </w:rPr>
        <w:t>.</w:t>
      </w:r>
    </w:p>
    <w:p w14:paraId="5021EDD9"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tam giác </w:t>
      </w:r>
      <w:r w:rsidRPr="00AF2998">
        <w:rPr>
          <w:position w:val="-6"/>
        </w:rPr>
        <w:object w:dxaOrig="560" w:dyaOrig="279" w14:anchorId="2450BDE3">
          <v:shape id="_x0000_i2866" type="#_x0000_t75" style="width:28.2pt;height:13.8pt" o:ole="">
            <v:imagedata r:id="rId3592" o:title=""/>
          </v:shape>
          <o:OLEObject Type="Embed" ProgID="Equation.DSMT4" ShapeID="_x0000_i2866" DrawAspect="Content" ObjectID="_1699919602" r:id="rId3593"/>
        </w:object>
      </w:r>
      <w:r w:rsidRPr="00AF2998">
        <w:rPr>
          <w:rFonts w:cs="Times New Roman"/>
        </w:rPr>
        <w:t xml:space="preserve"> có </w:t>
      </w:r>
      <w:r w:rsidRPr="00AF2998">
        <w:rPr>
          <w:position w:val="-10"/>
        </w:rPr>
        <w:object w:dxaOrig="2240" w:dyaOrig="320" w14:anchorId="48917E3D">
          <v:shape id="_x0000_i2867" type="#_x0000_t75" style="width:112.2pt;height:16.2pt" o:ole="">
            <v:imagedata r:id="rId3594" o:title=""/>
          </v:shape>
          <o:OLEObject Type="Embed" ProgID="Equation.DSMT4" ShapeID="_x0000_i2867" DrawAspect="Content" ObjectID="_1699919603" r:id="rId3595"/>
        </w:object>
      </w:r>
      <w:r w:rsidRPr="00AF2998">
        <w:rPr>
          <w:rFonts w:cs="Times New Roman"/>
        </w:rPr>
        <w:t xml:space="preserve">. Gọi </w:t>
      </w:r>
      <w:r w:rsidRPr="00AF2998">
        <w:rPr>
          <w:position w:val="-10"/>
        </w:rPr>
        <w:object w:dxaOrig="900" w:dyaOrig="320" w14:anchorId="10A4BCA9">
          <v:shape id="_x0000_i2868" type="#_x0000_t75" style="width:45pt;height:16.2pt" o:ole="">
            <v:imagedata r:id="rId3596" o:title=""/>
          </v:shape>
          <o:OLEObject Type="Embed" ProgID="Equation.DSMT4" ShapeID="_x0000_i2868" DrawAspect="Content" ObjectID="_1699919604" r:id="rId3597"/>
        </w:object>
      </w:r>
      <w:r w:rsidRPr="00AF2998">
        <w:rPr>
          <w:rFonts w:cs="Times New Roman"/>
        </w:rPr>
        <w:t xml:space="preserve"> lần lượt là ảnh của </w:t>
      </w:r>
      <w:r w:rsidRPr="00AF2998">
        <w:rPr>
          <w:position w:val="-10"/>
        </w:rPr>
        <w:object w:dxaOrig="740" w:dyaOrig="320" w14:anchorId="1AE65259">
          <v:shape id="_x0000_i2869" type="#_x0000_t75" style="width:37.2pt;height:16.2pt" o:ole="">
            <v:imagedata r:id="rId3598" o:title=""/>
          </v:shape>
          <o:OLEObject Type="Embed" ProgID="Equation.DSMT4" ShapeID="_x0000_i2869" DrawAspect="Content" ObjectID="_1699919605" r:id="rId3599"/>
        </w:object>
      </w:r>
      <w:r w:rsidRPr="00AF2998">
        <w:rPr>
          <w:rFonts w:cs="Times New Roman"/>
        </w:rPr>
        <w:t xml:space="preserve"> qua phép đối xứng qua trục hoành. Tìm tọa độ trọng tâm của tam giác </w:t>
      </w:r>
      <w:r w:rsidRPr="00AF2998">
        <w:rPr>
          <w:position w:val="-6"/>
        </w:rPr>
        <w:object w:dxaOrig="720" w:dyaOrig="279" w14:anchorId="10F1E798">
          <v:shape id="_x0000_i2870" type="#_x0000_t75" style="width:36pt;height:13.8pt" o:ole="">
            <v:imagedata r:id="rId3600" o:title=""/>
          </v:shape>
          <o:OLEObject Type="Embed" ProgID="Equation.DSMT4" ShapeID="_x0000_i2870" DrawAspect="Content" ObjectID="_1699919606" r:id="rId3601"/>
        </w:object>
      </w:r>
      <w:r w:rsidRPr="00AF2998">
        <w:rPr>
          <w:rFonts w:cs="Times New Roman"/>
        </w:rPr>
        <w:t>.</w:t>
      </w:r>
    </w:p>
    <w:p w14:paraId="40AE89F4"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10"/>
        </w:rPr>
        <w:object w:dxaOrig="660" w:dyaOrig="320" w14:anchorId="2B4E5BBB">
          <v:shape id="_x0000_i2871" type="#_x0000_t75" style="width:33pt;height:16.2pt" o:ole="">
            <v:imagedata r:id="rId3602" o:title=""/>
          </v:shape>
          <o:OLEObject Type="Embed" ProgID="Equation.DSMT4" ShapeID="_x0000_i2871" DrawAspect="Content" ObjectID="_1699919607" r:id="rId3603"/>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10"/>
        </w:rPr>
        <w:object w:dxaOrig="680" w:dyaOrig="320" w14:anchorId="7821E088">
          <v:shape id="_x0000_i2872" type="#_x0000_t75" style="width:34.2pt;height:16.2pt" o:ole="">
            <v:imagedata r:id="rId3604" o:title=""/>
          </v:shape>
          <o:OLEObject Type="Embed" ProgID="Equation.DSMT4" ShapeID="_x0000_i2872" DrawAspect="Content" ObjectID="_1699919608" r:id="rId3605"/>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10"/>
        </w:rPr>
        <w:object w:dxaOrig="520" w:dyaOrig="320" w14:anchorId="46AFCC2C">
          <v:shape id="_x0000_i2873" type="#_x0000_t75" style="width:25.8pt;height:16.2pt" o:ole="">
            <v:imagedata r:id="rId3606" o:title=""/>
          </v:shape>
          <o:OLEObject Type="Embed" ProgID="Equation.DSMT4" ShapeID="_x0000_i2873" DrawAspect="Content" ObjectID="_1699919609" r:id="rId3607"/>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10"/>
        </w:rPr>
        <w:object w:dxaOrig="520" w:dyaOrig="320" w14:anchorId="61389D1B">
          <v:shape id="_x0000_i2874" type="#_x0000_t75" style="width:25.8pt;height:16.2pt" o:ole="">
            <v:imagedata r:id="rId3608" o:title=""/>
          </v:shape>
          <o:OLEObject Type="Embed" ProgID="Equation.DSMT4" ShapeID="_x0000_i2874" DrawAspect="Content" ObjectID="_1699919610" r:id="rId3609"/>
        </w:object>
      </w:r>
      <w:r w:rsidRPr="00AF2998">
        <w:rPr>
          <w:rFonts w:cs="Times New Roman"/>
        </w:rPr>
        <w:t>.</w:t>
      </w:r>
    </w:p>
    <w:p w14:paraId="02EF339B"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Trong các mệnh đề dưới đây có bao nhiêu mệnh đề đúng?</w:t>
      </w:r>
    </w:p>
    <w:p w14:paraId="2D9B6C3E" w14:textId="77777777" w:rsidR="00DE7E5C" w:rsidRPr="00AF2998" w:rsidRDefault="00DE7E5C" w:rsidP="00AF2998">
      <w:pPr>
        <w:ind w:left="992"/>
        <w:jc w:val="both"/>
        <w:rPr>
          <w:rFonts w:cs="Times New Roman"/>
        </w:rPr>
      </w:pPr>
      <w:r w:rsidRPr="00AF2998">
        <w:rPr>
          <w:rFonts w:cs="Times New Roman"/>
        </w:rPr>
        <w:t xml:space="preserve">a) </w:t>
      </w:r>
      <w:r w:rsidRPr="00AF2998">
        <w:rPr>
          <w:rFonts w:cs="Times New Roman"/>
          <w:position w:val="-28"/>
        </w:rPr>
        <w:object w:dxaOrig="3540" w:dyaOrig="660" w14:anchorId="53F00EF1">
          <v:shape id="_x0000_i2875" type="#_x0000_t75" style="width:177pt;height:33pt" o:ole="">
            <v:imagedata r:id="rId3610" o:title=""/>
          </v:shape>
          <o:OLEObject Type="Embed" ProgID="Equation.DSMT4" ShapeID="_x0000_i2875" DrawAspect="Content" ObjectID="_1699919611" r:id="rId3611"/>
        </w:object>
      </w:r>
    </w:p>
    <w:p w14:paraId="3E946370" w14:textId="77777777" w:rsidR="00DE7E5C" w:rsidRPr="00AF2998" w:rsidRDefault="00DE7E5C" w:rsidP="00AF2998">
      <w:pPr>
        <w:ind w:left="992"/>
        <w:jc w:val="both"/>
        <w:rPr>
          <w:rFonts w:cs="Times New Roman"/>
        </w:rPr>
      </w:pPr>
      <w:r w:rsidRPr="00AF2998">
        <w:rPr>
          <w:rFonts w:cs="Times New Roman"/>
        </w:rPr>
        <w:t xml:space="preserve">b) </w:t>
      </w:r>
      <w:r w:rsidRPr="00AF2998">
        <w:rPr>
          <w:rFonts w:cs="Times New Roman"/>
          <w:position w:val="-10"/>
        </w:rPr>
        <w:object w:dxaOrig="2560" w:dyaOrig="360" w14:anchorId="3B7A103D">
          <v:shape id="_x0000_i2876" type="#_x0000_t75" style="width:127.8pt;height:18pt" o:ole="">
            <v:imagedata r:id="rId3612" o:title=""/>
          </v:shape>
          <o:OLEObject Type="Embed" ProgID="Equation.DSMT4" ShapeID="_x0000_i2876" DrawAspect="Content" ObjectID="_1699919612" r:id="rId3613"/>
        </w:object>
      </w:r>
    </w:p>
    <w:p w14:paraId="5DB79328" w14:textId="77777777" w:rsidR="00DE7E5C" w:rsidRPr="00AF2998" w:rsidRDefault="00DE7E5C" w:rsidP="00AF2998">
      <w:pPr>
        <w:ind w:left="992"/>
        <w:jc w:val="both"/>
        <w:rPr>
          <w:rFonts w:cs="Times New Roman"/>
        </w:rPr>
      </w:pPr>
      <w:r w:rsidRPr="00AF2998">
        <w:rPr>
          <w:rFonts w:cs="Times New Roman"/>
        </w:rPr>
        <w:lastRenderedPageBreak/>
        <w:t xml:space="preserve">c) </w:t>
      </w:r>
      <w:r w:rsidRPr="00AF2998">
        <w:rPr>
          <w:rFonts w:cs="Times New Roman"/>
          <w:position w:val="-6"/>
        </w:rPr>
        <w:object w:dxaOrig="620" w:dyaOrig="320" w14:anchorId="54CDC216">
          <v:shape id="_x0000_i2877" type="#_x0000_t75" style="width:31.2pt;height:16.2pt" o:ole="">
            <v:imagedata r:id="rId3614" o:title=""/>
          </v:shape>
          <o:OLEObject Type="Embed" ProgID="Equation.DSMT4" ShapeID="_x0000_i2877" DrawAspect="Content" ObjectID="_1699919613" r:id="rId3615"/>
        </w:object>
      </w:r>
      <w:r w:rsidRPr="00AF2998">
        <w:rPr>
          <w:rFonts w:cs="Times New Roman"/>
        </w:rPr>
        <w:t xml:space="preserve"> chia hết cho 3 với mọi </w:t>
      </w:r>
      <w:r w:rsidRPr="00AF2998">
        <w:rPr>
          <w:rFonts w:cs="Times New Roman"/>
          <w:position w:val="-6"/>
        </w:rPr>
        <w:object w:dxaOrig="700" w:dyaOrig="320" w14:anchorId="749B9C3B">
          <v:shape id="_x0000_i2878" type="#_x0000_t75" style="width:34.8pt;height:16.2pt" o:ole="">
            <v:imagedata r:id="rId3616" o:title=""/>
          </v:shape>
          <o:OLEObject Type="Embed" ProgID="Equation.DSMT4" ShapeID="_x0000_i2878" DrawAspect="Content" ObjectID="_1699919614" r:id="rId3617"/>
        </w:object>
      </w:r>
    </w:p>
    <w:p w14:paraId="66954CB5" w14:textId="77777777" w:rsidR="00DE7E5C" w:rsidRPr="00AF2998" w:rsidRDefault="00DE7E5C" w:rsidP="00AF2998">
      <w:pPr>
        <w:ind w:left="992"/>
        <w:jc w:val="both"/>
        <w:rPr>
          <w:rFonts w:cs="Times New Roman"/>
        </w:rPr>
      </w:pPr>
      <w:r w:rsidRPr="00AF2998">
        <w:rPr>
          <w:rFonts w:cs="Times New Roman"/>
        </w:rPr>
        <w:t xml:space="preserve">d) </w:t>
      </w:r>
      <w:r w:rsidRPr="00AF2998">
        <w:rPr>
          <w:rFonts w:cs="Times New Roman"/>
          <w:position w:val="-24"/>
        </w:rPr>
        <w:object w:dxaOrig="2439" w:dyaOrig="620" w14:anchorId="10C58643">
          <v:shape id="_x0000_i2879" type="#_x0000_t75" style="width:121.8pt;height:31.2pt" o:ole="">
            <v:imagedata r:id="rId3618" o:title=""/>
          </v:shape>
          <o:OLEObject Type="Embed" ProgID="Equation.DSMT4" ShapeID="_x0000_i2879" DrawAspect="Content" ObjectID="_1699919615" r:id="rId3619"/>
        </w:object>
      </w:r>
    </w:p>
    <w:p w14:paraId="08AC9A2B"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4.</w:t>
      </w:r>
      <w:r w:rsidRPr="00AF2998">
        <w:rPr>
          <w:rFonts w:cs="Times New Roman"/>
        </w:rPr>
        <w:tab/>
      </w:r>
      <w:r w:rsidRPr="00AF2998">
        <w:rPr>
          <w:rFonts w:cs="Times New Roman"/>
          <w:b/>
          <w:color w:val="0000FF"/>
        </w:rPr>
        <w:t xml:space="preserve">B. </w:t>
      </w:r>
      <w:r w:rsidRPr="00AF2998">
        <w:rPr>
          <w:rFonts w:cs="Times New Roman"/>
        </w:rPr>
        <w:t>3.</w:t>
      </w:r>
      <w:r w:rsidRPr="00AF2998">
        <w:rPr>
          <w:rFonts w:cs="Times New Roman"/>
        </w:rPr>
        <w:tab/>
      </w:r>
      <w:r w:rsidRPr="00AF2998">
        <w:rPr>
          <w:rFonts w:cs="Times New Roman"/>
          <w:b/>
          <w:color w:val="0000FF"/>
        </w:rPr>
        <w:t xml:space="preserve">C. </w:t>
      </w:r>
      <w:r w:rsidRPr="00AF2998">
        <w:rPr>
          <w:rFonts w:cs="Times New Roman"/>
        </w:rPr>
        <w:t>2.</w:t>
      </w:r>
      <w:r w:rsidRPr="00AF2998">
        <w:rPr>
          <w:rFonts w:cs="Times New Roman"/>
        </w:rPr>
        <w:tab/>
      </w:r>
      <w:r w:rsidRPr="00AF2998">
        <w:rPr>
          <w:rFonts w:cs="Times New Roman"/>
          <w:b/>
          <w:color w:val="0000FF"/>
        </w:rPr>
        <w:t xml:space="preserve">D. </w:t>
      </w:r>
      <w:r w:rsidRPr="00AF2998">
        <w:rPr>
          <w:rFonts w:cs="Times New Roman"/>
        </w:rPr>
        <w:t>1.</w:t>
      </w:r>
    </w:p>
    <w:p w14:paraId="60A31200"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Tính tổng </w:t>
      </w:r>
      <w:r w:rsidRPr="00AF2998">
        <w:rPr>
          <w:position w:val="-12"/>
        </w:rPr>
        <w:object w:dxaOrig="3760" w:dyaOrig="380" w14:anchorId="04BC7184">
          <v:shape id="_x0000_i2880" type="#_x0000_t75" style="width:187.8pt;height:19.2pt" o:ole="">
            <v:imagedata r:id="rId3620" o:title=""/>
          </v:shape>
          <o:OLEObject Type="Embed" ProgID="Equation.DSMT4" ShapeID="_x0000_i2880" DrawAspect="Content" ObjectID="_1699919616" r:id="rId3621"/>
        </w:object>
      </w:r>
    </w:p>
    <w:p w14:paraId="6AF6748C"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6"/>
        </w:rPr>
        <w:object w:dxaOrig="1240" w:dyaOrig="320" w14:anchorId="4C5B78C5">
          <v:shape id="_x0000_i2881" type="#_x0000_t75" style="width:61.8pt;height:16.2pt" o:ole="">
            <v:imagedata r:id="rId3622" o:title=""/>
          </v:shape>
          <o:OLEObject Type="Embed" ProgID="Equation.DSMT4" ShapeID="_x0000_i2881" DrawAspect="Content" ObjectID="_1699919617" r:id="rId3623"/>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6"/>
        </w:rPr>
        <w:object w:dxaOrig="859" w:dyaOrig="320" w14:anchorId="6C34F0A9">
          <v:shape id="_x0000_i2882" type="#_x0000_t75" style="width:43.2pt;height:16.2pt" o:ole="">
            <v:imagedata r:id="rId3624" o:title=""/>
          </v:shape>
          <o:OLEObject Type="Embed" ProgID="Equation.DSMT4" ShapeID="_x0000_i2882" DrawAspect="Content" ObjectID="_1699919618" r:id="rId3625"/>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4"/>
        </w:rPr>
        <w:object w:dxaOrig="880" w:dyaOrig="300" w14:anchorId="46016E18">
          <v:shape id="_x0000_i2883" type="#_x0000_t75" style="width:43.8pt;height:15pt" o:ole="">
            <v:imagedata r:id="rId3626" o:title=""/>
          </v:shape>
          <o:OLEObject Type="Embed" ProgID="Equation.DSMT4" ShapeID="_x0000_i2883" DrawAspect="Content" ObjectID="_1699919619" r:id="rId3627"/>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6"/>
        </w:rPr>
        <w:object w:dxaOrig="859" w:dyaOrig="320" w14:anchorId="3FE95B5F">
          <v:shape id="_x0000_i2884" type="#_x0000_t75" style="width:43.2pt;height:16.2pt" o:ole="">
            <v:imagedata r:id="rId3628" o:title=""/>
          </v:shape>
          <o:OLEObject Type="Embed" ProgID="Equation.DSMT4" ShapeID="_x0000_i2884" DrawAspect="Content" ObjectID="_1699919620" r:id="rId3629"/>
        </w:object>
      </w:r>
      <w:r w:rsidRPr="00AF2998">
        <w:rPr>
          <w:rFonts w:cs="Times New Roman"/>
        </w:rPr>
        <w:t>.</w:t>
      </w:r>
    </w:p>
    <w:p w14:paraId="0BE203F1"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Trong các phát biểu sau, phát biểu nào đúng?</w:t>
      </w:r>
    </w:p>
    <w:p w14:paraId="78BDE95F"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Hai đường thẳng không có điểm chung thì song song với nhau.</w:t>
      </w:r>
    </w:p>
    <w:p w14:paraId="28AEE3E4"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B. </w:t>
      </w:r>
      <w:r w:rsidRPr="00AF2998">
        <w:rPr>
          <w:rFonts w:cs="Times New Roman"/>
        </w:rPr>
        <w:t>Hai đường thẳng không có điểm chung thì chéo nhau.</w:t>
      </w:r>
    </w:p>
    <w:p w14:paraId="58695767"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C. </w:t>
      </w:r>
      <w:r w:rsidRPr="00AF2998">
        <w:rPr>
          <w:rFonts w:cs="Times New Roman"/>
        </w:rPr>
        <w:t>Hai đường thẳng phân biệt không cắt nhau thì song song.</w:t>
      </w:r>
    </w:p>
    <w:p w14:paraId="5C4ADF63"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D. </w:t>
      </w:r>
      <w:r w:rsidRPr="00AF2998">
        <w:rPr>
          <w:rFonts w:cs="Times New Roman"/>
        </w:rPr>
        <w:t>Hai đường thẳng không cùng nằm trên một mặt phẳng thì chéo nhau.</w:t>
      </w:r>
    </w:p>
    <w:p w14:paraId="3F68B20E"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Từ các chữ số của tập hợp </w:t>
      </w:r>
      <w:r w:rsidRPr="00AF2998">
        <w:rPr>
          <w:position w:val="-10"/>
        </w:rPr>
        <w:object w:dxaOrig="1920" w:dyaOrig="320" w14:anchorId="76631E61">
          <v:shape id="_x0000_i2885" type="#_x0000_t75" style="width:96pt;height:16.2pt" o:ole="">
            <v:imagedata r:id="rId3630" o:title=""/>
          </v:shape>
          <o:OLEObject Type="Embed" ProgID="Equation.DSMT4" ShapeID="_x0000_i2885" DrawAspect="Content" ObjectID="_1699919621" r:id="rId3631"/>
        </w:object>
      </w:r>
      <w:r w:rsidRPr="00AF2998">
        <w:rPr>
          <w:rFonts w:cs="Times New Roman"/>
        </w:rPr>
        <w:t xml:space="preserve"> lập được bao nhiêu số tự nhiên gồm 4 chữ số đôi một khác nhau?</w:t>
      </w:r>
    </w:p>
    <w:p w14:paraId="2E839BCD"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418.</w:t>
      </w:r>
      <w:r w:rsidRPr="00AF2998">
        <w:rPr>
          <w:rFonts w:cs="Times New Roman"/>
        </w:rPr>
        <w:tab/>
      </w:r>
      <w:r w:rsidRPr="00AF2998">
        <w:rPr>
          <w:rFonts w:cs="Times New Roman"/>
          <w:b/>
          <w:color w:val="0000FF"/>
        </w:rPr>
        <w:t xml:space="preserve">B. </w:t>
      </w:r>
      <w:r w:rsidRPr="00AF2998">
        <w:rPr>
          <w:rFonts w:cs="Times New Roman"/>
        </w:rPr>
        <w:t>720.</w:t>
      </w:r>
      <w:r w:rsidRPr="00AF2998">
        <w:rPr>
          <w:rFonts w:cs="Times New Roman"/>
        </w:rPr>
        <w:tab/>
      </w:r>
      <w:r w:rsidRPr="00AF2998">
        <w:rPr>
          <w:rFonts w:cs="Times New Roman"/>
          <w:b/>
          <w:color w:val="0000FF"/>
        </w:rPr>
        <w:t xml:space="preserve">C. </w:t>
      </w:r>
      <w:r w:rsidRPr="00AF2998">
        <w:rPr>
          <w:rFonts w:cs="Times New Roman"/>
        </w:rPr>
        <w:t>300.</w:t>
      </w:r>
      <w:r w:rsidRPr="00AF2998">
        <w:rPr>
          <w:rFonts w:cs="Times New Roman"/>
        </w:rPr>
        <w:tab/>
      </w:r>
      <w:r w:rsidRPr="00AF2998">
        <w:rPr>
          <w:rFonts w:cs="Times New Roman"/>
          <w:b/>
          <w:color w:val="0000FF"/>
        </w:rPr>
        <w:t xml:space="preserve">D. </w:t>
      </w:r>
      <w:r w:rsidRPr="00AF2998">
        <w:rPr>
          <w:rFonts w:cs="Times New Roman"/>
        </w:rPr>
        <w:t>731.</w:t>
      </w:r>
    </w:p>
    <w:p w14:paraId="09FCE3B7"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Một nhóm 6 bạn học sinh mua vé vào rạp chiếu phim. Các bạn mua 6 vé gồm 3 vé mang số ghế chẵn, 3 vé mang số ghế lẻ và không có hai vé nào cùng số. Trong 6 bạn thì hai bạn muốn ngồi bên ghế chẵn, hai bạn muốn ngồi bên ghế lẻ, hai bạn còn lại không có yêu cầu gì. Hỏi có bao nhiêu cách xếp chỗ để thỏa mãn các yêu cầu của tất cả các bạn đó?</w:t>
      </w:r>
    </w:p>
    <w:p w14:paraId="45B88799"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72.</w:t>
      </w:r>
      <w:r w:rsidRPr="00AF2998">
        <w:rPr>
          <w:rFonts w:cs="Times New Roman"/>
        </w:rPr>
        <w:tab/>
      </w:r>
      <w:r w:rsidRPr="00AF2998">
        <w:rPr>
          <w:rFonts w:cs="Times New Roman"/>
          <w:b/>
          <w:color w:val="0000FF"/>
        </w:rPr>
        <w:t xml:space="preserve">B. </w:t>
      </w:r>
      <w:r w:rsidRPr="00AF2998">
        <w:rPr>
          <w:rFonts w:cs="Times New Roman"/>
        </w:rPr>
        <w:t>36.</w:t>
      </w:r>
      <w:r w:rsidRPr="00AF2998">
        <w:rPr>
          <w:rFonts w:cs="Times New Roman"/>
        </w:rPr>
        <w:tab/>
      </w:r>
      <w:r w:rsidRPr="00AF2998">
        <w:rPr>
          <w:rFonts w:cs="Times New Roman"/>
          <w:b/>
          <w:color w:val="0000FF"/>
        </w:rPr>
        <w:t xml:space="preserve">C. </w:t>
      </w:r>
      <w:r w:rsidRPr="00AF2998">
        <w:rPr>
          <w:rFonts w:cs="Times New Roman"/>
        </w:rPr>
        <w:t>18.</w:t>
      </w:r>
      <w:r w:rsidRPr="00AF2998">
        <w:rPr>
          <w:rFonts w:cs="Times New Roman"/>
        </w:rPr>
        <w:tab/>
      </w:r>
      <w:r w:rsidRPr="00AF2998">
        <w:rPr>
          <w:rFonts w:cs="Times New Roman"/>
          <w:b/>
          <w:color w:val="0000FF"/>
        </w:rPr>
        <w:t xml:space="preserve">D. </w:t>
      </w:r>
      <w:r w:rsidRPr="00AF2998">
        <w:rPr>
          <w:rFonts w:cs="Times New Roman"/>
        </w:rPr>
        <w:t>180.</w:t>
      </w:r>
    </w:p>
    <w:p w14:paraId="5336C130"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hàm số </w:t>
      </w:r>
      <w:r w:rsidRPr="00AF2998">
        <w:rPr>
          <w:position w:val="-12"/>
        </w:rPr>
        <w:object w:dxaOrig="4080" w:dyaOrig="400" w14:anchorId="53916B65">
          <v:shape id="_x0000_i2886" type="#_x0000_t75" style="width:204pt;height:19.8pt" o:ole="">
            <v:imagedata r:id="rId3632" o:title=""/>
          </v:shape>
          <o:OLEObject Type="Embed" ProgID="Equation.DSMT4" ShapeID="_x0000_i2886" DrawAspect="Content" ObjectID="_1699919622" r:id="rId3633"/>
        </w:object>
      </w:r>
      <w:r w:rsidRPr="00AF2998">
        <w:rPr>
          <w:rFonts w:cs="Times New Roman"/>
        </w:rPr>
        <w:t xml:space="preserve">. Với giá trị nào của </w:t>
      </w:r>
      <w:r w:rsidRPr="00AF2998">
        <w:rPr>
          <w:position w:val="-4"/>
        </w:rPr>
        <w:object w:dxaOrig="260" w:dyaOrig="200" w14:anchorId="0CD1DAC9">
          <v:shape id="_x0000_i2887" type="#_x0000_t75" style="width:13.2pt;height:10.2pt" o:ole="">
            <v:imagedata r:id="rId3634" o:title=""/>
          </v:shape>
          <o:OLEObject Type="Embed" ProgID="Equation.DSMT4" ShapeID="_x0000_i2887" DrawAspect="Content" ObjectID="_1699919623" r:id="rId3635"/>
        </w:object>
      </w:r>
      <w:r w:rsidRPr="00AF2998">
        <w:rPr>
          <w:rFonts w:cs="Times New Roman"/>
        </w:rPr>
        <w:t xml:space="preserve"> thì hàm số xác định với mọi giá trị của </w:t>
      </w:r>
      <w:r w:rsidRPr="00AF2998">
        <w:rPr>
          <w:position w:val="-6"/>
        </w:rPr>
        <w:object w:dxaOrig="200" w:dyaOrig="220" w14:anchorId="69C3035E">
          <v:shape id="_x0000_i2888" type="#_x0000_t75" style="width:10.2pt;height:10.8pt" o:ole="">
            <v:imagedata r:id="rId3636" o:title=""/>
          </v:shape>
          <o:OLEObject Type="Embed" ProgID="Equation.DSMT4" ShapeID="_x0000_i2888" DrawAspect="Content" ObjectID="_1699919624" r:id="rId3637"/>
        </w:object>
      </w:r>
      <w:r w:rsidRPr="00AF2998">
        <w:rPr>
          <w:rFonts w:cs="Times New Roman"/>
        </w:rPr>
        <w:t>.</w:t>
      </w:r>
    </w:p>
    <w:p w14:paraId="769E28A6"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6"/>
        </w:rPr>
        <w:object w:dxaOrig="600" w:dyaOrig="279" w14:anchorId="79652FBF">
          <v:shape id="_x0000_i2889" type="#_x0000_t75" style="width:30pt;height:13.8pt" o:ole="">
            <v:imagedata r:id="rId3638" o:title=""/>
          </v:shape>
          <o:OLEObject Type="Embed" ProgID="Equation.DSMT4" ShapeID="_x0000_i2889" DrawAspect="Content" ObjectID="_1699919625" r:id="rId3639"/>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6"/>
        </w:rPr>
        <w:object w:dxaOrig="600" w:dyaOrig="279" w14:anchorId="39E5A33B">
          <v:shape id="_x0000_i2890" type="#_x0000_t75" style="width:30pt;height:13.8pt" o:ole="">
            <v:imagedata r:id="rId3640" o:title=""/>
          </v:shape>
          <o:OLEObject Type="Embed" ProgID="Equation.DSMT4" ShapeID="_x0000_i2890" DrawAspect="Content" ObjectID="_1699919626" r:id="rId3641"/>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24"/>
        </w:rPr>
        <w:object w:dxaOrig="720" w:dyaOrig="620" w14:anchorId="39B3D731">
          <v:shape id="_x0000_i2891" type="#_x0000_t75" style="width:36pt;height:31.2pt" o:ole="">
            <v:imagedata r:id="rId3642" o:title=""/>
          </v:shape>
          <o:OLEObject Type="Embed" ProgID="Equation.DSMT4" ShapeID="_x0000_i2891" DrawAspect="Content" ObjectID="_1699919627" r:id="rId3643"/>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24"/>
        </w:rPr>
        <w:object w:dxaOrig="720" w:dyaOrig="620" w14:anchorId="43533497">
          <v:shape id="_x0000_i2892" type="#_x0000_t75" style="width:36pt;height:31.2pt" o:ole="">
            <v:imagedata r:id="rId3644" o:title=""/>
          </v:shape>
          <o:OLEObject Type="Embed" ProgID="Equation.DSMT4" ShapeID="_x0000_i2892" DrawAspect="Content" ObjectID="_1699919628" r:id="rId3645"/>
        </w:object>
      </w:r>
      <w:r w:rsidRPr="00AF2998">
        <w:rPr>
          <w:rFonts w:cs="Times New Roman"/>
        </w:rPr>
        <w:t>.</w:t>
      </w:r>
    </w:p>
    <w:p w14:paraId="2C8A5CD2"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Trong các hình sau đây: Hình tròn, hình thang cân, tam giác đều, hình vuông và elip. Có bao nhiêu hình vừa có tâm đối xứng, vừa có trục đối xứng</w:t>
      </w:r>
    </w:p>
    <w:p w14:paraId="5317A926"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2.</w:t>
      </w:r>
      <w:r w:rsidRPr="00AF2998">
        <w:rPr>
          <w:rFonts w:cs="Times New Roman"/>
        </w:rPr>
        <w:tab/>
      </w:r>
      <w:r w:rsidRPr="00AF2998">
        <w:rPr>
          <w:rFonts w:cs="Times New Roman"/>
          <w:b/>
          <w:color w:val="0000FF"/>
        </w:rPr>
        <w:t xml:space="preserve">B. </w:t>
      </w:r>
      <w:r w:rsidRPr="00AF2998">
        <w:rPr>
          <w:rFonts w:cs="Times New Roman"/>
          <w:position w:val="-6"/>
        </w:rPr>
        <w:object w:dxaOrig="180" w:dyaOrig="279" w14:anchorId="6A154AC3">
          <v:shape id="_x0000_i2893" type="#_x0000_t75" style="width:9pt;height:13.8pt" o:ole="">
            <v:imagedata r:id="rId3646" o:title=""/>
          </v:shape>
          <o:OLEObject Type="Embed" ProgID="Equation.DSMT4" ShapeID="_x0000_i2893" DrawAspect="Content" ObjectID="_1699919629" r:id="rId3647"/>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rPr>
        <w:t>4.</w:t>
      </w:r>
      <w:r w:rsidRPr="00AF2998">
        <w:rPr>
          <w:rFonts w:cs="Times New Roman"/>
        </w:rPr>
        <w:tab/>
      </w:r>
      <w:r w:rsidRPr="00AF2998">
        <w:rPr>
          <w:rFonts w:cs="Times New Roman"/>
          <w:b/>
          <w:color w:val="0000FF"/>
        </w:rPr>
        <w:t xml:space="preserve">D. </w:t>
      </w:r>
      <w:r w:rsidRPr="00AF2998">
        <w:rPr>
          <w:rFonts w:cs="Times New Roman"/>
        </w:rPr>
        <w:t>5.</w:t>
      </w:r>
    </w:p>
    <w:p w14:paraId="4DC0EDDF"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Trong mặt </w:t>
      </w:r>
      <w:r w:rsidRPr="00AF2998">
        <w:rPr>
          <w:position w:val="-10"/>
        </w:rPr>
        <w:object w:dxaOrig="460" w:dyaOrig="320" w14:anchorId="4DE206BC">
          <v:shape id="_x0000_i2894" type="#_x0000_t75" style="width:22.8pt;height:16.2pt" o:ole="">
            <v:imagedata r:id="rId3648" o:title=""/>
          </v:shape>
          <o:OLEObject Type="Embed" ProgID="Equation.DSMT4" ShapeID="_x0000_i2894" DrawAspect="Content" ObjectID="_1699919630" r:id="rId3649"/>
        </w:object>
      </w:r>
      <w:r w:rsidRPr="00AF2998">
        <w:rPr>
          <w:rFonts w:cs="Times New Roman"/>
        </w:rPr>
        <w:t xml:space="preserve"> cho đường thẳng </w:t>
      </w:r>
      <w:r w:rsidRPr="00AF2998">
        <w:rPr>
          <w:position w:val="-10"/>
        </w:rPr>
        <w:object w:dxaOrig="1140" w:dyaOrig="320" w14:anchorId="732949B6">
          <v:shape id="_x0000_i2895" type="#_x0000_t75" style="width:57pt;height:16.2pt" o:ole="">
            <v:imagedata r:id="rId3650" o:title=""/>
          </v:shape>
          <o:OLEObject Type="Embed" ProgID="Equation.DSMT4" ShapeID="_x0000_i2895" DrawAspect="Content" ObjectID="_1699919631" r:id="rId3651"/>
        </w:object>
      </w:r>
      <w:r w:rsidRPr="00AF2998">
        <w:rPr>
          <w:rFonts w:cs="Times New Roman"/>
        </w:rPr>
        <w:t xml:space="preserve"> và parabol </w:t>
      </w:r>
      <w:r w:rsidRPr="00AF2998">
        <w:rPr>
          <w:position w:val="-10"/>
        </w:rPr>
        <w:object w:dxaOrig="1760" w:dyaOrig="360" w14:anchorId="11FDCF25">
          <v:shape id="_x0000_i2896" type="#_x0000_t75" style="width:88.2pt;height:18pt" o:ole="">
            <v:imagedata r:id="rId3652" o:title=""/>
          </v:shape>
          <o:OLEObject Type="Embed" ProgID="Equation.DSMT4" ShapeID="_x0000_i2896" DrawAspect="Content" ObjectID="_1699919632" r:id="rId3653"/>
        </w:object>
      </w:r>
      <w:r w:rsidRPr="00AF2998">
        <w:rPr>
          <w:rFonts w:cs="Times New Roman"/>
        </w:rPr>
        <w:t xml:space="preserve">. Tìm hai điểm </w:t>
      </w:r>
      <w:r w:rsidRPr="00AF2998">
        <w:rPr>
          <w:position w:val="-4"/>
        </w:rPr>
        <w:object w:dxaOrig="320" w:dyaOrig="260" w14:anchorId="51007404">
          <v:shape id="_x0000_i2897" type="#_x0000_t75" style="width:16.2pt;height:13.2pt" o:ole="">
            <v:imagedata r:id="rId3654" o:title=""/>
          </v:shape>
          <o:OLEObject Type="Embed" ProgID="Equation.DSMT4" ShapeID="_x0000_i2897" DrawAspect="Content" ObjectID="_1699919633" r:id="rId3655"/>
        </w:object>
      </w:r>
      <w:r w:rsidRPr="00AF2998">
        <w:rPr>
          <w:rFonts w:cs="Times New Roman"/>
        </w:rPr>
        <w:t xml:space="preserve"> và </w:t>
      </w:r>
      <w:r w:rsidRPr="00AF2998">
        <w:rPr>
          <w:position w:val="-6"/>
        </w:rPr>
        <w:object w:dxaOrig="279" w:dyaOrig="279" w14:anchorId="196F926D">
          <v:shape id="_x0000_i2898" type="#_x0000_t75" style="width:13.8pt;height:13.8pt" o:ole="">
            <v:imagedata r:id="rId3656" o:title=""/>
          </v:shape>
          <o:OLEObject Type="Embed" ProgID="Equation.DSMT4" ShapeID="_x0000_i2898" DrawAspect="Content" ObjectID="_1699919634" r:id="rId3657"/>
        </w:object>
      </w:r>
      <w:r w:rsidRPr="00AF2998">
        <w:rPr>
          <w:rFonts w:cs="Times New Roman"/>
        </w:rPr>
        <w:t xml:space="preserve"> lần lượt nằm trên </w:t>
      </w:r>
      <w:r w:rsidRPr="00AF2998">
        <w:rPr>
          <w:position w:val="-6"/>
        </w:rPr>
        <w:object w:dxaOrig="220" w:dyaOrig="279" w14:anchorId="68511252">
          <v:shape id="_x0000_i2899" type="#_x0000_t75" style="width:10.8pt;height:13.8pt" o:ole="">
            <v:imagedata r:id="rId3658" o:title=""/>
          </v:shape>
          <o:OLEObject Type="Embed" ProgID="Equation.DSMT4" ShapeID="_x0000_i2899" DrawAspect="Content" ObjectID="_1699919635" r:id="rId3659"/>
        </w:object>
      </w:r>
      <w:r w:rsidRPr="00AF2998">
        <w:rPr>
          <w:rFonts w:cs="Times New Roman"/>
        </w:rPr>
        <w:t xml:space="preserve"> và </w:t>
      </w:r>
      <w:r w:rsidRPr="00AF2998">
        <w:rPr>
          <w:position w:val="-10"/>
        </w:rPr>
        <w:object w:dxaOrig="400" w:dyaOrig="320" w14:anchorId="0938D2DF">
          <v:shape id="_x0000_i2900" type="#_x0000_t75" style="width:19.8pt;height:16.2pt" o:ole="">
            <v:imagedata r:id="rId3660" o:title=""/>
          </v:shape>
          <o:OLEObject Type="Embed" ProgID="Equation.DSMT4" ShapeID="_x0000_i2900" DrawAspect="Content" ObjectID="_1699919636" r:id="rId3661"/>
        </w:object>
      </w:r>
      <w:r w:rsidRPr="00AF2998">
        <w:rPr>
          <w:rFonts w:cs="Times New Roman"/>
        </w:rPr>
        <w:t xml:space="preserve"> sao cho </w:t>
      </w:r>
      <w:r w:rsidRPr="00AF2998">
        <w:rPr>
          <w:position w:val="-10"/>
        </w:rPr>
        <w:object w:dxaOrig="600" w:dyaOrig="320" w14:anchorId="63FE6AE2">
          <v:shape id="_x0000_i2901" type="#_x0000_t75" style="width:30pt;height:16.2pt" o:ole="">
            <v:imagedata r:id="rId3662" o:title=""/>
          </v:shape>
          <o:OLEObject Type="Embed" ProgID="Equation.DSMT4" ShapeID="_x0000_i2901" DrawAspect="Content" ObjectID="_1699919637" r:id="rId3663"/>
        </w:object>
      </w:r>
      <w:r w:rsidRPr="00AF2998">
        <w:rPr>
          <w:rFonts w:cs="Times New Roman"/>
        </w:rPr>
        <w:t xml:space="preserve"> đối xứng qua gốc tọa độ </w:t>
      </w:r>
      <w:r w:rsidRPr="00AF2998">
        <w:rPr>
          <w:position w:val="-6"/>
        </w:rPr>
        <w:object w:dxaOrig="240" w:dyaOrig="279" w14:anchorId="325750F2">
          <v:shape id="_x0000_i2902" type="#_x0000_t75" style="width:12pt;height:13.8pt" o:ole="">
            <v:imagedata r:id="rId3664" o:title=""/>
          </v:shape>
          <o:OLEObject Type="Embed" ProgID="Equation.DSMT4" ShapeID="_x0000_i2902" DrawAspect="Content" ObjectID="_1699919638" r:id="rId3665"/>
        </w:object>
      </w:r>
      <w:r w:rsidRPr="00AF2998">
        <w:rPr>
          <w:rFonts w:cs="Times New Roman"/>
        </w:rPr>
        <w:t>.</w:t>
      </w:r>
    </w:p>
    <w:p w14:paraId="7D726065"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10"/>
        </w:rPr>
        <w:object w:dxaOrig="1840" w:dyaOrig="320" w14:anchorId="5AC91C85">
          <v:shape id="_x0000_i2903" type="#_x0000_t75" style="width:91.8pt;height:16.2pt" o:ole="">
            <v:imagedata r:id="rId3666" o:title=""/>
          </v:shape>
          <o:OLEObject Type="Embed" ProgID="Equation.DSMT4" ShapeID="_x0000_i2903" DrawAspect="Content" ObjectID="_1699919639" r:id="rId3667"/>
        </w:object>
      </w:r>
      <w:r w:rsidRPr="00AF2998">
        <w:rPr>
          <w:rFonts w:cs="Times New Roman"/>
        </w:rPr>
        <w:t>.</w:t>
      </w:r>
      <w:r w:rsidRPr="00AF2998">
        <w:rPr>
          <w:rFonts w:cs="Times New Roman"/>
        </w:rPr>
        <w:tab/>
      </w:r>
      <w:r>
        <w:rPr>
          <w:rFonts w:cs="Times New Roman"/>
        </w:rPr>
        <w:tab/>
      </w:r>
      <w:r w:rsidRPr="00AF2998">
        <w:rPr>
          <w:rFonts w:cs="Times New Roman"/>
          <w:b/>
          <w:color w:val="0000FF"/>
        </w:rPr>
        <w:t xml:space="preserve">B. </w:t>
      </w:r>
      <w:r w:rsidRPr="00AF2998">
        <w:rPr>
          <w:rFonts w:cs="Times New Roman"/>
          <w:position w:val="-10"/>
        </w:rPr>
        <w:object w:dxaOrig="1660" w:dyaOrig="320" w14:anchorId="7057F487">
          <v:shape id="_x0000_i2904" type="#_x0000_t75" style="width:82.8pt;height:16.2pt" o:ole="">
            <v:imagedata r:id="rId3668" o:title=""/>
          </v:shape>
          <o:OLEObject Type="Embed" ProgID="Equation.DSMT4" ShapeID="_x0000_i2904" DrawAspect="Content" ObjectID="_1699919640" r:id="rId3669"/>
        </w:object>
      </w:r>
      <w:r w:rsidRPr="00AF2998">
        <w:rPr>
          <w:rFonts w:cs="Times New Roman"/>
        </w:rPr>
        <w:t>.</w:t>
      </w:r>
    </w:p>
    <w:p w14:paraId="27E90179"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C. </w:t>
      </w:r>
      <w:r w:rsidRPr="00AF2998">
        <w:rPr>
          <w:rFonts w:cs="Times New Roman"/>
          <w:position w:val="-10"/>
        </w:rPr>
        <w:object w:dxaOrig="1660" w:dyaOrig="320" w14:anchorId="794CD38E">
          <v:shape id="_x0000_i2905" type="#_x0000_t75" style="width:82.8pt;height:16.2pt" o:ole="">
            <v:imagedata r:id="rId3670" o:title=""/>
          </v:shape>
          <o:OLEObject Type="Embed" ProgID="Equation.DSMT4" ShapeID="_x0000_i2905" DrawAspect="Content" ObjectID="_1699919641" r:id="rId3671"/>
        </w:object>
      </w:r>
      <w:r w:rsidRPr="00AF2998">
        <w:rPr>
          <w:rFonts w:cs="Times New Roman"/>
        </w:rPr>
        <w:t xml:space="preserve"> và </w:t>
      </w:r>
      <w:r w:rsidRPr="00AF2998">
        <w:rPr>
          <w:rFonts w:cs="Times New Roman"/>
          <w:position w:val="-10"/>
        </w:rPr>
        <w:object w:dxaOrig="1840" w:dyaOrig="320" w14:anchorId="135CD9D0">
          <v:shape id="_x0000_i2906" type="#_x0000_t75" style="width:91.8pt;height:16.2pt" o:ole="">
            <v:imagedata r:id="rId3672" o:title=""/>
          </v:shape>
          <o:OLEObject Type="Embed" ProgID="Equation.DSMT4" ShapeID="_x0000_i2906" DrawAspect="Content" ObjectID="_1699919642" r:id="rId3673"/>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10"/>
        </w:rPr>
        <w:object w:dxaOrig="1860" w:dyaOrig="320" w14:anchorId="6C1CB157">
          <v:shape id="_x0000_i2907" type="#_x0000_t75" style="width:93pt;height:16.2pt" o:ole="">
            <v:imagedata r:id="rId3674" o:title=""/>
          </v:shape>
          <o:OLEObject Type="Embed" ProgID="Equation.DSMT4" ShapeID="_x0000_i2907" DrawAspect="Content" ObjectID="_1699919643" r:id="rId3675"/>
        </w:object>
      </w:r>
      <w:r w:rsidRPr="00AF2998">
        <w:rPr>
          <w:rFonts w:cs="Times New Roman"/>
        </w:rPr>
        <w:t xml:space="preserve"> và </w:t>
      </w:r>
      <w:r w:rsidRPr="00AF2998">
        <w:rPr>
          <w:rFonts w:cs="Times New Roman"/>
          <w:position w:val="-10"/>
        </w:rPr>
        <w:object w:dxaOrig="1840" w:dyaOrig="320" w14:anchorId="23CC39F6">
          <v:shape id="_x0000_i2908" type="#_x0000_t75" style="width:91.8pt;height:16.2pt" o:ole="">
            <v:imagedata r:id="rId3676" o:title=""/>
          </v:shape>
          <o:OLEObject Type="Embed" ProgID="Equation.DSMT4" ShapeID="_x0000_i2908" DrawAspect="Content" ObjectID="_1699919644" r:id="rId3677"/>
        </w:object>
      </w:r>
      <w:r w:rsidRPr="00AF2998">
        <w:rPr>
          <w:rFonts w:cs="Times New Roman"/>
        </w:rPr>
        <w:t>.</w:t>
      </w:r>
    </w:p>
    <w:p w14:paraId="30EA3F52"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dãy số </w:t>
      </w:r>
      <w:r w:rsidRPr="00AF2998">
        <w:rPr>
          <w:position w:val="-14"/>
        </w:rPr>
        <w:object w:dxaOrig="480" w:dyaOrig="400" w14:anchorId="6CD866CF">
          <v:shape id="_x0000_i2909" type="#_x0000_t75" style="width:24pt;height:19.8pt" o:ole="">
            <v:imagedata r:id="rId3678" o:title=""/>
          </v:shape>
          <o:OLEObject Type="Embed" ProgID="Equation.DSMT4" ShapeID="_x0000_i2909" DrawAspect="Content" ObjectID="_1699919645" r:id="rId3679"/>
        </w:object>
      </w:r>
      <w:r w:rsidRPr="00AF2998">
        <w:rPr>
          <w:rFonts w:cs="Times New Roman"/>
        </w:rPr>
        <w:t xml:space="preserve"> thỏa mãn </w:t>
      </w:r>
      <w:r w:rsidRPr="00AF2998">
        <w:rPr>
          <w:position w:val="-10"/>
        </w:rPr>
        <w:object w:dxaOrig="2280" w:dyaOrig="320" w14:anchorId="44ED083D">
          <v:shape id="_x0000_i2910" type="#_x0000_t75" style="width:114pt;height:16.2pt" o:ole="">
            <v:imagedata r:id="rId3680" o:title=""/>
          </v:shape>
          <o:OLEObject Type="Embed" ProgID="Equation.DSMT4" ShapeID="_x0000_i2910" DrawAspect="Content" ObjectID="_1699919646" r:id="rId3681"/>
        </w:object>
      </w:r>
      <w:r w:rsidRPr="00AF2998">
        <w:rPr>
          <w:rFonts w:cs="Times New Roman"/>
        </w:rPr>
        <w:t xml:space="preserve">. Biết số hạng tổng quát được biểu diễn dưới dạng </w:t>
      </w:r>
      <w:r w:rsidRPr="00AF2998">
        <w:rPr>
          <w:position w:val="-12"/>
        </w:rPr>
        <w:object w:dxaOrig="1640" w:dyaOrig="380" w14:anchorId="5461DB82">
          <v:shape id="_x0000_i2911" type="#_x0000_t75" style="width:82.2pt;height:19.2pt" o:ole="">
            <v:imagedata r:id="rId3682" o:title=""/>
          </v:shape>
          <o:OLEObject Type="Embed" ProgID="Equation.DSMT4" ShapeID="_x0000_i2911" DrawAspect="Content" ObjectID="_1699919647" r:id="rId3683"/>
        </w:object>
      </w:r>
      <w:r w:rsidRPr="00AF2998">
        <w:rPr>
          <w:rFonts w:cs="Times New Roman"/>
        </w:rPr>
        <w:t xml:space="preserve">. Tính </w:t>
      </w:r>
      <w:r w:rsidRPr="00AF2998">
        <w:rPr>
          <w:position w:val="-6"/>
        </w:rPr>
        <w:object w:dxaOrig="859" w:dyaOrig="279" w14:anchorId="492EF1C7">
          <v:shape id="_x0000_i2912" type="#_x0000_t75" style="width:43.2pt;height:13.8pt" o:ole="">
            <v:imagedata r:id="rId3684" o:title=""/>
          </v:shape>
          <o:OLEObject Type="Embed" ProgID="Equation.DSMT4" ShapeID="_x0000_i2912" DrawAspect="Content" ObjectID="_1699919648" r:id="rId3685"/>
        </w:object>
      </w:r>
    </w:p>
    <w:p w14:paraId="258C07C1"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rPr>
        <w:t>2</w:t>
      </w:r>
      <w:r w:rsidRPr="00AF2998">
        <w:rPr>
          <w:rFonts w:cs="Times New Roman"/>
        </w:rPr>
        <w:tab/>
      </w:r>
      <w:r w:rsidRPr="00AF2998">
        <w:rPr>
          <w:rFonts w:cs="Times New Roman"/>
          <w:b/>
          <w:color w:val="0000FF"/>
        </w:rPr>
        <w:t xml:space="preserve">B. </w:t>
      </w:r>
      <w:r w:rsidRPr="00AF2998">
        <w:rPr>
          <w:rFonts w:cs="Times New Roman"/>
        </w:rPr>
        <w:t>1</w:t>
      </w:r>
      <w:r w:rsidRPr="00AF2998">
        <w:rPr>
          <w:rFonts w:cs="Times New Roman"/>
        </w:rPr>
        <w:tab/>
      </w:r>
      <w:r w:rsidRPr="00AF2998">
        <w:rPr>
          <w:rFonts w:cs="Times New Roman"/>
          <w:b/>
          <w:color w:val="0000FF"/>
        </w:rPr>
        <w:t xml:space="preserve">C. </w:t>
      </w:r>
      <w:r w:rsidRPr="00AF2998">
        <w:rPr>
          <w:rFonts w:cs="Times New Roman"/>
          <w:position w:val="-4"/>
        </w:rPr>
        <w:object w:dxaOrig="320" w:dyaOrig="260" w14:anchorId="28FE3A2F">
          <v:shape id="_x0000_i2913" type="#_x0000_t75" style="width:16.2pt;height:13.2pt" o:ole="">
            <v:imagedata r:id="rId3686" o:title=""/>
          </v:shape>
          <o:OLEObject Type="Embed" ProgID="Equation.DSMT4" ShapeID="_x0000_i2913" DrawAspect="Content" ObjectID="_1699919649" r:id="rId3687"/>
        </w:object>
      </w:r>
      <w:r w:rsidRPr="00AF2998">
        <w:rPr>
          <w:rFonts w:cs="Times New Roman"/>
        </w:rPr>
        <w:tab/>
      </w:r>
      <w:r w:rsidRPr="00AF2998">
        <w:rPr>
          <w:rFonts w:cs="Times New Roman"/>
          <w:b/>
          <w:color w:val="0000FF"/>
        </w:rPr>
        <w:t xml:space="preserve">D. </w:t>
      </w:r>
      <w:r w:rsidRPr="00AF2998">
        <w:rPr>
          <w:rFonts w:cs="Times New Roman"/>
        </w:rPr>
        <w:t>0</w:t>
      </w:r>
    </w:p>
    <w:p w14:paraId="08123E39"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Ảnh của đường thẳng </w:t>
      </w:r>
      <w:r w:rsidRPr="00AF2998">
        <w:rPr>
          <w:position w:val="-10"/>
        </w:rPr>
        <w:object w:dxaOrig="1600" w:dyaOrig="320" w14:anchorId="3C0ADD37">
          <v:shape id="_x0000_i2914" type="#_x0000_t75" style="width:79.8pt;height:16.2pt" o:ole="">
            <v:imagedata r:id="rId3688" o:title=""/>
          </v:shape>
          <o:OLEObject Type="Embed" ProgID="Equation.DSMT4" ShapeID="_x0000_i2914" DrawAspect="Content" ObjectID="_1699919650" r:id="rId3689"/>
        </w:object>
      </w:r>
      <w:r w:rsidRPr="00AF2998">
        <w:rPr>
          <w:rFonts w:cs="Times New Roman"/>
        </w:rPr>
        <w:t xml:space="preserve"> qua phép đối xứng trục </w:t>
      </w:r>
      <w:r w:rsidRPr="00AF2998">
        <w:rPr>
          <w:position w:val="-6"/>
        </w:rPr>
        <w:object w:dxaOrig="360" w:dyaOrig="279" w14:anchorId="07D54D0B">
          <v:shape id="_x0000_i2915" type="#_x0000_t75" style="width:18pt;height:13.8pt" o:ole="">
            <v:imagedata r:id="rId3690" o:title=""/>
          </v:shape>
          <o:OLEObject Type="Embed" ProgID="Equation.DSMT4" ShapeID="_x0000_i2915" DrawAspect="Content" ObjectID="_1699919651" r:id="rId3691"/>
        </w:object>
      </w:r>
      <w:r w:rsidRPr="00AF2998">
        <w:rPr>
          <w:rFonts w:cs="Times New Roman"/>
        </w:rPr>
        <w:t xml:space="preserve"> và phép vị tự tâm </w:t>
      </w:r>
      <w:r w:rsidRPr="00AF2998">
        <w:rPr>
          <w:position w:val="-6"/>
        </w:rPr>
        <w:object w:dxaOrig="240" w:dyaOrig="279" w14:anchorId="1CF94C1B">
          <v:shape id="_x0000_i2916" type="#_x0000_t75" style="width:12pt;height:13.8pt" o:ole="">
            <v:imagedata r:id="rId3692" o:title=""/>
          </v:shape>
          <o:OLEObject Type="Embed" ProgID="Equation.DSMT4" ShapeID="_x0000_i2916" DrawAspect="Content" ObjectID="_1699919652" r:id="rId3693"/>
        </w:object>
      </w:r>
      <w:r w:rsidRPr="00AF2998">
        <w:rPr>
          <w:rFonts w:cs="Times New Roman"/>
        </w:rPr>
        <w:t xml:space="preserve">, tỉ số </w:t>
      </w:r>
      <w:r w:rsidRPr="00AF2998">
        <w:rPr>
          <w:position w:val="-6"/>
        </w:rPr>
        <w:object w:dxaOrig="700" w:dyaOrig="279" w14:anchorId="22E968A0">
          <v:shape id="_x0000_i2917" type="#_x0000_t75" style="width:34.8pt;height:13.8pt" o:ole="">
            <v:imagedata r:id="rId3694" o:title=""/>
          </v:shape>
          <o:OLEObject Type="Embed" ProgID="Equation.DSMT4" ShapeID="_x0000_i2917" DrawAspect="Content" ObjectID="_1699919653" r:id="rId3695"/>
        </w:object>
      </w:r>
      <w:r w:rsidRPr="00AF2998">
        <w:rPr>
          <w:rFonts w:cs="Times New Roman"/>
        </w:rPr>
        <w:t xml:space="preserve"> là</w:t>
      </w:r>
    </w:p>
    <w:p w14:paraId="3EE9D2A5"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10"/>
        </w:rPr>
        <w:object w:dxaOrig="1320" w:dyaOrig="320" w14:anchorId="6F5F7A2B">
          <v:shape id="_x0000_i2918" type="#_x0000_t75" style="width:66pt;height:16.2pt" o:ole="">
            <v:imagedata r:id="rId3696" o:title=""/>
          </v:shape>
          <o:OLEObject Type="Embed" ProgID="Equation.DSMT4" ShapeID="_x0000_i2918" DrawAspect="Content" ObjectID="_1699919654" r:id="rId3697"/>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10"/>
        </w:rPr>
        <w:object w:dxaOrig="1359" w:dyaOrig="320" w14:anchorId="3CDEBEBB">
          <v:shape id="_x0000_i2919" type="#_x0000_t75" style="width:67.8pt;height:16.2pt" o:ole="">
            <v:imagedata r:id="rId3698" o:title=""/>
          </v:shape>
          <o:OLEObject Type="Embed" ProgID="Equation.DSMT4" ShapeID="_x0000_i2919" DrawAspect="Content" ObjectID="_1699919655" r:id="rId3699"/>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10"/>
        </w:rPr>
        <w:object w:dxaOrig="1040" w:dyaOrig="320" w14:anchorId="4847D031">
          <v:shape id="_x0000_i2920" type="#_x0000_t75" style="width:52.2pt;height:16.2pt" o:ole="">
            <v:imagedata r:id="rId3700" o:title=""/>
          </v:shape>
          <o:OLEObject Type="Embed" ProgID="Equation.DSMT4" ShapeID="_x0000_i2920" DrawAspect="Content" ObjectID="_1699919656" r:id="rId3701"/>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10"/>
        </w:rPr>
        <w:object w:dxaOrig="1359" w:dyaOrig="320" w14:anchorId="060AD3DA">
          <v:shape id="_x0000_i2921" type="#_x0000_t75" style="width:67.8pt;height:16.2pt" o:ole="">
            <v:imagedata r:id="rId3702" o:title=""/>
          </v:shape>
          <o:OLEObject Type="Embed" ProgID="Equation.DSMT4" ShapeID="_x0000_i2921" DrawAspect="Content" ObjectID="_1699919657" r:id="rId3703"/>
        </w:object>
      </w:r>
      <w:r w:rsidRPr="00AF2998">
        <w:rPr>
          <w:rFonts w:cs="Times New Roman"/>
        </w:rPr>
        <w:t>.</w:t>
      </w:r>
    </w:p>
    <w:p w14:paraId="2B42D7CA"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Tập xác định của hàm số </w:t>
      </w:r>
      <w:r w:rsidRPr="00AF2998">
        <w:rPr>
          <w:position w:val="-26"/>
        </w:rPr>
        <w:object w:dxaOrig="1440" w:dyaOrig="700" w14:anchorId="686E02D2">
          <v:shape id="_x0000_i2922" type="#_x0000_t75" style="width:1in;height:34.8pt" o:ole="">
            <v:imagedata r:id="rId3704" o:title=""/>
          </v:shape>
          <o:OLEObject Type="Embed" ProgID="Equation.DSMT4" ShapeID="_x0000_i2922" DrawAspect="Content" ObjectID="_1699919658" r:id="rId3705"/>
        </w:object>
      </w:r>
      <w:r w:rsidRPr="00AF2998">
        <w:rPr>
          <w:rFonts w:cs="Times New Roman"/>
        </w:rPr>
        <w:t xml:space="preserve"> là</w:t>
      </w:r>
    </w:p>
    <w:p w14:paraId="3E5D1DAD"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lastRenderedPageBreak/>
        <w:t xml:space="preserve">A. </w:t>
      </w:r>
      <w:r w:rsidRPr="00AF2998">
        <w:rPr>
          <w:rFonts w:cs="Times New Roman"/>
          <w:position w:val="-28"/>
        </w:rPr>
        <w:object w:dxaOrig="2560" w:dyaOrig="680" w14:anchorId="5F6F2E12">
          <v:shape id="_x0000_i2923" type="#_x0000_t75" style="width:127.8pt;height:34.2pt" o:ole="">
            <v:imagedata r:id="rId3706" o:title=""/>
          </v:shape>
          <o:OLEObject Type="Embed" ProgID="Equation.DSMT4" ShapeID="_x0000_i2923" DrawAspect="Content" ObjectID="_1699919659" r:id="rId3707"/>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10"/>
        </w:rPr>
        <w:object w:dxaOrig="1939" w:dyaOrig="320" w14:anchorId="47474513">
          <v:shape id="_x0000_i2924" type="#_x0000_t75" style="width:97.2pt;height:16.2pt" o:ole="">
            <v:imagedata r:id="rId3708" o:title=""/>
          </v:shape>
          <o:OLEObject Type="Embed" ProgID="Equation.DSMT4" ShapeID="_x0000_i2924" DrawAspect="Content" ObjectID="_1699919660" r:id="rId3709"/>
        </w:object>
      </w:r>
      <w:r w:rsidRPr="00AF2998">
        <w:rPr>
          <w:rFonts w:cs="Times New Roman"/>
        </w:rPr>
        <w:t>.</w:t>
      </w:r>
    </w:p>
    <w:p w14:paraId="15483FA8"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C. </w:t>
      </w:r>
      <w:r w:rsidRPr="00AF2998">
        <w:rPr>
          <w:rFonts w:cs="Times New Roman"/>
          <w:position w:val="-10"/>
        </w:rPr>
        <w:object w:dxaOrig="2060" w:dyaOrig="320" w14:anchorId="1431D042">
          <v:shape id="_x0000_i2925" type="#_x0000_t75" style="width:103.2pt;height:16.2pt" o:ole="">
            <v:imagedata r:id="rId3710" o:title=""/>
          </v:shape>
          <o:OLEObject Type="Embed" ProgID="Equation.DSMT4" ShapeID="_x0000_i2925" DrawAspect="Content" ObjectID="_1699919661" r:id="rId3711"/>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28"/>
        </w:rPr>
        <w:object w:dxaOrig="2420" w:dyaOrig="680" w14:anchorId="560F2C19">
          <v:shape id="_x0000_i2926" type="#_x0000_t75" style="width:121.2pt;height:34.2pt" o:ole="">
            <v:imagedata r:id="rId3712" o:title=""/>
          </v:shape>
          <o:OLEObject Type="Embed" ProgID="Equation.DSMT4" ShapeID="_x0000_i2926" DrawAspect="Content" ObjectID="_1699919662" r:id="rId3713"/>
        </w:object>
      </w:r>
      <w:r w:rsidRPr="00AF2998">
        <w:rPr>
          <w:rFonts w:cs="Times New Roman"/>
        </w:rPr>
        <w:t>.</w:t>
      </w:r>
    </w:p>
    <w:p w14:paraId="0FBEC04A"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Nghiệm của phương trình </w:t>
      </w:r>
      <w:r w:rsidRPr="00AF2998">
        <w:rPr>
          <w:position w:val="-8"/>
        </w:rPr>
        <w:object w:dxaOrig="1840" w:dyaOrig="360" w14:anchorId="1F1B96CC">
          <v:shape id="_x0000_i2927" type="#_x0000_t75" style="width:91.8pt;height:18pt" o:ole="">
            <v:imagedata r:id="rId3714" o:title=""/>
          </v:shape>
          <o:OLEObject Type="Embed" ProgID="Equation.DSMT4" ShapeID="_x0000_i2927" DrawAspect="Content" ObjectID="_1699919663" r:id="rId3715"/>
        </w:object>
      </w:r>
      <w:r w:rsidRPr="00AF2998">
        <w:rPr>
          <w:rFonts w:cs="Times New Roman"/>
        </w:rPr>
        <w:t xml:space="preserve"> là:</w:t>
      </w:r>
    </w:p>
    <w:p w14:paraId="23E38976"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24"/>
        </w:rPr>
        <w:object w:dxaOrig="2020" w:dyaOrig="620" w14:anchorId="0074D02D">
          <v:shape id="_x0000_i2928" type="#_x0000_t75" style="width:100.8pt;height:31.2pt" o:ole="">
            <v:imagedata r:id="rId3716" o:title=""/>
          </v:shape>
          <o:OLEObject Type="Embed" ProgID="Equation.DSMT4" ShapeID="_x0000_i2928" DrawAspect="Content" ObjectID="_1699919664" r:id="rId3717"/>
        </w:object>
      </w:r>
      <w:r w:rsidRPr="00AF2998">
        <w:rPr>
          <w:rFonts w:cs="Times New Roman"/>
        </w:rPr>
        <w:t>.</w:t>
      </w:r>
      <w:r w:rsidRPr="00AF2998">
        <w:rPr>
          <w:rFonts w:cs="Times New Roman"/>
        </w:rPr>
        <w:tab/>
      </w:r>
      <w:r>
        <w:rPr>
          <w:rFonts w:cs="Times New Roman"/>
        </w:rPr>
        <w:tab/>
      </w:r>
      <w:r w:rsidRPr="00AF2998">
        <w:rPr>
          <w:rFonts w:cs="Times New Roman"/>
          <w:b/>
          <w:color w:val="0000FF"/>
        </w:rPr>
        <w:t xml:space="preserve">B. </w:t>
      </w:r>
      <w:r w:rsidRPr="00AF2998">
        <w:rPr>
          <w:rFonts w:cs="Times New Roman"/>
          <w:position w:val="-24"/>
        </w:rPr>
        <w:object w:dxaOrig="2020" w:dyaOrig="620" w14:anchorId="1C630D71">
          <v:shape id="_x0000_i2929" type="#_x0000_t75" style="width:100.8pt;height:31.2pt" o:ole="">
            <v:imagedata r:id="rId3718" o:title=""/>
          </v:shape>
          <o:OLEObject Type="Embed" ProgID="Equation.DSMT4" ShapeID="_x0000_i2929" DrawAspect="Content" ObjectID="_1699919665" r:id="rId3719"/>
        </w:object>
      </w:r>
      <w:r w:rsidRPr="00AF2998">
        <w:rPr>
          <w:rFonts w:cs="Times New Roman"/>
        </w:rPr>
        <w:t>.</w:t>
      </w:r>
    </w:p>
    <w:p w14:paraId="6B1D3EA5"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C. </w:t>
      </w:r>
      <w:r w:rsidRPr="00AF2998">
        <w:rPr>
          <w:rFonts w:cs="Times New Roman"/>
          <w:position w:val="-24"/>
        </w:rPr>
        <w:object w:dxaOrig="3240" w:dyaOrig="620" w14:anchorId="1F075948">
          <v:shape id="_x0000_i2930" type="#_x0000_t75" style="width:162pt;height:31.2pt" o:ole="">
            <v:imagedata r:id="rId3720" o:title=""/>
          </v:shape>
          <o:OLEObject Type="Embed" ProgID="Equation.DSMT4" ShapeID="_x0000_i2930" DrawAspect="Content" ObjectID="_1699919666" r:id="rId3721"/>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24"/>
        </w:rPr>
        <w:object w:dxaOrig="3280" w:dyaOrig="620" w14:anchorId="77F8EB18">
          <v:shape id="_x0000_i2931" type="#_x0000_t75" style="width:163.8pt;height:31.2pt" o:ole="">
            <v:imagedata r:id="rId3722" o:title=""/>
          </v:shape>
          <o:OLEObject Type="Embed" ProgID="Equation.DSMT4" ShapeID="_x0000_i2931" DrawAspect="Content" ObjectID="_1699919667" r:id="rId3723"/>
        </w:object>
      </w:r>
      <w:r w:rsidRPr="00AF2998">
        <w:rPr>
          <w:rFonts w:cs="Times New Roman"/>
        </w:rPr>
        <w:t>.</w:t>
      </w:r>
    </w:p>
    <w:p w14:paraId="5BF9246B"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Một lớp 11 có 5 học sinh nam và 3 học sinh nữ học giỏi Toán. Giáo viên chọn 4 học sinh để dự thi học sinh giỏi Toán cấp trường. Xác xuất để chọn được số học sinh nam và nữ bằng nhau là bao nhiêu?</w:t>
      </w:r>
    </w:p>
    <w:p w14:paraId="7FF70D09"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24"/>
        </w:rPr>
        <w:object w:dxaOrig="340" w:dyaOrig="620" w14:anchorId="235FE84D">
          <v:shape id="_x0000_i2932" type="#_x0000_t75" style="width:16.8pt;height:31.2pt" o:ole="">
            <v:imagedata r:id="rId3724" o:title=""/>
          </v:shape>
          <o:OLEObject Type="Embed" ProgID="Equation.DSMT4" ShapeID="_x0000_i2932" DrawAspect="Content" ObjectID="_1699919668" r:id="rId3725"/>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24"/>
        </w:rPr>
        <w:object w:dxaOrig="240" w:dyaOrig="620" w14:anchorId="315F957C">
          <v:shape id="_x0000_i2933" type="#_x0000_t75" style="width:12pt;height:31.2pt" o:ole="">
            <v:imagedata r:id="rId3726" o:title=""/>
          </v:shape>
          <o:OLEObject Type="Embed" ProgID="Equation.DSMT4" ShapeID="_x0000_i2933" DrawAspect="Content" ObjectID="_1699919669" r:id="rId3727"/>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24"/>
        </w:rPr>
        <w:object w:dxaOrig="340" w:dyaOrig="620" w14:anchorId="3AF682C6">
          <v:shape id="_x0000_i2934" type="#_x0000_t75" style="width:16.8pt;height:31.2pt" o:ole="">
            <v:imagedata r:id="rId3728" o:title=""/>
          </v:shape>
          <o:OLEObject Type="Embed" ProgID="Equation.DSMT4" ShapeID="_x0000_i2934" DrawAspect="Content" ObjectID="_1699919670" r:id="rId3729"/>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24"/>
        </w:rPr>
        <w:object w:dxaOrig="240" w:dyaOrig="620" w14:anchorId="1E03BFC5">
          <v:shape id="_x0000_i2935" type="#_x0000_t75" style="width:12pt;height:31.2pt" o:ole="">
            <v:imagedata r:id="rId3730" o:title=""/>
          </v:shape>
          <o:OLEObject Type="Embed" ProgID="Equation.DSMT4" ShapeID="_x0000_i2935" DrawAspect="Content" ObjectID="_1699919671" r:id="rId3731"/>
        </w:object>
      </w:r>
      <w:r w:rsidRPr="00AF2998">
        <w:rPr>
          <w:rFonts w:cs="Times New Roman"/>
        </w:rPr>
        <w:t>.</w:t>
      </w:r>
    </w:p>
    <w:p w14:paraId="43BC0F40"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biết </w:t>
      </w:r>
      <w:r w:rsidRPr="00AF2998">
        <w:rPr>
          <w:position w:val="-24"/>
        </w:rPr>
        <w:object w:dxaOrig="1540" w:dyaOrig="620" w14:anchorId="10E0BA3E">
          <v:shape id="_x0000_i2936" type="#_x0000_t75" style="width:76.8pt;height:31.2pt" o:ole="">
            <v:imagedata r:id="rId3732" o:title=""/>
          </v:shape>
          <o:OLEObject Type="Embed" ProgID="Equation.DSMT4" ShapeID="_x0000_i2936" DrawAspect="Content" ObjectID="_1699919672" r:id="rId3733"/>
        </w:object>
      </w:r>
      <w:r w:rsidRPr="00AF2998">
        <w:rPr>
          <w:rFonts w:cs="Times New Roman"/>
        </w:rPr>
        <w:t xml:space="preserve"> là họ nghiệm của phương trình nào sau đây?</w:t>
      </w:r>
    </w:p>
    <w:p w14:paraId="20A1E331"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6"/>
        </w:rPr>
        <w:object w:dxaOrig="1340" w:dyaOrig="279" w14:anchorId="18558F8D">
          <v:shape id="_x0000_i2937" type="#_x0000_t75" style="width:67.2pt;height:13.8pt" o:ole="">
            <v:imagedata r:id="rId3734" o:title=""/>
          </v:shape>
          <o:OLEObject Type="Embed" ProgID="Equation.DSMT4" ShapeID="_x0000_i2937" DrawAspect="Content" ObjectID="_1699919673" r:id="rId3735"/>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8"/>
        </w:rPr>
        <w:object w:dxaOrig="1520" w:dyaOrig="360" w14:anchorId="2570E273">
          <v:shape id="_x0000_i2938" type="#_x0000_t75" style="width:76.2pt;height:18pt" o:ole="">
            <v:imagedata r:id="rId3736" o:title=""/>
          </v:shape>
          <o:OLEObject Type="Embed" ProgID="Equation.DSMT4" ShapeID="_x0000_i2938" DrawAspect="Content" ObjectID="_1699919674" r:id="rId3737"/>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6"/>
        </w:rPr>
        <w:object w:dxaOrig="1340" w:dyaOrig="279" w14:anchorId="76AC2187">
          <v:shape id="_x0000_i2939" type="#_x0000_t75" style="width:67.2pt;height:13.8pt" o:ole="">
            <v:imagedata r:id="rId3738" o:title=""/>
          </v:shape>
          <o:OLEObject Type="Embed" ProgID="Equation.DSMT4" ShapeID="_x0000_i2939" DrawAspect="Content" ObjectID="_1699919675" r:id="rId3739"/>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6"/>
        </w:rPr>
        <w:object w:dxaOrig="1300" w:dyaOrig="279" w14:anchorId="448F2A62">
          <v:shape id="_x0000_i2940" type="#_x0000_t75" style="width:64.8pt;height:13.8pt" o:ole="">
            <v:imagedata r:id="rId3740" o:title=""/>
          </v:shape>
          <o:OLEObject Type="Embed" ProgID="Equation.DSMT4" ShapeID="_x0000_i2940" DrawAspect="Content" ObjectID="_1699919676" r:id="rId3741"/>
        </w:object>
      </w:r>
      <w:r w:rsidRPr="00AF2998">
        <w:rPr>
          <w:rFonts w:cs="Times New Roman"/>
        </w:rPr>
        <w:t>.</w:t>
      </w:r>
    </w:p>
    <w:p w14:paraId="7D959993"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hình chóp </w:t>
      </w:r>
      <w:r w:rsidRPr="00AF2998">
        <w:rPr>
          <w:position w:val="-6"/>
        </w:rPr>
        <w:object w:dxaOrig="920" w:dyaOrig="279" w14:anchorId="4359D2A2">
          <v:shape id="_x0000_i2941" type="#_x0000_t75" style="width:46.2pt;height:13.8pt" o:ole="">
            <v:imagedata r:id="rId3742" o:title=""/>
          </v:shape>
          <o:OLEObject Type="Embed" ProgID="Equation.DSMT4" ShapeID="_x0000_i2941" DrawAspect="Content" ObjectID="_1699919677" r:id="rId3743"/>
        </w:object>
      </w:r>
      <w:r w:rsidRPr="00AF2998">
        <w:rPr>
          <w:rFonts w:cs="Times New Roman"/>
        </w:rPr>
        <w:t xml:space="preserve"> có đáy là hình thang </w:t>
      </w:r>
      <w:r w:rsidRPr="00AF2998">
        <w:rPr>
          <w:position w:val="-10"/>
        </w:rPr>
        <w:object w:dxaOrig="1080" w:dyaOrig="320" w14:anchorId="67F2734E">
          <v:shape id="_x0000_i2942" type="#_x0000_t75" style="width:54pt;height:16.2pt" o:ole="">
            <v:imagedata r:id="rId3744" o:title=""/>
          </v:shape>
          <o:OLEObject Type="Embed" ProgID="Equation.DSMT4" ShapeID="_x0000_i2942" DrawAspect="Content" ObjectID="_1699919678" r:id="rId3745"/>
        </w:object>
      </w:r>
      <w:r w:rsidRPr="00AF2998">
        <w:rPr>
          <w:rFonts w:cs="Times New Roman"/>
        </w:rPr>
        <w:t xml:space="preserve">, biết </w:t>
      </w:r>
      <w:r w:rsidRPr="00AF2998">
        <w:rPr>
          <w:position w:val="-6"/>
        </w:rPr>
        <w:object w:dxaOrig="760" w:dyaOrig="279" w14:anchorId="5B3E6B19">
          <v:shape id="_x0000_i2943" type="#_x0000_t75" style="width:37.8pt;height:13.8pt" o:ole="">
            <v:imagedata r:id="rId3746" o:title=""/>
          </v:shape>
          <o:OLEObject Type="Embed" ProgID="Equation.DSMT4" ShapeID="_x0000_i2943" DrawAspect="Content" ObjectID="_1699919679" r:id="rId3747"/>
        </w:object>
      </w:r>
      <w:r w:rsidRPr="00AF2998">
        <w:rPr>
          <w:rFonts w:cs="Times New Roman"/>
        </w:rPr>
        <w:t xml:space="preserve"> và </w:t>
      </w:r>
      <w:r w:rsidRPr="00AF2998">
        <w:rPr>
          <w:position w:val="-6"/>
        </w:rPr>
        <w:object w:dxaOrig="859" w:dyaOrig="279" w14:anchorId="049F9047">
          <v:shape id="_x0000_i2944" type="#_x0000_t75" style="width:43.2pt;height:13.8pt" o:ole="">
            <v:imagedata r:id="rId3748" o:title=""/>
          </v:shape>
          <o:OLEObject Type="Embed" ProgID="Equation.DSMT4" ShapeID="_x0000_i2944" DrawAspect="Content" ObjectID="_1699919680" r:id="rId3749"/>
        </w:object>
      </w:r>
      <w:r w:rsidRPr="00AF2998">
        <w:rPr>
          <w:rFonts w:cs="Times New Roman"/>
        </w:rPr>
        <w:t xml:space="preserve"> Gọi </w:t>
      </w:r>
      <w:r w:rsidRPr="00AF2998">
        <w:rPr>
          <w:position w:val="-10"/>
        </w:rPr>
        <w:object w:dxaOrig="859" w:dyaOrig="320" w14:anchorId="786EA05F">
          <v:shape id="_x0000_i2945" type="#_x0000_t75" style="width:43.2pt;height:16.2pt" o:ole="">
            <v:imagedata r:id="rId3750" o:title=""/>
          </v:shape>
          <o:OLEObject Type="Embed" ProgID="Equation.DSMT4" ShapeID="_x0000_i2945" DrawAspect="Content" ObjectID="_1699919681" r:id="rId3751"/>
        </w:object>
      </w:r>
      <w:r w:rsidRPr="00AF2998">
        <w:rPr>
          <w:rFonts w:cs="Times New Roman"/>
        </w:rPr>
        <w:t xml:space="preserve"> lần lượt là trung điểm của </w:t>
      </w:r>
      <w:r w:rsidRPr="00AF2998">
        <w:rPr>
          <w:position w:val="-10"/>
        </w:rPr>
        <w:object w:dxaOrig="840" w:dyaOrig="320" w14:anchorId="470B5FA3">
          <v:shape id="_x0000_i2946" type="#_x0000_t75" style="width:42pt;height:16.2pt" o:ole="">
            <v:imagedata r:id="rId3752" o:title=""/>
          </v:shape>
          <o:OLEObject Type="Embed" ProgID="Equation.DSMT4" ShapeID="_x0000_i2946" DrawAspect="Content" ObjectID="_1699919682" r:id="rId3753"/>
        </w:object>
      </w:r>
      <w:r w:rsidRPr="00AF2998">
        <w:rPr>
          <w:rFonts w:cs="Times New Roman"/>
        </w:rPr>
        <w:t xml:space="preserve"> và trọng tâm tam giác </w:t>
      </w:r>
      <w:r w:rsidRPr="00AF2998">
        <w:rPr>
          <w:position w:val="-6"/>
        </w:rPr>
        <w:object w:dxaOrig="499" w:dyaOrig="279" w14:anchorId="1A60C543">
          <v:shape id="_x0000_i2947" type="#_x0000_t75" style="width:25.2pt;height:13.8pt" o:ole="">
            <v:imagedata r:id="rId3754" o:title=""/>
          </v:shape>
          <o:OLEObject Type="Embed" ProgID="Equation.DSMT4" ShapeID="_x0000_i2947" DrawAspect="Content" ObjectID="_1699919683" r:id="rId3755"/>
        </w:object>
      </w:r>
      <w:r w:rsidRPr="00AF2998">
        <w:rPr>
          <w:rFonts w:cs="Times New Roman"/>
        </w:rPr>
        <w:t xml:space="preserve">. Tim </w:t>
      </w:r>
      <w:r w:rsidRPr="00AF2998">
        <w:rPr>
          <w:position w:val="-6"/>
        </w:rPr>
        <w:object w:dxaOrig="200" w:dyaOrig="220" w14:anchorId="0D7C550A">
          <v:shape id="_x0000_i2948" type="#_x0000_t75" style="width:10.2pt;height:10.8pt" o:ole="">
            <v:imagedata r:id="rId3756" o:title=""/>
          </v:shape>
          <o:OLEObject Type="Embed" ProgID="Equation.DSMT4" ShapeID="_x0000_i2948" DrawAspect="Content" ObjectID="_1699919684" r:id="rId3757"/>
        </w:object>
      </w:r>
      <w:r w:rsidRPr="00AF2998">
        <w:rPr>
          <w:rFonts w:cs="Times New Roman"/>
        </w:rPr>
        <w:t xml:space="preserve"> để thiết diện tạo bởi </w:t>
      </w:r>
      <w:r w:rsidRPr="00AF2998">
        <w:rPr>
          <w:position w:val="-10"/>
        </w:rPr>
        <w:object w:dxaOrig="800" w:dyaOrig="320" w14:anchorId="75D70EDC">
          <v:shape id="_x0000_i2949" type="#_x0000_t75" style="width:40.2pt;height:16.2pt" o:ole="">
            <v:imagedata r:id="rId3758" o:title=""/>
          </v:shape>
          <o:OLEObject Type="Embed" ProgID="Equation.DSMT4" ShapeID="_x0000_i2949" DrawAspect="Content" ObjectID="_1699919685" r:id="rId3759"/>
        </w:object>
      </w:r>
      <w:r w:rsidRPr="00AF2998">
        <w:rPr>
          <w:rFonts w:cs="Times New Roman"/>
        </w:rPr>
        <w:t xml:space="preserve"> và hình chóp </w:t>
      </w:r>
      <w:r w:rsidRPr="00AF2998">
        <w:rPr>
          <w:position w:val="-6"/>
        </w:rPr>
        <w:object w:dxaOrig="920" w:dyaOrig="279" w14:anchorId="566210E5">
          <v:shape id="_x0000_i2950" type="#_x0000_t75" style="width:46.2pt;height:13.8pt" o:ole="">
            <v:imagedata r:id="rId3760" o:title=""/>
          </v:shape>
          <o:OLEObject Type="Embed" ProgID="Equation.DSMT4" ShapeID="_x0000_i2950" DrawAspect="Content" ObjectID="_1699919686" r:id="rId3761"/>
        </w:object>
      </w:r>
      <w:r w:rsidRPr="00AF2998">
        <w:rPr>
          <w:rFonts w:cs="Times New Roman"/>
        </w:rPr>
        <w:t xml:space="preserve"> là hình bình hành.</w:t>
      </w:r>
    </w:p>
    <w:p w14:paraId="6F31A73E"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24"/>
        </w:rPr>
        <w:object w:dxaOrig="720" w:dyaOrig="620" w14:anchorId="0B2F0E84">
          <v:shape id="_x0000_i2951" type="#_x0000_t75" style="width:36pt;height:31.2pt" o:ole="">
            <v:imagedata r:id="rId3762" o:title=""/>
          </v:shape>
          <o:OLEObject Type="Embed" ProgID="Equation.DSMT4" ShapeID="_x0000_i2951" DrawAspect="Content" ObjectID="_1699919687" r:id="rId3763"/>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24"/>
        </w:rPr>
        <w:object w:dxaOrig="720" w:dyaOrig="620" w14:anchorId="274C91F5">
          <v:shape id="_x0000_i2952" type="#_x0000_t75" style="width:36pt;height:31.2pt" o:ole="">
            <v:imagedata r:id="rId3764" o:title=""/>
          </v:shape>
          <o:OLEObject Type="Embed" ProgID="Equation.DSMT4" ShapeID="_x0000_i2952" DrawAspect="Content" ObjectID="_1699919688" r:id="rId3765"/>
        </w:object>
      </w:r>
      <w:r w:rsidRPr="00AF2998">
        <w:rPr>
          <w:rFonts w:cs="Times New Roman"/>
        </w:rPr>
        <w:t>.</w:t>
      </w:r>
      <w:r w:rsidRPr="00AF2998">
        <w:rPr>
          <w:rFonts w:cs="Times New Roman"/>
        </w:rPr>
        <w:tab/>
      </w:r>
      <w:r w:rsidRPr="00AF2998">
        <w:rPr>
          <w:rFonts w:cs="Times New Roman"/>
          <w:b/>
          <w:color w:val="0000FF"/>
        </w:rPr>
        <w:t xml:space="preserve">C. </w:t>
      </w:r>
      <w:r w:rsidRPr="00AF2998">
        <w:rPr>
          <w:rFonts w:cs="Times New Roman"/>
          <w:position w:val="-6"/>
        </w:rPr>
        <w:object w:dxaOrig="680" w:dyaOrig="279" w14:anchorId="3F8819BA">
          <v:shape id="_x0000_i2953" type="#_x0000_t75" style="width:34.2pt;height:13.8pt" o:ole="">
            <v:imagedata r:id="rId3766" o:title=""/>
          </v:shape>
          <o:OLEObject Type="Embed" ProgID="Equation.DSMT4" ShapeID="_x0000_i2953" DrawAspect="Content" ObjectID="_1699919689" r:id="rId3767"/>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6"/>
        </w:rPr>
        <w:object w:dxaOrig="680" w:dyaOrig="279" w14:anchorId="634FD779">
          <v:shape id="_x0000_i2954" type="#_x0000_t75" style="width:34.2pt;height:13.8pt" o:ole="">
            <v:imagedata r:id="rId3768" o:title=""/>
          </v:shape>
          <o:OLEObject Type="Embed" ProgID="Equation.DSMT4" ShapeID="_x0000_i2954" DrawAspect="Content" ObjectID="_1699919690" r:id="rId3769"/>
        </w:object>
      </w:r>
      <w:r w:rsidRPr="00AF2998">
        <w:rPr>
          <w:rFonts w:cs="Times New Roman"/>
        </w:rPr>
        <w:t>.</w:t>
      </w:r>
    </w:p>
    <w:p w14:paraId="5EE9E5B1"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Nghiệm của phương trình </w:t>
      </w:r>
      <w:r w:rsidRPr="00AF2998">
        <w:rPr>
          <w:position w:val="-6"/>
        </w:rPr>
        <w:object w:dxaOrig="2079" w:dyaOrig="320" w14:anchorId="090A342C">
          <v:shape id="_x0000_i2955" type="#_x0000_t75" style="width:103.8pt;height:16.2pt" o:ole="">
            <v:imagedata r:id="rId3770" o:title=""/>
          </v:shape>
          <o:OLEObject Type="Embed" ProgID="Equation.DSMT4" ShapeID="_x0000_i2955" DrawAspect="Content" ObjectID="_1699919691" r:id="rId3771"/>
        </w:object>
      </w:r>
      <w:r w:rsidRPr="00AF2998">
        <w:rPr>
          <w:rFonts w:cs="Times New Roman"/>
        </w:rPr>
        <w:t>, là:</w:t>
      </w:r>
    </w:p>
    <w:p w14:paraId="4E1D8DFE"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24"/>
        </w:rPr>
        <w:object w:dxaOrig="1860" w:dyaOrig="620" w14:anchorId="67802F15">
          <v:shape id="_x0000_i2956" type="#_x0000_t75" style="width:93pt;height:31.2pt" o:ole="">
            <v:imagedata r:id="rId3772" o:title=""/>
          </v:shape>
          <o:OLEObject Type="Embed" ProgID="Equation.DSMT4" ShapeID="_x0000_i2956" DrawAspect="Content" ObjectID="_1699919692" r:id="rId3773"/>
        </w:object>
      </w:r>
      <w:r w:rsidRPr="00AF2998">
        <w:rPr>
          <w:rFonts w:cs="Times New Roman"/>
        </w:rPr>
        <w:t>.</w:t>
      </w:r>
      <w:r w:rsidRPr="00AF2998">
        <w:rPr>
          <w:rFonts w:cs="Times New Roman"/>
        </w:rPr>
        <w:tab/>
      </w:r>
      <w:r>
        <w:rPr>
          <w:rFonts w:cs="Times New Roman"/>
        </w:rPr>
        <w:tab/>
      </w:r>
      <w:r w:rsidRPr="00AF2998">
        <w:rPr>
          <w:rFonts w:cs="Times New Roman"/>
          <w:b/>
          <w:color w:val="0000FF"/>
        </w:rPr>
        <w:t xml:space="preserve">B. </w:t>
      </w:r>
      <w:r w:rsidRPr="00AF2998">
        <w:rPr>
          <w:rFonts w:cs="Times New Roman"/>
          <w:position w:val="-10"/>
        </w:rPr>
        <w:object w:dxaOrig="1320" w:dyaOrig="320" w14:anchorId="3B9B3430">
          <v:shape id="_x0000_i2957" type="#_x0000_t75" style="width:66pt;height:16.2pt" o:ole="">
            <v:imagedata r:id="rId3774" o:title=""/>
          </v:shape>
          <o:OLEObject Type="Embed" ProgID="Equation.DSMT4" ShapeID="_x0000_i2957" DrawAspect="Content" ObjectID="_1699919693" r:id="rId3775"/>
        </w:object>
      </w:r>
      <w:r w:rsidRPr="00AF2998">
        <w:rPr>
          <w:rFonts w:cs="Times New Roman"/>
        </w:rPr>
        <w:t>.</w:t>
      </w:r>
    </w:p>
    <w:p w14:paraId="5EDD292E"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C. </w:t>
      </w:r>
      <w:r w:rsidRPr="00AF2998">
        <w:rPr>
          <w:rFonts w:cs="Times New Roman"/>
          <w:position w:val="-10"/>
        </w:rPr>
        <w:object w:dxaOrig="1460" w:dyaOrig="320" w14:anchorId="4C2DDD12">
          <v:shape id="_x0000_i2958" type="#_x0000_t75" style="width:73.2pt;height:16.2pt" o:ole="">
            <v:imagedata r:id="rId3776" o:title=""/>
          </v:shape>
          <o:OLEObject Type="Embed" ProgID="Equation.DSMT4" ShapeID="_x0000_i2958" DrawAspect="Content" ObjectID="_1699919694" r:id="rId3777"/>
        </w:object>
      </w:r>
      <w:r w:rsidRPr="00AF2998">
        <w:rPr>
          <w:rFonts w:cs="Times New Roman"/>
        </w:rPr>
        <w:t>.</w:t>
      </w:r>
      <w:r w:rsidRPr="00AF2998">
        <w:rPr>
          <w:rFonts w:cs="Times New Roman"/>
        </w:rPr>
        <w:tab/>
      </w:r>
      <w:r>
        <w:rPr>
          <w:rFonts w:cs="Times New Roman"/>
        </w:rPr>
        <w:tab/>
      </w:r>
      <w:r w:rsidRPr="00AF2998">
        <w:rPr>
          <w:rFonts w:cs="Times New Roman"/>
          <w:b/>
          <w:color w:val="0000FF"/>
        </w:rPr>
        <w:t xml:space="preserve">D. </w:t>
      </w:r>
      <w:r w:rsidRPr="00AF2998">
        <w:rPr>
          <w:rFonts w:cs="Times New Roman"/>
          <w:position w:val="-24"/>
        </w:rPr>
        <w:object w:dxaOrig="1719" w:dyaOrig="620" w14:anchorId="1686C7E5">
          <v:shape id="_x0000_i2959" type="#_x0000_t75" style="width:85.8pt;height:31.2pt" o:ole="">
            <v:imagedata r:id="rId3778" o:title=""/>
          </v:shape>
          <o:OLEObject Type="Embed" ProgID="Equation.DSMT4" ShapeID="_x0000_i2959" DrawAspect="Content" ObjectID="_1699919695" r:id="rId3779"/>
        </w:object>
      </w:r>
      <w:r w:rsidRPr="00AF2998">
        <w:rPr>
          <w:rFonts w:cs="Times New Roman"/>
        </w:rPr>
        <w:t>.</w:t>
      </w:r>
    </w:p>
    <w:p w14:paraId="6581B6BB"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Tìm </w:t>
      </w:r>
      <w:r w:rsidRPr="00AF2998">
        <w:rPr>
          <w:position w:val="-6"/>
        </w:rPr>
        <w:object w:dxaOrig="260" w:dyaOrig="220" w14:anchorId="4BAF5330">
          <v:shape id="_x0000_i2960" type="#_x0000_t75" style="width:13.2pt;height:10.8pt" o:ole="">
            <v:imagedata r:id="rId3780" o:title=""/>
          </v:shape>
          <o:OLEObject Type="Embed" ProgID="Equation.DSMT4" ShapeID="_x0000_i2960" DrawAspect="Content" ObjectID="_1699919696" r:id="rId3781"/>
        </w:object>
      </w:r>
      <w:r w:rsidRPr="00AF2998">
        <w:rPr>
          <w:rFonts w:cs="Times New Roman"/>
        </w:rPr>
        <w:t xml:space="preserve"> để hàm số </w:t>
      </w:r>
      <w:r w:rsidRPr="00AF2998">
        <w:rPr>
          <w:position w:val="-24"/>
        </w:rPr>
        <w:object w:dxaOrig="2160" w:dyaOrig="620" w14:anchorId="20173EB8">
          <v:shape id="_x0000_i2961" type="#_x0000_t75" style="width:108pt;height:31.2pt" o:ole="">
            <v:imagedata r:id="rId3782" o:title=""/>
          </v:shape>
          <o:OLEObject Type="Embed" ProgID="Equation.DSMT4" ShapeID="_x0000_i2961" DrawAspect="Content" ObjectID="_1699919697" r:id="rId3783"/>
        </w:object>
      </w:r>
      <w:r w:rsidRPr="00AF2998">
        <w:rPr>
          <w:rFonts w:cs="Times New Roman"/>
        </w:rPr>
        <w:t xml:space="preserve"> có tập xác định là </w:t>
      </w:r>
      <w:r w:rsidRPr="00AF2998">
        <w:rPr>
          <w:position w:val="-4"/>
        </w:rPr>
        <w:object w:dxaOrig="260" w:dyaOrig="260" w14:anchorId="36CDC9FF">
          <v:shape id="_x0000_i2962" type="#_x0000_t75" style="width:13.2pt;height:13.2pt" o:ole="">
            <v:imagedata r:id="rId3784" o:title=""/>
          </v:shape>
          <o:OLEObject Type="Embed" ProgID="Equation.DSMT4" ShapeID="_x0000_i2962" DrawAspect="Content" ObjectID="_1699919698" r:id="rId3785"/>
        </w:object>
      </w:r>
    </w:p>
    <w:p w14:paraId="3C4C08CA"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24"/>
        </w:rPr>
        <w:object w:dxaOrig="1140" w:dyaOrig="620" w14:anchorId="0FCB1B79">
          <v:shape id="_x0000_i2963" type="#_x0000_t75" style="width:57pt;height:31.2pt" o:ole="">
            <v:imagedata r:id="rId3786" o:title=""/>
          </v:shape>
          <o:OLEObject Type="Embed" ProgID="Equation.DSMT4" ShapeID="_x0000_i2963" DrawAspect="Content" ObjectID="_1699919699" r:id="rId3787"/>
        </w:object>
      </w:r>
      <w:r w:rsidRPr="00AF2998">
        <w:rPr>
          <w:rFonts w:cs="Times New Roman"/>
        </w:rPr>
        <w:t>.</w:t>
      </w:r>
      <w:r w:rsidRPr="00AF2998">
        <w:rPr>
          <w:rFonts w:cs="Times New Roman"/>
        </w:rPr>
        <w:tab/>
      </w:r>
      <w:r>
        <w:rPr>
          <w:rFonts w:cs="Times New Roman"/>
        </w:rPr>
        <w:tab/>
      </w:r>
      <w:r w:rsidRPr="00AF2998">
        <w:rPr>
          <w:rFonts w:cs="Times New Roman"/>
          <w:b/>
          <w:color w:val="0000FF"/>
        </w:rPr>
        <w:t xml:space="preserve">B. </w:t>
      </w:r>
      <w:r w:rsidRPr="00AF2998">
        <w:rPr>
          <w:rFonts w:cs="Times New Roman"/>
          <w:position w:val="-24"/>
        </w:rPr>
        <w:object w:dxaOrig="780" w:dyaOrig="620" w14:anchorId="7DE9B0A5">
          <v:shape id="_x0000_i2964" type="#_x0000_t75" style="width:39pt;height:31.2pt" o:ole="">
            <v:imagedata r:id="rId3788" o:title=""/>
          </v:shape>
          <o:OLEObject Type="Embed" ProgID="Equation.DSMT4" ShapeID="_x0000_i2964" DrawAspect="Content" ObjectID="_1699919700" r:id="rId3789"/>
        </w:object>
      </w:r>
      <w:r w:rsidRPr="00AF2998">
        <w:rPr>
          <w:rFonts w:cs="Times New Roman"/>
        </w:rPr>
        <w:t>.</w:t>
      </w:r>
    </w:p>
    <w:p w14:paraId="4BF9F397"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C. </w:t>
      </w:r>
      <w:r w:rsidRPr="00AF2998">
        <w:rPr>
          <w:rFonts w:cs="Times New Roman"/>
          <w:position w:val="-24"/>
        </w:rPr>
        <w:object w:dxaOrig="780" w:dyaOrig="620" w14:anchorId="092A92EB">
          <v:shape id="_x0000_i2965" type="#_x0000_t75" style="width:39pt;height:31.2pt" o:ole="">
            <v:imagedata r:id="rId3790" o:title=""/>
          </v:shape>
          <o:OLEObject Type="Embed" ProgID="Equation.DSMT4" ShapeID="_x0000_i2965" DrawAspect="Content" ObjectID="_1699919701" r:id="rId3791"/>
        </w:object>
      </w:r>
      <w:r w:rsidRPr="00AF2998">
        <w:rPr>
          <w:rFonts w:cs="Times New Roman"/>
        </w:rPr>
        <w:t xml:space="preserve"> hoặc </w:t>
      </w:r>
      <w:r w:rsidRPr="00AF2998">
        <w:rPr>
          <w:rFonts w:cs="Times New Roman"/>
          <w:position w:val="-6"/>
        </w:rPr>
        <w:object w:dxaOrig="620" w:dyaOrig="279" w14:anchorId="41530748">
          <v:shape id="_x0000_i2966" type="#_x0000_t75" style="width:31.2pt;height:13.8pt" o:ole="">
            <v:imagedata r:id="rId3792" o:title=""/>
          </v:shape>
          <o:OLEObject Type="Embed" ProgID="Equation.DSMT4" ShapeID="_x0000_i2966" DrawAspect="Content" ObjectID="_1699919702" r:id="rId3793"/>
        </w:object>
      </w:r>
      <w:r w:rsidRPr="00AF2998">
        <w:rPr>
          <w:rFonts w:cs="Times New Roman"/>
        </w:rPr>
        <w:t>.</w:t>
      </w:r>
      <w:r w:rsidRPr="00AF2998">
        <w:rPr>
          <w:rFonts w:cs="Times New Roman"/>
        </w:rPr>
        <w:tab/>
      </w:r>
      <w:r>
        <w:rPr>
          <w:rFonts w:cs="Times New Roman"/>
        </w:rPr>
        <w:tab/>
      </w:r>
      <w:r w:rsidRPr="00AF2998">
        <w:rPr>
          <w:rFonts w:cs="Times New Roman"/>
          <w:b/>
          <w:color w:val="0000FF"/>
        </w:rPr>
        <w:t xml:space="preserve">D. </w:t>
      </w:r>
      <w:r w:rsidRPr="00AF2998">
        <w:rPr>
          <w:rFonts w:cs="Times New Roman"/>
          <w:position w:val="-6"/>
        </w:rPr>
        <w:object w:dxaOrig="620" w:dyaOrig="279" w14:anchorId="294B1AB1">
          <v:shape id="_x0000_i2967" type="#_x0000_t75" style="width:31.2pt;height:13.8pt" o:ole="">
            <v:imagedata r:id="rId3794" o:title=""/>
          </v:shape>
          <o:OLEObject Type="Embed" ProgID="Equation.DSMT4" ShapeID="_x0000_i2967" DrawAspect="Content" ObjectID="_1699919703" r:id="rId3795"/>
        </w:object>
      </w:r>
      <w:r w:rsidRPr="00AF2998">
        <w:rPr>
          <w:rFonts w:cs="Times New Roman"/>
        </w:rPr>
        <w:t>.</w:t>
      </w:r>
    </w:p>
    <w:p w14:paraId="4F02C943" w14:textId="77777777" w:rsidR="00DE7E5C" w:rsidRPr="00AF2998" w:rsidRDefault="00DE7E5C" w:rsidP="00DE7E5C">
      <w:pPr>
        <w:pStyle w:val="ListParagraph"/>
        <w:numPr>
          <w:ilvl w:val="0"/>
          <w:numId w:val="20"/>
        </w:numPr>
        <w:tabs>
          <w:tab w:val="left" w:pos="992"/>
        </w:tabs>
        <w:spacing w:before="120" w:after="0"/>
        <w:jc w:val="both"/>
        <w:rPr>
          <w:rFonts w:cs="Times New Roman"/>
        </w:rPr>
      </w:pPr>
      <w:r w:rsidRPr="00AF2998">
        <w:rPr>
          <w:rFonts w:cs="Times New Roman"/>
        </w:rPr>
        <w:t xml:space="preserve">Cho hình chóp </w:t>
      </w:r>
      <w:r w:rsidRPr="00AF2998">
        <w:rPr>
          <w:position w:val="-6"/>
        </w:rPr>
        <w:object w:dxaOrig="920" w:dyaOrig="279" w14:anchorId="414BC15B">
          <v:shape id="_x0000_i2968" type="#_x0000_t75" style="width:46.2pt;height:13.8pt" o:ole="">
            <v:imagedata r:id="rId3796" o:title=""/>
          </v:shape>
          <o:OLEObject Type="Embed" ProgID="Equation.DSMT4" ShapeID="_x0000_i2968" DrawAspect="Content" ObjectID="_1699919704" r:id="rId3797"/>
        </w:object>
      </w:r>
      <w:r w:rsidRPr="00AF2998">
        <w:rPr>
          <w:rFonts w:cs="Times New Roman"/>
        </w:rPr>
        <w:t xml:space="preserve"> có đáy </w:t>
      </w:r>
      <w:r w:rsidRPr="00AF2998">
        <w:rPr>
          <w:position w:val="-6"/>
        </w:rPr>
        <w:object w:dxaOrig="720" w:dyaOrig="279" w14:anchorId="12459DB9">
          <v:shape id="_x0000_i2969" type="#_x0000_t75" style="width:36pt;height:13.8pt" o:ole="">
            <v:imagedata r:id="rId3798" o:title=""/>
          </v:shape>
          <o:OLEObject Type="Embed" ProgID="Equation.DSMT4" ShapeID="_x0000_i2969" DrawAspect="Content" ObjectID="_1699919705" r:id="rId3799"/>
        </w:object>
      </w:r>
      <w:r w:rsidRPr="00AF2998">
        <w:rPr>
          <w:rFonts w:cs="Times New Roman"/>
        </w:rPr>
        <w:t xml:space="preserve"> là hình bình hành tâm </w:t>
      </w:r>
      <w:r w:rsidRPr="00AF2998">
        <w:rPr>
          <w:position w:val="-6"/>
        </w:rPr>
        <w:object w:dxaOrig="240" w:dyaOrig="279" w14:anchorId="13C077A2">
          <v:shape id="_x0000_i2970" type="#_x0000_t75" style="width:12pt;height:13.8pt" o:ole="">
            <v:imagedata r:id="rId3800" o:title=""/>
          </v:shape>
          <o:OLEObject Type="Embed" ProgID="Equation.DSMT4" ShapeID="_x0000_i2970" DrawAspect="Content" ObjectID="_1699919706" r:id="rId3801"/>
        </w:object>
      </w:r>
      <w:r w:rsidRPr="00AF2998">
        <w:rPr>
          <w:rFonts w:cs="Times New Roman"/>
        </w:rPr>
        <w:t xml:space="preserve">. Gọi </w:t>
      </w:r>
      <w:r w:rsidRPr="00AF2998">
        <w:rPr>
          <w:position w:val="-10"/>
        </w:rPr>
        <w:object w:dxaOrig="600" w:dyaOrig="320" w14:anchorId="59BA48E2">
          <v:shape id="_x0000_i2971" type="#_x0000_t75" style="width:30pt;height:16.2pt" o:ole="">
            <v:imagedata r:id="rId3802" o:title=""/>
          </v:shape>
          <o:OLEObject Type="Embed" ProgID="Equation.DSMT4" ShapeID="_x0000_i2971" DrawAspect="Content" ObjectID="_1699919707" r:id="rId3803"/>
        </w:object>
      </w:r>
      <w:r w:rsidRPr="00AF2998">
        <w:rPr>
          <w:rFonts w:cs="Times New Roman"/>
        </w:rPr>
        <w:t xml:space="preserve"> lần lượt là trung điểm của </w:t>
      </w:r>
      <w:r w:rsidRPr="00AF2998">
        <w:rPr>
          <w:position w:val="-6"/>
        </w:rPr>
        <w:object w:dxaOrig="440" w:dyaOrig="279" w14:anchorId="5A8AE76F">
          <v:shape id="_x0000_i2972" type="#_x0000_t75" style="width:22.2pt;height:13.8pt" o:ole="">
            <v:imagedata r:id="rId3804" o:title=""/>
          </v:shape>
          <o:OLEObject Type="Embed" ProgID="Equation.DSMT4" ShapeID="_x0000_i2972" DrawAspect="Content" ObjectID="_1699919708" r:id="rId3805"/>
        </w:object>
      </w:r>
      <w:r w:rsidRPr="00AF2998">
        <w:rPr>
          <w:rFonts w:cs="Times New Roman"/>
        </w:rPr>
        <w:t xml:space="preserve"> và </w:t>
      </w:r>
      <w:r w:rsidRPr="00AF2998">
        <w:rPr>
          <w:position w:val="-6"/>
        </w:rPr>
        <w:object w:dxaOrig="400" w:dyaOrig="279" w14:anchorId="1DDD654B">
          <v:shape id="_x0000_i2973" type="#_x0000_t75" style="width:19.8pt;height:13.8pt" o:ole="">
            <v:imagedata r:id="rId3806" o:title=""/>
          </v:shape>
          <o:OLEObject Type="Embed" ProgID="Equation.DSMT4" ShapeID="_x0000_i2973" DrawAspect="Content" ObjectID="_1699919709" r:id="rId3807"/>
        </w:object>
      </w:r>
      <w:r w:rsidRPr="00AF2998">
        <w:rPr>
          <w:rFonts w:cs="Times New Roman"/>
        </w:rPr>
        <w:t xml:space="preserve">. Lấy điểm </w:t>
      </w:r>
      <w:r w:rsidRPr="00AF2998">
        <w:rPr>
          <w:position w:val="-4"/>
        </w:rPr>
        <w:object w:dxaOrig="240" w:dyaOrig="260" w14:anchorId="5183AB29">
          <v:shape id="_x0000_i2974" type="#_x0000_t75" style="width:12pt;height:13.2pt" o:ole="">
            <v:imagedata r:id="rId3808" o:title=""/>
          </v:shape>
          <o:OLEObject Type="Embed" ProgID="Equation.DSMT4" ShapeID="_x0000_i2974" DrawAspect="Content" ObjectID="_1699919710" r:id="rId3809"/>
        </w:object>
      </w:r>
      <w:r w:rsidRPr="00AF2998">
        <w:rPr>
          <w:rFonts w:cs="Times New Roman"/>
        </w:rPr>
        <w:t xml:space="preserve"> trên cạnh </w:t>
      </w:r>
      <w:r w:rsidRPr="00AF2998">
        <w:rPr>
          <w:position w:val="-10"/>
        </w:rPr>
        <w:object w:dxaOrig="639" w:dyaOrig="320" w14:anchorId="434A3795">
          <v:shape id="_x0000_i2975" type="#_x0000_t75" style="width:31.8pt;height:16.2pt" o:ole="">
            <v:imagedata r:id="rId3810" o:title=""/>
          </v:shape>
          <o:OLEObject Type="Embed" ProgID="Equation.DSMT4" ShapeID="_x0000_i2975" DrawAspect="Content" ObjectID="_1699919711" r:id="rId3811"/>
        </w:object>
      </w:r>
      <w:r w:rsidRPr="00AF2998">
        <w:rPr>
          <w:rFonts w:cs="Times New Roman"/>
        </w:rPr>
        <w:t xml:space="preserve"> là giao điểm của </w:t>
      </w:r>
      <w:r w:rsidRPr="00AF2998">
        <w:rPr>
          <w:position w:val="-6"/>
        </w:rPr>
        <w:object w:dxaOrig="420" w:dyaOrig="279" w14:anchorId="11433A5B">
          <v:shape id="_x0000_i2976" type="#_x0000_t75" style="width:21pt;height:13.8pt" o:ole="">
            <v:imagedata r:id="rId3812" o:title=""/>
          </v:shape>
          <o:OLEObject Type="Embed" ProgID="Equation.DSMT4" ShapeID="_x0000_i2976" DrawAspect="Content" ObjectID="_1699919712" r:id="rId3813"/>
        </w:object>
      </w:r>
      <w:r w:rsidRPr="00AF2998">
        <w:rPr>
          <w:rFonts w:cs="Times New Roman"/>
        </w:rPr>
        <w:t xml:space="preserve"> và </w:t>
      </w:r>
      <w:r w:rsidRPr="00AF2998">
        <w:rPr>
          <w:position w:val="-6"/>
        </w:rPr>
        <w:object w:dxaOrig="460" w:dyaOrig="279" w14:anchorId="5B2265C3">
          <v:shape id="_x0000_i2977" type="#_x0000_t75" style="width:22.8pt;height:13.8pt" o:ole="">
            <v:imagedata r:id="rId3814" o:title=""/>
          </v:shape>
          <o:OLEObject Type="Embed" ProgID="Equation.DSMT4" ShapeID="_x0000_i2977" DrawAspect="Content" ObjectID="_1699919713" r:id="rId3815"/>
        </w:object>
      </w:r>
      <w:r w:rsidRPr="00AF2998">
        <w:rPr>
          <w:rFonts w:cs="Times New Roman"/>
        </w:rPr>
        <w:t xml:space="preserve">. Khi đó, </w:t>
      </w:r>
      <w:r w:rsidRPr="00AF2998">
        <w:rPr>
          <w:position w:val="-4"/>
        </w:rPr>
        <w:object w:dxaOrig="260" w:dyaOrig="260" w14:anchorId="51A6C63A">
          <v:shape id="_x0000_i2978" type="#_x0000_t75" style="width:13.2pt;height:13.2pt" o:ole="">
            <v:imagedata r:id="rId3816" o:title=""/>
          </v:shape>
          <o:OLEObject Type="Embed" ProgID="Equation.DSMT4" ShapeID="_x0000_i2978" DrawAspect="Content" ObjectID="_1699919714" r:id="rId3817"/>
        </w:object>
      </w:r>
      <w:r w:rsidRPr="00AF2998">
        <w:rPr>
          <w:rFonts w:cs="Times New Roman"/>
        </w:rPr>
        <w:t xml:space="preserve"> là giao điểm của </w:t>
      </w:r>
      <w:r w:rsidRPr="00AF2998">
        <w:rPr>
          <w:position w:val="-6"/>
        </w:rPr>
        <w:object w:dxaOrig="380" w:dyaOrig="279" w14:anchorId="060F777D">
          <v:shape id="_x0000_i2979" type="#_x0000_t75" style="width:19.2pt;height:13.8pt" o:ole="">
            <v:imagedata r:id="rId3818" o:title=""/>
          </v:shape>
          <o:OLEObject Type="Embed" ProgID="Equation.DSMT4" ShapeID="_x0000_i2979" DrawAspect="Content" ObjectID="_1699919715" r:id="rId3819"/>
        </w:object>
      </w:r>
      <w:r w:rsidRPr="00AF2998">
        <w:rPr>
          <w:rFonts w:cs="Times New Roman"/>
        </w:rPr>
        <w:t xml:space="preserve"> và mặt phẳng </w:t>
      </w:r>
      <w:r w:rsidRPr="00AF2998">
        <w:rPr>
          <w:position w:val="-10"/>
        </w:rPr>
        <w:object w:dxaOrig="780" w:dyaOrig="320" w14:anchorId="1A67B6C7">
          <v:shape id="_x0000_i2980" type="#_x0000_t75" style="width:39pt;height:16.2pt" o:ole="">
            <v:imagedata r:id="rId3820" o:title=""/>
          </v:shape>
          <o:OLEObject Type="Embed" ProgID="Equation.DSMT4" ShapeID="_x0000_i2980" DrawAspect="Content" ObjectID="_1699919716" r:id="rId3821"/>
        </w:object>
      </w:r>
      <w:r w:rsidRPr="00AF2998">
        <w:rPr>
          <w:rFonts w:cs="Times New Roman"/>
        </w:rPr>
        <w:t xml:space="preserve"> được xác định như sau:</w:t>
      </w:r>
    </w:p>
    <w:p w14:paraId="38EFEE46"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A. </w:t>
      </w:r>
      <w:r w:rsidRPr="00AF2998">
        <w:rPr>
          <w:rFonts w:cs="Times New Roman"/>
          <w:position w:val="-4"/>
        </w:rPr>
        <w:object w:dxaOrig="260" w:dyaOrig="260" w14:anchorId="17DBA4E5">
          <v:shape id="_x0000_i2981" type="#_x0000_t75" style="width:13.2pt;height:13.2pt" o:ole="">
            <v:imagedata r:id="rId3822" o:title=""/>
          </v:shape>
          <o:OLEObject Type="Embed" ProgID="Equation.DSMT4" ShapeID="_x0000_i2981" DrawAspect="Content" ObjectID="_1699919717" r:id="rId3823"/>
        </w:object>
      </w:r>
      <w:r w:rsidRPr="00AF2998">
        <w:rPr>
          <w:rFonts w:cs="Times New Roman"/>
        </w:rPr>
        <w:t xml:space="preserve"> là giao điểm của </w:t>
      </w:r>
      <w:r w:rsidRPr="00AF2998">
        <w:rPr>
          <w:rFonts w:cs="Times New Roman"/>
          <w:position w:val="-6"/>
        </w:rPr>
        <w:object w:dxaOrig="380" w:dyaOrig="279" w14:anchorId="6051AC4C">
          <v:shape id="_x0000_i2982" type="#_x0000_t75" style="width:19.2pt;height:13.8pt" o:ole="">
            <v:imagedata r:id="rId3824" o:title=""/>
          </v:shape>
          <o:OLEObject Type="Embed" ProgID="Equation.DSMT4" ShapeID="_x0000_i2982" DrawAspect="Content" ObjectID="_1699919718" r:id="rId3825"/>
        </w:object>
      </w:r>
      <w:r w:rsidRPr="00AF2998">
        <w:rPr>
          <w:rFonts w:cs="Times New Roman"/>
        </w:rPr>
        <w:t xml:space="preserve"> và </w:t>
      </w:r>
      <w:r w:rsidRPr="00AF2998">
        <w:rPr>
          <w:rFonts w:cs="Times New Roman"/>
          <w:position w:val="-4"/>
        </w:rPr>
        <w:object w:dxaOrig="440" w:dyaOrig="260" w14:anchorId="384BC7E9">
          <v:shape id="_x0000_i2983" type="#_x0000_t75" style="width:22.2pt;height:13.2pt" o:ole="">
            <v:imagedata r:id="rId3826" o:title=""/>
          </v:shape>
          <o:OLEObject Type="Embed" ProgID="Equation.DSMT4" ShapeID="_x0000_i2983" DrawAspect="Content" ObjectID="_1699919719" r:id="rId3827"/>
        </w:object>
      </w:r>
      <w:r w:rsidRPr="00AF2998">
        <w:rPr>
          <w:rFonts w:cs="Times New Roman"/>
        </w:rPr>
        <w:t>.</w:t>
      </w:r>
      <w:r w:rsidRPr="00AF2998">
        <w:rPr>
          <w:rFonts w:cs="Times New Roman"/>
        </w:rPr>
        <w:tab/>
      </w:r>
      <w:r w:rsidRPr="00AF2998">
        <w:rPr>
          <w:rFonts w:cs="Times New Roman"/>
          <w:b/>
          <w:color w:val="0000FF"/>
        </w:rPr>
        <w:t xml:space="preserve">B. </w:t>
      </w:r>
      <w:r w:rsidRPr="00AF2998">
        <w:rPr>
          <w:rFonts w:cs="Times New Roman"/>
          <w:position w:val="-4"/>
        </w:rPr>
        <w:object w:dxaOrig="260" w:dyaOrig="260" w14:anchorId="4E41097D">
          <v:shape id="_x0000_i2984" type="#_x0000_t75" style="width:13.2pt;height:13.2pt" o:ole="">
            <v:imagedata r:id="rId3828" o:title=""/>
          </v:shape>
          <o:OLEObject Type="Embed" ProgID="Equation.DSMT4" ShapeID="_x0000_i2984" DrawAspect="Content" ObjectID="_1699919720" r:id="rId3829"/>
        </w:object>
      </w:r>
      <w:r w:rsidRPr="00AF2998">
        <w:rPr>
          <w:rFonts w:cs="Times New Roman"/>
        </w:rPr>
        <w:t xml:space="preserve"> là giao điểm của </w:t>
      </w:r>
      <w:r w:rsidRPr="00AF2998">
        <w:rPr>
          <w:rFonts w:cs="Times New Roman"/>
          <w:position w:val="-6"/>
        </w:rPr>
        <w:object w:dxaOrig="380" w:dyaOrig="279" w14:anchorId="3015E411">
          <v:shape id="_x0000_i2985" type="#_x0000_t75" style="width:19.2pt;height:13.8pt" o:ole="">
            <v:imagedata r:id="rId3830" o:title=""/>
          </v:shape>
          <o:OLEObject Type="Embed" ProgID="Equation.DSMT4" ShapeID="_x0000_i2985" DrawAspect="Content" ObjectID="_1699919721" r:id="rId3831"/>
        </w:object>
      </w:r>
      <w:r w:rsidRPr="00AF2998">
        <w:rPr>
          <w:rFonts w:cs="Times New Roman"/>
        </w:rPr>
        <w:t xml:space="preserve"> và </w:t>
      </w:r>
      <w:r w:rsidRPr="00AF2998">
        <w:rPr>
          <w:rFonts w:cs="Times New Roman"/>
          <w:position w:val="-6"/>
        </w:rPr>
        <w:object w:dxaOrig="400" w:dyaOrig="279" w14:anchorId="52DB29FB">
          <v:shape id="_x0000_i2986" type="#_x0000_t75" style="width:19.8pt;height:13.8pt" o:ole="">
            <v:imagedata r:id="rId3832" o:title=""/>
          </v:shape>
          <o:OLEObject Type="Embed" ProgID="Equation.DSMT4" ShapeID="_x0000_i2986" DrawAspect="Content" ObjectID="_1699919722" r:id="rId3833"/>
        </w:object>
      </w:r>
      <w:r w:rsidRPr="00AF2998">
        <w:rPr>
          <w:rFonts w:cs="Times New Roman"/>
        </w:rPr>
        <w:t>.</w:t>
      </w:r>
    </w:p>
    <w:p w14:paraId="6794D296" w14:textId="77777777" w:rsidR="00DE7E5C" w:rsidRPr="00AF2998" w:rsidRDefault="00DE7E5C" w:rsidP="00AF2998">
      <w:pPr>
        <w:tabs>
          <w:tab w:val="left" w:pos="3402"/>
          <w:tab w:val="left" w:pos="5669"/>
          <w:tab w:val="left" w:pos="7937"/>
        </w:tabs>
        <w:spacing w:after="0"/>
        <w:ind w:left="992"/>
        <w:jc w:val="both"/>
        <w:rPr>
          <w:rFonts w:cs="Times New Roman"/>
        </w:rPr>
      </w:pPr>
      <w:r w:rsidRPr="00AF2998">
        <w:rPr>
          <w:rFonts w:cs="Times New Roman"/>
          <w:b/>
          <w:color w:val="0000FF"/>
        </w:rPr>
        <w:t xml:space="preserve">C. </w:t>
      </w:r>
      <w:r w:rsidRPr="00AF2998">
        <w:rPr>
          <w:rFonts w:cs="Times New Roman"/>
          <w:position w:val="-4"/>
        </w:rPr>
        <w:object w:dxaOrig="260" w:dyaOrig="260" w14:anchorId="3CE658CD">
          <v:shape id="_x0000_i2987" type="#_x0000_t75" style="width:13.2pt;height:13.2pt" o:ole="">
            <v:imagedata r:id="rId3834" o:title=""/>
          </v:shape>
          <o:OLEObject Type="Embed" ProgID="Equation.DSMT4" ShapeID="_x0000_i2987" DrawAspect="Content" ObjectID="_1699919723" r:id="rId3835"/>
        </w:object>
      </w:r>
      <w:r w:rsidRPr="00AF2998">
        <w:rPr>
          <w:rFonts w:cs="Times New Roman"/>
        </w:rPr>
        <w:t xml:space="preserve"> là giao điểm của </w:t>
      </w:r>
      <w:r w:rsidRPr="00AF2998">
        <w:rPr>
          <w:rFonts w:cs="Times New Roman"/>
          <w:position w:val="-6"/>
        </w:rPr>
        <w:object w:dxaOrig="380" w:dyaOrig="279" w14:anchorId="6BE98969">
          <v:shape id="_x0000_i2988" type="#_x0000_t75" style="width:19.2pt;height:13.8pt" o:ole="">
            <v:imagedata r:id="rId3836" o:title=""/>
          </v:shape>
          <o:OLEObject Type="Embed" ProgID="Equation.DSMT4" ShapeID="_x0000_i2988" DrawAspect="Content" ObjectID="_1699919724" r:id="rId3837"/>
        </w:object>
      </w:r>
      <w:r w:rsidRPr="00AF2998">
        <w:rPr>
          <w:rFonts w:cs="Times New Roman"/>
        </w:rPr>
        <w:t xml:space="preserve"> và </w:t>
      </w:r>
      <w:r w:rsidRPr="00AF2998">
        <w:rPr>
          <w:rFonts w:cs="Times New Roman"/>
          <w:position w:val="-6"/>
        </w:rPr>
        <w:object w:dxaOrig="460" w:dyaOrig="279" w14:anchorId="79497248">
          <v:shape id="_x0000_i2989" type="#_x0000_t75" style="width:22.8pt;height:13.8pt" o:ole="">
            <v:imagedata r:id="rId3838" o:title=""/>
          </v:shape>
          <o:OLEObject Type="Embed" ProgID="Equation.DSMT4" ShapeID="_x0000_i2989" DrawAspect="Content" ObjectID="_1699919725" r:id="rId3839"/>
        </w:object>
      </w:r>
      <w:r w:rsidRPr="00AF2998">
        <w:rPr>
          <w:rFonts w:cs="Times New Roman"/>
        </w:rPr>
        <w:t>.</w:t>
      </w:r>
      <w:r w:rsidRPr="00AF2998">
        <w:rPr>
          <w:rFonts w:cs="Times New Roman"/>
        </w:rPr>
        <w:tab/>
      </w:r>
      <w:r w:rsidRPr="00AF2998">
        <w:rPr>
          <w:rFonts w:cs="Times New Roman"/>
          <w:b/>
          <w:color w:val="0000FF"/>
        </w:rPr>
        <w:t xml:space="preserve">D. </w:t>
      </w:r>
      <w:r w:rsidRPr="00AF2998">
        <w:rPr>
          <w:rFonts w:cs="Times New Roman"/>
          <w:position w:val="-4"/>
        </w:rPr>
        <w:object w:dxaOrig="260" w:dyaOrig="260" w14:anchorId="11B23F27">
          <v:shape id="_x0000_i2990" type="#_x0000_t75" style="width:13.2pt;height:13.2pt" o:ole="">
            <v:imagedata r:id="rId3840" o:title=""/>
          </v:shape>
          <o:OLEObject Type="Embed" ProgID="Equation.DSMT4" ShapeID="_x0000_i2990" DrawAspect="Content" ObjectID="_1699919726" r:id="rId3841"/>
        </w:object>
      </w:r>
      <w:r w:rsidRPr="00AF2998">
        <w:rPr>
          <w:rFonts w:cs="Times New Roman"/>
        </w:rPr>
        <w:t xml:space="preserve"> là giao điểm của </w:t>
      </w:r>
      <w:r w:rsidRPr="00AF2998">
        <w:rPr>
          <w:rFonts w:cs="Times New Roman"/>
          <w:position w:val="-6"/>
        </w:rPr>
        <w:object w:dxaOrig="380" w:dyaOrig="279" w14:anchorId="7E2D6C8B">
          <v:shape id="_x0000_i2991" type="#_x0000_t75" style="width:19.2pt;height:13.8pt" o:ole="">
            <v:imagedata r:id="rId3842" o:title=""/>
          </v:shape>
          <o:OLEObject Type="Embed" ProgID="Equation.DSMT4" ShapeID="_x0000_i2991" DrawAspect="Content" ObjectID="_1699919727" r:id="rId3843"/>
        </w:object>
      </w:r>
      <w:r w:rsidRPr="00AF2998">
        <w:rPr>
          <w:rFonts w:cs="Times New Roman"/>
        </w:rPr>
        <w:t xml:space="preserve"> và </w:t>
      </w:r>
      <w:r w:rsidRPr="00AF2998">
        <w:rPr>
          <w:rFonts w:cs="Times New Roman"/>
          <w:position w:val="-4"/>
        </w:rPr>
        <w:object w:dxaOrig="460" w:dyaOrig="260" w14:anchorId="2FAA053C">
          <v:shape id="_x0000_i2992" type="#_x0000_t75" style="width:22.8pt;height:13.2pt" o:ole="">
            <v:imagedata r:id="rId3844" o:title=""/>
          </v:shape>
          <o:OLEObject Type="Embed" ProgID="Equation.DSMT4" ShapeID="_x0000_i2992" DrawAspect="Content" ObjectID="_1699919728" r:id="rId3845"/>
        </w:object>
      </w:r>
      <w:r w:rsidRPr="00AF2998">
        <w:rPr>
          <w:rFonts w:cs="Times New Roman"/>
        </w:rPr>
        <w:t>.</w:t>
      </w:r>
    </w:p>
    <w:p w14:paraId="535FB88E" w14:textId="77777777" w:rsidR="00DE7E5C" w:rsidRPr="00AF2998" w:rsidRDefault="00DE7E5C" w:rsidP="00AF2998">
      <w:pPr>
        <w:ind w:left="992"/>
        <w:rPr>
          <w:rFonts w:cs="Times New Roman"/>
        </w:rPr>
      </w:pPr>
      <w:r w:rsidRPr="00AF2998">
        <w:rPr>
          <w:rFonts w:cs="Times New Roman"/>
          <w:b/>
          <w:color w:val="0000FF"/>
        </w:rPr>
        <w:t>Phần II: Tự luận</w:t>
      </w:r>
    </w:p>
    <w:p w14:paraId="1A38074A" w14:textId="77777777" w:rsidR="00DE7E5C" w:rsidRPr="00AF2998" w:rsidRDefault="00DE7E5C" w:rsidP="00AF2998">
      <w:pPr>
        <w:ind w:left="992" w:hanging="992"/>
        <w:jc w:val="both"/>
        <w:rPr>
          <w:rFonts w:cs="Times New Roman"/>
        </w:rPr>
      </w:pPr>
      <w:r w:rsidRPr="00AF2998">
        <w:rPr>
          <w:rFonts w:cs="Times New Roman"/>
          <w:b/>
          <w:color w:val="0000FF"/>
        </w:rPr>
        <w:t xml:space="preserve">Bài 1: </w:t>
      </w:r>
      <w:r w:rsidRPr="00AF2998">
        <w:rPr>
          <w:rFonts w:cs="Times New Roman"/>
        </w:rPr>
        <w:t xml:space="preserve">Cho hình chóp </w:t>
      </w:r>
      <w:r w:rsidRPr="00AF2998">
        <w:rPr>
          <w:rFonts w:cs="Times New Roman"/>
          <w:position w:val="-6"/>
        </w:rPr>
        <w:object w:dxaOrig="920" w:dyaOrig="279" w14:anchorId="2897A8A3">
          <v:shape id="_x0000_i2993" type="#_x0000_t75" style="width:46.2pt;height:13.8pt" o:ole="">
            <v:imagedata r:id="rId3846" o:title=""/>
          </v:shape>
          <o:OLEObject Type="Embed" ProgID="Equation.DSMT4" ShapeID="_x0000_i2993" DrawAspect="Content" ObjectID="_1699919729" r:id="rId3847"/>
        </w:object>
      </w:r>
      <w:r w:rsidRPr="00AF2998">
        <w:rPr>
          <w:rFonts w:cs="Times New Roman"/>
        </w:rPr>
        <w:t xml:space="preserve"> có đáy </w:t>
      </w:r>
      <w:r w:rsidRPr="00AF2998">
        <w:rPr>
          <w:rFonts w:cs="Times New Roman"/>
          <w:position w:val="-6"/>
        </w:rPr>
        <w:object w:dxaOrig="720" w:dyaOrig="279" w14:anchorId="5D2D46E3">
          <v:shape id="_x0000_i2994" type="#_x0000_t75" style="width:36pt;height:13.8pt" o:ole="">
            <v:imagedata r:id="rId3848" o:title=""/>
          </v:shape>
          <o:OLEObject Type="Embed" ProgID="Equation.DSMT4" ShapeID="_x0000_i2994" DrawAspect="Content" ObjectID="_1699919730" r:id="rId3849"/>
        </w:object>
      </w:r>
      <w:r w:rsidRPr="00AF2998">
        <w:rPr>
          <w:rFonts w:cs="Times New Roman"/>
        </w:rPr>
        <w:t xml:space="preserve"> là hình bình hành.Gọi </w:t>
      </w:r>
      <w:r w:rsidRPr="00AF2998">
        <w:rPr>
          <w:rFonts w:cs="Times New Roman"/>
          <w:position w:val="-4"/>
        </w:rPr>
        <w:object w:dxaOrig="320" w:dyaOrig="260" w14:anchorId="2D054BDB">
          <v:shape id="_x0000_i2995" type="#_x0000_t75" style="width:16.2pt;height:13.2pt" o:ole="">
            <v:imagedata r:id="rId3850" o:title=""/>
          </v:shape>
          <o:OLEObject Type="Embed" ProgID="Equation.DSMT4" ShapeID="_x0000_i2995" DrawAspect="Content" ObjectID="_1699919731" r:id="rId3851"/>
        </w:object>
      </w:r>
      <w:r w:rsidRPr="00AF2998">
        <w:rPr>
          <w:rFonts w:cs="Times New Roman"/>
        </w:rPr>
        <w:t xml:space="preserve"> là trung điềm của </w:t>
      </w:r>
      <w:r w:rsidRPr="00AF2998">
        <w:rPr>
          <w:rFonts w:cs="Times New Roman"/>
          <w:position w:val="-6"/>
        </w:rPr>
        <w:object w:dxaOrig="380" w:dyaOrig="279" w14:anchorId="3F3BDEC9">
          <v:shape id="_x0000_i2996" type="#_x0000_t75" style="width:19.2pt;height:13.8pt" o:ole="">
            <v:imagedata r:id="rId3852" o:title=""/>
          </v:shape>
          <o:OLEObject Type="Embed" ProgID="Equation.DSMT4" ShapeID="_x0000_i2996" DrawAspect="Content" ObjectID="_1699919732" r:id="rId3853"/>
        </w:object>
      </w:r>
      <w:r w:rsidRPr="00AF2998">
        <w:rPr>
          <w:rFonts w:cs="Times New Roman"/>
        </w:rPr>
        <w:t>.</w:t>
      </w:r>
    </w:p>
    <w:p w14:paraId="727C6457" w14:textId="77777777" w:rsidR="00DE7E5C" w:rsidRPr="00AF2998" w:rsidRDefault="00DE7E5C" w:rsidP="00AF2998">
      <w:pPr>
        <w:ind w:left="992"/>
        <w:jc w:val="both"/>
        <w:rPr>
          <w:rFonts w:cs="Times New Roman"/>
        </w:rPr>
      </w:pPr>
      <w:r w:rsidRPr="00AF2998">
        <w:rPr>
          <w:rFonts w:cs="Times New Roman"/>
        </w:rPr>
        <w:lastRenderedPageBreak/>
        <w:t xml:space="preserve">a) Tìm giao tuyến của hai mặt phẳng </w:t>
      </w:r>
      <w:r w:rsidRPr="00AF2998">
        <w:rPr>
          <w:rFonts w:cs="Times New Roman"/>
          <w:position w:val="-10"/>
        </w:rPr>
        <w:object w:dxaOrig="660" w:dyaOrig="320" w14:anchorId="76DE90C5">
          <v:shape id="_x0000_i2997" type="#_x0000_t75" style="width:33pt;height:16.2pt" o:ole="">
            <v:imagedata r:id="rId3854" o:title=""/>
          </v:shape>
          <o:OLEObject Type="Embed" ProgID="Equation.DSMT4" ShapeID="_x0000_i2997" DrawAspect="Content" ObjectID="_1699919733" r:id="rId3855"/>
        </w:object>
      </w:r>
      <w:r w:rsidRPr="00AF2998">
        <w:rPr>
          <w:rFonts w:cs="Times New Roman"/>
        </w:rPr>
        <w:t xml:space="preserve"> và </w:t>
      </w:r>
      <w:r w:rsidRPr="00AF2998">
        <w:rPr>
          <w:rFonts w:cs="Times New Roman"/>
          <w:position w:val="-10"/>
        </w:rPr>
        <w:object w:dxaOrig="700" w:dyaOrig="320" w14:anchorId="5364C7E8">
          <v:shape id="_x0000_i2998" type="#_x0000_t75" style="width:34.8pt;height:16.2pt" o:ole="">
            <v:imagedata r:id="rId3856" o:title=""/>
          </v:shape>
          <o:OLEObject Type="Embed" ProgID="Equation.DSMT4" ShapeID="_x0000_i2998" DrawAspect="Content" ObjectID="_1699919734" r:id="rId3857"/>
        </w:object>
      </w:r>
      <w:r w:rsidRPr="00AF2998">
        <w:rPr>
          <w:rFonts w:cs="Times New Roman"/>
        </w:rPr>
        <w:t>.</w:t>
      </w:r>
    </w:p>
    <w:p w14:paraId="2922623B" w14:textId="77777777" w:rsidR="00DE7E5C" w:rsidRPr="00AF2998" w:rsidRDefault="00DE7E5C" w:rsidP="00AF2998">
      <w:pPr>
        <w:ind w:left="992"/>
        <w:jc w:val="both"/>
        <w:rPr>
          <w:rFonts w:cs="Times New Roman"/>
        </w:rPr>
      </w:pPr>
      <w:r w:rsidRPr="00AF2998">
        <w:rPr>
          <w:rFonts w:cs="Times New Roman"/>
        </w:rPr>
        <w:t xml:space="preserve">b) Tìm giao điểm của đường thẳng </w:t>
      </w:r>
      <w:r w:rsidRPr="00AF2998">
        <w:rPr>
          <w:rFonts w:cs="Times New Roman"/>
          <w:position w:val="-4"/>
        </w:rPr>
        <w:object w:dxaOrig="480" w:dyaOrig="260" w14:anchorId="5C55F050">
          <v:shape id="_x0000_i2999" type="#_x0000_t75" style="width:24pt;height:13.2pt" o:ole="">
            <v:imagedata r:id="rId3858" o:title=""/>
          </v:shape>
          <o:OLEObject Type="Embed" ProgID="Equation.DSMT4" ShapeID="_x0000_i2999" DrawAspect="Content" ObjectID="_1699919735" r:id="rId3859"/>
        </w:object>
      </w:r>
      <w:r w:rsidRPr="00AF2998">
        <w:rPr>
          <w:rFonts w:cs="Times New Roman"/>
        </w:rPr>
        <w:t xml:space="preserve"> và mặt phẳng </w:t>
      </w:r>
      <w:r w:rsidRPr="00AF2998">
        <w:rPr>
          <w:rFonts w:cs="Times New Roman"/>
          <w:position w:val="-10"/>
        </w:rPr>
        <w:object w:dxaOrig="680" w:dyaOrig="320" w14:anchorId="67F10F84">
          <v:shape id="_x0000_i3000" type="#_x0000_t75" style="width:34.2pt;height:16.2pt" o:ole="">
            <v:imagedata r:id="rId3860" o:title=""/>
          </v:shape>
          <o:OLEObject Type="Embed" ProgID="Equation.DSMT4" ShapeID="_x0000_i3000" DrawAspect="Content" ObjectID="_1699919736" r:id="rId3861"/>
        </w:object>
      </w:r>
      <w:r w:rsidRPr="00AF2998">
        <w:rPr>
          <w:rFonts w:cs="Times New Roman"/>
        </w:rPr>
        <w:t>.</w:t>
      </w:r>
    </w:p>
    <w:p w14:paraId="271F3864" w14:textId="77777777" w:rsidR="00DE7E5C" w:rsidRPr="00AF2998" w:rsidRDefault="00DE7E5C" w:rsidP="00AF2998">
      <w:pPr>
        <w:ind w:left="992"/>
        <w:jc w:val="both"/>
        <w:rPr>
          <w:rFonts w:cs="Times New Roman"/>
        </w:rPr>
      </w:pPr>
      <w:r w:rsidRPr="00AF2998">
        <w:rPr>
          <w:rFonts w:cs="Times New Roman"/>
        </w:rPr>
        <w:t xml:space="preserve">c) Biết thiết diện tạo bởi mặt phẳng </w:t>
      </w:r>
      <w:r w:rsidRPr="00AF2998">
        <w:rPr>
          <w:rFonts w:cs="Times New Roman"/>
          <w:position w:val="-10"/>
        </w:rPr>
        <w:object w:dxaOrig="400" w:dyaOrig="320" w14:anchorId="25ED2EB8">
          <v:shape id="_x0000_i3001" type="#_x0000_t75" style="width:19.8pt;height:16.2pt" o:ole="">
            <v:imagedata r:id="rId3862" o:title=""/>
          </v:shape>
          <o:OLEObject Type="Embed" ProgID="Equation.DSMT4" ShapeID="_x0000_i3001" DrawAspect="Content" ObjectID="_1699919737" r:id="rId3863"/>
        </w:object>
      </w:r>
      <w:r w:rsidRPr="00AF2998">
        <w:rPr>
          <w:rFonts w:cs="Times New Roman"/>
        </w:rPr>
        <w:t xml:space="preserve"> chứa </w:t>
      </w:r>
      <w:r w:rsidRPr="00AF2998">
        <w:rPr>
          <w:rFonts w:cs="Times New Roman"/>
          <w:position w:val="-4"/>
        </w:rPr>
        <w:object w:dxaOrig="480" w:dyaOrig="260" w14:anchorId="172614AD">
          <v:shape id="_x0000_i3002" type="#_x0000_t75" style="width:24pt;height:13.2pt" o:ole="">
            <v:imagedata r:id="rId3864" o:title=""/>
          </v:shape>
          <o:OLEObject Type="Embed" ProgID="Equation.DSMT4" ShapeID="_x0000_i3002" DrawAspect="Content" ObjectID="_1699919738" r:id="rId3865"/>
        </w:object>
      </w:r>
      <w:r w:rsidRPr="00AF2998">
        <w:rPr>
          <w:rFonts w:cs="Times New Roman"/>
        </w:rPr>
        <w:t xml:space="preserve"> và song song với đường thẳng </w:t>
      </w:r>
      <w:r w:rsidRPr="00AF2998">
        <w:rPr>
          <w:rFonts w:cs="Times New Roman"/>
          <w:position w:val="-4"/>
        </w:rPr>
        <w:object w:dxaOrig="400" w:dyaOrig="260" w14:anchorId="2AF3DD6E">
          <v:shape id="_x0000_i3003" type="#_x0000_t75" style="width:19.8pt;height:13.2pt" o:ole="">
            <v:imagedata r:id="rId3866" o:title=""/>
          </v:shape>
          <o:OLEObject Type="Embed" ProgID="Equation.DSMT4" ShapeID="_x0000_i3003" DrawAspect="Content" ObjectID="_1699919739" r:id="rId3867"/>
        </w:object>
      </w:r>
      <w:r w:rsidRPr="00AF2998">
        <w:rPr>
          <w:rFonts w:cs="Times New Roman"/>
        </w:rPr>
        <w:t xml:space="preserve"> và hình chóp là một tứ giác. Tính diện tích của thiết diện khi đáy </w:t>
      </w:r>
      <w:r w:rsidRPr="00AF2998">
        <w:rPr>
          <w:rFonts w:cs="Times New Roman"/>
          <w:position w:val="-6"/>
        </w:rPr>
        <w:object w:dxaOrig="720" w:dyaOrig="279" w14:anchorId="6882A1B8">
          <v:shape id="_x0000_i3004" type="#_x0000_t75" style="width:36pt;height:13.8pt" o:ole="">
            <v:imagedata r:id="rId3868" o:title=""/>
          </v:shape>
          <o:OLEObject Type="Embed" ProgID="Equation.DSMT4" ShapeID="_x0000_i3004" DrawAspect="Content" ObjectID="_1699919740" r:id="rId3869"/>
        </w:object>
      </w:r>
      <w:r w:rsidRPr="00AF2998">
        <w:rPr>
          <w:rFonts w:cs="Times New Roman"/>
        </w:rPr>
        <w:t xml:space="preserve"> là hình vuông cạnh </w:t>
      </w:r>
      <w:r w:rsidRPr="00AF2998">
        <w:rPr>
          <w:rFonts w:cs="Times New Roman"/>
          <w:position w:val="-6"/>
        </w:rPr>
        <w:object w:dxaOrig="200" w:dyaOrig="220" w14:anchorId="76830B19">
          <v:shape id="_x0000_i3005" type="#_x0000_t75" style="width:10.2pt;height:10.8pt" o:ole="">
            <v:imagedata r:id="rId3870" o:title=""/>
          </v:shape>
          <o:OLEObject Type="Embed" ProgID="Equation.DSMT4" ShapeID="_x0000_i3005" DrawAspect="Content" ObjectID="_1699919741" r:id="rId3871"/>
        </w:object>
      </w:r>
      <w:r w:rsidRPr="00AF2998">
        <w:rPr>
          <w:rFonts w:cs="Times New Roman"/>
        </w:rPr>
        <w:t xml:space="preserve">, tam giác </w:t>
      </w:r>
      <w:r w:rsidRPr="00AF2998">
        <w:rPr>
          <w:rFonts w:cs="Times New Roman"/>
          <w:position w:val="-6"/>
        </w:rPr>
        <w:object w:dxaOrig="520" w:dyaOrig="279" w14:anchorId="1C4DB692">
          <v:shape id="_x0000_i3006" type="#_x0000_t75" style="width:25.8pt;height:13.8pt" o:ole="">
            <v:imagedata r:id="rId3872" o:title=""/>
          </v:shape>
          <o:OLEObject Type="Embed" ProgID="Equation.DSMT4" ShapeID="_x0000_i3006" DrawAspect="Content" ObjectID="_1699919742" r:id="rId3873"/>
        </w:object>
      </w:r>
      <w:r w:rsidRPr="00AF2998">
        <w:rPr>
          <w:rFonts w:cs="Times New Roman"/>
        </w:rPr>
        <w:t xml:space="preserve"> đều và hai đường chéo của thiết diện vuông góc với nhau.</w:t>
      </w:r>
    </w:p>
    <w:p w14:paraId="73C32EB0" w14:textId="77777777" w:rsidR="00DE7E5C" w:rsidRPr="00AF2998" w:rsidRDefault="00DE7E5C" w:rsidP="00AF2998">
      <w:pPr>
        <w:ind w:left="992" w:hanging="992"/>
        <w:jc w:val="both"/>
        <w:rPr>
          <w:rFonts w:cs="Times New Roman"/>
        </w:rPr>
      </w:pPr>
      <w:r w:rsidRPr="00AF2998">
        <w:rPr>
          <w:rFonts w:cs="Times New Roman"/>
          <w:b/>
          <w:color w:val="0000FF"/>
        </w:rPr>
        <w:t xml:space="preserve">Bài 2: </w:t>
      </w:r>
      <w:r w:rsidRPr="00AF2998">
        <w:rPr>
          <w:rFonts w:cs="Times New Roman"/>
        </w:rPr>
        <w:t xml:space="preserve">Giải phương trình: </w:t>
      </w:r>
      <w:r w:rsidRPr="00AF2998">
        <w:rPr>
          <w:rFonts w:cs="Times New Roman"/>
          <w:position w:val="-8"/>
        </w:rPr>
        <w:object w:dxaOrig="1660" w:dyaOrig="360" w14:anchorId="6C61B582">
          <v:shape id="_x0000_i3007" type="#_x0000_t75" style="width:82.8pt;height:18pt" o:ole="">
            <v:imagedata r:id="rId3874" o:title=""/>
          </v:shape>
          <o:OLEObject Type="Embed" ProgID="Equation.DSMT4" ShapeID="_x0000_i3007" DrawAspect="Content" ObjectID="_1699919743" r:id="rId3875"/>
        </w:object>
      </w:r>
      <w:r w:rsidRPr="00AF2998">
        <w:rPr>
          <w:rFonts w:cs="Times New Roman"/>
        </w:rPr>
        <w:t>.</w:t>
      </w:r>
    </w:p>
    <w:p w14:paraId="21E31864" w14:textId="77777777" w:rsidR="00DE7E5C" w:rsidRPr="00AF2998" w:rsidRDefault="00DE7E5C" w:rsidP="00AF2998">
      <w:pPr>
        <w:ind w:left="992" w:hanging="992"/>
        <w:jc w:val="both"/>
        <w:rPr>
          <w:rFonts w:cs="Times New Roman"/>
        </w:rPr>
      </w:pPr>
      <w:r w:rsidRPr="00AF2998">
        <w:rPr>
          <w:rFonts w:cs="Times New Roman"/>
          <w:b/>
          <w:color w:val="0000FF"/>
        </w:rPr>
        <w:t xml:space="preserve">Bài 3: </w:t>
      </w:r>
      <w:r w:rsidRPr="00AF2998">
        <w:rPr>
          <w:rFonts w:cs="Times New Roman"/>
        </w:rPr>
        <w:t xml:space="preserve">Cho phương trình </w:t>
      </w:r>
      <w:r w:rsidRPr="00AF2998">
        <w:rPr>
          <w:rFonts w:cs="Times New Roman"/>
          <w:position w:val="-10"/>
        </w:rPr>
        <w:object w:dxaOrig="5040" w:dyaOrig="360" w14:anchorId="7B7D3E73">
          <v:shape id="_x0000_i3008" type="#_x0000_t75" style="width:252pt;height:18pt" o:ole="">
            <v:imagedata r:id="rId3876" o:title=""/>
          </v:shape>
          <o:OLEObject Type="Embed" ProgID="Equation.DSMT4" ShapeID="_x0000_i3008" DrawAspect="Content" ObjectID="_1699919744" r:id="rId3877"/>
        </w:object>
      </w:r>
      <w:r w:rsidRPr="00AF2998">
        <w:rPr>
          <w:rFonts w:cs="Times New Roman"/>
        </w:rPr>
        <w:t xml:space="preserve">. Tìm </w:t>
      </w:r>
      <w:r w:rsidRPr="00AF2998">
        <w:rPr>
          <w:rFonts w:cs="Times New Roman"/>
          <w:position w:val="-6"/>
        </w:rPr>
        <w:object w:dxaOrig="260" w:dyaOrig="220" w14:anchorId="0ED1B64B">
          <v:shape id="_x0000_i3009" type="#_x0000_t75" style="width:13.2pt;height:10.8pt" o:ole="">
            <v:imagedata r:id="rId3878" o:title=""/>
          </v:shape>
          <o:OLEObject Type="Embed" ProgID="Equation.DSMT4" ShapeID="_x0000_i3009" DrawAspect="Content" ObjectID="_1699919745" r:id="rId3879"/>
        </w:object>
      </w:r>
      <w:r w:rsidRPr="00AF2998">
        <w:rPr>
          <w:rFonts w:cs="Times New Roman"/>
        </w:rPr>
        <w:t xml:space="preserve"> để phương tình có ít nhất một nghiệm </w:t>
      </w:r>
      <w:r w:rsidRPr="00AF2998">
        <w:rPr>
          <w:rFonts w:cs="Times New Roman"/>
          <w:position w:val="-28"/>
        </w:rPr>
        <w:object w:dxaOrig="1040" w:dyaOrig="680" w14:anchorId="1E4B201C">
          <v:shape id="_x0000_i3010" type="#_x0000_t75" style="width:52.2pt;height:34.2pt" o:ole="">
            <v:imagedata r:id="rId3880" o:title=""/>
          </v:shape>
          <o:OLEObject Type="Embed" ProgID="Equation.DSMT4" ShapeID="_x0000_i3010" DrawAspect="Content" ObjectID="_1699919746" r:id="rId3881"/>
        </w:object>
      </w:r>
      <w:r w:rsidRPr="00AF2998">
        <w:rPr>
          <w:rFonts w:cs="Times New Roman"/>
        </w:rPr>
        <w:t>.</w:t>
      </w:r>
    </w:p>
    <w:p w14:paraId="202B70F3" w14:textId="77777777" w:rsidR="00DE7E5C" w:rsidRPr="00AF2998" w:rsidRDefault="00DE7E5C" w:rsidP="00AF2998">
      <w:pPr>
        <w:ind w:left="992" w:hanging="992"/>
        <w:jc w:val="center"/>
        <w:rPr>
          <w:rFonts w:cs="Times New Roman"/>
          <w:b/>
          <w:color w:val="010196"/>
        </w:rPr>
      </w:pPr>
      <w:r w:rsidRPr="00AF2998">
        <w:rPr>
          <w:rFonts w:cs="Times New Roman"/>
          <w:b/>
          <w:color w:val="010196"/>
        </w:rPr>
        <w:t>BẢNG ĐÁP ÁN</w:t>
      </w:r>
    </w:p>
    <w:tbl>
      <w:tblPr>
        <w:tblStyle w:val="TableGrid"/>
        <w:tblW w:w="0" w:type="auto"/>
        <w:tblInd w:w="992" w:type="dxa"/>
        <w:tblLook w:val="04A0" w:firstRow="1" w:lastRow="0" w:firstColumn="1" w:lastColumn="0" w:noHBand="0" w:noVBand="1"/>
      </w:tblPr>
      <w:tblGrid>
        <w:gridCol w:w="523"/>
        <w:gridCol w:w="523"/>
        <w:gridCol w:w="524"/>
        <w:gridCol w:w="524"/>
        <w:gridCol w:w="524"/>
        <w:gridCol w:w="524"/>
        <w:gridCol w:w="524"/>
        <w:gridCol w:w="524"/>
        <w:gridCol w:w="524"/>
        <w:gridCol w:w="524"/>
        <w:gridCol w:w="524"/>
        <w:gridCol w:w="524"/>
        <w:gridCol w:w="524"/>
        <w:gridCol w:w="524"/>
        <w:gridCol w:w="524"/>
        <w:gridCol w:w="524"/>
        <w:gridCol w:w="524"/>
        <w:gridCol w:w="524"/>
      </w:tblGrid>
      <w:tr w:rsidR="00DE7E5C" w:rsidRPr="00AF2998" w14:paraId="54B1C0A3" w14:textId="77777777" w:rsidTr="00AF2998">
        <w:tc>
          <w:tcPr>
            <w:tcW w:w="629" w:type="dxa"/>
            <w:shd w:val="clear" w:color="auto" w:fill="FFFF32"/>
          </w:tcPr>
          <w:p w14:paraId="3D98CBBB"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w:t>
            </w:r>
          </w:p>
        </w:tc>
        <w:tc>
          <w:tcPr>
            <w:tcW w:w="629" w:type="dxa"/>
            <w:shd w:val="clear" w:color="auto" w:fill="FFFF32"/>
          </w:tcPr>
          <w:p w14:paraId="29CC9A47"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w:t>
            </w:r>
          </w:p>
        </w:tc>
        <w:tc>
          <w:tcPr>
            <w:tcW w:w="629" w:type="dxa"/>
            <w:shd w:val="clear" w:color="auto" w:fill="FFFF32"/>
          </w:tcPr>
          <w:p w14:paraId="29476B5D"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3</w:t>
            </w:r>
          </w:p>
        </w:tc>
        <w:tc>
          <w:tcPr>
            <w:tcW w:w="629" w:type="dxa"/>
            <w:shd w:val="clear" w:color="auto" w:fill="FFFF32"/>
          </w:tcPr>
          <w:p w14:paraId="33EE92E5"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4</w:t>
            </w:r>
          </w:p>
        </w:tc>
        <w:tc>
          <w:tcPr>
            <w:tcW w:w="629" w:type="dxa"/>
            <w:shd w:val="clear" w:color="auto" w:fill="FFFF32"/>
          </w:tcPr>
          <w:p w14:paraId="6286394D"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5</w:t>
            </w:r>
          </w:p>
        </w:tc>
        <w:tc>
          <w:tcPr>
            <w:tcW w:w="629" w:type="dxa"/>
            <w:shd w:val="clear" w:color="auto" w:fill="FFFF32"/>
          </w:tcPr>
          <w:p w14:paraId="52511E35"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6</w:t>
            </w:r>
          </w:p>
        </w:tc>
        <w:tc>
          <w:tcPr>
            <w:tcW w:w="629" w:type="dxa"/>
            <w:shd w:val="clear" w:color="auto" w:fill="FFFF32"/>
          </w:tcPr>
          <w:p w14:paraId="0D00ABED"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7</w:t>
            </w:r>
          </w:p>
        </w:tc>
        <w:tc>
          <w:tcPr>
            <w:tcW w:w="629" w:type="dxa"/>
            <w:shd w:val="clear" w:color="auto" w:fill="FFFF32"/>
          </w:tcPr>
          <w:p w14:paraId="6DD06050"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8</w:t>
            </w:r>
          </w:p>
        </w:tc>
        <w:tc>
          <w:tcPr>
            <w:tcW w:w="629" w:type="dxa"/>
            <w:shd w:val="clear" w:color="auto" w:fill="FFFF32"/>
          </w:tcPr>
          <w:p w14:paraId="6E0BC642"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9</w:t>
            </w:r>
          </w:p>
        </w:tc>
        <w:tc>
          <w:tcPr>
            <w:tcW w:w="629" w:type="dxa"/>
            <w:shd w:val="clear" w:color="auto" w:fill="FFFF32"/>
          </w:tcPr>
          <w:p w14:paraId="54C1D314"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10</w:t>
            </w:r>
          </w:p>
        </w:tc>
        <w:tc>
          <w:tcPr>
            <w:tcW w:w="629" w:type="dxa"/>
            <w:shd w:val="clear" w:color="auto" w:fill="FFFF32"/>
          </w:tcPr>
          <w:p w14:paraId="2ACB7EE8"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11</w:t>
            </w:r>
          </w:p>
        </w:tc>
        <w:tc>
          <w:tcPr>
            <w:tcW w:w="629" w:type="dxa"/>
            <w:shd w:val="clear" w:color="auto" w:fill="FFFF32"/>
          </w:tcPr>
          <w:p w14:paraId="5BD05F8C"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12</w:t>
            </w:r>
          </w:p>
        </w:tc>
        <w:tc>
          <w:tcPr>
            <w:tcW w:w="629" w:type="dxa"/>
            <w:shd w:val="clear" w:color="auto" w:fill="FFFF32"/>
          </w:tcPr>
          <w:p w14:paraId="63EE72D2"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13</w:t>
            </w:r>
          </w:p>
        </w:tc>
        <w:tc>
          <w:tcPr>
            <w:tcW w:w="629" w:type="dxa"/>
            <w:shd w:val="clear" w:color="auto" w:fill="FFFF32"/>
          </w:tcPr>
          <w:p w14:paraId="4DB7D0E2"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14</w:t>
            </w:r>
          </w:p>
        </w:tc>
        <w:tc>
          <w:tcPr>
            <w:tcW w:w="629" w:type="dxa"/>
            <w:shd w:val="clear" w:color="auto" w:fill="FFFF32"/>
          </w:tcPr>
          <w:p w14:paraId="1FD54BD7"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15</w:t>
            </w:r>
          </w:p>
        </w:tc>
        <w:tc>
          <w:tcPr>
            <w:tcW w:w="629" w:type="dxa"/>
            <w:shd w:val="clear" w:color="auto" w:fill="FFFF32"/>
          </w:tcPr>
          <w:p w14:paraId="54CB337F"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16</w:t>
            </w:r>
          </w:p>
        </w:tc>
        <w:tc>
          <w:tcPr>
            <w:tcW w:w="629" w:type="dxa"/>
            <w:shd w:val="clear" w:color="auto" w:fill="FFFF32"/>
          </w:tcPr>
          <w:p w14:paraId="1283786A"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17</w:t>
            </w:r>
          </w:p>
        </w:tc>
        <w:tc>
          <w:tcPr>
            <w:tcW w:w="629" w:type="dxa"/>
            <w:shd w:val="clear" w:color="auto" w:fill="FFFF32"/>
          </w:tcPr>
          <w:p w14:paraId="58AF35DA"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18</w:t>
            </w:r>
          </w:p>
        </w:tc>
      </w:tr>
      <w:tr w:rsidR="00DE7E5C" w:rsidRPr="00AF2998" w14:paraId="177D2C1A" w14:textId="77777777" w:rsidTr="00AF2998">
        <w:tc>
          <w:tcPr>
            <w:tcW w:w="629" w:type="dxa"/>
            <w:tcBorders>
              <w:bottom w:val="single" w:sz="4" w:space="0" w:color="auto"/>
            </w:tcBorders>
          </w:tcPr>
          <w:p w14:paraId="42382241"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C</w:t>
            </w:r>
          </w:p>
        </w:tc>
        <w:tc>
          <w:tcPr>
            <w:tcW w:w="629" w:type="dxa"/>
            <w:tcBorders>
              <w:bottom w:val="single" w:sz="4" w:space="0" w:color="auto"/>
            </w:tcBorders>
          </w:tcPr>
          <w:p w14:paraId="7E86E6CF"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D</w:t>
            </w:r>
          </w:p>
        </w:tc>
        <w:tc>
          <w:tcPr>
            <w:tcW w:w="629" w:type="dxa"/>
            <w:tcBorders>
              <w:bottom w:val="single" w:sz="4" w:space="0" w:color="auto"/>
            </w:tcBorders>
          </w:tcPr>
          <w:p w14:paraId="1851932E"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B</w:t>
            </w:r>
          </w:p>
        </w:tc>
        <w:tc>
          <w:tcPr>
            <w:tcW w:w="629" w:type="dxa"/>
            <w:tcBorders>
              <w:bottom w:val="single" w:sz="4" w:space="0" w:color="auto"/>
            </w:tcBorders>
          </w:tcPr>
          <w:p w14:paraId="0C88087B"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A</w:t>
            </w:r>
          </w:p>
        </w:tc>
        <w:tc>
          <w:tcPr>
            <w:tcW w:w="629" w:type="dxa"/>
            <w:tcBorders>
              <w:bottom w:val="single" w:sz="4" w:space="0" w:color="auto"/>
            </w:tcBorders>
          </w:tcPr>
          <w:p w14:paraId="59BA1612"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D</w:t>
            </w:r>
          </w:p>
        </w:tc>
        <w:tc>
          <w:tcPr>
            <w:tcW w:w="629" w:type="dxa"/>
            <w:tcBorders>
              <w:bottom w:val="single" w:sz="4" w:space="0" w:color="auto"/>
            </w:tcBorders>
          </w:tcPr>
          <w:p w14:paraId="52EDA401"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B</w:t>
            </w:r>
          </w:p>
        </w:tc>
        <w:tc>
          <w:tcPr>
            <w:tcW w:w="629" w:type="dxa"/>
            <w:tcBorders>
              <w:bottom w:val="single" w:sz="4" w:space="0" w:color="auto"/>
            </w:tcBorders>
          </w:tcPr>
          <w:p w14:paraId="01B990AF"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A</w:t>
            </w:r>
          </w:p>
        </w:tc>
        <w:tc>
          <w:tcPr>
            <w:tcW w:w="629" w:type="dxa"/>
            <w:tcBorders>
              <w:bottom w:val="single" w:sz="4" w:space="0" w:color="auto"/>
            </w:tcBorders>
          </w:tcPr>
          <w:p w14:paraId="46F046A4"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A</w:t>
            </w:r>
          </w:p>
        </w:tc>
        <w:tc>
          <w:tcPr>
            <w:tcW w:w="629" w:type="dxa"/>
            <w:tcBorders>
              <w:bottom w:val="single" w:sz="4" w:space="0" w:color="auto"/>
            </w:tcBorders>
          </w:tcPr>
          <w:p w14:paraId="0AD2DCD9"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D</w:t>
            </w:r>
          </w:p>
        </w:tc>
        <w:tc>
          <w:tcPr>
            <w:tcW w:w="629" w:type="dxa"/>
            <w:tcBorders>
              <w:bottom w:val="single" w:sz="4" w:space="0" w:color="auto"/>
            </w:tcBorders>
          </w:tcPr>
          <w:p w14:paraId="566F1E16"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B</w:t>
            </w:r>
          </w:p>
        </w:tc>
        <w:tc>
          <w:tcPr>
            <w:tcW w:w="629" w:type="dxa"/>
            <w:tcBorders>
              <w:bottom w:val="single" w:sz="4" w:space="0" w:color="auto"/>
            </w:tcBorders>
          </w:tcPr>
          <w:p w14:paraId="7FE2271A"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D</w:t>
            </w:r>
          </w:p>
        </w:tc>
        <w:tc>
          <w:tcPr>
            <w:tcW w:w="629" w:type="dxa"/>
            <w:tcBorders>
              <w:bottom w:val="single" w:sz="4" w:space="0" w:color="auto"/>
            </w:tcBorders>
          </w:tcPr>
          <w:p w14:paraId="22030CFA"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D</w:t>
            </w:r>
          </w:p>
        </w:tc>
        <w:tc>
          <w:tcPr>
            <w:tcW w:w="629" w:type="dxa"/>
            <w:tcBorders>
              <w:bottom w:val="single" w:sz="4" w:space="0" w:color="auto"/>
            </w:tcBorders>
          </w:tcPr>
          <w:p w14:paraId="6A15A876"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C</w:t>
            </w:r>
          </w:p>
        </w:tc>
        <w:tc>
          <w:tcPr>
            <w:tcW w:w="629" w:type="dxa"/>
            <w:tcBorders>
              <w:bottom w:val="single" w:sz="4" w:space="0" w:color="auto"/>
            </w:tcBorders>
          </w:tcPr>
          <w:p w14:paraId="5BECA84F"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A</w:t>
            </w:r>
          </w:p>
        </w:tc>
        <w:tc>
          <w:tcPr>
            <w:tcW w:w="629" w:type="dxa"/>
            <w:tcBorders>
              <w:bottom w:val="single" w:sz="4" w:space="0" w:color="auto"/>
            </w:tcBorders>
          </w:tcPr>
          <w:p w14:paraId="2101B8B1"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C</w:t>
            </w:r>
          </w:p>
        </w:tc>
        <w:tc>
          <w:tcPr>
            <w:tcW w:w="629" w:type="dxa"/>
            <w:tcBorders>
              <w:bottom w:val="single" w:sz="4" w:space="0" w:color="auto"/>
            </w:tcBorders>
          </w:tcPr>
          <w:p w14:paraId="5A17178B"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A</w:t>
            </w:r>
          </w:p>
        </w:tc>
        <w:tc>
          <w:tcPr>
            <w:tcW w:w="629" w:type="dxa"/>
            <w:tcBorders>
              <w:bottom w:val="single" w:sz="4" w:space="0" w:color="auto"/>
            </w:tcBorders>
          </w:tcPr>
          <w:p w14:paraId="42EF2702"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B</w:t>
            </w:r>
          </w:p>
        </w:tc>
        <w:tc>
          <w:tcPr>
            <w:tcW w:w="629" w:type="dxa"/>
            <w:tcBorders>
              <w:bottom w:val="single" w:sz="4" w:space="0" w:color="auto"/>
            </w:tcBorders>
          </w:tcPr>
          <w:p w14:paraId="6BB846B3"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A</w:t>
            </w:r>
          </w:p>
        </w:tc>
      </w:tr>
      <w:tr w:rsidR="00DE7E5C" w:rsidRPr="00AF2998" w14:paraId="744C4806" w14:textId="77777777" w:rsidTr="00AF2998">
        <w:tc>
          <w:tcPr>
            <w:tcW w:w="629" w:type="dxa"/>
            <w:shd w:val="clear" w:color="auto" w:fill="FFFF32"/>
          </w:tcPr>
          <w:p w14:paraId="3811AAA7"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19</w:t>
            </w:r>
          </w:p>
        </w:tc>
        <w:tc>
          <w:tcPr>
            <w:tcW w:w="629" w:type="dxa"/>
            <w:shd w:val="clear" w:color="auto" w:fill="FFFF32"/>
          </w:tcPr>
          <w:p w14:paraId="18CC8DE8"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20</w:t>
            </w:r>
          </w:p>
        </w:tc>
        <w:tc>
          <w:tcPr>
            <w:tcW w:w="629" w:type="dxa"/>
            <w:shd w:val="clear" w:color="auto" w:fill="FFFF32"/>
          </w:tcPr>
          <w:p w14:paraId="7A6CAA76"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21</w:t>
            </w:r>
          </w:p>
        </w:tc>
        <w:tc>
          <w:tcPr>
            <w:tcW w:w="629" w:type="dxa"/>
            <w:shd w:val="clear" w:color="auto" w:fill="FFFF32"/>
          </w:tcPr>
          <w:p w14:paraId="35D45F03"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22</w:t>
            </w:r>
          </w:p>
        </w:tc>
        <w:tc>
          <w:tcPr>
            <w:tcW w:w="629" w:type="dxa"/>
            <w:shd w:val="clear" w:color="auto" w:fill="FFFF32"/>
          </w:tcPr>
          <w:p w14:paraId="2F4DD088"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23</w:t>
            </w:r>
          </w:p>
        </w:tc>
        <w:tc>
          <w:tcPr>
            <w:tcW w:w="629" w:type="dxa"/>
            <w:shd w:val="clear" w:color="auto" w:fill="FFFF32"/>
          </w:tcPr>
          <w:p w14:paraId="5745AE19"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24</w:t>
            </w:r>
          </w:p>
        </w:tc>
        <w:tc>
          <w:tcPr>
            <w:tcW w:w="629" w:type="dxa"/>
            <w:shd w:val="clear" w:color="auto" w:fill="FFFF32"/>
          </w:tcPr>
          <w:p w14:paraId="2734D3DE"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25</w:t>
            </w:r>
          </w:p>
        </w:tc>
        <w:tc>
          <w:tcPr>
            <w:tcW w:w="629" w:type="dxa"/>
            <w:shd w:val="clear" w:color="auto" w:fill="FFFF32"/>
          </w:tcPr>
          <w:p w14:paraId="30B0BCDF"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26</w:t>
            </w:r>
          </w:p>
        </w:tc>
        <w:tc>
          <w:tcPr>
            <w:tcW w:w="629" w:type="dxa"/>
            <w:shd w:val="clear" w:color="auto" w:fill="FFFF32"/>
          </w:tcPr>
          <w:p w14:paraId="074A8CF5"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27</w:t>
            </w:r>
          </w:p>
        </w:tc>
        <w:tc>
          <w:tcPr>
            <w:tcW w:w="629" w:type="dxa"/>
            <w:shd w:val="clear" w:color="auto" w:fill="FFFF32"/>
          </w:tcPr>
          <w:p w14:paraId="520E5397"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28</w:t>
            </w:r>
          </w:p>
        </w:tc>
        <w:tc>
          <w:tcPr>
            <w:tcW w:w="629" w:type="dxa"/>
            <w:shd w:val="clear" w:color="auto" w:fill="FFFF32"/>
          </w:tcPr>
          <w:p w14:paraId="0AA9B7BA"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29</w:t>
            </w:r>
          </w:p>
        </w:tc>
        <w:tc>
          <w:tcPr>
            <w:tcW w:w="629" w:type="dxa"/>
            <w:shd w:val="clear" w:color="auto" w:fill="FFFF32"/>
          </w:tcPr>
          <w:p w14:paraId="2BFA1551"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30</w:t>
            </w:r>
          </w:p>
        </w:tc>
        <w:tc>
          <w:tcPr>
            <w:tcW w:w="629" w:type="dxa"/>
            <w:shd w:val="clear" w:color="auto" w:fill="FFFF32"/>
          </w:tcPr>
          <w:p w14:paraId="3410877D"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31</w:t>
            </w:r>
          </w:p>
        </w:tc>
        <w:tc>
          <w:tcPr>
            <w:tcW w:w="629" w:type="dxa"/>
            <w:shd w:val="clear" w:color="auto" w:fill="FFFF32"/>
          </w:tcPr>
          <w:p w14:paraId="792A8FB0"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32</w:t>
            </w:r>
          </w:p>
        </w:tc>
        <w:tc>
          <w:tcPr>
            <w:tcW w:w="629" w:type="dxa"/>
            <w:shd w:val="clear" w:color="auto" w:fill="FFFF32"/>
          </w:tcPr>
          <w:p w14:paraId="70D74580"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33</w:t>
            </w:r>
          </w:p>
        </w:tc>
        <w:tc>
          <w:tcPr>
            <w:tcW w:w="629" w:type="dxa"/>
            <w:shd w:val="clear" w:color="auto" w:fill="FFFF32"/>
          </w:tcPr>
          <w:p w14:paraId="0D92355E"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34</w:t>
            </w:r>
          </w:p>
        </w:tc>
        <w:tc>
          <w:tcPr>
            <w:tcW w:w="629" w:type="dxa"/>
            <w:shd w:val="clear" w:color="auto" w:fill="FFFF32"/>
          </w:tcPr>
          <w:p w14:paraId="3D15FFFC"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35</w:t>
            </w:r>
          </w:p>
        </w:tc>
        <w:tc>
          <w:tcPr>
            <w:tcW w:w="629" w:type="dxa"/>
            <w:shd w:val="clear" w:color="auto" w:fill="FFFF32"/>
          </w:tcPr>
          <w:p w14:paraId="100A402A" w14:textId="77777777" w:rsidR="00DE7E5C" w:rsidRPr="00AF2998" w:rsidRDefault="00DE7E5C" w:rsidP="00AF2998">
            <w:pPr>
              <w:spacing w:line="276" w:lineRule="auto"/>
              <w:jc w:val="center"/>
              <w:rPr>
                <w:rFonts w:cs="Times New Roman"/>
                <w:b/>
                <w:color w:val="008000"/>
              </w:rPr>
            </w:pPr>
            <w:r w:rsidRPr="00AF2998">
              <w:rPr>
                <w:rFonts w:cs="Times New Roman"/>
                <w:b/>
                <w:color w:val="008000"/>
              </w:rPr>
              <w:t>36</w:t>
            </w:r>
          </w:p>
        </w:tc>
      </w:tr>
      <w:tr w:rsidR="00DE7E5C" w:rsidRPr="00AF2998" w14:paraId="0F989759" w14:textId="77777777" w:rsidTr="00AF2998">
        <w:tc>
          <w:tcPr>
            <w:tcW w:w="629" w:type="dxa"/>
          </w:tcPr>
          <w:p w14:paraId="2D73F3EF"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B</w:t>
            </w:r>
          </w:p>
        </w:tc>
        <w:tc>
          <w:tcPr>
            <w:tcW w:w="629" w:type="dxa"/>
          </w:tcPr>
          <w:p w14:paraId="5461E513"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D</w:t>
            </w:r>
          </w:p>
        </w:tc>
        <w:tc>
          <w:tcPr>
            <w:tcW w:w="629" w:type="dxa"/>
          </w:tcPr>
          <w:p w14:paraId="4A9DEE28"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B</w:t>
            </w:r>
          </w:p>
        </w:tc>
        <w:tc>
          <w:tcPr>
            <w:tcW w:w="629" w:type="dxa"/>
          </w:tcPr>
          <w:p w14:paraId="27C64FB9"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A</w:t>
            </w:r>
          </w:p>
        </w:tc>
        <w:tc>
          <w:tcPr>
            <w:tcW w:w="629" w:type="dxa"/>
          </w:tcPr>
          <w:p w14:paraId="7DED21DA"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A</w:t>
            </w:r>
          </w:p>
        </w:tc>
        <w:tc>
          <w:tcPr>
            <w:tcW w:w="629" w:type="dxa"/>
          </w:tcPr>
          <w:p w14:paraId="0D38AA80"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B</w:t>
            </w:r>
          </w:p>
        </w:tc>
        <w:tc>
          <w:tcPr>
            <w:tcW w:w="629" w:type="dxa"/>
          </w:tcPr>
          <w:p w14:paraId="51F19F2E"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C</w:t>
            </w:r>
          </w:p>
        </w:tc>
        <w:tc>
          <w:tcPr>
            <w:tcW w:w="629" w:type="dxa"/>
          </w:tcPr>
          <w:p w14:paraId="3D7487C5"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B</w:t>
            </w:r>
          </w:p>
        </w:tc>
        <w:tc>
          <w:tcPr>
            <w:tcW w:w="629" w:type="dxa"/>
          </w:tcPr>
          <w:p w14:paraId="3A896529"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D</w:t>
            </w:r>
          </w:p>
        </w:tc>
        <w:tc>
          <w:tcPr>
            <w:tcW w:w="629" w:type="dxa"/>
          </w:tcPr>
          <w:p w14:paraId="43FAB282"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C</w:t>
            </w:r>
          </w:p>
        </w:tc>
        <w:tc>
          <w:tcPr>
            <w:tcW w:w="629" w:type="dxa"/>
          </w:tcPr>
          <w:p w14:paraId="039EEC30"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D</w:t>
            </w:r>
          </w:p>
        </w:tc>
        <w:tc>
          <w:tcPr>
            <w:tcW w:w="629" w:type="dxa"/>
          </w:tcPr>
          <w:p w14:paraId="02D7A171"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B</w:t>
            </w:r>
          </w:p>
        </w:tc>
        <w:tc>
          <w:tcPr>
            <w:tcW w:w="629" w:type="dxa"/>
          </w:tcPr>
          <w:p w14:paraId="255921C7"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C</w:t>
            </w:r>
          </w:p>
        </w:tc>
        <w:tc>
          <w:tcPr>
            <w:tcW w:w="629" w:type="dxa"/>
          </w:tcPr>
          <w:p w14:paraId="67718BD6"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C</w:t>
            </w:r>
          </w:p>
        </w:tc>
        <w:tc>
          <w:tcPr>
            <w:tcW w:w="629" w:type="dxa"/>
          </w:tcPr>
          <w:p w14:paraId="0A0E7899"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D</w:t>
            </w:r>
          </w:p>
        </w:tc>
        <w:tc>
          <w:tcPr>
            <w:tcW w:w="629" w:type="dxa"/>
          </w:tcPr>
          <w:p w14:paraId="68352F9D"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C</w:t>
            </w:r>
          </w:p>
        </w:tc>
        <w:tc>
          <w:tcPr>
            <w:tcW w:w="629" w:type="dxa"/>
          </w:tcPr>
          <w:p w14:paraId="5B70966A" w14:textId="77777777" w:rsidR="00DE7E5C" w:rsidRPr="00AF2998" w:rsidRDefault="00DE7E5C" w:rsidP="00AF2998">
            <w:pPr>
              <w:spacing w:line="276" w:lineRule="auto"/>
              <w:jc w:val="center"/>
              <w:rPr>
                <w:rFonts w:cs="Times New Roman"/>
                <w:b/>
                <w:color w:val="0000FF"/>
              </w:rPr>
            </w:pPr>
            <w:r w:rsidRPr="00AF2998">
              <w:rPr>
                <w:rFonts w:cs="Times New Roman"/>
                <w:b/>
                <w:color w:val="0000FF"/>
              </w:rPr>
              <w:t>A</w:t>
            </w:r>
          </w:p>
        </w:tc>
        <w:tc>
          <w:tcPr>
            <w:tcW w:w="629" w:type="dxa"/>
          </w:tcPr>
          <w:p w14:paraId="09474E6E" w14:textId="77777777" w:rsidR="00DE7E5C" w:rsidRPr="00AF2998" w:rsidRDefault="00DE7E5C" w:rsidP="00AF2998">
            <w:pPr>
              <w:spacing w:line="276" w:lineRule="auto"/>
              <w:jc w:val="center"/>
              <w:rPr>
                <w:rFonts w:cs="Times New Roman"/>
                <w:b/>
                <w:color w:val="0000FF"/>
              </w:rPr>
            </w:pPr>
          </w:p>
        </w:tc>
      </w:tr>
    </w:tbl>
    <w:p w14:paraId="6BF2EC73" w14:textId="77777777" w:rsidR="00DE7E5C" w:rsidRPr="00AF2998" w:rsidRDefault="00DE7E5C" w:rsidP="00AF2998">
      <w:pPr>
        <w:ind w:left="992" w:hanging="992"/>
        <w:jc w:val="center"/>
        <w:rPr>
          <w:rFonts w:cs="Times New Roman"/>
          <w:b/>
          <w:color w:val="010196"/>
        </w:rPr>
      </w:pPr>
    </w:p>
    <w:p w14:paraId="51F3BDC0" w14:textId="77777777" w:rsidR="00DE7E5C" w:rsidRPr="00A626E1" w:rsidRDefault="00DE7E5C" w:rsidP="00A626E1">
      <w:pPr>
        <w:ind w:left="992"/>
        <w:jc w:val="center"/>
        <w:rPr>
          <w:rFonts w:cs="Times New Roman"/>
          <w:b/>
        </w:rPr>
      </w:pPr>
      <w:r w:rsidRPr="00A626E1">
        <w:rPr>
          <w:rFonts w:cs="Times New Roman"/>
          <w:b/>
        </w:rPr>
        <w:t>ĐỀ 10-11</w:t>
      </w:r>
    </w:p>
    <w:p w14:paraId="0EC35E52" w14:textId="77777777" w:rsidR="00DE7E5C" w:rsidRPr="00A626E1" w:rsidRDefault="00DE7E5C" w:rsidP="00A626E1">
      <w:pPr>
        <w:ind w:left="992"/>
        <w:rPr>
          <w:rFonts w:cs="Times New Roman"/>
        </w:rPr>
      </w:pPr>
      <w:r w:rsidRPr="00A626E1">
        <w:rPr>
          <w:rFonts w:cs="Times New Roman"/>
          <w:b/>
        </w:rPr>
        <w:t>Phần I: Trắc nghiệm</w:t>
      </w:r>
    </w:p>
    <w:p w14:paraId="78063505"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w:t>
      </w:r>
      <w:r w:rsidRPr="00A626E1">
        <w:rPr>
          <w:rFonts w:cs="Times New Roman"/>
          <w:b/>
          <w:color w:val="0000FF"/>
        </w:rPr>
        <w:tab/>
      </w:r>
      <w:r w:rsidRPr="00A626E1">
        <w:rPr>
          <w:rFonts w:cs="Times New Roman"/>
        </w:rPr>
        <w:t xml:space="preserve">Tập xác định của hàm số </w:t>
      </w:r>
      <w:r w:rsidRPr="00A626E1">
        <w:rPr>
          <w:position w:val="-10"/>
        </w:rPr>
        <w:object w:dxaOrig="900" w:dyaOrig="300" w14:anchorId="7961B1D2">
          <v:shape id="_x0000_i3011" type="#_x0000_t75" style="width:45pt;height:15pt" o:ole="">
            <v:imagedata r:id="rId3882" o:title=""/>
          </v:shape>
          <o:OLEObject Type="Embed" ProgID="Equation.DSMT4" ShapeID="_x0000_i3011" DrawAspect="Content" ObjectID="_1699919747" r:id="rId3883"/>
        </w:object>
      </w:r>
      <w:r w:rsidRPr="00A626E1">
        <w:rPr>
          <w:rFonts w:cs="Times New Roman"/>
        </w:rPr>
        <w:t xml:space="preserve"> là</w:t>
      </w:r>
    </w:p>
    <w:p w14:paraId="212CFABA"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4"/>
        </w:rPr>
        <w:object w:dxaOrig="260" w:dyaOrig="260" w14:anchorId="33EFB9E1">
          <v:shape id="_x0000_i3012" type="#_x0000_t75" style="width:13.2pt;height:13.2pt" o:ole="">
            <v:imagedata r:id="rId3884" o:title=""/>
          </v:shape>
          <o:OLEObject Type="Embed" ProgID="Equation.DSMT4" ShapeID="_x0000_i3012" DrawAspect="Content" ObjectID="_1699919748" r:id="rId3885"/>
        </w:object>
      </w:r>
      <w:r w:rsidRPr="00A626E1">
        <w:rPr>
          <w:rFonts w:cs="Times New Roman"/>
        </w:rPr>
        <w:t>.</w:t>
      </w:r>
      <w:r w:rsidRPr="00A626E1">
        <w:rPr>
          <w:rFonts w:cs="Times New Roman"/>
        </w:rPr>
        <w:tab/>
      </w:r>
      <w:r>
        <w:rPr>
          <w:rFonts w:cs="Times New Roman"/>
        </w:rPr>
        <w:tab/>
      </w:r>
      <w:r w:rsidRPr="00A626E1">
        <w:rPr>
          <w:rFonts w:cs="Times New Roman"/>
          <w:b/>
          <w:color w:val="0000FF"/>
        </w:rPr>
        <w:t xml:space="preserve">B. </w:t>
      </w:r>
      <w:r w:rsidRPr="00A626E1">
        <w:rPr>
          <w:rFonts w:cs="Times New Roman"/>
          <w:position w:val="-28"/>
        </w:rPr>
        <w:object w:dxaOrig="1939" w:dyaOrig="680" w14:anchorId="0EBAB87E">
          <v:shape id="_x0000_i3013" type="#_x0000_t75" style="width:97.2pt;height:34.2pt" o:ole="">
            <v:imagedata r:id="rId3886" o:title=""/>
          </v:shape>
          <o:OLEObject Type="Embed" ProgID="Equation.DSMT4" ShapeID="_x0000_i3013" DrawAspect="Content" ObjectID="_1699919749" r:id="rId3887"/>
        </w:object>
      </w:r>
      <w:r w:rsidRPr="00A626E1">
        <w:rPr>
          <w:rFonts w:cs="Times New Roman"/>
        </w:rPr>
        <w:t>.</w:t>
      </w:r>
    </w:p>
    <w:p w14:paraId="559B796D"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C. </w:t>
      </w:r>
      <w:r w:rsidRPr="00A626E1">
        <w:rPr>
          <w:rFonts w:cs="Times New Roman"/>
          <w:position w:val="-10"/>
        </w:rPr>
        <w:object w:dxaOrig="1600" w:dyaOrig="320" w14:anchorId="2C4485C1">
          <v:shape id="_x0000_i3014" type="#_x0000_t75" style="width:79.8pt;height:16.2pt" o:ole="">
            <v:imagedata r:id="rId3888" o:title=""/>
          </v:shape>
          <o:OLEObject Type="Embed" ProgID="Equation.DSMT4" ShapeID="_x0000_i3014" DrawAspect="Content" ObjectID="_1699919750" r:id="rId3889"/>
        </w:object>
      </w:r>
      <w:r w:rsidRPr="00A626E1">
        <w:rPr>
          <w:rFonts w:cs="Times New Roman"/>
        </w:rPr>
        <w:t>.</w:t>
      </w:r>
      <w:r w:rsidRPr="00A626E1">
        <w:rPr>
          <w:rFonts w:cs="Times New Roman"/>
        </w:rPr>
        <w:tab/>
      </w:r>
      <w:r>
        <w:rPr>
          <w:rFonts w:cs="Times New Roman"/>
        </w:rPr>
        <w:tab/>
      </w:r>
      <w:r w:rsidRPr="00A626E1">
        <w:rPr>
          <w:rFonts w:cs="Times New Roman"/>
          <w:b/>
          <w:color w:val="0000FF"/>
        </w:rPr>
        <w:t xml:space="preserve">D. </w:t>
      </w:r>
      <w:r w:rsidRPr="00A626E1">
        <w:rPr>
          <w:rFonts w:cs="Times New Roman"/>
          <w:position w:val="-10"/>
        </w:rPr>
        <w:object w:dxaOrig="1460" w:dyaOrig="320" w14:anchorId="5BCBF7A2">
          <v:shape id="_x0000_i3015" type="#_x0000_t75" style="width:73.2pt;height:16.2pt" o:ole="">
            <v:imagedata r:id="rId3890" o:title=""/>
          </v:shape>
          <o:OLEObject Type="Embed" ProgID="Equation.DSMT4" ShapeID="_x0000_i3015" DrawAspect="Content" ObjectID="_1699919751" r:id="rId3891"/>
        </w:object>
      </w:r>
      <w:r w:rsidRPr="00A626E1">
        <w:rPr>
          <w:rFonts w:cs="Times New Roman"/>
        </w:rPr>
        <w:t>.</w:t>
      </w:r>
    </w:p>
    <w:p w14:paraId="488E2BDB"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w:t>
      </w:r>
      <w:r w:rsidRPr="00A626E1">
        <w:rPr>
          <w:rFonts w:cs="Times New Roman"/>
          <w:b/>
          <w:color w:val="0000FF"/>
        </w:rPr>
        <w:tab/>
      </w:r>
      <w:r w:rsidRPr="00A626E1">
        <w:rPr>
          <w:rFonts w:cs="Times New Roman"/>
        </w:rPr>
        <w:t xml:space="preserve">Xét hàm số </w:t>
      </w:r>
      <w:r w:rsidRPr="00A626E1">
        <w:rPr>
          <w:position w:val="-10"/>
        </w:rPr>
        <w:object w:dxaOrig="900" w:dyaOrig="320" w14:anchorId="3AE7D65F">
          <v:shape id="_x0000_i3016" type="#_x0000_t75" style="width:45pt;height:16.2pt" o:ole="">
            <v:imagedata r:id="rId3892" o:title=""/>
          </v:shape>
          <o:OLEObject Type="Embed" ProgID="Equation.DSMT4" ShapeID="_x0000_i3016" DrawAspect="Content" ObjectID="_1699919752" r:id="rId3893"/>
        </w:object>
      </w:r>
      <w:r w:rsidRPr="00A626E1">
        <w:rPr>
          <w:rFonts w:cs="Times New Roman"/>
        </w:rPr>
        <w:t xml:space="preserve"> trên đoạn </w:t>
      </w:r>
      <w:r w:rsidRPr="00A626E1">
        <w:rPr>
          <w:position w:val="-10"/>
        </w:rPr>
        <w:object w:dxaOrig="700" w:dyaOrig="320" w14:anchorId="6B17D027">
          <v:shape id="_x0000_i3017" type="#_x0000_t75" style="width:34.8pt;height:16.2pt" o:ole="">
            <v:imagedata r:id="rId3894" o:title=""/>
          </v:shape>
          <o:OLEObject Type="Embed" ProgID="Equation.DSMT4" ShapeID="_x0000_i3017" DrawAspect="Content" ObjectID="_1699919753" r:id="rId3895"/>
        </w:object>
      </w:r>
      <w:r w:rsidRPr="00A626E1">
        <w:rPr>
          <w:rFonts w:cs="Times New Roman"/>
        </w:rPr>
        <w:t>. Khẳng định nào sau đây là đúng?</w:t>
      </w:r>
    </w:p>
    <w:p w14:paraId="1135418F"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 xml:space="preserve">Hàm số đồng biến trên các khoảng </w:t>
      </w:r>
      <w:r w:rsidRPr="00A626E1">
        <w:rPr>
          <w:rFonts w:cs="Times New Roman"/>
          <w:position w:val="-28"/>
        </w:rPr>
        <w:object w:dxaOrig="1040" w:dyaOrig="680" w14:anchorId="0B99599D">
          <v:shape id="_x0000_i3018" type="#_x0000_t75" style="width:52.2pt;height:34.2pt" o:ole="">
            <v:imagedata r:id="rId3896" o:title=""/>
          </v:shape>
          <o:OLEObject Type="Embed" ProgID="Equation.DSMT4" ShapeID="_x0000_i3018" DrawAspect="Content" ObjectID="_1699919754" r:id="rId3897"/>
        </w:object>
      </w:r>
      <w:r w:rsidRPr="00A626E1">
        <w:rPr>
          <w:rFonts w:cs="Times New Roman"/>
        </w:rPr>
        <w:t xml:space="preserve"> và </w:t>
      </w:r>
      <w:r w:rsidRPr="00A626E1">
        <w:rPr>
          <w:rFonts w:cs="Times New Roman"/>
          <w:position w:val="-28"/>
        </w:rPr>
        <w:object w:dxaOrig="900" w:dyaOrig="680" w14:anchorId="150F8FD0">
          <v:shape id="_x0000_i3019" type="#_x0000_t75" style="width:45pt;height:34.2pt" o:ole="">
            <v:imagedata r:id="rId3898" o:title=""/>
          </v:shape>
          <o:OLEObject Type="Embed" ProgID="Equation.DSMT4" ShapeID="_x0000_i3019" DrawAspect="Content" ObjectID="_1699919755" r:id="rId3899"/>
        </w:object>
      </w:r>
      <w:r w:rsidRPr="00A626E1">
        <w:rPr>
          <w:rFonts w:cs="Times New Roman"/>
        </w:rPr>
        <w:t>.</w:t>
      </w:r>
    </w:p>
    <w:p w14:paraId="4320CBFD"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B. </w:t>
      </w:r>
      <w:r w:rsidRPr="00A626E1">
        <w:rPr>
          <w:rFonts w:cs="Times New Roman"/>
        </w:rPr>
        <w:t xml:space="preserve">Hàm số đã cho đồng biến trên khoảng </w:t>
      </w:r>
      <w:r w:rsidRPr="00A626E1">
        <w:rPr>
          <w:rFonts w:cs="Times New Roman"/>
          <w:position w:val="-28"/>
        </w:rPr>
        <w:object w:dxaOrig="1040" w:dyaOrig="680" w14:anchorId="110CE5BF">
          <v:shape id="_x0000_i3020" type="#_x0000_t75" style="width:52.2pt;height:34.2pt" o:ole="">
            <v:imagedata r:id="rId3900" o:title=""/>
          </v:shape>
          <o:OLEObject Type="Embed" ProgID="Equation.DSMT4" ShapeID="_x0000_i3020" DrawAspect="Content" ObjectID="_1699919756" r:id="rId3901"/>
        </w:object>
      </w:r>
      <w:r w:rsidRPr="00A626E1">
        <w:rPr>
          <w:rFonts w:cs="Times New Roman"/>
        </w:rPr>
        <w:t xml:space="preserve">; nghịch biến trên khoảng </w:t>
      </w:r>
      <w:r w:rsidRPr="00A626E1">
        <w:rPr>
          <w:rFonts w:cs="Times New Roman"/>
          <w:position w:val="-28"/>
        </w:rPr>
        <w:object w:dxaOrig="900" w:dyaOrig="680" w14:anchorId="36D6994B">
          <v:shape id="_x0000_i3021" type="#_x0000_t75" style="width:45pt;height:34.2pt" o:ole="">
            <v:imagedata r:id="rId3902" o:title=""/>
          </v:shape>
          <o:OLEObject Type="Embed" ProgID="Equation.DSMT4" ShapeID="_x0000_i3021" DrawAspect="Content" ObjectID="_1699919757" r:id="rId3903"/>
        </w:object>
      </w:r>
      <w:r w:rsidRPr="00A626E1">
        <w:rPr>
          <w:rFonts w:cs="Times New Roman"/>
        </w:rPr>
        <w:t>.</w:t>
      </w:r>
    </w:p>
    <w:p w14:paraId="5C3E75DC"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C. </w:t>
      </w:r>
      <w:r w:rsidRPr="00A626E1">
        <w:rPr>
          <w:rFonts w:cs="Times New Roman"/>
        </w:rPr>
        <w:t xml:space="preserve">Hàm số đã cho nghịch biến trên khoảng </w:t>
      </w:r>
      <w:r w:rsidRPr="00A626E1">
        <w:rPr>
          <w:rFonts w:cs="Times New Roman"/>
          <w:position w:val="-28"/>
        </w:rPr>
        <w:object w:dxaOrig="1040" w:dyaOrig="680" w14:anchorId="61C3A1F8">
          <v:shape id="_x0000_i3022" type="#_x0000_t75" style="width:52.2pt;height:34.2pt" o:ole="">
            <v:imagedata r:id="rId3904" o:title=""/>
          </v:shape>
          <o:OLEObject Type="Embed" ProgID="Equation.DSMT4" ShapeID="_x0000_i3022" DrawAspect="Content" ObjectID="_1699919758" r:id="rId3905"/>
        </w:object>
      </w:r>
      <w:r w:rsidRPr="00A626E1">
        <w:rPr>
          <w:rFonts w:cs="Times New Roman"/>
        </w:rPr>
        <w:t xml:space="preserve">; đồng biến trên khoảng </w:t>
      </w:r>
      <w:r w:rsidRPr="00A626E1">
        <w:rPr>
          <w:rFonts w:cs="Times New Roman"/>
          <w:position w:val="-28"/>
        </w:rPr>
        <w:object w:dxaOrig="900" w:dyaOrig="680" w14:anchorId="29298B20">
          <v:shape id="_x0000_i3023" type="#_x0000_t75" style="width:45pt;height:34.2pt" o:ole="">
            <v:imagedata r:id="rId3906" o:title=""/>
          </v:shape>
          <o:OLEObject Type="Embed" ProgID="Equation.DSMT4" ShapeID="_x0000_i3023" DrawAspect="Content" ObjectID="_1699919759" r:id="rId3907"/>
        </w:object>
      </w:r>
      <w:r w:rsidRPr="00A626E1">
        <w:rPr>
          <w:rFonts w:cs="Times New Roman"/>
        </w:rPr>
        <w:t>.</w:t>
      </w:r>
    </w:p>
    <w:p w14:paraId="633C67AA"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D. </w:t>
      </w:r>
      <w:r w:rsidRPr="00A626E1">
        <w:rPr>
          <w:rFonts w:cs="Times New Roman"/>
        </w:rPr>
        <w:t xml:space="preserve">Hàm số nghịch biến trên các khoảng </w:t>
      </w:r>
      <w:r w:rsidRPr="00A626E1">
        <w:rPr>
          <w:rFonts w:cs="Times New Roman"/>
          <w:position w:val="-28"/>
        </w:rPr>
        <w:object w:dxaOrig="1040" w:dyaOrig="680" w14:anchorId="39CB10E9">
          <v:shape id="_x0000_i3024" type="#_x0000_t75" style="width:52.2pt;height:34.2pt" o:ole="">
            <v:imagedata r:id="rId3908" o:title=""/>
          </v:shape>
          <o:OLEObject Type="Embed" ProgID="Equation.DSMT4" ShapeID="_x0000_i3024" DrawAspect="Content" ObjectID="_1699919760" r:id="rId3909"/>
        </w:object>
      </w:r>
      <w:r w:rsidRPr="00A626E1">
        <w:rPr>
          <w:rFonts w:cs="Times New Roman"/>
        </w:rPr>
        <w:t xml:space="preserve"> và </w:t>
      </w:r>
      <w:r w:rsidRPr="00A626E1">
        <w:rPr>
          <w:rFonts w:cs="Times New Roman"/>
          <w:position w:val="-28"/>
        </w:rPr>
        <w:object w:dxaOrig="900" w:dyaOrig="680" w14:anchorId="3E547CA8">
          <v:shape id="_x0000_i3025" type="#_x0000_t75" style="width:45pt;height:34.2pt" o:ole="">
            <v:imagedata r:id="rId3910" o:title=""/>
          </v:shape>
          <o:OLEObject Type="Embed" ProgID="Equation.DSMT4" ShapeID="_x0000_i3025" DrawAspect="Content" ObjectID="_1699919761" r:id="rId3911"/>
        </w:object>
      </w:r>
      <w:r w:rsidRPr="00A626E1">
        <w:rPr>
          <w:rFonts w:cs="Times New Roman"/>
        </w:rPr>
        <w:t>.</w:t>
      </w:r>
    </w:p>
    <w:p w14:paraId="1F61D06F"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3:</w:t>
      </w:r>
      <w:r w:rsidRPr="00A626E1">
        <w:rPr>
          <w:rFonts w:cs="Times New Roman"/>
          <w:b/>
          <w:color w:val="0000FF"/>
        </w:rPr>
        <w:tab/>
      </w:r>
      <w:r w:rsidRPr="00A626E1">
        <w:rPr>
          <w:rFonts w:cs="Times New Roman"/>
        </w:rPr>
        <w:t>Đồ thị của hàm số nào sau đây nhận trục tung làm trục đối xứng?</w:t>
      </w:r>
    </w:p>
    <w:p w14:paraId="0685E67A"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10"/>
        </w:rPr>
        <w:object w:dxaOrig="920" w:dyaOrig="260" w14:anchorId="4A3F13D8">
          <v:shape id="_x0000_i3026" type="#_x0000_t75" style="width:46.2pt;height:13.2pt" o:ole="">
            <v:imagedata r:id="rId3912" o:title=""/>
          </v:shape>
          <o:OLEObject Type="Embed" ProgID="Equation.DSMT4" ShapeID="_x0000_i3026" DrawAspect="Content" ObjectID="_1699919762" r:id="rId3913"/>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10"/>
        </w:rPr>
        <w:object w:dxaOrig="920" w:dyaOrig="320" w14:anchorId="70E92500">
          <v:shape id="_x0000_i3027" type="#_x0000_t75" style="width:46.2pt;height:16.2pt" o:ole="">
            <v:imagedata r:id="rId3914" o:title=""/>
          </v:shape>
          <o:OLEObject Type="Embed" ProgID="Equation.DSMT4" ShapeID="_x0000_i3027" DrawAspect="Content" ObjectID="_1699919763" r:id="rId3915"/>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10"/>
        </w:rPr>
        <w:object w:dxaOrig="960" w:dyaOrig="300" w14:anchorId="3B3D618B">
          <v:shape id="_x0000_i3028" type="#_x0000_t75" style="width:48pt;height:15pt" o:ole="">
            <v:imagedata r:id="rId3916" o:title=""/>
          </v:shape>
          <o:OLEObject Type="Embed" ProgID="Equation.DSMT4" ShapeID="_x0000_i3028" DrawAspect="Content" ObjectID="_1699919764" r:id="rId3917"/>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12"/>
        </w:rPr>
        <w:object w:dxaOrig="920" w:dyaOrig="360" w14:anchorId="3CD3E4BE">
          <v:shape id="_x0000_i3029" type="#_x0000_t75" style="width:46.2pt;height:18pt" o:ole="">
            <v:imagedata r:id="rId3918" o:title=""/>
          </v:shape>
          <o:OLEObject Type="Embed" ProgID="Equation.DSMT4" ShapeID="_x0000_i3029" DrawAspect="Content" ObjectID="_1699919765" r:id="rId3919"/>
        </w:object>
      </w:r>
      <w:r w:rsidRPr="00A626E1">
        <w:rPr>
          <w:rFonts w:cs="Times New Roman"/>
        </w:rPr>
        <w:t>.</w:t>
      </w:r>
    </w:p>
    <w:p w14:paraId="59E799FB"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4:</w:t>
      </w:r>
      <w:r w:rsidRPr="00A626E1">
        <w:rPr>
          <w:rFonts w:cs="Times New Roman"/>
          <w:b/>
          <w:color w:val="0000FF"/>
        </w:rPr>
        <w:tab/>
      </w:r>
      <w:r w:rsidRPr="00A626E1">
        <w:rPr>
          <w:rFonts w:cs="Times New Roman"/>
        </w:rPr>
        <w:t xml:space="preserve">Giá trị lớn nhất của hàm số </w:t>
      </w:r>
      <w:r w:rsidRPr="00A626E1">
        <w:rPr>
          <w:position w:val="-10"/>
        </w:rPr>
        <w:object w:dxaOrig="1520" w:dyaOrig="380" w14:anchorId="27FB1F4C">
          <v:shape id="_x0000_i3030" type="#_x0000_t75" style="width:76.2pt;height:19.2pt" o:ole="">
            <v:imagedata r:id="rId3920" o:title=""/>
          </v:shape>
          <o:OLEObject Type="Embed" ProgID="Equation.DSMT4" ShapeID="_x0000_i3030" DrawAspect="Content" ObjectID="_1699919766" r:id="rId3921"/>
        </w:object>
      </w:r>
      <w:r w:rsidRPr="00A626E1">
        <w:rPr>
          <w:rFonts w:cs="Times New Roman"/>
        </w:rPr>
        <w:t xml:space="preserve"> bằng</w:t>
      </w:r>
    </w:p>
    <w:p w14:paraId="250B0CD9"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6"/>
        </w:rPr>
        <w:object w:dxaOrig="380" w:dyaOrig="340" w14:anchorId="67EC6B04">
          <v:shape id="_x0000_i3031" type="#_x0000_t75" style="width:19.2pt;height:16.8pt" o:ole="">
            <v:imagedata r:id="rId3922" o:title=""/>
          </v:shape>
          <o:OLEObject Type="Embed" ProgID="Equation.DSMT4" ShapeID="_x0000_i3031" DrawAspect="Content" ObjectID="_1699919767" r:id="rId3923"/>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rPr>
        <w:t>1.</w:t>
      </w:r>
      <w:r w:rsidRPr="00A626E1">
        <w:rPr>
          <w:rFonts w:cs="Times New Roman"/>
        </w:rPr>
        <w:tab/>
      </w:r>
      <w:r w:rsidRPr="00A626E1">
        <w:rPr>
          <w:rFonts w:cs="Times New Roman"/>
          <w:b/>
          <w:color w:val="0000FF"/>
        </w:rPr>
        <w:t xml:space="preserve">C. </w:t>
      </w:r>
      <w:r w:rsidRPr="00A626E1">
        <w:rPr>
          <w:rFonts w:cs="Times New Roman"/>
        </w:rPr>
        <w:t>0.</w:t>
      </w:r>
      <w:r w:rsidRPr="00A626E1">
        <w:rPr>
          <w:rFonts w:cs="Times New Roman"/>
        </w:rPr>
        <w:tab/>
      </w:r>
      <w:r w:rsidRPr="00A626E1">
        <w:rPr>
          <w:rFonts w:cs="Times New Roman"/>
          <w:b/>
          <w:color w:val="0000FF"/>
        </w:rPr>
        <w:t xml:space="preserve">D. </w:t>
      </w:r>
      <w:r w:rsidRPr="00A626E1">
        <w:rPr>
          <w:rFonts w:cs="Times New Roman"/>
        </w:rPr>
        <w:t>2.</w:t>
      </w:r>
    </w:p>
    <w:p w14:paraId="33F8B26E"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5:</w:t>
      </w:r>
      <w:r w:rsidRPr="00A626E1">
        <w:rPr>
          <w:rFonts w:cs="Times New Roman"/>
          <w:b/>
          <w:color w:val="0000FF"/>
        </w:rPr>
        <w:tab/>
      </w:r>
      <w:r w:rsidRPr="00A626E1">
        <w:rPr>
          <w:rFonts w:cs="Times New Roman"/>
        </w:rPr>
        <w:t xml:space="preserve">Phương trình </w:t>
      </w:r>
      <w:r w:rsidRPr="00A626E1">
        <w:rPr>
          <w:position w:val="-24"/>
        </w:rPr>
        <w:object w:dxaOrig="1080" w:dyaOrig="680" w14:anchorId="73D2726F">
          <v:shape id="_x0000_i3032" type="#_x0000_t75" style="width:54pt;height:34.2pt" o:ole="">
            <v:imagedata r:id="rId3924" o:title=""/>
          </v:shape>
          <o:OLEObject Type="Embed" ProgID="Equation.DSMT4" ShapeID="_x0000_i3032" DrawAspect="Content" ObjectID="_1699919768" r:id="rId3925"/>
        </w:object>
      </w:r>
      <w:r w:rsidRPr="00A626E1">
        <w:rPr>
          <w:rFonts w:cs="Times New Roman"/>
        </w:rPr>
        <w:t xml:space="preserve"> có tập nghiệm là</w:t>
      </w:r>
    </w:p>
    <w:p w14:paraId="66E1F861"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lastRenderedPageBreak/>
        <w:t xml:space="preserve">A. </w:t>
      </w:r>
      <w:r w:rsidRPr="00A626E1">
        <w:rPr>
          <w:rFonts w:cs="Times New Roman"/>
          <w:position w:val="-28"/>
        </w:rPr>
        <w:object w:dxaOrig="3140" w:dyaOrig="680" w14:anchorId="6B7D016F">
          <v:shape id="_x0000_i3033" type="#_x0000_t75" style="width:157.2pt;height:34.2pt" o:ole="">
            <v:imagedata r:id="rId3926" o:title=""/>
          </v:shape>
          <o:OLEObject Type="Embed" ProgID="Equation.DSMT4" ShapeID="_x0000_i3033" DrawAspect="Content" ObjectID="_1699919769" r:id="rId3927"/>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28"/>
        </w:rPr>
        <w:object w:dxaOrig="3200" w:dyaOrig="680" w14:anchorId="35ACFBEE">
          <v:shape id="_x0000_i3034" type="#_x0000_t75" style="width:160.2pt;height:34.2pt" o:ole="">
            <v:imagedata r:id="rId3928" o:title=""/>
          </v:shape>
          <o:OLEObject Type="Embed" ProgID="Equation.DSMT4" ShapeID="_x0000_i3034" DrawAspect="Content" ObjectID="_1699919770" r:id="rId3929"/>
        </w:object>
      </w:r>
      <w:r w:rsidRPr="00A626E1">
        <w:rPr>
          <w:rFonts w:cs="Times New Roman"/>
        </w:rPr>
        <w:t>.</w:t>
      </w:r>
    </w:p>
    <w:p w14:paraId="060299F4"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C. </w:t>
      </w:r>
      <w:r w:rsidRPr="00A626E1">
        <w:rPr>
          <w:rFonts w:cs="Times New Roman"/>
          <w:position w:val="-28"/>
        </w:rPr>
        <w:object w:dxaOrig="3159" w:dyaOrig="680" w14:anchorId="4849B5FF">
          <v:shape id="_x0000_i3035" type="#_x0000_t75" style="width:157.8pt;height:34.2pt" o:ole="">
            <v:imagedata r:id="rId3930" o:title=""/>
          </v:shape>
          <o:OLEObject Type="Embed" ProgID="Equation.DSMT4" ShapeID="_x0000_i3035" DrawAspect="Content" ObjectID="_1699919771" r:id="rId3931"/>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28"/>
        </w:rPr>
        <w:object w:dxaOrig="3320" w:dyaOrig="680" w14:anchorId="4ED7DDFD">
          <v:shape id="_x0000_i3036" type="#_x0000_t75" style="width:166.2pt;height:34.2pt" o:ole="">
            <v:imagedata r:id="rId3932" o:title=""/>
          </v:shape>
          <o:OLEObject Type="Embed" ProgID="Equation.DSMT4" ShapeID="_x0000_i3036" DrawAspect="Content" ObjectID="_1699919772" r:id="rId3933"/>
        </w:object>
      </w:r>
      <w:r w:rsidRPr="00A626E1">
        <w:rPr>
          <w:rFonts w:cs="Times New Roman"/>
        </w:rPr>
        <w:t>.</w:t>
      </w:r>
    </w:p>
    <w:p w14:paraId="2CD8CAA8"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6:</w:t>
      </w:r>
      <w:r w:rsidRPr="00A626E1">
        <w:rPr>
          <w:rFonts w:cs="Times New Roman"/>
          <w:b/>
          <w:color w:val="0000FF"/>
        </w:rPr>
        <w:tab/>
      </w:r>
      <w:r w:rsidRPr="00A626E1">
        <w:rPr>
          <w:rFonts w:cs="Times New Roman"/>
        </w:rPr>
        <w:t xml:space="preserve">Số nghiệm của phương trình </w:t>
      </w:r>
      <w:r w:rsidRPr="00A626E1">
        <w:rPr>
          <w:position w:val="-24"/>
        </w:rPr>
        <w:object w:dxaOrig="1240" w:dyaOrig="620" w14:anchorId="4A6C1165">
          <v:shape id="_x0000_i3037" type="#_x0000_t75" style="width:61.8pt;height:31.2pt" o:ole="">
            <v:imagedata r:id="rId3934" o:title=""/>
          </v:shape>
          <o:OLEObject Type="Embed" ProgID="Equation.DSMT4" ShapeID="_x0000_i3037" DrawAspect="Content" ObjectID="_1699919773" r:id="rId3935"/>
        </w:object>
      </w:r>
      <w:r w:rsidRPr="00A626E1">
        <w:rPr>
          <w:rFonts w:cs="Times New Roman"/>
        </w:rPr>
        <w:t xml:space="preserve"> thuộc đoạn </w:t>
      </w:r>
      <w:r w:rsidRPr="00A626E1">
        <w:rPr>
          <w:position w:val="-10"/>
        </w:rPr>
        <w:object w:dxaOrig="740" w:dyaOrig="320" w14:anchorId="2EE42B68">
          <v:shape id="_x0000_i3038" type="#_x0000_t75" style="width:37.2pt;height:16.2pt" o:ole="">
            <v:imagedata r:id="rId3936" o:title=""/>
          </v:shape>
          <o:OLEObject Type="Embed" ProgID="Equation.DSMT4" ShapeID="_x0000_i3038" DrawAspect="Content" ObjectID="_1699919774" r:id="rId3937"/>
        </w:object>
      </w:r>
      <w:r w:rsidRPr="00A626E1">
        <w:rPr>
          <w:rFonts w:cs="Times New Roman"/>
        </w:rPr>
        <w:t xml:space="preserve"> là</w:t>
      </w:r>
    </w:p>
    <w:p w14:paraId="13E35E88"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2.</w:t>
      </w:r>
      <w:r w:rsidRPr="00A626E1">
        <w:rPr>
          <w:rFonts w:cs="Times New Roman"/>
        </w:rPr>
        <w:tab/>
      </w:r>
      <w:r w:rsidRPr="00A626E1">
        <w:rPr>
          <w:rFonts w:cs="Times New Roman"/>
          <w:b/>
          <w:color w:val="0000FF"/>
        </w:rPr>
        <w:t xml:space="preserve">B. </w:t>
      </w:r>
      <w:r w:rsidRPr="00A626E1">
        <w:rPr>
          <w:rFonts w:cs="Times New Roman"/>
        </w:rPr>
        <w:t>4.</w:t>
      </w:r>
      <w:r w:rsidRPr="00A626E1">
        <w:rPr>
          <w:rFonts w:cs="Times New Roman"/>
        </w:rPr>
        <w:tab/>
      </w:r>
      <w:r w:rsidRPr="00A626E1">
        <w:rPr>
          <w:rFonts w:cs="Times New Roman"/>
          <w:b/>
          <w:color w:val="0000FF"/>
        </w:rPr>
        <w:t xml:space="preserve">C. </w:t>
      </w:r>
      <w:r w:rsidRPr="00A626E1">
        <w:rPr>
          <w:rFonts w:cs="Times New Roman"/>
        </w:rPr>
        <w:t>6.</w:t>
      </w:r>
      <w:r w:rsidRPr="00A626E1">
        <w:rPr>
          <w:rFonts w:cs="Times New Roman"/>
        </w:rPr>
        <w:tab/>
      </w:r>
      <w:r w:rsidRPr="00A626E1">
        <w:rPr>
          <w:rFonts w:cs="Times New Roman"/>
          <w:b/>
          <w:color w:val="0000FF"/>
        </w:rPr>
        <w:t xml:space="preserve">D. </w:t>
      </w:r>
      <w:r w:rsidRPr="00A626E1">
        <w:rPr>
          <w:rFonts w:cs="Times New Roman"/>
        </w:rPr>
        <w:t>8.</w:t>
      </w:r>
    </w:p>
    <w:p w14:paraId="14AE5689"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7:</w:t>
      </w:r>
      <w:r w:rsidRPr="00A626E1">
        <w:rPr>
          <w:rFonts w:cs="Times New Roman"/>
          <w:b/>
          <w:color w:val="0000FF"/>
        </w:rPr>
        <w:tab/>
      </w:r>
      <w:r w:rsidRPr="00A626E1">
        <w:rPr>
          <w:rFonts w:cs="Times New Roman"/>
        </w:rPr>
        <w:t xml:space="preserve">Phương trình </w:t>
      </w:r>
      <w:r w:rsidRPr="00A626E1">
        <w:rPr>
          <w:position w:val="-28"/>
        </w:rPr>
        <w:object w:dxaOrig="2460" w:dyaOrig="680" w14:anchorId="0261F4D9">
          <v:shape id="_x0000_i3039" type="#_x0000_t75" style="width:123pt;height:34.2pt" o:ole="">
            <v:imagedata r:id="rId3938" o:title=""/>
          </v:shape>
          <o:OLEObject Type="Embed" ProgID="Equation.DSMT4" ShapeID="_x0000_i3039" DrawAspect="Content" ObjectID="_1699919775" r:id="rId3939"/>
        </w:object>
      </w:r>
      <w:r w:rsidRPr="00A626E1">
        <w:rPr>
          <w:rFonts w:cs="Times New Roman"/>
        </w:rPr>
        <w:t xml:space="preserve"> có tập nghiệm là</w:t>
      </w:r>
    </w:p>
    <w:p w14:paraId="7F3A720C"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28"/>
        </w:rPr>
        <w:object w:dxaOrig="3140" w:dyaOrig="680" w14:anchorId="02FAE7ED">
          <v:shape id="_x0000_i3040" type="#_x0000_t75" style="width:157.2pt;height:34.2pt" o:ole="">
            <v:imagedata r:id="rId3940" o:title=""/>
          </v:shape>
          <o:OLEObject Type="Embed" ProgID="Equation.DSMT4" ShapeID="_x0000_i3040" DrawAspect="Content" ObjectID="_1699919776" r:id="rId3941"/>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28"/>
        </w:rPr>
        <w:object w:dxaOrig="3280" w:dyaOrig="680" w14:anchorId="6EA02053">
          <v:shape id="_x0000_i3041" type="#_x0000_t75" style="width:163.8pt;height:34.2pt" o:ole="">
            <v:imagedata r:id="rId3942" o:title=""/>
          </v:shape>
          <o:OLEObject Type="Embed" ProgID="Equation.DSMT4" ShapeID="_x0000_i3041" DrawAspect="Content" ObjectID="_1699919777" r:id="rId3943"/>
        </w:object>
      </w:r>
      <w:r w:rsidRPr="00A626E1">
        <w:rPr>
          <w:rFonts w:cs="Times New Roman"/>
        </w:rPr>
        <w:t>.</w:t>
      </w:r>
    </w:p>
    <w:p w14:paraId="003643FA"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C. </w:t>
      </w:r>
      <w:r w:rsidRPr="00A626E1">
        <w:rPr>
          <w:rFonts w:cs="Times New Roman"/>
          <w:position w:val="-28"/>
        </w:rPr>
        <w:object w:dxaOrig="3159" w:dyaOrig="680" w14:anchorId="10050DF5">
          <v:shape id="_x0000_i3042" type="#_x0000_t75" style="width:157.8pt;height:34.2pt" o:ole="">
            <v:imagedata r:id="rId3944" o:title=""/>
          </v:shape>
          <o:OLEObject Type="Embed" ProgID="Equation.DSMT4" ShapeID="_x0000_i3042" DrawAspect="Content" ObjectID="_1699919778" r:id="rId3945"/>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28"/>
        </w:rPr>
        <w:object w:dxaOrig="3280" w:dyaOrig="680" w14:anchorId="2CF51AF0">
          <v:shape id="_x0000_i3043" type="#_x0000_t75" style="width:163.8pt;height:34.2pt" o:ole="">
            <v:imagedata r:id="rId3946" o:title=""/>
          </v:shape>
          <o:OLEObject Type="Embed" ProgID="Equation.DSMT4" ShapeID="_x0000_i3043" DrawAspect="Content" ObjectID="_1699919779" r:id="rId3947"/>
        </w:object>
      </w:r>
      <w:r w:rsidRPr="00A626E1">
        <w:rPr>
          <w:rFonts w:cs="Times New Roman"/>
        </w:rPr>
        <w:t>.</w:t>
      </w:r>
    </w:p>
    <w:p w14:paraId="3CDA8CFC"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8:</w:t>
      </w:r>
      <w:r w:rsidRPr="00A626E1">
        <w:rPr>
          <w:rFonts w:cs="Times New Roman"/>
          <w:b/>
          <w:color w:val="0000FF"/>
        </w:rPr>
        <w:tab/>
      </w:r>
      <w:r w:rsidRPr="00A626E1">
        <w:rPr>
          <w:rFonts w:cs="Times New Roman"/>
        </w:rPr>
        <w:t xml:space="preserve">Số vị trí biểu diễn các nghiệm của phương trình </w:t>
      </w:r>
      <w:r w:rsidRPr="00A626E1">
        <w:rPr>
          <w:position w:val="-6"/>
        </w:rPr>
        <w:object w:dxaOrig="2160" w:dyaOrig="320" w14:anchorId="52174619">
          <v:shape id="_x0000_i3044" type="#_x0000_t75" style="width:108pt;height:16.2pt" o:ole="">
            <v:imagedata r:id="rId3948" o:title=""/>
          </v:shape>
          <o:OLEObject Type="Embed" ProgID="Equation.DSMT4" ShapeID="_x0000_i3044" DrawAspect="Content" ObjectID="_1699919780" r:id="rId3949"/>
        </w:object>
      </w:r>
      <w:r w:rsidRPr="00A626E1">
        <w:rPr>
          <w:rFonts w:cs="Times New Roman"/>
        </w:rPr>
        <w:t xml:space="preserve"> trên đường tròn lượng giác là?</w:t>
      </w:r>
    </w:p>
    <w:p w14:paraId="275F7E1C"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4.</w:t>
      </w:r>
      <w:r w:rsidRPr="00A626E1">
        <w:rPr>
          <w:rFonts w:cs="Times New Roman"/>
        </w:rPr>
        <w:tab/>
      </w:r>
      <w:r w:rsidRPr="00A626E1">
        <w:rPr>
          <w:rFonts w:cs="Times New Roman"/>
          <w:b/>
          <w:color w:val="0000FF"/>
        </w:rPr>
        <w:t xml:space="preserve">B. </w:t>
      </w:r>
      <w:r w:rsidRPr="00A626E1">
        <w:rPr>
          <w:rFonts w:cs="Times New Roman"/>
        </w:rPr>
        <w:t>2.</w:t>
      </w:r>
      <w:r w:rsidRPr="00A626E1">
        <w:rPr>
          <w:rFonts w:cs="Times New Roman"/>
        </w:rPr>
        <w:tab/>
      </w:r>
      <w:r w:rsidRPr="00A626E1">
        <w:rPr>
          <w:rFonts w:cs="Times New Roman"/>
          <w:b/>
          <w:color w:val="0000FF"/>
        </w:rPr>
        <w:t xml:space="preserve">C. </w:t>
      </w:r>
      <w:r w:rsidRPr="00A626E1">
        <w:rPr>
          <w:rFonts w:cs="Times New Roman"/>
        </w:rPr>
        <w:t>3.</w:t>
      </w:r>
      <w:r w:rsidRPr="00A626E1">
        <w:rPr>
          <w:rFonts w:cs="Times New Roman"/>
        </w:rPr>
        <w:tab/>
      </w:r>
      <w:r w:rsidRPr="00A626E1">
        <w:rPr>
          <w:rFonts w:cs="Times New Roman"/>
          <w:b/>
          <w:color w:val="0000FF"/>
        </w:rPr>
        <w:t xml:space="preserve">D. </w:t>
      </w:r>
      <w:r w:rsidRPr="00A626E1">
        <w:rPr>
          <w:rFonts w:cs="Times New Roman"/>
        </w:rPr>
        <w:t>1.</w:t>
      </w:r>
    </w:p>
    <w:p w14:paraId="1575C2E1" w14:textId="77777777" w:rsidR="00DE7E5C" w:rsidRPr="00A626E1" w:rsidRDefault="00DE7E5C" w:rsidP="00A626E1">
      <w:pPr>
        <w:ind w:left="992"/>
        <w:rPr>
          <w:rFonts w:cs="Times New Roman"/>
        </w:rPr>
      </w:pPr>
      <w:r w:rsidRPr="00A626E1">
        <w:rPr>
          <w:rFonts w:cs="Times New Roman"/>
        </w:rPr>
        <w:t>Vậy có 4 vị trí biểu diễn nghiệm của phương trình trên đường tròn lượng giác.</w:t>
      </w:r>
    </w:p>
    <w:p w14:paraId="61C1E8E2"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9:</w:t>
      </w:r>
      <w:r w:rsidRPr="00A626E1">
        <w:rPr>
          <w:rFonts w:cs="Times New Roman"/>
          <w:b/>
          <w:color w:val="0000FF"/>
        </w:rPr>
        <w:tab/>
      </w:r>
      <w:r w:rsidRPr="00A626E1">
        <w:rPr>
          <w:rFonts w:cs="Times New Roman"/>
        </w:rPr>
        <w:t xml:space="preserve">Biếu diễn tất cả các nghiệm của phương trình </w:t>
      </w:r>
      <w:r w:rsidRPr="00A626E1">
        <w:rPr>
          <w:position w:val="-6"/>
        </w:rPr>
        <w:object w:dxaOrig="1620" w:dyaOrig="279" w14:anchorId="61E90FE9">
          <v:shape id="_x0000_i3045" type="#_x0000_t75" style="width:81pt;height:13.8pt" o:ole="">
            <v:imagedata r:id="rId3950" o:title=""/>
          </v:shape>
          <o:OLEObject Type="Embed" ProgID="Equation.DSMT4" ShapeID="_x0000_i3045" DrawAspect="Content" ObjectID="_1699919781" r:id="rId3951"/>
        </w:object>
      </w:r>
      <w:r w:rsidRPr="00A626E1">
        <w:rPr>
          <w:rFonts w:cs="Times New Roman"/>
        </w:rPr>
        <w:t xml:space="preserve"> trên đường tròn lượng giác ta được bao nhiêu điểm?</w:t>
      </w:r>
    </w:p>
    <w:p w14:paraId="67101A50"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2.</w:t>
      </w:r>
      <w:r w:rsidRPr="00A626E1">
        <w:rPr>
          <w:rFonts w:cs="Times New Roman"/>
        </w:rPr>
        <w:tab/>
      </w:r>
      <w:r w:rsidRPr="00A626E1">
        <w:rPr>
          <w:rFonts w:cs="Times New Roman"/>
          <w:b/>
          <w:color w:val="0000FF"/>
        </w:rPr>
        <w:t xml:space="preserve">B. </w:t>
      </w:r>
      <w:r w:rsidRPr="00A626E1">
        <w:rPr>
          <w:rFonts w:cs="Times New Roman"/>
        </w:rPr>
        <w:t>6.</w:t>
      </w:r>
      <w:r w:rsidRPr="00A626E1">
        <w:rPr>
          <w:rFonts w:cs="Times New Roman"/>
        </w:rPr>
        <w:tab/>
      </w:r>
      <w:r w:rsidRPr="00A626E1">
        <w:rPr>
          <w:rFonts w:cs="Times New Roman"/>
          <w:b/>
          <w:color w:val="0000FF"/>
        </w:rPr>
        <w:t xml:space="preserve">C. </w:t>
      </w:r>
      <w:r w:rsidRPr="00A626E1">
        <w:rPr>
          <w:rFonts w:cs="Times New Roman"/>
        </w:rPr>
        <w:t>4.</w:t>
      </w:r>
      <w:r w:rsidRPr="00A626E1">
        <w:rPr>
          <w:rFonts w:cs="Times New Roman"/>
        </w:rPr>
        <w:tab/>
      </w:r>
      <w:r w:rsidRPr="00A626E1">
        <w:rPr>
          <w:rFonts w:cs="Times New Roman"/>
          <w:b/>
          <w:color w:val="0000FF"/>
        </w:rPr>
        <w:t xml:space="preserve">D. </w:t>
      </w:r>
      <w:r w:rsidRPr="00A626E1">
        <w:rPr>
          <w:rFonts w:cs="Times New Roman"/>
        </w:rPr>
        <w:t>3.</w:t>
      </w:r>
    </w:p>
    <w:p w14:paraId="6FCE64B3"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10:</w:t>
      </w:r>
      <w:r w:rsidRPr="00A626E1">
        <w:rPr>
          <w:rFonts w:cs="Times New Roman"/>
          <w:b/>
          <w:color w:val="0000FF"/>
        </w:rPr>
        <w:tab/>
      </w:r>
      <w:r w:rsidRPr="00A626E1">
        <w:rPr>
          <w:rFonts w:cs="Times New Roman"/>
        </w:rPr>
        <w:t xml:space="preserve">Nếu đặt </w:t>
      </w:r>
      <w:r w:rsidRPr="00A626E1">
        <w:rPr>
          <w:position w:val="-6"/>
        </w:rPr>
        <w:object w:dxaOrig="859" w:dyaOrig="240" w14:anchorId="45144DE3">
          <v:shape id="_x0000_i3046" type="#_x0000_t75" style="width:43.2pt;height:12pt" o:ole="">
            <v:imagedata r:id="rId3952" o:title=""/>
          </v:shape>
          <o:OLEObject Type="Embed" ProgID="Equation.DSMT4" ShapeID="_x0000_i3046" DrawAspect="Content" ObjectID="_1699919782" r:id="rId3953"/>
        </w:object>
      </w:r>
      <w:r w:rsidRPr="00A626E1">
        <w:rPr>
          <w:rFonts w:cs="Times New Roman"/>
        </w:rPr>
        <w:t xml:space="preserve"> thì phương trình </w:t>
      </w:r>
      <w:r w:rsidRPr="00A626E1">
        <w:rPr>
          <w:position w:val="-6"/>
        </w:rPr>
        <w:object w:dxaOrig="2180" w:dyaOrig="279" w14:anchorId="36FCDB0D">
          <v:shape id="_x0000_i3047" type="#_x0000_t75" style="width:109.2pt;height:13.8pt" o:ole="">
            <v:imagedata r:id="rId3954" o:title=""/>
          </v:shape>
          <o:OLEObject Type="Embed" ProgID="Equation.DSMT4" ShapeID="_x0000_i3047" DrawAspect="Content" ObjectID="_1699919783" r:id="rId3955"/>
        </w:object>
      </w:r>
      <w:r w:rsidRPr="00A626E1">
        <w:rPr>
          <w:rFonts w:cs="Times New Roman"/>
        </w:rPr>
        <w:t xml:space="preserve"> trở thành phương trình nào sau đây?</w:t>
      </w:r>
    </w:p>
    <w:p w14:paraId="5BFA079C"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6"/>
        </w:rPr>
        <w:object w:dxaOrig="1440" w:dyaOrig="320" w14:anchorId="1D6C568B">
          <v:shape id="_x0000_i3048" type="#_x0000_t75" style="width:1in;height:16.2pt" o:ole="">
            <v:imagedata r:id="rId3956" o:title=""/>
          </v:shape>
          <o:OLEObject Type="Embed" ProgID="Equation.DSMT4" ShapeID="_x0000_i3048" DrawAspect="Content" ObjectID="_1699919784" r:id="rId3957"/>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6"/>
        </w:rPr>
        <w:object w:dxaOrig="1440" w:dyaOrig="320" w14:anchorId="6040DDA6">
          <v:shape id="_x0000_i3049" type="#_x0000_t75" style="width:1in;height:16.2pt" o:ole="">
            <v:imagedata r:id="rId3958" o:title=""/>
          </v:shape>
          <o:OLEObject Type="Embed" ProgID="Equation.DSMT4" ShapeID="_x0000_i3049" DrawAspect="Content" ObjectID="_1699919785" r:id="rId3959"/>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6"/>
        </w:rPr>
        <w:object w:dxaOrig="1440" w:dyaOrig="320" w14:anchorId="33840A43">
          <v:shape id="_x0000_i3050" type="#_x0000_t75" style="width:1in;height:16.2pt" o:ole="">
            <v:imagedata r:id="rId3960" o:title=""/>
          </v:shape>
          <o:OLEObject Type="Embed" ProgID="Equation.DSMT4" ShapeID="_x0000_i3050" DrawAspect="Content" ObjectID="_1699919786" r:id="rId3961"/>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6"/>
        </w:rPr>
        <w:object w:dxaOrig="1440" w:dyaOrig="320" w14:anchorId="6B8A87D3">
          <v:shape id="_x0000_i3051" type="#_x0000_t75" style="width:1in;height:16.2pt" o:ole="">
            <v:imagedata r:id="rId3962" o:title=""/>
          </v:shape>
          <o:OLEObject Type="Embed" ProgID="Equation.DSMT4" ShapeID="_x0000_i3051" DrawAspect="Content" ObjectID="_1699919787" r:id="rId3963"/>
        </w:object>
      </w:r>
      <w:r w:rsidRPr="00A626E1">
        <w:rPr>
          <w:rFonts w:cs="Times New Roman"/>
        </w:rPr>
        <w:t>.</w:t>
      </w:r>
    </w:p>
    <w:p w14:paraId="2202CAC2"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11:</w:t>
      </w:r>
      <w:r w:rsidRPr="00A626E1">
        <w:rPr>
          <w:rFonts w:cs="Times New Roman"/>
          <w:b/>
          <w:color w:val="0000FF"/>
        </w:rPr>
        <w:tab/>
      </w:r>
      <w:r w:rsidRPr="00A626E1">
        <w:rPr>
          <w:rFonts w:cs="Times New Roman"/>
        </w:rPr>
        <w:t xml:space="preserve">Phương trình </w:t>
      </w:r>
      <w:r w:rsidRPr="00A626E1">
        <w:rPr>
          <w:position w:val="-8"/>
        </w:rPr>
        <w:object w:dxaOrig="1820" w:dyaOrig="360" w14:anchorId="3C89A18A">
          <v:shape id="_x0000_i3052" type="#_x0000_t75" style="width:91.2pt;height:18pt" o:ole="">
            <v:imagedata r:id="rId3964" o:title=""/>
          </v:shape>
          <o:OLEObject Type="Embed" ProgID="Equation.DSMT4" ShapeID="_x0000_i3052" DrawAspect="Content" ObjectID="_1699919788" r:id="rId3965"/>
        </w:object>
      </w:r>
      <w:r w:rsidRPr="00A626E1">
        <w:rPr>
          <w:rFonts w:cs="Times New Roman"/>
        </w:rPr>
        <w:t xml:space="preserve"> tương đương với phương trình nào sau đây?</w:t>
      </w:r>
    </w:p>
    <w:p w14:paraId="60293B35"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28"/>
        </w:rPr>
        <w:object w:dxaOrig="1560" w:dyaOrig="680" w14:anchorId="0706F697">
          <v:shape id="_x0000_i3053" type="#_x0000_t75" style="width:78pt;height:34.2pt" o:ole="">
            <v:imagedata r:id="rId3966" o:title=""/>
          </v:shape>
          <o:OLEObject Type="Embed" ProgID="Equation.DSMT4" ShapeID="_x0000_i3053" DrawAspect="Content" ObjectID="_1699919789" r:id="rId3967"/>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28"/>
        </w:rPr>
        <w:object w:dxaOrig="1560" w:dyaOrig="680" w14:anchorId="312EAEF6">
          <v:shape id="_x0000_i3054" type="#_x0000_t75" style="width:78pt;height:34.2pt" o:ole="">
            <v:imagedata r:id="rId3968" o:title=""/>
          </v:shape>
          <o:OLEObject Type="Embed" ProgID="Equation.DSMT4" ShapeID="_x0000_i3054" DrawAspect="Content" ObjectID="_1699919790" r:id="rId3969"/>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28"/>
        </w:rPr>
        <w:object w:dxaOrig="1460" w:dyaOrig="680" w14:anchorId="66FADE5E">
          <v:shape id="_x0000_i3055" type="#_x0000_t75" style="width:73.2pt;height:34.2pt" o:ole="">
            <v:imagedata r:id="rId3970" o:title=""/>
          </v:shape>
          <o:OLEObject Type="Embed" ProgID="Equation.DSMT4" ShapeID="_x0000_i3055" DrawAspect="Content" ObjectID="_1699919791" r:id="rId3971"/>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28"/>
        </w:rPr>
        <w:object w:dxaOrig="1579" w:dyaOrig="680" w14:anchorId="4131B588">
          <v:shape id="_x0000_i3056" type="#_x0000_t75" style="width:79.2pt;height:34.2pt" o:ole="">
            <v:imagedata r:id="rId3972" o:title=""/>
          </v:shape>
          <o:OLEObject Type="Embed" ProgID="Equation.DSMT4" ShapeID="_x0000_i3056" DrawAspect="Content" ObjectID="_1699919792" r:id="rId3973"/>
        </w:object>
      </w:r>
      <w:r w:rsidRPr="00A626E1">
        <w:rPr>
          <w:rFonts w:cs="Times New Roman"/>
        </w:rPr>
        <w:t>.</w:t>
      </w:r>
    </w:p>
    <w:p w14:paraId="28D14C14"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12:</w:t>
      </w:r>
      <w:r w:rsidRPr="00A626E1">
        <w:rPr>
          <w:rFonts w:cs="Times New Roman"/>
          <w:b/>
          <w:color w:val="0000FF"/>
        </w:rPr>
        <w:tab/>
      </w:r>
      <w:r w:rsidRPr="00A626E1">
        <w:rPr>
          <w:rFonts w:cs="Times New Roman"/>
        </w:rPr>
        <w:t xml:space="preserve">Tìm giá trị lớn nhất </w:t>
      </w:r>
      <w:r w:rsidRPr="00A626E1">
        <w:rPr>
          <w:position w:val="-4"/>
        </w:rPr>
        <w:object w:dxaOrig="320" w:dyaOrig="260" w14:anchorId="2B0E0623">
          <v:shape id="_x0000_i3057" type="#_x0000_t75" style="width:16.2pt;height:13.2pt" o:ole="">
            <v:imagedata r:id="rId3974" o:title=""/>
          </v:shape>
          <o:OLEObject Type="Embed" ProgID="Equation.DSMT4" ShapeID="_x0000_i3057" DrawAspect="Content" ObjectID="_1699919793" r:id="rId3975"/>
        </w:object>
      </w:r>
      <w:r w:rsidRPr="00A626E1">
        <w:rPr>
          <w:rFonts w:cs="Times New Roman"/>
        </w:rPr>
        <w:t xml:space="preserve"> của hàm số </w:t>
      </w:r>
      <w:r w:rsidRPr="00A626E1">
        <w:rPr>
          <w:position w:val="-24"/>
        </w:rPr>
        <w:object w:dxaOrig="2060" w:dyaOrig="620" w14:anchorId="540E3D7D">
          <v:shape id="_x0000_i3058" type="#_x0000_t75" style="width:103.2pt;height:31.2pt" o:ole="">
            <v:imagedata r:id="rId3976" o:title=""/>
          </v:shape>
          <o:OLEObject Type="Embed" ProgID="Equation.DSMT4" ShapeID="_x0000_i3058" DrawAspect="Content" ObjectID="_1699919794" r:id="rId3977"/>
        </w:object>
      </w:r>
      <w:r w:rsidRPr="00A626E1">
        <w:rPr>
          <w:rFonts w:cs="Times New Roman"/>
        </w:rPr>
        <w:t>.</w:t>
      </w:r>
    </w:p>
    <w:p w14:paraId="00605D5B"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4"/>
        </w:rPr>
        <w:object w:dxaOrig="800" w:dyaOrig="260" w14:anchorId="4159B6E8">
          <v:shape id="_x0000_i3059" type="#_x0000_t75" style="width:40.2pt;height:13.2pt" o:ole="">
            <v:imagedata r:id="rId3978" o:title=""/>
          </v:shape>
          <o:OLEObject Type="Embed" ProgID="Equation.DSMT4" ShapeID="_x0000_i3059" DrawAspect="Content" ObjectID="_1699919795" r:id="rId3979"/>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6"/>
        </w:rPr>
        <w:object w:dxaOrig="800" w:dyaOrig="279" w14:anchorId="29CABB99">
          <v:shape id="_x0000_i3060" type="#_x0000_t75" style="width:40.2pt;height:13.8pt" o:ole="">
            <v:imagedata r:id="rId3980" o:title=""/>
          </v:shape>
          <o:OLEObject Type="Embed" ProgID="Equation.DSMT4" ShapeID="_x0000_i3060" DrawAspect="Content" ObjectID="_1699919796" r:id="rId3981"/>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6"/>
        </w:rPr>
        <w:object w:dxaOrig="660" w:dyaOrig="279" w14:anchorId="618BA3D6">
          <v:shape id="_x0000_i3061" type="#_x0000_t75" style="width:33pt;height:13.8pt" o:ole="">
            <v:imagedata r:id="rId3982" o:title=""/>
          </v:shape>
          <o:OLEObject Type="Embed" ProgID="Equation.DSMT4" ShapeID="_x0000_i3061" DrawAspect="Content" ObjectID="_1699919797" r:id="rId3983"/>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4"/>
        </w:rPr>
        <w:object w:dxaOrig="639" w:dyaOrig="260" w14:anchorId="45193EFB">
          <v:shape id="_x0000_i3062" type="#_x0000_t75" style="width:31.8pt;height:13.2pt" o:ole="">
            <v:imagedata r:id="rId3984" o:title=""/>
          </v:shape>
          <o:OLEObject Type="Embed" ProgID="Equation.DSMT4" ShapeID="_x0000_i3062" DrawAspect="Content" ObjectID="_1699919798" r:id="rId3985"/>
        </w:object>
      </w:r>
      <w:r w:rsidRPr="00A626E1">
        <w:rPr>
          <w:rFonts w:cs="Times New Roman"/>
        </w:rPr>
        <w:t>.</w:t>
      </w:r>
    </w:p>
    <w:p w14:paraId="0BEA277B"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13:</w:t>
      </w:r>
      <w:r w:rsidRPr="00A626E1">
        <w:rPr>
          <w:rFonts w:cs="Times New Roman"/>
          <w:b/>
          <w:color w:val="0000FF"/>
        </w:rPr>
        <w:tab/>
      </w:r>
      <w:r w:rsidRPr="00A626E1">
        <w:rPr>
          <w:rFonts w:cs="Times New Roman"/>
        </w:rPr>
        <w:t xml:space="preserve">Nghiệm của phương trình </w:t>
      </w:r>
      <w:r w:rsidRPr="00A626E1">
        <w:rPr>
          <w:position w:val="-6"/>
        </w:rPr>
        <w:object w:dxaOrig="2160" w:dyaOrig="320" w14:anchorId="7491EEC9">
          <v:shape id="_x0000_i3063" type="#_x0000_t75" style="width:108pt;height:16.2pt" o:ole="">
            <v:imagedata r:id="rId3986" o:title=""/>
          </v:shape>
          <o:OLEObject Type="Embed" ProgID="Equation.DSMT4" ShapeID="_x0000_i3063" DrawAspect="Content" ObjectID="_1699919799" r:id="rId3987"/>
        </w:object>
      </w:r>
      <w:r w:rsidRPr="00A626E1">
        <w:rPr>
          <w:rFonts w:cs="Times New Roman"/>
        </w:rPr>
        <w:t xml:space="preserve"> là</w:t>
      </w:r>
    </w:p>
    <w:p w14:paraId="30F94EBC"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24"/>
        </w:rPr>
        <w:object w:dxaOrig="1800" w:dyaOrig="620" w14:anchorId="1D82796D">
          <v:shape id="_x0000_i3064" type="#_x0000_t75" style="width:90pt;height:31.2pt" o:ole="">
            <v:imagedata r:id="rId3988" o:title=""/>
          </v:shape>
          <o:OLEObject Type="Embed" ProgID="Equation.DSMT4" ShapeID="_x0000_i3064" DrawAspect="Content" ObjectID="_1699919800" r:id="rId3989"/>
        </w:object>
      </w:r>
      <w:r w:rsidRPr="00A626E1">
        <w:rPr>
          <w:rFonts w:cs="Times New Roman"/>
        </w:rPr>
        <w:t>.</w:t>
      </w:r>
      <w:r w:rsidRPr="00A626E1">
        <w:rPr>
          <w:rFonts w:cs="Times New Roman"/>
        </w:rPr>
        <w:tab/>
      </w:r>
      <w:r>
        <w:rPr>
          <w:rFonts w:cs="Times New Roman"/>
        </w:rPr>
        <w:tab/>
      </w:r>
      <w:r w:rsidRPr="00A626E1">
        <w:rPr>
          <w:rFonts w:cs="Times New Roman"/>
          <w:b/>
          <w:color w:val="0000FF"/>
        </w:rPr>
        <w:t xml:space="preserve">B. </w:t>
      </w:r>
      <w:r w:rsidRPr="00A626E1">
        <w:rPr>
          <w:rFonts w:cs="Times New Roman"/>
          <w:position w:val="-24"/>
        </w:rPr>
        <w:object w:dxaOrig="3180" w:dyaOrig="620" w14:anchorId="31790D5C">
          <v:shape id="_x0000_i3065" type="#_x0000_t75" style="width:159pt;height:31.2pt" o:ole="">
            <v:imagedata r:id="rId3990" o:title=""/>
          </v:shape>
          <o:OLEObject Type="Embed" ProgID="Equation.DSMT4" ShapeID="_x0000_i3065" DrawAspect="Content" ObjectID="_1699919801" r:id="rId3991"/>
        </w:object>
      </w:r>
      <w:r w:rsidRPr="00A626E1">
        <w:rPr>
          <w:rFonts w:cs="Times New Roman"/>
        </w:rPr>
        <w:t>.</w:t>
      </w:r>
    </w:p>
    <w:p w14:paraId="674E5B3A"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C. </w:t>
      </w:r>
      <w:r w:rsidRPr="00A626E1">
        <w:rPr>
          <w:rFonts w:cs="Times New Roman"/>
          <w:position w:val="-24"/>
        </w:rPr>
        <w:object w:dxaOrig="1800" w:dyaOrig="620" w14:anchorId="0C025632">
          <v:shape id="_x0000_i3066" type="#_x0000_t75" style="width:90pt;height:31.2pt" o:ole="">
            <v:imagedata r:id="rId3992" o:title=""/>
          </v:shape>
          <o:OLEObject Type="Embed" ProgID="Equation.DSMT4" ShapeID="_x0000_i3066" DrawAspect="Content" ObjectID="_1699919802" r:id="rId3993"/>
        </w:object>
      </w:r>
      <w:r w:rsidRPr="00A626E1">
        <w:rPr>
          <w:rFonts w:cs="Times New Roman"/>
        </w:rPr>
        <w:t>.</w:t>
      </w:r>
      <w:r w:rsidRPr="00A626E1">
        <w:rPr>
          <w:rFonts w:cs="Times New Roman"/>
        </w:rPr>
        <w:tab/>
      </w:r>
      <w:r>
        <w:rPr>
          <w:rFonts w:cs="Times New Roman"/>
        </w:rPr>
        <w:tab/>
      </w:r>
      <w:r w:rsidRPr="00A626E1">
        <w:rPr>
          <w:rFonts w:cs="Times New Roman"/>
          <w:b/>
          <w:color w:val="0000FF"/>
        </w:rPr>
        <w:t xml:space="preserve">D. </w:t>
      </w:r>
      <w:r w:rsidRPr="00A626E1">
        <w:rPr>
          <w:rFonts w:cs="Times New Roman"/>
          <w:position w:val="-24"/>
        </w:rPr>
        <w:object w:dxaOrig="2940" w:dyaOrig="620" w14:anchorId="50B1727D">
          <v:shape id="_x0000_i3067" type="#_x0000_t75" style="width:147pt;height:31.2pt" o:ole="">
            <v:imagedata r:id="rId3994" o:title=""/>
          </v:shape>
          <o:OLEObject Type="Embed" ProgID="Equation.DSMT4" ShapeID="_x0000_i3067" DrawAspect="Content" ObjectID="_1699919803" r:id="rId3995"/>
        </w:object>
      </w:r>
      <w:r w:rsidRPr="00A626E1">
        <w:rPr>
          <w:rFonts w:cs="Times New Roman"/>
        </w:rPr>
        <w:t>.</w:t>
      </w:r>
    </w:p>
    <w:p w14:paraId="440EA1F7"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14:</w:t>
      </w:r>
      <w:r w:rsidRPr="00A626E1">
        <w:rPr>
          <w:rFonts w:cs="Times New Roman"/>
          <w:b/>
          <w:color w:val="0000FF"/>
        </w:rPr>
        <w:tab/>
      </w:r>
      <w:r w:rsidRPr="00A626E1">
        <w:rPr>
          <w:rFonts w:cs="Times New Roman"/>
        </w:rPr>
        <w:t xml:space="preserve">Số vị trí biểu diễn các nghiệm của phương trình </w:t>
      </w:r>
      <w:r w:rsidRPr="00A626E1">
        <w:rPr>
          <w:position w:val="-6"/>
        </w:rPr>
        <w:object w:dxaOrig="2299" w:dyaOrig="320" w14:anchorId="4281F356">
          <v:shape id="_x0000_i3068" type="#_x0000_t75" style="width:115.2pt;height:16.2pt" o:ole="">
            <v:imagedata r:id="rId3996" o:title=""/>
          </v:shape>
          <o:OLEObject Type="Embed" ProgID="Equation.DSMT4" ShapeID="_x0000_i3068" DrawAspect="Content" ObjectID="_1699919804" r:id="rId3997"/>
        </w:object>
      </w:r>
      <w:r w:rsidRPr="00A626E1">
        <w:rPr>
          <w:rFonts w:cs="Times New Roman"/>
        </w:rPr>
        <w:t xml:space="preserve"> trên đường tròn lượng giác là</w:t>
      </w:r>
    </w:p>
    <w:p w14:paraId="00685375"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4.</w:t>
      </w:r>
      <w:r w:rsidRPr="00A626E1">
        <w:rPr>
          <w:rFonts w:cs="Times New Roman"/>
        </w:rPr>
        <w:tab/>
      </w:r>
      <w:r w:rsidRPr="00A626E1">
        <w:rPr>
          <w:rFonts w:cs="Times New Roman"/>
          <w:b/>
          <w:color w:val="0000FF"/>
        </w:rPr>
        <w:t xml:space="preserve">B. </w:t>
      </w:r>
      <w:r w:rsidRPr="00A626E1">
        <w:rPr>
          <w:rFonts w:cs="Times New Roman"/>
        </w:rPr>
        <w:t>3.</w:t>
      </w:r>
      <w:r w:rsidRPr="00A626E1">
        <w:rPr>
          <w:rFonts w:cs="Times New Roman"/>
        </w:rPr>
        <w:tab/>
      </w:r>
      <w:r w:rsidRPr="00A626E1">
        <w:rPr>
          <w:rFonts w:cs="Times New Roman"/>
          <w:b/>
          <w:color w:val="0000FF"/>
        </w:rPr>
        <w:t xml:space="preserve">C. </w:t>
      </w:r>
      <w:r w:rsidRPr="00A626E1">
        <w:rPr>
          <w:rFonts w:cs="Times New Roman"/>
        </w:rPr>
        <w:t>2.</w:t>
      </w:r>
      <w:r w:rsidRPr="00A626E1">
        <w:rPr>
          <w:rFonts w:cs="Times New Roman"/>
        </w:rPr>
        <w:tab/>
      </w:r>
      <w:r w:rsidRPr="00A626E1">
        <w:rPr>
          <w:rFonts w:cs="Times New Roman"/>
          <w:b/>
          <w:color w:val="0000FF"/>
        </w:rPr>
        <w:t xml:space="preserve">D. </w:t>
      </w:r>
      <w:r w:rsidRPr="00A626E1">
        <w:rPr>
          <w:rFonts w:cs="Times New Roman"/>
        </w:rPr>
        <w:t>1.</w:t>
      </w:r>
    </w:p>
    <w:p w14:paraId="3D5650FF" w14:textId="77777777" w:rsidR="00DE7E5C" w:rsidRPr="00A626E1" w:rsidRDefault="00DE7E5C" w:rsidP="00A626E1">
      <w:pPr>
        <w:ind w:left="992"/>
        <w:rPr>
          <w:rFonts w:cs="Times New Roman"/>
        </w:rPr>
      </w:pPr>
      <w:r w:rsidRPr="00A626E1">
        <w:rPr>
          <w:rFonts w:cs="Times New Roman"/>
        </w:rPr>
        <w:t>Suy ra có duy nhất 1 vị trí biểu diễn nghiệm của phương trình trên đường tròn lượng giác.</w:t>
      </w:r>
    </w:p>
    <w:p w14:paraId="336E27E5"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15:</w:t>
      </w:r>
      <w:r w:rsidRPr="00A626E1">
        <w:rPr>
          <w:rFonts w:cs="Times New Roman"/>
          <w:b/>
          <w:color w:val="0000FF"/>
        </w:rPr>
        <w:tab/>
      </w:r>
      <w:r w:rsidRPr="00A626E1">
        <w:rPr>
          <w:rFonts w:cs="Times New Roman"/>
        </w:rPr>
        <w:t>Một tổ học sinh có 5 học sinh nam và 7 học sinh nữ. Có bao nhiêu cách chọn 4 học sinh của tổ để tham ra một buổi lao động?</w:t>
      </w:r>
    </w:p>
    <w:p w14:paraId="23FD5B94"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12"/>
        </w:rPr>
        <w:object w:dxaOrig="800" w:dyaOrig="380" w14:anchorId="0E61007D">
          <v:shape id="_x0000_i3069" type="#_x0000_t75" style="width:40.2pt;height:19.2pt" o:ole="">
            <v:imagedata r:id="rId3998" o:title=""/>
          </v:shape>
          <o:OLEObject Type="Embed" ProgID="Equation.DSMT4" ShapeID="_x0000_i3069" DrawAspect="Content" ObjectID="_1699919805" r:id="rId3999"/>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6"/>
        </w:rPr>
        <w:object w:dxaOrig="260" w:dyaOrig="279" w14:anchorId="3A5C7182">
          <v:shape id="_x0000_i3070" type="#_x0000_t75" style="width:13.2pt;height:13.8pt" o:ole="">
            <v:imagedata r:id="rId4000" o:title=""/>
          </v:shape>
          <o:OLEObject Type="Embed" ProgID="Equation.DSMT4" ShapeID="_x0000_i3070" DrawAspect="Content" ObjectID="_1699919806" r:id="rId4001"/>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12"/>
        </w:rPr>
        <w:object w:dxaOrig="340" w:dyaOrig="380" w14:anchorId="077B679D">
          <v:shape id="_x0000_i3071" type="#_x0000_t75" style="width:16.8pt;height:19.2pt" o:ole="">
            <v:imagedata r:id="rId4002" o:title=""/>
          </v:shape>
          <o:OLEObject Type="Embed" ProgID="Equation.DSMT4" ShapeID="_x0000_i3071" DrawAspect="Content" ObjectID="_1699919807" r:id="rId4003"/>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12"/>
        </w:rPr>
        <w:object w:dxaOrig="360" w:dyaOrig="380" w14:anchorId="2442AE48">
          <v:shape id="_x0000_i3072" type="#_x0000_t75" style="width:18pt;height:19.2pt" o:ole="">
            <v:imagedata r:id="rId4004" o:title=""/>
          </v:shape>
          <o:OLEObject Type="Embed" ProgID="Equation.DSMT4" ShapeID="_x0000_i3072" DrawAspect="Content" ObjectID="_1699919808" r:id="rId4005"/>
        </w:object>
      </w:r>
      <w:r w:rsidRPr="00A626E1">
        <w:rPr>
          <w:rFonts w:cs="Times New Roman"/>
        </w:rPr>
        <w:t>.</w:t>
      </w:r>
    </w:p>
    <w:p w14:paraId="49AEF902"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lastRenderedPageBreak/>
        <w:t>Câu 16:</w:t>
      </w:r>
      <w:r w:rsidRPr="00A626E1">
        <w:rPr>
          <w:rFonts w:cs="Times New Roman"/>
          <w:b/>
          <w:color w:val="0000FF"/>
        </w:rPr>
        <w:tab/>
      </w:r>
      <w:r w:rsidRPr="00A626E1">
        <w:rPr>
          <w:rFonts w:cs="Times New Roman"/>
        </w:rPr>
        <w:t>Một tổ có 5 học sinh nữ và 6 học sinh nam. Số cách chọn ngẫu nhiên 5 học sinh của tổ trong đó có cả học sinh nam và học sinh nữ là?</w:t>
      </w:r>
    </w:p>
    <w:p w14:paraId="58939D10"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545.</w:t>
      </w:r>
      <w:r w:rsidRPr="00A626E1">
        <w:rPr>
          <w:rFonts w:cs="Times New Roman"/>
        </w:rPr>
        <w:tab/>
      </w:r>
      <w:r w:rsidRPr="00A626E1">
        <w:rPr>
          <w:rFonts w:cs="Times New Roman"/>
          <w:b/>
          <w:color w:val="0000FF"/>
        </w:rPr>
        <w:t xml:space="preserve">B. </w:t>
      </w:r>
      <w:r w:rsidRPr="00A626E1">
        <w:rPr>
          <w:rFonts w:cs="Times New Roman"/>
        </w:rPr>
        <w:t>462.</w:t>
      </w:r>
      <w:r w:rsidRPr="00A626E1">
        <w:rPr>
          <w:rFonts w:cs="Times New Roman"/>
        </w:rPr>
        <w:tab/>
      </w:r>
      <w:r w:rsidRPr="00A626E1">
        <w:rPr>
          <w:rFonts w:cs="Times New Roman"/>
          <w:b/>
          <w:color w:val="0000FF"/>
        </w:rPr>
        <w:t xml:space="preserve">C. </w:t>
      </w:r>
      <w:r w:rsidRPr="00A626E1">
        <w:rPr>
          <w:rFonts w:cs="Times New Roman"/>
        </w:rPr>
        <w:t>455.</w:t>
      </w:r>
      <w:r w:rsidRPr="00A626E1">
        <w:rPr>
          <w:rFonts w:cs="Times New Roman"/>
        </w:rPr>
        <w:tab/>
      </w:r>
      <w:r w:rsidRPr="00A626E1">
        <w:rPr>
          <w:rFonts w:cs="Times New Roman"/>
          <w:b/>
          <w:color w:val="0000FF"/>
        </w:rPr>
        <w:t xml:space="preserve">D. </w:t>
      </w:r>
      <w:r w:rsidRPr="00A626E1">
        <w:rPr>
          <w:rFonts w:cs="Times New Roman"/>
        </w:rPr>
        <w:t>456.</w:t>
      </w:r>
    </w:p>
    <w:p w14:paraId="31FD58C3"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17:</w:t>
      </w:r>
      <w:r w:rsidRPr="00A626E1">
        <w:rPr>
          <w:rFonts w:cs="Times New Roman"/>
          <w:b/>
          <w:color w:val="0000FF"/>
        </w:rPr>
        <w:tab/>
      </w:r>
      <w:r w:rsidRPr="00A626E1">
        <w:rPr>
          <w:rFonts w:cs="Times New Roman"/>
        </w:rPr>
        <w:t xml:space="preserve">Cho các chữ số </w:t>
      </w:r>
      <w:r w:rsidRPr="00A626E1">
        <w:rPr>
          <w:position w:val="-10"/>
        </w:rPr>
        <w:object w:dxaOrig="1359" w:dyaOrig="320" w14:anchorId="2D24B522">
          <v:shape id="_x0000_i3073" type="#_x0000_t75" style="width:67.8pt;height:16.2pt" o:ole="">
            <v:imagedata r:id="rId4006" o:title=""/>
          </v:shape>
          <o:OLEObject Type="Embed" ProgID="Equation.DSMT4" ShapeID="_x0000_i3073" DrawAspect="Content" ObjectID="_1699919809" r:id="rId4007"/>
        </w:object>
      </w:r>
      <w:r w:rsidRPr="00A626E1">
        <w:rPr>
          <w:rFonts w:cs="Times New Roman"/>
        </w:rPr>
        <w:t>. Lập được bao nhiêu số tự nhiên chẵn gồm 4 chữ số đôi một khác nhau từ những chữ số đó?</w:t>
      </w:r>
    </w:p>
    <w:p w14:paraId="5F430488"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840.</w:t>
      </w:r>
      <w:r w:rsidRPr="00A626E1">
        <w:rPr>
          <w:rFonts w:cs="Times New Roman"/>
        </w:rPr>
        <w:tab/>
      </w:r>
      <w:r w:rsidRPr="00A626E1">
        <w:rPr>
          <w:rFonts w:cs="Times New Roman"/>
          <w:b/>
          <w:color w:val="0000FF"/>
        </w:rPr>
        <w:t xml:space="preserve">B. </w:t>
      </w:r>
      <w:r w:rsidRPr="00A626E1">
        <w:rPr>
          <w:rFonts w:cs="Times New Roman"/>
        </w:rPr>
        <w:t>360.</w:t>
      </w:r>
      <w:r w:rsidRPr="00A626E1">
        <w:rPr>
          <w:rFonts w:cs="Times New Roman"/>
        </w:rPr>
        <w:tab/>
      </w:r>
      <w:r w:rsidRPr="00A626E1">
        <w:rPr>
          <w:rFonts w:cs="Times New Roman"/>
          <w:b/>
          <w:color w:val="0000FF"/>
        </w:rPr>
        <w:t xml:space="preserve">C. </w:t>
      </w:r>
      <w:r w:rsidRPr="00A626E1">
        <w:rPr>
          <w:rFonts w:cs="Times New Roman"/>
        </w:rPr>
        <w:t>320.</w:t>
      </w:r>
      <w:r w:rsidRPr="00A626E1">
        <w:rPr>
          <w:rFonts w:cs="Times New Roman"/>
        </w:rPr>
        <w:tab/>
      </w:r>
      <w:r w:rsidRPr="00A626E1">
        <w:rPr>
          <w:rFonts w:cs="Times New Roman"/>
          <w:b/>
          <w:color w:val="0000FF"/>
        </w:rPr>
        <w:t xml:space="preserve">D. </w:t>
      </w:r>
      <w:r w:rsidRPr="00A626E1">
        <w:rPr>
          <w:rFonts w:cs="Times New Roman"/>
        </w:rPr>
        <w:t>2401.</w:t>
      </w:r>
    </w:p>
    <w:p w14:paraId="2911D17D"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18:</w:t>
      </w:r>
      <w:r w:rsidRPr="00A626E1">
        <w:rPr>
          <w:rFonts w:cs="Times New Roman"/>
          <w:b/>
          <w:color w:val="0000FF"/>
        </w:rPr>
        <w:tab/>
      </w:r>
      <w:r w:rsidRPr="00A626E1">
        <w:rPr>
          <w:rFonts w:cs="Times New Roman"/>
        </w:rPr>
        <w:t xml:space="preserve">Cho các chữ số </w:t>
      </w:r>
      <w:r w:rsidRPr="00A626E1">
        <w:rPr>
          <w:position w:val="-10"/>
        </w:rPr>
        <w:object w:dxaOrig="1760" w:dyaOrig="320" w14:anchorId="74459CEF">
          <v:shape id="_x0000_i3074" type="#_x0000_t75" style="width:88.2pt;height:16.2pt" o:ole="">
            <v:imagedata r:id="rId4008" o:title=""/>
          </v:shape>
          <o:OLEObject Type="Embed" ProgID="Equation.DSMT4" ShapeID="_x0000_i3074" DrawAspect="Content" ObjectID="_1699919810" r:id="rId4009"/>
        </w:object>
      </w:r>
      <w:r w:rsidRPr="00A626E1">
        <w:rPr>
          <w:rFonts w:cs="Times New Roman"/>
        </w:rPr>
        <w:t>. Lập được bao nhiêu số tự nhiên có 5 chữ số sao cho chữ số sau luôn lớn hơn chữ số trước?</w:t>
      </w:r>
    </w:p>
    <w:p w14:paraId="2B9E7A75"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56.</w:t>
      </w:r>
      <w:r w:rsidRPr="00A626E1">
        <w:rPr>
          <w:rFonts w:cs="Times New Roman"/>
        </w:rPr>
        <w:tab/>
      </w:r>
      <w:r w:rsidRPr="00A626E1">
        <w:rPr>
          <w:rFonts w:cs="Times New Roman"/>
          <w:b/>
          <w:color w:val="0000FF"/>
        </w:rPr>
        <w:t xml:space="preserve">B. </w:t>
      </w:r>
      <w:r w:rsidRPr="00A626E1">
        <w:rPr>
          <w:rFonts w:cs="Times New Roman"/>
        </w:rPr>
        <w:t>1680.</w:t>
      </w:r>
      <w:r w:rsidRPr="00A626E1">
        <w:rPr>
          <w:rFonts w:cs="Times New Roman"/>
        </w:rPr>
        <w:tab/>
      </w:r>
      <w:r w:rsidRPr="00A626E1">
        <w:rPr>
          <w:rFonts w:cs="Times New Roman"/>
          <w:b/>
          <w:color w:val="0000FF"/>
        </w:rPr>
        <w:t xml:space="preserve">C. </w:t>
      </w:r>
      <w:r w:rsidRPr="00A626E1">
        <w:rPr>
          <w:rFonts w:cs="Times New Roman"/>
        </w:rPr>
        <w:t>490.</w:t>
      </w:r>
      <w:r w:rsidRPr="00A626E1">
        <w:rPr>
          <w:rFonts w:cs="Times New Roman"/>
        </w:rPr>
        <w:tab/>
      </w:r>
      <w:r w:rsidRPr="00A626E1">
        <w:rPr>
          <w:rFonts w:cs="Times New Roman"/>
          <w:b/>
          <w:color w:val="0000FF"/>
        </w:rPr>
        <w:t xml:space="preserve">D. </w:t>
      </w:r>
      <w:r w:rsidRPr="00A626E1">
        <w:rPr>
          <w:rFonts w:cs="Times New Roman"/>
        </w:rPr>
        <w:t>126.</w:t>
      </w:r>
    </w:p>
    <w:p w14:paraId="79CCB05E"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19:</w:t>
      </w:r>
      <w:r w:rsidRPr="00A626E1">
        <w:rPr>
          <w:rFonts w:cs="Times New Roman"/>
          <w:b/>
          <w:color w:val="0000FF"/>
        </w:rPr>
        <w:tab/>
      </w:r>
      <w:r w:rsidRPr="00A626E1">
        <w:rPr>
          <w:rFonts w:cs="Times New Roman"/>
        </w:rPr>
        <w:t xml:space="preserve">Từ các chữ số </w:t>
      </w:r>
      <w:r w:rsidRPr="00A626E1">
        <w:rPr>
          <w:position w:val="-10"/>
        </w:rPr>
        <w:object w:dxaOrig="760" w:dyaOrig="320" w14:anchorId="2DA276E2">
          <v:shape id="_x0000_i3075" type="#_x0000_t75" style="width:37.8pt;height:16.2pt" o:ole="">
            <v:imagedata r:id="rId4010" o:title=""/>
          </v:shape>
          <o:OLEObject Type="Embed" ProgID="Equation.DSMT4" ShapeID="_x0000_i3075" DrawAspect="Content" ObjectID="_1699919811" r:id="rId4011"/>
        </w:object>
      </w:r>
      <w:r w:rsidRPr="00A626E1">
        <w:rPr>
          <w:rFonts w:cs="Times New Roman"/>
        </w:rPr>
        <w:t xml:space="preserve"> có thể lập được bao nhiêu số tự nhiên có các chữ số khác nhau?</w:t>
      </w:r>
    </w:p>
    <w:p w14:paraId="3C970C7F"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64.</w:t>
      </w:r>
      <w:r w:rsidRPr="00A626E1">
        <w:rPr>
          <w:rFonts w:cs="Times New Roman"/>
        </w:rPr>
        <w:tab/>
      </w:r>
      <w:r w:rsidRPr="00A626E1">
        <w:rPr>
          <w:rFonts w:cs="Times New Roman"/>
          <w:b/>
          <w:color w:val="0000FF"/>
        </w:rPr>
        <w:t xml:space="preserve">B. </w:t>
      </w:r>
      <w:r w:rsidRPr="00A626E1">
        <w:rPr>
          <w:rFonts w:cs="Times New Roman"/>
        </w:rPr>
        <w:t>40.</w:t>
      </w:r>
      <w:r w:rsidRPr="00A626E1">
        <w:rPr>
          <w:rFonts w:cs="Times New Roman"/>
        </w:rPr>
        <w:tab/>
      </w:r>
      <w:r w:rsidRPr="00A626E1">
        <w:rPr>
          <w:rFonts w:cs="Times New Roman"/>
          <w:b/>
          <w:color w:val="0000FF"/>
        </w:rPr>
        <w:t xml:space="preserve">C. </w:t>
      </w:r>
      <w:r w:rsidRPr="00A626E1">
        <w:rPr>
          <w:rFonts w:cs="Times New Roman"/>
        </w:rPr>
        <w:t>36.</w:t>
      </w:r>
      <w:r w:rsidRPr="00A626E1">
        <w:rPr>
          <w:rFonts w:cs="Times New Roman"/>
        </w:rPr>
        <w:tab/>
      </w:r>
      <w:r w:rsidRPr="00A626E1">
        <w:rPr>
          <w:rFonts w:cs="Times New Roman"/>
          <w:b/>
          <w:color w:val="0000FF"/>
        </w:rPr>
        <w:t xml:space="preserve">D. </w:t>
      </w:r>
      <w:r w:rsidRPr="00A626E1">
        <w:rPr>
          <w:rFonts w:cs="Times New Roman"/>
        </w:rPr>
        <w:t>24.</w:t>
      </w:r>
    </w:p>
    <w:p w14:paraId="09C731D7"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20:</w:t>
      </w:r>
      <w:r w:rsidRPr="00A626E1">
        <w:rPr>
          <w:rFonts w:cs="Times New Roman"/>
          <w:b/>
          <w:color w:val="0000FF"/>
        </w:rPr>
        <w:tab/>
      </w:r>
      <w:r w:rsidRPr="00A626E1">
        <w:rPr>
          <w:rFonts w:cs="Times New Roman"/>
        </w:rPr>
        <w:t xml:space="preserve">Đa thức </w:t>
      </w:r>
      <w:r w:rsidRPr="00A626E1">
        <w:rPr>
          <w:position w:val="-10"/>
        </w:rPr>
        <w:object w:dxaOrig="4440" w:dyaOrig="360" w14:anchorId="4CB791E5">
          <v:shape id="_x0000_i3076" type="#_x0000_t75" style="width:222pt;height:18pt" o:ole="">
            <v:imagedata r:id="rId4012" o:title=""/>
          </v:shape>
          <o:OLEObject Type="Embed" ProgID="Equation.DSMT4" ShapeID="_x0000_i3076" DrawAspect="Content" ObjectID="_1699919812" r:id="rId4013"/>
        </w:object>
      </w:r>
      <w:r w:rsidRPr="00A626E1">
        <w:rPr>
          <w:rFonts w:cs="Times New Roman"/>
        </w:rPr>
        <w:t xml:space="preserve"> là khai triển của nhị thức nào dưới đây?</w:t>
      </w:r>
    </w:p>
    <w:p w14:paraId="39CFC672"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10"/>
        </w:rPr>
        <w:object w:dxaOrig="840" w:dyaOrig="360" w14:anchorId="3964D735">
          <v:shape id="_x0000_i3077" type="#_x0000_t75" style="width:42pt;height:18pt" o:ole="">
            <v:imagedata r:id="rId4014" o:title=""/>
          </v:shape>
          <o:OLEObject Type="Embed" ProgID="Equation.DSMT4" ShapeID="_x0000_i3077" DrawAspect="Content" ObjectID="_1699919813" r:id="rId4015"/>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10"/>
        </w:rPr>
        <w:object w:dxaOrig="840" w:dyaOrig="360" w14:anchorId="6CA0DE00">
          <v:shape id="_x0000_i3078" type="#_x0000_t75" style="width:42pt;height:18pt" o:ole="">
            <v:imagedata r:id="rId4016" o:title=""/>
          </v:shape>
          <o:OLEObject Type="Embed" ProgID="Equation.DSMT4" ShapeID="_x0000_i3078" DrawAspect="Content" ObjectID="_1699919814" r:id="rId4017"/>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10"/>
        </w:rPr>
        <w:object w:dxaOrig="740" w:dyaOrig="360" w14:anchorId="7271865B">
          <v:shape id="_x0000_i3079" type="#_x0000_t75" style="width:37.2pt;height:18pt" o:ole="">
            <v:imagedata r:id="rId4018" o:title=""/>
          </v:shape>
          <o:OLEObject Type="Embed" ProgID="Equation.DSMT4" ShapeID="_x0000_i3079" DrawAspect="Content" ObjectID="_1699919815" r:id="rId4019"/>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10"/>
        </w:rPr>
        <w:object w:dxaOrig="840" w:dyaOrig="360" w14:anchorId="083C41AE">
          <v:shape id="_x0000_i3080" type="#_x0000_t75" style="width:42pt;height:18pt" o:ole="">
            <v:imagedata r:id="rId4020" o:title=""/>
          </v:shape>
          <o:OLEObject Type="Embed" ProgID="Equation.DSMT4" ShapeID="_x0000_i3080" DrawAspect="Content" ObjectID="_1699919816" r:id="rId4021"/>
        </w:object>
      </w:r>
      <w:r w:rsidRPr="00A626E1">
        <w:rPr>
          <w:rFonts w:cs="Times New Roman"/>
        </w:rPr>
        <w:t>.</w:t>
      </w:r>
    </w:p>
    <w:p w14:paraId="72FCC5DF"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21:</w:t>
      </w:r>
      <w:r w:rsidRPr="00A626E1">
        <w:rPr>
          <w:rFonts w:cs="Times New Roman"/>
          <w:b/>
          <w:color w:val="0000FF"/>
        </w:rPr>
        <w:tab/>
      </w:r>
      <w:r w:rsidRPr="00A626E1">
        <w:rPr>
          <w:rFonts w:cs="Times New Roman"/>
        </w:rPr>
        <w:t xml:space="preserve">Một nhóm học sinh có 6 học sinh nam và 7 học sinh nữ. Từ nhóm học sinh này ta chọn ngẫu nhiên </w:t>
      </w:r>
      <w:r w:rsidRPr="00A626E1">
        <w:rPr>
          <w:position w:val="-4"/>
        </w:rPr>
        <w:object w:dxaOrig="139" w:dyaOrig="300" w14:anchorId="0AB063FD">
          <v:shape id="_x0000_i3081" type="#_x0000_t75" style="width:7.2pt;height:15pt" o:ole="">
            <v:imagedata r:id="rId4022" o:title=""/>
          </v:shape>
          <o:OLEObject Type="Embed" ProgID="Equation.DSMT4" ShapeID="_x0000_i3081" DrawAspect="Content" ObjectID="_1699919817" r:id="rId4023"/>
        </w:object>
      </w:r>
      <w:r w:rsidRPr="00A626E1">
        <w:rPr>
          <w:rFonts w:cs="Times New Roman"/>
        </w:rPr>
        <w:t xml:space="preserve"> học sinh. Tính xác suất để trong ba học sinh được chọn có cả nam và nữ.</w:t>
      </w:r>
    </w:p>
    <w:p w14:paraId="664000A2"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30"/>
        </w:rPr>
        <w:object w:dxaOrig="700" w:dyaOrig="720" w14:anchorId="2BF8A818">
          <v:shape id="_x0000_i3082" type="#_x0000_t75" style="width:34.8pt;height:36pt" o:ole="">
            <v:imagedata r:id="rId4024" o:title=""/>
          </v:shape>
          <o:OLEObject Type="Embed" ProgID="Equation.DSMT4" ShapeID="_x0000_i3082" DrawAspect="Content" ObjectID="_1699919818" r:id="rId4025"/>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30"/>
        </w:rPr>
        <w:object w:dxaOrig="700" w:dyaOrig="720" w14:anchorId="7D55699F">
          <v:shape id="_x0000_i3083" type="#_x0000_t75" style="width:34.8pt;height:36pt" o:ole="">
            <v:imagedata r:id="rId4026" o:title=""/>
          </v:shape>
          <o:OLEObject Type="Embed" ProgID="Equation.DSMT4" ShapeID="_x0000_i3083" DrawAspect="Content" ObjectID="_1699919819" r:id="rId4027"/>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30"/>
        </w:rPr>
        <w:object w:dxaOrig="1340" w:dyaOrig="720" w14:anchorId="50C1EED9">
          <v:shape id="_x0000_i3084" type="#_x0000_t75" style="width:67.2pt;height:36pt" o:ole="">
            <v:imagedata r:id="rId4028" o:title=""/>
          </v:shape>
          <o:OLEObject Type="Embed" ProgID="Equation.DSMT4" ShapeID="_x0000_i3084" DrawAspect="Content" ObjectID="_1699919820" r:id="rId4029"/>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30"/>
        </w:rPr>
        <w:object w:dxaOrig="859" w:dyaOrig="720" w14:anchorId="3AF4DEDD">
          <v:shape id="_x0000_i3085" type="#_x0000_t75" style="width:43.2pt;height:36pt" o:ole="">
            <v:imagedata r:id="rId4030" o:title=""/>
          </v:shape>
          <o:OLEObject Type="Embed" ProgID="Equation.DSMT4" ShapeID="_x0000_i3085" DrawAspect="Content" ObjectID="_1699919821" r:id="rId4031"/>
        </w:object>
      </w:r>
      <w:r w:rsidRPr="00A626E1">
        <w:rPr>
          <w:rFonts w:cs="Times New Roman"/>
        </w:rPr>
        <w:t>.</w:t>
      </w:r>
    </w:p>
    <w:p w14:paraId="4065342C"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22:</w:t>
      </w:r>
      <w:r w:rsidRPr="00A626E1">
        <w:rPr>
          <w:rFonts w:cs="Times New Roman"/>
          <w:b/>
          <w:color w:val="0000FF"/>
        </w:rPr>
        <w:tab/>
      </w:r>
      <w:r w:rsidRPr="00A626E1">
        <w:rPr>
          <w:rFonts w:cs="Times New Roman"/>
        </w:rPr>
        <w:t xml:space="preserve">Cho dãy số </w:t>
      </w:r>
      <w:r w:rsidRPr="00A626E1">
        <w:rPr>
          <w:position w:val="-24"/>
        </w:rPr>
        <w:object w:dxaOrig="1540" w:dyaOrig="660" w14:anchorId="5F168A91">
          <v:shape id="_x0000_i3086" type="#_x0000_t75" style="width:76.8pt;height:33pt" o:ole="">
            <v:imagedata r:id="rId4032" o:title=""/>
          </v:shape>
          <o:OLEObject Type="Embed" ProgID="Equation.DSMT4" ShapeID="_x0000_i3086" DrawAspect="Content" ObjectID="_1699919822" r:id="rId4033"/>
        </w:object>
      </w:r>
      <w:r w:rsidRPr="00A626E1">
        <w:rPr>
          <w:rFonts w:cs="Times New Roman"/>
        </w:rPr>
        <w:t xml:space="preserve">. Tính </w:t>
      </w:r>
      <w:r w:rsidRPr="00A626E1">
        <w:rPr>
          <w:position w:val="-12"/>
        </w:rPr>
        <w:object w:dxaOrig="300" w:dyaOrig="360" w14:anchorId="7ECEC50C">
          <v:shape id="_x0000_i3087" type="#_x0000_t75" style="width:15pt;height:18pt" o:ole="">
            <v:imagedata r:id="rId4034" o:title=""/>
          </v:shape>
          <o:OLEObject Type="Embed" ProgID="Equation.DSMT4" ShapeID="_x0000_i3087" DrawAspect="Content" ObjectID="_1699919823" r:id="rId4035"/>
        </w:object>
      </w:r>
      <w:r w:rsidRPr="00A626E1">
        <w:rPr>
          <w:rFonts w:cs="Times New Roman"/>
        </w:rPr>
        <w:t>.</w:t>
      </w:r>
    </w:p>
    <w:p w14:paraId="058F565A"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24"/>
        </w:rPr>
        <w:object w:dxaOrig="940" w:dyaOrig="620" w14:anchorId="5D6A5E89">
          <v:shape id="_x0000_i3088" type="#_x0000_t75" style="width:46.8pt;height:31.2pt" o:ole="">
            <v:imagedata r:id="rId4036" o:title=""/>
          </v:shape>
          <o:OLEObject Type="Embed" ProgID="Equation.DSMT4" ShapeID="_x0000_i3088" DrawAspect="Content" ObjectID="_1699919824" r:id="rId4037"/>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24"/>
        </w:rPr>
        <w:object w:dxaOrig="1060" w:dyaOrig="620" w14:anchorId="54B98D4D">
          <v:shape id="_x0000_i3089" type="#_x0000_t75" style="width:52.8pt;height:31.2pt" o:ole="">
            <v:imagedata r:id="rId4038" o:title=""/>
          </v:shape>
          <o:OLEObject Type="Embed" ProgID="Equation.DSMT4" ShapeID="_x0000_i3089" DrawAspect="Content" ObjectID="_1699919825" r:id="rId4039"/>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24"/>
        </w:rPr>
        <w:object w:dxaOrig="1060" w:dyaOrig="620" w14:anchorId="6D6EB383">
          <v:shape id="_x0000_i3090" type="#_x0000_t75" style="width:52.8pt;height:31.2pt" o:ole="">
            <v:imagedata r:id="rId4040" o:title=""/>
          </v:shape>
          <o:OLEObject Type="Embed" ProgID="Equation.DSMT4" ShapeID="_x0000_i3090" DrawAspect="Content" ObjectID="_1699919826" r:id="rId4041"/>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24"/>
        </w:rPr>
        <w:object w:dxaOrig="820" w:dyaOrig="620" w14:anchorId="4AE9A20C">
          <v:shape id="_x0000_i3091" type="#_x0000_t75" style="width:40.8pt;height:31.2pt" o:ole="">
            <v:imagedata r:id="rId4042" o:title=""/>
          </v:shape>
          <o:OLEObject Type="Embed" ProgID="Equation.DSMT4" ShapeID="_x0000_i3091" DrawAspect="Content" ObjectID="_1699919827" r:id="rId4043"/>
        </w:object>
      </w:r>
      <w:r w:rsidRPr="00A626E1">
        <w:rPr>
          <w:rFonts w:cs="Times New Roman"/>
        </w:rPr>
        <w:t>.</w:t>
      </w:r>
    </w:p>
    <w:p w14:paraId="66F0706B"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23:</w:t>
      </w:r>
      <w:r w:rsidRPr="00A626E1">
        <w:rPr>
          <w:rFonts w:cs="Times New Roman"/>
          <w:b/>
          <w:color w:val="0000FF"/>
        </w:rPr>
        <w:tab/>
      </w:r>
      <w:r w:rsidRPr="00A626E1">
        <w:rPr>
          <w:rFonts w:cs="Times New Roman"/>
        </w:rPr>
        <w:t xml:space="preserve">Cho cấp số cộng có </w:t>
      </w:r>
      <w:r w:rsidRPr="00A626E1">
        <w:rPr>
          <w:position w:val="-12"/>
        </w:rPr>
        <w:object w:dxaOrig="740" w:dyaOrig="360" w14:anchorId="7FFA9121">
          <v:shape id="_x0000_i3092" type="#_x0000_t75" style="width:37.2pt;height:18pt" o:ole="">
            <v:imagedata r:id="rId4044" o:title=""/>
          </v:shape>
          <o:OLEObject Type="Embed" ProgID="Equation.DSMT4" ShapeID="_x0000_i3092" DrawAspect="Content" ObjectID="_1699919828" r:id="rId4045"/>
        </w:object>
      </w:r>
      <w:r w:rsidRPr="00A626E1">
        <w:rPr>
          <w:rFonts w:cs="Times New Roman"/>
        </w:rPr>
        <w:t xml:space="preserve"> và </w:t>
      </w:r>
      <w:r w:rsidRPr="00A626E1">
        <w:rPr>
          <w:position w:val="-12"/>
        </w:rPr>
        <w:object w:dxaOrig="960" w:dyaOrig="360" w14:anchorId="4A9E98F9">
          <v:shape id="_x0000_i3093" type="#_x0000_t75" style="width:48pt;height:18pt" o:ole="">
            <v:imagedata r:id="rId4046" o:title=""/>
          </v:shape>
          <o:OLEObject Type="Embed" ProgID="Equation.DSMT4" ShapeID="_x0000_i3093" DrawAspect="Content" ObjectID="_1699919829" r:id="rId4047"/>
        </w:object>
      </w:r>
      <w:r w:rsidRPr="00A626E1">
        <w:rPr>
          <w:rFonts w:cs="Times New Roman"/>
        </w:rPr>
        <w:t>. Công sai của cấp số cộng là:</w:t>
      </w:r>
    </w:p>
    <w:p w14:paraId="31159BC7"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6"/>
        </w:rPr>
        <w:object w:dxaOrig="560" w:dyaOrig="279" w14:anchorId="415F5735">
          <v:shape id="_x0000_i3094" type="#_x0000_t75" style="width:28.2pt;height:13.8pt" o:ole="">
            <v:imagedata r:id="rId4048" o:title=""/>
          </v:shape>
          <o:OLEObject Type="Embed" ProgID="Equation.DSMT4" ShapeID="_x0000_i3094" DrawAspect="Content" ObjectID="_1699919830" r:id="rId4049"/>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6"/>
        </w:rPr>
        <w:object w:dxaOrig="580" w:dyaOrig="279" w14:anchorId="01A1626D">
          <v:shape id="_x0000_i3095" type="#_x0000_t75" style="width:28.8pt;height:13.8pt" o:ole="">
            <v:imagedata r:id="rId4050" o:title=""/>
          </v:shape>
          <o:OLEObject Type="Embed" ProgID="Equation.DSMT4" ShapeID="_x0000_i3095" DrawAspect="Content" ObjectID="_1699919831" r:id="rId4051"/>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6"/>
        </w:rPr>
        <w:object w:dxaOrig="720" w:dyaOrig="279" w14:anchorId="27499EBB">
          <v:shape id="_x0000_i3096" type="#_x0000_t75" style="width:36pt;height:13.8pt" o:ole="">
            <v:imagedata r:id="rId4052" o:title=""/>
          </v:shape>
          <o:OLEObject Type="Embed" ProgID="Equation.DSMT4" ShapeID="_x0000_i3096" DrawAspect="Content" ObjectID="_1699919832" r:id="rId4053"/>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6"/>
        </w:rPr>
        <w:object w:dxaOrig="580" w:dyaOrig="279" w14:anchorId="4E5B2913">
          <v:shape id="_x0000_i3097" type="#_x0000_t75" style="width:28.8pt;height:13.8pt" o:ole="">
            <v:imagedata r:id="rId4054" o:title=""/>
          </v:shape>
          <o:OLEObject Type="Embed" ProgID="Equation.DSMT4" ShapeID="_x0000_i3097" DrawAspect="Content" ObjectID="_1699919833" r:id="rId4055"/>
        </w:object>
      </w:r>
      <w:r w:rsidRPr="00A626E1">
        <w:rPr>
          <w:rFonts w:cs="Times New Roman"/>
        </w:rPr>
        <w:t>.</w:t>
      </w:r>
    </w:p>
    <w:p w14:paraId="2505F224"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24:</w:t>
      </w:r>
      <w:r w:rsidRPr="00A626E1">
        <w:rPr>
          <w:rFonts w:cs="Times New Roman"/>
          <w:b/>
          <w:color w:val="0000FF"/>
        </w:rPr>
        <w:tab/>
      </w:r>
      <w:r w:rsidRPr="00A626E1">
        <w:rPr>
          <w:rFonts w:cs="Times New Roman"/>
        </w:rPr>
        <w:t xml:space="preserve">Cho cấp số cộng </w:t>
      </w:r>
      <w:r w:rsidRPr="00A626E1">
        <w:rPr>
          <w:position w:val="-14"/>
        </w:rPr>
        <w:object w:dxaOrig="480" w:dyaOrig="400" w14:anchorId="1A43ABA3">
          <v:shape id="_x0000_i3098" type="#_x0000_t75" style="width:24pt;height:19.8pt" o:ole="">
            <v:imagedata r:id="rId4056" o:title=""/>
          </v:shape>
          <o:OLEObject Type="Embed" ProgID="Equation.DSMT4" ShapeID="_x0000_i3098" DrawAspect="Content" ObjectID="_1699919834" r:id="rId4057"/>
        </w:object>
      </w:r>
      <w:r w:rsidRPr="00A626E1">
        <w:rPr>
          <w:rFonts w:cs="Times New Roman"/>
        </w:rPr>
        <w:t xml:space="preserve"> có </w:t>
      </w:r>
      <w:r w:rsidRPr="00A626E1">
        <w:rPr>
          <w:position w:val="-12"/>
        </w:rPr>
        <w:object w:dxaOrig="920" w:dyaOrig="400" w14:anchorId="311C5366">
          <v:shape id="_x0000_i3099" type="#_x0000_t75" style="width:46.2pt;height:19.8pt" o:ole="">
            <v:imagedata r:id="rId4058" o:title=""/>
          </v:shape>
          <o:OLEObject Type="Embed" ProgID="Equation.DSMT4" ShapeID="_x0000_i3099" DrawAspect="Content" ObjectID="_1699919835" r:id="rId4059"/>
        </w:object>
      </w:r>
      <w:r w:rsidRPr="00A626E1">
        <w:rPr>
          <w:rFonts w:cs="Times New Roman"/>
        </w:rPr>
        <w:t xml:space="preserve"> và công sai </w:t>
      </w:r>
      <w:r w:rsidRPr="00A626E1">
        <w:rPr>
          <w:position w:val="-8"/>
        </w:rPr>
        <w:object w:dxaOrig="760" w:dyaOrig="360" w14:anchorId="26B838F6">
          <v:shape id="_x0000_i3100" type="#_x0000_t75" style="width:37.8pt;height:18pt" o:ole="">
            <v:imagedata r:id="rId4060" o:title=""/>
          </v:shape>
          <o:OLEObject Type="Embed" ProgID="Equation.DSMT4" ShapeID="_x0000_i3100" DrawAspect="Content" ObjectID="_1699919836" r:id="rId4061"/>
        </w:object>
      </w:r>
      <w:r w:rsidRPr="00A626E1">
        <w:rPr>
          <w:rFonts w:cs="Times New Roman"/>
        </w:rPr>
        <w:t xml:space="preserve">. Số hạng </w:t>
      </w:r>
      <w:r w:rsidRPr="00A626E1">
        <w:rPr>
          <w:position w:val="-12"/>
        </w:rPr>
        <w:object w:dxaOrig="320" w:dyaOrig="360" w14:anchorId="046E0518">
          <v:shape id="_x0000_i3101" type="#_x0000_t75" style="width:16.2pt;height:18pt" o:ole="">
            <v:imagedata r:id="rId4062" o:title=""/>
          </v:shape>
          <o:OLEObject Type="Embed" ProgID="Equation.DSMT4" ShapeID="_x0000_i3101" DrawAspect="Content" ObjectID="_1699919837" r:id="rId4063"/>
        </w:object>
      </w:r>
      <w:r w:rsidRPr="00A626E1">
        <w:rPr>
          <w:rFonts w:cs="Times New Roman"/>
        </w:rPr>
        <w:t xml:space="preserve"> bằng:</w:t>
      </w:r>
    </w:p>
    <w:p w14:paraId="7027288A"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8"/>
        </w:rPr>
        <w:object w:dxaOrig="560" w:dyaOrig="360" w14:anchorId="0BC62763">
          <v:shape id="_x0000_i3102" type="#_x0000_t75" style="width:28.2pt;height:18pt" o:ole="">
            <v:imagedata r:id="rId4064" o:title=""/>
          </v:shape>
          <o:OLEObject Type="Embed" ProgID="Equation.DSMT4" ShapeID="_x0000_i3102" DrawAspect="Content" ObjectID="_1699919838" r:id="rId4065"/>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8"/>
        </w:rPr>
        <w:object w:dxaOrig="580" w:dyaOrig="360" w14:anchorId="4BE1C73F">
          <v:shape id="_x0000_i3103" type="#_x0000_t75" style="width:28.8pt;height:18pt" o:ole="">
            <v:imagedata r:id="rId4066" o:title=""/>
          </v:shape>
          <o:OLEObject Type="Embed" ProgID="Equation.DSMT4" ShapeID="_x0000_i3103" DrawAspect="Content" ObjectID="_1699919839" r:id="rId4067"/>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8"/>
        </w:rPr>
        <w:object w:dxaOrig="580" w:dyaOrig="360" w14:anchorId="2FA5A443">
          <v:shape id="_x0000_i3104" type="#_x0000_t75" style="width:28.8pt;height:18pt" o:ole="">
            <v:imagedata r:id="rId4068" o:title=""/>
          </v:shape>
          <o:OLEObject Type="Embed" ProgID="Equation.DSMT4" ShapeID="_x0000_i3104" DrawAspect="Content" ObjectID="_1699919840" r:id="rId4069"/>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8"/>
        </w:rPr>
        <w:object w:dxaOrig="580" w:dyaOrig="360" w14:anchorId="009B7928">
          <v:shape id="_x0000_i3105" type="#_x0000_t75" style="width:28.8pt;height:18pt" o:ole="">
            <v:imagedata r:id="rId4070" o:title=""/>
          </v:shape>
          <o:OLEObject Type="Embed" ProgID="Equation.DSMT4" ShapeID="_x0000_i3105" DrawAspect="Content" ObjectID="_1699919841" r:id="rId4071"/>
        </w:object>
      </w:r>
      <w:r w:rsidRPr="00A626E1">
        <w:rPr>
          <w:rFonts w:cs="Times New Roman"/>
        </w:rPr>
        <w:t>.</w:t>
      </w:r>
    </w:p>
    <w:p w14:paraId="294B31B1"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25:</w:t>
      </w:r>
      <w:r w:rsidRPr="00A626E1">
        <w:rPr>
          <w:rFonts w:cs="Times New Roman"/>
          <w:b/>
          <w:color w:val="0000FF"/>
        </w:rPr>
        <w:tab/>
      </w:r>
      <w:r w:rsidRPr="00A626E1">
        <w:rPr>
          <w:rFonts w:cs="Times New Roman"/>
        </w:rPr>
        <w:t xml:space="preserve">Một cấp số nhân có </w:t>
      </w:r>
      <w:r w:rsidRPr="00A626E1">
        <w:rPr>
          <w:position w:val="-12"/>
        </w:rPr>
        <w:object w:dxaOrig="1359" w:dyaOrig="360" w14:anchorId="6783ACB3">
          <v:shape id="_x0000_i3106" type="#_x0000_t75" style="width:67.8pt;height:18pt" o:ole="">
            <v:imagedata r:id="rId4072" o:title=""/>
          </v:shape>
          <o:OLEObject Type="Embed" ProgID="Equation.DSMT4" ShapeID="_x0000_i3106" DrawAspect="Content" ObjectID="_1699919842" r:id="rId4073"/>
        </w:object>
      </w:r>
      <w:r w:rsidRPr="00A626E1">
        <w:rPr>
          <w:rFonts w:cs="Times New Roman"/>
        </w:rPr>
        <w:t>. Hỏi 729 là số hạng thứ mấy của cấp số nhân?</w:t>
      </w:r>
    </w:p>
    <w:p w14:paraId="44BE1B02"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8.</w:t>
      </w:r>
      <w:r w:rsidRPr="00A626E1">
        <w:rPr>
          <w:rFonts w:cs="Times New Roman"/>
        </w:rPr>
        <w:tab/>
      </w:r>
      <w:r w:rsidRPr="00A626E1">
        <w:rPr>
          <w:rFonts w:cs="Times New Roman"/>
          <w:b/>
          <w:color w:val="0000FF"/>
        </w:rPr>
        <w:t xml:space="preserve">B. </w:t>
      </w:r>
      <w:r w:rsidRPr="00A626E1">
        <w:rPr>
          <w:rFonts w:cs="Times New Roman"/>
        </w:rPr>
        <w:t>7.</w:t>
      </w:r>
      <w:r w:rsidRPr="00A626E1">
        <w:rPr>
          <w:rFonts w:cs="Times New Roman"/>
        </w:rPr>
        <w:tab/>
      </w:r>
      <w:r w:rsidRPr="00A626E1">
        <w:rPr>
          <w:rFonts w:cs="Times New Roman"/>
          <w:b/>
          <w:color w:val="0000FF"/>
        </w:rPr>
        <w:t xml:space="preserve">C. </w:t>
      </w:r>
      <w:r w:rsidRPr="00A626E1">
        <w:rPr>
          <w:rFonts w:cs="Times New Roman"/>
        </w:rPr>
        <w:t>9.</w:t>
      </w:r>
      <w:r w:rsidRPr="00A626E1">
        <w:rPr>
          <w:rFonts w:cs="Times New Roman"/>
        </w:rPr>
        <w:tab/>
      </w:r>
      <w:r w:rsidRPr="00A626E1">
        <w:rPr>
          <w:rFonts w:cs="Times New Roman"/>
          <w:b/>
          <w:color w:val="0000FF"/>
        </w:rPr>
        <w:t xml:space="preserve">D. </w:t>
      </w:r>
      <w:r w:rsidRPr="00A626E1">
        <w:rPr>
          <w:rFonts w:cs="Times New Roman"/>
        </w:rPr>
        <w:t>10.</w:t>
      </w:r>
    </w:p>
    <w:p w14:paraId="4C1EEF0C"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26:</w:t>
      </w:r>
      <w:r w:rsidRPr="00A626E1">
        <w:rPr>
          <w:rFonts w:cs="Times New Roman"/>
          <w:b/>
          <w:color w:val="0000FF"/>
        </w:rPr>
        <w:tab/>
      </w:r>
      <w:r w:rsidRPr="00A626E1">
        <w:rPr>
          <w:rFonts w:cs="Times New Roman"/>
        </w:rPr>
        <w:t>Chọn khẳng định sai trong các khẳng định sau</w:t>
      </w:r>
    </w:p>
    <w:p w14:paraId="59C57899"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Phép tịnh tiến không làm thay đổi khoảng cách giữa hai điểm bất kì.</w:t>
      </w:r>
    </w:p>
    <w:p w14:paraId="07B06C3D"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B. </w:t>
      </w:r>
      <w:r w:rsidRPr="00A626E1">
        <w:rPr>
          <w:rFonts w:cs="Times New Roman"/>
        </w:rPr>
        <w:t>Phép tịnh tiến biến một đường thẳng thành đường thẳng song song với nó.</w:t>
      </w:r>
    </w:p>
    <w:p w14:paraId="16350DCB"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C. </w:t>
      </w:r>
      <w:r w:rsidRPr="00A626E1">
        <w:rPr>
          <w:rFonts w:cs="Times New Roman"/>
        </w:rPr>
        <w:t>Phép tịnh tiến biến một đường tròn thành đường tròn có cùng bán kính.</w:t>
      </w:r>
    </w:p>
    <w:p w14:paraId="0C5EEFFA"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D. </w:t>
      </w:r>
      <w:r w:rsidRPr="00A626E1">
        <w:rPr>
          <w:rFonts w:cs="Times New Roman"/>
        </w:rPr>
        <w:t>Phép tịnh tiến biến ba điểm thẳng hàng thành ba điểm thẳng hàng.</w:t>
      </w:r>
    </w:p>
    <w:p w14:paraId="31290B62"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27:</w:t>
      </w:r>
      <w:r w:rsidRPr="00A626E1">
        <w:rPr>
          <w:rFonts w:cs="Times New Roman"/>
          <w:b/>
          <w:color w:val="0000FF"/>
        </w:rPr>
        <w:tab/>
      </w:r>
      <w:r w:rsidRPr="00A626E1">
        <w:rPr>
          <w:rFonts w:cs="Times New Roman"/>
        </w:rPr>
        <w:t xml:space="preserve">Trong mặt phẳng tọa độ </w:t>
      </w:r>
      <w:r w:rsidRPr="00A626E1">
        <w:rPr>
          <w:position w:val="-10"/>
        </w:rPr>
        <w:object w:dxaOrig="460" w:dyaOrig="320" w14:anchorId="41853F92">
          <v:shape id="_x0000_i3107" type="#_x0000_t75" style="width:22.8pt;height:16.2pt" o:ole="">
            <v:imagedata r:id="rId4074" o:title=""/>
          </v:shape>
          <o:OLEObject Type="Embed" ProgID="Equation.DSMT4" ShapeID="_x0000_i3107" DrawAspect="Content" ObjectID="_1699919843" r:id="rId4075"/>
        </w:object>
      </w:r>
      <w:r w:rsidRPr="00A626E1">
        <w:rPr>
          <w:rFonts w:cs="Times New Roman"/>
        </w:rPr>
        <w:t xml:space="preserve">, cho điểm </w:t>
      </w:r>
      <w:r w:rsidRPr="00A626E1">
        <w:rPr>
          <w:position w:val="-10"/>
        </w:rPr>
        <w:object w:dxaOrig="680" w:dyaOrig="320" w14:anchorId="2FE4A29A">
          <v:shape id="_x0000_i3108" type="#_x0000_t75" style="width:34.2pt;height:16.2pt" o:ole="">
            <v:imagedata r:id="rId4076" o:title=""/>
          </v:shape>
          <o:OLEObject Type="Embed" ProgID="Equation.DSMT4" ShapeID="_x0000_i3108" DrawAspect="Content" ObjectID="_1699919844" r:id="rId4077"/>
        </w:object>
      </w:r>
      <w:r w:rsidRPr="00A626E1">
        <w:rPr>
          <w:rFonts w:cs="Times New Roman"/>
        </w:rPr>
        <w:t xml:space="preserve">. Phép tịnh tiến theo vectơ </w:t>
      </w:r>
      <w:r w:rsidRPr="00A626E1">
        <w:rPr>
          <w:position w:val="-10"/>
        </w:rPr>
        <w:object w:dxaOrig="1020" w:dyaOrig="320" w14:anchorId="713EAA43">
          <v:shape id="_x0000_i3109" type="#_x0000_t75" style="width:51pt;height:16.2pt" o:ole="">
            <v:imagedata r:id="rId4078" o:title=""/>
          </v:shape>
          <o:OLEObject Type="Embed" ProgID="Equation.DSMT4" ShapeID="_x0000_i3109" DrawAspect="Content" ObjectID="_1699919845" r:id="rId4079"/>
        </w:object>
      </w:r>
      <w:r w:rsidRPr="00A626E1">
        <w:rPr>
          <w:rFonts w:cs="Times New Roman"/>
        </w:rPr>
        <w:t xml:space="preserve"> biến điểm </w:t>
      </w:r>
      <w:r w:rsidRPr="00A626E1">
        <w:rPr>
          <w:position w:val="-4"/>
        </w:rPr>
        <w:object w:dxaOrig="240" w:dyaOrig="260" w14:anchorId="0C16AEA6">
          <v:shape id="_x0000_i3110" type="#_x0000_t75" style="width:12pt;height:13.2pt" o:ole="">
            <v:imagedata r:id="rId4080" o:title=""/>
          </v:shape>
          <o:OLEObject Type="Embed" ProgID="Equation.DSMT4" ShapeID="_x0000_i3110" DrawAspect="Content" ObjectID="_1699919846" r:id="rId4081"/>
        </w:object>
      </w:r>
      <w:r w:rsidRPr="00A626E1">
        <w:rPr>
          <w:rFonts w:cs="Times New Roman"/>
        </w:rPr>
        <w:t xml:space="preserve"> thành điểm </w:t>
      </w:r>
      <w:r w:rsidRPr="00A626E1">
        <w:rPr>
          <w:position w:val="-4"/>
        </w:rPr>
        <w:object w:dxaOrig="240" w:dyaOrig="260" w14:anchorId="5D36D5C4">
          <v:shape id="_x0000_i3111" type="#_x0000_t75" style="width:12pt;height:13.2pt" o:ole="">
            <v:imagedata r:id="rId4082" o:title=""/>
          </v:shape>
          <o:OLEObject Type="Embed" ProgID="Equation.DSMT4" ShapeID="_x0000_i3111" DrawAspect="Content" ObjectID="_1699919847" r:id="rId4083"/>
        </w:object>
      </w:r>
      <w:r w:rsidRPr="00A626E1">
        <w:rPr>
          <w:rFonts w:cs="Times New Roman"/>
        </w:rPr>
        <w:t xml:space="preserve">. Tọa độ của điểm </w:t>
      </w:r>
      <w:r w:rsidRPr="00A626E1">
        <w:rPr>
          <w:position w:val="-4"/>
        </w:rPr>
        <w:object w:dxaOrig="240" w:dyaOrig="260" w14:anchorId="1BB3BAA3">
          <v:shape id="_x0000_i3112" type="#_x0000_t75" style="width:12pt;height:13.2pt" o:ole="">
            <v:imagedata r:id="rId4084" o:title=""/>
          </v:shape>
          <o:OLEObject Type="Embed" ProgID="Equation.DSMT4" ShapeID="_x0000_i3112" DrawAspect="Content" ObjectID="_1699919848" r:id="rId4085"/>
        </w:object>
      </w:r>
      <w:r w:rsidRPr="00A626E1">
        <w:rPr>
          <w:rFonts w:cs="Times New Roman"/>
        </w:rPr>
        <w:t xml:space="preserve"> là</w:t>
      </w:r>
    </w:p>
    <w:p w14:paraId="0EA685F9"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10"/>
        </w:rPr>
        <w:object w:dxaOrig="980" w:dyaOrig="320" w14:anchorId="590BD169">
          <v:shape id="_x0000_i3113" type="#_x0000_t75" style="width:49.2pt;height:16.2pt" o:ole="">
            <v:imagedata r:id="rId4086" o:title=""/>
          </v:shape>
          <o:OLEObject Type="Embed" ProgID="Equation.DSMT4" ShapeID="_x0000_i3113" DrawAspect="Content" ObjectID="_1699919849" r:id="rId4087"/>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10"/>
        </w:rPr>
        <w:object w:dxaOrig="840" w:dyaOrig="320" w14:anchorId="356D8CF3">
          <v:shape id="_x0000_i3114" type="#_x0000_t75" style="width:42pt;height:16.2pt" o:ole="">
            <v:imagedata r:id="rId4088" o:title=""/>
          </v:shape>
          <o:OLEObject Type="Embed" ProgID="Equation.DSMT4" ShapeID="_x0000_i3114" DrawAspect="Content" ObjectID="_1699919850" r:id="rId4089"/>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10"/>
        </w:rPr>
        <w:object w:dxaOrig="840" w:dyaOrig="320" w14:anchorId="46C51E05">
          <v:shape id="_x0000_i3115" type="#_x0000_t75" style="width:42pt;height:16.2pt" o:ole="">
            <v:imagedata r:id="rId4090" o:title=""/>
          </v:shape>
          <o:OLEObject Type="Embed" ProgID="Equation.DSMT4" ShapeID="_x0000_i3115" DrawAspect="Content" ObjectID="_1699919851" r:id="rId4091"/>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10"/>
        </w:rPr>
        <w:object w:dxaOrig="720" w:dyaOrig="320" w14:anchorId="131D7432">
          <v:shape id="_x0000_i3116" type="#_x0000_t75" style="width:36pt;height:16.2pt" o:ole="">
            <v:imagedata r:id="rId4092" o:title=""/>
          </v:shape>
          <o:OLEObject Type="Embed" ProgID="Equation.DSMT4" ShapeID="_x0000_i3116" DrawAspect="Content" ObjectID="_1699919852" r:id="rId4093"/>
        </w:object>
      </w:r>
      <w:r w:rsidRPr="00A626E1">
        <w:rPr>
          <w:rFonts w:cs="Times New Roman"/>
        </w:rPr>
        <w:t>.</w:t>
      </w:r>
    </w:p>
    <w:p w14:paraId="256E4CFE"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28:</w:t>
      </w:r>
      <w:r w:rsidRPr="00A626E1">
        <w:rPr>
          <w:rFonts w:cs="Times New Roman"/>
          <w:b/>
          <w:color w:val="0000FF"/>
        </w:rPr>
        <w:tab/>
      </w:r>
      <w:r w:rsidRPr="00A626E1">
        <w:rPr>
          <w:rFonts w:cs="Times New Roman"/>
        </w:rPr>
        <w:t xml:space="preserve">Cho tam giác </w:t>
      </w:r>
      <w:r w:rsidRPr="00A626E1">
        <w:rPr>
          <w:position w:val="-6"/>
        </w:rPr>
        <w:object w:dxaOrig="560" w:dyaOrig="279" w14:anchorId="6BFF557D">
          <v:shape id="_x0000_i3117" type="#_x0000_t75" style="width:28.2pt;height:13.8pt" o:ole="">
            <v:imagedata r:id="rId4094" o:title=""/>
          </v:shape>
          <o:OLEObject Type="Embed" ProgID="Equation.DSMT4" ShapeID="_x0000_i3117" DrawAspect="Content" ObjectID="_1699919853" r:id="rId4095"/>
        </w:object>
      </w:r>
      <w:r w:rsidRPr="00A626E1">
        <w:rPr>
          <w:rFonts w:cs="Times New Roman"/>
        </w:rPr>
        <w:t xml:space="preserve"> có diện tích bằng 2020. Khi đó diện tích của tam giác </w:t>
      </w:r>
      <w:r w:rsidRPr="00A626E1">
        <w:rPr>
          <w:position w:val="-6"/>
        </w:rPr>
        <w:object w:dxaOrig="720" w:dyaOrig="279" w14:anchorId="3D7F8682">
          <v:shape id="_x0000_i3118" type="#_x0000_t75" style="width:36pt;height:13.8pt" o:ole="">
            <v:imagedata r:id="rId4096" o:title=""/>
          </v:shape>
          <o:OLEObject Type="Embed" ProgID="Equation.DSMT4" ShapeID="_x0000_i3118" DrawAspect="Content" ObjectID="_1699919854" r:id="rId4097"/>
        </w:object>
      </w:r>
      <w:r w:rsidRPr="00A626E1">
        <w:rPr>
          <w:rFonts w:cs="Times New Roman"/>
        </w:rPr>
        <w:t xml:space="preserve"> là ảnh của tam giác </w:t>
      </w:r>
      <w:r w:rsidRPr="00A626E1">
        <w:rPr>
          <w:position w:val="-6"/>
        </w:rPr>
        <w:object w:dxaOrig="560" w:dyaOrig="279" w14:anchorId="60580ADB">
          <v:shape id="_x0000_i3119" type="#_x0000_t75" style="width:28.2pt;height:13.8pt" o:ole="">
            <v:imagedata r:id="rId4098" o:title=""/>
          </v:shape>
          <o:OLEObject Type="Embed" ProgID="Equation.DSMT4" ShapeID="_x0000_i3119" DrawAspect="Content" ObjectID="_1699919855" r:id="rId4099"/>
        </w:object>
      </w:r>
      <w:r w:rsidRPr="00A626E1">
        <w:rPr>
          <w:rFonts w:cs="Times New Roman"/>
        </w:rPr>
        <w:t xml:space="preserve"> qua phép quay tâm </w:t>
      </w:r>
      <w:r w:rsidRPr="00A626E1">
        <w:rPr>
          <w:position w:val="-6"/>
        </w:rPr>
        <w:object w:dxaOrig="240" w:dyaOrig="279" w14:anchorId="2CA56766">
          <v:shape id="_x0000_i3120" type="#_x0000_t75" style="width:12pt;height:13.8pt" o:ole="">
            <v:imagedata r:id="rId4100" o:title=""/>
          </v:shape>
          <o:OLEObject Type="Embed" ProgID="Equation.DSMT4" ShapeID="_x0000_i3120" DrawAspect="Content" ObjectID="_1699919856" r:id="rId4101"/>
        </w:object>
      </w:r>
      <w:r w:rsidRPr="00A626E1">
        <w:rPr>
          <w:rFonts w:cs="Times New Roman"/>
        </w:rPr>
        <w:t xml:space="preserve"> góc lượng giác </w:t>
      </w:r>
      <w:r w:rsidRPr="00A626E1">
        <w:rPr>
          <w:position w:val="-6"/>
        </w:rPr>
        <w:object w:dxaOrig="240" w:dyaOrig="220" w14:anchorId="607C86D9">
          <v:shape id="_x0000_i3121" type="#_x0000_t75" style="width:12pt;height:10.8pt" o:ole="">
            <v:imagedata r:id="rId4102" o:title=""/>
          </v:shape>
          <o:OLEObject Type="Embed" ProgID="Equation.DSMT4" ShapeID="_x0000_i3121" DrawAspect="Content" ObjectID="_1699919857" r:id="rId4103"/>
        </w:object>
      </w:r>
      <w:r w:rsidRPr="00A626E1">
        <w:rPr>
          <w:rFonts w:cs="Times New Roman"/>
        </w:rPr>
        <w:t xml:space="preserve"> bằng</w:t>
      </w:r>
    </w:p>
    <w:p w14:paraId="138C7435"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6"/>
        </w:rPr>
        <w:object w:dxaOrig="920" w:dyaOrig="279" w14:anchorId="244E2806">
          <v:shape id="_x0000_i3122" type="#_x0000_t75" style="width:46.2pt;height:13.8pt" o:ole="">
            <v:imagedata r:id="rId4104" o:title=""/>
          </v:shape>
          <o:OLEObject Type="Embed" ProgID="Equation.DSMT4" ShapeID="_x0000_i3122" DrawAspect="Content" ObjectID="_1699919858" r:id="rId4105"/>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24"/>
        </w:rPr>
        <w:object w:dxaOrig="600" w:dyaOrig="620" w14:anchorId="656224F3">
          <v:shape id="_x0000_i3123" type="#_x0000_t75" style="width:30pt;height:31.2pt" o:ole="">
            <v:imagedata r:id="rId4106" o:title=""/>
          </v:shape>
          <o:OLEObject Type="Embed" ProgID="Equation.DSMT4" ShapeID="_x0000_i3123" DrawAspect="Content" ObjectID="_1699919859" r:id="rId4107"/>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6"/>
        </w:rPr>
        <w:object w:dxaOrig="720" w:dyaOrig="279" w14:anchorId="01307604">
          <v:shape id="_x0000_i3124" type="#_x0000_t75" style="width:36pt;height:13.8pt" o:ole="">
            <v:imagedata r:id="rId4108" o:title=""/>
          </v:shape>
          <o:OLEObject Type="Embed" ProgID="Equation.DSMT4" ShapeID="_x0000_i3124" DrawAspect="Content" ObjectID="_1699919860" r:id="rId4109"/>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rPr>
        <w:t>2020.</w:t>
      </w:r>
    </w:p>
    <w:p w14:paraId="0E52D71F"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lastRenderedPageBreak/>
        <w:t>Câu 29:</w:t>
      </w:r>
      <w:r w:rsidRPr="00A626E1">
        <w:rPr>
          <w:rFonts w:cs="Times New Roman"/>
          <w:b/>
          <w:color w:val="0000FF"/>
        </w:rPr>
        <w:tab/>
      </w:r>
      <w:r w:rsidRPr="00A626E1">
        <w:rPr>
          <w:rFonts w:cs="Times New Roman"/>
        </w:rPr>
        <w:t xml:space="preserve">Trong mặt phẳng </w:t>
      </w:r>
      <w:r w:rsidRPr="00A626E1">
        <w:rPr>
          <w:position w:val="-10"/>
        </w:rPr>
        <w:object w:dxaOrig="480" w:dyaOrig="320" w14:anchorId="3B2C34F8">
          <v:shape id="_x0000_i3125" type="#_x0000_t75" style="width:24pt;height:16.2pt" o:ole="">
            <v:imagedata r:id="rId4110" o:title=""/>
          </v:shape>
          <o:OLEObject Type="Embed" ProgID="Equation.DSMT4" ShapeID="_x0000_i3125" DrawAspect="Content" ObjectID="_1699919861" r:id="rId4111"/>
        </w:object>
      </w:r>
      <w:r w:rsidRPr="00A626E1">
        <w:rPr>
          <w:rFonts w:cs="Times New Roman"/>
        </w:rPr>
        <w:t xml:space="preserve">, cho điểm </w:t>
      </w:r>
      <w:r w:rsidRPr="00A626E1">
        <w:rPr>
          <w:position w:val="-10"/>
        </w:rPr>
        <w:object w:dxaOrig="840" w:dyaOrig="320" w14:anchorId="29F8ECCE">
          <v:shape id="_x0000_i3126" type="#_x0000_t75" style="width:42pt;height:16.2pt" o:ole="">
            <v:imagedata r:id="rId4112" o:title=""/>
          </v:shape>
          <o:OLEObject Type="Embed" ProgID="Equation.DSMT4" ShapeID="_x0000_i3126" DrawAspect="Content" ObjectID="_1699919862" r:id="rId4113"/>
        </w:object>
      </w:r>
      <w:r w:rsidRPr="00A626E1">
        <w:rPr>
          <w:rFonts w:cs="Times New Roman"/>
        </w:rPr>
        <w:t xml:space="preserve">. Điểm nào sau đây có ảnh là </w:t>
      </w:r>
      <w:r w:rsidRPr="00A626E1">
        <w:rPr>
          <w:position w:val="-4"/>
        </w:rPr>
        <w:object w:dxaOrig="240" w:dyaOrig="260" w14:anchorId="4DA1708E">
          <v:shape id="_x0000_i3127" type="#_x0000_t75" style="width:12pt;height:13.2pt" o:ole="">
            <v:imagedata r:id="rId4114" o:title=""/>
          </v:shape>
          <o:OLEObject Type="Embed" ProgID="Equation.DSMT4" ShapeID="_x0000_i3127" DrawAspect="Content" ObjectID="_1699919863" r:id="rId4115"/>
        </w:object>
      </w:r>
      <w:r w:rsidRPr="00A626E1">
        <w:rPr>
          <w:rFonts w:cs="Times New Roman"/>
        </w:rPr>
        <w:t xml:space="preserve"> qua phép quay </w:t>
      </w:r>
      <w:r w:rsidRPr="00A626E1">
        <w:rPr>
          <w:position w:val="-34"/>
        </w:rPr>
        <w:object w:dxaOrig="840" w:dyaOrig="580" w14:anchorId="4567C9A2">
          <v:shape id="_x0000_i3128" type="#_x0000_t75" style="width:42pt;height:28.8pt" o:ole="">
            <v:imagedata r:id="rId4116" o:title=""/>
          </v:shape>
          <o:OLEObject Type="Embed" ProgID="Equation.DSMT4" ShapeID="_x0000_i3128" DrawAspect="Content" ObjectID="_1699919864" r:id="rId4117"/>
        </w:object>
      </w:r>
    </w:p>
    <w:p w14:paraId="1B1366C7"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10"/>
        </w:rPr>
        <w:object w:dxaOrig="840" w:dyaOrig="320" w14:anchorId="39AF21B8">
          <v:shape id="_x0000_i3129" type="#_x0000_t75" style="width:42pt;height:16.2pt" o:ole="">
            <v:imagedata r:id="rId4118" o:title=""/>
          </v:shape>
          <o:OLEObject Type="Embed" ProgID="Equation.DSMT4" ShapeID="_x0000_i3129" DrawAspect="Content" ObjectID="_1699919865" r:id="rId4119"/>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10"/>
        </w:rPr>
        <w:object w:dxaOrig="680" w:dyaOrig="320" w14:anchorId="0EAD6FD5">
          <v:shape id="_x0000_i3130" type="#_x0000_t75" style="width:34.2pt;height:16.2pt" o:ole="">
            <v:imagedata r:id="rId4120" o:title=""/>
          </v:shape>
          <o:OLEObject Type="Embed" ProgID="Equation.DSMT4" ShapeID="_x0000_i3130" DrawAspect="Content" ObjectID="_1699919866" r:id="rId4121"/>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10"/>
        </w:rPr>
        <w:object w:dxaOrig="680" w:dyaOrig="320" w14:anchorId="2EA7E5A5">
          <v:shape id="_x0000_i3131" type="#_x0000_t75" style="width:34.2pt;height:16.2pt" o:ole="">
            <v:imagedata r:id="rId4122" o:title=""/>
          </v:shape>
          <o:OLEObject Type="Embed" ProgID="Equation.DSMT4" ShapeID="_x0000_i3131" DrawAspect="Content" ObjectID="_1699919867" r:id="rId4123"/>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10"/>
        </w:rPr>
        <w:object w:dxaOrig="840" w:dyaOrig="320" w14:anchorId="7A21A54F">
          <v:shape id="_x0000_i3132" type="#_x0000_t75" style="width:42pt;height:16.2pt" o:ole="">
            <v:imagedata r:id="rId4124" o:title=""/>
          </v:shape>
          <o:OLEObject Type="Embed" ProgID="Equation.DSMT4" ShapeID="_x0000_i3132" DrawAspect="Content" ObjectID="_1699919868" r:id="rId4125"/>
        </w:object>
      </w:r>
      <w:r w:rsidRPr="00A626E1">
        <w:rPr>
          <w:rFonts w:cs="Times New Roman"/>
        </w:rPr>
        <w:t>.</w:t>
      </w:r>
    </w:p>
    <w:p w14:paraId="525AA1B4"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30:</w:t>
      </w:r>
      <w:r w:rsidRPr="00A626E1">
        <w:rPr>
          <w:rFonts w:cs="Times New Roman"/>
          <w:b/>
          <w:color w:val="0000FF"/>
        </w:rPr>
        <w:tab/>
      </w:r>
      <w:r w:rsidRPr="00A626E1">
        <w:rPr>
          <w:rFonts w:cs="Times New Roman"/>
        </w:rPr>
        <w:t xml:space="preserve">Trong mặt phẳng </w:t>
      </w:r>
      <w:r w:rsidRPr="00A626E1">
        <w:rPr>
          <w:position w:val="-10"/>
        </w:rPr>
        <w:object w:dxaOrig="480" w:dyaOrig="320" w14:anchorId="77CFB4A4">
          <v:shape id="_x0000_i3133" type="#_x0000_t75" style="width:24pt;height:16.2pt" o:ole="">
            <v:imagedata r:id="rId4126" o:title=""/>
          </v:shape>
          <o:OLEObject Type="Embed" ProgID="Equation.DSMT4" ShapeID="_x0000_i3133" DrawAspect="Content" ObjectID="_1699919869" r:id="rId4127"/>
        </w:object>
      </w:r>
      <w:r w:rsidRPr="00A626E1">
        <w:rPr>
          <w:rFonts w:cs="Times New Roman"/>
        </w:rPr>
        <w:t xml:space="preserve">, cho phép vị tự tâm </w:t>
      </w:r>
      <w:r w:rsidRPr="00A626E1">
        <w:rPr>
          <w:position w:val="-10"/>
        </w:rPr>
        <w:object w:dxaOrig="680" w:dyaOrig="320" w14:anchorId="7651FBF9">
          <v:shape id="_x0000_i3134" type="#_x0000_t75" style="width:34.2pt;height:16.2pt" o:ole="">
            <v:imagedata r:id="rId4128" o:title=""/>
          </v:shape>
          <o:OLEObject Type="Embed" ProgID="Equation.DSMT4" ShapeID="_x0000_i3134" DrawAspect="Content" ObjectID="_1699919870" r:id="rId4129"/>
        </w:object>
      </w:r>
      <w:r w:rsidRPr="00A626E1">
        <w:rPr>
          <w:rFonts w:cs="Times New Roman"/>
        </w:rPr>
        <w:t xml:space="preserve"> tỉ số </w:t>
      </w:r>
      <w:r w:rsidRPr="00A626E1">
        <w:rPr>
          <w:position w:val="-6"/>
        </w:rPr>
        <w:object w:dxaOrig="700" w:dyaOrig="279" w14:anchorId="423C7E29">
          <v:shape id="_x0000_i3135" type="#_x0000_t75" style="width:34.8pt;height:13.8pt" o:ole="">
            <v:imagedata r:id="rId4130" o:title=""/>
          </v:shape>
          <o:OLEObject Type="Embed" ProgID="Equation.DSMT4" ShapeID="_x0000_i3135" DrawAspect="Content" ObjectID="_1699919871" r:id="rId4131"/>
        </w:object>
      </w:r>
      <w:r w:rsidRPr="00A626E1">
        <w:rPr>
          <w:rFonts w:cs="Times New Roman"/>
        </w:rPr>
        <w:t xml:space="preserve"> biến điểm </w:t>
      </w:r>
      <w:r w:rsidRPr="00A626E1">
        <w:rPr>
          <w:position w:val="-10"/>
        </w:rPr>
        <w:object w:dxaOrig="940" w:dyaOrig="320" w14:anchorId="25C0CABB">
          <v:shape id="_x0000_i3136" type="#_x0000_t75" style="width:46.8pt;height:16.2pt" o:ole="">
            <v:imagedata r:id="rId4132" o:title=""/>
          </v:shape>
          <o:OLEObject Type="Embed" ProgID="Equation.DSMT4" ShapeID="_x0000_i3136" DrawAspect="Content" ObjectID="_1699919872" r:id="rId4133"/>
        </w:object>
      </w:r>
      <w:r w:rsidRPr="00A626E1">
        <w:rPr>
          <w:rFonts w:cs="Times New Roman"/>
        </w:rPr>
        <w:t xml:space="preserve"> thành </w:t>
      </w:r>
      <w:r w:rsidRPr="00A626E1">
        <w:rPr>
          <w:position w:val="-4"/>
        </w:rPr>
        <w:object w:dxaOrig="380" w:dyaOrig="260" w14:anchorId="702E279F">
          <v:shape id="_x0000_i3137" type="#_x0000_t75" style="width:19.2pt;height:13.2pt" o:ole="">
            <v:imagedata r:id="rId4134" o:title=""/>
          </v:shape>
          <o:OLEObject Type="Embed" ProgID="Equation.DSMT4" ShapeID="_x0000_i3137" DrawAspect="Content" ObjectID="_1699919873" r:id="rId4135"/>
        </w:object>
      </w:r>
      <w:r w:rsidRPr="00A626E1">
        <w:rPr>
          <w:rFonts w:cs="Times New Roman"/>
        </w:rPr>
        <w:t xml:space="preserve"> có tọa độ là?</w:t>
      </w:r>
    </w:p>
    <w:p w14:paraId="79FA662E"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10"/>
        </w:rPr>
        <w:object w:dxaOrig="1120" w:dyaOrig="320" w14:anchorId="35B2E7BD">
          <v:shape id="_x0000_i3138" type="#_x0000_t75" style="width:55.8pt;height:16.2pt" o:ole="">
            <v:imagedata r:id="rId4136" o:title=""/>
          </v:shape>
          <o:OLEObject Type="Embed" ProgID="Equation.DSMT4" ShapeID="_x0000_i3138" DrawAspect="Content" ObjectID="_1699919874" r:id="rId4137"/>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10"/>
        </w:rPr>
        <w:object w:dxaOrig="980" w:dyaOrig="320" w14:anchorId="2B710392">
          <v:shape id="_x0000_i3139" type="#_x0000_t75" style="width:49.2pt;height:16.2pt" o:ole="">
            <v:imagedata r:id="rId4138" o:title=""/>
          </v:shape>
          <o:OLEObject Type="Embed" ProgID="Equation.DSMT4" ShapeID="_x0000_i3139" DrawAspect="Content" ObjectID="_1699919875" r:id="rId4139"/>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10"/>
        </w:rPr>
        <w:object w:dxaOrig="960" w:dyaOrig="320" w14:anchorId="29A2BD93">
          <v:shape id="_x0000_i3140" type="#_x0000_t75" style="width:48pt;height:16.2pt" o:ole="">
            <v:imagedata r:id="rId4140" o:title=""/>
          </v:shape>
          <o:OLEObject Type="Embed" ProgID="Equation.DSMT4" ShapeID="_x0000_i3140" DrawAspect="Content" ObjectID="_1699919876" r:id="rId4141"/>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10"/>
        </w:rPr>
        <w:object w:dxaOrig="1100" w:dyaOrig="320" w14:anchorId="634F7975">
          <v:shape id="_x0000_i3141" type="#_x0000_t75" style="width:55.2pt;height:16.2pt" o:ole="">
            <v:imagedata r:id="rId4142" o:title=""/>
          </v:shape>
          <o:OLEObject Type="Embed" ProgID="Equation.DSMT4" ShapeID="_x0000_i3141" DrawAspect="Content" ObjectID="_1699919877" r:id="rId4143"/>
        </w:object>
      </w:r>
      <w:r w:rsidRPr="00A626E1">
        <w:rPr>
          <w:rFonts w:cs="Times New Roman"/>
        </w:rPr>
        <w:t>.</w:t>
      </w:r>
    </w:p>
    <w:p w14:paraId="162EF337"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31:</w:t>
      </w:r>
      <w:r w:rsidRPr="00A626E1">
        <w:rPr>
          <w:rFonts w:cs="Times New Roman"/>
          <w:b/>
          <w:color w:val="0000FF"/>
        </w:rPr>
        <w:tab/>
      </w:r>
      <w:r w:rsidRPr="00A626E1">
        <w:rPr>
          <w:rFonts w:cs="Times New Roman"/>
        </w:rPr>
        <w:t>Các yếu tố nào sau đây xác định một mặt phẳng duy nhất?</w:t>
      </w:r>
    </w:p>
    <w:p w14:paraId="22354C3D"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Ba điểm phân biệt.</w:t>
      </w:r>
      <w:r w:rsidRPr="00A626E1">
        <w:rPr>
          <w:rFonts w:cs="Times New Roman"/>
        </w:rPr>
        <w:tab/>
      </w:r>
      <w:r w:rsidRPr="00A626E1">
        <w:rPr>
          <w:rFonts w:cs="Times New Roman"/>
          <w:b/>
          <w:color w:val="0000FF"/>
        </w:rPr>
        <w:t xml:space="preserve">B. </w:t>
      </w:r>
      <w:r w:rsidRPr="00A626E1">
        <w:rPr>
          <w:rFonts w:cs="Times New Roman"/>
        </w:rPr>
        <w:t>Một điểm và một đường thẳng.</w:t>
      </w:r>
    </w:p>
    <w:p w14:paraId="71BA9008"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C. </w:t>
      </w:r>
      <w:r w:rsidRPr="00A626E1">
        <w:rPr>
          <w:rFonts w:cs="Times New Roman"/>
        </w:rPr>
        <w:t>Hai đường thẳng cắt nhau.</w:t>
      </w:r>
      <w:r w:rsidRPr="00A626E1">
        <w:rPr>
          <w:rFonts w:cs="Times New Roman"/>
        </w:rPr>
        <w:tab/>
      </w:r>
      <w:r w:rsidRPr="00A626E1">
        <w:rPr>
          <w:rFonts w:cs="Times New Roman"/>
          <w:b/>
          <w:color w:val="0000FF"/>
        </w:rPr>
        <w:t xml:space="preserve">D. </w:t>
      </w:r>
      <w:r w:rsidRPr="00A626E1">
        <w:rPr>
          <w:rFonts w:cs="Times New Roman"/>
        </w:rPr>
        <w:t>Bốn điểm phân biệt.</w:t>
      </w:r>
    </w:p>
    <w:p w14:paraId="1D3474E0"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32:</w:t>
      </w:r>
      <w:r w:rsidRPr="00A626E1">
        <w:rPr>
          <w:rFonts w:cs="Times New Roman"/>
          <w:b/>
          <w:color w:val="0000FF"/>
        </w:rPr>
        <w:tab/>
      </w:r>
      <w:r w:rsidRPr="00A626E1">
        <w:rPr>
          <w:rFonts w:cs="Times New Roman"/>
        </w:rPr>
        <w:t>Cho các mệnh đề:</w:t>
      </w:r>
    </w:p>
    <w:p w14:paraId="0074737F" w14:textId="77777777" w:rsidR="00DE7E5C" w:rsidRPr="00A626E1" w:rsidRDefault="00DE7E5C" w:rsidP="00A626E1">
      <w:pPr>
        <w:ind w:left="992"/>
        <w:jc w:val="both"/>
        <w:rPr>
          <w:rFonts w:cs="Times New Roman"/>
        </w:rPr>
      </w:pPr>
      <w:r w:rsidRPr="00A626E1">
        <w:rPr>
          <w:rFonts w:cs="Times New Roman"/>
        </w:rPr>
        <w:t xml:space="preserve">1. </w:t>
      </w:r>
      <w:r w:rsidRPr="00A626E1">
        <w:rPr>
          <w:rFonts w:cs="Times New Roman"/>
          <w:position w:val="-10"/>
        </w:rPr>
        <w:object w:dxaOrig="2299" w:dyaOrig="320" w14:anchorId="7AF35B29">
          <v:shape id="_x0000_i3142" type="#_x0000_t75" style="width:115.2pt;height:16.2pt" o:ole="">
            <v:imagedata r:id="rId4144" o:title=""/>
          </v:shape>
          <o:OLEObject Type="Embed" ProgID="Equation.DSMT4" ShapeID="_x0000_i3142" DrawAspect="Content" ObjectID="_1699919878" r:id="rId4145"/>
        </w:object>
      </w:r>
      <w:r w:rsidRPr="00A626E1">
        <w:rPr>
          <w:rFonts w:cs="Times New Roman"/>
        </w:rPr>
        <w:t>.</w:t>
      </w:r>
    </w:p>
    <w:p w14:paraId="0E7F7282" w14:textId="77777777" w:rsidR="00DE7E5C" w:rsidRPr="00A626E1" w:rsidRDefault="00DE7E5C" w:rsidP="00A626E1">
      <w:pPr>
        <w:ind w:left="992"/>
        <w:jc w:val="both"/>
        <w:rPr>
          <w:rFonts w:cs="Times New Roman"/>
        </w:rPr>
      </w:pPr>
      <w:r w:rsidRPr="00A626E1">
        <w:rPr>
          <w:rFonts w:cs="Times New Roman"/>
        </w:rPr>
        <w:t xml:space="preserve">2. </w:t>
      </w:r>
      <w:r w:rsidRPr="00A626E1">
        <w:rPr>
          <w:rFonts w:cs="Times New Roman"/>
          <w:position w:val="-10"/>
        </w:rPr>
        <w:object w:dxaOrig="1540" w:dyaOrig="320" w14:anchorId="64FD360B">
          <v:shape id="_x0000_i3143" type="#_x0000_t75" style="width:76.8pt;height:16.2pt" o:ole="">
            <v:imagedata r:id="rId4146" o:title=""/>
          </v:shape>
          <o:OLEObject Type="Embed" ProgID="Equation.DSMT4" ShapeID="_x0000_i3143" DrawAspect="Content" ObjectID="_1699919879" r:id="rId4147"/>
        </w:object>
      </w:r>
      <w:r w:rsidRPr="00A626E1">
        <w:rPr>
          <w:rFonts w:cs="Times New Roman"/>
        </w:rPr>
        <w:t xml:space="preserve"> với </w:t>
      </w:r>
      <w:r w:rsidRPr="00A626E1">
        <w:rPr>
          <w:rFonts w:cs="Times New Roman"/>
          <w:position w:val="-10"/>
        </w:rPr>
        <w:object w:dxaOrig="580" w:dyaOrig="320" w14:anchorId="610F3177">
          <v:shape id="_x0000_i3144" type="#_x0000_t75" style="width:28.8pt;height:16.2pt" o:ole="">
            <v:imagedata r:id="rId4148" o:title=""/>
          </v:shape>
          <o:OLEObject Type="Embed" ProgID="Equation.DSMT4" ShapeID="_x0000_i3144" DrawAspect="Content" ObjectID="_1699919880" r:id="rId4149"/>
        </w:object>
      </w:r>
      <w:r w:rsidRPr="00A626E1">
        <w:rPr>
          <w:rFonts w:cs="Times New Roman"/>
        </w:rPr>
        <w:t xml:space="preserve"> và </w:t>
      </w:r>
      <w:r w:rsidRPr="00A626E1">
        <w:rPr>
          <w:rFonts w:cs="Times New Roman"/>
          <w:position w:val="-10"/>
        </w:rPr>
        <w:object w:dxaOrig="2120" w:dyaOrig="320" w14:anchorId="1EE98A88">
          <v:shape id="_x0000_i3145" type="#_x0000_t75" style="width:106.2pt;height:16.2pt" o:ole="">
            <v:imagedata r:id="rId4150" o:title=""/>
          </v:shape>
          <o:OLEObject Type="Embed" ProgID="Equation.DSMT4" ShapeID="_x0000_i3145" DrawAspect="Content" ObjectID="_1699919881" r:id="rId4151"/>
        </w:object>
      </w:r>
      <w:r w:rsidRPr="00A626E1">
        <w:rPr>
          <w:rFonts w:cs="Times New Roman"/>
        </w:rPr>
        <w:t>.</w:t>
      </w:r>
    </w:p>
    <w:p w14:paraId="4A588E83" w14:textId="77777777" w:rsidR="00DE7E5C" w:rsidRPr="00A626E1" w:rsidRDefault="00DE7E5C" w:rsidP="00A626E1">
      <w:pPr>
        <w:ind w:left="992"/>
        <w:jc w:val="both"/>
        <w:rPr>
          <w:rFonts w:cs="Times New Roman"/>
        </w:rPr>
      </w:pPr>
      <w:r w:rsidRPr="00A626E1">
        <w:rPr>
          <w:rFonts w:cs="Times New Roman"/>
        </w:rPr>
        <w:t>3. Nếu hai mặt phẳng cắt nhau cùng song song với một đường thẳng thì giao tuyến của chúng cũng song song với đường thẳng đó.</w:t>
      </w:r>
    </w:p>
    <w:p w14:paraId="42602027" w14:textId="77777777" w:rsidR="00DE7E5C" w:rsidRPr="00A626E1" w:rsidRDefault="00DE7E5C" w:rsidP="00A626E1">
      <w:pPr>
        <w:ind w:left="992"/>
        <w:jc w:val="both"/>
        <w:rPr>
          <w:rFonts w:cs="Times New Roman"/>
        </w:rPr>
      </w:pPr>
      <w:r w:rsidRPr="00A626E1">
        <w:rPr>
          <w:rFonts w:cs="Times New Roman"/>
        </w:rPr>
        <w:t xml:space="preserve">4. Nếu </w:t>
      </w:r>
      <w:r w:rsidRPr="00A626E1">
        <w:rPr>
          <w:rFonts w:cs="Times New Roman"/>
          <w:position w:val="-10"/>
        </w:rPr>
        <w:object w:dxaOrig="400" w:dyaOrig="320" w14:anchorId="00745741">
          <v:shape id="_x0000_i3146" type="#_x0000_t75" style="width:19.8pt;height:16.2pt" o:ole="">
            <v:imagedata r:id="rId4152" o:title=""/>
          </v:shape>
          <o:OLEObject Type="Embed" ProgID="Equation.DSMT4" ShapeID="_x0000_i3146" DrawAspect="Content" ObjectID="_1699919882" r:id="rId4153"/>
        </w:object>
      </w:r>
      <w:r w:rsidRPr="00A626E1">
        <w:rPr>
          <w:rFonts w:cs="Times New Roman"/>
        </w:rPr>
        <w:t xml:space="preserve"> là hai đường thẳng chéo nhau thì có vô số mặt phẳng chứa </w:t>
      </w:r>
      <w:r w:rsidRPr="00A626E1">
        <w:rPr>
          <w:rFonts w:cs="Times New Roman"/>
          <w:position w:val="-6"/>
        </w:rPr>
        <w:object w:dxaOrig="200" w:dyaOrig="220" w14:anchorId="0A4415E9">
          <v:shape id="_x0000_i3147" type="#_x0000_t75" style="width:10.2pt;height:10.8pt" o:ole="">
            <v:imagedata r:id="rId4154" o:title=""/>
          </v:shape>
          <o:OLEObject Type="Embed" ProgID="Equation.DSMT4" ShapeID="_x0000_i3147" DrawAspect="Content" ObjectID="_1699919883" r:id="rId4155"/>
        </w:object>
      </w:r>
      <w:r w:rsidRPr="00A626E1">
        <w:rPr>
          <w:rFonts w:cs="Times New Roman"/>
        </w:rPr>
        <w:t xml:space="preserve"> và song song với </w:t>
      </w:r>
      <w:r w:rsidRPr="00A626E1">
        <w:rPr>
          <w:rFonts w:cs="Times New Roman"/>
          <w:position w:val="-6"/>
        </w:rPr>
        <w:object w:dxaOrig="200" w:dyaOrig="279" w14:anchorId="71092F16">
          <v:shape id="_x0000_i3148" type="#_x0000_t75" style="width:10.2pt;height:13.8pt" o:ole="">
            <v:imagedata r:id="rId4156" o:title=""/>
          </v:shape>
          <o:OLEObject Type="Embed" ProgID="Equation.DSMT4" ShapeID="_x0000_i3148" DrawAspect="Content" ObjectID="_1699919884" r:id="rId4157"/>
        </w:object>
      </w:r>
      <w:r w:rsidRPr="00A626E1">
        <w:rPr>
          <w:rFonts w:cs="Times New Roman"/>
        </w:rPr>
        <w:t>. Số mệnh đề đúng là:</w:t>
      </w:r>
    </w:p>
    <w:p w14:paraId="7CBE512E"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3.</w:t>
      </w:r>
      <w:r w:rsidRPr="00A626E1">
        <w:rPr>
          <w:rFonts w:cs="Times New Roman"/>
        </w:rPr>
        <w:tab/>
      </w:r>
      <w:r w:rsidRPr="00A626E1">
        <w:rPr>
          <w:rFonts w:cs="Times New Roman"/>
          <w:b/>
          <w:color w:val="0000FF"/>
        </w:rPr>
        <w:t xml:space="preserve">B. </w:t>
      </w:r>
      <w:r w:rsidRPr="00A626E1">
        <w:rPr>
          <w:rFonts w:cs="Times New Roman"/>
        </w:rPr>
        <w:t>1.</w:t>
      </w:r>
      <w:r w:rsidRPr="00A626E1">
        <w:rPr>
          <w:rFonts w:cs="Times New Roman"/>
        </w:rPr>
        <w:tab/>
      </w:r>
      <w:r w:rsidRPr="00A626E1">
        <w:rPr>
          <w:rFonts w:cs="Times New Roman"/>
          <w:b/>
          <w:color w:val="0000FF"/>
        </w:rPr>
        <w:t xml:space="preserve">C. </w:t>
      </w:r>
      <w:r w:rsidRPr="00A626E1">
        <w:rPr>
          <w:rFonts w:cs="Times New Roman"/>
        </w:rPr>
        <w:t>2.</w:t>
      </w:r>
      <w:r w:rsidRPr="00A626E1">
        <w:rPr>
          <w:rFonts w:cs="Times New Roman"/>
        </w:rPr>
        <w:tab/>
      </w:r>
      <w:r w:rsidRPr="00A626E1">
        <w:rPr>
          <w:rFonts w:cs="Times New Roman"/>
          <w:b/>
          <w:color w:val="0000FF"/>
        </w:rPr>
        <w:t xml:space="preserve">D. </w:t>
      </w:r>
      <w:r w:rsidRPr="00A626E1">
        <w:rPr>
          <w:rFonts w:cs="Times New Roman"/>
        </w:rPr>
        <w:t>4.</w:t>
      </w:r>
    </w:p>
    <w:p w14:paraId="2C3D49D3"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33:</w:t>
      </w:r>
      <w:r w:rsidRPr="00A626E1">
        <w:rPr>
          <w:rFonts w:cs="Times New Roman"/>
          <w:b/>
          <w:color w:val="0000FF"/>
        </w:rPr>
        <w:tab/>
      </w:r>
      <w:r w:rsidRPr="00A626E1">
        <w:rPr>
          <w:rFonts w:cs="Times New Roman"/>
        </w:rPr>
        <w:t>Phát biểu nào sau đây đúng?</w:t>
      </w:r>
    </w:p>
    <w:p w14:paraId="4645DDB9"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rPr>
        <w:t>Hai đường thẳng song song nhau nếu chúng đồng phẳng.</w:t>
      </w:r>
    </w:p>
    <w:p w14:paraId="0157D349"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B. </w:t>
      </w:r>
      <w:r w:rsidRPr="00A626E1">
        <w:rPr>
          <w:rFonts w:cs="Times New Roman"/>
        </w:rPr>
        <w:t>Hai đường thẳng chéo nhau nếu chúng đồng phẳng.</w:t>
      </w:r>
    </w:p>
    <w:p w14:paraId="2151392A"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C. </w:t>
      </w:r>
      <w:r w:rsidRPr="00A626E1">
        <w:rPr>
          <w:rFonts w:cs="Times New Roman"/>
        </w:rPr>
        <w:t>Hai đường thẳng cắt nhau nếu chúng không đồng phẳng.</w:t>
      </w:r>
    </w:p>
    <w:p w14:paraId="440AC917"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D. </w:t>
      </w:r>
      <w:r w:rsidRPr="00A626E1">
        <w:rPr>
          <w:rFonts w:cs="Times New Roman"/>
        </w:rPr>
        <w:t>Hai đường song song nếu chúng đồng phẳng và không có điểm chung.</w:t>
      </w:r>
    </w:p>
    <w:p w14:paraId="6CD14B9C"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34:</w:t>
      </w:r>
      <w:r w:rsidRPr="00A626E1">
        <w:rPr>
          <w:rFonts w:cs="Times New Roman"/>
          <w:b/>
          <w:color w:val="0000FF"/>
        </w:rPr>
        <w:tab/>
      </w:r>
      <w:r w:rsidRPr="00A626E1">
        <w:rPr>
          <w:rFonts w:cs="Times New Roman"/>
        </w:rPr>
        <w:t xml:space="preserve">Cho tứ diện </w:t>
      </w:r>
      <w:r w:rsidRPr="00A626E1">
        <w:rPr>
          <w:position w:val="-6"/>
        </w:rPr>
        <w:object w:dxaOrig="720" w:dyaOrig="279" w14:anchorId="0860411D">
          <v:shape id="_x0000_i3149" type="#_x0000_t75" style="width:36pt;height:13.8pt" o:ole="">
            <v:imagedata r:id="rId4158" o:title=""/>
          </v:shape>
          <o:OLEObject Type="Embed" ProgID="Equation.DSMT4" ShapeID="_x0000_i3149" DrawAspect="Content" ObjectID="_1699919885" r:id="rId4159"/>
        </w:object>
      </w:r>
      <w:r w:rsidRPr="00A626E1">
        <w:rPr>
          <w:rFonts w:cs="Times New Roman"/>
        </w:rPr>
        <w:t xml:space="preserve"> có </w:t>
      </w:r>
      <w:r w:rsidRPr="00A626E1">
        <w:rPr>
          <w:position w:val="-10"/>
        </w:rPr>
        <w:object w:dxaOrig="1540" w:dyaOrig="320" w14:anchorId="6FAEB6CC">
          <v:shape id="_x0000_i3150" type="#_x0000_t75" style="width:76.8pt;height:16.2pt" o:ole="">
            <v:imagedata r:id="rId4160" o:title=""/>
          </v:shape>
          <o:OLEObject Type="Embed" ProgID="Equation.DSMT4" ShapeID="_x0000_i3150" DrawAspect="Content" ObjectID="_1699919886" r:id="rId4161"/>
        </w:object>
      </w:r>
      <w:r w:rsidRPr="00A626E1">
        <w:rPr>
          <w:rFonts w:cs="Times New Roman"/>
        </w:rPr>
        <w:t xml:space="preserve">. Gọi </w:t>
      </w:r>
      <w:r w:rsidRPr="00A626E1">
        <w:rPr>
          <w:position w:val="-4"/>
        </w:rPr>
        <w:object w:dxaOrig="320" w:dyaOrig="260" w14:anchorId="1CA791F8">
          <v:shape id="_x0000_i3151" type="#_x0000_t75" style="width:16.2pt;height:13.2pt" o:ole="">
            <v:imagedata r:id="rId4162" o:title=""/>
          </v:shape>
          <o:OLEObject Type="Embed" ProgID="Equation.DSMT4" ShapeID="_x0000_i3151" DrawAspect="Content" ObjectID="_1699919887" r:id="rId4163"/>
        </w:object>
      </w:r>
      <w:r w:rsidRPr="00A626E1">
        <w:rPr>
          <w:rFonts w:cs="Times New Roman"/>
        </w:rPr>
        <w:t xml:space="preserve"> là điểm thuộc </w:t>
      </w:r>
      <w:r w:rsidRPr="00A626E1">
        <w:rPr>
          <w:position w:val="-6"/>
        </w:rPr>
        <w:object w:dxaOrig="400" w:dyaOrig="279" w14:anchorId="63979342">
          <v:shape id="_x0000_i3152" type="#_x0000_t75" style="width:19.8pt;height:13.8pt" o:ole="">
            <v:imagedata r:id="rId4164" o:title=""/>
          </v:shape>
          <o:OLEObject Type="Embed" ProgID="Equation.DSMT4" ShapeID="_x0000_i3152" DrawAspect="Content" ObjectID="_1699919888" r:id="rId4165"/>
        </w:object>
      </w:r>
      <w:r w:rsidRPr="00A626E1">
        <w:rPr>
          <w:rFonts w:cs="Times New Roman"/>
        </w:rPr>
        <w:t xml:space="preserve"> sao cho </w:t>
      </w:r>
      <w:r w:rsidRPr="00A626E1">
        <w:rPr>
          <w:position w:val="-6"/>
        </w:rPr>
        <w:object w:dxaOrig="1219" w:dyaOrig="279" w14:anchorId="48F945B5">
          <v:shape id="_x0000_i3153" type="#_x0000_t75" style="width:61.2pt;height:13.8pt" o:ole="">
            <v:imagedata r:id="rId4166" o:title=""/>
          </v:shape>
          <o:OLEObject Type="Embed" ProgID="Equation.DSMT4" ShapeID="_x0000_i3153" DrawAspect="Content" ObjectID="_1699919889" r:id="rId4167"/>
        </w:object>
      </w:r>
      <w:r w:rsidRPr="00A626E1">
        <w:rPr>
          <w:rFonts w:cs="Times New Roman"/>
        </w:rPr>
        <w:t xml:space="preserve">. mặt phẳng </w:t>
      </w:r>
      <w:r w:rsidRPr="00A626E1">
        <w:rPr>
          <w:position w:val="-10"/>
        </w:rPr>
        <w:object w:dxaOrig="400" w:dyaOrig="320" w14:anchorId="1DF41ED3">
          <v:shape id="_x0000_i3154" type="#_x0000_t75" style="width:19.8pt;height:16.2pt" o:ole="">
            <v:imagedata r:id="rId4168" o:title=""/>
          </v:shape>
          <o:OLEObject Type="Embed" ProgID="Equation.DSMT4" ShapeID="_x0000_i3154" DrawAspect="Content" ObjectID="_1699919890" r:id="rId4169"/>
        </w:object>
      </w:r>
      <w:r w:rsidRPr="00A626E1">
        <w:rPr>
          <w:rFonts w:cs="Times New Roman"/>
        </w:rPr>
        <w:t xml:space="preserve"> đi qua </w:t>
      </w:r>
      <w:r w:rsidRPr="00A626E1">
        <w:rPr>
          <w:position w:val="-4"/>
        </w:rPr>
        <w:object w:dxaOrig="320" w:dyaOrig="260" w14:anchorId="394F57F9">
          <v:shape id="_x0000_i3155" type="#_x0000_t75" style="width:16.2pt;height:13.2pt" o:ole="">
            <v:imagedata r:id="rId4170" o:title=""/>
          </v:shape>
          <o:OLEObject Type="Embed" ProgID="Equation.DSMT4" ShapeID="_x0000_i3155" DrawAspect="Content" ObjectID="_1699919891" r:id="rId4171"/>
        </w:object>
      </w:r>
      <w:r w:rsidRPr="00A626E1">
        <w:rPr>
          <w:rFonts w:cs="Times New Roman"/>
        </w:rPr>
        <w:t xml:space="preserve"> song song với </w:t>
      </w:r>
      <w:r w:rsidRPr="00A626E1">
        <w:rPr>
          <w:position w:val="-4"/>
        </w:rPr>
        <w:object w:dxaOrig="400" w:dyaOrig="260" w14:anchorId="33EEC4B3">
          <v:shape id="_x0000_i3156" type="#_x0000_t75" style="width:19.8pt;height:13.2pt" o:ole="">
            <v:imagedata r:id="rId4172" o:title=""/>
          </v:shape>
          <o:OLEObject Type="Embed" ProgID="Equation.DSMT4" ShapeID="_x0000_i3156" DrawAspect="Content" ObjectID="_1699919892" r:id="rId4173"/>
        </w:object>
      </w:r>
      <w:r w:rsidRPr="00A626E1">
        <w:rPr>
          <w:rFonts w:cs="Times New Roman"/>
        </w:rPr>
        <w:t xml:space="preserve"> và </w:t>
      </w:r>
      <w:r w:rsidRPr="00A626E1">
        <w:rPr>
          <w:position w:val="-6"/>
        </w:rPr>
        <w:object w:dxaOrig="400" w:dyaOrig="279" w14:anchorId="69FCC750">
          <v:shape id="_x0000_i3157" type="#_x0000_t75" style="width:19.8pt;height:13.8pt" o:ole="">
            <v:imagedata r:id="rId4174" o:title=""/>
          </v:shape>
          <o:OLEObject Type="Embed" ProgID="Equation.DSMT4" ShapeID="_x0000_i3157" DrawAspect="Content" ObjectID="_1699919893" r:id="rId4175"/>
        </w:object>
      </w:r>
      <w:r w:rsidRPr="00A626E1">
        <w:rPr>
          <w:rFonts w:cs="Times New Roman"/>
        </w:rPr>
        <w:t xml:space="preserve"> cắt tứ diện theo thiết diện có chu vi bằng</w:t>
      </w:r>
    </w:p>
    <w:p w14:paraId="344E9682"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24"/>
        </w:rPr>
        <w:object w:dxaOrig="900" w:dyaOrig="620" w14:anchorId="2177426C">
          <v:shape id="_x0000_i3158" type="#_x0000_t75" style="width:45pt;height:31.2pt" o:ole="">
            <v:imagedata r:id="rId4176" o:title=""/>
          </v:shape>
          <o:OLEObject Type="Embed" ProgID="Equation.DSMT4" ShapeID="_x0000_i3158" DrawAspect="Content" ObjectID="_1699919894" r:id="rId4177"/>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24"/>
        </w:rPr>
        <w:object w:dxaOrig="920" w:dyaOrig="620" w14:anchorId="773BF476">
          <v:shape id="_x0000_i3159" type="#_x0000_t75" style="width:46.2pt;height:31.2pt" o:ole="">
            <v:imagedata r:id="rId4178" o:title=""/>
          </v:shape>
          <o:OLEObject Type="Embed" ProgID="Equation.DSMT4" ShapeID="_x0000_i3159" DrawAspect="Content" ObjectID="_1699919895" r:id="rId4179"/>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24"/>
        </w:rPr>
        <w:object w:dxaOrig="900" w:dyaOrig="620" w14:anchorId="521E3ACB">
          <v:shape id="_x0000_i3160" type="#_x0000_t75" style="width:45pt;height:31.2pt" o:ole="">
            <v:imagedata r:id="rId4180" o:title=""/>
          </v:shape>
          <o:OLEObject Type="Embed" ProgID="Equation.DSMT4" ShapeID="_x0000_i3160" DrawAspect="Content" ObjectID="_1699919896" r:id="rId4181"/>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24"/>
        </w:rPr>
        <w:object w:dxaOrig="920" w:dyaOrig="620" w14:anchorId="6CC2552F">
          <v:shape id="_x0000_i3161" type="#_x0000_t75" style="width:46.2pt;height:31.2pt" o:ole="">
            <v:imagedata r:id="rId4182" o:title=""/>
          </v:shape>
          <o:OLEObject Type="Embed" ProgID="Equation.DSMT4" ShapeID="_x0000_i3161" DrawAspect="Content" ObjectID="_1699919897" r:id="rId4183"/>
        </w:object>
      </w:r>
      <w:r w:rsidRPr="00A626E1">
        <w:rPr>
          <w:rFonts w:cs="Times New Roman"/>
        </w:rPr>
        <w:t>.</w:t>
      </w:r>
    </w:p>
    <w:p w14:paraId="45F0D65D" w14:textId="77777777" w:rsidR="00DE7E5C" w:rsidRPr="00A626E1" w:rsidRDefault="00DE7E5C" w:rsidP="00A626E1">
      <w:pPr>
        <w:tabs>
          <w:tab w:val="left" w:pos="992"/>
        </w:tabs>
        <w:spacing w:before="120" w:after="0"/>
        <w:ind w:left="992" w:hanging="992"/>
        <w:jc w:val="both"/>
        <w:rPr>
          <w:rFonts w:cs="Times New Roman"/>
        </w:rPr>
      </w:pPr>
      <w:r w:rsidRPr="00A626E1">
        <w:rPr>
          <w:rFonts w:cs="Times New Roman"/>
          <w:b/>
          <w:color w:val="0000FF"/>
        </w:rPr>
        <w:t>Câu 35:</w:t>
      </w:r>
      <w:r w:rsidRPr="00A626E1">
        <w:rPr>
          <w:rFonts w:cs="Times New Roman"/>
          <w:b/>
          <w:color w:val="0000FF"/>
        </w:rPr>
        <w:tab/>
      </w:r>
      <w:r w:rsidRPr="00A626E1">
        <w:rPr>
          <w:rFonts w:cs="Times New Roman"/>
        </w:rPr>
        <w:t xml:space="preserve">Cho hình chóp </w:t>
      </w:r>
      <w:r w:rsidRPr="00A626E1">
        <w:rPr>
          <w:position w:val="-6"/>
        </w:rPr>
        <w:object w:dxaOrig="920" w:dyaOrig="279" w14:anchorId="764AEB4D">
          <v:shape id="_x0000_i3162" type="#_x0000_t75" style="width:46.2pt;height:13.8pt" o:ole="">
            <v:imagedata r:id="rId4184" o:title=""/>
          </v:shape>
          <o:OLEObject Type="Embed" ProgID="Equation.DSMT4" ShapeID="_x0000_i3162" DrawAspect="Content" ObjectID="_1699919898" r:id="rId4185"/>
        </w:object>
      </w:r>
      <w:r w:rsidRPr="00A626E1">
        <w:rPr>
          <w:rFonts w:cs="Times New Roman"/>
        </w:rPr>
        <w:t xml:space="preserve"> có </w:t>
      </w:r>
      <w:r w:rsidRPr="00A626E1">
        <w:rPr>
          <w:position w:val="-6"/>
        </w:rPr>
        <w:object w:dxaOrig="720" w:dyaOrig="279" w14:anchorId="3331D34C">
          <v:shape id="_x0000_i3163" type="#_x0000_t75" style="width:36pt;height:13.8pt" o:ole="">
            <v:imagedata r:id="rId4186" o:title=""/>
          </v:shape>
          <o:OLEObject Type="Embed" ProgID="Equation.DSMT4" ShapeID="_x0000_i3163" DrawAspect="Content" ObjectID="_1699919899" r:id="rId4187"/>
        </w:object>
      </w:r>
      <w:r w:rsidRPr="00A626E1">
        <w:rPr>
          <w:rFonts w:cs="Times New Roman"/>
        </w:rPr>
        <w:t xml:space="preserve"> là hình bình hành. </w:t>
      </w:r>
      <w:r w:rsidRPr="00A626E1">
        <w:rPr>
          <w:position w:val="-4"/>
        </w:rPr>
        <w:object w:dxaOrig="320" w:dyaOrig="260" w14:anchorId="1983DADC">
          <v:shape id="_x0000_i3164" type="#_x0000_t75" style="width:16.2pt;height:13.2pt" o:ole="">
            <v:imagedata r:id="rId4188" o:title=""/>
          </v:shape>
          <o:OLEObject Type="Embed" ProgID="Equation.DSMT4" ShapeID="_x0000_i3164" DrawAspect="Content" ObjectID="_1699919900" r:id="rId4189"/>
        </w:object>
      </w:r>
      <w:r w:rsidRPr="00A626E1">
        <w:rPr>
          <w:rFonts w:cs="Times New Roman"/>
        </w:rPr>
        <w:t xml:space="preserve"> là điểm di động trên cạnh </w:t>
      </w:r>
      <w:r w:rsidRPr="00A626E1">
        <w:rPr>
          <w:position w:val="-10"/>
        </w:rPr>
        <w:object w:dxaOrig="700" w:dyaOrig="320" w14:anchorId="726FF200">
          <v:shape id="_x0000_i3165" type="#_x0000_t75" style="width:34.8pt;height:16.2pt" o:ole="">
            <v:imagedata r:id="rId4190" o:title=""/>
          </v:shape>
          <o:OLEObject Type="Embed" ProgID="Equation.DSMT4" ShapeID="_x0000_i3165" DrawAspect="Content" ObjectID="_1699919901" r:id="rId4191"/>
        </w:object>
      </w:r>
      <w:r w:rsidRPr="00A626E1">
        <w:rPr>
          <w:rFonts w:cs="Times New Roman"/>
        </w:rPr>
        <w:t xml:space="preserve"> không trùng </w:t>
      </w:r>
      <w:r w:rsidRPr="00A626E1">
        <w:rPr>
          <w:position w:val="-6"/>
        </w:rPr>
        <w:object w:dxaOrig="220" w:dyaOrig="279" w14:anchorId="4BA3E029">
          <v:shape id="_x0000_i3166" type="#_x0000_t75" style="width:10.8pt;height:13.8pt" o:ole="">
            <v:imagedata r:id="rId4192" o:title=""/>
          </v:shape>
          <o:OLEObject Type="Embed" ProgID="Equation.DSMT4" ShapeID="_x0000_i3166" DrawAspect="Content" ObjectID="_1699919902" r:id="rId4193"/>
        </w:object>
      </w:r>
      <w:r w:rsidRPr="00A626E1">
        <w:rPr>
          <w:rFonts w:cs="Times New Roman"/>
        </w:rPr>
        <w:t xml:space="preserve"> và </w:t>
      </w:r>
      <w:r w:rsidRPr="00A626E1">
        <w:rPr>
          <w:position w:val="-6"/>
        </w:rPr>
        <w:object w:dxaOrig="240" w:dyaOrig="279" w14:anchorId="68DB6FF7">
          <v:shape id="_x0000_i3167" type="#_x0000_t75" style="width:12pt;height:13.8pt" o:ole="">
            <v:imagedata r:id="rId4194" o:title=""/>
          </v:shape>
          <o:OLEObject Type="Embed" ProgID="Equation.DSMT4" ShapeID="_x0000_i3167" DrawAspect="Content" ObjectID="_1699919903" r:id="rId4195"/>
        </w:object>
      </w:r>
      <w:r w:rsidRPr="00A626E1">
        <w:rPr>
          <w:rFonts w:cs="Times New Roman"/>
        </w:rPr>
        <w:t xml:space="preserve">). Mặt phẳng </w:t>
      </w:r>
      <w:r w:rsidRPr="00A626E1">
        <w:rPr>
          <w:position w:val="-10"/>
        </w:rPr>
        <w:object w:dxaOrig="400" w:dyaOrig="320" w14:anchorId="45634639">
          <v:shape id="_x0000_i3168" type="#_x0000_t75" style="width:19.8pt;height:16.2pt" o:ole="">
            <v:imagedata r:id="rId4196" o:title=""/>
          </v:shape>
          <o:OLEObject Type="Embed" ProgID="Equation.DSMT4" ShapeID="_x0000_i3168" DrawAspect="Content" ObjectID="_1699919904" r:id="rId4197"/>
        </w:object>
      </w:r>
      <w:r w:rsidRPr="00A626E1">
        <w:rPr>
          <w:rFonts w:cs="Times New Roman"/>
        </w:rPr>
        <w:t xml:space="preserve"> chứa </w:t>
      </w:r>
      <w:r w:rsidRPr="00A626E1">
        <w:rPr>
          <w:position w:val="-4"/>
        </w:rPr>
        <w:object w:dxaOrig="480" w:dyaOrig="260" w14:anchorId="0C89DD57">
          <v:shape id="_x0000_i3169" type="#_x0000_t75" style="width:24pt;height:13.2pt" o:ole="">
            <v:imagedata r:id="rId4198" o:title=""/>
          </v:shape>
          <o:OLEObject Type="Embed" ProgID="Equation.DSMT4" ShapeID="_x0000_i3169" DrawAspect="Content" ObjectID="_1699919905" r:id="rId4199"/>
        </w:object>
      </w:r>
      <w:r w:rsidRPr="00A626E1">
        <w:rPr>
          <w:rFonts w:cs="Times New Roman"/>
        </w:rPr>
        <w:t xml:space="preserve">, song song với </w:t>
      </w:r>
      <w:r w:rsidRPr="00A626E1">
        <w:rPr>
          <w:position w:val="-4"/>
        </w:rPr>
        <w:object w:dxaOrig="400" w:dyaOrig="260" w14:anchorId="1FFD03E9">
          <v:shape id="_x0000_i3170" type="#_x0000_t75" style="width:19.8pt;height:13.2pt" o:ole="">
            <v:imagedata r:id="rId4200" o:title=""/>
          </v:shape>
          <o:OLEObject Type="Embed" ProgID="Equation.DSMT4" ShapeID="_x0000_i3170" DrawAspect="Content" ObjectID="_1699919906" r:id="rId4201"/>
        </w:object>
      </w:r>
      <w:r w:rsidRPr="00A626E1">
        <w:rPr>
          <w:rFonts w:cs="Times New Roman"/>
        </w:rPr>
        <w:t xml:space="preserve">. Gọi </w:t>
      </w:r>
      <w:r w:rsidRPr="00A626E1">
        <w:rPr>
          <w:position w:val="-10"/>
        </w:rPr>
        <w:object w:dxaOrig="499" w:dyaOrig="320" w14:anchorId="488BC90D">
          <v:shape id="_x0000_i3171" type="#_x0000_t75" style="width:25.2pt;height:16.2pt" o:ole="">
            <v:imagedata r:id="rId4202" o:title=""/>
          </v:shape>
          <o:OLEObject Type="Embed" ProgID="Equation.DSMT4" ShapeID="_x0000_i3171" DrawAspect="Content" ObjectID="_1699919907" r:id="rId4203"/>
        </w:object>
      </w:r>
      <w:r w:rsidRPr="00A626E1">
        <w:rPr>
          <w:rFonts w:cs="Times New Roman"/>
        </w:rPr>
        <w:t xml:space="preserve"> lần lượt là giao điểm của mặt phẳng </w:t>
      </w:r>
      <w:r w:rsidRPr="00A626E1">
        <w:rPr>
          <w:position w:val="-10"/>
        </w:rPr>
        <w:object w:dxaOrig="400" w:dyaOrig="320" w14:anchorId="35ACD589">
          <v:shape id="_x0000_i3172" type="#_x0000_t75" style="width:19.8pt;height:16.2pt" o:ole="">
            <v:imagedata r:id="rId4204" o:title=""/>
          </v:shape>
          <o:OLEObject Type="Embed" ProgID="Equation.DSMT4" ShapeID="_x0000_i3172" DrawAspect="Content" ObjectID="_1699919908" r:id="rId4205"/>
        </w:object>
      </w:r>
      <w:r w:rsidRPr="00A626E1">
        <w:rPr>
          <w:rFonts w:cs="Times New Roman"/>
        </w:rPr>
        <w:t xml:space="preserve"> với </w:t>
      </w:r>
      <w:r w:rsidRPr="00A626E1">
        <w:rPr>
          <w:position w:val="-10"/>
        </w:rPr>
        <w:object w:dxaOrig="740" w:dyaOrig="320" w14:anchorId="4288AC21">
          <v:shape id="_x0000_i3173" type="#_x0000_t75" style="width:37.2pt;height:16.2pt" o:ole="">
            <v:imagedata r:id="rId4206" o:title=""/>
          </v:shape>
          <o:OLEObject Type="Embed" ProgID="Equation.DSMT4" ShapeID="_x0000_i3173" DrawAspect="Content" ObjectID="_1699919909" r:id="rId4207"/>
        </w:object>
      </w:r>
      <w:r w:rsidRPr="00A626E1">
        <w:rPr>
          <w:rFonts w:cs="Times New Roman"/>
        </w:rPr>
        <w:t xml:space="preserve">. Tính giá trị của </w:t>
      </w:r>
      <w:r w:rsidRPr="00A626E1">
        <w:rPr>
          <w:position w:val="-24"/>
        </w:rPr>
        <w:object w:dxaOrig="1960" w:dyaOrig="620" w14:anchorId="10405325">
          <v:shape id="_x0000_i3174" type="#_x0000_t75" style="width:97.8pt;height:31.2pt" o:ole="">
            <v:imagedata r:id="rId4208" o:title=""/>
          </v:shape>
          <o:OLEObject Type="Embed" ProgID="Equation.DSMT4" ShapeID="_x0000_i3174" DrawAspect="Content" ObjectID="_1699919910" r:id="rId4209"/>
        </w:object>
      </w:r>
      <w:r w:rsidRPr="00A626E1">
        <w:rPr>
          <w:rFonts w:cs="Times New Roman"/>
        </w:rPr>
        <w:t>.</w:t>
      </w:r>
    </w:p>
    <w:p w14:paraId="435C7F28" w14:textId="77777777" w:rsidR="00DE7E5C" w:rsidRPr="00A626E1" w:rsidRDefault="00DE7E5C" w:rsidP="00A626E1">
      <w:pPr>
        <w:tabs>
          <w:tab w:val="left" w:pos="3402"/>
          <w:tab w:val="left" w:pos="5669"/>
          <w:tab w:val="left" w:pos="7937"/>
        </w:tabs>
        <w:spacing w:after="0"/>
        <w:ind w:left="992"/>
        <w:jc w:val="both"/>
        <w:rPr>
          <w:rFonts w:cs="Times New Roman"/>
        </w:rPr>
      </w:pPr>
      <w:r w:rsidRPr="00A626E1">
        <w:rPr>
          <w:rFonts w:cs="Times New Roman"/>
          <w:b/>
          <w:color w:val="0000FF"/>
        </w:rPr>
        <w:t xml:space="preserve">A. </w:t>
      </w:r>
      <w:r w:rsidRPr="00A626E1">
        <w:rPr>
          <w:rFonts w:cs="Times New Roman"/>
          <w:position w:val="-24"/>
        </w:rPr>
        <w:object w:dxaOrig="620" w:dyaOrig="620" w14:anchorId="0EC26E2A">
          <v:shape id="_x0000_i3175" type="#_x0000_t75" style="width:31.2pt;height:31.2pt" o:ole="">
            <v:imagedata r:id="rId4210" o:title=""/>
          </v:shape>
          <o:OLEObject Type="Embed" ProgID="Equation.DSMT4" ShapeID="_x0000_i3175" DrawAspect="Content" ObjectID="_1699919911" r:id="rId4211"/>
        </w:object>
      </w:r>
      <w:r w:rsidRPr="00A626E1">
        <w:rPr>
          <w:rFonts w:cs="Times New Roman"/>
        </w:rPr>
        <w:t>.</w:t>
      </w:r>
      <w:r w:rsidRPr="00A626E1">
        <w:rPr>
          <w:rFonts w:cs="Times New Roman"/>
        </w:rPr>
        <w:tab/>
      </w:r>
      <w:r w:rsidRPr="00A626E1">
        <w:rPr>
          <w:rFonts w:cs="Times New Roman"/>
          <w:b/>
          <w:color w:val="0000FF"/>
        </w:rPr>
        <w:t xml:space="preserve">B. </w:t>
      </w:r>
      <w:r w:rsidRPr="00A626E1">
        <w:rPr>
          <w:rFonts w:cs="Times New Roman"/>
          <w:position w:val="-24"/>
        </w:rPr>
        <w:object w:dxaOrig="620" w:dyaOrig="620" w14:anchorId="5408EBD1">
          <v:shape id="_x0000_i3176" type="#_x0000_t75" style="width:31.2pt;height:31.2pt" o:ole="">
            <v:imagedata r:id="rId4212" o:title=""/>
          </v:shape>
          <o:OLEObject Type="Embed" ProgID="Equation.DSMT4" ShapeID="_x0000_i3176" DrawAspect="Content" ObjectID="_1699919912" r:id="rId4213"/>
        </w:object>
      </w:r>
      <w:r w:rsidRPr="00A626E1">
        <w:rPr>
          <w:rFonts w:cs="Times New Roman"/>
        </w:rPr>
        <w:t>.</w:t>
      </w:r>
      <w:r w:rsidRPr="00A626E1">
        <w:rPr>
          <w:rFonts w:cs="Times New Roman"/>
        </w:rPr>
        <w:tab/>
      </w:r>
      <w:r w:rsidRPr="00A626E1">
        <w:rPr>
          <w:rFonts w:cs="Times New Roman"/>
          <w:b/>
          <w:color w:val="0000FF"/>
        </w:rPr>
        <w:t xml:space="preserve">C. </w:t>
      </w:r>
      <w:r w:rsidRPr="00A626E1">
        <w:rPr>
          <w:rFonts w:cs="Times New Roman"/>
          <w:position w:val="-4"/>
        </w:rPr>
        <w:object w:dxaOrig="540" w:dyaOrig="260" w14:anchorId="754B915B">
          <v:shape id="_x0000_i3177" type="#_x0000_t75" style="width:27pt;height:13.2pt" o:ole="">
            <v:imagedata r:id="rId4214" o:title=""/>
          </v:shape>
          <o:OLEObject Type="Embed" ProgID="Equation.DSMT4" ShapeID="_x0000_i3177" DrawAspect="Content" ObjectID="_1699919913" r:id="rId4215"/>
        </w:object>
      </w:r>
      <w:r w:rsidRPr="00A626E1">
        <w:rPr>
          <w:rFonts w:cs="Times New Roman"/>
        </w:rPr>
        <w:t>.</w:t>
      </w:r>
      <w:r w:rsidRPr="00A626E1">
        <w:rPr>
          <w:rFonts w:cs="Times New Roman"/>
        </w:rPr>
        <w:tab/>
      </w:r>
      <w:r w:rsidRPr="00A626E1">
        <w:rPr>
          <w:rFonts w:cs="Times New Roman"/>
          <w:b/>
          <w:color w:val="0000FF"/>
        </w:rPr>
        <w:t xml:space="preserve">D. </w:t>
      </w:r>
      <w:r w:rsidRPr="00A626E1">
        <w:rPr>
          <w:rFonts w:cs="Times New Roman"/>
          <w:position w:val="-4"/>
        </w:rPr>
        <w:object w:dxaOrig="580" w:dyaOrig="260" w14:anchorId="6F14477E">
          <v:shape id="_x0000_i3178" type="#_x0000_t75" style="width:28.8pt;height:13.2pt" o:ole="">
            <v:imagedata r:id="rId4216" o:title=""/>
          </v:shape>
          <o:OLEObject Type="Embed" ProgID="Equation.DSMT4" ShapeID="_x0000_i3178" DrawAspect="Content" ObjectID="_1699919914" r:id="rId4217"/>
        </w:object>
      </w:r>
      <w:r w:rsidRPr="00A626E1">
        <w:rPr>
          <w:rFonts w:cs="Times New Roman"/>
        </w:rPr>
        <w:t>.</w:t>
      </w:r>
    </w:p>
    <w:p w14:paraId="4E870569" w14:textId="77777777" w:rsidR="00DE7E5C" w:rsidRPr="00A626E1" w:rsidRDefault="00DE7E5C" w:rsidP="00A626E1">
      <w:pPr>
        <w:ind w:left="992"/>
        <w:rPr>
          <w:rFonts w:cs="Times New Roman"/>
        </w:rPr>
      </w:pPr>
      <w:r w:rsidRPr="00A626E1">
        <w:rPr>
          <w:rFonts w:cs="Times New Roman"/>
          <w:b/>
        </w:rPr>
        <w:t>Phần II: Tự luận</w:t>
      </w:r>
    </w:p>
    <w:p w14:paraId="2CE76BDB" w14:textId="77777777" w:rsidR="00DE7E5C" w:rsidRPr="00A626E1" w:rsidRDefault="00DE7E5C" w:rsidP="00A626E1">
      <w:pPr>
        <w:ind w:left="992" w:hanging="992"/>
        <w:jc w:val="both"/>
        <w:rPr>
          <w:rFonts w:cs="Times New Roman"/>
        </w:rPr>
      </w:pPr>
      <w:r w:rsidRPr="00A626E1">
        <w:rPr>
          <w:rFonts w:cs="Times New Roman"/>
          <w:b/>
        </w:rPr>
        <w:t xml:space="preserve">Bài 1: </w:t>
      </w:r>
      <w:r>
        <w:rPr>
          <w:rFonts w:cs="Times New Roman"/>
          <w:b/>
        </w:rPr>
        <w:tab/>
      </w:r>
      <w:r w:rsidRPr="00A626E1">
        <w:rPr>
          <w:rFonts w:cs="Times New Roman"/>
        </w:rPr>
        <w:t xml:space="preserve">a) Giải phương trình </w:t>
      </w:r>
      <w:r w:rsidRPr="00A626E1">
        <w:rPr>
          <w:rFonts w:cs="Times New Roman"/>
          <w:position w:val="-24"/>
        </w:rPr>
        <w:object w:dxaOrig="2079" w:dyaOrig="680" w14:anchorId="78079B4A">
          <v:shape id="_x0000_i3179" type="#_x0000_t75" style="width:103.8pt;height:34.2pt" o:ole="">
            <v:imagedata r:id="rId4218" o:title=""/>
          </v:shape>
          <o:OLEObject Type="Embed" ProgID="Equation.DSMT4" ShapeID="_x0000_i3179" DrawAspect="Content" ObjectID="_1699919915" r:id="rId4219"/>
        </w:object>
      </w:r>
      <w:r w:rsidRPr="00A626E1">
        <w:rPr>
          <w:rFonts w:cs="Times New Roman"/>
        </w:rPr>
        <w:t>.</w:t>
      </w:r>
    </w:p>
    <w:p w14:paraId="45217AD0" w14:textId="77777777" w:rsidR="00DE7E5C" w:rsidRPr="00A626E1" w:rsidRDefault="00DE7E5C" w:rsidP="00A626E1">
      <w:pPr>
        <w:ind w:left="992"/>
        <w:jc w:val="both"/>
        <w:rPr>
          <w:rFonts w:cs="Times New Roman"/>
        </w:rPr>
      </w:pPr>
      <w:r w:rsidRPr="00A626E1">
        <w:rPr>
          <w:rFonts w:cs="Times New Roman"/>
        </w:rPr>
        <w:t xml:space="preserve">b) Tìm </w:t>
      </w:r>
      <w:r w:rsidRPr="00A626E1">
        <w:rPr>
          <w:rFonts w:cs="Times New Roman"/>
          <w:position w:val="-6"/>
        </w:rPr>
        <w:object w:dxaOrig="260" w:dyaOrig="220" w14:anchorId="56DD6316">
          <v:shape id="_x0000_i3180" type="#_x0000_t75" style="width:13.2pt;height:10.8pt" o:ole="">
            <v:imagedata r:id="rId4220" o:title=""/>
          </v:shape>
          <o:OLEObject Type="Embed" ProgID="Equation.DSMT4" ShapeID="_x0000_i3180" DrawAspect="Content" ObjectID="_1699919916" r:id="rId4221"/>
        </w:object>
      </w:r>
      <w:r w:rsidRPr="00A626E1">
        <w:rPr>
          <w:rFonts w:cs="Times New Roman"/>
        </w:rPr>
        <w:t xml:space="preserve"> để phương trình </w:t>
      </w:r>
      <w:r w:rsidRPr="00A626E1">
        <w:rPr>
          <w:rFonts w:cs="Times New Roman"/>
          <w:position w:val="-6"/>
        </w:rPr>
        <w:object w:dxaOrig="2760" w:dyaOrig="279" w14:anchorId="062F30EA">
          <v:shape id="_x0000_i3181" type="#_x0000_t75" style="width:138pt;height:13.8pt" o:ole="">
            <v:imagedata r:id="rId4222" o:title=""/>
          </v:shape>
          <o:OLEObject Type="Embed" ProgID="Equation.DSMT4" ShapeID="_x0000_i3181" DrawAspect="Content" ObjectID="_1699919917" r:id="rId4223"/>
        </w:object>
      </w:r>
      <w:r w:rsidRPr="00A626E1">
        <w:rPr>
          <w:rFonts w:cs="Times New Roman"/>
        </w:rPr>
        <w:t xml:space="preserve"> có nghiệm.</w:t>
      </w:r>
    </w:p>
    <w:p w14:paraId="307157A1" w14:textId="77777777" w:rsidR="00DE7E5C" w:rsidRPr="00A626E1" w:rsidRDefault="00DE7E5C" w:rsidP="00A626E1">
      <w:pPr>
        <w:ind w:left="992" w:hanging="992"/>
        <w:jc w:val="both"/>
        <w:rPr>
          <w:rFonts w:cs="Times New Roman"/>
        </w:rPr>
      </w:pPr>
      <w:r w:rsidRPr="00A626E1">
        <w:rPr>
          <w:rFonts w:cs="Times New Roman"/>
          <w:b/>
        </w:rPr>
        <w:lastRenderedPageBreak/>
        <w:t xml:space="preserve">Bài 2: </w:t>
      </w:r>
      <w:r w:rsidRPr="00A626E1">
        <w:rPr>
          <w:rFonts w:cs="Times New Roman"/>
        </w:rPr>
        <w:t xml:space="preserve">Gieo 3 đồng xu cùng một lúc. Gọi </w:t>
      </w:r>
      <w:r w:rsidRPr="00A626E1">
        <w:rPr>
          <w:rFonts w:cs="Times New Roman"/>
          <w:position w:val="-4"/>
        </w:rPr>
        <w:object w:dxaOrig="240" w:dyaOrig="260" w14:anchorId="5B744664">
          <v:shape id="_x0000_i3182" type="#_x0000_t75" style="width:12pt;height:13.2pt" o:ole="">
            <v:imagedata r:id="rId4224" o:title=""/>
          </v:shape>
          <o:OLEObject Type="Embed" ProgID="Equation.DSMT4" ShapeID="_x0000_i3182" DrawAspect="Content" ObjectID="_1699919918" r:id="rId4225"/>
        </w:object>
      </w:r>
      <w:r w:rsidRPr="00A626E1">
        <w:rPr>
          <w:rFonts w:cs="Times New Roman"/>
        </w:rPr>
        <w:t xml:space="preserve"> là biến cố "có ít nhất một đồng xu xuất hiện mặt ngửa". Tính xác suất của biến cố </w:t>
      </w:r>
      <w:r w:rsidRPr="00A626E1">
        <w:rPr>
          <w:rFonts w:cs="Times New Roman"/>
          <w:position w:val="-4"/>
        </w:rPr>
        <w:object w:dxaOrig="240" w:dyaOrig="260" w14:anchorId="16BD4BD0">
          <v:shape id="_x0000_i3183" type="#_x0000_t75" style="width:12pt;height:13.2pt" o:ole="">
            <v:imagedata r:id="rId4226" o:title=""/>
          </v:shape>
          <o:OLEObject Type="Embed" ProgID="Equation.DSMT4" ShapeID="_x0000_i3183" DrawAspect="Content" ObjectID="_1699919919" r:id="rId4227"/>
        </w:object>
      </w:r>
      <w:r w:rsidRPr="00A626E1">
        <w:rPr>
          <w:rFonts w:cs="Times New Roman"/>
        </w:rPr>
        <w:t>.</w:t>
      </w:r>
    </w:p>
    <w:p w14:paraId="073B7BB5" w14:textId="77777777" w:rsidR="00DE7E5C" w:rsidRPr="00A626E1" w:rsidRDefault="00DE7E5C" w:rsidP="00A626E1">
      <w:pPr>
        <w:ind w:left="992" w:hanging="992"/>
        <w:jc w:val="both"/>
        <w:rPr>
          <w:rFonts w:cs="Times New Roman"/>
        </w:rPr>
      </w:pPr>
      <w:r w:rsidRPr="00A626E1">
        <w:rPr>
          <w:rFonts w:cs="Times New Roman"/>
          <w:b/>
        </w:rPr>
        <w:t xml:space="preserve">Bài 3: </w:t>
      </w:r>
      <w:r w:rsidRPr="00A626E1">
        <w:rPr>
          <w:rFonts w:cs="Times New Roman"/>
        </w:rPr>
        <w:t xml:space="preserve">Cho hình chóp </w:t>
      </w:r>
      <w:r w:rsidRPr="00A626E1">
        <w:rPr>
          <w:rFonts w:cs="Times New Roman"/>
          <w:position w:val="-6"/>
        </w:rPr>
        <w:object w:dxaOrig="920" w:dyaOrig="279" w14:anchorId="77122A19">
          <v:shape id="_x0000_i3184" type="#_x0000_t75" style="width:46.2pt;height:13.8pt" o:ole="">
            <v:imagedata r:id="rId4228" o:title=""/>
          </v:shape>
          <o:OLEObject Type="Embed" ProgID="Equation.DSMT4" ShapeID="_x0000_i3184" DrawAspect="Content" ObjectID="_1699919920" r:id="rId4229"/>
        </w:object>
      </w:r>
      <w:r w:rsidRPr="00A626E1">
        <w:rPr>
          <w:rFonts w:cs="Times New Roman"/>
        </w:rPr>
        <w:t xml:space="preserve"> có đáy </w:t>
      </w:r>
      <w:r w:rsidRPr="00A626E1">
        <w:rPr>
          <w:rFonts w:cs="Times New Roman"/>
          <w:position w:val="-6"/>
        </w:rPr>
        <w:object w:dxaOrig="720" w:dyaOrig="279" w14:anchorId="0EE6027D">
          <v:shape id="_x0000_i3185" type="#_x0000_t75" style="width:36pt;height:13.8pt" o:ole="">
            <v:imagedata r:id="rId4230" o:title=""/>
          </v:shape>
          <o:OLEObject Type="Embed" ProgID="Equation.DSMT4" ShapeID="_x0000_i3185" DrawAspect="Content" ObjectID="_1699919921" r:id="rId4231"/>
        </w:object>
      </w:r>
      <w:r w:rsidRPr="00A626E1">
        <w:rPr>
          <w:rFonts w:cs="Times New Roman"/>
        </w:rPr>
        <w:t xml:space="preserve"> là hình bình hành. Gọi </w:t>
      </w:r>
      <w:r w:rsidRPr="00A626E1">
        <w:rPr>
          <w:rFonts w:cs="Times New Roman"/>
          <w:position w:val="-10"/>
        </w:rPr>
        <w:object w:dxaOrig="859" w:dyaOrig="320" w14:anchorId="28FA1D33">
          <v:shape id="_x0000_i3186" type="#_x0000_t75" style="width:43.2pt;height:16.2pt" o:ole="">
            <v:imagedata r:id="rId4232" o:title=""/>
          </v:shape>
          <o:OLEObject Type="Embed" ProgID="Equation.DSMT4" ShapeID="_x0000_i3186" DrawAspect="Content" ObjectID="_1699919922" r:id="rId4233"/>
        </w:object>
      </w:r>
      <w:r w:rsidRPr="00A626E1">
        <w:rPr>
          <w:rFonts w:cs="Times New Roman"/>
        </w:rPr>
        <w:t xml:space="preserve"> lần lượt là trung điểm các cạnh </w:t>
      </w:r>
      <w:r w:rsidRPr="00A626E1">
        <w:rPr>
          <w:rFonts w:cs="Times New Roman"/>
          <w:position w:val="-10"/>
        </w:rPr>
        <w:object w:dxaOrig="1140" w:dyaOrig="320" w14:anchorId="1E3EF250">
          <v:shape id="_x0000_i3187" type="#_x0000_t75" style="width:57pt;height:16.2pt" o:ole="">
            <v:imagedata r:id="rId4234" o:title=""/>
          </v:shape>
          <o:OLEObject Type="Embed" ProgID="Equation.DSMT4" ShapeID="_x0000_i3187" DrawAspect="Content" ObjectID="_1699919923" r:id="rId4235"/>
        </w:object>
      </w:r>
      <w:r w:rsidRPr="00A626E1">
        <w:rPr>
          <w:rFonts w:cs="Times New Roman"/>
        </w:rPr>
        <w:t>.</w:t>
      </w:r>
    </w:p>
    <w:p w14:paraId="1005756C" w14:textId="77777777" w:rsidR="00DE7E5C" w:rsidRPr="00A626E1" w:rsidRDefault="00DE7E5C" w:rsidP="00A626E1">
      <w:pPr>
        <w:ind w:left="992"/>
        <w:jc w:val="both"/>
        <w:rPr>
          <w:rFonts w:cs="Times New Roman"/>
        </w:rPr>
      </w:pPr>
      <w:r w:rsidRPr="00A626E1">
        <w:rPr>
          <w:rFonts w:cs="Times New Roman"/>
        </w:rPr>
        <w:t xml:space="preserve">a) Tìm giao tuyến của </w:t>
      </w:r>
      <w:r w:rsidRPr="00A626E1">
        <w:rPr>
          <w:rFonts w:cs="Times New Roman"/>
          <w:position w:val="-10"/>
        </w:rPr>
        <w:object w:dxaOrig="760" w:dyaOrig="320" w14:anchorId="6FE2B729">
          <v:shape id="_x0000_i3188" type="#_x0000_t75" style="width:37.8pt;height:16.2pt" o:ole="">
            <v:imagedata r:id="rId4236" o:title=""/>
          </v:shape>
          <o:OLEObject Type="Embed" ProgID="Equation.DSMT4" ShapeID="_x0000_i3188" DrawAspect="Content" ObjectID="_1699919924" r:id="rId4237"/>
        </w:object>
      </w:r>
      <w:r w:rsidRPr="00A626E1">
        <w:rPr>
          <w:rFonts w:cs="Times New Roman"/>
        </w:rPr>
        <w:t xml:space="preserve"> và </w:t>
      </w:r>
      <w:r w:rsidRPr="00A626E1">
        <w:rPr>
          <w:rFonts w:cs="Times New Roman"/>
          <w:position w:val="-10"/>
        </w:rPr>
        <w:object w:dxaOrig="680" w:dyaOrig="320" w14:anchorId="67998066">
          <v:shape id="_x0000_i3189" type="#_x0000_t75" style="width:34.2pt;height:16.2pt" o:ole="">
            <v:imagedata r:id="rId4238" o:title=""/>
          </v:shape>
          <o:OLEObject Type="Embed" ProgID="Equation.DSMT4" ShapeID="_x0000_i3189" DrawAspect="Content" ObjectID="_1699919925" r:id="rId4239"/>
        </w:object>
      </w:r>
      <w:r w:rsidRPr="00A626E1">
        <w:rPr>
          <w:rFonts w:cs="Times New Roman"/>
        </w:rPr>
        <w:t>.</w:t>
      </w:r>
    </w:p>
    <w:p w14:paraId="3C765938" w14:textId="77777777" w:rsidR="00DE7E5C" w:rsidRPr="00A626E1" w:rsidRDefault="00DE7E5C" w:rsidP="00A626E1">
      <w:pPr>
        <w:ind w:left="992"/>
        <w:jc w:val="both"/>
        <w:rPr>
          <w:rFonts w:cs="Times New Roman"/>
        </w:rPr>
      </w:pPr>
      <w:r w:rsidRPr="00A626E1">
        <w:rPr>
          <w:rFonts w:cs="Times New Roman"/>
        </w:rPr>
        <w:t xml:space="preserve">b) Chứng minh </w:t>
      </w:r>
      <w:r w:rsidRPr="00A626E1">
        <w:rPr>
          <w:rFonts w:cs="Times New Roman"/>
          <w:position w:val="-10"/>
        </w:rPr>
        <w:object w:dxaOrig="1219" w:dyaOrig="320" w14:anchorId="06DFC776">
          <v:shape id="_x0000_i3190" type="#_x0000_t75" style="width:61.2pt;height:16.2pt" o:ole="">
            <v:imagedata r:id="rId4240" o:title=""/>
          </v:shape>
          <o:OLEObject Type="Embed" ProgID="Equation.DSMT4" ShapeID="_x0000_i3190" DrawAspect="Content" ObjectID="_1699919926" r:id="rId4241"/>
        </w:object>
      </w:r>
      <w:r w:rsidRPr="00A626E1">
        <w:rPr>
          <w:rFonts w:cs="Times New Roman"/>
        </w:rPr>
        <w:t>.</w:t>
      </w:r>
    </w:p>
    <w:p w14:paraId="2349A0E6" w14:textId="77777777" w:rsidR="00DE7E5C" w:rsidRPr="00A626E1" w:rsidRDefault="00DE7E5C" w:rsidP="00A626E1">
      <w:pPr>
        <w:ind w:left="992"/>
        <w:jc w:val="center"/>
        <w:rPr>
          <w:rFonts w:cs="Times New Roman"/>
          <w:b/>
        </w:rPr>
      </w:pPr>
      <w:r w:rsidRPr="00A626E1">
        <w:rPr>
          <w:rFonts w:cs="Times New Roman"/>
          <w:b/>
        </w:rPr>
        <w:t>BẢNG ĐÁP ÁN</w:t>
      </w:r>
    </w:p>
    <w:tbl>
      <w:tblPr>
        <w:tblStyle w:val="TableGrid"/>
        <w:tblW w:w="0" w:type="auto"/>
        <w:tblInd w:w="992" w:type="dxa"/>
        <w:tblLook w:val="04A0" w:firstRow="1" w:lastRow="0" w:firstColumn="1" w:lastColumn="0" w:noHBand="0" w:noVBand="1"/>
      </w:tblPr>
      <w:tblGrid>
        <w:gridCol w:w="523"/>
        <w:gridCol w:w="523"/>
        <w:gridCol w:w="524"/>
        <w:gridCol w:w="524"/>
        <w:gridCol w:w="524"/>
        <w:gridCol w:w="524"/>
        <w:gridCol w:w="524"/>
        <w:gridCol w:w="524"/>
        <w:gridCol w:w="524"/>
        <w:gridCol w:w="524"/>
        <w:gridCol w:w="524"/>
        <w:gridCol w:w="524"/>
        <w:gridCol w:w="524"/>
        <w:gridCol w:w="524"/>
        <w:gridCol w:w="524"/>
        <w:gridCol w:w="524"/>
        <w:gridCol w:w="524"/>
        <w:gridCol w:w="524"/>
      </w:tblGrid>
      <w:tr w:rsidR="00DE7E5C" w:rsidRPr="00A626E1" w14:paraId="4F3F340E" w14:textId="77777777" w:rsidTr="00A626E1">
        <w:tc>
          <w:tcPr>
            <w:tcW w:w="629" w:type="dxa"/>
            <w:shd w:val="clear" w:color="auto" w:fill="FFFF32"/>
          </w:tcPr>
          <w:p w14:paraId="5AAE4C14" w14:textId="77777777" w:rsidR="00DE7E5C" w:rsidRPr="00A626E1" w:rsidRDefault="00DE7E5C" w:rsidP="00A626E1">
            <w:pPr>
              <w:spacing w:line="276" w:lineRule="auto"/>
              <w:jc w:val="center"/>
              <w:rPr>
                <w:rFonts w:cs="Times New Roman"/>
                <w:b/>
              </w:rPr>
            </w:pPr>
            <w:r w:rsidRPr="00A626E1">
              <w:rPr>
                <w:rFonts w:cs="Times New Roman"/>
                <w:b/>
              </w:rPr>
              <w:t>1</w:t>
            </w:r>
          </w:p>
        </w:tc>
        <w:tc>
          <w:tcPr>
            <w:tcW w:w="629" w:type="dxa"/>
            <w:shd w:val="clear" w:color="auto" w:fill="FFFF32"/>
          </w:tcPr>
          <w:p w14:paraId="6BA981C4" w14:textId="77777777" w:rsidR="00DE7E5C" w:rsidRPr="00A626E1" w:rsidRDefault="00DE7E5C" w:rsidP="00A626E1">
            <w:pPr>
              <w:spacing w:line="276" w:lineRule="auto"/>
              <w:jc w:val="center"/>
              <w:rPr>
                <w:rFonts w:cs="Times New Roman"/>
                <w:b/>
              </w:rPr>
            </w:pPr>
            <w:r w:rsidRPr="00A626E1">
              <w:rPr>
                <w:rFonts w:cs="Times New Roman"/>
                <w:b/>
              </w:rPr>
              <w:t>2</w:t>
            </w:r>
          </w:p>
        </w:tc>
        <w:tc>
          <w:tcPr>
            <w:tcW w:w="629" w:type="dxa"/>
            <w:shd w:val="clear" w:color="auto" w:fill="FFFF32"/>
          </w:tcPr>
          <w:p w14:paraId="60E4289F" w14:textId="77777777" w:rsidR="00DE7E5C" w:rsidRPr="00A626E1" w:rsidRDefault="00DE7E5C" w:rsidP="00A626E1">
            <w:pPr>
              <w:spacing w:line="276" w:lineRule="auto"/>
              <w:jc w:val="center"/>
              <w:rPr>
                <w:rFonts w:cs="Times New Roman"/>
                <w:b/>
              </w:rPr>
            </w:pPr>
            <w:r w:rsidRPr="00A626E1">
              <w:rPr>
                <w:rFonts w:cs="Times New Roman"/>
                <w:b/>
              </w:rPr>
              <w:t>3</w:t>
            </w:r>
          </w:p>
        </w:tc>
        <w:tc>
          <w:tcPr>
            <w:tcW w:w="629" w:type="dxa"/>
            <w:shd w:val="clear" w:color="auto" w:fill="FFFF32"/>
          </w:tcPr>
          <w:p w14:paraId="2BF755AC" w14:textId="77777777" w:rsidR="00DE7E5C" w:rsidRPr="00A626E1" w:rsidRDefault="00DE7E5C" w:rsidP="00A626E1">
            <w:pPr>
              <w:spacing w:line="276" w:lineRule="auto"/>
              <w:jc w:val="center"/>
              <w:rPr>
                <w:rFonts w:cs="Times New Roman"/>
                <w:b/>
              </w:rPr>
            </w:pPr>
            <w:r w:rsidRPr="00A626E1">
              <w:rPr>
                <w:rFonts w:cs="Times New Roman"/>
                <w:b/>
              </w:rPr>
              <w:t>4</w:t>
            </w:r>
          </w:p>
        </w:tc>
        <w:tc>
          <w:tcPr>
            <w:tcW w:w="629" w:type="dxa"/>
            <w:shd w:val="clear" w:color="auto" w:fill="FFFF32"/>
          </w:tcPr>
          <w:p w14:paraId="4A9E6F44" w14:textId="77777777" w:rsidR="00DE7E5C" w:rsidRPr="00A626E1" w:rsidRDefault="00DE7E5C" w:rsidP="00A626E1">
            <w:pPr>
              <w:spacing w:line="276" w:lineRule="auto"/>
              <w:jc w:val="center"/>
              <w:rPr>
                <w:rFonts w:cs="Times New Roman"/>
                <w:b/>
              </w:rPr>
            </w:pPr>
            <w:r w:rsidRPr="00A626E1">
              <w:rPr>
                <w:rFonts w:cs="Times New Roman"/>
                <w:b/>
              </w:rPr>
              <w:t>5</w:t>
            </w:r>
          </w:p>
        </w:tc>
        <w:tc>
          <w:tcPr>
            <w:tcW w:w="629" w:type="dxa"/>
            <w:shd w:val="clear" w:color="auto" w:fill="FFFF32"/>
          </w:tcPr>
          <w:p w14:paraId="3B1F5DFE" w14:textId="77777777" w:rsidR="00DE7E5C" w:rsidRPr="00A626E1" w:rsidRDefault="00DE7E5C" w:rsidP="00A626E1">
            <w:pPr>
              <w:spacing w:line="276" w:lineRule="auto"/>
              <w:jc w:val="center"/>
              <w:rPr>
                <w:rFonts w:cs="Times New Roman"/>
                <w:b/>
              </w:rPr>
            </w:pPr>
            <w:r w:rsidRPr="00A626E1">
              <w:rPr>
                <w:rFonts w:cs="Times New Roman"/>
                <w:b/>
              </w:rPr>
              <w:t>6</w:t>
            </w:r>
          </w:p>
        </w:tc>
        <w:tc>
          <w:tcPr>
            <w:tcW w:w="629" w:type="dxa"/>
            <w:shd w:val="clear" w:color="auto" w:fill="FFFF32"/>
          </w:tcPr>
          <w:p w14:paraId="3D65AE64" w14:textId="77777777" w:rsidR="00DE7E5C" w:rsidRPr="00A626E1" w:rsidRDefault="00DE7E5C" w:rsidP="00A626E1">
            <w:pPr>
              <w:spacing w:line="276" w:lineRule="auto"/>
              <w:jc w:val="center"/>
              <w:rPr>
                <w:rFonts w:cs="Times New Roman"/>
                <w:b/>
              </w:rPr>
            </w:pPr>
            <w:r w:rsidRPr="00A626E1">
              <w:rPr>
                <w:rFonts w:cs="Times New Roman"/>
                <w:b/>
              </w:rPr>
              <w:t>7</w:t>
            </w:r>
          </w:p>
        </w:tc>
        <w:tc>
          <w:tcPr>
            <w:tcW w:w="629" w:type="dxa"/>
            <w:shd w:val="clear" w:color="auto" w:fill="FFFF32"/>
          </w:tcPr>
          <w:p w14:paraId="00E0195C" w14:textId="77777777" w:rsidR="00DE7E5C" w:rsidRPr="00A626E1" w:rsidRDefault="00DE7E5C" w:rsidP="00A626E1">
            <w:pPr>
              <w:spacing w:line="276" w:lineRule="auto"/>
              <w:jc w:val="center"/>
              <w:rPr>
                <w:rFonts w:cs="Times New Roman"/>
                <w:b/>
              </w:rPr>
            </w:pPr>
            <w:r w:rsidRPr="00A626E1">
              <w:rPr>
                <w:rFonts w:cs="Times New Roman"/>
                <w:b/>
              </w:rPr>
              <w:t>8</w:t>
            </w:r>
          </w:p>
        </w:tc>
        <w:tc>
          <w:tcPr>
            <w:tcW w:w="629" w:type="dxa"/>
            <w:shd w:val="clear" w:color="auto" w:fill="FFFF32"/>
          </w:tcPr>
          <w:p w14:paraId="30398888" w14:textId="77777777" w:rsidR="00DE7E5C" w:rsidRPr="00A626E1" w:rsidRDefault="00DE7E5C" w:rsidP="00A626E1">
            <w:pPr>
              <w:spacing w:line="276" w:lineRule="auto"/>
              <w:jc w:val="center"/>
              <w:rPr>
                <w:rFonts w:cs="Times New Roman"/>
                <w:b/>
              </w:rPr>
            </w:pPr>
            <w:r w:rsidRPr="00A626E1">
              <w:rPr>
                <w:rFonts w:cs="Times New Roman"/>
                <w:b/>
              </w:rPr>
              <w:t>9</w:t>
            </w:r>
          </w:p>
        </w:tc>
        <w:tc>
          <w:tcPr>
            <w:tcW w:w="629" w:type="dxa"/>
            <w:shd w:val="clear" w:color="auto" w:fill="FFFF32"/>
          </w:tcPr>
          <w:p w14:paraId="2A37A665" w14:textId="77777777" w:rsidR="00DE7E5C" w:rsidRPr="00A626E1" w:rsidRDefault="00DE7E5C" w:rsidP="00A626E1">
            <w:pPr>
              <w:spacing w:line="276" w:lineRule="auto"/>
              <w:jc w:val="center"/>
              <w:rPr>
                <w:rFonts w:cs="Times New Roman"/>
                <w:b/>
              </w:rPr>
            </w:pPr>
            <w:r w:rsidRPr="00A626E1">
              <w:rPr>
                <w:rFonts w:cs="Times New Roman"/>
                <w:b/>
              </w:rPr>
              <w:t>10</w:t>
            </w:r>
          </w:p>
        </w:tc>
        <w:tc>
          <w:tcPr>
            <w:tcW w:w="629" w:type="dxa"/>
            <w:shd w:val="clear" w:color="auto" w:fill="FFFF32"/>
          </w:tcPr>
          <w:p w14:paraId="33F73FA1" w14:textId="77777777" w:rsidR="00DE7E5C" w:rsidRPr="00A626E1" w:rsidRDefault="00DE7E5C" w:rsidP="00A626E1">
            <w:pPr>
              <w:spacing w:line="276" w:lineRule="auto"/>
              <w:jc w:val="center"/>
              <w:rPr>
                <w:rFonts w:cs="Times New Roman"/>
                <w:b/>
              </w:rPr>
            </w:pPr>
            <w:r w:rsidRPr="00A626E1">
              <w:rPr>
                <w:rFonts w:cs="Times New Roman"/>
                <w:b/>
              </w:rPr>
              <w:t>11</w:t>
            </w:r>
          </w:p>
        </w:tc>
        <w:tc>
          <w:tcPr>
            <w:tcW w:w="629" w:type="dxa"/>
            <w:shd w:val="clear" w:color="auto" w:fill="FFFF32"/>
          </w:tcPr>
          <w:p w14:paraId="2F50D7E5" w14:textId="77777777" w:rsidR="00DE7E5C" w:rsidRPr="00A626E1" w:rsidRDefault="00DE7E5C" w:rsidP="00A626E1">
            <w:pPr>
              <w:spacing w:line="276" w:lineRule="auto"/>
              <w:jc w:val="center"/>
              <w:rPr>
                <w:rFonts w:cs="Times New Roman"/>
                <w:b/>
              </w:rPr>
            </w:pPr>
            <w:r w:rsidRPr="00A626E1">
              <w:rPr>
                <w:rFonts w:cs="Times New Roman"/>
                <w:b/>
              </w:rPr>
              <w:t>12</w:t>
            </w:r>
          </w:p>
        </w:tc>
        <w:tc>
          <w:tcPr>
            <w:tcW w:w="629" w:type="dxa"/>
            <w:shd w:val="clear" w:color="auto" w:fill="FFFF32"/>
          </w:tcPr>
          <w:p w14:paraId="4B774A90" w14:textId="77777777" w:rsidR="00DE7E5C" w:rsidRPr="00A626E1" w:rsidRDefault="00DE7E5C" w:rsidP="00A626E1">
            <w:pPr>
              <w:spacing w:line="276" w:lineRule="auto"/>
              <w:jc w:val="center"/>
              <w:rPr>
                <w:rFonts w:cs="Times New Roman"/>
                <w:b/>
              </w:rPr>
            </w:pPr>
            <w:r w:rsidRPr="00A626E1">
              <w:rPr>
                <w:rFonts w:cs="Times New Roman"/>
                <w:b/>
              </w:rPr>
              <w:t>13</w:t>
            </w:r>
          </w:p>
        </w:tc>
        <w:tc>
          <w:tcPr>
            <w:tcW w:w="629" w:type="dxa"/>
            <w:shd w:val="clear" w:color="auto" w:fill="FFFF32"/>
          </w:tcPr>
          <w:p w14:paraId="3A745AC1" w14:textId="77777777" w:rsidR="00DE7E5C" w:rsidRPr="00A626E1" w:rsidRDefault="00DE7E5C" w:rsidP="00A626E1">
            <w:pPr>
              <w:spacing w:line="276" w:lineRule="auto"/>
              <w:jc w:val="center"/>
              <w:rPr>
                <w:rFonts w:cs="Times New Roman"/>
                <w:b/>
              </w:rPr>
            </w:pPr>
            <w:r w:rsidRPr="00A626E1">
              <w:rPr>
                <w:rFonts w:cs="Times New Roman"/>
                <w:b/>
              </w:rPr>
              <w:t>14</w:t>
            </w:r>
          </w:p>
        </w:tc>
        <w:tc>
          <w:tcPr>
            <w:tcW w:w="629" w:type="dxa"/>
            <w:shd w:val="clear" w:color="auto" w:fill="FFFF32"/>
          </w:tcPr>
          <w:p w14:paraId="1CCA7795" w14:textId="77777777" w:rsidR="00DE7E5C" w:rsidRPr="00A626E1" w:rsidRDefault="00DE7E5C" w:rsidP="00A626E1">
            <w:pPr>
              <w:spacing w:line="276" w:lineRule="auto"/>
              <w:jc w:val="center"/>
              <w:rPr>
                <w:rFonts w:cs="Times New Roman"/>
                <w:b/>
              </w:rPr>
            </w:pPr>
            <w:r w:rsidRPr="00A626E1">
              <w:rPr>
                <w:rFonts w:cs="Times New Roman"/>
                <w:b/>
              </w:rPr>
              <w:t>15</w:t>
            </w:r>
          </w:p>
        </w:tc>
        <w:tc>
          <w:tcPr>
            <w:tcW w:w="629" w:type="dxa"/>
            <w:shd w:val="clear" w:color="auto" w:fill="FFFF32"/>
          </w:tcPr>
          <w:p w14:paraId="1E5A3DF6" w14:textId="77777777" w:rsidR="00DE7E5C" w:rsidRPr="00A626E1" w:rsidRDefault="00DE7E5C" w:rsidP="00A626E1">
            <w:pPr>
              <w:spacing w:line="276" w:lineRule="auto"/>
              <w:jc w:val="center"/>
              <w:rPr>
                <w:rFonts w:cs="Times New Roman"/>
                <w:b/>
              </w:rPr>
            </w:pPr>
            <w:r w:rsidRPr="00A626E1">
              <w:rPr>
                <w:rFonts w:cs="Times New Roman"/>
                <w:b/>
              </w:rPr>
              <w:t>16</w:t>
            </w:r>
          </w:p>
        </w:tc>
        <w:tc>
          <w:tcPr>
            <w:tcW w:w="629" w:type="dxa"/>
            <w:shd w:val="clear" w:color="auto" w:fill="FFFF32"/>
          </w:tcPr>
          <w:p w14:paraId="0707CE01" w14:textId="77777777" w:rsidR="00DE7E5C" w:rsidRPr="00A626E1" w:rsidRDefault="00DE7E5C" w:rsidP="00A626E1">
            <w:pPr>
              <w:spacing w:line="276" w:lineRule="auto"/>
              <w:jc w:val="center"/>
              <w:rPr>
                <w:rFonts w:cs="Times New Roman"/>
                <w:b/>
              </w:rPr>
            </w:pPr>
            <w:r w:rsidRPr="00A626E1">
              <w:rPr>
                <w:rFonts w:cs="Times New Roman"/>
                <w:b/>
              </w:rPr>
              <w:t>17</w:t>
            </w:r>
          </w:p>
        </w:tc>
        <w:tc>
          <w:tcPr>
            <w:tcW w:w="629" w:type="dxa"/>
            <w:shd w:val="clear" w:color="auto" w:fill="FFFF32"/>
          </w:tcPr>
          <w:p w14:paraId="5176A25A" w14:textId="77777777" w:rsidR="00DE7E5C" w:rsidRPr="00A626E1" w:rsidRDefault="00DE7E5C" w:rsidP="00A626E1">
            <w:pPr>
              <w:spacing w:line="276" w:lineRule="auto"/>
              <w:jc w:val="center"/>
              <w:rPr>
                <w:rFonts w:cs="Times New Roman"/>
                <w:b/>
              </w:rPr>
            </w:pPr>
            <w:r w:rsidRPr="00A626E1">
              <w:rPr>
                <w:rFonts w:cs="Times New Roman"/>
                <w:b/>
              </w:rPr>
              <w:t>18</w:t>
            </w:r>
          </w:p>
        </w:tc>
      </w:tr>
      <w:tr w:rsidR="00DE7E5C" w:rsidRPr="00A626E1" w14:paraId="67DEB856" w14:textId="77777777" w:rsidTr="00A626E1">
        <w:tc>
          <w:tcPr>
            <w:tcW w:w="629" w:type="dxa"/>
            <w:tcBorders>
              <w:bottom w:val="single" w:sz="4" w:space="0" w:color="auto"/>
            </w:tcBorders>
          </w:tcPr>
          <w:p w14:paraId="46BCE35D"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Borders>
              <w:bottom w:val="single" w:sz="4" w:space="0" w:color="auto"/>
            </w:tcBorders>
          </w:tcPr>
          <w:p w14:paraId="576B3E4D" w14:textId="77777777" w:rsidR="00DE7E5C" w:rsidRPr="00A626E1" w:rsidRDefault="00DE7E5C" w:rsidP="00A626E1">
            <w:pPr>
              <w:spacing w:line="276" w:lineRule="auto"/>
              <w:jc w:val="center"/>
              <w:rPr>
                <w:rFonts w:cs="Times New Roman"/>
                <w:b/>
              </w:rPr>
            </w:pPr>
            <w:r w:rsidRPr="00A626E1">
              <w:rPr>
                <w:rFonts w:cs="Times New Roman"/>
                <w:b/>
              </w:rPr>
              <w:t>C</w:t>
            </w:r>
          </w:p>
        </w:tc>
        <w:tc>
          <w:tcPr>
            <w:tcW w:w="629" w:type="dxa"/>
            <w:tcBorders>
              <w:bottom w:val="single" w:sz="4" w:space="0" w:color="auto"/>
            </w:tcBorders>
          </w:tcPr>
          <w:p w14:paraId="4841EFCE" w14:textId="77777777" w:rsidR="00DE7E5C" w:rsidRPr="00A626E1" w:rsidRDefault="00DE7E5C" w:rsidP="00A626E1">
            <w:pPr>
              <w:spacing w:line="276" w:lineRule="auto"/>
              <w:jc w:val="center"/>
              <w:rPr>
                <w:rFonts w:cs="Times New Roman"/>
                <w:b/>
              </w:rPr>
            </w:pPr>
            <w:r w:rsidRPr="00A626E1">
              <w:rPr>
                <w:rFonts w:cs="Times New Roman"/>
                <w:b/>
              </w:rPr>
              <w:t>A</w:t>
            </w:r>
          </w:p>
        </w:tc>
        <w:tc>
          <w:tcPr>
            <w:tcW w:w="629" w:type="dxa"/>
            <w:tcBorders>
              <w:bottom w:val="single" w:sz="4" w:space="0" w:color="auto"/>
            </w:tcBorders>
          </w:tcPr>
          <w:p w14:paraId="249997E4" w14:textId="77777777" w:rsidR="00DE7E5C" w:rsidRPr="00A626E1" w:rsidRDefault="00DE7E5C" w:rsidP="00A626E1">
            <w:pPr>
              <w:spacing w:line="276" w:lineRule="auto"/>
              <w:jc w:val="center"/>
              <w:rPr>
                <w:rFonts w:cs="Times New Roman"/>
                <w:b/>
              </w:rPr>
            </w:pPr>
            <w:r w:rsidRPr="00A626E1">
              <w:rPr>
                <w:rFonts w:cs="Times New Roman"/>
                <w:b/>
              </w:rPr>
              <w:t>A</w:t>
            </w:r>
          </w:p>
        </w:tc>
        <w:tc>
          <w:tcPr>
            <w:tcW w:w="629" w:type="dxa"/>
            <w:tcBorders>
              <w:bottom w:val="single" w:sz="4" w:space="0" w:color="auto"/>
            </w:tcBorders>
          </w:tcPr>
          <w:p w14:paraId="3364C871" w14:textId="77777777" w:rsidR="00DE7E5C" w:rsidRPr="00A626E1" w:rsidRDefault="00DE7E5C" w:rsidP="00A626E1">
            <w:pPr>
              <w:spacing w:line="276" w:lineRule="auto"/>
              <w:jc w:val="center"/>
              <w:rPr>
                <w:rFonts w:cs="Times New Roman"/>
                <w:b/>
              </w:rPr>
            </w:pPr>
            <w:r w:rsidRPr="00A626E1">
              <w:rPr>
                <w:rFonts w:cs="Times New Roman"/>
                <w:b/>
              </w:rPr>
              <w:t>C</w:t>
            </w:r>
          </w:p>
        </w:tc>
        <w:tc>
          <w:tcPr>
            <w:tcW w:w="629" w:type="dxa"/>
            <w:tcBorders>
              <w:bottom w:val="single" w:sz="4" w:space="0" w:color="auto"/>
            </w:tcBorders>
          </w:tcPr>
          <w:p w14:paraId="3C6A5CE2" w14:textId="77777777" w:rsidR="00DE7E5C" w:rsidRPr="00A626E1" w:rsidRDefault="00DE7E5C" w:rsidP="00A626E1">
            <w:pPr>
              <w:spacing w:line="276" w:lineRule="auto"/>
              <w:jc w:val="center"/>
              <w:rPr>
                <w:rFonts w:cs="Times New Roman"/>
                <w:b/>
              </w:rPr>
            </w:pPr>
            <w:r w:rsidRPr="00A626E1">
              <w:rPr>
                <w:rFonts w:cs="Times New Roman"/>
                <w:b/>
              </w:rPr>
              <w:t>B</w:t>
            </w:r>
          </w:p>
        </w:tc>
        <w:tc>
          <w:tcPr>
            <w:tcW w:w="629" w:type="dxa"/>
            <w:tcBorders>
              <w:bottom w:val="single" w:sz="4" w:space="0" w:color="auto"/>
            </w:tcBorders>
          </w:tcPr>
          <w:p w14:paraId="577A2F07"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Borders>
              <w:bottom w:val="single" w:sz="4" w:space="0" w:color="auto"/>
            </w:tcBorders>
          </w:tcPr>
          <w:p w14:paraId="056B1316" w14:textId="77777777" w:rsidR="00DE7E5C" w:rsidRPr="00A626E1" w:rsidRDefault="00DE7E5C" w:rsidP="00A626E1">
            <w:pPr>
              <w:spacing w:line="276" w:lineRule="auto"/>
              <w:jc w:val="center"/>
              <w:rPr>
                <w:rFonts w:cs="Times New Roman"/>
                <w:b/>
              </w:rPr>
            </w:pPr>
            <w:r w:rsidRPr="00A626E1">
              <w:rPr>
                <w:rFonts w:cs="Times New Roman"/>
                <w:b/>
              </w:rPr>
              <w:t>A</w:t>
            </w:r>
          </w:p>
        </w:tc>
        <w:tc>
          <w:tcPr>
            <w:tcW w:w="629" w:type="dxa"/>
            <w:tcBorders>
              <w:bottom w:val="single" w:sz="4" w:space="0" w:color="auto"/>
            </w:tcBorders>
          </w:tcPr>
          <w:p w14:paraId="77C7E9E9" w14:textId="77777777" w:rsidR="00DE7E5C" w:rsidRPr="00A626E1" w:rsidRDefault="00DE7E5C" w:rsidP="00A626E1">
            <w:pPr>
              <w:spacing w:line="276" w:lineRule="auto"/>
              <w:jc w:val="center"/>
              <w:rPr>
                <w:rFonts w:cs="Times New Roman"/>
                <w:b/>
              </w:rPr>
            </w:pPr>
            <w:r w:rsidRPr="00A626E1">
              <w:rPr>
                <w:rFonts w:cs="Times New Roman"/>
                <w:b/>
              </w:rPr>
              <w:t>B</w:t>
            </w:r>
          </w:p>
        </w:tc>
        <w:tc>
          <w:tcPr>
            <w:tcW w:w="629" w:type="dxa"/>
            <w:tcBorders>
              <w:bottom w:val="single" w:sz="4" w:space="0" w:color="auto"/>
            </w:tcBorders>
          </w:tcPr>
          <w:p w14:paraId="4B659551" w14:textId="77777777" w:rsidR="00DE7E5C" w:rsidRPr="00A626E1" w:rsidRDefault="00DE7E5C" w:rsidP="00A626E1">
            <w:pPr>
              <w:spacing w:line="276" w:lineRule="auto"/>
              <w:jc w:val="center"/>
              <w:rPr>
                <w:rFonts w:cs="Times New Roman"/>
                <w:b/>
              </w:rPr>
            </w:pPr>
            <w:r w:rsidRPr="00A626E1">
              <w:rPr>
                <w:rFonts w:cs="Times New Roman"/>
                <w:b/>
              </w:rPr>
              <w:t>C</w:t>
            </w:r>
          </w:p>
        </w:tc>
        <w:tc>
          <w:tcPr>
            <w:tcW w:w="629" w:type="dxa"/>
            <w:tcBorders>
              <w:bottom w:val="single" w:sz="4" w:space="0" w:color="auto"/>
            </w:tcBorders>
          </w:tcPr>
          <w:p w14:paraId="131E2011" w14:textId="77777777" w:rsidR="00DE7E5C" w:rsidRPr="00A626E1" w:rsidRDefault="00DE7E5C" w:rsidP="00A626E1">
            <w:pPr>
              <w:spacing w:line="276" w:lineRule="auto"/>
              <w:jc w:val="center"/>
              <w:rPr>
                <w:rFonts w:cs="Times New Roman"/>
                <w:b/>
              </w:rPr>
            </w:pPr>
            <w:r w:rsidRPr="00A626E1">
              <w:rPr>
                <w:rFonts w:cs="Times New Roman"/>
                <w:b/>
              </w:rPr>
              <w:t>A</w:t>
            </w:r>
          </w:p>
        </w:tc>
        <w:tc>
          <w:tcPr>
            <w:tcW w:w="629" w:type="dxa"/>
            <w:tcBorders>
              <w:bottom w:val="single" w:sz="4" w:space="0" w:color="auto"/>
            </w:tcBorders>
          </w:tcPr>
          <w:p w14:paraId="05C0E546"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Borders>
              <w:bottom w:val="single" w:sz="4" w:space="0" w:color="auto"/>
            </w:tcBorders>
          </w:tcPr>
          <w:p w14:paraId="542871A4"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Borders>
              <w:bottom w:val="single" w:sz="4" w:space="0" w:color="auto"/>
            </w:tcBorders>
          </w:tcPr>
          <w:p w14:paraId="2E9C77CC"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Borders>
              <w:bottom w:val="single" w:sz="4" w:space="0" w:color="auto"/>
            </w:tcBorders>
          </w:tcPr>
          <w:p w14:paraId="43AC9112"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Borders>
              <w:bottom w:val="single" w:sz="4" w:space="0" w:color="auto"/>
            </w:tcBorders>
          </w:tcPr>
          <w:p w14:paraId="4E462FB6" w14:textId="77777777" w:rsidR="00DE7E5C" w:rsidRPr="00A626E1" w:rsidRDefault="00DE7E5C" w:rsidP="00A626E1">
            <w:pPr>
              <w:spacing w:line="276" w:lineRule="auto"/>
              <w:jc w:val="center"/>
              <w:rPr>
                <w:rFonts w:cs="Times New Roman"/>
                <w:b/>
              </w:rPr>
            </w:pPr>
            <w:r w:rsidRPr="00A626E1">
              <w:rPr>
                <w:rFonts w:cs="Times New Roman"/>
                <w:b/>
              </w:rPr>
              <w:t>C</w:t>
            </w:r>
          </w:p>
        </w:tc>
        <w:tc>
          <w:tcPr>
            <w:tcW w:w="629" w:type="dxa"/>
            <w:tcBorders>
              <w:bottom w:val="single" w:sz="4" w:space="0" w:color="auto"/>
            </w:tcBorders>
          </w:tcPr>
          <w:p w14:paraId="75A14097" w14:textId="77777777" w:rsidR="00DE7E5C" w:rsidRPr="00A626E1" w:rsidRDefault="00DE7E5C" w:rsidP="00A626E1">
            <w:pPr>
              <w:spacing w:line="276" w:lineRule="auto"/>
              <w:jc w:val="center"/>
              <w:rPr>
                <w:rFonts w:cs="Times New Roman"/>
                <w:b/>
              </w:rPr>
            </w:pPr>
            <w:r w:rsidRPr="00A626E1">
              <w:rPr>
                <w:rFonts w:cs="Times New Roman"/>
                <w:b/>
              </w:rPr>
              <w:t>C</w:t>
            </w:r>
          </w:p>
        </w:tc>
        <w:tc>
          <w:tcPr>
            <w:tcW w:w="629" w:type="dxa"/>
            <w:tcBorders>
              <w:bottom w:val="single" w:sz="4" w:space="0" w:color="auto"/>
            </w:tcBorders>
          </w:tcPr>
          <w:p w14:paraId="4637DB23" w14:textId="77777777" w:rsidR="00DE7E5C" w:rsidRPr="00A626E1" w:rsidRDefault="00DE7E5C" w:rsidP="00A626E1">
            <w:pPr>
              <w:spacing w:line="276" w:lineRule="auto"/>
              <w:jc w:val="center"/>
              <w:rPr>
                <w:rFonts w:cs="Times New Roman"/>
                <w:b/>
              </w:rPr>
            </w:pPr>
            <w:r w:rsidRPr="00A626E1">
              <w:rPr>
                <w:rFonts w:cs="Times New Roman"/>
                <w:b/>
              </w:rPr>
              <w:t>A</w:t>
            </w:r>
          </w:p>
        </w:tc>
      </w:tr>
      <w:tr w:rsidR="00DE7E5C" w:rsidRPr="00A626E1" w14:paraId="674B2B6F" w14:textId="77777777" w:rsidTr="00A626E1">
        <w:tc>
          <w:tcPr>
            <w:tcW w:w="629" w:type="dxa"/>
            <w:shd w:val="clear" w:color="auto" w:fill="FFFF32"/>
          </w:tcPr>
          <w:p w14:paraId="6652A749" w14:textId="77777777" w:rsidR="00DE7E5C" w:rsidRPr="00A626E1" w:rsidRDefault="00DE7E5C" w:rsidP="00A626E1">
            <w:pPr>
              <w:spacing w:line="276" w:lineRule="auto"/>
              <w:jc w:val="center"/>
              <w:rPr>
                <w:rFonts w:cs="Times New Roman"/>
                <w:b/>
              </w:rPr>
            </w:pPr>
            <w:r w:rsidRPr="00A626E1">
              <w:rPr>
                <w:rFonts w:cs="Times New Roman"/>
                <w:b/>
              </w:rPr>
              <w:t>19</w:t>
            </w:r>
          </w:p>
        </w:tc>
        <w:tc>
          <w:tcPr>
            <w:tcW w:w="629" w:type="dxa"/>
            <w:shd w:val="clear" w:color="auto" w:fill="FFFF32"/>
          </w:tcPr>
          <w:p w14:paraId="0BE898E1" w14:textId="77777777" w:rsidR="00DE7E5C" w:rsidRPr="00A626E1" w:rsidRDefault="00DE7E5C" w:rsidP="00A626E1">
            <w:pPr>
              <w:spacing w:line="276" w:lineRule="auto"/>
              <w:jc w:val="center"/>
              <w:rPr>
                <w:rFonts w:cs="Times New Roman"/>
                <w:b/>
              </w:rPr>
            </w:pPr>
            <w:r w:rsidRPr="00A626E1">
              <w:rPr>
                <w:rFonts w:cs="Times New Roman"/>
                <w:b/>
              </w:rPr>
              <w:t>20</w:t>
            </w:r>
          </w:p>
        </w:tc>
        <w:tc>
          <w:tcPr>
            <w:tcW w:w="629" w:type="dxa"/>
            <w:shd w:val="clear" w:color="auto" w:fill="FFFF32"/>
          </w:tcPr>
          <w:p w14:paraId="753D9ECA" w14:textId="77777777" w:rsidR="00DE7E5C" w:rsidRPr="00A626E1" w:rsidRDefault="00DE7E5C" w:rsidP="00A626E1">
            <w:pPr>
              <w:spacing w:line="276" w:lineRule="auto"/>
              <w:jc w:val="center"/>
              <w:rPr>
                <w:rFonts w:cs="Times New Roman"/>
                <w:b/>
              </w:rPr>
            </w:pPr>
            <w:r w:rsidRPr="00A626E1">
              <w:rPr>
                <w:rFonts w:cs="Times New Roman"/>
                <w:b/>
              </w:rPr>
              <w:t>21</w:t>
            </w:r>
          </w:p>
        </w:tc>
        <w:tc>
          <w:tcPr>
            <w:tcW w:w="629" w:type="dxa"/>
            <w:shd w:val="clear" w:color="auto" w:fill="FFFF32"/>
          </w:tcPr>
          <w:p w14:paraId="5801AE48" w14:textId="77777777" w:rsidR="00DE7E5C" w:rsidRPr="00A626E1" w:rsidRDefault="00DE7E5C" w:rsidP="00A626E1">
            <w:pPr>
              <w:spacing w:line="276" w:lineRule="auto"/>
              <w:jc w:val="center"/>
              <w:rPr>
                <w:rFonts w:cs="Times New Roman"/>
                <w:b/>
              </w:rPr>
            </w:pPr>
            <w:r w:rsidRPr="00A626E1">
              <w:rPr>
                <w:rFonts w:cs="Times New Roman"/>
                <w:b/>
              </w:rPr>
              <w:t>22</w:t>
            </w:r>
          </w:p>
        </w:tc>
        <w:tc>
          <w:tcPr>
            <w:tcW w:w="629" w:type="dxa"/>
            <w:shd w:val="clear" w:color="auto" w:fill="FFFF32"/>
          </w:tcPr>
          <w:p w14:paraId="5387E695" w14:textId="77777777" w:rsidR="00DE7E5C" w:rsidRPr="00A626E1" w:rsidRDefault="00DE7E5C" w:rsidP="00A626E1">
            <w:pPr>
              <w:spacing w:line="276" w:lineRule="auto"/>
              <w:jc w:val="center"/>
              <w:rPr>
                <w:rFonts w:cs="Times New Roman"/>
                <w:b/>
              </w:rPr>
            </w:pPr>
            <w:r w:rsidRPr="00A626E1">
              <w:rPr>
                <w:rFonts w:cs="Times New Roman"/>
                <w:b/>
              </w:rPr>
              <w:t>23</w:t>
            </w:r>
          </w:p>
        </w:tc>
        <w:tc>
          <w:tcPr>
            <w:tcW w:w="629" w:type="dxa"/>
            <w:shd w:val="clear" w:color="auto" w:fill="FFFF32"/>
          </w:tcPr>
          <w:p w14:paraId="1FA5C796" w14:textId="77777777" w:rsidR="00DE7E5C" w:rsidRPr="00A626E1" w:rsidRDefault="00DE7E5C" w:rsidP="00A626E1">
            <w:pPr>
              <w:spacing w:line="276" w:lineRule="auto"/>
              <w:jc w:val="center"/>
              <w:rPr>
                <w:rFonts w:cs="Times New Roman"/>
                <w:b/>
              </w:rPr>
            </w:pPr>
            <w:r w:rsidRPr="00A626E1">
              <w:rPr>
                <w:rFonts w:cs="Times New Roman"/>
                <w:b/>
              </w:rPr>
              <w:t>24</w:t>
            </w:r>
          </w:p>
        </w:tc>
        <w:tc>
          <w:tcPr>
            <w:tcW w:w="629" w:type="dxa"/>
            <w:shd w:val="clear" w:color="auto" w:fill="FFFF32"/>
          </w:tcPr>
          <w:p w14:paraId="35E676B9" w14:textId="77777777" w:rsidR="00DE7E5C" w:rsidRPr="00A626E1" w:rsidRDefault="00DE7E5C" w:rsidP="00A626E1">
            <w:pPr>
              <w:spacing w:line="276" w:lineRule="auto"/>
              <w:jc w:val="center"/>
              <w:rPr>
                <w:rFonts w:cs="Times New Roman"/>
                <w:b/>
              </w:rPr>
            </w:pPr>
            <w:r w:rsidRPr="00A626E1">
              <w:rPr>
                <w:rFonts w:cs="Times New Roman"/>
                <w:b/>
              </w:rPr>
              <w:t>25</w:t>
            </w:r>
          </w:p>
        </w:tc>
        <w:tc>
          <w:tcPr>
            <w:tcW w:w="629" w:type="dxa"/>
            <w:shd w:val="clear" w:color="auto" w:fill="FFFF32"/>
          </w:tcPr>
          <w:p w14:paraId="656557A5" w14:textId="77777777" w:rsidR="00DE7E5C" w:rsidRPr="00A626E1" w:rsidRDefault="00DE7E5C" w:rsidP="00A626E1">
            <w:pPr>
              <w:spacing w:line="276" w:lineRule="auto"/>
              <w:jc w:val="center"/>
              <w:rPr>
                <w:rFonts w:cs="Times New Roman"/>
                <w:b/>
              </w:rPr>
            </w:pPr>
            <w:r w:rsidRPr="00A626E1">
              <w:rPr>
                <w:rFonts w:cs="Times New Roman"/>
                <w:b/>
              </w:rPr>
              <w:t>26</w:t>
            </w:r>
          </w:p>
        </w:tc>
        <w:tc>
          <w:tcPr>
            <w:tcW w:w="629" w:type="dxa"/>
            <w:shd w:val="clear" w:color="auto" w:fill="FFFF32"/>
          </w:tcPr>
          <w:p w14:paraId="7BE036DF" w14:textId="77777777" w:rsidR="00DE7E5C" w:rsidRPr="00A626E1" w:rsidRDefault="00DE7E5C" w:rsidP="00A626E1">
            <w:pPr>
              <w:spacing w:line="276" w:lineRule="auto"/>
              <w:jc w:val="center"/>
              <w:rPr>
                <w:rFonts w:cs="Times New Roman"/>
                <w:b/>
              </w:rPr>
            </w:pPr>
            <w:r w:rsidRPr="00A626E1">
              <w:rPr>
                <w:rFonts w:cs="Times New Roman"/>
                <w:b/>
              </w:rPr>
              <w:t>27</w:t>
            </w:r>
          </w:p>
        </w:tc>
        <w:tc>
          <w:tcPr>
            <w:tcW w:w="629" w:type="dxa"/>
            <w:shd w:val="clear" w:color="auto" w:fill="FFFF32"/>
          </w:tcPr>
          <w:p w14:paraId="63A5F25C" w14:textId="77777777" w:rsidR="00DE7E5C" w:rsidRPr="00A626E1" w:rsidRDefault="00DE7E5C" w:rsidP="00A626E1">
            <w:pPr>
              <w:spacing w:line="276" w:lineRule="auto"/>
              <w:jc w:val="center"/>
              <w:rPr>
                <w:rFonts w:cs="Times New Roman"/>
                <w:b/>
              </w:rPr>
            </w:pPr>
            <w:r w:rsidRPr="00A626E1">
              <w:rPr>
                <w:rFonts w:cs="Times New Roman"/>
                <w:b/>
              </w:rPr>
              <w:t>28</w:t>
            </w:r>
          </w:p>
        </w:tc>
        <w:tc>
          <w:tcPr>
            <w:tcW w:w="629" w:type="dxa"/>
            <w:shd w:val="clear" w:color="auto" w:fill="FFFF32"/>
          </w:tcPr>
          <w:p w14:paraId="704F9C3E" w14:textId="77777777" w:rsidR="00DE7E5C" w:rsidRPr="00A626E1" w:rsidRDefault="00DE7E5C" w:rsidP="00A626E1">
            <w:pPr>
              <w:spacing w:line="276" w:lineRule="auto"/>
              <w:jc w:val="center"/>
              <w:rPr>
                <w:rFonts w:cs="Times New Roman"/>
                <w:b/>
              </w:rPr>
            </w:pPr>
            <w:r w:rsidRPr="00A626E1">
              <w:rPr>
                <w:rFonts w:cs="Times New Roman"/>
                <w:b/>
              </w:rPr>
              <w:t>29</w:t>
            </w:r>
          </w:p>
        </w:tc>
        <w:tc>
          <w:tcPr>
            <w:tcW w:w="629" w:type="dxa"/>
            <w:shd w:val="clear" w:color="auto" w:fill="FFFF32"/>
          </w:tcPr>
          <w:p w14:paraId="3929FB26" w14:textId="77777777" w:rsidR="00DE7E5C" w:rsidRPr="00A626E1" w:rsidRDefault="00DE7E5C" w:rsidP="00A626E1">
            <w:pPr>
              <w:spacing w:line="276" w:lineRule="auto"/>
              <w:jc w:val="center"/>
              <w:rPr>
                <w:rFonts w:cs="Times New Roman"/>
                <w:b/>
              </w:rPr>
            </w:pPr>
            <w:r w:rsidRPr="00A626E1">
              <w:rPr>
                <w:rFonts w:cs="Times New Roman"/>
                <w:b/>
              </w:rPr>
              <w:t>30</w:t>
            </w:r>
          </w:p>
        </w:tc>
        <w:tc>
          <w:tcPr>
            <w:tcW w:w="629" w:type="dxa"/>
            <w:shd w:val="clear" w:color="auto" w:fill="FFFF32"/>
          </w:tcPr>
          <w:p w14:paraId="1A94A7C4" w14:textId="77777777" w:rsidR="00DE7E5C" w:rsidRPr="00A626E1" w:rsidRDefault="00DE7E5C" w:rsidP="00A626E1">
            <w:pPr>
              <w:spacing w:line="276" w:lineRule="auto"/>
              <w:jc w:val="center"/>
              <w:rPr>
                <w:rFonts w:cs="Times New Roman"/>
                <w:b/>
              </w:rPr>
            </w:pPr>
            <w:r w:rsidRPr="00A626E1">
              <w:rPr>
                <w:rFonts w:cs="Times New Roman"/>
                <w:b/>
              </w:rPr>
              <w:t>31</w:t>
            </w:r>
          </w:p>
        </w:tc>
        <w:tc>
          <w:tcPr>
            <w:tcW w:w="629" w:type="dxa"/>
            <w:shd w:val="clear" w:color="auto" w:fill="FFFF32"/>
          </w:tcPr>
          <w:p w14:paraId="53F4BE34" w14:textId="77777777" w:rsidR="00DE7E5C" w:rsidRPr="00A626E1" w:rsidRDefault="00DE7E5C" w:rsidP="00A626E1">
            <w:pPr>
              <w:spacing w:line="276" w:lineRule="auto"/>
              <w:jc w:val="center"/>
              <w:rPr>
                <w:rFonts w:cs="Times New Roman"/>
                <w:b/>
              </w:rPr>
            </w:pPr>
            <w:r w:rsidRPr="00A626E1">
              <w:rPr>
                <w:rFonts w:cs="Times New Roman"/>
                <w:b/>
              </w:rPr>
              <w:t>32</w:t>
            </w:r>
          </w:p>
        </w:tc>
        <w:tc>
          <w:tcPr>
            <w:tcW w:w="629" w:type="dxa"/>
            <w:shd w:val="clear" w:color="auto" w:fill="FFFF32"/>
          </w:tcPr>
          <w:p w14:paraId="6F31ACFA" w14:textId="77777777" w:rsidR="00DE7E5C" w:rsidRPr="00A626E1" w:rsidRDefault="00DE7E5C" w:rsidP="00A626E1">
            <w:pPr>
              <w:spacing w:line="276" w:lineRule="auto"/>
              <w:jc w:val="center"/>
              <w:rPr>
                <w:rFonts w:cs="Times New Roman"/>
                <w:b/>
              </w:rPr>
            </w:pPr>
            <w:r w:rsidRPr="00A626E1">
              <w:rPr>
                <w:rFonts w:cs="Times New Roman"/>
                <w:b/>
              </w:rPr>
              <w:t>33</w:t>
            </w:r>
          </w:p>
        </w:tc>
        <w:tc>
          <w:tcPr>
            <w:tcW w:w="629" w:type="dxa"/>
            <w:shd w:val="clear" w:color="auto" w:fill="FFFF32"/>
          </w:tcPr>
          <w:p w14:paraId="5FC5D5B9" w14:textId="77777777" w:rsidR="00DE7E5C" w:rsidRPr="00A626E1" w:rsidRDefault="00DE7E5C" w:rsidP="00A626E1">
            <w:pPr>
              <w:spacing w:line="276" w:lineRule="auto"/>
              <w:jc w:val="center"/>
              <w:rPr>
                <w:rFonts w:cs="Times New Roman"/>
                <w:b/>
              </w:rPr>
            </w:pPr>
            <w:r w:rsidRPr="00A626E1">
              <w:rPr>
                <w:rFonts w:cs="Times New Roman"/>
                <w:b/>
              </w:rPr>
              <w:t>34</w:t>
            </w:r>
          </w:p>
        </w:tc>
        <w:tc>
          <w:tcPr>
            <w:tcW w:w="629" w:type="dxa"/>
            <w:shd w:val="clear" w:color="auto" w:fill="FFFF32"/>
          </w:tcPr>
          <w:p w14:paraId="43A5116B" w14:textId="77777777" w:rsidR="00DE7E5C" w:rsidRPr="00A626E1" w:rsidRDefault="00DE7E5C" w:rsidP="00A626E1">
            <w:pPr>
              <w:spacing w:line="276" w:lineRule="auto"/>
              <w:jc w:val="center"/>
              <w:rPr>
                <w:rFonts w:cs="Times New Roman"/>
                <w:b/>
              </w:rPr>
            </w:pPr>
            <w:r w:rsidRPr="00A626E1">
              <w:rPr>
                <w:rFonts w:cs="Times New Roman"/>
                <w:b/>
              </w:rPr>
              <w:t>35</w:t>
            </w:r>
          </w:p>
        </w:tc>
        <w:tc>
          <w:tcPr>
            <w:tcW w:w="629" w:type="dxa"/>
            <w:shd w:val="clear" w:color="auto" w:fill="FFFF32"/>
          </w:tcPr>
          <w:p w14:paraId="2E9A0F56" w14:textId="77777777" w:rsidR="00DE7E5C" w:rsidRPr="00A626E1" w:rsidRDefault="00DE7E5C" w:rsidP="00A626E1">
            <w:pPr>
              <w:spacing w:line="276" w:lineRule="auto"/>
              <w:jc w:val="center"/>
              <w:rPr>
                <w:rFonts w:cs="Times New Roman"/>
                <w:b/>
              </w:rPr>
            </w:pPr>
            <w:r w:rsidRPr="00A626E1">
              <w:rPr>
                <w:rFonts w:cs="Times New Roman"/>
                <w:b/>
              </w:rPr>
              <w:t>36</w:t>
            </w:r>
          </w:p>
        </w:tc>
      </w:tr>
      <w:tr w:rsidR="00DE7E5C" w:rsidRPr="00A626E1" w14:paraId="3B60A600" w14:textId="77777777" w:rsidTr="00A626E1">
        <w:tc>
          <w:tcPr>
            <w:tcW w:w="629" w:type="dxa"/>
          </w:tcPr>
          <w:p w14:paraId="49CE2F52" w14:textId="77777777" w:rsidR="00DE7E5C" w:rsidRPr="00A626E1" w:rsidRDefault="00DE7E5C" w:rsidP="00A626E1">
            <w:pPr>
              <w:spacing w:line="276" w:lineRule="auto"/>
              <w:jc w:val="center"/>
              <w:rPr>
                <w:rFonts w:cs="Times New Roman"/>
                <w:b/>
              </w:rPr>
            </w:pPr>
            <w:r w:rsidRPr="00A626E1">
              <w:rPr>
                <w:rFonts w:cs="Times New Roman"/>
                <w:b/>
              </w:rPr>
              <w:t>A</w:t>
            </w:r>
          </w:p>
        </w:tc>
        <w:tc>
          <w:tcPr>
            <w:tcW w:w="629" w:type="dxa"/>
          </w:tcPr>
          <w:p w14:paraId="05FA2925"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Pr>
          <w:p w14:paraId="69092770" w14:textId="77777777" w:rsidR="00DE7E5C" w:rsidRPr="00A626E1" w:rsidRDefault="00DE7E5C" w:rsidP="00A626E1">
            <w:pPr>
              <w:spacing w:line="276" w:lineRule="auto"/>
              <w:jc w:val="center"/>
              <w:rPr>
                <w:rFonts w:cs="Times New Roman"/>
                <w:b/>
              </w:rPr>
            </w:pPr>
            <w:r w:rsidRPr="00A626E1">
              <w:rPr>
                <w:rFonts w:cs="Times New Roman"/>
                <w:b/>
              </w:rPr>
              <w:t>C</w:t>
            </w:r>
          </w:p>
        </w:tc>
        <w:tc>
          <w:tcPr>
            <w:tcW w:w="629" w:type="dxa"/>
          </w:tcPr>
          <w:p w14:paraId="1F3AD9F8"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Pr>
          <w:p w14:paraId="2FC8B03F"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Pr>
          <w:p w14:paraId="411E40B8"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Pr>
          <w:p w14:paraId="40A5B8E5" w14:textId="77777777" w:rsidR="00DE7E5C" w:rsidRPr="00A626E1" w:rsidRDefault="00DE7E5C" w:rsidP="00A626E1">
            <w:pPr>
              <w:spacing w:line="276" w:lineRule="auto"/>
              <w:jc w:val="center"/>
              <w:rPr>
                <w:rFonts w:cs="Times New Roman"/>
                <w:b/>
              </w:rPr>
            </w:pPr>
            <w:r w:rsidRPr="00A626E1">
              <w:rPr>
                <w:rFonts w:cs="Times New Roman"/>
                <w:b/>
              </w:rPr>
              <w:t>A</w:t>
            </w:r>
          </w:p>
        </w:tc>
        <w:tc>
          <w:tcPr>
            <w:tcW w:w="629" w:type="dxa"/>
          </w:tcPr>
          <w:p w14:paraId="30B3122B" w14:textId="77777777" w:rsidR="00DE7E5C" w:rsidRPr="00A626E1" w:rsidRDefault="00DE7E5C" w:rsidP="00A626E1">
            <w:pPr>
              <w:spacing w:line="276" w:lineRule="auto"/>
              <w:jc w:val="center"/>
              <w:rPr>
                <w:rFonts w:cs="Times New Roman"/>
                <w:b/>
              </w:rPr>
            </w:pPr>
            <w:r w:rsidRPr="00A626E1">
              <w:rPr>
                <w:rFonts w:cs="Times New Roman"/>
                <w:b/>
              </w:rPr>
              <w:t>B</w:t>
            </w:r>
          </w:p>
        </w:tc>
        <w:tc>
          <w:tcPr>
            <w:tcW w:w="629" w:type="dxa"/>
          </w:tcPr>
          <w:p w14:paraId="60CCC174"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Pr>
          <w:p w14:paraId="2A266412"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Pr>
          <w:p w14:paraId="1DD9D3B8" w14:textId="77777777" w:rsidR="00DE7E5C" w:rsidRPr="00A626E1" w:rsidRDefault="00DE7E5C" w:rsidP="00A626E1">
            <w:pPr>
              <w:spacing w:line="276" w:lineRule="auto"/>
              <w:jc w:val="center"/>
              <w:rPr>
                <w:rFonts w:cs="Times New Roman"/>
                <w:b/>
              </w:rPr>
            </w:pPr>
            <w:r w:rsidRPr="00A626E1">
              <w:rPr>
                <w:rFonts w:cs="Times New Roman"/>
                <w:b/>
              </w:rPr>
              <w:t>A</w:t>
            </w:r>
          </w:p>
        </w:tc>
        <w:tc>
          <w:tcPr>
            <w:tcW w:w="629" w:type="dxa"/>
          </w:tcPr>
          <w:p w14:paraId="489BF0C4" w14:textId="77777777" w:rsidR="00DE7E5C" w:rsidRPr="00A626E1" w:rsidRDefault="00DE7E5C" w:rsidP="00A626E1">
            <w:pPr>
              <w:spacing w:line="276" w:lineRule="auto"/>
              <w:jc w:val="center"/>
              <w:rPr>
                <w:rFonts w:cs="Times New Roman"/>
                <w:b/>
              </w:rPr>
            </w:pPr>
            <w:r w:rsidRPr="00A626E1">
              <w:rPr>
                <w:rFonts w:cs="Times New Roman"/>
                <w:b/>
              </w:rPr>
              <w:t>B</w:t>
            </w:r>
          </w:p>
        </w:tc>
        <w:tc>
          <w:tcPr>
            <w:tcW w:w="629" w:type="dxa"/>
          </w:tcPr>
          <w:p w14:paraId="21706E84" w14:textId="77777777" w:rsidR="00DE7E5C" w:rsidRPr="00A626E1" w:rsidRDefault="00DE7E5C" w:rsidP="00A626E1">
            <w:pPr>
              <w:spacing w:line="276" w:lineRule="auto"/>
              <w:jc w:val="center"/>
              <w:rPr>
                <w:rFonts w:cs="Times New Roman"/>
                <w:b/>
              </w:rPr>
            </w:pPr>
            <w:r w:rsidRPr="00A626E1">
              <w:rPr>
                <w:rFonts w:cs="Times New Roman"/>
                <w:b/>
              </w:rPr>
              <w:t>C</w:t>
            </w:r>
          </w:p>
        </w:tc>
        <w:tc>
          <w:tcPr>
            <w:tcW w:w="629" w:type="dxa"/>
          </w:tcPr>
          <w:p w14:paraId="714C7339" w14:textId="77777777" w:rsidR="00DE7E5C" w:rsidRPr="00A626E1" w:rsidRDefault="00DE7E5C" w:rsidP="00A626E1">
            <w:pPr>
              <w:spacing w:line="276" w:lineRule="auto"/>
              <w:jc w:val="center"/>
              <w:rPr>
                <w:rFonts w:cs="Times New Roman"/>
                <w:b/>
              </w:rPr>
            </w:pPr>
            <w:r w:rsidRPr="00A626E1">
              <w:rPr>
                <w:rFonts w:cs="Times New Roman"/>
                <w:b/>
              </w:rPr>
              <w:t>C</w:t>
            </w:r>
          </w:p>
        </w:tc>
        <w:tc>
          <w:tcPr>
            <w:tcW w:w="629" w:type="dxa"/>
          </w:tcPr>
          <w:p w14:paraId="1CED5788" w14:textId="77777777" w:rsidR="00DE7E5C" w:rsidRPr="00A626E1" w:rsidRDefault="00DE7E5C" w:rsidP="00A626E1">
            <w:pPr>
              <w:spacing w:line="276" w:lineRule="auto"/>
              <w:jc w:val="center"/>
              <w:rPr>
                <w:rFonts w:cs="Times New Roman"/>
                <w:b/>
              </w:rPr>
            </w:pPr>
            <w:r w:rsidRPr="00A626E1">
              <w:rPr>
                <w:rFonts w:cs="Times New Roman"/>
                <w:b/>
              </w:rPr>
              <w:t>D</w:t>
            </w:r>
          </w:p>
        </w:tc>
        <w:tc>
          <w:tcPr>
            <w:tcW w:w="629" w:type="dxa"/>
          </w:tcPr>
          <w:p w14:paraId="5843BFC4" w14:textId="77777777" w:rsidR="00DE7E5C" w:rsidRPr="00A626E1" w:rsidRDefault="00DE7E5C" w:rsidP="00A626E1">
            <w:pPr>
              <w:spacing w:line="276" w:lineRule="auto"/>
              <w:jc w:val="center"/>
              <w:rPr>
                <w:rFonts w:cs="Times New Roman"/>
                <w:b/>
              </w:rPr>
            </w:pPr>
            <w:r w:rsidRPr="00A626E1">
              <w:rPr>
                <w:rFonts w:cs="Times New Roman"/>
                <w:b/>
              </w:rPr>
              <w:t>B</w:t>
            </w:r>
          </w:p>
        </w:tc>
        <w:tc>
          <w:tcPr>
            <w:tcW w:w="629" w:type="dxa"/>
          </w:tcPr>
          <w:p w14:paraId="3A20A75B" w14:textId="77777777" w:rsidR="00DE7E5C" w:rsidRPr="00A626E1" w:rsidRDefault="00DE7E5C" w:rsidP="00A626E1">
            <w:pPr>
              <w:spacing w:line="276" w:lineRule="auto"/>
              <w:jc w:val="center"/>
              <w:rPr>
                <w:rFonts w:cs="Times New Roman"/>
                <w:b/>
              </w:rPr>
            </w:pPr>
            <w:r w:rsidRPr="00A626E1">
              <w:rPr>
                <w:rFonts w:cs="Times New Roman"/>
                <w:b/>
              </w:rPr>
              <w:t>C</w:t>
            </w:r>
          </w:p>
        </w:tc>
        <w:tc>
          <w:tcPr>
            <w:tcW w:w="629" w:type="dxa"/>
          </w:tcPr>
          <w:p w14:paraId="11C13025" w14:textId="77777777" w:rsidR="00DE7E5C" w:rsidRPr="00A626E1" w:rsidRDefault="00DE7E5C" w:rsidP="00A626E1">
            <w:pPr>
              <w:spacing w:line="276" w:lineRule="auto"/>
              <w:jc w:val="center"/>
              <w:rPr>
                <w:rFonts w:cs="Times New Roman"/>
                <w:b/>
              </w:rPr>
            </w:pPr>
          </w:p>
        </w:tc>
      </w:tr>
    </w:tbl>
    <w:p w14:paraId="05CD2E70" w14:textId="77777777" w:rsidR="00DE7E5C" w:rsidRPr="00A626E1" w:rsidRDefault="00DE7E5C" w:rsidP="00A626E1">
      <w:pPr>
        <w:ind w:left="992"/>
        <w:jc w:val="center"/>
        <w:rPr>
          <w:rFonts w:cs="Times New Roman"/>
          <w:b/>
        </w:rPr>
      </w:pPr>
    </w:p>
    <w:p w14:paraId="11BDCBE3" w14:textId="77777777" w:rsidR="00DE7E5C" w:rsidRPr="00B31415" w:rsidRDefault="00DE7E5C" w:rsidP="00B31415">
      <w:pPr>
        <w:spacing w:after="0"/>
        <w:ind w:left="992"/>
        <w:jc w:val="both"/>
        <w:rPr>
          <w:rFonts w:cs="Times New Roman"/>
          <w:b/>
        </w:rPr>
      </w:pPr>
    </w:p>
    <w:p w14:paraId="39437D16" w14:textId="77777777" w:rsidR="00DE7E5C" w:rsidRPr="00B31415" w:rsidRDefault="00DE7E5C" w:rsidP="00B31415">
      <w:pPr>
        <w:spacing w:after="0"/>
        <w:ind w:left="992" w:hanging="964"/>
        <w:jc w:val="center"/>
        <w:rPr>
          <w:rFonts w:cs="Times New Roman"/>
          <w:b/>
          <w:szCs w:val="24"/>
        </w:rPr>
      </w:pPr>
      <w:r w:rsidRPr="00B31415">
        <w:rPr>
          <w:rFonts w:cs="Times New Roman"/>
          <w:b/>
          <w:szCs w:val="24"/>
        </w:rPr>
        <w:t>ĐỀ 11-11</w:t>
      </w:r>
    </w:p>
    <w:p w14:paraId="6D22829E" w14:textId="77777777" w:rsidR="00DE7E5C" w:rsidRPr="00B31415" w:rsidRDefault="00DE7E5C" w:rsidP="00B31415">
      <w:pPr>
        <w:spacing w:after="0"/>
        <w:ind w:left="992"/>
        <w:jc w:val="both"/>
        <w:rPr>
          <w:rFonts w:cs="Times New Roman"/>
          <w:b/>
          <w:szCs w:val="24"/>
        </w:rPr>
      </w:pPr>
      <w:r w:rsidRPr="00B31415">
        <w:rPr>
          <w:rFonts w:cs="Times New Roman"/>
          <w:b/>
          <w:szCs w:val="24"/>
        </w:rPr>
        <w:t>I. TRẮC NGHIỆM ( 5 ĐIỂM)</w:t>
      </w:r>
    </w:p>
    <w:p w14:paraId="5FF9C821" w14:textId="77777777" w:rsidR="00DE7E5C" w:rsidRPr="00B31415" w:rsidRDefault="00DE7E5C" w:rsidP="00B31415">
      <w:pPr>
        <w:tabs>
          <w:tab w:val="left" w:pos="992"/>
        </w:tabs>
        <w:spacing w:before="120" w:after="0"/>
        <w:ind w:left="992" w:hanging="992"/>
        <w:jc w:val="both"/>
        <w:rPr>
          <w:rFonts w:cs="Times New Roman"/>
          <w:szCs w:val="24"/>
        </w:rPr>
      </w:pPr>
      <w:r w:rsidRPr="00B31415">
        <w:rPr>
          <w:rFonts w:cs="Times New Roman"/>
          <w:b/>
          <w:color w:val="0000FF"/>
          <w:szCs w:val="24"/>
        </w:rPr>
        <w:t>Câu 1:</w:t>
      </w:r>
      <w:r w:rsidRPr="00B31415">
        <w:rPr>
          <w:rFonts w:cs="Times New Roman"/>
          <w:b/>
          <w:color w:val="0000FF"/>
          <w:szCs w:val="24"/>
        </w:rPr>
        <w:tab/>
      </w:r>
      <w:r w:rsidRPr="00B31415">
        <w:rPr>
          <w:rFonts w:cs="Times New Roman"/>
          <w:bCs/>
          <w:szCs w:val="24"/>
        </w:rPr>
        <w:t xml:space="preserve">Tìm tập xác định của hàm số </w:t>
      </w:r>
      <w:r w:rsidRPr="00B31415">
        <w:rPr>
          <w:position w:val="-10"/>
        </w:rPr>
        <w:object w:dxaOrig="900" w:dyaOrig="320" w14:anchorId="249AF76C">
          <v:shape id="_x0000_i3191" type="#_x0000_t75" style="width:45.6pt;height:15.6pt" o:ole="">
            <v:imagedata r:id="rId4242" o:title=""/>
          </v:shape>
          <o:OLEObject Type="Embed" ProgID="Equation.DSMT4" ShapeID="_x0000_i3191" DrawAspect="Content" ObjectID="_1699919927" r:id="rId4243"/>
        </w:object>
      </w:r>
      <w:r w:rsidRPr="00B31415">
        <w:rPr>
          <w:rFonts w:cs="Times New Roman"/>
          <w:bCs/>
          <w:szCs w:val="24"/>
        </w:rPr>
        <w:t>.</w:t>
      </w:r>
    </w:p>
    <w:p w14:paraId="0C7F8703" w14:textId="77777777" w:rsidR="00DE7E5C" w:rsidRPr="00B31415" w:rsidRDefault="00DE7E5C" w:rsidP="00B31415">
      <w:pPr>
        <w:tabs>
          <w:tab w:val="left" w:pos="3402"/>
          <w:tab w:val="left" w:pos="5669"/>
          <w:tab w:val="left" w:pos="7937"/>
        </w:tabs>
        <w:spacing w:after="0"/>
        <w:ind w:left="992"/>
        <w:jc w:val="both"/>
        <w:rPr>
          <w:rFonts w:cs="Times New Roman"/>
          <w:b/>
          <w:szCs w:val="24"/>
        </w:rPr>
      </w:pPr>
      <w:r w:rsidRPr="00B31415">
        <w:rPr>
          <w:rFonts w:cs="Times New Roman"/>
          <w:b/>
          <w:color w:val="0000FF"/>
          <w:szCs w:val="24"/>
        </w:rPr>
        <w:t xml:space="preserve">A. </w:t>
      </w:r>
      <w:r w:rsidRPr="00B31415">
        <w:rPr>
          <w:rFonts w:cs="Times New Roman"/>
          <w:bCs/>
          <w:position w:val="-4"/>
          <w:szCs w:val="24"/>
        </w:rPr>
        <w:object w:dxaOrig="680" w:dyaOrig="260" w14:anchorId="6812B7DC">
          <v:shape id="_x0000_i3192" type="#_x0000_t75" style="width:33.6pt;height:12.6pt" o:ole="">
            <v:imagedata r:id="rId4244" o:title=""/>
          </v:shape>
          <o:OLEObject Type="Embed" ProgID="Equation.DSMT4" ShapeID="_x0000_i3192" DrawAspect="Content" ObjectID="_1699919928" r:id="rId4245"/>
        </w:object>
      </w:r>
      <w:r w:rsidRPr="00B31415">
        <w:rPr>
          <w:rFonts w:cs="Times New Roman"/>
          <w:bCs/>
          <w:szCs w:val="24"/>
        </w:rPr>
        <w:t>.</w:t>
      </w:r>
      <w:r w:rsidRPr="00B31415">
        <w:rPr>
          <w:rFonts w:cs="Times New Roman"/>
          <w:b/>
          <w:bCs/>
          <w:szCs w:val="24"/>
        </w:rPr>
        <w:tab/>
      </w:r>
      <w:r w:rsidRPr="00B31415">
        <w:rPr>
          <w:rFonts w:cs="Times New Roman"/>
          <w:b/>
          <w:color w:val="0000FF"/>
          <w:szCs w:val="24"/>
        </w:rPr>
        <w:t xml:space="preserve">B. </w:t>
      </w:r>
      <w:r w:rsidRPr="00B31415">
        <w:rPr>
          <w:rFonts w:cs="Times New Roman"/>
          <w:bCs/>
          <w:position w:val="-28"/>
          <w:szCs w:val="24"/>
        </w:rPr>
        <w:object w:dxaOrig="2380" w:dyaOrig="680" w14:anchorId="312453A8">
          <v:shape id="_x0000_i3193" type="#_x0000_t75" style="width:119.4pt;height:33.6pt" o:ole="">
            <v:imagedata r:id="rId4246" o:title=""/>
          </v:shape>
          <o:OLEObject Type="Embed" ProgID="Equation.DSMT4" ShapeID="_x0000_i3193" DrawAspect="Content" ObjectID="_1699919929" r:id="rId4247"/>
        </w:object>
      </w:r>
      <w:r w:rsidRPr="00B31415">
        <w:rPr>
          <w:rFonts w:cs="Times New Roman"/>
          <w:bCs/>
          <w:szCs w:val="24"/>
        </w:rPr>
        <w:t>.</w:t>
      </w:r>
    </w:p>
    <w:p w14:paraId="136B3C95" w14:textId="77777777" w:rsidR="00DE7E5C" w:rsidRPr="00B31415" w:rsidRDefault="00DE7E5C" w:rsidP="00B31415">
      <w:pPr>
        <w:tabs>
          <w:tab w:val="left" w:pos="3402"/>
          <w:tab w:val="left" w:pos="5669"/>
          <w:tab w:val="left" w:pos="7937"/>
        </w:tabs>
        <w:spacing w:after="0"/>
        <w:ind w:left="992"/>
        <w:jc w:val="both"/>
        <w:rPr>
          <w:rFonts w:cs="Times New Roman"/>
          <w:bCs/>
          <w:szCs w:val="24"/>
        </w:rPr>
      </w:pPr>
      <w:r w:rsidRPr="00B31415">
        <w:rPr>
          <w:rFonts w:cs="Times New Roman"/>
          <w:b/>
          <w:color w:val="0000FF"/>
          <w:szCs w:val="24"/>
        </w:rPr>
        <w:t xml:space="preserve">C. </w:t>
      </w:r>
      <w:r w:rsidRPr="00B31415">
        <w:rPr>
          <w:rFonts w:cs="Times New Roman"/>
          <w:bCs/>
          <w:position w:val="-14"/>
          <w:szCs w:val="24"/>
        </w:rPr>
        <w:object w:dxaOrig="1900" w:dyaOrig="400" w14:anchorId="59AA1A9D">
          <v:shape id="_x0000_i3194" type="#_x0000_t75" style="width:95.4pt;height:20.4pt" o:ole="">
            <v:imagedata r:id="rId4248" o:title=""/>
          </v:shape>
          <o:OLEObject Type="Embed" ProgID="Equation.DSMT4" ShapeID="_x0000_i3194" DrawAspect="Content" ObjectID="_1699919930" r:id="rId4249"/>
        </w:object>
      </w:r>
      <w:r w:rsidRPr="00B31415">
        <w:rPr>
          <w:rFonts w:cs="Times New Roman"/>
          <w:bCs/>
          <w:szCs w:val="24"/>
        </w:rPr>
        <w:t>.</w:t>
      </w:r>
      <w:r w:rsidRPr="00B31415">
        <w:rPr>
          <w:rFonts w:cs="Times New Roman"/>
          <w:b/>
          <w:szCs w:val="24"/>
        </w:rPr>
        <w:tab/>
      </w:r>
      <w:r w:rsidRPr="00B31415">
        <w:rPr>
          <w:rFonts w:cs="Times New Roman"/>
          <w:b/>
          <w:color w:val="0000FF"/>
          <w:szCs w:val="24"/>
        </w:rPr>
        <w:t xml:space="preserve">D. </w:t>
      </w:r>
      <w:r w:rsidRPr="00B31415">
        <w:rPr>
          <w:rFonts w:cs="Times New Roman"/>
          <w:bCs/>
          <w:position w:val="-28"/>
          <w:szCs w:val="24"/>
        </w:rPr>
        <w:object w:dxaOrig="2060" w:dyaOrig="680" w14:anchorId="6DCBD6EB">
          <v:shape id="_x0000_i3195" type="#_x0000_t75" style="width:102.6pt;height:33.6pt" o:ole="">
            <v:imagedata r:id="rId4250" o:title=""/>
          </v:shape>
          <o:OLEObject Type="Embed" ProgID="Equation.DSMT4" ShapeID="_x0000_i3195" DrawAspect="Content" ObjectID="_1699919931" r:id="rId4251"/>
        </w:object>
      </w:r>
      <w:r w:rsidRPr="00B31415">
        <w:rPr>
          <w:rFonts w:cs="Times New Roman"/>
          <w:bCs/>
          <w:szCs w:val="24"/>
        </w:rPr>
        <w:t>.</w:t>
      </w:r>
    </w:p>
    <w:p w14:paraId="13FFE657" w14:textId="77777777" w:rsidR="00DE7E5C" w:rsidRPr="00B31415" w:rsidRDefault="00DE7E5C" w:rsidP="00B31415">
      <w:pPr>
        <w:pStyle w:val="NoSpacing"/>
        <w:tabs>
          <w:tab w:val="left" w:pos="992"/>
        </w:tabs>
        <w:spacing w:before="120" w:line="276" w:lineRule="auto"/>
        <w:ind w:left="992" w:hanging="992"/>
        <w:jc w:val="both"/>
        <w:rPr>
          <w:rFonts w:cs="Times New Roman"/>
          <w:szCs w:val="24"/>
        </w:rPr>
      </w:pPr>
      <w:r w:rsidRPr="00B31415">
        <w:rPr>
          <w:rFonts w:cs="Times New Roman"/>
          <w:b/>
          <w:color w:val="0000FF"/>
          <w:szCs w:val="24"/>
        </w:rPr>
        <w:t>Câu 2:</w:t>
      </w:r>
      <w:r w:rsidRPr="00B31415">
        <w:rPr>
          <w:rFonts w:cs="Times New Roman"/>
          <w:b/>
          <w:color w:val="0000FF"/>
          <w:szCs w:val="24"/>
        </w:rPr>
        <w:tab/>
      </w:r>
      <w:r w:rsidRPr="00B31415">
        <w:rPr>
          <w:rFonts w:cs="Times New Roman"/>
          <w:szCs w:val="24"/>
        </w:rPr>
        <w:t xml:space="preserve">Gọi </w:t>
      </w:r>
      <w:r w:rsidRPr="00B31415">
        <w:rPr>
          <w:rFonts w:cs="Times New Roman"/>
          <w:position w:val="-6"/>
          <w:szCs w:val="24"/>
        </w:rPr>
        <w:object w:dxaOrig="200" w:dyaOrig="220" w14:anchorId="4000E610">
          <v:shape id="_x0000_i3196" type="#_x0000_t75" style="width:9.6pt;height:10.8pt" o:ole="">
            <v:imagedata r:id="rId4252" o:title=""/>
          </v:shape>
          <o:OLEObject Type="Embed" ProgID="Equation.DSMT4" ShapeID="_x0000_i3196" DrawAspect="Content" ObjectID="_1699919932" r:id="rId4253"/>
        </w:object>
      </w:r>
      <w:r w:rsidRPr="00B31415">
        <w:rPr>
          <w:rFonts w:cs="Times New Roman"/>
          <w:szCs w:val="24"/>
        </w:rPr>
        <w:t xml:space="preserve"> là góc lượng giác thỏa mãn phương trình </w:t>
      </w:r>
      <w:r w:rsidRPr="00B31415">
        <w:rPr>
          <w:rFonts w:cs="Times New Roman"/>
          <w:position w:val="-6"/>
          <w:szCs w:val="24"/>
        </w:rPr>
        <w:object w:dxaOrig="820" w:dyaOrig="279" w14:anchorId="7D86D4D7">
          <v:shape id="_x0000_i3197" type="#_x0000_t75" style="width:40.8pt;height:14.4pt" o:ole="">
            <v:imagedata r:id="rId4254" o:title=""/>
          </v:shape>
          <o:OLEObject Type="Embed" ProgID="Equation.DSMT4" ShapeID="_x0000_i3197" DrawAspect="Content" ObjectID="_1699919933" r:id="rId4255"/>
        </w:object>
      </w:r>
      <w:r w:rsidRPr="00B31415">
        <w:rPr>
          <w:rFonts w:cs="Times New Roman"/>
          <w:szCs w:val="24"/>
        </w:rPr>
        <w:t xml:space="preserve">. Hỏi điểm biểu diễn của góc lượng giác </w:t>
      </w:r>
      <w:r w:rsidRPr="00B31415">
        <w:rPr>
          <w:rFonts w:cs="Times New Roman"/>
          <w:position w:val="-6"/>
          <w:szCs w:val="24"/>
        </w:rPr>
        <w:object w:dxaOrig="200" w:dyaOrig="220" w14:anchorId="38A044ED">
          <v:shape id="_x0000_i3198" type="#_x0000_t75" style="width:9.6pt;height:10.8pt" o:ole="">
            <v:imagedata r:id="rId4256" o:title=""/>
          </v:shape>
          <o:OLEObject Type="Embed" ProgID="Equation.DSMT4" ShapeID="_x0000_i3198" DrawAspect="Content" ObjectID="_1699919934" r:id="rId4257"/>
        </w:object>
      </w:r>
      <w:r w:rsidRPr="00B31415">
        <w:rPr>
          <w:rFonts w:cs="Times New Roman"/>
          <w:szCs w:val="24"/>
        </w:rPr>
        <w:t xml:space="preserve"> là điểm nào trong các điểm trong hình vẽ dưới đây?</w:t>
      </w:r>
    </w:p>
    <w:p w14:paraId="5B3452A6" w14:textId="77777777" w:rsidR="00DE7E5C" w:rsidRPr="00B31415" w:rsidRDefault="00DE7E5C" w:rsidP="00B31415">
      <w:pPr>
        <w:pStyle w:val="NoSpacing"/>
        <w:spacing w:line="276" w:lineRule="auto"/>
        <w:ind w:left="992" w:hanging="964"/>
        <w:jc w:val="center"/>
        <w:rPr>
          <w:rFonts w:cs="Times New Roman"/>
          <w:b/>
          <w:szCs w:val="24"/>
        </w:rPr>
      </w:pPr>
      <w:r w:rsidRPr="00B31415">
        <w:rPr>
          <w:rFonts w:cs="Times New Roman"/>
          <w:noProof/>
          <w:szCs w:val="24"/>
        </w:rPr>
        <w:drawing>
          <wp:inline distT="0" distB="0" distL="0" distR="0" wp14:anchorId="6666B210" wp14:editId="0CC9F9FD">
            <wp:extent cx="2609850" cy="2495550"/>
            <wp:effectExtent l="0" t="0" r="0" b="0"/>
            <wp:docPr id="27" name="Hình ảnh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58" cstate="print">
                      <a:extLst>
                        <a:ext uri="{28A0092B-C50C-407E-A947-70E740481C1C}">
                          <a14:useLocalDpi xmlns:a14="http://schemas.microsoft.com/office/drawing/2010/main" val="0"/>
                        </a:ext>
                      </a:extLst>
                    </a:blip>
                    <a:srcRect/>
                    <a:stretch>
                      <a:fillRect/>
                    </a:stretch>
                  </pic:blipFill>
                  <pic:spPr bwMode="auto">
                    <a:xfrm>
                      <a:off x="0" y="0"/>
                      <a:ext cx="2609850" cy="2495550"/>
                    </a:xfrm>
                    <a:prstGeom prst="rect">
                      <a:avLst/>
                    </a:prstGeom>
                    <a:noFill/>
                    <a:ln>
                      <a:noFill/>
                    </a:ln>
                  </pic:spPr>
                </pic:pic>
              </a:graphicData>
            </a:graphic>
          </wp:inline>
        </w:drawing>
      </w:r>
    </w:p>
    <w:p w14:paraId="0153893E" w14:textId="77777777" w:rsidR="00DE7E5C" w:rsidRPr="00B31415" w:rsidRDefault="00DE7E5C" w:rsidP="00B31415">
      <w:pPr>
        <w:pStyle w:val="NoSpacing"/>
        <w:tabs>
          <w:tab w:val="left" w:pos="3402"/>
          <w:tab w:val="left" w:pos="5669"/>
          <w:tab w:val="left" w:pos="7937"/>
        </w:tabs>
        <w:spacing w:line="276" w:lineRule="auto"/>
        <w:ind w:left="992"/>
        <w:jc w:val="both"/>
        <w:rPr>
          <w:rFonts w:cs="Times New Roman"/>
          <w:szCs w:val="24"/>
        </w:rPr>
      </w:pPr>
      <w:r w:rsidRPr="00B31415">
        <w:rPr>
          <w:rFonts w:cs="Times New Roman"/>
          <w:b/>
          <w:color w:val="0000FF"/>
          <w:szCs w:val="24"/>
        </w:rPr>
        <w:t xml:space="preserve">A. </w:t>
      </w:r>
      <w:r w:rsidRPr="00B31415">
        <w:rPr>
          <w:rFonts w:cs="Times New Roman"/>
          <w:b/>
          <w:position w:val="-4"/>
          <w:szCs w:val="24"/>
        </w:rPr>
        <w:object w:dxaOrig="240" w:dyaOrig="260" w14:anchorId="778105A5">
          <v:shape id="_x0000_i3199" type="#_x0000_t75" style="width:12pt;height:12.6pt" o:ole="">
            <v:imagedata r:id="rId4259" o:title=""/>
          </v:shape>
          <o:OLEObject Type="Embed" ProgID="Equation.DSMT4" ShapeID="_x0000_i3199" DrawAspect="Content" ObjectID="_1699919935" r:id="rId4260"/>
        </w:object>
      </w:r>
      <w:r w:rsidRPr="00B31415">
        <w:rPr>
          <w:rFonts w:cs="Times New Roman"/>
          <w:szCs w:val="24"/>
        </w:rPr>
        <w:t>.</w:t>
      </w:r>
      <w:r w:rsidRPr="00B31415">
        <w:rPr>
          <w:rFonts w:cs="Times New Roman"/>
          <w:szCs w:val="24"/>
        </w:rPr>
        <w:tab/>
      </w:r>
      <w:r w:rsidRPr="00B31415">
        <w:rPr>
          <w:rFonts w:cs="Times New Roman"/>
          <w:b/>
          <w:color w:val="0000FF"/>
          <w:szCs w:val="24"/>
        </w:rPr>
        <w:t xml:space="preserve">B. </w:t>
      </w:r>
      <w:r w:rsidRPr="00B31415">
        <w:rPr>
          <w:rFonts w:cs="Times New Roman"/>
          <w:b/>
          <w:position w:val="-4"/>
          <w:szCs w:val="24"/>
        </w:rPr>
        <w:object w:dxaOrig="240" w:dyaOrig="260" w14:anchorId="2BC28B12">
          <v:shape id="_x0000_i3200" type="#_x0000_t75" style="width:12pt;height:12.6pt" o:ole="">
            <v:imagedata r:id="rId4261" o:title=""/>
          </v:shape>
          <o:OLEObject Type="Embed" ProgID="Equation.DSMT4" ShapeID="_x0000_i3200" DrawAspect="Content" ObjectID="_1699919936" r:id="rId4262"/>
        </w:object>
      </w:r>
      <w:r w:rsidRPr="00B31415">
        <w:rPr>
          <w:rFonts w:cs="Times New Roman"/>
          <w:b/>
          <w:szCs w:val="24"/>
        </w:rPr>
        <w:tab/>
      </w:r>
      <w:r w:rsidRPr="00B31415">
        <w:rPr>
          <w:rFonts w:cs="Times New Roman"/>
          <w:b/>
          <w:color w:val="0000FF"/>
          <w:szCs w:val="24"/>
        </w:rPr>
        <w:t xml:space="preserve">C. </w:t>
      </w:r>
      <w:r w:rsidRPr="00B31415">
        <w:rPr>
          <w:rFonts w:cs="Times New Roman"/>
          <w:b/>
          <w:position w:val="-4"/>
          <w:szCs w:val="24"/>
        </w:rPr>
        <w:object w:dxaOrig="300" w:dyaOrig="260" w14:anchorId="615DFC64">
          <v:shape id="_x0000_i3201" type="#_x0000_t75" style="width:15pt;height:12.6pt" o:ole="">
            <v:imagedata r:id="rId4263" o:title=""/>
          </v:shape>
          <o:OLEObject Type="Embed" ProgID="Equation.DSMT4" ShapeID="_x0000_i3201" DrawAspect="Content" ObjectID="_1699919937" r:id="rId4264"/>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D. </w:t>
      </w:r>
      <w:r w:rsidRPr="00B31415">
        <w:rPr>
          <w:rFonts w:cs="Times New Roman"/>
          <w:b/>
          <w:position w:val="-4"/>
          <w:szCs w:val="24"/>
        </w:rPr>
        <w:object w:dxaOrig="300" w:dyaOrig="260" w14:anchorId="6DA873C6">
          <v:shape id="_x0000_i3202" type="#_x0000_t75" style="width:15pt;height:12.6pt" o:ole="">
            <v:imagedata r:id="rId4265" o:title=""/>
          </v:shape>
          <o:OLEObject Type="Embed" ProgID="Equation.DSMT4" ShapeID="_x0000_i3202" DrawAspect="Content" ObjectID="_1699919938" r:id="rId4266"/>
        </w:object>
      </w:r>
      <w:r w:rsidRPr="00B31415">
        <w:rPr>
          <w:rFonts w:cs="Times New Roman"/>
          <w:szCs w:val="24"/>
        </w:rPr>
        <w:t>.</w:t>
      </w:r>
    </w:p>
    <w:p w14:paraId="7CC4C851"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3:</w:t>
      </w:r>
      <w:r w:rsidRPr="00B31415">
        <w:rPr>
          <w:rFonts w:cs="Times New Roman"/>
          <w:b/>
          <w:color w:val="0000FF"/>
          <w:szCs w:val="24"/>
        </w:rPr>
        <w:tab/>
      </w:r>
      <w:r w:rsidRPr="00B31415">
        <w:rPr>
          <w:rFonts w:cs="Times New Roman"/>
          <w:szCs w:val="24"/>
        </w:rPr>
        <w:t xml:space="preserve">Cho phương trình </w:t>
      </w:r>
      <w:r w:rsidRPr="00B31415">
        <w:rPr>
          <w:position w:val="-6"/>
        </w:rPr>
        <w:object w:dxaOrig="1980" w:dyaOrig="279" w14:anchorId="726E5EE6">
          <v:shape id="_x0000_i3203" type="#_x0000_t75" style="width:99.6pt;height:14.4pt" o:ole="">
            <v:imagedata r:id="rId4267" o:title=""/>
          </v:shape>
          <o:OLEObject Type="Embed" ProgID="Equation.DSMT4" ShapeID="_x0000_i3203" DrawAspect="Content" ObjectID="_1699919939" r:id="rId4268"/>
        </w:object>
      </w:r>
      <w:r w:rsidRPr="00B31415">
        <w:rPr>
          <w:rFonts w:cs="Times New Roman"/>
          <w:szCs w:val="24"/>
        </w:rPr>
        <w:t xml:space="preserve">. Nếu đặt </w:t>
      </w:r>
      <w:r w:rsidRPr="00B31415">
        <w:rPr>
          <w:position w:val="-6"/>
        </w:rPr>
        <w:object w:dxaOrig="820" w:dyaOrig="240" w14:anchorId="0F3B9405">
          <v:shape id="_x0000_i3204" type="#_x0000_t75" style="width:41.4pt;height:12pt" o:ole="">
            <v:imagedata r:id="rId4269" o:title=""/>
          </v:shape>
          <o:OLEObject Type="Embed" ProgID="Equation.DSMT4" ShapeID="_x0000_i3204" DrawAspect="Content" ObjectID="_1699919940" r:id="rId4270"/>
        </w:object>
      </w:r>
      <w:r w:rsidRPr="00B31415">
        <w:rPr>
          <w:rFonts w:cs="Times New Roman"/>
          <w:szCs w:val="24"/>
        </w:rPr>
        <w:t xml:space="preserve"> thì ta được phương trình nào trong các phương trình dưới đây?</w:t>
      </w:r>
    </w:p>
    <w:p w14:paraId="2445BF7E"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A. </w:t>
      </w:r>
      <w:r w:rsidRPr="00B31415">
        <w:rPr>
          <w:rFonts w:cs="Times New Roman"/>
          <w:position w:val="-6"/>
          <w:szCs w:val="24"/>
        </w:rPr>
        <w:object w:dxaOrig="1340" w:dyaOrig="320" w14:anchorId="7BAA3E08">
          <v:shape id="_x0000_i3205" type="#_x0000_t75" style="width:66.6pt;height:15.6pt" o:ole="">
            <v:imagedata r:id="rId4271" o:title=""/>
          </v:shape>
          <o:OLEObject Type="Embed" ProgID="Equation.DSMT4" ShapeID="_x0000_i3205" DrawAspect="Content" ObjectID="_1699919941" r:id="rId4272"/>
        </w:object>
      </w:r>
      <w:r w:rsidRPr="00B31415">
        <w:rPr>
          <w:rFonts w:cs="Times New Roman"/>
          <w:szCs w:val="24"/>
        </w:rPr>
        <w:t>.</w:t>
      </w:r>
      <w:r w:rsidRPr="00B31415">
        <w:rPr>
          <w:rFonts w:cs="Times New Roman"/>
          <w:szCs w:val="24"/>
        </w:rPr>
        <w:tab/>
      </w:r>
      <w:r w:rsidRPr="00B31415">
        <w:rPr>
          <w:rFonts w:cs="Times New Roman"/>
          <w:b/>
          <w:color w:val="0000FF"/>
          <w:szCs w:val="24"/>
        </w:rPr>
        <w:t xml:space="preserve">B. </w:t>
      </w:r>
      <w:r w:rsidRPr="00B31415">
        <w:rPr>
          <w:rFonts w:cs="Times New Roman"/>
          <w:position w:val="-6"/>
          <w:szCs w:val="24"/>
        </w:rPr>
        <w:object w:dxaOrig="1340" w:dyaOrig="320" w14:anchorId="4D1ABE47">
          <v:shape id="_x0000_i3206" type="#_x0000_t75" style="width:66.6pt;height:15.6pt" o:ole="">
            <v:imagedata r:id="rId4273" o:title=""/>
          </v:shape>
          <o:OLEObject Type="Embed" ProgID="Equation.DSMT4" ShapeID="_x0000_i3206" DrawAspect="Content" ObjectID="_1699919942" r:id="rId4274"/>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C. </w:t>
      </w:r>
      <w:r w:rsidRPr="00B31415">
        <w:rPr>
          <w:rFonts w:cs="Times New Roman"/>
          <w:position w:val="-6"/>
          <w:szCs w:val="24"/>
        </w:rPr>
        <w:object w:dxaOrig="1340" w:dyaOrig="320" w14:anchorId="16028FEC">
          <v:shape id="_x0000_i3207" type="#_x0000_t75" style="width:66.6pt;height:15.6pt" o:ole="">
            <v:imagedata r:id="rId4275" o:title=""/>
          </v:shape>
          <o:OLEObject Type="Embed" ProgID="Equation.DSMT4" ShapeID="_x0000_i3207" DrawAspect="Content" ObjectID="_1699919943" r:id="rId4276"/>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D. </w:t>
      </w:r>
      <w:r w:rsidRPr="00B31415">
        <w:rPr>
          <w:rFonts w:cs="Times New Roman"/>
          <w:position w:val="-6"/>
          <w:szCs w:val="24"/>
        </w:rPr>
        <w:object w:dxaOrig="1340" w:dyaOrig="320" w14:anchorId="7B581A50">
          <v:shape id="_x0000_i3208" type="#_x0000_t75" style="width:66.6pt;height:15.6pt" o:ole="">
            <v:imagedata r:id="rId4277" o:title=""/>
          </v:shape>
          <o:OLEObject Type="Embed" ProgID="Equation.DSMT4" ShapeID="_x0000_i3208" DrawAspect="Content" ObjectID="_1699919944" r:id="rId4278"/>
        </w:object>
      </w:r>
      <w:r w:rsidRPr="00B31415">
        <w:rPr>
          <w:rFonts w:cs="Times New Roman"/>
          <w:szCs w:val="24"/>
        </w:rPr>
        <w:t>.</w:t>
      </w:r>
    </w:p>
    <w:p w14:paraId="22D011BA" w14:textId="77777777" w:rsidR="00DE7E5C" w:rsidRPr="00B31415" w:rsidRDefault="00DE7E5C" w:rsidP="00B31415">
      <w:pPr>
        <w:tabs>
          <w:tab w:val="left" w:pos="992"/>
        </w:tabs>
        <w:autoSpaceDE w:val="0"/>
        <w:autoSpaceDN w:val="0"/>
        <w:adjustRightInd w:val="0"/>
        <w:spacing w:before="120" w:after="0"/>
        <w:ind w:left="992" w:hanging="992"/>
        <w:jc w:val="both"/>
        <w:rPr>
          <w:rFonts w:cs="Times New Roman"/>
          <w:b/>
          <w:szCs w:val="24"/>
        </w:rPr>
      </w:pPr>
      <w:r w:rsidRPr="00B31415">
        <w:rPr>
          <w:rFonts w:cs="Times New Roman"/>
          <w:b/>
          <w:color w:val="0000FF"/>
          <w:szCs w:val="24"/>
        </w:rPr>
        <w:t>Câu 4:</w:t>
      </w:r>
      <w:r w:rsidRPr="00B31415">
        <w:rPr>
          <w:rFonts w:cs="Times New Roman"/>
          <w:b/>
          <w:color w:val="0000FF"/>
          <w:szCs w:val="24"/>
        </w:rPr>
        <w:tab/>
      </w:r>
      <w:r w:rsidRPr="00B31415">
        <w:rPr>
          <w:position w:val="-12"/>
        </w:rPr>
        <w:object w:dxaOrig="1080" w:dyaOrig="380" w14:anchorId="7DF65722">
          <v:shape id="_x0000_i3209" type="#_x0000_t75" style="width:53.4pt;height:18.6pt" o:ole="">
            <v:imagedata r:id="rId4279" o:title=""/>
          </v:shape>
          <o:OLEObject Type="Embed" ProgID="Equation.DSMT4" ShapeID="_x0000_i3209" DrawAspect="Content" ObjectID="_1699919945" r:id="rId4280"/>
        </w:object>
      </w:r>
      <w:r w:rsidRPr="00B31415">
        <w:rPr>
          <w:rFonts w:cs="Times New Roman"/>
          <w:szCs w:val="24"/>
        </w:rPr>
        <w:t xml:space="preserve"> lần lượt là số chỉnh hợp, số tổ hợp chập </w:t>
      </w:r>
      <w:r w:rsidRPr="00B31415">
        <w:rPr>
          <w:position w:val="-6"/>
        </w:rPr>
        <w:object w:dxaOrig="200" w:dyaOrig="279" w14:anchorId="6E79BF17">
          <v:shape id="_x0000_i3210" type="#_x0000_t75" style="width:9.6pt;height:14.4pt" o:ole="">
            <v:imagedata r:id="rId4281" o:title=""/>
          </v:shape>
          <o:OLEObject Type="Embed" ProgID="Equation.DSMT4" ShapeID="_x0000_i3210" DrawAspect="Content" ObjectID="_1699919946" r:id="rId4282"/>
        </w:object>
      </w:r>
      <w:r w:rsidRPr="00B31415">
        <w:rPr>
          <w:rFonts w:cs="Times New Roman"/>
          <w:szCs w:val="24"/>
        </w:rPr>
        <w:t xml:space="preserve"> và số hoán vị của </w:t>
      </w:r>
      <w:r w:rsidRPr="00B31415">
        <w:rPr>
          <w:position w:val="-6"/>
        </w:rPr>
        <w:object w:dxaOrig="200" w:dyaOrig="220" w14:anchorId="4FA4CC6A">
          <v:shape id="_x0000_i3211" type="#_x0000_t75" style="width:9.6pt;height:11.4pt" o:ole="">
            <v:imagedata r:id="rId4283" o:title=""/>
          </v:shape>
          <o:OLEObject Type="Embed" ProgID="Equation.DSMT4" ShapeID="_x0000_i3211" DrawAspect="Content" ObjectID="_1699919947" r:id="rId4284"/>
        </w:object>
      </w:r>
      <w:r w:rsidRPr="00B31415">
        <w:rPr>
          <w:rFonts w:cs="Times New Roman"/>
          <w:szCs w:val="24"/>
        </w:rPr>
        <w:t xml:space="preserve"> phần tử. Trong các khẳng định sau, khẳng định nào sai</w:t>
      </w:r>
    </w:p>
    <w:p w14:paraId="2344D4F4" w14:textId="77777777" w:rsidR="00DE7E5C" w:rsidRPr="00B31415" w:rsidRDefault="00DE7E5C" w:rsidP="00B31415">
      <w:pPr>
        <w:pStyle w:val="ListParagraph"/>
        <w:tabs>
          <w:tab w:val="left" w:pos="3402"/>
          <w:tab w:val="left" w:pos="5669"/>
          <w:tab w:val="left" w:pos="7937"/>
        </w:tabs>
        <w:autoSpaceDE w:val="0"/>
        <w:autoSpaceDN w:val="0"/>
        <w:adjustRightInd w:val="0"/>
        <w:spacing w:after="0"/>
        <w:ind w:left="992"/>
        <w:jc w:val="both"/>
        <w:rPr>
          <w:rFonts w:cs="Times New Roman"/>
        </w:rPr>
      </w:pPr>
      <w:r w:rsidRPr="00B31415">
        <w:rPr>
          <w:rFonts w:cs="Times New Roman"/>
          <w:b/>
          <w:color w:val="0000FF"/>
        </w:rPr>
        <w:lastRenderedPageBreak/>
        <w:t xml:space="preserve">A. </w:t>
      </w:r>
      <w:r w:rsidRPr="00B31415">
        <w:rPr>
          <w:rFonts w:cs="Times New Roman"/>
          <w:position w:val="-12"/>
        </w:rPr>
        <w:object w:dxaOrig="720" w:dyaOrig="360" w14:anchorId="0042F07A">
          <v:shape id="_x0000_i3212" type="#_x0000_t75" style="width:36pt;height:18pt" o:ole="">
            <v:imagedata r:id="rId4285" o:title=""/>
          </v:shape>
          <o:OLEObject Type="Embed" ProgID="Equation.DSMT4" ShapeID="_x0000_i3212" DrawAspect="Content" ObjectID="_1699919948" r:id="rId4286"/>
        </w:object>
      </w:r>
      <w:r w:rsidRPr="00B31415">
        <w:rPr>
          <w:rFonts w:cs="Times New Roman"/>
        </w:rPr>
        <w:t>.</w:t>
      </w:r>
      <w:r w:rsidRPr="00B31415">
        <w:rPr>
          <w:rFonts w:cs="Times New Roman"/>
          <w:b/>
        </w:rPr>
        <w:tab/>
      </w:r>
      <w:r w:rsidRPr="00B31415">
        <w:rPr>
          <w:rFonts w:cs="Times New Roman"/>
          <w:b/>
          <w:color w:val="0000FF"/>
        </w:rPr>
        <w:t xml:space="preserve">B. </w:t>
      </w:r>
      <w:r w:rsidRPr="00B31415">
        <w:rPr>
          <w:rFonts w:cs="Times New Roman"/>
          <w:position w:val="-12"/>
        </w:rPr>
        <w:object w:dxaOrig="1579" w:dyaOrig="380" w14:anchorId="2310365D">
          <v:shape id="_x0000_i3213" type="#_x0000_t75" style="width:78.6pt;height:18.6pt" o:ole="">
            <v:imagedata r:id="rId4287" o:title=""/>
          </v:shape>
          <o:OLEObject Type="Embed" ProgID="Equation.DSMT4" ShapeID="_x0000_i3213" DrawAspect="Content" ObjectID="_1699919949" r:id="rId4288"/>
        </w:object>
      </w:r>
      <w:r w:rsidRPr="00B31415">
        <w:rPr>
          <w:rFonts w:cs="Times New Roman"/>
        </w:rPr>
        <w:t>.</w:t>
      </w:r>
      <w:r w:rsidRPr="00B31415">
        <w:rPr>
          <w:rFonts w:cs="Times New Roman"/>
          <w:b/>
        </w:rPr>
        <w:tab/>
      </w:r>
      <w:r w:rsidRPr="00B31415">
        <w:rPr>
          <w:rFonts w:cs="Times New Roman"/>
          <w:b/>
          <w:color w:val="0000FF"/>
        </w:rPr>
        <w:t xml:space="preserve">C. </w:t>
      </w:r>
      <w:r w:rsidRPr="00B31415">
        <w:rPr>
          <w:rFonts w:cs="Times New Roman"/>
          <w:position w:val="-12"/>
        </w:rPr>
        <w:object w:dxaOrig="999" w:dyaOrig="380" w14:anchorId="4002508C">
          <v:shape id="_x0000_i3214" type="#_x0000_t75" style="width:50.4pt;height:18.6pt" o:ole="">
            <v:imagedata r:id="rId4289" o:title=""/>
          </v:shape>
          <o:OLEObject Type="Embed" ProgID="Equation.DSMT4" ShapeID="_x0000_i3214" DrawAspect="Content" ObjectID="_1699919950" r:id="rId4290"/>
        </w:object>
      </w:r>
      <w:r w:rsidRPr="00B31415">
        <w:rPr>
          <w:rFonts w:cs="Times New Roman"/>
        </w:rPr>
        <w:t>.</w:t>
      </w:r>
      <w:r w:rsidRPr="00B31415">
        <w:rPr>
          <w:rFonts w:cs="Times New Roman"/>
          <w:b/>
        </w:rPr>
        <w:tab/>
      </w:r>
      <w:r w:rsidRPr="00B31415">
        <w:rPr>
          <w:rFonts w:cs="Times New Roman"/>
          <w:b/>
          <w:color w:val="0000FF"/>
        </w:rPr>
        <w:t xml:space="preserve">D. </w:t>
      </w:r>
      <w:r w:rsidRPr="00B31415">
        <w:rPr>
          <w:rFonts w:cs="Times New Roman"/>
          <w:position w:val="-24"/>
        </w:rPr>
        <w:object w:dxaOrig="880" w:dyaOrig="660" w14:anchorId="33D8ED04">
          <v:shape id="_x0000_i3215" type="#_x0000_t75" style="width:44.4pt;height:33pt" o:ole="">
            <v:imagedata r:id="rId4291" o:title=""/>
          </v:shape>
          <o:OLEObject Type="Embed" ProgID="Equation.DSMT4" ShapeID="_x0000_i3215" DrawAspect="Content" ObjectID="_1699919951" r:id="rId4292"/>
        </w:object>
      </w:r>
      <w:r w:rsidRPr="00B31415">
        <w:rPr>
          <w:rFonts w:cs="Times New Roman"/>
        </w:rPr>
        <w:t>.</w:t>
      </w:r>
    </w:p>
    <w:p w14:paraId="22AA59F4"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5:</w:t>
      </w:r>
      <w:r w:rsidRPr="00B31415">
        <w:rPr>
          <w:rFonts w:cs="Times New Roman"/>
          <w:b/>
          <w:color w:val="0000FF"/>
          <w:szCs w:val="24"/>
        </w:rPr>
        <w:tab/>
      </w:r>
      <w:r w:rsidRPr="00B31415">
        <w:rPr>
          <w:rFonts w:cs="Times New Roman"/>
          <w:szCs w:val="24"/>
          <w:lang w:val="fr-FR"/>
        </w:rPr>
        <w:t xml:space="preserve">Cho cấp số cộng </w:t>
      </w:r>
      <w:r w:rsidRPr="00B31415">
        <w:rPr>
          <w:position w:val="-14"/>
        </w:rPr>
        <w:object w:dxaOrig="480" w:dyaOrig="400" w14:anchorId="24098A59">
          <v:shape id="_x0000_i3216" type="#_x0000_t75" style="width:24pt;height:20.4pt" o:ole="">
            <v:imagedata r:id="rId4293" o:title=""/>
          </v:shape>
          <o:OLEObject Type="Embed" ProgID="Equation.DSMT4" ShapeID="_x0000_i3216" DrawAspect="Content" ObjectID="_1699919952" r:id="rId4294"/>
        </w:object>
      </w:r>
      <w:r w:rsidRPr="00B31415">
        <w:rPr>
          <w:rFonts w:cs="Times New Roman"/>
          <w:szCs w:val="24"/>
          <w:lang w:val="fr-FR"/>
        </w:rPr>
        <w:t xml:space="preserve"> có công sai </w:t>
      </w:r>
      <w:r w:rsidRPr="00B31415">
        <w:rPr>
          <w:position w:val="-6"/>
        </w:rPr>
        <w:object w:dxaOrig="580" w:dyaOrig="279" w14:anchorId="1D0D2E48">
          <v:shape id="_x0000_i3217" type="#_x0000_t75" style="width:28.8pt;height:13.8pt" o:ole="">
            <v:imagedata r:id="rId4295" o:title=""/>
          </v:shape>
          <o:OLEObject Type="Embed" ProgID="Equation.DSMT4" ShapeID="_x0000_i3217" DrawAspect="Content" ObjectID="_1699919953" r:id="rId4296"/>
        </w:object>
      </w:r>
      <w:r w:rsidRPr="00B31415">
        <w:rPr>
          <w:rFonts w:cs="Times New Roman"/>
          <w:szCs w:val="24"/>
          <w:lang w:val="fr-FR"/>
        </w:rPr>
        <w:t>.</w:t>
      </w:r>
      <w:r w:rsidRPr="00B31415">
        <w:rPr>
          <w:rFonts w:cs="Times New Roman"/>
          <w:szCs w:val="24"/>
        </w:rPr>
        <w:t>Khẳng định nào sau đây là khẳng định đúng?</w:t>
      </w:r>
    </w:p>
    <w:p w14:paraId="7C4999CA" w14:textId="77777777" w:rsidR="00DE7E5C" w:rsidRPr="00B31415" w:rsidRDefault="00DE7E5C" w:rsidP="00B31415">
      <w:pPr>
        <w:tabs>
          <w:tab w:val="left" w:pos="3402"/>
          <w:tab w:val="left" w:pos="5669"/>
          <w:tab w:val="left" w:pos="7937"/>
        </w:tabs>
        <w:spacing w:after="0"/>
        <w:ind w:left="992"/>
        <w:jc w:val="both"/>
        <w:rPr>
          <w:rFonts w:cs="Times New Roman"/>
          <w:szCs w:val="24"/>
          <w:lang w:val="fr-FR"/>
        </w:rPr>
      </w:pPr>
      <w:r w:rsidRPr="00B31415">
        <w:rPr>
          <w:rFonts w:cs="Times New Roman"/>
          <w:b/>
          <w:color w:val="0000FF"/>
          <w:szCs w:val="24"/>
          <w:lang w:val="fr-FR"/>
        </w:rPr>
        <w:t xml:space="preserve">A. </w:t>
      </w:r>
      <w:r w:rsidRPr="00B31415">
        <w:rPr>
          <w:rFonts w:cs="Times New Roman"/>
          <w:b/>
          <w:position w:val="-12"/>
          <w:szCs w:val="24"/>
          <w:lang w:val="fr-FR"/>
        </w:rPr>
        <w:object w:dxaOrig="840" w:dyaOrig="360" w14:anchorId="1DB5519B">
          <v:shape id="_x0000_i3218" type="#_x0000_t75" style="width:42pt;height:18pt" o:ole="">
            <v:imagedata r:id="rId4297" o:title=""/>
          </v:shape>
          <o:OLEObject Type="Embed" ProgID="Equation.DSMT4" ShapeID="_x0000_i3218" DrawAspect="Content" ObjectID="_1699919954" r:id="rId4298"/>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B. </w:t>
      </w:r>
      <w:r w:rsidRPr="00B31415">
        <w:rPr>
          <w:rFonts w:cs="Times New Roman"/>
          <w:b/>
          <w:position w:val="-12"/>
          <w:szCs w:val="24"/>
          <w:lang w:val="fr-FR"/>
        </w:rPr>
        <w:object w:dxaOrig="820" w:dyaOrig="360" w14:anchorId="50086BCB">
          <v:shape id="_x0000_i3219" type="#_x0000_t75" style="width:40.8pt;height:18pt" o:ole="">
            <v:imagedata r:id="rId4299" o:title=""/>
          </v:shape>
          <o:OLEObject Type="Embed" ProgID="Equation.DSMT4" ShapeID="_x0000_i3219" DrawAspect="Content" ObjectID="_1699919955" r:id="rId4300"/>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C. </w:t>
      </w:r>
      <w:r w:rsidRPr="00B31415">
        <w:rPr>
          <w:rFonts w:cs="Times New Roman"/>
          <w:b/>
          <w:position w:val="-12"/>
          <w:szCs w:val="24"/>
          <w:lang w:val="fr-FR"/>
        </w:rPr>
        <w:object w:dxaOrig="820" w:dyaOrig="360" w14:anchorId="6E1C2555">
          <v:shape id="_x0000_i3220" type="#_x0000_t75" style="width:41.4pt;height:17.4pt" o:ole="">
            <v:imagedata r:id="rId4301" o:title=""/>
          </v:shape>
          <o:OLEObject Type="Embed" ProgID="Equation.DSMT4" ShapeID="_x0000_i3220" DrawAspect="Content" ObjectID="_1699919956" r:id="rId4302"/>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D. </w:t>
      </w:r>
      <w:r w:rsidRPr="00B31415">
        <w:rPr>
          <w:rFonts w:cs="Times New Roman"/>
          <w:b/>
          <w:position w:val="-12"/>
          <w:szCs w:val="24"/>
          <w:lang w:val="fr-FR"/>
        </w:rPr>
        <w:object w:dxaOrig="820" w:dyaOrig="360" w14:anchorId="48D11EDF">
          <v:shape id="_x0000_i3221" type="#_x0000_t75" style="width:41.4pt;height:17.4pt" o:ole="">
            <v:imagedata r:id="rId4303" o:title=""/>
          </v:shape>
          <o:OLEObject Type="Embed" ProgID="Equation.DSMT4" ShapeID="_x0000_i3221" DrawAspect="Content" ObjectID="_1699919957" r:id="rId4304"/>
        </w:object>
      </w:r>
      <w:r w:rsidRPr="00B31415">
        <w:rPr>
          <w:rFonts w:cs="Times New Roman"/>
          <w:szCs w:val="24"/>
          <w:lang w:val="fr-FR"/>
        </w:rPr>
        <w:t>.</w:t>
      </w:r>
    </w:p>
    <w:p w14:paraId="2E9DC468"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6:</w:t>
      </w:r>
      <w:r w:rsidRPr="00B31415">
        <w:rPr>
          <w:rFonts w:cs="Times New Roman"/>
          <w:b/>
          <w:color w:val="0000FF"/>
          <w:szCs w:val="24"/>
        </w:rPr>
        <w:tab/>
      </w:r>
      <w:r w:rsidRPr="00B31415">
        <w:rPr>
          <w:rFonts w:cs="Times New Roman"/>
          <w:szCs w:val="24"/>
        </w:rPr>
        <w:t xml:space="preserve">Cho hình bình hành </w:t>
      </w:r>
      <w:r w:rsidRPr="00B31415">
        <w:rPr>
          <w:position w:val="-6"/>
        </w:rPr>
        <w:object w:dxaOrig="740" w:dyaOrig="279" w14:anchorId="199A278E">
          <v:shape id="_x0000_i3222" type="#_x0000_t75" style="width:36.6pt;height:14.4pt" o:ole="">
            <v:imagedata r:id="rId4305" o:title=""/>
          </v:shape>
          <o:OLEObject Type="Embed" ProgID="Equation.DSMT4" ShapeID="_x0000_i3222" DrawAspect="Content" ObjectID="_1699919958" r:id="rId4306"/>
        </w:object>
      </w:r>
      <w:r w:rsidRPr="00B31415">
        <w:rPr>
          <w:rFonts w:cs="Times New Roman"/>
          <w:szCs w:val="24"/>
          <w:lang w:val="fr-FR"/>
        </w:rPr>
        <w:t>.</w:t>
      </w:r>
      <w:r w:rsidRPr="00B31415">
        <w:rPr>
          <w:rFonts w:cs="Times New Roman"/>
          <w:szCs w:val="24"/>
        </w:rPr>
        <w:t xml:space="preserve"> Phép tịnh tiến theo véc tơ </w:t>
      </w:r>
      <w:r w:rsidRPr="00B31415">
        <w:rPr>
          <w:position w:val="-4"/>
        </w:rPr>
        <w:object w:dxaOrig="400" w:dyaOrig="360" w14:anchorId="49EC448F">
          <v:shape id="_x0000_i3223" type="#_x0000_t75" style="width:20.4pt;height:18pt" o:ole="">
            <v:imagedata r:id="rId4307" o:title=""/>
          </v:shape>
          <o:OLEObject Type="Embed" ProgID="Equation.DSMT4" ShapeID="_x0000_i3223" DrawAspect="Content" ObjectID="_1699919959" r:id="rId4308"/>
        </w:object>
      </w:r>
      <w:r w:rsidRPr="00B31415">
        <w:rPr>
          <w:rFonts w:cs="Times New Roman"/>
          <w:szCs w:val="24"/>
        </w:rPr>
        <w:t xml:space="preserve"> biến điểm </w:t>
      </w:r>
      <w:r w:rsidRPr="00B31415">
        <w:rPr>
          <w:position w:val="-4"/>
        </w:rPr>
        <w:object w:dxaOrig="260" w:dyaOrig="240" w14:anchorId="080EF0DA">
          <v:shape id="_x0000_i3224" type="#_x0000_t75" style="width:12.6pt;height:12pt" o:ole="">
            <v:imagedata r:id="rId4309" o:title=""/>
          </v:shape>
          <o:OLEObject Type="Embed" ProgID="Equation.DSMT4" ShapeID="_x0000_i3224" DrawAspect="Content" ObjectID="_1699919960" r:id="rId4310"/>
        </w:object>
      </w:r>
      <w:r w:rsidRPr="00B31415">
        <w:rPr>
          <w:rFonts w:cs="Times New Roman"/>
          <w:szCs w:val="24"/>
        </w:rPr>
        <w:t xml:space="preserve"> thành điểm nào?</w:t>
      </w:r>
    </w:p>
    <w:p w14:paraId="7584A484" w14:textId="77777777" w:rsidR="00DE7E5C" w:rsidRPr="00B31415" w:rsidRDefault="00DE7E5C" w:rsidP="00B31415">
      <w:pPr>
        <w:tabs>
          <w:tab w:val="left" w:pos="3402"/>
          <w:tab w:val="left" w:pos="5669"/>
          <w:tab w:val="left" w:pos="7937"/>
        </w:tabs>
        <w:spacing w:after="0"/>
        <w:ind w:left="992"/>
        <w:jc w:val="both"/>
        <w:rPr>
          <w:rFonts w:cs="Times New Roman"/>
          <w:szCs w:val="24"/>
          <w:lang w:val="fr-FR"/>
        </w:rPr>
      </w:pPr>
      <w:r w:rsidRPr="00B31415">
        <w:rPr>
          <w:rFonts w:cs="Times New Roman"/>
          <w:b/>
          <w:color w:val="0000FF"/>
          <w:szCs w:val="24"/>
          <w:lang w:val="fr-FR"/>
        </w:rPr>
        <w:t xml:space="preserve">A. </w:t>
      </w:r>
      <w:r w:rsidRPr="00B31415">
        <w:rPr>
          <w:rFonts w:cs="Times New Roman"/>
          <w:b/>
          <w:position w:val="-6"/>
          <w:szCs w:val="24"/>
          <w:lang w:val="fr-FR"/>
        </w:rPr>
        <w:object w:dxaOrig="240" w:dyaOrig="279" w14:anchorId="403A98F0">
          <v:shape id="_x0000_i3225" type="#_x0000_t75" style="width:12pt;height:13.8pt" o:ole="">
            <v:imagedata r:id="rId4311" o:title=""/>
          </v:shape>
          <o:OLEObject Type="Embed" ProgID="Equation.DSMT4" ShapeID="_x0000_i3225" DrawAspect="Content" ObjectID="_1699919961" r:id="rId4312"/>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B. </w:t>
      </w:r>
      <w:r w:rsidRPr="00B31415">
        <w:rPr>
          <w:rFonts w:cs="Times New Roman"/>
          <w:b/>
          <w:position w:val="-4"/>
          <w:szCs w:val="24"/>
          <w:lang w:val="fr-FR"/>
        </w:rPr>
        <w:object w:dxaOrig="240" w:dyaOrig="260" w14:anchorId="2309FC71">
          <v:shape id="_x0000_i3226" type="#_x0000_t75" style="width:12pt;height:12.6pt" o:ole="">
            <v:imagedata r:id="rId4313" o:title=""/>
          </v:shape>
          <o:OLEObject Type="Embed" ProgID="Equation.DSMT4" ShapeID="_x0000_i3226" DrawAspect="Content" ObjectID="_1699919962" r:id="rId4314"/>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C. </w:t>
      </w:r>
      <w:r w:rsidRPr="00B31415">
        <w:rPr>
          <w:rFonts w:cs="Times New Roman"/>
          <w:b/>
          <w:position w:val="-4"/>
          <w:szCs w:val="24"/>
          <w:lang w:val="fr-FR"/>
        </w:rPr>
        <w:object w:dxaOrig="240" w:dyaOrig="260" w14:anchorId="512638F1">
          <v:shape id="_x0000_i3227" type="#_x0000_t75" style="width:12pt;height:12.6pt" o:ole="">
            <v:imagedata r:id="rId4315" o:title=""/>
          </v:shape>
          <o:OLEObject Type="Embed" ProgID="Equation.DSMT4" ShapeID="_x0000_i3227" DrawAspect="Content" ObjectID="_1699919963" r:id="rId4316"/>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D. </w:t>
      </w:r>
      <w:r w:rsidRPr="00B31415">
        <w:rPr>
          <w:rFonts w:cs="Times New Roman"/>
          <w:b/>
          <w:position w:val="-4"/>
          <w:szCs w:val="24"/>
          <w:lang w:val="fr-FR"/>
        </w:rPr>
        <w:object w:dxaOrig="260" w:dyaOrig="260" w14:anchorId="426350BD">
          <v:shape id="_x0000_i3228" type="#_x0000_t75" style="width:12.6pt;height:12.6pt" o:ole="">
            <v:imagedata r:id="rId4317" o:title=""/>
          </v:shape>
          <o:OLEObject Type="Embed" ProgID="Equation.DSMT4" ShapeID="_x0000_i3228" DrawAspect="Content" ObjectID="_1699919964" r:id="rId4318"/>
        </w:object>
      </w:r>
      <w:r w:rsidRPr="00B31415">
        <w:rPr>
          <w:rFonts w:cs="Times New Roman"/>
          <w:szCs w:val="24"/>
          <w:lang w:val="fr-FR"/>
        </w:rPr>
        <w:t>.</w:t>
      </w:r>
    </w:p>
    <w:p w14:paraId="7CA85AE1" w14:textId="77777777" w:rsidR="00DE7E5C" w:rsidRPr="00B31415" w:rsidRDefault="00DE7E5C" w:rsidP="00B31415">
      <w:pPr>
        <w:tabs>
          <w:tab w:val="left" w:pos="992"/>
        </w:tabs>
        <w:autoSpaceDE w:val="0"/>
        <w:autoSpaceDN w:val="0"/>
        <w:adjustRightInd w:val="0"/>
        <w:spacing w:before="120" w:after="0"/>
        <w:ind w:left="992" w:hanging="992"/>
        <w:jc w:val="both"/>
        <w:rPr>
          <w:rFonts w:cs="Times New Roman"/>
          <w:b/>
          <w:szCs w:val="24"/>
        </w:rPr>
      </w:pPr>
      <w:r w:rsidRPr="00B31415">
        <w:rPr>
          <w:rFonts w:cs="Times New Roman"/>
          <w:b/>
          <w:color w:val="0000FF"/>
          <w:szCs w:val="24"/>
        </w:rPr>
        <w:t>Câu 7:</w:t>
      </w:r>
      <w:r w:rsidRPr="00B31415">
        <w:rPr>
          <w:rFonts w:cs="Times New Roman"/>
          <w:b/>
          <w:color w:val="0000FF"/>
          <w:szCs w:val="24"/>
        </w:rPr>
        <w:tab/>
      </w:r>
      <w:r w:rsidRPr="00B31415">
        <w:rPr>
          <w:rFonts w:cs="Times New Roman"/>
          <w:szCs w:val="24"/>
        </w:rPr>
        <w:t xml:space="preserve">Cho đa giác đều </w:t>
      </w:r>
      <w:r w:rsidRPr="00B31415">
        <w:rPr>
          <w:position w:val="-14"/>
        </w:rPr>
        <w:object w:dxaOrig="400" w:dyaOrig="400" w14:anchorId="771D3EAB">
          <v:shape id="_x0000_i3229" type="#_x0000_t75" style="width:20.4pt;height:20.4pt" o:ole="">
            <v:imagedata r:id="rId4319" o:title=""/>
          </v:shape>
          <o:OLEObject Type="Embed" ProgID="Equation.DSMT4" ShapeID="_x0000_i3229" DrawAspect="Content" ObjectID="_1699919965" r:id="rId4320"/>
        </w:object>
      </w:r>
      <w:r w:rsidRPr="00B31415">
        <w:rPr>
          <w:rFonts w:cs="Times New Roman"/>
          <w:szCs w:val="24"/>
        </w:rPr>
        <w:t xml:space="preserve"> có 12 cạnh. Đa giác </w:t>
      </w:r>
      <w:r w:rsidRPr="00B31415">
        <w:rPr>
          <w:position w:val="-14"/>
        </w:rPr>
        <w:object w:dxaOrig="400" w:dyaOrig="400" w14:anchorId="37FA286C">
          <v:shape id="_x0000_i3230" type="#_x0000_t75" style="width:20.4pt;height:20.4pt" o:ole="">
            <v:imagedata r:id="rId4321" o:title=""/>
          </v:shape>
          <o:OLEObject Type="Embed" ProgID="Equation.DSMT4" ShapeID="_x0000_i3230" DrawAspect="Content" ObjectID="_1699919966" r:id="rId4322"/>
        </w:object>
      </w:r>
      <w:r w:rsidRPr="00B31415">
        <w:rPr>
          <w:rFonts w:cs="Times New Roman"/>
          <w:szCs w:val="24"/>
        </w:rPr>
        <w:t xml:space="preserve"> có bao nhiêu đường chéo ?</w:t>
      </w:r>
    </w:p>
    <w:p w14:paraId="61B35E8D" w14:textId="77777777" w:rsidR="00DE7E5C" w:rsidRPr="00B31415" w:rsidRDefault="00DE7E5C" w:rsidP="00B31415">
      <w:pPr>
        <w:tabs>
          <w:tab w:val="left" w:pos="3402"/>
          <w:tab w:val="left" w:pos="5669"/>
          <w:tab w:val="left" w:pos="7937"/>
        </w:tabs>
        <w:spacing w:after="0"/>
        <w:ind w:left="992"/>
        <w:jc w:val="both"/>
        <w:rPr>
          <w:rFonts w:cs="Times New Roman"/>
          <w:szCs w:val="24"/>
          <w:lang w:val="fr-FR"/>
        </w:rPr>
      </w:pPr>
      <w:r w:rsidRPr="00B31415">
        <w:rPr>
          <w:rFonts w:cs="Times New Roman"/>
          <w:b/>
          <w:color w:val="0000FF"/>
          <w:szCs w:val="24"/>
          <w:lang w:val="fr-FR"/>
        </w:rPr>
        <w:t xml:space="preserve">A. </w:t>
      </w:r>
      <w:r w:rsidRPr="00B31415">
        <w:rPr>
          <w:rFonts w:cs="Times New Roman"/>
          <w:b/>
          <w:position w:val="-6"/>
          <w:szCs w:val="24"/>
          <w:lang w:val="fr-FR"/>
        </w:rPr>
        <w:object w:dxaOrig="320" w:dyaOrig="279" w14:anchorId="12ED8C48">
          <v:shape id="_x0000_i3231" type="#_x0000_t75" style="width:15.6pt;height:14.4pt" o:ole="">
            <v:imagedata r:id="rId4323" o:title=""/>
          </v:shape>
          <o:OLEObject Type="Embed" ProgID="Equation.DSMT4" ShapeID="_x0000_i3231" DrawAspect="Content" ObjectID="_1699919967" r:id="rId4324"/>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B. </w:t>
      </w:r>
      <w:r w:rsidRPr="00B31415">
        <w:rPr>
          <w:rFonts w:cs="Times New Roman"/>
          <w:b/>
          <w:position w:val="-6"/>
          <w:szCs w:val="24"/>
          <w:lang w:val="fr-FR"/>
        </w:rPr>
        <w:object w:dxaOrig="320" w:dyaOrig="279" w14:anchorId="3E2B5FDA">
          <v:shape id="_x0000_i3232" type="#_x0000_t75" style="width:15.6pt;height:14.4pt" o:ole="">
            <v:imagedata r:id="rId4325" o:title=""/>
          </v:shape>
          <o:OLEObject Type="Embed" ProgID="Equation.DSMT4" ShapeID="_x0000_i3232" DrawAspect="Content" ObjectID="_1699919968" r:id="rId4326"/>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C. </w:t>
      </w:r>
      <w:r w:rsidRPr="00B31415">
        <w:rPr>
          <w:rFonts w:cs="Times New Roman"/>
          <w:b/>
          <w:position w:val="-6"/>
          <w:szCs w:val="24"/>
          <w:lang w:val="fr-FR"/>
        </w:rPr>
        <w:object w:dxaOrig="300" w:dyaOrig="279" w14:anchorId="210902CB">
          <v:shape id="_x0000_i3233" type="#_x0000_t75" style="width:15pt;height:14.4pt" o:ole="">
            <v:imagedata r:id="rId4327" o:title=""/>
          </v:shape>
          <o:OLEObject Type="Embed" ProgID="Equation.DSMT4" ShapeID="_x0000_i3233" DrawAspect="Content" ObjectID="_1699919969" r:id="rId4328"/>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D. </w:t>
      </w:r>
      <w:r w:rsidRPr="00B31415">
        <w:rPr>
          <w:rFonts w:cs="Times New Roman"/>
          <w:b/>
          <w:position w:val="-6"/>
          <w:szCs w:val="24"/>
          <w:lang w:val="fr-FR"/>
        </w:rPr>
        <w:object w:dxaOrig="300" w:dyaOrig="279" w14:anchorId="71BCDBFE">
          <v:shape id="_x0000_i3234" type="#_x0000_t75" style="width:15pt;height:14.4pt" o:ole="">
            <v:imagedata r:id="rId4329" o:title=""/>
          </v:shape>
          <o:OLEObject Type="Embed" ProgID="Equation.DSMT4" ShapeID="_x0000_i3234" DrawAspect="Content" ObjectID="_1699919970" r:id="rId4330"/>
        </w:object>
      </w:r>
      <w:r w:rsidRPr="00B31415">
        <w:rPr>
          <w:rFonts w:cs="Times New Roman"/>
          <w:szCs w:val="24"/>
          <w:lang w:val="fr-FR"/>
        </w:rPr>
        <w:t>.</w:t>
      </w:r>
    </w:p>
    <w:p w14:paraId="393F27F5" w14:textId="77777777" w:rsidR="00DE7E5C" w:rsidRPr="00B31415" w:rsidRDefault="00DE7E5C" w:rsidP="00B31415">
      <w:pPr>
        <w:pStyle w:val="oancuaDanhsach1"/>
        <w:tabs>
          <w:tab w:val="left" w:pos="992"/>
        </w:tabs>
        <w:autoSpaceDE w:val="0"/>
        <w:autoSpaceDN w:val="0"/>
        <w:adjustRightInd w:val="0"/>
        <w:spacing w:before="120" w:after="0"/>
        <w:ind w:left="992" w:hanging="992"/>
        <w:jc w:val="both"/>
        <w:rPr>
          <w:rFonts w:cs="Times New Roman"/>
          <w:b/>
          <w:szCs w:val="24"/>
          <w:lang w:val="fr-FR"/>
        </w:rPr>
      </w:pPr>
      <w:r w:rsidRPr="00B31415">
        <w:rPr>
          <w:rFonts w:cs="Times New Roman"/>
          <w:b/>
          <w:color w:val="0000FF"/>
          <w:szCs w:val="24"/>
          <w:lang w:val="fr-FR"/>
        </w:rPr>
        <w:t>Câu 8:</w:t>
      </w:r>
      <w:r w:rsidRPr="00B31415">
        <w:rPr>
          <w:rFonts w:cs="Times New Roman"/>
          <w:b/>
          <w:color w:val="0000FF"/>
          <w:szCs w:val="24"/>
          <w:lang w:val="fr-FR"/>
        </w:rPr>
        <w:tab/>
      </w:r>
      <w:r w:rsidRPr="00B31415">
        <w:rPr>
          <w:rFonts w:cs="Times New Roman"/>
          <w:szCs w:val="24"/>
          <w:lang w:val="fr-FR"/>
        </w:rPr>
        <w:t>Nếu khai triển</w:t>
      </w:r>
      <w:r w:rsidRPr="00B31415">
        <w:rPr>
          <w:rFonts w:cs="Times New Roman"/>
          <w:szCs w:val="24"/>
          <w:lang w:val="vi-VN"/>
        </w:rPr>
        <w:t xml:space="preserve">, </w:t>
      </w:r>
      <w:r w:rsidRPr="00B31415">
        <w:rPr>
          <w:rFonts w:cs="Times New Roman"/>
          <w:szCs w:val="24"/>
          <w:lang w:val="fr-FR"/>
        </w:rPr>
        <w:t>rút gọn b</w:t>
      </w:r>
      <w:r w:rsidRPr="00B31415">
        <w:rPr>
          <w:rFonts w:cs="Times New Roman"/>
          <w:szCs w:val="24"/>
          <w:lang w:val="vi-VN"/>
        </w:rPr>
        <w:t>iểu</w:t>
      </w:r>
      <w:r w:rsidRPr="00B31415">
        <w:rPr>
          <w:rFonts w:cs="Times New Roman"/>
          <w:szCs w:val="24"/>
          <w:lang w:val="fr-FR"/>
        </w:rPr>
        <w:t xml:space="preserve"> thức </w:t>
      </w:r>
      <w:r w:rsidRPr="00B31415">
        <w:rPr>
          <w:rFonts w:cs="Times New Roman"/>
          <w:position w:val="-28"/>
          <w:szCs w:val="24"/>
        </w:rPr>
        <w:object w:dxaOrig="885" w:dyaOrig="735" w14:anchorId="75508C97">
          <v:shape id="_x0000_i3235" type="#_x0000_t75" style="width:44.4pt;height:36.6pt" o:ole="">
            <v:imagedata r:id="rId4331" o:title=""/>
          </v:shape>
          <o:OLEObject Type="Embed" ProgID="Equation.DSMT4" ShapeID="_x0000_i3235" DrawAspect="Content" ObjectID="_1699919971" r:id="rId4332"/>
        </w:object>
      </w:r>
      <w:r w:rsidRPr="00B31415">
        <w:rPr>
          <w:rFonts w:cs="Times New Roman"/>
          <w:szCs w:val="24"/>
          <w:lang w:val="vi-VN"/>
        </w:rPr>
        <w:t xml:space="preserve">ta được đa thức </w:t>
      </w:r>
      <w:r w:rsidRPr="00B31415">
        <w:rPr>
          <w:rFonts w:cs="Times New Roman"/>
          <w:position w:val="-14"/>
          <w:szCs w:val="24"/>
          <w:lang w:val="vi-VN"/>
        </w:rPr>
        <w:object w:dxaOrig="580" w:dyaOrig="400" w14:anchorId="2E2E7DA9">
          <v:shape id="_x0000_i3236" type="#_x0000_t75" style="width:29.4pt;height:20.4pt" o:ole="">
            <v:imagedata r:id="rId4333" o:title=""/>
          </v:shape>
          <o:OLEObject Type="Embed" ProgID="Equation.DSMT4" ShapeID="_x0000_i3236" DrawAspect="Content" ObjectID="_1699919972" r:id="rId4334"/>
        </w:object>
      </w:r>
      <w:r w:rsidRPr="00B31415">
        <w:rPr>
          <w:rFonts w:cs="Times New Roman"/>
          <w:szCs w:val="24"/>
          <w:lang w:val="vi-VN"/>
        </w:rPr>
        <w:t>. Khi sắp xếp</w:t>
      </w:r>
      <w:r w:rsidRPr="00B31415">
        <w:rPr>
          <w:rFonts w:cs="Times New Roman"/>
          <w:szCs w:val="24"/>
          <w:lang w:val="fr-FR"/>
        </w:rPr>
        <w:t xml:space="preserve"> </w:t>
      </w:r>
      <w:r w:rsidRPr="00B31415">
        <w:rPr>
          <w:rFonts w:cs="Times New Roman"/>
          <w:position w:val="-14"/>
          <w:szCs w:val="24"/>
          <w:lang w:val="vi-VN"/>
        </w:rPr>
        <w:object w:dxaOrig="580" w:dyaOrig="400" w14:anchorId="48977929">
          <v:shape id="_x0000_i3237" type="#_x0000_t75" style="width:29.4pt;height:20.4pt" o:ole="">
            <v:imagedata r:id="rId4333" o:title=""/>
          </v:shape>
          <o:OLEObject Type="Embed" ProgID="Equation.DSMT4" ShapeID="_x0000_i3237" DrawAspect="Content" ObjectID="_1699919973" r:id="rId4335"/>
        </w:object>
      </w:r>
      <w:r w:rsidRPr="00B31415">
        <w:rPr>
          <w:rFonts w:cs="Times New Roman"/>
          <w:szCs w:val="24"/>
          <w:lang w:val="vi-VN"/>
        </w:rPr>
        <w:t xml:space="preserve"> theo số mũ giảm dần của </w:t>
      </w:r>
      <w:r w:rsidRPr="00B31415">
        <w:rPr>
          <w:rFonts w:cs="Times New Roman"/>
          <w:position w:val="-6"/>
          <w:szCs w:val="24"/>
          <w:lang w:val="vi-VN"/>
        </w:rPr>
        <w:object w:dxaOrig="200" w:dyaOrig="220" w14:anchorId="760FFFA5">
          <v:shape id="_x0000_i3238" type="#_x0000_t75" style="width:9.6pt;height:11.4pt" o:ole="">
            <v:imagedata r:id="rId4336" o:title=""/>
          </v:shape>
          <o:OLEObject Type="Embed" ProgID="Equation.DSMT4" ShapeID="_x0000_i3238" DrawAspect="Content" ObjectID="_1699919974" r:id="rId4337"/>
        </w:object>
      </w:r>
      <w:r w:rsidRPr="00B31415">
        <w:rPr>
          <w:rFonts w:cs="Times New Roman"/>
          <w:szCs w:val="24"/>
          <w:lang w:val="vi-VN"/>
        </w:rPr>
        <w:t xml:space="preserve"> </w:t>
      </w:r>
      <w:r w:rsidRPr="00B31415">
        <w:rPr>
          <w:rFonts w:cs="Times New Roman"/>
          <w:szCs w:val="24"/>
          <w:lang w:val="fr-FR"/>
        </w:rPr>
        <w:t>ta được hệ số của số hạng thứ 3 bằng 5.</w:t>
      </w:r>
      <w:r w:rsidRPr="00B31415">
        <w:rPr>
          <w:rFonts w:cs="Times New Roman"/>
          <w:szCs w:val="24"/>
          <w:lang w:val="vi-VN"/>
        </w:rPr>
        <w:t xml:space="preserve"> </w:t>
      </w:r>
      <w:r w:rsidRPr="00B31415">
        <w:rPr>
          <w:rFonts w:cs="Times New Roman"/>
          <w:szCs w:val="24"/>
          <w:lang w:val="fr-FR"/>
        </w:rPr>
        <w:t xml:space="preserve">Tìm </w:t>
      </w:r>
      <w:r w:rsidRPr="00B31415">
        <w:rPr>
          <w:rFonts w:cs="Times New Roman"/>
          <w:position w:val="-6"/>
          <w:szCs w:val="24"/>
        </w:rPr>
        <w:object w:dxaOrig="210" w:dyaOrig="210" w14:anchorId="5ECF5068">
          <v:shape id="_x0000_i3239" type="#_x0000_t75" style="width:10.8pt;height:10.8pt" o:ole="">
            <v:imagedata r:id="rId4338" o:title=""/>
          </v:shape>
          <o:OLEObject Type="Embed" ProgID="Equation.DSMT4" ShapeID="_x0000_i3239" DrawAspect="Content" ObjectID="_1699919975" r:id="rId4339"/>
        </w:object>
      </w:r>
      <w:r w:rsidRPr="00B31415">
        <w:rPr>
          <w:rFonts w:cs="Times New Roman"/>
          <w:szCs w:val="24"/>
          <w:lang w:val="vi-VN"/>
        </w:rPr>
        <w:t>.</w:t>
      </w:r>
    </w:p>
    <w:p w14:paraId="46ECA896" w14:textId="77777777" w:rsidR="00DE7E5C" w:rsidRPr="00B31415" w:rsidRDefault="00DE7E5C" w:rsidP="00B31415">
      <w:pPr>
        <w:pStyle w:val="oancuaDanhsach1"/>
        <w:tabs>
          <w:tab w:val="left" w:pos="3402"/>
          <w:tab w:val="left" w:pos="5669"/>
          <w:tab w:val="left" w:pos="7937"/>
        </w:tabs>
        <w:autoSpaceDE w:val="0"/>
        <w:autoSpaceDN w:val="0"/>
        <w:adjustRightInd w:val="0"/>
        <w:spacing w:after="0"/>
        <w:ind w:left="992"/>
        <w:jc w:val="both"/>
        <w:rPr>
          <w:rFonts w:cs="Times New Roman"/>
          <w:szCs w:val="24"/>
          <w:lang w:val="fr-FR"/>
        </w:rPr>
      </w:pPr>
      <w:r w:rsidRPr="00B31415">
        <w:rPr>
          <w:rFonts w:cs="Times New Roman"/>
          <w:b/>
          <w:color w:val="0000FF"/>
          <w:szCs w:val="24"/>
          <w:lang w:val="fr-FR"/>
        </w:rPr>
        <w:t xml:space="preserve">A. </w:t>
      </w:r>
      <w:r w:rsidRPr="00B31415">
        <w:rPr>
          <w:rFonts w:eastAsia="Calibri" w:cs="Times New Roman"/>
          <w:position w:val="-6"/>
          <w:szCs w:val="24"/>
        </w:rPr>
        <w:object w:dxaOrig="540" w:dyaOrig="285" w14:anchorId="524C7C2C">
          <v:shape id="_x0000_i3240" type="#_x0000_t75" style="width:27.6pt;height:14.4pt" o:ole="">
            <v:imagedata r:id="rId4340" o:title=""/>
          </v:shape>
          <o:OLEObject Type="Embed" ProgID="Equation.DSMT4" ShapeID="_x0000_i3240" DrawAspect="Content" ObjectID="_1699919976" r:id="rId4341"/>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B. </w:t>
      </w:r>
      <w:r w:rsidRPr="00B31415">
        <w:rPr>
          <w:rFonts w:eastAsia="Calibri" w:cs="Times New Roman"/>
          <w:position w:val="-6"/>
          <w:szCs w:val="24"/>
        </w:rPr>
        <w:object w:dxaOrig="660" w:dyaOrig="285" w14:anchorId="5B448E62">
          <v:shape id="_x0000_i3241" type="#_x0000_t75" style="width:33pt;height:14.4pt" o:ole="">
            <v:imagedata r:id="rId4342" o:title=""/>
          </v:shape>
          <o:OLEObject Type="Embed" ProgID="Equation.DSMT4" ShapeID="_x0000_i3241" DrawAspect="Content" ObjectID="_1699919977" r:id="rId4343"/>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C. </w:t>
      </w:r>
      <w:r w:rsidRPr="00B31415">
        <w:rPr>
          <w:rFonts w:eastAsia="Calibri" w:cs="Times New Roman"/>
          <w:position w:val="-6"/>
          <w:szCs w:val="24"/>
        </w:rPr>
        <w:object w:dxaOrig="660" w:dyaOrig="285" w14:anchorId="70171CBE">
          <v:shape id="_x0000_i3242" type="#_x0000_t75" style="width:33pt;height:14.4pt" o:ole="">
            <v:imagedata r:id="rId4344" o:title=""/>
          </v:shape>
          <o:OLEObject Type="Embed" ProgID="Equation.DSMT4" ShapeID="_x0000_i3242" DrawAspect="Content" ObjectID="_1699919978" r:id="rId4345"/>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rPr>
        <w:t xml:space="preserve">D. </w:t>
      </w:r>
      <w:r w:rsidRPr="00B31415">
        <w:rPr>
          <w:rFonts w:eastAsia="Calibri" w:cs="Times New Roman"/>
          <w:position w:val="-6"/>
          <w:szCs w:val="24"/>
        </w:rPr>
        <w:object w:dxaOrig="555" w:dyaOrig="285" w14:anchorId="41B68861">
          <v:shape id="_x0000_i3243" type="#_x0000_t75" style="width:27.6pt;height:14.4pt" o:ole="">
            <v:imagedata r:id="rId4346" o:title=""/>
          </v:shape>
          <o:OLEObject Type="Embed" ProgID="Equation.DSMT4" ShapeID="_x0000_i3243" DrawAspect="Content" ObjectID="_1699919979" r:id="rId4347"/>
        </w:object>
      </w:r>
      <w:r w:rsidRPr="00B31415">
        <w:rPr>
          <w:rFonts w:cs="Times New Roman"/>
          <w:szCs w:val="24"/>
          <w:lang w:val="fr-FR"/>
        </w:rPr>
        <w:t>.</w:t>
      </w:r>
    </w:p>
    <w:p w14:paraId="000C6062" w14:textId="77777777" w:rsidR="00DE7E5C" w:rsidRPr="00B31415" w:rsidRDefault="00DE7E5C" w:rsidP="00B31415">
      <w:pPr>
        <w:tabs>
          <w:tab w:val="left" w:pos="992"/>
        </w:tabs>
        <w:spacing w:before="120" w:after="0"/>
        <w:ind w:left="992" w:hanging="992"/>
        <w:jc w:val="both"/>
        <w:rPr>
          <w:rFonts w:cs="Times New Roman"/>
          <w:szCs w:val="24"/>
        </w:rPr>
      </w:pPr>
      <w:r w:rsidRPr="00B31415">
        <w:rPr>
          <w:rFonts w:cs="Times New Roman"/>
          <w:b/>
          <w:color w:val="0000FF"/>
          <w:szCs w:val="24"/>
        </w:rPr>
        <w:t>Câu 9:</w:t>
      </w:r>
      <w:r w:rsidRPr="00B31415">
        <w:rPr>
          <w:rFonts w:cs="Times New Roman"/>
          <w:b/>
          <w:color w:val="0000FF"/>
          <w:szCs w:val="24"/>
        </w:rPr>
        <w:tab/>
      </w:r>
      <w:r w:rsidRPr="00B31415">
        <w:rPr>
          <w:rFonts w:cs="Times New Roman"/>
          <w:szCs w:val="24"/>
        </w:rPr>
        <w:t xml:space="preserve">Có bao nhiêu số tự nhiên có ba chữ số khác nhau được tạo thành từ các chữ số </w:t>
      </w:r>
      <w:r w:rsidRPr="00B31415">
        <w:rPr>
          <w:position w:val="-10"/>
        </w:rPr>
        <w:object w:dxaOrig="990" w:dyaOrig="315" w14:anchorId="129AC5B0">
          <v:shape id="_x0000_i3244" type="#_x0000_t75" style="width:49.8pt;height:15.6pt" o:ole="">
            <v:imagedata r:id="rId4348" o:title=""/>
          </v:shape>
          <o:OLEObject Type="Embed" ProgID="Equation.DSMT4" ShapeID="_x0000_i3244" DrawAspect="Content" ObjectID="_1699919980" r:id="rId4349"/>
        </w:object>
      </w:r>
      <w:r w:rsidRPr="00B31415">
        <w:rPr>
          <w:rFonts w:cs="Times New Roman"/>
          <w:szCs w:val="24"/>
        </w:rPr>
        <w:t>?</w:t>
      </w:r>
    </w:p>
    <w:p w14:paraId="75DA3390"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A. </w:t>
      </w:r>
      <w:r w:rsidRPr="00B31415">
        <w:rPr>
          <w:rFonts w:cs="Times New Roman"/>
          <w:b/>
          <w:position w:val="-12"/>
          <w:szCs w:val="24"/>
        </w:rPr>
        <w:object w:dxaOrig="300" w:dyaOrig="375" w14:anchorId="569E993F">
          <v:shape id="_x0000_i3245" type="#_x0000_t75" style="width:15pt;height:18.6pt" o:ole="">
            <v:imagedata r:id="rId4350" o:title=""/>
          </v:shape>
          <o:OLEObject Type="Embed" ProgID="Equation.DSMT4" ShapeID="_x0000_i3245" DrawAspect="Content" ObjectID="_1699919981" r:id="rId4351"/>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B. </w:t>
      </w:r>
      <w:r w:rsidRPr="00B31415">
        <w:rPr>
          <w:rFonts w:cs="Times New Roman"/>
          <w:position w:val="-12"/>
          <w:szCs w:val="24"/>
        </w:rPr>
        <w:object w:dxaOrig="315" w:dyaOrig="390" w14:anchorId="1D69FB74">
          <v:shape id="_x0000_i3246" type="#_x0000_t75" style="width:15.6pt;height:19.8pt" o:ole="">
            <v:imagedata r:id="rId4352" o:title=""/>
          </v:shape>
          <o:OLEObject Type="Embed" ProgID="Equation.DSMT4" ShapeID="_x0000_i3246" DrawAspect="Content" ObjectID="_1699919982" r:id="rId4353"/>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C. </w:t>
      </w:r>
      <w:r w:rsidRPr="00B31415">
        <w:rPr>
          <w:rFonts w:cs="Times New Roman"/>
          <w:position w:val="-6"/>
          <w:szCs w:val="24"/>
        </w:rPr>
        <w:object w:dxaOrig="255" w:dyaOrig="315" w14:anchorId="05E04465">
          <v:shape id="_x0000_i3247" type="#_x0000_t75" style="width:12.6pt;height:15.6pt" o:ole="">
            <v:imagedata r:id="rId4354" o:title=""/>
          </v:shape>
          <o:OLEObject Type="Embed" ProgID="Equation.DSMT4" ShapeID="_x0000_i3247" DrawAspect="Content" ObjectID="_1699919983" r:id="rId4355"/>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D. </w:t>
      </w:r>
      <w:r w:rsidRPr="00B31415">
        <w:rPr>
          <w:rFonts w:cs="Times New Roman"/>
          <w:position w:val="-12"/>
          <w:szCs w:val="24"/>
        </w:rPr>
        <w:object w:dxaOrig="255" w:dyaOrig="375" w14:anchorId="07AC9376">
          <v:shape id="_x0000_i3248" type="#_x0000_t75" style="width:12.6pt;height:18.6pt" o:ole="">
            <v:imagedata r:id="rId4356" o:title=""/>
          </v:shape>
          <o:OLEObject Type="Embed" ProgID="Equation.DSMT4" ShapeID="_x0000_i3248" DrawAspect="Content" ObjectID="_1699919984" r:id="rId4357"/>
        </w:object>
      </w:r>
      <w:r w:rsidRPr="00B31415">
        <w:rPr>
          <w:rFonts w:cs="Times New Roman"/>
          <w:szCs w:val="24"/>
        </w:rPr>
        <w:t>.</w:t>
      </w:r>
    </w:p>
    <w:p w14:paraId="4EF922B5" w14:textId="77777777" w:rsidR="00DE7E5C" w:rsidRPr="00B31415" w:rsidRDefault="00DE7E5C" w:rsidP="00B31415">
      <w:pPr>
        <w:tabs>
          <w:tab w:val="left" w:pos="992"/>
        </w:tabs>
        <w:spacing w:before="120" w:after="0"/>
        <w:ind w:left="992" w:hanging="992"/>
        <w:jc w:val="both"/>
        <w:rPr>
          <w:rFonts w:cs="Times New Roman"/>
          <w:b/>
          <w:szCs w:val="24"/>
          <w:lang w:val="fr-FR"/>
        </w:rPr>
      </w:pPr>
      <w:r w:rsidRPr="00B31415">
        <w:rPr>
          <w:rFonts w:cs="Times New Roman"/>
          <w:b/>
          <w:color w:val="0000FF"/>
          <w:szCs w:val="24"/>
          <w:lang w:val="fr-FR"/>
        </w:rPr>
        <w:t>Câu 10:</w:t>
      </w:r>
      <w:r w:rsidRPr="00B31415">
        <w:rPr>
          <w:rFonts w:cs="Times New Roman"/>
          <w:b/>
          <w:color w:val="0000FF"/>
          <w:szCs w:val="24"/>
          <w:lang w:val="fr-FR"/>
        </w:rPr>
        <w:tab/>
      </w:r>
      <w:r w:rsidRPr="00B31415">
        <w:rPr>
          <w:rFonts w:cs="Times New Roman"/>
          <w:szCs w:val="24"/>
          <w:lang w:val="pl-PL"/>
        </w:rPr>
        <w:t xml:space="preserve">Tìm hệ số của </w:t>
      </w:r>
      <w:r w:rsidRPr="00B31415">
        <w:rPr>
          <w:position w:val="-6"/>
          <w:lang w:val="pl-PL"/>
        </w:rPr>
        <w:object w:dxaOrig="255" w:dyaOrig="315" w14:anchorId="02A1D543">
          <v:shape id="_x0000_i3249" type="#_x0000_t75" style="width:12.6pt;height:15.6pt" o:ole="">
            <v:imagedata r:id="rId4358" o:title=""/>
          </v:shape>
          <o:OLEObject Type="Embed" ProgID="Equation.DSMT4" ShapeID="_x0000_i3249" DrawAspect="Content" ObjectID="_1699919985" r:id="rId4359"/>
        </w:object>
      </w:r>
      <w:r w:rsidRPr="00B31415">
        <w:rPr>
          <w:rFonts w:cs="Times New Roman"/>
          <w:szCs w:val="24"/>
          <w:lang w:val="pl-PL"/>
        </w:rPr>
        <w:t xml:space="preserve"> trong khai triển của </w:t>
      </w:r>
      <w:r w:rsidRPr="00B31415">
        <w:rPr>
          <w:position w:val="-14"/>
        </w:rPr>
        <w:object w:dxaOrig="915" w:dyaOrig="435" w14:anchorId="157F1215">
          <v:shape id="_x0000_i3250" type="#_x0000_t75" style="width:45.6pt;height:21.6pt" o:ole="">
            <v:imagedata r:id="rId4360" o:title=""/>
          </v:shape>
          <o:OLEObject Type="Embed" ProgID="Equation.DSMT4" ShapeID="_x0000_i3250" DrawAspect="Content" ObjectID="_1699919986" r:id="rId4361"/>
        </w:object>
      </w:r>
      <w:r w:rsidRPr="00B31415">
        <w:rPr>
          <w:rFonts w:cs="Times New Roman"/>
          <w:szCs w:val="24"/>
          <w:lang w:val="pl-PL"/>
        </w:rPr>
        <w:t>.</w:t>
      </w:r>
    </w:p>
    <w:p w14:paraId="46B569EC" w14:textId="77777777" w:rsidR="00DE7E5C" w:rsidRPr="00B31415" w:rsidRDefault="00DE7E5C" w:rsidP="00B31415">
      <w:pPr>
        <w:tabs>
          <w:tab w:val="left" w:pos="3402"/>
          <w:tab w:val="left" w:pos="5669"/>
          <w:tab w:val="left" w:pos="7937"/>
        </w:tabs>
        <w:spacing w:after="0"/>
        <w:ind w:left="992"/>
        <w:jc w:val="both"/>
        <w:rPr>
          <w:rFonts w:cs="Times New Roman"/>
          <w:szCs w:val="24"/>
          <w:lang w:val="fr-FR"/>
        </w:rPr>
      </w:pPr>
      <w:r w:rsidRPr="00B31415">
        <w:rPr>
          <w:rFonts w:cs="Times New Roman"/>
          <w:b/>
          <w:color w:val="0000FF"/>
          <w:szCs w:val="24"/>
          <w:lang w:val="fr-FR"/>
        </w:rPr>
        <w:t xml:space="preserve">A. </w:t>
      </w:r>
      <w:r w:rsidRPr="00B31415">
        <w:rPr>
          <w:rFonts w:cs="Times New Roman"/>
          <w:position w:val="-6"/>
          <w:szCs w:val="24"/>
        </w:rPr>
        <w:object w:dxaOrig="930" w:dyaOrig="270" w14:anchorId="46E55F96">
          <v:shape id="_x0000_i3251" type="#_x0000_t75" style="width:46.8pt;height:13.8pt" o:ole="">
            <v:imagedata r:id="rId4362" o:title=""/>
          </v:shape>
          <o:OLEObject Type="Embed" ProgID="Equation.DSMT4" ShapeID="_x0000_i3251" DrawAspect="Content" ObjectID="_1699919987" r:id="rId4363"/>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B. </w:t>
      </w:r>
      <w:r w:rsidRPr="00B31415">
        <w:rPr>
          <w:rFonts w:cs="Times New Roman"/>
          <w:position w:val="-6"/>
          <w:szCs w:val="24"/>
        </w:rPr>
        <w:object w:dxaOrig="525" w:dyaOrig="285" w14:anchorId="6890D18F">
          <v:shape id="_x0000_i3252" type="#_x0000_t75" style="width:26.4pt;height:14.4pt" o:ole="">
            <v:imagedata r:id="rId4364" o:title=""/>
          </v:shape>
          <o:OLEObject Type="Embed" ProgID="Equation.DSMT4" ShapeID="_x0000_i3252" DrawAspect="Content" ObjectID="_1699919988" r:id="rId4365"/>
        </w:object>
      </w:r>
      <w:r w:rsidRPr="00B31415">
        <w:rPr>
          <w:rFonts w:cs="Times New Roman"/>
          <w:szCs w:val="24"/>
          <w:lang w:val="fr-FR"/>
        </w:rPr>
        <w:t>.</w:t>
      </w:r>
      <w:r w:rsidRPr="00B31415">
        <w:rPr>
          <w:rFonts w:cs="Times New Roman"/>
          <w:szCs w:val="24"/>
          <w:lang w:val="fr-FR"/>
        </w:rPr>
        <w:tab/>
      </w:r>
      <w:r w:rsidRPr="00B31415">
        <w:rPr>
          <w:rFonts w:cs="Times New Roman"/>
          <w:b/>
          <w:color w:val="0000FF"/>
          <w:szCs w:val="24"/>
          <w:lang w:val="fr-FR"/>
        </w:rPr>
        <w:t xml:space="preserve">C. </w:t>
      </w:r>
      <w:r w:rsidRPr="00B31415">
        <w:rPr>
          <w:rFonts w:cs="Times New Roman"/>
          <w:position w:val="-6"/>
          <w:szCs w:val="24"/>
        </w:rPr>
        <w:object w:dxaOrig="675" w:dyaOrig="270" w14:anchorId="16C45383">
          <v:shape id="_x0000_i3253" type="#_x0000_t75" style="width:33.6pt;height:13.8pt" o:ole="">
            <v:imagedata r:id="rId4366" o:title=""/>
          </v:shape>
          <o:OLEObject Type="Embed" ProgID="Equation.DSMT4" ShapeID="_x0000_i3253" DrawAspect="Content" ObjectID="_1699919989" r:id="rId4367"/>
        </w:object>
      </w:r>
      <w:r w:rsidRPr="00B31415">
        <w:rPr>
          <w:rFonts w:cs="Times New Roman"/>
          <w:szCs w:val="24"/>
          <w:lang w:val="fr-FR"/>
        </w:rPr>
        <w:t>.</w:t>
      </w:r>
      <w:r w:rsidRPr="00B31415">
        <w:rPr>
          <w:rFonts w:cs="Times New Roman"/>
          <w:b/>
          <w:szCs w:val="24"/>
          <w:lang w:val="fr-FR"/>
        </w:rPr>
        <w:tab/>
      </w:r>
      <w:r w:rsidRPr="00B31415">
        <w:rPr>
          <w:rFonts w:cs="Times New Roman"/>
          <w:b/>
          <w:color w:val="0000FF"/>
          <w:szCs w:val="24"/>
          <w:lang w:val="fr-FR"/>
        </w:rPr>
        <w:t xml:space="preserve">D. </w:t>
      </w:r>
      <w:r w:rsidRPr="00B31415">
        <w:rPr>
          <w:rFonts w:cs="Times New Roman"/>
          <w:position w:val="-6"/>
          <w:szCs w:val="24"/>
        </w:rPr>
        <w:object w:dxaOrig="765" w:dyaOrig="285" w14:anchorId="04C48609">
          <v:shape id="_x0000_i3254" type="#_x0000_t75" style="width:38.4pt;height:14.4pt" o:ole="">
            <v:imagedata r:id="rId4368" o:title=""/>
          </v:shape>
          <o:OLEObject Type="Embed" ProgID="Equation.DSMT4" ShapeID="_x0000_i3254" DrawAspect="Content" ObjectID="_1699919990" r:id="rId4369"/>
        </w:object>
      </w:r>
      <w:r w:rsidRPr="00B31415">
        <w:rPr>
          <w:rFonts w:cs="Times New Roman"/>
          <w:szCs w:val="24"/>
          <w:lang w:val="fr-FR"/>
        </w:rPr>
        <w:t>.</w:t>
      </w:r>
    </w:p>
    <w:p w14:paraId="38AD595A" w14:textId="77777777" w:rsidR="00DE7E5C" w:rsidRPr="00B31415" w:rsidRDefault="00DE7E5C" w:rsidP="00B31415">
      <w:pPr>
        <w:tabs>
          <w:tab w:val="left" w:pos="992"/>
        </w:tabs>
        <w:spacing w:before="120" w:after="0"/>
        <w:ind w:left="992" w:hanging="992"/>
        <w:jc w:val="both"/>
        <w:rPr>
          <w:rFonts w:eastAsia="Arial" w:cs="Times New Roman"/>
          <w:b/>
          <w:szCs w:val="24"/>
        </w:rPr>
      </w:pPr>
      <w:r w:rsidRPr="00B31415">
        <w:rPr>
          <w:rFonts w:eastAsia="Arial" w:cs="Times New Roman"/>
          <w:b/>
          <w:color w:val="0000FF"/>
          <w:szCs w:val="24"/>
        </w:rPr>
        <w:t>Câu 11:</w:t>
      </w:r>
      <w:r w:rsidRPr="00B31415">
        <w:rPr>
          <w:rFonts w:eastAsia="Arial" w:cs="Times New Roman"/>
          <w:b/>
          <w:color w:val="0000FF"/>
          <w:szCs w:val="24"/>
        </w:rPr>
        <w:tab/>
      </w:r>
      <w:r w:rsidRPr="00B31415">
        <w:rPr>
          <w:rFonts w:eastAsia="Arial" w:cs="Times New Roman"/>
          <w:szCs w:val="24"/>
        </w:rPr>
        <w:t>Một hộp đựng 9 viên bi trong đó có 4 viên bi đỏ và 5 viên bi xanh. Lấy ngẫu nhiên từ hộp 3 viên bi. Tìm xác suất để 3 viên bi lấy ra có ít nhất 2 viên bi màu xanh.</w:t>
      </w:r>
    </w:p>
    <w:p w14:paraId="6D49AAA2" w14:textId="77777777" w:rsidR="00DE7E5C" w:rsidRPr="00B31415" w:rsidRDefault="00DE7E5C" w:rsidP="00B31415">
      <w:pPr>
        <w:tabs>
          <w:tab w:val="left" w:pos="3402"/>
          <w:tab w:val="left" w:pos="5669"/>
          <w:tab w:val="left" w:pos="7937"/>
        </w:tabs>
        <w:spacing w:after="0"/>
        <w:ind w:left="992"/>
        <w:jc w:val="both"/>
        <w:rPr>
          <w:rFonts w:eastAsia="Arial" w:cs="Times New Roman"/>
          <w:szCs w:val="24"/>
        </w:rPr>
      </w:pPr>
      <w:r w:rsidRPr="00B31415">
        <w:rPr>
          <w:rFonts w:eastAsia="Arial" w:cs="Times New Roman"/>
          <w:b/>
          <w:color w:val="0000FF"/>
          <w:szCs w:val="24"/>
        </w:rPr>
        <w:t xml:space="preserve">A. </w:t>
      </w:r>
      <w:r w:rsidRPr="00B31415">
        <w:rPr>
          <w:rFonts w:cs="Times New Roman"/>
          <w:position w:val="-24"/>
          <w:szCs w:val="24"/>
        </w:rPr>
        <w:object w:dxaOrig="315" w:dyaOrig="615" w14:anchorId="0256B8A7">
          <v:shape id="_x0000_i3255" type="#_x0000_t75" style="width:15.6pt;height:30.6pt" o:ole="">
            <v:imagedata r:id="rId4370" o:title=""/>
          </v:shape>
          <o:OLEObject Type="Embed" ProgID="Equation.DSMT4" ShapeID="_x0000_i3255" DrawAspect="Content" ObjectID="_1699919991" r:id="rId4371"/>
        </w:object>
      </w:r>
      <w:r w:rsidRPr="00B31415">
        <w:rPr>
          <w:rFonts w:eastAsia="Arial" w:cs="Times New Roman"/>
          <w:szCs w:val="24"/>
        </w:rPr>
        <w:t>.</w:t>
      </w:r>
      <w:r w:rsidRPr="00B31415">
        <w:rPr>
          <w:rFonts w:eastAsia="Arial" w:cs="Times New Roman"/>
          <w:b/>
          <w:szCs w:val="24"/>
        </w:rPr>
        <w:tab/>
      </w:r>
      <w:r w:rsidRPr="00B31415">
        <w:rPr>
          <w:rFonts w:eastAsia="Arial" w:cs="Times New Roman"/>
          <w:b/>
          <w:color w:val="0000FF"/>
          <w:szCs w:val="24"/>
        </w:rPr>
        <w:t xml:space="preserve">B. </w:t>
      </w:r>
      <w:r w:rsidRPr="00B31415">
        <w:rPr>
          <w:rFonts w:cs="Times New Roman"/>
          <w:position w:val="-24"/>
          <w:szCs w:val="24"/>
        </w:rPr>
        <w:object w:dxaOrig="315" w:dyaOrig="615" w14:anchorId="53F686AE">
          <v:shape id="_x0000_i3256" type="#_x0000_t75" style="width:15.6pt;height:30.6pt" o:ole="">
            <v:imagedata r:id="rId4372" o:title=""/>
          </v:shape>
          <o:OLEObject Type="Embed" ProgID="Equation.DSMT4" ShapeID="_x0000_i3256" DrawAspect="Content" ObjectID="_1699919992" r:id="rId4373"/>
        </w:object>
      </w:r>
      <w:r w:rsidRPr="00B31415">
        <w:rPr>
          <w:rFonts w:eastAsia="Arial" w:cs="Times New Roman"/>
          <w:szCs w:val="24"/>
        </w:rPr>
        <w:t>.</w:t>
      </w:r>
      <w:r w:rsidRPr="00B31415">
        <w:rPr>
          <w:rFonts w:eastAsia="Arial" w:cs="Times New Roman"/>
          <w:b/>
          <w:szCs w:val="24"/>
        </w:rPr>
        <w:tab/>
      </w:r>
      <w:r w:rsidRPr="00B31415">
        <w:rPr>
          <w:rFonts w:eastAsia="Arial" w:cs="Times New Roman"/>
          <w:b/>
          <w:color w:val="0000FF"/>
          <w:szCs w:val="24"/>
        </w:rPr>
        <w:t xml:space="preserve">C. </w:t>
      </w:r>
      <w:r w:rsidRPr="00B31415">
        <w:rPr>
          <w:rFonts w:cs="Times New Roman"/>
          <w:position w:val="-24"/>
          <w:szCs w:val="24"/>
        </w:rPr>
        <w:object w:dxaOrig="360" w:dyaOrig="615" w14:anchorId="33999AE7">
          <v:shape id="_x0000_i3257" type="#_x0000_t75" style="width:18pt;height:30.6pt" o:ole="">
            <v:imagedata r:id="rId4374" o:title=""/>
          </v:shape>
          <o:OLEObject Type="Embed" ProgID="Equation.DSMT4" ShapeID="_x0000_i3257" DrawAspect="Content" ObjectID="_1699919993" r:id="rId4375"/>
        </w:object>
      </w:r>
      <w:r w:rsidRPr="00B31415">
        <w:rPr>
          <w:rFonts w:eastAsia="Arial" w:cs="Times New Roman"/>
          <w:szCs w:val="24"/>
        </w:rPr>
        <w:t>.</w:t>
      </w:r>
      <w:r w:rsidRPr="00B31415">
        <w:rPr>
          <w:rFonts w:eastAsia="Arial" w:cs="Times New Roman"/>
          <w:szCs w:val="24"/>
        </w:rPr>
        <w:tab/>
      </w:r>
      <w:r w:rsidRPr="00B31415">
        <w:rPr>
          <w:rFonts w:eastAsia="Arial" w:cs="Times New Roman"/>
          <w:b/>
          <w:color w:val="0000FF"/>
          <w:szCs w:val="24"/>
        </w:rPr>
        <w:t xml:space="preserve">D. </w:t>
      </w:r>
      <w:r w:rsidRPr="00B31415">
        <w:rPr>
          <w:rFonts w:cs="Times New Roman"/>
          <w:position w:val="-24"/>
          <w:szCs w:val="24"/>
        </w:rPr>
        <w:object w:dxaOrig="360" w:dyaOrig="615" w14:anchorId="26D86AA8">
          <v:shape id="_x0000_i3258" type="#_x0000_t75" style="width:18pt;height:30.6pt" o:ole="">
            <v:imagedata r:id="rId4376" o:title=""/>
          </v:shape>
          <o:OLEObject Type="Embed" ProgID="Equation.DSMT4" ShapeID="_x0000_i3258" DrawAspect="Content" ObjectID="_1699919994" r:id="rId4377"/>
        </w:object>
      </w:r>
      <w:r w:rsidRPr="00B31415">
        <w:rPr>
          <w:rFonts w:eastAsia="Arial" w:cs="Times New Roman"/>
          <w:szCs w:val="24"/>
        </w:rPr>
        <w:t>.</w:t>
      </w:r>
    </w:p>
    <w:p w14:paraId="3E23F9FE"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12:</w:t>
      </w:r>
      <w:r w:rsidRPr="00B31415">
        <w:rPr>
          <w:rFonts w:cs="Times New Roman"/>
          <w:b/>
          <w:color w:val="0000FF"/>
          <w:szCs w:val="24"/>
        </w:rPr>
        <w:tab/>
      </w:r>
      <w:r w:rsidRPr="00B31415">
        <w:rPr>
          <w:rFonts w:cs="Times New Roman"/>
          <w:szCs w:val="24"/>
        </w:rPr>
        <w:t xml:space="preserve">Một hộp có </w:t>
      </w:r>
      <w:r w:rsidRPr="00B31415">
        <w:rPr>
          <w:rFonts w:eastAsia="Arial"/>
          <w:position w:val="-6"/>
        </w:rPr>
        <w:object w:dxaOrig="285" w:dyaOrig="285" w14:anchorId="57808798">
          <v:shape id="_x0000_i3259" type="#_x0000_t75" style="width:14.4pt;height:14.4pt" o:ole="">
            <v:imagedata r:id="rId4378" o:title=""/>
          </v:shape>
          <o:OLEObject Type="Embed" ProgID="Equation.DSMT4" ShapeID="_x0000_i3259" DrawAspect="Content" ObjectID="_1699919995" r:id="rId4379"/>
        </w:object>
      </w:r>
      <w:r w:rsidRPr="00B31415">
        <w:rPr>
          <w:rFonts w:cs="Times New Roman"/>
          <w:szCs w:val="24"/>
        </w:rPr>
        <w:t xml:space="preserve"> quả cầu xanh, </w:t>
      </w:r>
      <w:r w:rsidRPr="00B31415">
        <w:rPr>
          <w:rFonts w:eastAsia="Arial"/>
          <w:position w:val="-6"/>
        </w:rPr>
        <w:object w:dxaOrig="180" w:dyaOrig="285" w14:anchorId="78DEC6E1">
          <v:shape id="_x0000_i3260" type="#_x0000_t75" style="width:9.6pt;height:14.4pt" o:ole="">
            <v:imagedata r:id="rId4380" o:title=""/>
          </v:shape>
          <o:OLEObject Type="Embed" ProgID="Equation.DSMT4" ShapeID="_x0000_i3260" DrawAspect="Content" ObjectID="_1699919996" r:id="rId4381"/>
        </w:object>
      </w:r>
      <w:r w:rsidRPr="00B31415">
        <w:rPr>
          <w:rFonts w:cs="Times New Roman"/>
          <w:szCs w:val="24"/>
        </w:rPr>
        <w:t xml:space="preserve"> quả cầu đỏ. Lấy ngẫu nhiên </w:t>
      </w:r>
      <w:r w:rsidRPr="00B31415">
        <w:rPr>
          <w:rFonts w:eastAsia="Arial"/>
          <w:position w:val="-6"/>
        </w:rPr>
        <w:object w:dxaOrig="180" w:dyaOrig="285" w14:anchorId="15809ED3">
          <v:shape id="_x0000_i3261" type="#_x0000_t75" style="width:9.6pt;height:14.4pt" o:ole="">
            <v:imagedata r:id="rId4382" o:title=""/>
          </v:shape>
          <o:OLEObject Type="Embed" ProgID="Equation.DSMT4" ShapeID="_x0000_i3261" DrawAspect="Content" ObjectID="_1699919997" r:id="rId4383"/>
        </w:object>
      </w:r>
      <w:r w:rsidRPr="00B31415">
        <w:rPr>
          <w:rFonts w:cs="Times New Roman"/>
          <w:szCs w:val="24"/>
        </w:rPr>
        <w:t xml:space="preserve"> quả từ hộp đó. Xác suất để được </w:t>
      </w:r>
      <w:r w:rsidRPr="00B31415">
        <w:rPr>
          <w:rFonts w:eastAsia="Arial"/>
          <w:position w:val="-6"/>
        </w:rPr>
        <w:object w:dxaOrig="180" w:dyaOrig="285" w14:anchorId="0259CC83">
          <v:shape id="_x0000_i3262" type="#_x0000_t75" style="width:9.6pt;height:14.4pt" o:ole="">
            <v:imagedata r:id="rId4384" o:title=""/>
          </v:shape>
          <o:OLEObject Type="Embed" ProgID="Equation.DSMT4" ShapeID="_x0000_i3262" DrawAspect="Content" ObjectID="_1699919998" r:id="rId4385"/>
        </w:object>
      </w:r>
      <w:r w:rsidRPr="00B31415">
        <w:rPr>
          <w:rFonts w:cs="Times New Roman"/>
          <w:szCs w:val="24"/>
        </w:rPr>
        <w:t xml:space="preserve"> quả có đủ hai màu là</w:t>
      </w:r>
    </w:p>
    <w:p w14:paraId="053A69E8"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A. </w:t>
      </w:r>
      <w:r w:rsidRPr="00B31415">
        <w:rPr>
          <w:rFonts w:cs="Times New Roman"/>
          <w:position w:val="-24"/>
          <w:szCs w:val="24"/>
        </w:rPr>
        <w:object w:dxaOrig="435" w:dyaOrig="615" w14:anchorId="4A07787C">
          <v:shape id="_x0000_i3263" type="#_x0000_t75" style="width:21.6pt;height:30.6pt" o:ole="">
            <v:imagedata r:id="rId4386" o:title=""/>
          </v:shape>
          <o:OLEObject Type="Embed" ProgID="Equation.DSMT4" ShapeID="_x0000_i3263" DrawAspect="Content" ObjectID="_1699919999" r:id="rId4387"/>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B. </w:t>
      </w:r>
      <w:r w:rsidRPr="00B31415">
        <w:rPr>
          <w:rFonts w:cs="Times New Roman"/>
          <w:position w:val="-24"/>
          <w:szCs w:val="24"/>
        </w:rPr>
        <w:object w:dxaOrig="435" w:dyaOrig="615" w14:anchorId="1BA5FE0D">
          <v:shape id="_x0000_i3264" type="#_x0000_t75" style="width:21.6pt;height:30.6pt" o:ole="">
            <v:imagedata r:id="rId4388" o:title=""/>
          </v:shape>
          <o:OLEObject Type="Embed" ProgID="Equation.DSMT4" ShapeID="_x0000_i3264" DrawAspect="Content" ObjectID="_1699920000" r:id="rId4389"/>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C. </w:t>
      </w:r>
      <w:r w:rsidRPr="00B31415">
        <w:rPr>
          <w:rFonts w:cs="Times New Roman"/>
          <w:position w:val="-24"/>
          <w:szCs w:val="24"/>
        </w:rPr>
        <w:object w:dxaOrig="435" w:dyaOrig="615" w14:anchorId="4A0FEA66">
          <v:shape id="_x0000_i3265" type="#_x0000_t75" style="width:21.6pt;height:30.6pt" o:ole="">
            <v:imagedata r:id="rId4390" o:title=""/>
          </v:shape>
          <o:OLEObject Type="Embed" ProgID="Equation.DSMT4" ShapeID="_x0000_i3265" DrawAspect="Content" ObjectID="_1699920001" r:id="rId4391"/>
        </w:object>
      </w:r>
      <w:r w:rsidRPr="00B31415">
        <w:rPr>
          <w:rFonts w:cs="Times New Roman"/>
          <w:szCs w:val="24"/>
        </w:rPr>
        <w:t>.</w:t>
      </w:r>
      <w:r w:rsidRPr="00B31415">
        <w:rPr>
          <w:rFonts w:cs="Times New Roman"/>
          <w:szCs w:val="24"/>
        </w:rPr>
        <w:tab/>
      </w:r>
      <w:r w:rsidRPr="00B31415">
        <w:rPr>
          <w:rFonts w:cs="Times New Roman"/>
          <w:b/>
          <w:color w:val="0000FF"/>
          <w:szCs w:val="24"/>
        </w:rPr>
        <w:t xml:space="preserve">D. </w:t>
      </w:r>
      <w:r w:rsidRPr="00B31415">
        <w:rPr>
          <w:rFonts w:cs="Times New Roman"/>
          <w:position w:val="-24"/>
          <w:szCs w:val="24"/>
        </w:rPr>
        <w:object w:dxaOrig="480" w:dyaOrig="615" w14:anchorId="5FA0354D">
          <v:shape id="_x0000_i3266" type="#_x0000_t75" style="width:24pt;height:30.6pt" o:ole="">
            <v:imagedata r:id="rId4392" o:title=""/>
          </v:shape>
          <o:OLEObject Type="Embed" ProgID="Equation.DSMT4" ShapeID="_x0000_i3266" DrawAspect="Content" ObjectID="_1699920002" r:id="rId4393"/>
        </w:object>
      </w:r>
      <w:r w:rsidRPr="00B31415">
        <w:rPr>
          <w:rFonts w:cs="Times New Roman"/>
          <w:szCs w:val="24"/>
        </w:rPr>
        <w:t>.</w:t>
      </w:r>
    </w:p>
    <w:p w14:paraId="2CFD9A96" w14:textId="77777777" w:rsidR="00DE7E5C" w:rsidRPr="00B31415" w:rsidRDefault="00DE7E5C" w:rsidP="00B31415">
      <w:pPr>
        <w:tabs>
          <w:tab w:val="left" w:pos="992"/>
        </w:tabs>
        <w:spacing w:before="120" w:after="0"/>
        <w:ind w:left="992" w:hanging="992"/>
        <w:jc w:val="both"/>
        <w:rPr>
          <w:rFonts w:cs="Times New Roman"/>
          <w:szCs w:val="24"/>
        </w:rPr>
      </w:pPr>
      <w:r w:rsidRPr="00B31415">
        <w:rPr>
          <w:rFonts w:cs="Times New Roman"/>
          <w:b/>
          <w:color w:val="0000FF"/>
          <w:szCs w:val="24"/>
        </w:rPr>
        <w:t>Câu 13:</w:t>
      </w:r>
      <w:r w:rsidRPr="00B31415">
        <w:rPr>
          <w:rFonts w:cs="Times New Roman"/>
          <w:b/>
          <w:color w:val="0000FF"/>
          <w:szCs w:val="24"/>
        </w:rPr>
        <w:tab/>
      </w:r>
      <w:r w:rsidRPr="00B31415">
        <w:rPr>
          <w:rFonts w:cs="Times New Roman"/>
          <w:szCs w:val="24"/>
        </w:rPr>
        <w:t>Hình nào trong các hình sau là hình biểu diễn của hình chóp tứ giác?</w:t>
      </w:r>
    </w:p>
    <w:p w14:paraId="182033E7" w14:textId="77777777" w:rsidR="00DE7E5C" w:rsidRPr="00B31415" w:rsidRDefault="00DE7E5C" w:rsidP="00B31415">
      <w:pPr>
        <w:spacing w:after="0"/>
        <w:ind w:left="992"/>
        <w:jc w:val="both"/>
        <w:rPr>
          <w:rFonts w:cs="Times New Roman"/>
          <w:b/>
          <w:szCs w:val="24"/>
        </w:rPr>
      </w:pPr>
      <w:r w:rsidRPr="00B31415">
        <w:rPr>
          <w:rFonts w:cs="Times New Roman"/>
          <w:noProof/>
          <w:szCs w:val="24"/>
        </w:rPr>
        <w:drawing>
          <wp:inline distT="0" distB="0" distL="0" distR="0" wp14:anchorId="3B882126" wp14:editId="706C7828">
            <wp:extent cx="1323975" cy="1562100"/>
            <wp:effectExtent l="0" t="0" r="9525" b="0"/>
            <wp:docPr id="26" name="Hình ảnh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94" cstate="print">
                      <a:extLst>
                        <a:ext uri="{28A0092B-C50C-407E-A947-70E740481C1C}">
                          <a14:useLocalDpi xmlns:a14="http://schemas.microsoft.com/office/drawing/2010/main" val="0"/>
                        </a:ext>
                      </a:extLst>
                    </a:blip>
                    <a:srcRect/>
                    <a:stretch>
                      <a:fillRect/>
                    </a:stretch>
                  </pic:blipFill>
                  <pic:spPr bwMode="auto">
                    <a:xfrm>
                      <a:off x="0" y="0"/>
                      <a:ext cx="1323975" cy="1562100"/>
                    </a:xfrm>
                    <a:prstGeom prst="rect">
                      <a:avLst/>
                    </a:prstGeom>
                    <a:noFill/>
                    <a:ln>
                      <a:noFill/>
                    </a:ln>
                  </pic:spPr>
                </pic:pic>
              </a:graphicData>
            </a:graphic>
          </wp:inline>
        </w:drawing>
      </w:r>
      <w:r w:rsidRPr="00B31415">
        <w:rPr>
          <w:rFonts w:cs="Times New Roman"/>
          <w:noProof/>
          <w:szCs w:val="24"/>
        </w:rPr>
        <w:drawing>
          <wp:inline distT="0" distB="0" distL="0" distR="0" wp14:anchorId="0C4A9012" wp14:editId="2385A7A1">
            <wp:extent cx="1390650" cy="1600200"/>
            <wp:effectExtent l="0" t="0" r="0" b="0"/>
            <wp:docPr id="25" name="Hình ảnh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95" cstate="print">
                      <a:extLst>
                        <a:ext uri="{28A0092B-C50C-407E-A947-70E740481C1C}">
                          <a14:useLocalDpi xmlns:a14="http://schemas.microsoft.com/office/drawing/2010/main" val="0"/>
                        </a:ext>
                      </a:extLst>
                    </a:blip>
                    <a:srcRect/>
                    <a:stretch>
                      <a:fillRect/>
                    </a:stretch>
                  </pic:blipFill>
                  <pic:spPr bwMode="auto">
                    <a:xfrm>
                      <a:off x="0" y="0"/>
                      <a:ext cx="1390650" cy="1600200"/>
                    </a:xfrm>
                    <a:prstGeom prst="rect">
                      <a:avLst/>
                    </a:prstGeom>
                    <a:noFill/>
                    <a:ln>
                      <a:noFill/>
                    </a:ln>
                  </pic:spPr>
                </pic:pic>
              </a:graphicData>
            </a:graphic>
          </wp:inline>
        </w:drawing>
      </w:r>
      <w:r w:rsidRPr="00B31415">
        <w:rPr>
          <w:rFonts w:cs="Times New Roman"/>
          <w:noProof/>
          <w:szCs w:val="24"/>
        </w:rPr>
        <w:drawing>
          <wp:inline distT="0" distB="0" distL="0" distR="0" wp14:anchorId="597CA1F4" wp14:editId="1D5DFF02">
            <wp:extent cx="1485900" cy="1676400"/>
            <wp:effectExtent l="0" t="0" r="0" b="0"/>
            <wp:docPr id="24" name="Hình ảnh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96" cstate="print">
                      <a:extLst>
                        <a:ext uri="{28A0092B-C50C-407E-A947-70E740481C1C}">
                          <a14:useLocalDpi xmlns:a14="http://schemas.microsoft.com/office/drawing/2010/main" val="0"/>
                        </a:ext>
                      </a:extLst>
                    </a:blip>
                    <a:srcRect/>
                    <a:stretch>
                      <a:fillRect/>
                    </a:stretch>
                  </pic:blipFill>
                  <pic:spPr bwMode="auto">
                    <a:xfrm>
                      <a:off x="0" y="0"/>
                      <a:ext cx="1485900" cy="1676400"/>
                    </a:xfrm>
                    <a:prstGeom prst="rect">
                      <a:avLst/>
                    </a:prstGeom>
                    <a:noFill/>
                    <a:ln>
                      <a:noFill/>
                    </a:ln>
                  </pic:spPr>
                </pic:pic>
              </a:graphicData>
            </a:graphic>
          </wp:inline>
        </w:drawing>
      </w:r>
      <w:r w:rsidRPr="00B31415">
        <w:rPr>
          <w:rFonts w:cs="Times New Roman"/>
          <w:noProof/>
          <w:szCs w:val="24"/>
        </w:rPr>
        <w:drawing>
          <wp:inline distT="0" distB="0" distL="0" distR="0" wp14:anchorId="3A0CC2BF" wp14:editId="1697FD1E">
            <wp:extent cx="1400175" cy="1524000"/>
            <wp:effectExtent l="0" t="0" r="9525" b="0"/>
            <wp:docPr id="23" name="Hình ản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97" cstate="print">
                      <a:extLst>
                        <a:ext uri="{28A0092B-C50C-407E-A947-70E740481C1C}">
                          <a14:useLocalDpi xmlns:a14="http://schemas.microsoft.com/office/drawing/2010/main" val="0"/>
                        </a:ext>
                      </a:extLst>
                    </a:blip>
                    <a:srcRect/>
                    <a:stretch>
                      <a:fillRect/>
                    </a:stretch>
                  </pic:blipFill>
                  <pic:spPr bwMode="auto">
                    <a:xfrm>
                      <a:off x="0" y="0"/>
                      <a:ext cx="1400175" cy="1524000"/>
                    </a:xfrm>
                    <a:prstGeom prst="rect">
                      <a:avLst/>
                    </a:prstGeom>
                    <a:noFill/>
                    <a:ln>
                      <a:noFill/>
                    </a:ln>
                  </pic:spPr>
                </pic:pic>
              </a:graphicData>
            </a:graphic>
          </wp:inline>
        </w:drawing>
      </w:r>
    </w:p>
    <w:p w14:paraId="2673DC5E"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bCs/>
          <w:color w:val="0000FF"/>
          <w:szCs w:val="24"/>
        </w:rPr>
        <w:t xml:space="preserve">A. </w:t>
      </w:r>
      <w:r w:rsidRPr="00B31415">
        <w:rPr>
          <w:rFonts w:cs="Times New Roman"/>
          <w:szCs w:val="24"/>
        </w:rPr>
        <w:t xml:space="preserve">Hình </w:t>
      </w:r>
      <w:r w:rsidRPr="00B31415">
        <w:rPr>
          <w:rFonts w:cs="Times New Roman"/>
          <w:position w:val="-4"/>
          <w:szCs w:val="24"/>
        </w:rPr>
        <w:object w:dxaOrig="200" w:dyaOrig="260" w14:anchorId="2029BA8B">
          <v:shape id="_x0000_i3267" type="#_x0000_t75" style="width:9.6pt;height:12.6pt" o:ole="">
            <v:imagedata r:id="rId4398" o:title=""/>
          </v:shape>
          <o:OLEObject Type="Embed" ProgID="Equation.DSMT4" ShapeID="_x0000_i3267" DrawAspect="Content" ObjectID="_1699920003" r:id="rId4399"/>
        </w:object>
      </w:r>
      <w:r w:rsidRPr="00B31415">
        <w:rPr>
          <w:rFonts w:cs="Times New Roman"/>
          <w:szCs w:val="24"/>
        </w:rPr>
        <w:t>.</w:t>
      </w:r>
      <w:r w:rsidRPr="00B31415">
        <w:rPr>
          <w:rFonts w:cs="Times New Roman"/>
          <w:b/>
          <w:szCs w:val="24"/>
        </w:rPr>
        <w:tab/>
      </w:r>
      <w:r w:rsidRPr="00B31415">
        <w:rPr>
          <w:rFonts w:cs="Times New Roman"/>
          <w:b/>
          <w:bCs/>
          <w:color w:val="0000FF"/>
          <w:szCs w:val="24"/>
        </w:rPr>
        <w:t xml:space="preserve">B. </w:t>
      </w:r>
      <w:r w:rsidRPr="00B31415">
        <w:rPr>
          <w:rFonts w:cs="Times New Roman"/>
          <w:szCs w:val="24"/>
        </w:rPr>
        <w:t xml:space="preserve">Hình </w:t>
      </w:r>
      <w:r w:rsidRPr="00B31415">
        <w:rPr>
          <w:rFonts w:cs="Times New Roman"/>
          <w:position w:val="-4"/>
          <w:szCs w:val="24"/>
        </w:rPr>
        <w:object w:dxaOrig="139" w:dyaOrig="260" w14:anchorId="7BE62BBA">
          <v:shape id="_x0000_i3268" type="#_x0000_t75" style="width:6.6pt;height:12.6pt" o:ole="">
            <v:imagedata r:id="rId4400" o:title=""/>
          </v:shape>
          <o:OLEObject Type="Embed" ProgID="Equation.DSMT4" ShapeID="_x0000_i3268" DrawAspect="Content" ObjectID="_1699920004" r:id="rId4401"/>
        </w:object>
      </w:r>
      <w:r w:rsidRPr="00B31415">
        <w:rPr>
          <w:rFonts w:cs="Times New Roman"/>
          <w:szCs w:val="24"/>
        </w:rPr>
        <w:t>.</w:t>
      </w:r>
      <w:r w:rsidRPr="00B31415">
        <w:rPr>
          <w:rFonts w:cs="Times New Roman"/>
          <w:szCs w:val="24"/>
        </w:rPr>
        <w:tab/>
      </w:r>
      <w:r w:rsidRPr="00B31415">
        <w:rPr>
          <w:rFonts w:cs="Times New Roman"/>
          <w:b/>
          <w:bCs/>
          <w:color w:val="0000FF"/>
          <w:szCs w:val="24"/>
        </w:rPr>
        <w:t>C</w:t>
      </w:r>
      <w:r w:rsidRPr="00B31415">
        <w:rPr>
          <w:rFonts w:cs="Times New Roman"/>
          <w:b/>
          <w:color w:val="0000FF"/>
          <w:szCs w:val="24"/>
        </w:rPr>
        <w:t xml:space="preserve">. </w:t>
      </w:r>
      <w:r w:rsidRPr="00B31415">
        <w:rPr>
          <w:rFonts w:cs="Times New Roman"/>
          <w:szCs w:val="24"/>
        </w:rPr>
        <w:t>Hình</w:t>
      </w:r>
      <w:r w:rsidRPr="00B31415">
        <w:rPr>
          <w:rFonts w:cs="Times New Roman"/>
          <w:b/>
          <w:bCs/>
          <w:szCs w:val="24"/>
        </w:rPr>
        <w:t xml:space="preserve"> </w:t>
      </w:r>
      <w:r w:rsidRPr="00B31415">
        <w:rPr>
          <w:rFonts w:cs="Times New Roman"/>
          <w:b/>
          <w:bCs/>
          <w:position w:val="-4"/>
          <w:szCs w:val="24"/>
        </w:rPr>
        <w:object w:dxaOrig="200" w:dyaOrig="260" w14:anchorId="4828787A">
          <v:shape id="_x0000_i3269" type="#_x0000_t75" style="width:9.6pt;height:12.6pt" o:ole="">
            <v:imagedata r:id="rId4402" o:title=""/>
          </v:shape>
          <o:OLEObject Type="Embed" ProgID="Equation.DSMT4" ShapeID="_x0000_i3269" DrawAspect="Content" ObjectID="_1699920005" r:id="rId4403"/>
        </w:object>
      </w:r>
      <w:r w:rsidRPr="00B31415">
        <w:rPr>
          <w:rFonts w:cs="Times New Roman"/>
          <w:szCs w:val="24"/>
        </w:rPr>
        <w:t>.</w:t>
      </w:r>
      <w:r w:rsidRPr="00B31415">
        <w:rPr>
          <w:rFonts w:cs="Times New Roman"/>
          <w:b/>
          <w:szCs w:val="24"/>
        </w:rPr>
        <w:tab/>
      </w:r>
      <w:r w:rsidRPr="00B31415">
        <w:rPr>
          <w:rFonts w:cs="Times New Roman"/>
          <w:b/>
          <w:bCs/>
          <w:color w:val="0000FF"/>
          <w:szCs w:val="24"/>
        </w:rPr>
        <w:t xml:space="preserve">D. </w:t>
      </w:r>
      <w:r w:rsidRPr="00B31415">
        <w:rPr>
          <w:rFonts w:cs="Times New Roman"/>
          <w:szCs w:val="24"/>
        </w:rPr>
        <w:t>Hình</w:t>
      </w:r>
      <w:r w:rsidRPr="00B31415">
        <w:rPr>
          <w:rFonts w:cs="Times New Roman"/>
          <w:b/>
          <w:bCs/>
          <w:szCs w:val="24"/>
        </w:rPr>
        <w:t xml:space="preserve"> </w:t>
      </w:r>
      <w:r w:rsidRPr="00B31415">
        <w:rPr>
          <w:rFonts w:cs="Times New Roman"/>
          <w:b/>
          <w:bCs/>
          <w:position w:val="-6"/>
          <w:szCs w:val="24"/>
        </w:rPr>
        <w:object w:dxaOrig="180" w:dyaOrig="279" w14:anchorId="53A2CE8A">
          <v:shape id="_x0000_i3270" type="#_x0000_t75" style="width:9.6pt;height:14.4pt" o:ole="">
            <v:imagedata r:id="rId4404" o:title=""/>
          </v:shape>
          <o:OLEObject Type="Embed" ProgID="Equation.DSMT4" ShapeID="_x0000_i3270" DrawAspect="Content" ObjectID="_1699920006" r:id="rId4405"/>
        </w:object>
      </w:r>
      <w:r w:rsidRPr="00B31415">
        <w:rPr>
          <w:rFonts w:cs="Times New Roman"/>
          <w:szCs w:val="24"/>
        </w:rPr>
        <w:t>.</w:t>
      </w:r>
    </w:p>
    <w:p w14:paraId="45D9C582" w14:textId="77777777" w:rsidR="00DE7E5C" w:rsidRPr="00B31415" w:rsidRDefault="00DE7E5C" w:rsidP="00B31415">
      <w:pPr>
        <w:tabs>
          <w:tab w:val="left" w:pos="992"/>
        </w:tabs>
        <w:spacing w:before="120" w:after="0"/>
        <w:ind w:left="992" w:hanging="992"/>
        <w:jc w:val="both"/>
        <w:rPr>
          <w:rFonts w:cs="Times New Roman"/>
          <w:b/>
          <w:bCs/>
          <w:szCs w:val="24"/>
        </w:rPr>
      </w:pPr>
      <w:r w:rsidRPr="00B31415">
        <w:rPr>
          <w:rFonts w:cs="Times New Roman"/>
          <w:b/>
          <w:bCs/>
          <w:color w:val="0000FF"/>
          <w:szCs w:val="24"/>
        </w:rPr>
        <w:t>Câu 14:</w:t>
      </w:r>
      <w:r w:rsidRPr="00B31415">
        <w:rPr>
          <w:rFonts w:cs="Times New Roman"/>
          <w:b/>
          <w:bCs/>
          <w:color w:val="0000FF"/>
          <w:szCs w:val="24"/>
        </w:rPr>
        <w:tab/>
      </w:r>
      <w:r w:rsidRPr="00B31415">
        <w:rPr>
          <w:rFonts w:cs="Times New Roman"/>
          <w:szCs w:val="24"/>
        </w:rPr>
        <w:t xml:space="preserve">Cho hình chóp </w:t>
      </w:r>
      <w:r w:rsidRPr="00B31415">
        <w:rPr>
          <w:position w:val="-6"/>
        </w:rPr>
        <w:object w:dxaOrig="920" w:dyaOrig="279" w14:anchorId="27DA6564">
          <v:shape id="_x0000_i3271" type="#_x0000_t75" style="width:45.6pt;height:14.4pt" o:ole="">
            <v:imagedata r:id="rId4406" o:title=""/>
          </v:shape>
          <o:OLEObject Type="Embed" ProgID="Equation.DSMT4" ShapeID="_x0000_i3271" DrawAspect="Content" ObjectID="_1699920007" r:id="rId4407"/>
        </w:object>
      </w:r>
      <w:r w:rsidRPr="00B31415">
        <w:rPr>
          <w:rFonts w:cs="Times New Roman"/>
          <w:szCs w:val="24"/>
        </w:rPr>
        <w:t xml:space="preserve">, đáy là tứ giác lồi có </w:t>
      </w:r>
      <w:r w:rsidRPr="00B31415">
        <w:rPr>
          <w:position w:val="-6"/>
        </w:rPr>
        <w:object w:dxaOrig="1480" w:dyaOrig="279" w14:anchorId="00707E54">
          <v:shape id="_x0000_i3272" type="#_x0000_t75" style="width:74.4pt;height:14.4pt" o:ole="">
            <v:imagedata r:id="rId4408" o:title=""/>
          </v:shape>
          <o:OLEObject Type="Embed" ProgID="Equation.DSMT4" ShapeID="_x0000_i3272" DrawAspect="Content" ObjectID="_1699920008" r:id="rId4409"/>
        </w:object>
      </w:r>
      <w:r w:rsidRPr="00B31415">
        <w:rPr>
          <w:rFonts w:cs="Times New Roman"/>
          <w:szCs w:val="24"/>
        </w:rPr>
        <w:t xml:space="preserve"> và </w:t>
      </w:r>
      <w:r w:rsidRPr="00B31415">
        <w:rPr>
          <w:position w:val="-6"/>
        </w:rPr>
        <w:object w:dxaOrig="1460" w:dyaOrig="279" w14:anchorId="76AB1D8D">
          <v:shape id="_x0000_i3273" type="#_x0000_t75" style="width:72.6pt;height:14.4pt" o:ole="">
            <v:imagedata r:id="rId4410" o:title=""/>
          </v:shape>
          <o:OLEObject Type="Embed" ProgID="Equation.DSMT4" ShapeID="_x0000_i3273" DrawAspect="Content" ObjectID="_1699920009" r:id="rId4411"/>
        </w:object>
      </w:r>
      <w:r w:rsidRPr="00B31415">
        <w:rPr>
          <w:rFonts w:cs="Times New Roman"/>
          <w:szCs w:val="24"/>
        </w:rPr>
        <w:t xml:space="preserve"> Giao tuyến của mặt phẳng </w:t>
      </w:r>
      <w:r w:rsidRPr="00B31415">
        <w:rPr>
          <w:position w:val="-14"/>
        </w:rPr>
        <w:object w:dxaOrig="700" w:dyaOrig="400" w14:anchorId="1D999D8A">
          <v:shape id="_x0000_i3274" type="#_x0000_t75" style="width:35.4pt;height:20.4pt" o:ole="">
            <v:imagedata r:id="rId4412" o:title=""/>
          </v:shape>
          <o:OLEObject Type="Embed" ProgID="Equation.DSMT4" ShapeID="_x0000_i3274" DrawAspect="Content" ObjectID="_1699920010" r:id="rId4413"/>
        </w:object>
      </w:r>
      <w:r w:rsidRPr="00B31415">
        <w:rPr>
          <w:rFonts w:cs="Times New Roman"/>
          <w:szCs w:val="24"/>
        </w:rPr>
        <w:t xml:space="preserve"> và mặt phẳng </w:t>
      </w:r>
      <w:r w:rsidRPr="00B31415">
        <w:rPr>
          <w:position w:val="-14"/>
        </w:rPr>
        <w:object w:dxaOrig="700" w:dyaOrig="400" w14:anchorId="293D8B21">
          <v:shape id="_x0000_i3275" type="#_x0000_t75" style="width:35.4pt;height:20.4pt" o:ole="">
            <v:imagedata r:id="rId4414" o:title=""/>
          </v:shape>
          <o:OLEObject Type="Embed" ProgID="Equation.DSMT4" ShapeID="_x0000_i3275" DrawAspect="Content" ObjectID="_1699920011" r:id="rId4415"/>
        </w:object>
      </w:r>
      <w:r w:rsidRPr="00B31415">
        <w:rPr>
          <w:rFonts w:cs="Times New Roman"/>
          <w:szCs w:val="24"/>
        </w:rPr>
        <w:t xml:space="preserve"> là đường thẳng.</w:t>
      </w:r>
    </w:p>
    <w:p w14:paraId="4E7AF161" w14:textId="77777777" w:rsidR="00DE7E5C" w:rsidRPr="00B31415" w:rsidRDefault="00DE7E5C" w:rsidP="00B31415">
      <w:pPr>
        <w:tabs>
          <w:tab w:val="left" w:pos="3402"/>
          <w:tab w:val="left" w:pos="5669"/>
          <w:tab w:val="left" w:pos="7937"/>
        </w:tabs>
        <w:spacing w:after="0"/>
        <w:ind w:left="992"/>
        <w:jc w:val="both"/>
        <w:rPr>
          <w:rFonts w:cs="Times New Roman"/>
          <w:b/>
          <w:bCs/>
          <w:szCs w:val="24"/>
        </w:rPr>
      </w:pPr>
      <w:r w:rsidRPr="00B31415">
        <w:rPr>
          <w:rFonts w:cs="Times New Roman"/>
          <w:b/>
          <w:bCs/>
          <w:color w:val="0000FF"/>
          <w:szCs w:val="24"/>
        </w:rPr>
        <w:t xml:space="preserve">A. </w:t>
      </w:r>
      <w:r w:rsidRPr="00B31415">
        <w:rPr>
          <w:rFonts w:cs="Times New Roman"/>
          <w:b/>
          <w:bCs/>
          <w:position w:val="-6"/>
          <w:szCs w:val="24"/>
        </w:rPr>
        <w:object w:dxaOrig="380" w:dyaOrig="279" w14:anchorId="390F3C38">
          <v:shape id="_x0000_i3276" type="#_x0000_t75" style="width:18.6pt;height:14.4pt" o:ole="">
            <v:imagedata r:id="rId4416" o:title=""/>
          </v:shape>
          <o:OLEObject Type="Embed" ProgID="Equation.DSMT4" ShapeID="_x0000_i3276" DrawAspect="Content" ObjectID="_1699920012" r:id="rId4417"/>
        </w:object>
      </w:r>
      <w:r w:rsidRPr="00B31415">
        <w:rPr>
          <w:rFonts w:cs="Times New Roman"/>
          <w:bCs/>
          <w:szCs w:val="24"/>
        </w:rPr>
        <w:t>.</w:t>
      </w:r>
      <w:r w:rsidRPr="00B31415">
        <w:rPr>
          <w:rFonts w:cs="Times New Roman"/>
          <w:bCs/>
          <w:szCs w:val="24"/>
        </w:rPr>
        <w:tab/>
      </w:r>
      <w:r w:rsidRPr="00B31415">
        <w:rPr>
          <w:rFonts w:cs="Times New Roman"/>
          <w:b/>
          <w:bCs/>
          <w:color w:val="0000FF"/>
          <w:szCs w:val="24"/>
        </w:rPr>
        <w:t xml:space="preserve">B. </w:t>
      </w:r>
      <w:r w:rsidRPr="00B31415">
        <w:rPr>
          <w:rFonts w:cs="Times New Roman"/>
          <w:b/>
          <w:bCs/>
          <w:position w:val="-6"/>
          <w:szCs w:val="24"/>
        </w:rPr>
        <w:object w:dxaOrig="480" w:dyaOrig="279" w14:anchorId="1885F1E9">
          <v:shape id="_x0000_i3277" type="#_x0000_t75" style="width:24pt;height:14.4pt" o:ole="">
            <v:imagedata r:id="rId4418" o:title=""/>
          </v:shape>
          <o:OLEObject Type="Embed" ProgID="Equation.DSMT4" ShapeID="_x0000_i3277" DrawAspect="Content" ObjectID="_1699920013" r:id="rId4419"/>
        </w:object>
      </w:r>
      <w:r w:rsidRPr="00B31415">
        <w:rPr>
          <w:rFonts w:cs="Times New Roman"/>
          <w:bCs/>
          <w:szCs w:val="24"/>
        </w:rPr>
        <w:t>.</w:t>
      </w:r>
      <w:r w:rsidRPr="00B31415">
        <w:rPr>
          <w:rFonts w:cs="Times New Roman"/>
          <w:b/>
          <w:bCs/>
          <w:szCs w:val="24"/>
        </w:rPr>
        <w:tab/>
      </w:r>
      <w:r w:rsidRPr="00B31415">
        <w:rPr>
          <w:rFonts w:cs="Times New Roman"/>
          <w:b/>
          <w:bCs/>
          <w:color w:val="0000FF"/>
          <w:szCs w:val="24"/>
        </w:rPr>
        <w:t xml:space="preserve">C. </w:t>
      </w:r>
      <w:r w:rsidRPr="00B31415">
        <w:rPr>
          <w:rFonts w:cs="Times New Roman"/>
          <w:b/>
          <w:bCs/>
          <w:position w:val="-6"/>
          <w:szCs w:val="24"/>
        </w:rPr>
        <w:object w:dxaOrig="420" w:dyaOrig="279" w14:anchorId="659E28A5">
          <v:shape id="_x0000_i3278" type="#_x0000_t75" style="width:21pt;height:14.4pt" o:ole="">
            <v:imagedata r:id="rId4420" o:title=""/>
          </v:shape>
          <o:OLEObject Type="Embed" ProgID="Equation.DSMT4" ShapeID="_x0000_i3278" DrawAspect="Content" ObjectID="_1699920014" r:id="rId4421"/>
        </w:object>
      </w:r>
      <w:r w:rsidRPr="00B31415">
        <w:rPr>
          <w:rFonts w:cs="Times New Roman"/>
          <w:bCs/>
          <w:szCs w:val="24"/>
        </w:rPr>
        <w:t>.</w:t>
      </w:r>
      <w:r w:rsidRPr="00B31415">
        <w:rPr>
          <w:rFonts w:cs="Times New Roman"/>
          <w:b/>
          <w:bCs/>
          <w:szCs w:val="24"/>
        </w:rPr>
        <w:tab/>
      </w:r>
      <w:r w:rsidRPr="00B31415">
        <w:rPr>
          <w:rFonts w:cs="Times New Roman"/>
          <w:b/>
          <w:bCs/>
          <w:color w:val="0000FF"/>
          <w:szCs w:val="24"/>
        </w:rPr>
        <w:t xml:space="preserve">D. </w:t>
      </w:r>
      <w:r w:rsidRPr="00B31415">
        <w:rPr>
          <w:rFonts w:cs="Times New Roman"/>
          <w:b/>
          <w:bCs/>
          <w:position w:val="-6"/>
          <w:szCs w:val="24"/>
        </w:rPr>
        <w:object w:dxaOrig="420" w:dyaOrig="279" w14:anchorId="7F8A3A33">
          <v:shape id="_x0000_i3279" type="#_x0000_t75" style="width:21pt;height:14.4pt" o:ole="">
            <v:imagedata r:id="rId4422" o:title=""/>
          </v:shape>
          <o:OLEObject Type="Embed" ProgID="Equation.DSMT4" ShapeID="_x0000_i3279" DrawAspect="Content" ObjectID="_1699920015" r:id="rId4423"/>
        </w:object>
      </w:r>
    </w:p>
    <w:p w14:paraId="5D8AF851"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15:</w:t>
      </w:r>
      <w:r w:rsidRPr="00B31415">
        <w:rPr>
          <w:rFonts w:cs="Times New Roman"/>
          <w:b/>
          <w:color w:val="0000FF"/>
          <w:szCs w:val="24"/>
        </w:rPr>
        <w:tab/>
      </w:r>
      <w:r w:rsidRPr="00B31415">
        <w:rPr>
          <w:rFonts w:cs="Times New Roman"/>
          <w:szCs w:val="24"/>
        </w:rPr>
        <w:t xml:space="preserve">Cho hai đường thẳng phân biệt </w:t>
      </w:r>
      <w:r w:rsidRPr="00B31415">
        <w:rPr>
          <w:position w:val="-6"/>
        </w:rPr>
        <w:object w:dxaOrig="200" w:dyaOrig="220" w14:anchorId="74E7A4D2">
          <v:shape id="_x0000_i3280" type="#_x0000_t75" style="width:9.6pt;height:11.4pt" o:ole="">
            <v:imagedata r:id="rId4424" o:title=""/>
          </v:shape>
          <o:OLEObject Type="Embed" ProgID="Equation.DSMT4" ShapeID="_x0000_i3280" DrawAspect="Content" ObjectID="_1699920016" r:id="rId4425"/>
        </w:object>
      </w:r>
      <w:r w:rsidRPr="00B31415">
        <w:rPr>
          <w:rFonts w:cs="Times New Roman"/>
          <w:szCs w:val="24"/>
        </w:rPr>
        <w:t xml:space="preserve"> và </w:t>
      </w:r>
      <w:r w:rsidRPr="00B31415">
        <w:rPr>
          <w:position w:val="-6"/>
        </w:rPr>
        <w:object w:dxaOrig="200" w:dyaOrig="279" w14:anchorId="75AAF483">
          <v:shape id="_x0000_i3281" type="#_x0000_t75" style="width:9.6pt;height:14.4pt" o:ole="">
            <v:imagedata r:id="rId4426" o:title=""/>
          </v:shape>
          <o:OLEObject Type="Embed" ProgID="Equation.DSMT4" ShapeID="_x0000_i3281" DrawAspect="Content" ObjectID="_1699920017" r:id="rId4427"/>
        </w:object>
      </w:r>
      <w:r w:rsidRPr="00B31415">
        <w:rPr>
          <w:rFonts w:cs="Times New Roman"/>
          <w:szCs w:val="24"/>
        </w:rPr>
        <w:t xml:space="preserve"> trong không gian. Có bao nhiêu vị trí tương đối giữa </w:t>
      </w:r>
      <w:r w:rsidRPr="00B31415">
        <w:rPr>
          <w:position w:val="-6"/>
        </w:rPr>
        <w:object w:dxaOrig="200" w:dyaOrig="220" w14:anchorId="3A7338E8">
          <v:shape id="_x0000_i3282" type="#_x0000_t75" style="width:9.6pt;height:11.4pt" o:ole="">
            <v:imagedata r:id="rId4428" o:title=""/>
          </v:shape>
          <o:OLEObject Type="Embed" ProgID="Equation.DSMT4" ShapeID="_x0000_i3282" DrawAspect="Content" ObjectID="_1699920018" r:id="rId4429"/>
        </w:object>
      </w:r>
      <w:r w:rsidRPr="00B31415">
        <w:rPr>
          <w:rFonts w:cs="Times New Roman"/>
          <w:szCs w:val="24"/>
        </w:rPr>
        <w:t xml:space="preserve"> và </w:t>
      </w:r>
      <w:r w:rsidRPr="00B31415">
        <w:rPr>
          <w:position w:val="-6"/>
        </w:rPr>
        <w:object w:dxaOrig="200" w:dyaOrig="279" w14:anchorId="715AE4BC">
          <v:shape id="_x0000_i3283" type="#_x0000_t75" style="width:9.6pt;height:14.4pt" o:ole="">
            <v:imagedata r:id="rId4430" o:title=""/>
          </v:shape>
          <o:OLEObject Type="Embed" ProgID="Equation.DSMT4" ShapeID="_x0000_i3283" DrawAspect="Content" ObjectID="_1699920019" r:id="rId4431"/>
        </w:object>
      </w:r>
      <w:r w:rsidRPr="00B31415">
        <w:rPr>
          <w:rFonts w:cs="Times New Roman"/>
          <w:szCs w:val="24"/>
        </w:rPr>
        <w:t>.</w:t>
      </w:r>
    </w:p>
    <w:p w14:paraId="376532B6"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bCs/>
          <w:color w:val="0000FF"/>
          <w:szCs w:val="24"/>
        </w:rPr>
        <w:lastRenderedPageBreak/>
        <w:t xml:space="preserve">A. </w:t>
      </w:r>
      <w:r w:rsidRPr="00B31415">
        <w:rPr>
          <w:rFonts w:cs="Times New Roman"/>
          <w:b/>
          <w:bCs/>
          <w:position w:val="-4"/>
          <w:szCs w:val="24"/>
        </w:rPr>
        <w:object w:dxaOrig="200" w:dyaOrig="260" w14:anchorId="4705F2F0">
          <v:shape id="_x0000_i3284" type="#_x0000_t75" style="width:9.6pt;height:12.6pt" o:ole="">
            <v:imagedata r:id="rId4432" o:title=""/>
          </v:shape>
          <o:OLEObject Type="Embed" ProgID="Equation.DSMT4" ShapeID="_x0000_i3284" DrawAspect="Content" ObjectID="_1699920020" r:id="rId4433"/>
        </w:object>
      </w:r>
      <w:r w:rsidRPr="00B31415">
        <w:rPr>
          <w:rFonts w:cs="Times New Roman"/>
          <w:szCs w:val="24"/>
        </w:rPr>
        <w:t>.</w:t>
      </w:r>
      <w:r w:rsidRPr="00B31415">
        <w:rPr>
          <w:rFonts w:cs="Times New Roman"/>
          <w:szCs w:val="24"/>
        </w:rPr>
        <w:tab/>
      </w:r>
      <w:r w:rsidRPr="00B31415">
        <w:rPr>
          <w:rFonts w:cs="Times New Roman"/>
          <w:b/>
          <w:bCs/>
          <w:color w:val="0000FF"/>
          <w:szCs w:val="24"/>
        </w:rPr>
        <w:t xml:space="preserve">B. </w:t>
      </w:r>
      <w:r w:rsidRPr="00B31415">
        <w:rPr>
          <w:rFonts w:cs="Times New Roman"/>
          <w:b/>
          <w:bCs/>
          <w:position w:val="-6"/>
          <w:szCs w:val="24"/>
        </w:rPr>
        <w:object w:dxaOrig="180" w:dyaOrig="279" w14:anchorId="4A45B7BB">
          <v:shape id="_x0000_i3285" type="#_x0000_t75" style="width:9.6pt;height:14.4pt" o:ole="">
            <v:imagedata r:id="rId4434" o:title=""/>
          </v:shape>
          <o:OLEObject Type="Embed" ProgID="Equation.DSMT4" ShapeID="_x0000_i3285" DrawAspect="Content" ObjectID="_1699920021" r:id="rId4435"/>
        </w:object>
      </w:r>
      <w:r w:rsidRPr="00B31415">
        <w:rPr>
          <w:rFonts w:cs="Times New Roman"/>
          <w:szCs w:val="24"/>
        </w:rPr>
        <w:t>.</w:t>
      </w:r>
      <w:r w:rsidRPr="00B31415">
        <w:rPr>
          <w:rFonts w:cs="Times New Roman"/>
          <w:b/>
          <w:szCs w:val="24"/>
        </w:rPr>
        <w:tab/>
      </w:r>
      <w:r w:rsidRPr="00B31415">
        <w:rPr>
          <w:rFonts w:cs="Times New Roman"/>
          <w:b/>
          <w:bCs/>
          <w:color w:val="0000FF"/>
          <w:szCs w:val="24"/>
        </w:rPr>
        <w:t xml:space="preserve">C. </w:t>
      </w:r>
      <w:r w:rsidRPr="00B31415">
        <w:rPr>
          <w:rFonts w:cs="Times New Roman"/>
          <w:b/>
          <w:bCs/>
          <w:position w:val="-4"/>
          <w:szCs w:val="24"/>
        </w:rPr>
        <w:object w:dxaOrig="200" w:dyaOrig="260" w14:anchorId="6FA652E7">
          <v:shape id="_x0000_i3286" type="#_x0000_t75" style="width:9.6pt;height:12.6pt" o:ole="">
            <v:imagedata r:id="rId4436" o:title=""/>
          </v:shape>
          <o:OLEObject Type="Embed" ProgID="Equation.DSMT4" ShapeID="_x0000_i3286" DrawAspect="Content" ObjectID="_1699920022" r:id="rId4437"/>
        </w:object>
      </w:r>
      <w:r w:rsidRPr="00B31415">
        <w:rPr>
          <w:rFonts w:cs="Times New Roman"/>
          <w:szCs w:val="24"/>
        </w:rPr>
        <w:t>.</w:t>
      </w:r>
      <w:r w:rsidRPr="00B31415">
        <w:rPr>
          <w:rFonts w:cs="Times New Roman"/>
          <w:b/>
          <w:szCs w:val="24"/>
        </w:rPr>
        <w:tab/>
      </w:r>
      <w:r w:rsidRPr="00B31415">
        <w:rPr>
          <w:rFonts w:cs="Times New Roman"/>
          <w:b/>
          <w:bCs/>
          <w:color w:val="0000FF"/>
          <w:szCs w:val="24"/>
        </w:rPr>
        <w:t xml:space="preserve">D. </w:t>
      </w:r>
      <w:r w:rsidRPr="00B31415">
        <w:rPr>
          <w:rFonts w:cs="Times New Roman"/>
          <w:b/>
          <w:bCs/>
          <w:position w:val="-4"/>
          <w:szCs w:val="24"/>
        </w:rPr>
        <w:object w:dxaOrig="139" w:dyaOrig="260" w14:anchorId="5AC75D2E">
          <v:shape id="_x0000_i3287" type="#_x0000_t75" style="width:6.6pt;height:12.6pt" o:ole="">
            <v:imagedata r:id="rId4438" o:title=""/>
          </v:shape>
          <o:OLEObject Type="Embed" ProgID="Equation.DSMT4" ShapeID="_x0000_i3287" DrawAspect="Content" ObjectID="_1699920023" r:id="rId4439"/>
        </w:object>
      </w:r>
      <w:r w:rsidRPr="00B31415">
        <w:rPr>
          <w:rFonts w:cs="Times New Roman"/>
          <w:szCs w:val="24"/>
        </w:rPr>
        <w:t>.</w:t>
      </w:r>
    </w:p>
    <w:p w14:paraId="4057508D"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16:</w:t>
      </w:r>
      <w:r w:rsidRPr="00B31415">
        <w:rPr>
          <w:rFonts w:cs="Times New Roman"/>
          <w:b/>
          <w:color w:val="0000FF"/>
          <w:szCs w:val="24"/>
        </w:rPr>
        <w:tab/>
      </w:r>
      <w:r w:rsidRPr="00B31415">
        <w:rPr>
          <w:rFonts w:cs="Times New Roman"/>
          <w:szCs w:val="24"/>
        </w:rPr>
        <w:t xml:space="preserve">Cho hai đường thẳng phân biệt </w:t>
      </w:r>
      <w:r w:rsidRPr="00B31415">
        <w:rPr>
          <w:rFonts w:cs="Times New Roman"/>
          <w:i/>
          <w:szCs w:val="24"/>
        </w:rPr>
        <w:t>a</w:t>
      </w:r>
      <w:r w:rsidRPr="00B31415">
        <w:rPr>
          <w:rFonts w:cs="Times New Roman"/>
          <w:szCs w:val="24"/>
        </w:rPr>
        <w:t xml:space="preserve">, </w:t>
      </w:r>
      <w:r w:rsidRPr="00B31415">
        <w:rPr>
          <w:rFonts w:cs="Times New Roman"/>
          <w:i/>
          <w:szCs w:val="24"/>
        </w:rPr>
        <w:t>b</w:t>
      </w:r>
      <w:r w:rsidRPr="00B31415">
        <w:rPr>
          <w:rFonts w:cs="Times New Roman"/>
          <w:szCs w:val="24"/>
        </w:rPr>
        <w:t xml:space="preserve"> và mặt phẳng (</w:t>
      </w:r>
      <w:r w:rsidRPr="00B31415">
        <w:rPr>
          <w:rFonts w:cs="Times New Roman"/>
          <w:i/>
          <w:szCs w:val="24"/>
        </w:rPr>
        <w:t>P</w:t>
      </w:r>
      <w:r w:rsidRPr="00B31415">
        <w:rPr>
          <w:rFonts w:cs="Times New Roman"/>
          <w:szCs w:val="24"/>
        </w:rPr>
        <w:t xml:space="preserve">). Giả sử </w:t>
      </w:r>
      <w:r w:rsidRPr="00B31415">
        <w:rPr>
          <w:position w:val="-14"/>
        </w:rPr>
        <w:object w:dxaOrig="1460" w:dyaOrig="400" w14:anchorId="2D4E91E4">
          <v:shape id="_x0000_i3288" type="#_x0000_t75" style="width:72.6pt;height:20.4pt" o:ole="">
            <v:imagedata r:id="rId4440" o:title=""/>
          </v:shape>
          <o:OLEObject Type="Embed" ProgID="Equation.DSMT4" ShapeID="_x0000_i3288" DrawAspect="Content" ObjectID="_1699920024" r:id="rId4441"/>
        </w:object>
      </w:r>
      <w:r w:rsidRPr="00B31415">
        <w:rPr>
          <w:rFonts w:cs="Times New Roman"/>
          <w:szCs w:val="24"/>
        </w:rPr>
        <w:t>. Khi đó:</w:t>
      </w:r>
    </w:p>
    <w:p w14:paraId="70BA024B" w14:textId="77777777" w:rsidR="00DE7E5C" w:rsidRPr="00B31415" w:rsidRDefault="00DE7E5C" w:rsidP="00B31415">
      <w:pPr>
        <w:tabs>
          <w:tab w:val="left" w:pos="3402"/>
          <w:tab w:val="left" w:pos="5669"/>
          <w:tab w:val="left" w:pos="7937"/>
        </w:tabs>
        <w:spacing w:after="0"/>
        <w:ind w:left="992"/>
        <w:jc w:val="both"/>
        <w:rPr>
          <w:rFonts w:cs="Times New Roman"/>
          <w:b/>
          <w:szCs w:val="24"/>
        </w:rPr>
      </w:pPr>
      <w:r w:rsidRPr="00B31415">
        <w:rPr>
          <w:rFonts w:cs="Times New Roman"/>
          <w:b/>
          <w:color w:val="0000FF"/>
          <w:szCs w:val="24"/>
        </w:rPr>
        <w:t xml:space="preserve">A. </w:t>
      </w:r>
      <w:r w:rsidRPr="00B31415">
        <w:rPr>
          <w:rFonts w:cs="Times New Roman"/>
          <w:b/>
          <w:position w:val="-10"/>
          <w:szCs w:val="24"/>
        </w:rPr>
        <w:object w:dxaOrig="800" w:dyaOrig="320" w14:anchorId="3A3FAC0C">
          <v:shape id="_x0000_i3289" type="#_x0000_t75" style="width:39.6pt;height:15.6pt" o:ole="">
            <v:imagedata r:id="rId4442" o:title=""/>
          </v:shape>
          <o:OLEObject Type="Embed" ProgID="Equation.DSMT4" ShapeID="_x0000_i3289" DrawAspect="Content" ObjectID="_1699920025" r:id="rId4443"/>
        </w:object>
      </w:r>
      <w:r w:rsidRPr="00B31415">
        <w:rPr>
          <w:rFonts w:cs="Times New Roman"/>
          <w:szCs w:val="24"/>
        </w:rPr>
        <w:t>.</w:t>
      </w:r>
      <w:r w:rsidRPr="00B31415">
        <w:rPr>
          <w:rFonts w:cs="Times New Roman"/>
          <w:szCs w:val="24"/>
        </w:rPr>
        <w:tab/>
      </w:r>
      <w:r w:rsidRPr="00B31415">
        <w:rPr>
          <w:rFonts w:cs="Times New Roman"/>
          <w:b/>
          <w:color w:val="0000FF"/>
          <w:szCs w:val="24"/>
        </w:rPr>
        <w:t xml:space="preserve">B. </w:t>
      </w:r>
      <w:r w:rsidRPr="00B31415">
        <w:rPr>
          <w:rFonts w:cs="Times New Roman"/>
          <w:b/>
          <w:position w:val="-10"/>
          <w:szCs w:val="24"/>
        </w:rPr>
        <w:object w:dxaOrig="760" w:dyaOrig="320" w14:anchorId="37B8287E">
          <v:shape id="_x0000_i3290" type="#_x0000_t75" style="width:38.4pt;height:15.6pt" o:ole="">
            <v:imagedata r:id="rId4444" o:title=""/>
          </v:shape>
          <o:OLEObject Type="Embed" ProgID="Equation.DSMT4" ShapeID="_x0000_i3290" DrawAspect="Content" ObjectID="_1699920026" r:id="rId4445"/>
        </w:object>
      </w:r>
      <w:r w:rsidRPr="00B31415">
        <w:rPr>
          <w:rFonts w:cs="Times New Roman"/>
          <w:position w:val="-6"/>
          <w:szCs w:val="24"/>
        </w:rPr>
        <w:t xml:space="preserve"> </w:t>
      </w:r>
      <w:r w:rsidRPr="00B31415">
        <w:rPr>
          <w:rFonts w:cs="Times New Roman"/>
          <w:szCs w:val="24"/>
        </w:rPr>
        <w:t xml:space="preserve">hoặc </w:t>
      </w:r>
      <w:r w:rsidRPr="00B31415">
        <w:rPr>
          <w:rFonts w:cs="Times New Roman"/>
          <w:position w:val="-10"/>
          <w:szCs w:val="24"/>
        </w:rPr>
        <w:object w:dxaOrig="800" w:dyaOrig="320" w14:anchorId="2EF64556">
          <v:shape id="_x0000_i3291" type="#_x0000_t75" style="width:39.6pt;height:15.6pt" o:ole="">
            <v:imagedata r:id="rId4446" o:title=""/>
          </v:shape>
          <o:OLEObject Type="Embed" ProgID="Equation.DSMT4" ShapeID="_x0000_i3291" DrawAspect="Content" ObjectID="_1699920027" r:id="rId4447"/>
        </w:object>
      </w:r>
      <w:r w:rsidRPr="00B31415">
        <w:rPr>
          <w:rFonts w:cs="Times New Roman"/>
          <w:position w:val="-6"/>
          <w:szCs w:val="24"/>
        </w:rPr>
        <w:t>.</w:t>
      </w:r>
    </w:p>
    <w:p w14:paraId="2AF6E59E"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C. </w:t>
      </w:r>
      <w:r w:rsidRPr="00B31415">
        <w:rPr>
          <w:rFonts w:cs="Times New Roman"/>
          <w:b/>
          <w:position w:val="-6"/>
          <w:szCs w:val="24"/>
        </w:rPr>
        <w:object w:dxaOrig="200" w:dyaOrig="220" w14:anchorId="38CECCBC">
          <v:shape id="_x0000_i3292" type="#_x0000_t75" style="width:9.6pt;height:11.4pt" o:ole="">
            <v:imagedata r:id="rId4448" o:title=""/>
          </v:shape>
          <o:OLEObject Type="Embed" ProgID="Equation.DSMT4" ShapeID="_x0000_i3292" DrawAspect="Content" ObjectID="_1699920028" r:id="rId4449"/>
        </w:object>
      </w:r>
      <w:r w:rsidRPr="00B31415">
        <w:rPr>
          <w:rFonts w:cs="Times New Roman"/>
          <w:szCs w:val="24"/>
        </w:rPr>
        <w:t>cắt</w:t>
      </w:r>
      <w:r w:rsidRPr="00B31415">
        <w:rPr>
          <w:rFonts w:cs="Times New Roman"/>
          <w:position w:val="-6"/>
          <w:szCs w:val="24"/>
        </w:rPr>
        <w:t xml:space="preserve"> </w:t>
      </w:r>
      <w:r w:rsidRPr="00B31415">
        <w:rPr>
          <w:rFonts w:cs="Times New Roman"/>
          <w:position w:val="-14"/>
          <w:szCs w:val="24"/>
        </w:rPr>
        <w:object w:dxaOrig="420" w:dyaOrig="400" w14:anchorId="70910FA0">
          <v:shape id="_x0000_i3293" type="#_x0000_t75" style="width:21pt;height:20.4pt" o:ole="">
            <v:imagedata r:id="rId4450" o:title=""/>
          </v:shape>
          <o:OLEObject Type="Embed" ProgID="Equation.DSMT4" ShapeID="_x0000_i3293" DrawAspect="Content" ObjectID="_1699920029" r:id="rId4451"/>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D. </w:t>
      </w:r>
      <w:r w:rsidRPr="00B31415">
        <w:rPr>
          <w:rFonts w:cs="Times New Roman"/>
          <w:b/>
          <w:position w:val="-10"/>
          <w:szCs w:val="24"/>
        </w:rPr>
        <w:object w:dxaOrig="760" w:dyaOrig="320" w14:anchorId="08116A55">
          <v:shape id="_x0000_i3294" type="#_x0000_t75" style="width:38.4pt;height:15.6pt" o:ole="">
            <v:imagedata r:id="rId4452" o:title=""/>
          </v:shape>
          <o:OLEObject Type="Embed" ProgID="Equation.DSMT4" ShapeID="_x0000_i3294" DrawAspect="Content" ObjectID="_1699920030" r:id="rId4453"/>
        </w:object>
      </w:r>
      <w:r w:rsidRPr="00B31415">
        <w:rPr>
          <w:rFonts w:cs="Times New Roman"/>
          <w:szCs w:val="24"/>
        </w:rPr>
        <w:t>.</w:t>
      </w:r>
    </w:p>
    <w:p w14:paraId="5CD3A74D"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17:</w:t>
      </w:r>
      <w:r w:rsidRPr="00B31415">
        <w:rPr>
          <w:rFonts w:cs="Times New Roman"/>
          <w:b/>
          <w:color w:val="0000FF"/>
          <w:szCs w:val="24"/>
        </w:rPr>
        <w:tab/>
      </w:r>
      <w:r w:rsidRPr="00B31415">
        <w:rPr>
          <w:rFonts w:cs="Times New Roman"/>
          <w:szCs w:val="24"/>
        </w:rPr>
        <w:t xml:space="preserve">Cho mặt phẳng </w:t>
      </w:r>
      <w:r w:rsidRPr="00B31415">
        <w:rPr>
          <w:position w:val="-14"/>
        </w:rPr>
        <w:object w:dxaOrig="420" w:dyaOrig="400" w14:anchorId="1F290670">
          <v:shape id="_x0000_i3295" type="#_x0000_t75" style="width:21pt;height:20.4pt" o:ole="">
            <v:imagedata r:id="rId4454" o:title=""/>
          </v:shape>
          <o:OLEObject Type="Embed" ProgID="Equation.DSMT4" ShapeID="_x0000_i3295" DrawAspect="Content" ObjectID="_1699920031" r:id="rId4455"/>
        </w:object>
      </w:r>
      <w:r w:rsidRPr="00B31415">
        <w:rPr>
          <w:rFonts w:cs="Times New Roman"/>
          <w:szCs w:val="24"/>
        </w:rPr>
        <w:t xml:space="preserve"> và đường thẳng </w:t>
      </w:r>
      <w:r w:rsidRPr="00B31415">
        <w:rPr>
          <w:position w:val="-14"/>
        </w:rPr>
        <w:object w:dxaOrig="840" w:dyaOrig="400" w14:anchorId="03E8BC13">
          <v:shape id="_x0000_i3296" type="#_x0000_t75" style="width:42pt;height:20.4pt" o:ole="">
            <v:imagedata r:id="rId4456" o:title=""/>
          </v:shape>
          <o:OLEObject Type="Embed" ProgID="Equation.DSMT4" ShapeID="_x0000_i3296" DrawAspect="Content" ObjectID="_1699920032" r:id="rId4457"/>
        </w:object>
      </w:r>
      <w:r w:rsidRPr="00B31415">
        <w:rPr>
          <w:rFonts w:cs="Times New Roman"/>
          <w:szCs w:val="24"/>
        </w:rPr>
        <w:t xml:space="preserve">. </w:t>
      </w:r>
      <w:r w:rsidRPr="00B31415">
        <w:rPr>
          <w:rFonts w:cs="Times New Roman"/>
          <w:szCs w:val="24"/>
          <w:lang w:val="fr-FR"/>
        </w:rPr>
        <w:t xml:space="preserve">Khẳng định nào sau đây </w:t>
      </w:r>
      <w:r w:rsidRPr="00B31415">
        <w:rPr>
          <w:rFonts w:cs="Times New Roman"/>
          <w:b/>
          <w:szCs w:val="24"/>
          <w:lang w:val="fr-FR"/>
        </w:rPr>
        <w:t>sai</w:t>
      </w:r>
      <w:r w:rsidRPr="00B31415">
        <w:rPr>
          <w:rFonts w:cs="Times New Roman"/>
          <w:szCs w:val="24"/>
        </w:rPr>
        <w:t>?</w:t>
      </w:r>
    </w:p>
    <w:p w14:paraId="3EC62B0F" w14:textId="77777777" w:rsidR="00DE7E5C" w:rsidRPr="00B31415" w:rsidRDefault="00DE7E5C" w:rsidP="00B31415">
      <w:pPr>
        <w:tabs>
          <w:tab w:val="left" w:pos="3402"/>
          <w:tab w:val="left" w:pos="5669"/>
          <w:tab w:val="left" w:pos="7937"/>
        </w:tabs>
        <w:spacing w:after="0"/>
        <w:ind w:left="992"/>
        <w:jc w:val="both"/>
        <w:rPr>
          <w:rFonts w:cs="Times New Roman"/>
          <w:bCs/>
          <w:szCs w:val="24"/>
        </w:rPr>
      </w:pPr>
      <w:r w:rsidRPr="00B31415">
        <w:rPr>
          <w:rFonts w:cs="Times New Roman"/>
          <w:b/>
          <w:bCs/>
          <w:color w:val="0000FF"/>
          <w:szCs w:val="24"/>
        </w:rPr>
        <w:t xml:space="preserve">A. </w:t>
      </w:r>
      <w:r w:rsidRPr="00B31415">
        <w:rPr>
          <w:rFonts w:cs="Times New Roman"/>
          <w:szCs w:val="24"/>
        </w:rPr>
        <w:t xml:space="preserve">Nếu </w:t>
      </w:r>
      <w:r w:rsidRPr="00B31415">
        <w:rPr>
          <w:rFonts w:cs="Times New Roman"/>
          <w:position w:val="-14"/>
          <w:szCs w:val="24"/>
        </w:rPr>
        <w:object w:dxaOrig="840" w:dyaOrig="400" w14:anchorId="1283E006">
          <v:shape id="_x0000_i3297" type="#_x0000_t75" style="width:42pt;height:20.4pt" o:ole="">
            <v:imagedata r:id="rId4458" o:title=""/>
          </v:shape>
          <o:OLEObject Type="Embed" ProgID="Equation.DSMT4" ShapeID="_x0000_i3297" DrawAspect="Content" ObjectID="_1699920033" r:id="rId4459"/>
        </w:object>
      </w:r>
      <w:r w:rsidRPr="00B31415">
        <w:rPr>
          <w:rFonts w:cs="Times New Roman"/>
          <w:szCs w:val="24"/>
        </w:rPr>
        <w:t xml:space="preserve"> thì trong </w:t>
      </w:r>
      <w:r w:rsidRPr="00B31415">
        <w:rPr>
          <w:rFonts w:cs="Times New Roman"/>
          <w:position w:val="-14"/>
          <w:szCs w:val="24"/>
        </w:rPr>
        <w:object w:dxaOrig="420" w:dyaOrig="400" w14:anchorId="683605B7">
          <v:shape id="_x0000_i3298" type="#_x0000_t75" style="width:21pt;height:20.4pt" o:ole="">
            <v:imagedata r:id="rId4460" o:title=""/>
          </v:shape>
          <o:OLEObject Type="Embed" ProgID="Equation.DSMT4" ShapeID="_x0000_i3298" DrawAspect="Content" ObjectID="_1699920034" r:id="rId4461"/>
        </w:object>
      </w:r>
      <w:r w:rsidRPr="00B31415">
        <w:rPr>
          <w:rFonts w:cs="Times New Roman"/>
          <w:szCs w:val="24"/>
        </w:rPr>
        <w:t xml:space="preserve"> tồn tại đường thẳng </w:t>
      </w:r>
      <w:r w:rsidRPr="00B31415">
        <w:rPr>
          <w:rFonts w:cs="Times New Roman"/>
          <w:position w:val="-6"/>
          <w:szCs w:val="24"/>
        </w:rPr>
        <w:object w:dxaOrig="200" w:dyaOrig="220" w14:anchorId="7B863EE1">
          <v:shape id="_x0000_i3299" type="#_x0000_t75" style="width:9.6pt;height:11.4pt" o:ole="">
            <v:imagedata r:id="rId4462" o:title=""/>
          </v:shape>
          <o:OLEObject Type="Embed" ProgID="Equation.DSMT4" ShapeID="_x0000_i3299" DrawAspect="Content" ObjectID="_1699920035" r:id="rId4463"/>
        </w:object>
      </w:r>
      <w:r w:rsidRPr="00B31415">
        <w:rPr>
          <w:rFonts w:cs="Times New Roman"/>
          <w:szCs w:val="24"/>
        </w:rPr>
        <w:t xml:space="preserve"> sao cho </w:t>
      </w:r>
      <w:r w:rsidRPr="00B31415">
        <w:rPr>
          <w:rFonts w:cs="Times New Roman"/>
          <w:position w:val="-6"/>
          <w:szCs w:val="24"/>
        </w:rPr>
        <w:object w:dxaOrig="600" w:dyaOrig="279" w14:anchorId="6827322D">
          <v:shape id="_x0000_i3300" type="#_x0000_t75" style="width:30pt;height:14.4pt" o:ole="">
            <v:imagedata r:id="rId4464" o:title=""/>
          </v:shape>
          <o:OLEObject Type="Embed" ProgID="Equation.DSMT4" ShapeID="_x0000_i3300" DrawAspect="Content" ObjectID="_1699920036" r:id="rId4465"/>
        </w:object>
      </w:r>
      <w:r w:rsidRPr="00B31415">
        <w:rPr>
          <w:rFonts w:cs="Times New Roman"/>
          <w:szCs w:val="24"/>
        </w:rPr>
        <w:t>.</w:t>
      </w:r>
    </w:p>
    <w:p w14:paraId="536EC27A" w14:textId="77777777" w:rsidR="00DE7E5C" w:rsidRPr="00B31415" w:rsidRDefault="00DE7E5C" w:rsidP="00B31415">
      <w:pPr>
        <w:tabs>
          <w:tab w:val="left" w:pos="3402"/>
          <w:tab w:val="left" w:pos="5669"/>
          <w:tab w:val="left" w:pos="7937"/>
        </w:tabs>
        <w:spacing w:after="0"/>
        <w:ind w:left="992"/>
        <w:jc w:val="both"/>
        <w:rPr>
          <w:rFonts w:cs="Times New Roman"/>
          <w:b/>
          <w:bCs/>
          <w:szCs w:val="24"/>
        </w:rPr>
      </w:pPr>
      <w:r w:rsidRPr="00B31415">
        <w:rPr>
          <w:rFonts w:cs="Times New Roman"/>
          <w:b/>
          <w:bCs/>
          <w:color w:val="0000FF"/>
          <w:szCs w:val="24"/>
        </w:rPr>
        <w:t xml:space="preserve">B. </w:t>
      </w:r>
      <w:r w:rsidRPr="00B31415">
        <w:rPr>
          <w:rFonts w:cs="Times New Roman"/>
          <w:szCs w:val="24"/>
        </w:rPr>
        <w:t xml:space="preserve">Nếu </w:t>
      </w:r>
      <w:r w:rsidRPr="00B31415">
        <w:rPr>
          <w:rFonts w:cs="Times New Roman"/>
          <w:position w:val="-14"/>
          <w:szCs w:val="24"/>
        </w:rPr>
        <w:object w:dxaOrig="840" w:dyaOrig="400" w14:anchorId="42BCCCAD">
          <v:shape id="_x0000_i3301" type="#_x0000_t75" style="width:42pt;height:20.4pt" o:ole="">
            <v:imagedata r:id="rId4466" o:title=""/>
          </v:shape>
          <o:OLEObject Type="Embed" ProgID="Equation.DSMT4" ShapeID="_x0000_i3301" DrawAspect="Content" ObjectID="_1699920037" r:id="rId4467"/>
        </w:object>
      </w:r>
      <w:r w:rsidRPr="00B31415">
        <w:rPr>
          <w:rFonts w:cs="Times New Roman"/>
          <w:szCs w:val="24"/>
        </w:rPr>
        <w:t xml:space="preserve"> và đường thẳng </w:t>
      </w:r>
      <w:r w:rsidRPr="00B31415">
        <w:rPr>
          <w:rFonts w:cs="Times New Roman"/>
          <w:position w:val="-14"/>
          <w:szCs w:val="24"/>
        </w:rPr>
        <w:object w:dxaOrig="820" w:dyaOrig="400" w14:anchorId="6004EB01">
          <v:shape id="_x0000_i3302" type="#_x0000_t75" style="width:41.4pt;height:20.4pt" o:ole="">
            <v:imagedata r:id="rId4468" o:title=""/>
          </v:shape>
          <o:OLEObject Type="Embed" ProgID="Equation.DSMT4" ShapeID="_x0000_i3302" DrawAspect="Content" ObjectID="_1699920038" r:id="rId4469"/>
        </w:object>
      </w:r>
      <w:r w:rsidRPr="00B31415">
        <w:rPr>
          <w:rFonts w:cs="Times New Roman"/>
          <w:szCs w:val="24"/>
        </w:rPr>
        <w:t xml:space="preserve"> thì </w:t>
      </w:r>
      <w:r w:rsidRPr="00B31415">
        <w:rPr>
          <w:rFonts w:cs="Times New Roman"/>
          <w:position w:val="-6"/>
          <w:szCs w:val="24"/>
        </w:rPr>
        <w:object w:dxaOrig="580" w:dyaOrig="279" w14:anchorId="37B85D41">
          <v:shape id="_x0000_i3303" type="#_x0000_t75" style="width:29.4pt;height:14.4pt" o:ole="">
            <v:imagedata r:id="rId4470" o:title=""/>
          </v:shape>
          <o:OLEObject Type="Embed" ProgID="Equation.DSMT4" ShapeID="_x0000_i3303" DrawAspect="Content" ObjectID="_1699920039" r:id="rId4471"/>
        </w:object>
      </w:r>
      <w:r w:rsidRPr="00B31415">
        <w:rPr>
          <w:rFonts w:cs="Times New Roman"/>
          <w:szCs w:val="24"/>
        </w:rPr>
        <w:t>.</w:t>
      </w:r>
    </w:p>
    <w:p w14:paraId="5B27AEF7" w14:textId="77777777" w:rsidR="00DE7E5C" w:rsidRPr="00B31415" w:rsidRDefault="00DE7E5C" w:rsidP="00B31415">
      <w:pPr>
        <w:tabs>
          <w:tab w:val="left" w:pos="3402"/>
          <w:tab w:val="left" w:pos="5669"/>
          <w:tab w:val="left" w:pos="7937"/>
        </w:tabs>
        <w:spacing w:after="0"/>
        <w:ind w:left="992"/>
        <w:jc w:val="both"/>
        <w:rPr>
          <w:rFonts w:cs="Times New Roman"/>
          <w:b/>
          <w:bCs/>
          <w:szCs w:val="24"/>
        </w:rPr>
      </w:pPr>
      <w:r w:rsidRPr="00B31415">
        <w:rPr>
          <w:rFonts w:cs="Times New Roman"/>
          <w:b/>
          <w:bCs/>
          <w:color w:val="0000FF"/>
          <w:szCs w:val="24"/>
        </w:rPr>
        <w:t xml:space="preserve">C. </w:t>
      </w:r>
      <w:r w:rsidRPr="00B31415">
        <w:rPr>
          <w:rFonts w:cs="Times New Roman"/>
          <w:szCs w:val="24"/>
        </w:rPr>
        <w:t xml:space="preserve">Nếu </w:t>
      </w:r>
      <w:r w:rsidRPr="00B31415">
        <w:rPr>
          <w:rFonts w:cs="Times New Roman"/>
          <w:position w:val="-14"/>
          <w:szCs w:val="24"/>
        </w:rPr>
        <w:object w:dxaOrig="1200" w:dyaOrig="400" w14:anchorId="36DE62ED">
          <v:shape id="_x0000_i3304" type="#_x0000_t75" style="width:60pt;height:20.4pt" o:ole="">
            <v:imagedata r:id="rId4472" o:title=""/>
          </v:shape>
          <o:OLEObject Type="Embed" ProgID="Equation.DSMT4" ShapeID="_x0000_i3304" DrawAspect="Content" ObjectID="_1699920040" r:id="rId4473"/>
        </w:object>
      </w:r>
      <w:r w:rsidRPr="00B31415">
        <w:rPr>
          <w:rFonts w:cs="Times New Roman"/>
          <w:szCs w:val="24"/>
        </w:rPr>
        <w:t xml:space="preserve"> thì </w:t>
      </w:r>
      <w:r w:rsidRPr="00B31415">
        <w:rPr>
          <w:rFonts w:cs="Times New Roman"/>
          <w:position w:val="-14"/>
          <w:szCs w:val="24"/>
        </w:rPr>
        <w:object w:dxaOrig="840" w:dyaOrig="400" w14:anchorId="0C85EF8C">
          <v:shape id="_x0000_i3305" type="#_x0000_t75" style="width:42pt;height:20.4pt" o:ole="">
            <v:imagedata r:id="rId4474" o:title=""/>
          </v:shape>
          <o:OLEObject Type="Embed" ProgID="Equation.DSMT4" ShapeID="_x0000_i3305" DrawAspect="Content" ObjectID="_1699920041" r:id="rId4475"/>
        </w:object>
      </w:r>
      <w:r w:rsidRPr="00B31415">
        <w:rPr>
          <w:rFonts w:cs="Times New Roman"/>
          <w:szCs w:val="24"/>
        </w:rPr>
        <w:t>.</w:t>
      </w:r>
    </w:p>
    <w:p w14:paraId="1C70221C"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bCs/>
          <w:color w:val="0000FF"/>
          <w:szCs w:val="24"/>
        </w:rPr>
        <w:t xml:space="preserve">D. </w:t>
      </w:r>
      <w:r w:rsidRPr="00B31415">
        <w:rPr>
          <w:rFonts w:cs="Times New Roman"/>
          <w:szCs w:val="24"/>
        </w:rPr>
        <w:t xml:space="preserve">Nếu </w:t>
      </w:r>
      <w:r w:rsidRPr="00B31415">
        <w:rPr>
          <w:rFonts w:cs="Times New Roman"/>
          <w:position w:val="-14"/>
          <w:szCs w:val="24"/>
        </w:rPr>
        <w:object w:dxaOrig="1219" w:dyaOrig="400" w14:anchorId="09439259">
          <v:shape id="_x0000_i3306" type="#_x0000_t75" style="width:60.6pt;height:20.4pt" o:ole="">
            <v:imagedata r:id="rId4476" o:title=""/>
          </v:shape>
          <o:OLEObject Type="Embed" ProgID="Equation.DSMT4" ShapeID="_x0000_i3306" DrawAspect="Content" ObjectID="_1699920042" r:id="rId4477"/>
        </w:object>
      </w:r>
      <w:r w:rsidRPr="00B31415">
        <w:rPr>
          <w:rFonts w:cs="Times New Roman"/>
          <w:szCs w:val="24"/>
        </w:rPr>
        <w:t xml:space="preserve"> và đường thẳng </w:t>
      </w:r>
      <w:r w:rsidRPr="00B31415">
        <w:rPr>
          <w:rFonts w:cs="Times New Roman"/>
          <w:position w:val="-14"/>
          <w:szCs w:val="24"/>
        </w:rPr>
        <w:object w:dxaOrig="900" w:dyaOrig="400" w14:anchorId="00521490">
          <v:shape id="_x0000_i3307" type="#_x0000_t75" style="width:45.6pt;height:20.4pt" o:ole="">
            <v:imagedata r:id="rId4478" o:title=""/>
          </v:shape>
          <o:OLEObject Type="Embed" ProgID="Equation.DSMT4" ShapeID="_x0000_i3307" DrawAspect="Content" ObjectID="_1699920043" r:id="rId4479"/>
        </w:object>
      </w:r>
      <w:r w:rsidRPr="00B31415">
        <w:rPr>
          <w:rFonts w:cs="Times New Roman"/>
          <w:szCs w:val="24"/>
        </w:rPr>
        <w:t xml:space="preserve"> thì </w:t>
      </w:r>
      <w:r w:rsidRPr="00B31415">
        <w:rPr>
          <w:rFonts w:cs="Times New Roman"/>
          <w:position w:val="-6"/>
          <w:szCs w:val="24"/>
        </w:rPr>
        <w:object w:dxaOrig="220" w:dyaOrig="279" w14:anchorId="67EB7C93">
          <v:shape id="_x0000_i3308" type="#_x0000_t75" style="width:11.4pt;height:14.4pt" o:ole="">
            <v:imagedata r:id="rId4480" o:title=""/>
          </v:shape>
          <o:OLEObject Type="Embed" ProgID="Equation.DSMT4" ShapeID="_x0000_i3308" DrawAspect="Content" ObjectID="_1699920044" r:id="rId4481"/>
        </w:object>
      </w:r>
      <w:r w:rsidRPr="00B31415">
        <w:rPr>
          <w:rFonts w:cs="Times New Roman"/>
          <w:szCs w:val="24"/>
        </w:rPr>
        <w:t xml:space="preserve"> và </w:t>
      </w:r>
      <w:r w:rsidRPr="00B31415">
        <w:rPr>
          <w:rFonts w:cs="Times New Roman"/>
          <w:position w:val="-6"/>
          <w:szCs w:val="24"/>
        </w:rPr>
        <w:object w:dxaOrig="279" w:dyaOrig="279" w14:anchorId="5017104F">
          <v:shape id="_x0000_i3309" type="#_x0000_t75" style="width:14.4pt;height:14.4pt" o:ole="">
            <v:imagedata r:id="rId4482" o:title=""/>
          </v:shape>
          <o:OLEObject Type="Embed" ProgID="Equation.DSMT4" ShapeID="_x0000_i3309" DrawAspect="Content" ObjectID="_1699920045" r:id="rId4483"/>
        </w:object>
      </w:r>
      <w:r w:rsidRPr="00B31415">
        <w:rPr>
          <w:rFonts w:cs="Times New Roman"/>
          <w:szCs w:val="24"/>
        </w:rPr>
        <w:t xml:space="preserve"> hoặc cắt nhau hoặc chéo nhau.</w:t>
      </w:r>
    </w:p>
    <w:p w14:paraId="14D940A0"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18:</w:t>
      </w:r>
      <w:r w:rsidRPr="00B31415">
        <w:rPr>
          <w:rFonts w:cs="Times New Roman"/>
          <w:b/>
          <w:color w:val="0000FF"/>
          <w:szCs w:val="24"/>
        </w:rPr>
        <w:tab/>
      </w:r>
      <w:r w:rsidRPr="00B31415">
        <w:rPr>
          <w:rFonts w:cs="Times New Roman"/>
          <w:szCs w:val="24"/>
        </w:rPr>
        <w:t>Trong các mệnh đề sau, mệnh đề nào đúng?</w:t>
      </w:r>
    </w:p>
    <w:p w14:paraId="6D90F34B" w14:textId="77777777" w:rsidR="00DE7E5C" w:rsidRPr="00B31415" w:rsidRDefault="00DE7E5C" w:rsidP="00B31415">
      <w:pPr>
        <w:tabs>
          <w:tab w:val="left" w:pos="3402"/>
          <w:tab w:val="left" w:pos="5669"/>
          <w:tab w:val="left" w:pos="7937"/>
        </w:tabs>
        <w:spacing w:after="0"/>
        <w:ind w:left="992"/>
        <w:jc w:val="both"/>
        <w:rPr>
          <w:rFonts w:cs="Times New Roman"/>
          <w:b/>
          <w:szCs w:val="24"/>
        </w:rPr>
      </w:pPr>
      <w:r w:rsidRPr="00B31415">
        <w:rPr>
          <w:rFonts w:cs="Times New Roman"/>
          <w:b/>
          <w:color w:val="0000FF"/>
          <w:szCs w:val="24"/>
        </w:rPr>
        <w:t xml:space="preserve">A. </w:t>
      </w:r>
      <w:r w:rsidRPr="00B31415">
        <w:rPr>
          <w:rFonts w:cs="Times New Roman"/>
          <w:szCs w:val="24"/>
        </w:rPr>
        <w:t xml:space="preserve">Nếu mặt phẳng </w:t>
      </w:r>
      <w:r w:rsidRPr="00B31415">
        <w:rPr>
          <w:rFonts w:cs="Times New Roman"/>
          <w:position w:val="-14"/>
          <w:szCs w:val="24"/>
        </w:rPr>
        <w:object w:dxaOrig="420" w:dyaOrig="400" w14:anchorId="1FD9870F">
          <v:shape id="_x0000_i3310" type="#_x0000_t75" style="width:21pt;height:20.4pt" o:ole="">
            <v:imagedata r:id="rId4484" o:title=""/>
          </v:shape>
          <o:OLEObject Type="Embed" ProgID="Equation.DSMT4" ShapeID="_x0000_i3310" DrawAspect="Content" ObjectID="_1699920046" r:id="rId4485"/>
        </w:object>
      </w:r>
      <w:r w:rsidRPr="00B31415">
        <w:rPr>
          <w:rFonts w:cs="Times New Roman"/>
          <w:szCs w:val="24"/>
        </w:rPr>
        <w:t xml:space="preserve"> chứa hai đường thẳng phân biệt </w:t>
      </w:r>
      <w:r w:rsidRPr="00B31415">
        <w:rPr>
          <w:rFonts w:cs="Times New Roman"/>
          <w:position w:val="-6"/>
          <w:szCs w:val="24"/>
        </w:rPr>
        <w:object w:dxaOrig="200" w:dyaOrig="220" w14:anchorId="771F148D">
          <v:shape id="_x0000_i3311" type="#_x0000_t75" style="width:9.6pt;height:11.4pt" o:ole="">
            <v:imagedata r:id="rId4486" o:title=""/>
          </v:shape>
          <o:OLEObject Type="Embed" ProgID="Equation.DSMT4" ShapeID="_x0000_i3311" DrawAspect="Content" ObjectID="_1699920047" r:id="rId4487"/>
        </w:object>
      </w:r>
      <w:r w:rsidRPr="00B31415">
        <w:rPr>
          <w:rFonts w:cs="Times New Roman"/>
          <w:szCs w:val="24"/>
        </w:rPr>
        <w:t xml:space="preserve">, </w:t>
      </w:r>
      <w:r w:rsidRPr="00B31415">
        <w:rPr>
          <w:rFonts w:cs="Times New Roman"/>
          <w:position w:val="-6"/>
          <w:szCs w:val="24"/>
        </w:rPr>
        <w:object w:dxaOrig="200" w:dyaOrig="279" w14:anchorId="7E6457B6">
          <v:shape id="_x0000_i3312" type="#_x0000_t75" style="width:9.6pt;height:14.4pt" o:ole="">
            <v:imagedata r:id="rId4488" o:title=""/>
          </v:shape>
          <o:OLEObject Type="Embed" ProgID="Equation.DSMT4" ShapeID="_x0000_i3312" DrawAspect="Content" ObjectID="_1699920048" r:id="rId4489"/>
        </w:object>
      </w:r>
      <w:r w:rsidRPr="00B31415">
        <w:rPr>
          <w:rFonts w:cs="Times New Roman"/>
          <w:szCs w:val="24"/>
        </w:rPr>
        <w:t xml:space="preserve"> và </w:t>
      </w:r>
      <w:r w:rsidRPr="00B31415">
        <w:rPr>
          <w:rFonts w:cs="Times New Roman"/>
          <w:position w:val="-6"/>
          <w:szCs w:val="24"/>
        </w:rPr>
        <w:object w:dxaOrig="200" w:dyaOrig="220" w14:anchorId="6A85CFEF">
          <v:shape id="_x0000_i3313" type="#_x0000_t75" style="width:9.6pt;height:11.4pt" o:ole="">
            <v:imagedata r:id="rId4490" o:title=""/>
          </v:shape>
          <o:OLEObject Type="Embed" ProgID="Equation.DSMT4" ShapeID="_x0000_i3313" DrawAspect="Content" ObjectID="_1699920049" r:id="rId4491"/>
        </w:object>
      </w:r>
      <w:r w:rsidRPr="00B31415">
        <w:rPr>
          <w:rFonts w:cs="Times New Roman"/>
          <w:szCs w:val="24"/>
        </w:rPr>
        <w:t xml:space="preserve">, </w:t>
      </w:r>
      <w:r w:rsidRPr="00B31415">
        <w:rPr>
          <w:rFonts w:cs="Times New Roman"/>
          <w:position w:val="-6"/>
          <w:szCs w:val="24"/>
        </w:rPr>
        <w:object w:dxaOrig="200" w:dyaOrig="279" w14:anchorId="2A86F68B">
          <v:shape id="_x0000_i3314" type="#_x0000_t75" style="width:9.6pt;height:14.4pt" o:ole="">
            <v:imagedata r:id="rId4492" o:title=""/>
          </v:shape>
          <o:OLEObject Type="Embed" ProgID="Equation.DSMT4" ShapeID="_x0000_i3314" DrawAspect="Content" ObjectID="_1699920050" r:id="rId4493"/>
        </w:object>
      </w:r>
      <w:r w:rsidRPr="00B31415">
        <w:rPr>
          <w:rFonts w:cs="Times New Roman"/>
          <w:szCs w:val="24"/>
        </w:rPr>
        <w:t xml:space="preserve"> cùng song song với mặt phẳng</w:t>
      </w:r>
      <w:r w:rsidRPr="00B31415">
        <w:rPr>
          <w:rFonts w:cs="Times New Roman"/>
          <w:position w:val="-14"/>
          <w:szCs w:val="24"/>
        </w:rPr>
        <w:object w:dxaOrig="420" w:dyaOrig="400" w14:anchorId="16ACE97F">
          <v:shape id="_x0000_i3315" type="#_x0000_t75" style="width:21pt;height:20.4pt" o:ole="">
            <v:imagedata r:id="rId4494" o:title=""/>
          </v:shape>
          <o:OLEObject Type="Embed" ProgID="Equation.DSMT4" ShapeID="_x0000_i3315" DrawAspect="Content" ObjectID="_1699920051" r:id="rId4495"/>
        </w:object>
      </w:r>
      <w:r w:rsidRPr="00B31415">
        <w:rPr>
          <w:rFonts w:cs="Times New Roman"/>
          <w:szCs w:val="24"/>
        </w:rPr>
        <w:t xml:space="preserve"> thì </w:t>
      </w:r>
      <w:r w:rsidRPr="00B31415">
        <w:rPr>
          <w:rFonts w:cs="Times New Roman"/>
          <w:position w:val="-14"/>
          <w:szCs w:val="24"/>
        </w:rPr>
        <w:object w:dxaOrig="999" w:dyaOrig="400" w14:anchorId="02866D0E">
          <v:shape id="_x0000_i3316" type="#_x0000_t75" style="width:50.4pt;height:20.4pt" o:ole="">
            <v:imagedata r:id="rId4496" o:title=""/>
          </v:shape>
          <o:OLEObject Type="Embed" ProgID="Equation.DSMT4" ShapeID="_x0000_i3316" DrawAspect="Content" ObjectID="_1699920052" r:id="rId4497"/>
        </w:object>
      </w:r>
      <w:r w:rsidRPr="00B31415">
        <w:rPr>
          <w:rFonts w:cs="Times New Roman"/>
          <w:szCs w:val="24"/>
        </w:rPr>
        <w:t>.</w:t>
      </w:r>
    </w:p>
    <w:p w14:paraId="6CD274C9"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B. </w:t>
      </w:r>
      <w:r w:rsidRPr="00B31415">
        <w:rPr>
          <w:rFonts w:cs="Times New Roman"/>
          <w:szCs w:val="24"/>
        </w:rPr>
        <w:t>Hai mặt phẳng cùng song song với mặt phẳng thứ ba thì song song với nhau.</w:t>
      </w:r>
    </w:p>
    <w:p w14:paraId="60D73CA0" w14:textId="77777777" w:rsidR="00DE7E5C" w:rsidRPr="00B31415" w:rsidRDefault="00DE7E5C" w:rsidP="00B31415">
      <w:pPr>
        <w:tabs>
          <w:tab w:val="left" w:pos="3402"/>
          <w:tab w:val="left" w:pos="5669"/>
          <w:tab w:val="left" w:pos="7937"/>
        </w:tabs>
        <w:spacing w:after="0"/>
        <w:ind w:left="992"/>
        <w:jc w:val="both"/>
        <w:rPr>
          <w:rFonts w:cs="Times New Roman"/>
          <w:b/>
          <w:szCs w:val="24"/>
        </w:rPr>
      </w:pPr>
      <w:r w:rsidRPr="00B31415">
        <w:rPr>
          <w:rFonts w:cs="Times New Roman"/>
          <w:b/>
          <w:color w:val="0000FF"/>
          <w:szCs w:val="24"/>
        </w:rPr>
        <w:t xml:space="preserve">C. </w:t>
      </w:r>
      <w:r w:rsidRPr="00B31415">
        <w:rPr>
          <w:rFonts w:cs="Times New Roman"/>
          <w:szCs w:val="24"/>
        </w:rPr>
        <w:t>Qua một điểm nằm ngoài một mặt phẳng cho trước có duy nhất một mặt phẳng song song với mặt phẳng đó.</w:t>
      </w:r>
    </w:p>
    <w:p w14:paraId="3C3DBED6"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D. </w:t>
      </w:r>
      <w:r w:rsidRPr="00B31415">
        <w:rPr>
          <w:rFonts w:cs="Times New Roman"/>
          <w:szCs w:val="24"/>
        </w:rPr>
        <w:t>Qua một điểm nằm ngoài một mặt phẳng cho trước có vô số mặt phẳng song song với mặt phẳng đó.</w:t>
      </w:r>
    </w:p>
    <w:p w14:paraId="27CEE31F" w14:textId="77777777" w:rsidR="00DE7E5C" w:rsidRPr="00B31415" w:rsidRDefault="00DE7E5C" w:rsidP="00B31415">
      <w:pPr>
        <w:tabs>
          <w:tab w:val="left" w:pos="992"/>
        </w:tabs>
        <w:spacing w:before="120" w:after="0"/>
        <w:ind w:left="992" w:hanging="992"/>
        <w:jc w:val="both"/>
        <w:rPr>
          <w:rFonts w:cs="Times New Roman"/>
          <w:szCs w:val="24"/>
        </w:rPr>
      </w:pPr>
      <w:r w:rsidRPr="00B31415">
        <w:rPr>
          <w:rFonts w:cs="Times New Roman"/>
          <w:b/>
          <w:color w:val="0000FF"/>
          <w:szCs w:val="24"/>
        </w:rPr>
        <w:t>Câu 19:</w:t>
      </w:r>
      <w:r w:rsidRPr="00B31415">
        <w:rPr>
          <w:rFonts w:cs="Times New Roman"/>
          <w:b/>
          <w:color w:val="0000FF"/>
          <w:szCs w:val="24"/>
        </w:rPr>
        <w:tab/>
      </w:r>
      <w:r w:rsidRPr="00B31415">
        <w:rPr>
          <w:rFonts w:cs="Times New Roman"/>
          <w:szCs w:val="24"/>
        </w:rPr>
        <w:t xml:space="preserve">Phương trình </w:t>
      </w:r>
      <w:r w:rsidRPr="00B31415">
        <w:rPr>
          <w:position w:val="-28"/>
        </w:rPr>
        <w:object w:dxaOrig="2640" w:dyaOrig="680" w14:anchorId="7A12633C">
          <v:shape id="_x0000_i3317" type="#_x0000_t75" style="width:132pt;height:33.6pt" o:ole="">
            <v:imagedata r:id="rId4498" o:title=""/>
          </v:shape>
          <o:OLEObject Type="Embed" ProgID="Equation.DSMT4" ShapeID="_x0000_i3317" DrawAspect="Content" ObjectID="_1699920053" r:id="rId4499"/>
        </w:object>
      </w:r>
      <w:r w:rsidRPr="00B31415">
        <w:rPr>
          <w:rFonts w:cs="Times New Roman"/>
          <w:szCs w:val="24"/>
        </w:rPr>
        <w:t xml:space="preserve"> tương đương với phương trình</w:t>
      </w:r>
    </w:p>
    <w:p w14:paraId="46EBEBC3" w14:textId="77777777" w:rsidR="00DE7E5C" w:rsidRPr="00B31415" w:rsidRDefault="00DE7E5C" w:rsidP="00B31415">
      <w:pPr>
        <w:tabs>
          <w:tab w:val="left" w:pos="3402"/>
          <w:tab w:val="left" w:pos="5669"/>
          <w:tab w:val="left" w:pos="7937"/>
        </w:tabs>
        <w:spacing w:after="0"/>
        <w:ind w:left="992"/>
        <w:jc w:val="both"/>
        <w:rPr>
          <w:rFonts w:cs="Times New Roman"/>
          <w:b/>
          <w:szCs w:val="24"/>
        </w:rPr>
      </w:pPr>
      <w:r w:rsidRPr="00B31415">
        <w:rPr>
          <w:rFonts w:cs="Times New Roman"/>
          <w:b/>
          <w:color w:val="0000FF"/>
          <w:szCs w:val="24"/>
        </w:rPr>
        <w:t xml:space="preserve">A. </w:t>
      </w:r>
      <w:r w:rsidRPr="00B31415">
        <w:rPr>
          <w:rFonts w:cs="Times New Roman"/>
          <w:position w:val="-10"/>
          <w:szCs w:val="24"/>
        </w:rPr>
        <w:object w:dxaOrig="2760" w:dyaOrig="360" w14:anchorId="2E75FAFF">
          <v:shape id="_x0000_i3318" type="#_x0000_t75" style="width:138pt;height:18pt" o:ole="">
            <v:imagedata r:id="rId4500" o:title=""/>
          </v:shape>
          <o:OLEObject Type="Embed" ProgID="Equation.DSMT4" ShapeID="_x0000_i3318" DrawAspect="Content" ObjectID="_1699920054" r:id="rId4501"/>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B. </w:t>
      </w:r>
      <w:r w:rsidRPr="00B31415">
        <w:rPr>
          <w:rFonts w:cs="Times New Roman"/>
          <w:position w:val="-6"/>
          <w:szCs w:val="24"/>
        </w:rPr>
        <w:object w:dxaOrig="1960" w:dyaOrig="320" w14:anchorId="7F2ADF53">
          <v:shape id="_x0000_i3319" type="#_x0000_t75" style="width:98.4pt;height:15.6pt" o:ole="">
            <v:imagedata r:id="rId4502" o:title=""/>
          </v:shape>
          <o:OLEObject Type="Embed" ProgID="Equation.DSMT4" ShapeID="_x0000_i3319" DrawAspect="Content" ObjectID="_1699920055" r:id="rId4503"/>
        </w:object>
      </w:r>
      <w:r w:rsidRPr="00B31415">
        <w:rPr>
          <w:rFonts w:cs="Times New Roman"/>
          <w:szCs w:val="24"/>
        </w:rPr>
        <w:t>.</w:t>
      </w:r>
    </w:p>
    <w:p w14:paraId="63C066F6"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C. </w:t>
      </w:r>
      <w:r w:rsidRPr="00B31415">
        <w:rPr>
          <w:rFonts w:cs="Times New Roman"/>
          <w:position w:val="-10"/>
          <w:szCs w:val="24"/>
        </w:rPr>
        <w:object w:dxaOrig="2079" w:dyaOrig="360" w14:anchorId="2AC6796D">
          <v:shape id="_x0000_i3320" type="#_x0000_t75" style="width:104.4pt;height:18pt" o:ole="">
            <v:imagedata r:id="rId4504" o:title=""/>
          </v:shape>
          <o:OLEObject Type="Embed" ProgID="Equation.DSMT4" ShapeID="_x0000_i3320" DrawAspect="Content" ObjectID="_1699920056" r:id="rId4505"/>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D. </w:t>
      </w:r>
      <w:r w:rsidRPr="00B31415">
        <w:rPr>
          <w:rFonts w:cs="Times New Roman"/>
          <w:position w:val="-10"/>
          <w:szCs w:val="24"/>
        </w:rPr>
        <w:object w:dxaOrig="2760" w:dyaOrig="360" w14:anchorId="1B2D1142">
          <v:shape id="_x0000_i3321" type="#_x0000_t75" style="width:138pt;height:18pt" o:ole="">
            <v:imagedata r:id="rId4506" o:title=""/>
          </v:shape>
          <o:OLEObject Type="Embed" ProgID="Equation.DSMT4" ShapeID="_x0000_i3321" DrawAspect="Content" ObjectID="_1699920057" r:id="rId4507"/>
        </w:object>
      </w:r>
      <w:r w:rsidRPr="00B31415">
        <w:rPr>
          <w:rFonts w:cs="Times New Roman"/>
          <w:szCs w:val="24"/>
        </w:rPr>
        <w:t>.</w:t>
      </w:r>
    </w:p>
    <w:p w14:paraId="673AE460"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20:</w:t>
      </w:r>
      <w:r w:rsidRPr="00B31415">
        <w:rPr>
          <w:rFonts w:cs="Times New Roman"/>
          <w:b/>
          <w:color w:val="0000FF"/>
          <w:szCs w:val="24"/>
        </w:rPr>
        <w:tab/>
      </w:r>
      <w:r w:rsidRPr="00B31415">
        <w:rPr>
          <w:rFonts w:cs="Times New Roman"/>
          <w:szCs w:val="24"/>
        </w:rPr>
        <w:t xml:space="preserve">Phương trình </w:t>
      </w:r>
      <w:r w:rsidRPr="00B31415">
        <w:rPr>
          <w:position w:val="-6"/>
        </w:rPr>
        <w:object w:dxaOrig="1840" w:dyaOrig="279" w14:anchorId="2AFBCF78">
          <v:shape id="_x0000_i3322" type="#_x0000_t75" style="width:92.4pt;height:13.8pt" o:ole="">
            <v:imagedata r:id="rId4508" o:title=""/>
          </v:shape>
          <o:OLEObject Type="Embed" ProgID="Equation.DSMT4" ShapeID="_x0000_i3322" DrawAspect="Content" ObjectID="_1699920058" r:id="rId4509"/>
        </w:object>
      </w:r>
      <w:r w:rsidRPr="00B31415">
        <w:rPr>
          <w:rFonts w:cs="Times New Roman"/>
          <w:szCs w:val="24"/>
        </w:rPr>
        <w:t xml:space="preserve">có bao nhiêu nghiệm thuộc khoảng </w:t>
      </w:r>
      <w:r w:rsidRPr="00B31415">
        <w:rPr>
          <w:position w:val="-16"/>
        </w:rPr>
        <w:object w:dxaOrig="859" w:dyaOrig="440" w14:anchorId="1952F4CE">
          <v:shape id="_x0000_i3323" type="#_x0000_t75" style="width:43.8pt;height:22.8pt" o:ole="">
            <v:imagedata r:id="rId4510" o:title=""/>
          </v:shape>
          <o:OLEObject Type="Embed" ProgID="Equation.DSMT4" ShapeID="_x0000_i3323" DrawAspect="Content" ObjectID="_1699920059" r:id="rId4511"/>
        </w:object>
      </w:r>
      <w:r w:rsidRPr="00B31415">
        <w:rPr>
          <w:rFonts w:cs="Times New Roman"/>
          <w:szCs w:val="24"/>
        </w:rPr>
        <w:t>.</w:t>
      </w:r>
    </w:p>
    <w:p w14:paraId="59581E20"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A. </w:t>
      </w:r>
      <w:r w:rsidRPr="00B31415">
        <w:rPr>
          <w:rFonts w:cs="Times New Roman"/>
          <w:position w:val="-6"/>
          <w:szCs w:val="24"/>
        </w:rPr>
        <w:object w:dxaOrig="300" w:dyaOrig="279" w14:anchorId="1E863DE2">
          <v:shape id="_x0000_i3324" type="#_x0000_t75" style="width:15pt;height:13.8pt" o:ole="">
            <v:imagedata r:id="rId4512" o:title=""/>
          </v:shape>
          <o:OLEObject Type="Embed" ProgID="Equation.DSMT4" ShapeID="_x0000_i3324" DrawAspect="Content" ObjectID="_1699920060" r:id="rId4513"/>
        </w:object>
      </w:r>
      <w:r w:rsidRPr="00B31415">
        <w:rPr>
          <w:rFonts w:cs="Times New Roman"/>
          <w:szCs w:val="24"/>
        </w:rPr>
        <w:t>.</w:t>
      </w:r>
      <w:r w:rsidRPr="00B31415">
        <w:rPr>
          <w:rFonts w:cs="Times New Roman"/>
          <w:szCs w:val="24"/>
        </w:rPr>
        <w:tab/>
      </w:r>
      <w:r w:rsidRPr="00B31415">
        <w:rPr>
          <w:rFonts w:cs="Times New Roman"/>
          <w:b/>
          <w:color w:val="0000FF"/>
          <w:szCs w:val="24"/>
        </w:rPr>
        <w:t xml:space="preserve">B. </w:t>
      </w:r>
      <w:r w:rsidRPr="00B31415">
        <w:rPr>
          <w:rFonts w:cs="Times New Roman"/>
          <w:szCs w:val="24"/>
        </w:rPr>
        <w:t>9.</w:t>
      </w:r>
      <w:r w:rsidRPr="00B31415">
        <w:rPr>
          <w:rFonts w:cs="Times New Roman"/>
          <w:b/>
          <w:szCs w:val="24"/>
        </w:rPr>
        <w:tab/>
      </w:r>
      <w:r w:rsidRPr="00B31415">
        <w:rPr>
          <w:rFonts w:cs="Times New Roman"/>
          <w:b/>
          <w:color w:val="0000FF"/>
          <w:szCs w:val="24"/>
        </w:rPr>
        <w:t xml:space="preserve">C. </w:t>
      </w:r>
      <w:r w:rsidRPr="00B31415">
        <w:rPr>
          <w:rFonts w:cs="Times New Roman"/>
          <w:position w:val="-6"/>
          <w:szCs w:val="24"/>
        </w:rPr>
        <w:object w:dxaOrig="180" w:dyaOrig="279" w14:anchorId="1F00BFAD">
          <v:shape id="_x0000_i3325" type="#_x0000_t75" style="width:9.6pt;height:13.8pt" o:ole="">
            <v:imagedata r:id="rId4514" o:title=""/>
          </v:shape>
          <o:OLEObject Type="Embed" ProgID="Equation.DSMT4" ShapeID="_x0000_i3325" DrawAspect="Content" ObjectID="_1699920061" r:id="rId4515"/>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D. </w:t>
      </w:r>
      <w:r w:rsidRPr="00B31415">
        <w:rPr>
          <w:rFonts w:cs="Times New Roman"/>
          <w:position w:val="-6"/>
          <w:szCs w:val="24"/>
        </w:rPr>
        <w:object w:dxaOrig="180" w:dyaOrig="279" w14:anchorId="7AC608A4">
          <v:shape id="_x0000_i3326" type="#_x0000_t75" style="width:9.6pt;height:13.8pt" o:ole="">
            <v:imagedata r:id="rId4516" o:title=""/>
          </v:shape>
          <o:OLEObject Type="Embed" ProgID="Equation.DSMT4" ShapeID="_x0000_i3326" DrawAspect="Content" ObjectID="_1699920062" r:id="rId4517"/>
        </w:object>
      </w:r>
      <w:r w:rsidRPr="00B31415">
        <w:rPr>
          <w:rFonts w:cs="Times New Roman"/>
          <w:szCs w:val="24"/>
        </w:rPr>
        <w:t>.</w:t>
      </w:r>
    </w:p>
    <w:p w14:paraId="24889701"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21:</w:t>
      </w:r>
      <w:r w:rsidRPr="00B31415">
        <w:rPr>
          <w:rFonts w:cs="Times New Roman"/>
          <w:b/>
          <w:color w:val="0000FF"/>
          <w:szCs w:val="24"/>
        </w:rPr>
        <w:tab/>
      </w:r>
      <w:r w:rsidRPr="00B31415">
        <w:rPr>
          <w:rFonts w:cs="Times New Roman"/>
          <w:szCs w:val="24"/>
        </w:rPr>
        <w:t xml:space="preserve">Có bao nhiêu giá trị nguyên của tham số </w:t>
      </w:r>
      <w:r w:rsidRPr="00B31415">
        <w:rPr>
          <w:position w:val="-6"/>
        </w:rPr>
        <w:object w:dxaOrig="260" w:dyaOrig="220" w14:anchorId="1A466FA5">
          <v:shape id="_x0000_i3327" type="#_x0000_t75" style="width:12.6pt;height:11.4pt" o:ole="">
            <v:imagedata r:id="rId4518" o:title=""/>
          </v:shape>
          <o:OLEObject Type="Embed" ProgID="Equation.DSMT4" ShapeID="_x0000_i3327" DrawAspect="Content" ObjectID="_1699920063" r:id="rId4519"/>
        </w:object>
      </w:r>
      <w:r w:rsidRPr="00B31415">
        <w:rPr>
          <w:rFonts w:cs="Times New Roman"/>
          <w:szCs w:val="24"/>
        </w:rPr>
        <w:t xml:space="preserve"> thuộc đoạn </w:t>
      </w:r>
      <w:r w:rsidRPr="00B31415">
        <w:rPr>
          <w:position w:val="-16"/>
        </w:rPr>
        <w:object w:dxaOrig="980" w:dyaOrig="440" w14:anchorId="1B35CE5B">
          <v:shape id="_x0000_i3328" type="#_x0000_t75" style="width:48.6pt;height:21.6pt" o:ole="">
            <v:imagedata r:id="rId4520" o:title=""/>
          </v:shape>
          <o:OLEObject Type="Embed" ProgID="Equation.DSMT4" ShapeID="_x0000_i3328" DrawAspect="Content" ObjectID="_1699920064" r:id="rId4521"/>
        </w:object>
      </w:r>
      <w:r w:rsidRPr="00B31415">
        <w:rPr>
          <w:rFonts w:cs="Times New Roman"/>
          <w:szCs w:val="24"/>
        </w:rPr>
        <w:t xml:space="preserve"> để phương trình </w:t>
      </w:r>
      <w:r w:rsidRPr="00B31415">
        <w:rPr>
          <w:position w:val="-30"/>
          <w:lang w:val="fr-FR"/>
        </w:rPr>
        <w:object w:dxaOrig="3360" w:dyaOrig="720" w14:anchorId="7A3A427C">
          <v:shape id="_x0000_i3329" type="#_x0000_t75" style="width:168pt;height:36pt" o:ole="">
            <v:imagedata r:id="rId4522" o:title=""/>
          </v:shape>
          <o:OLEObject Type="Embed" ProgID="Equation.DSMT4" ShapeID="_x0000_i3329" DrawAspect="Content" ObjectID="_1699920065" r:id="rId4523"/>
        </w:object>
      </w:r>
      <w:r w:rsidRPr="00B31415">
        <w:rPr>
          <w:rFonts w:cs="Times New Roman"/>
          <w:szCs w:val="24"/>
          <w:lang w:val="fr-FR"/>
        </w:rPr>
        <w:t xml:space="preserve"> vô nghiệm.</w:t>
      </w:r>
    </w:p>
    <w:p w14:paraId="2715D1FD"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A. </w:t>
      </w:r>
      <w:r w:rsidRPr="00B31415">
        <w:rPr>
          <w:rFonts w:cs="Times New Roman"/>
          <w:position w:val="-4"/>
          <w:szCs w:val="24"/>
        </w:rPr>
        <w:object w:dxaOrig="300" w:dyaOrig="260" w14:anchorId="28158F8D">
          <v:shape id="_x0000_i3330" type="#_x0000_t75" style="width:14.4pt;height:12.6pt" o:ole="">
            <v:imagedata r:id="rId4524" o:title=""/>
          </v:shape>
          <o:OLEObject Type="Embed" ProgID="Equation.DSMT4" ShapeID="_x0000_i3330" DrawAspect="Content" ObjectID="_1699920066" r:id="rId4525"/>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B. </w:t>
      </w:r>
      <w:r w:rsidRPr="00B31415">
        <w:rPr>
          <w:rFonts w:cs="Times New Roman"/>
          <w:position w:val="-6"/>
          <w:szCs w:val="24"/>
        </w:rPr>
        <w:object w:dxaOrig="320" w:dyaOrig="279" w14:anchorId="5E30DB7A">
          <v:shape id="_x0000_i3331" type="#_x0000_t75" style="width:15.6pt;height:13.8pt" o:ole="">
            <v:imagedata r:id="rId4526" o:title=""/>
          </v:shape>
          <o:OLEObject Type="Embed" ProgID="Equation.DSMT4" ShapeID="_x0000_i3331" DrawAspect="Content" ObjectID="_1699920067" r:id="rId4527"/>
        </w:object>
      </w:r>
      <w:r w:rsidRPr="00B31415">
        <w:rPr>
          <w:rFonts w:cs="Times New Roman"/>
          <w:szCs w:val="24"/>
        </w:rPr>
        <w:t>.</w:t>
      </w:r>
      <w:r w:rsidRPr="00B31415">
        <w:rPr>
          <w:rFonts w:cs="Times New Roman"/>
          <w:szCs w:val="24"/>
        </w:rPr>
        <w:tab/>
      </w:r>
      <w:r w:rsidRPr="00B31415">
        <w:rPr>
          <w:rFonts w:cs="Times New Roman"/>
          <w:b/>
          <w:color w:val="0000FF"/>
          <w:szCs w:val="24"/>
        </w:rPr>
        <w:t xml:space="preserve">C. </w:t>
      </w:r>
      <w:r w:rsidRPr="00B31415">
        <w:rPr>
          <w:rFonts w:cs="Times New Roman"/>
          <w:position w:val="-6"/>
          <w:szCs w:val="24"/>
        </w:rPr>
        <w:object w:dxaOrig="279" w:dyaOrig="279" w14:anchorId="1360CD8F">
          <v:shape id="_x0000_i3332" type="#_x0000_t75" style="width:13.8pt;height:13.8pt" o:ole="">
            <v:imagedata r:id="rId4528" o:title=""/>
          </v:shape>
          <o:OLEObject Type="Embed" ProgID="Equation.DSMT4" ShapeID="_x0000_i3332" DrawAspect="Content" ObjectID="_1699920068" r:id="rId4529"/>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D. </w:t>
      </w:r>
      <w:r w:rsidRPr="00B31415">
        <w:rPr>
          <w:rFonts w:cs="Times New Roman"/>
          <w:position w:val="-6"/>
          <w:szCs w:val="24"/>
        </w:rPr>
        <w:object w:dxaOrig="180" w:dyaOrig="279" w14:anchorId="03BAB28E">
          <v:shape id="_x0000_i3333" type="#_x0000_t75" style="width:9.6pt;height:13.8pt" o:ole="">
            <v:imagedata r:id="rId4530" o:title=""/>
          </v:shape>
          <o:OLEObject Type="Embed" ProgID="Equation.DSMT4" ShapeID="_x0000_i3333" DrawAspect="Content" ObjectID="_1699920069" r:id="rId4531"/>
        </w:object>
      </w:r>
      <w:r w:rsidRPr="00B31415">
        <w:rPr>
          <w:rFonts w:cs="Times New Roman"/>
          <w:szCs w:val="24"/>
        </w:rPr>
        <w:t>.</w:t>
      </w:r>
    </w:p>
    <w:p w14:paraId="0B259B79" w14:textId="77777777" w:rsidR="00DE7E5C" w:rsidRPr="00B31415" w:rsidRDefault="00DE7E5C" w:rsidP="00B31415">
      <w:pPr>
        <w:tabs>
          <w:tab w:val="left" w:pos="992"/>
        </w:tabs>
        <w:spacing w:before="120" w:after="0"/>
        <w:ind w:left="992" w:hanging="992"/>
        <w:jc w:val="both"/>
        <w:rPr>
          <w:rFonts w:cs="Times New Roman"/>
          <w:b/>
          <w:bCs/>
          <w:szCs w:val="24"/>
        </w:rPr>
      </w:pPr>
      <w:r w:rsidRPr="00B31415">
        <w:rPr>
          <w:rFonts w:cs="Times New Roman"/>
          <w:b/>
          <w:bCs/>
          <w:color w:val="0000FF"/>
          <w:szCs w:val="24"/>
        </w:rPr>
        <w:t>Câu 22:</w:t>
      </w:r>
      <w:r w:rsidRPr="00B31415">
        <w:rPr>
          <w:rFonts w:cs="Times New Roman"/>
          <w:b/>
          <w:bCs/>
          <w:color w:val="0000FF"/>
          <w:szCs w:val="24"/>
        </w:rPr>
        <w:tab/>
      </w:r>
      <w:r w:rsidRPr="00B31415">
        <w:rPr>
          <w:rFonts w:cs="Times New Roman"/>
          <w:bCs/>
          <w:szCs w:val="24"/>
        </w:rPr>
        <w:t xml:space="preserve">Gọi </w:t>
      </w:r>
      <w:r w:rsidRPr="00B31415">
        <w:rPr>
          <w:position w:val="-6"/>
        </w:rPr>
        <w:object w:dxaOrig="220" w:dyaOrig="279" w14:anchorId="2C60AFA1">
          <v:shape id="_x0000_i3334" type="#_x0000_t75" style="width:11.4pt;height:14.4pt" o:ole="">
            <v:imagedata r:id="rId4532" o:title=""/>
          </v:shape>
          <o:OLEObject Type="Embed" ProgID="Equation.DSMT4" ShapeID="_x0000_i3334" DrawAspect="Content" ObjectID="_1699920070" r:id="rId4533"/>
        </w:object>
      </w:r>
      <w:r w:rsidRPr="00B31415">
        <w:rPr>
          <w:rFonts w:cs="Times New Roman"/>
          <w:bCs/>
          <w:szCs w:val="24"/>
        </w:rPr>
        <w:t xml:space="preserve"> là tổng tất cả các giá trị của tham số </w:t>
      </w:r>
      <w:r w:rsidRPr="00B31415">
        <w:rPr>
          <w:position w:val="-6"/>
        </w:rPr>
        <w:object w:dxaOrig="260" w:dyaOrig="220" w14:anchorId="143E7641">
          <v:shape id="_x0000_i3335" type="#_x0000_t75" style="width:12.6pt;height:11.4pt" o:ole="">
            <v:imagedata r:id="rId4534" o:title=""/>
          </v:shape>
          <o:OLEObject Type="Embed" ProgID="Equation.DSMT4" ShapeID="_x0000_i3335" DrawAspect="Content" ObjectID="_1699920071" r:id="rId4535"/>
        </w:object>
      </w:r>
      <w:r w:rsidRPr="00B31415">
        <w:rPr>
          <w:rFonts w:cs="Times New Roman"/>
          <w:bCs/>
          <w:szCs w:val="24"/>
        </w:rPr>
        <w:t xml:space="preserve"> để giá trị lớn nhất của hàm số </w:t>
      </w:r>
      <w:r w:rsidRPr="00B31415">
        <w:rPr>
          <w:position w:val="-14"/>
        </w:rPr>
        <w:object w:dxaOrig="2160" w:dyaOrig="400" w14:anchorId="3B4B4905">
          <v:shape id="_x0000_i3336" type="#_x0000_t75" style="width:108pt;height:20.4pt" o:ole="">
            <v:imagedata r:id="rId4536" o:title=""/>
          </v:shape>
          <o:OLEObject Type="Embed" ProgID="Equation.DSMT4" ShapeID="_x0000_i3336" DrawAspect="Content" ObjectID="_1699920072" r:id="rId4537"/>
        </w:object>
      </w:r>
      <w:r w:rsidRPr="00B31415">
        <w:rPr>
          <w:rFonts w:cs="Times New Roman"/>
          <w:bCs/>
          <w:szCs w:val="24"/>
        </w:rPr>
        <w:t xml:space="preserve"> bằng </w:t>
      </w:r>
      <w:r w:rsidRPr="00B31415">
        <w:rPr>
          <w:position w:val="-6"/>
        </w:rPr>
        <w:object w:dxaOrig="180" w:dyaOrig="279" w14:anchorId="523D2180">
          <v:shape id="_x0000_i3337" type="#_x0000_t75" style="width:9.6pt;height:14.4pt" o:ole="">
            <v:imagedata r:id="rId4538" o:title=""/>
          </v:shape>
          <o:OLEObject Type="Embed" ProgID="Equation.DSMT4" ShapeID="_x0000_i3337" DrawAspect="Content" ObjectID="_1699920073" r:id="rId4539"/>
        </w:object>
      </w:r>
      <w:r w:rsidRPr="00B31415">
        <w:rPr>
          <w:rFonts w:cs="Times New Roman"/>
          <w:bCs/>
          <w:szCs w:val="24"/>
        </w:rPr>
        <w:t xml:space="preserve">. Tính </w:t>
      </w:r>
      <w:r w:rsidRPr="00B31415">
        <w:rPr>
          <w:position w:val="-6"/>
        </w:rPr>
        <w:object w:dxaOrig="220" w:dyaOrig="279" w14:anchorId="0E3B1FCB">
          <v:shape id="_x0000_i3338" type="#_x0000_t75" style="width:11.4pt;height:14.4pt" o:ole="">
            <v:imagedata r:id="rId4540" o:title=""/>
          </v:shape>
          <o:OLEObject Type="Embed" ProgID="Equation.DSMT4" ShapeID="_x0000_i3338" DrawAspect="Content" ObjectID="_1699920074" r:id="rId4541"/>
        </w:object>
      </w:r>
    </w:p>
    <w:p w14:paraId="3CCA2C27"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A. </w:t>
      </w:r>
      <w:r w:rsidRPr="00B31415">
        <w:rPr>
          <w:rFonts w:cs="Times New Roman"/>
          <w:b/>
          <w:position w:val="-24"/>
          <w:szCs w:val="24"/>
        </w:rPr>
        <w:object w:dxaOrig="720" w:dyaOrig="620" w14:anchorId="0D3F5EA1">
          <v:shape id="_x0000_i3339" type="#_x0000_t75" style="width:36pt;height:30.6pt" o:ole="">
            <v:imagedata r:id="rId4542" o:title=""/>
          </v:shape>
          <o:OLEObject Type="Embed" ProgID="Equation.DSMT4" ShapeID="_x0000_i3339" DrawAspect="Content" ObjectID="_1699920075" r:id="rId4543"/>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B. </w:t>
      </w:r>
      <w:r w:rsidRPr="00B31415">
        <w:rPr>
          <w:rFonts w:cs="Times New Roman"/>
          <w:b/>
          <w:position w:val="-6"/>
          <w:szCs w:val="24"/>
        </w:rPr>
        <w:object w:dxaOrig="580" w:dyaOrig="279" w14:anchorId="531DFC96">
          <v:shape id="_x0000_i3340" type="#_x0000_t75" style="width:29.4pt;height:14.4pt" o:ole="">
            <v:imagedata r:id="rId4544" o:title=""/>
          </v:shape>
          <o:OLEObject Type="Embed" ProgID="Equation.DSMT4" ShapeID="_x0000_i3340" DrawAspect="Content" ObjectID="_1699920076" r:id="rId4545"/>
        </w:object>
      </w:r>
      <w:r w:rsidRPr="00B31415">
        <w:rPr>
          <w:rFonts w:cs="Times New Roman"/>
          <w:bCs/>
          <w:szCs w:val="24"/>
        </w:rPr>
        <w:t>.</w:t>
      </w:r>
      <w:r w:rsidRPr="00B31415">
        <w:rPr>
          <w:rFonts w:cs="Times New Roman"/>
          <w:szCs w:val="24"/>
        </w:rPr>
        <w:tab/>
      </w:r>
      <w:r w:rsidRPr="00B31415">
        <w:rPr>
          <w:rFonts w:cs="Times New Roman"/>
          <w:b/>
          <w:color w:val="0000FF"/>
          <w:szCs w:val="24"/>
        </w:rPr>
        <w:t xml:space="preserve">C. </w:t>
      </w:r>
      <w:r w:rsidRPr="00B31415">
        <w:rPr>
          <w:rFonts w:cs="Times New Roman"/>
          <w:b/>
          <w:position w:val="-24"/>
          <w:szCs w:val="24"/>
        </w:rPr>
        <w:object w:dxaOrig="620" w:dyaOrig="620" w14:anchorId="406FE5E0">
          <v:shape id="_x0000_i3341" type="#_x0000_t75" style="width:30.6pt;height:30.6pt" o:ole="">
            <v:imagedata r:id="rId4546" o:title=""/>
          </v:shape>
          <o:OLEObject Type="Embed" ProgID="Equation.DSMT4" ShapeID="_x0000_i3341" DrawAspect="Content" ObjectID="_1699920077" r:id="rId4547"/>
        </w:object>
      </w:r>
      <w:r w:rsidRPr="00B31415">
        <w:rPr>
          <w:rFonts w:cs="Times New Roman"/>
          <w:bCs/>
          <w:szCs w:val="24"/>
        </w:rPr>
        <w:t>.</w:t>
      </w:r>
      <w:r w:rsidRPr="00B31415">
        <w:rPr>
          <w:rFonts w:cs="Times New Roman"/>
          <w:b/>
          <w:szCs w:val="24"/>
        </w:rPr>
        <w:tab/>
      </w:r>
      <w:r w:rsidRPr="00B31415">
        <w:rPr>
          <w:rFonts w:cs="Times New Roman"/>
          <w:b/>
          <w:color w:val="0000FF"/>
          <w:szCs w:val="24"/>
        </w:rPr>
        <w:t xml:space="preserve">D. </w:t>
      </w:r>
      <w:r w:rsidRPr="00B31415">
        <w:rPr>
          <w:rFonts w:cs="Times New Roman"/>
          <w:b/>
          <w:position w:val="-6"/>
          <w:szCs w:val="24"/>
        </w:rPr>
        <w:object w:dxaOrig="720" w:dyaOrig="279" w14:anchorId="1FD2A4FC">
          <v:shape id="_x0000_i3342" type="#_x0000_t75" style="width:36pt;height:14.4pt" o:ole="">
            <v:imagedata r:id="rId4548" o:title=""/>
          </v:shape>
          <o:OLEObject Type="Embed" ProgID="Equation.DSMT4" ShapeID="_x0000_i3342" DrawAspect="Content" ObjectID="_1699920078" r:id="rId4549"/>
        </w:object>
      </w:r>
      <w:r w:rsidRPr="00B31415">
        <w:rPr>
          <w:rFonts w:cs="Times New Roman"/>
          <w:b/>
          <w:position w:val="-4"/>
          <w:szCs w:val="24"/>
        </w:rPr>
        <w:object w:dxaOrig="180" w:dyaOrig="279" w14:anchorId="6F100C85">
          <v:shape id="_x0000_i3343" type="#_x0000_t75" style="width:9.6pt;height:14.4pt" o:ole="">
            <v:imagedata r:id="rId4550" o:title=""/>
          </v:shape>
          <o:OLEObject Type="Embed" ProgID="Equation.DSMT4" ShapeID="_x0000_i3343" DrawAspect="Content" ObjectID="_1699920079" r:id="rId4551"/>
        </w:object>
      </w:r>
    </w:p>
    <w:p w14:paraId="330C9AAD"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t>Câu 23:</w:t>
      </w:r>
      <w:r w:rsidRPr="00B31415">
        <w:rPr>
          <w:rFonts w:cs="Times New Roman"/>
          <w:b/>
          <w:color w:val="0000FF"/>
          <w:szCs w:val="24"/>
        </w:rPr>
        <w:tab/>
      </w:r>
      <w:r w:rsidRPr="00B31415">
        <w:rPr>
          <w:rFonts w:cs="Times New Roman"/>
          <w:szCs w:val="24"/>
        </w:rPr>
        <w:t xml:space="preserve">Tính tổng các nghiệm của phương trình </w:t>
      </w:r>
      <w:r w:rsidRPr="00B31415">
        <w:rPr>
          <w:position w:val="-6"/>
        </w:rPr>
        <w:object w:dxaOrig="3519" w:dyaOrig="320" w14:anchorId="55BD3444">
          <v:shape id="_x0000_i3344" type="#_x0000_t75" style="width:177pt;height:15.6pt" o:ole="">
            <v:imagedata r:id="rId4552" o:title=""/>
          </v:shape>
          <o:OLEObject Type="Embed" ProgID="Equation.DSMT4" ShapeID="_x0000_i3344" DrawAspect="Content" ObjectID="_1699920080" r:id="rId4553"/>
        </w:object>
      </w:r>
      <w:r w:rsidRPr="00B31415">
        <w:rPr>
          <w:rFonts w:cs="Times New Roman"/>
          <w:szCs w:val="24"/>
        </w:rPr>
        <w:t xml:space="preserve"> trong </w:t>
      </w:r>
      <w:r w:rsidRPr="00B31415">
        <w:rPr>
          <w:position w:val="-14"/>
        </w:rPr>
        <w:object w:dxaOrig="1060" w:dyaOrig="400" w14:anchorId="568AE88C">
          <v:shape id="_x0000_i3345" type="#_x0000_t75" style="width:53.4pt;height:20.4pt" o:ole="">
            <v:imagedata r:id="rId4554" o:title=""/>
          </v:shape>
          <o:OLEObject Type="Embed" ProgID="Equation.DSMT4" ShapeID="_x0000_i3345" DrawAspect="Content" ObjectID="_1699920081" r:id="rId4555"/>
        </w:object>
      </w:r>
      <w:r w:rsidRPr="00B31415">
        <w:rPr>
          <w:rFonts w:cs="Times New Roman"/>
          <w:szCs w:val="24"/>
        </w:rPr>
        <w:t>.</w:t>
      </w:r>
    </w:p>
    <w:p w14:paraId="0596B5C5"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A. </w:t>
      </w:r>
      <w:r w:rsidRPr="00B31415">
        <w:rPr>
          <w:rFonts w:cs="Times New Roman"/>
          <w:position w:val="-6"/>
          <w:szCs w:val="24"/>
        </w:rPr>
        <w:object w:dxaOrig="1060" w:dyaOrig="279" w14:anchorId="2A082684">
          <v:shape id="_x0000_i3346" type="#_x0000_t75" style="width:53.4pt;height:14.4pt" o:ole="">
            <v:imagedata r:id="rId4556" o:title=""/>
          </v:shape>
          <o:OLEObject Type="Embed" ProgID="Equation.DSMT4" ShapeID="_x0000_i3346" DrawAspect="Content" ObjectID="_1699920082" r:id="rId4557"/>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B. </w:t>
      </w:r>
      <w:r w:rsidRPr="00B31415">
        <w:rPr>
          <w:rFonts w:cs="Times New Roman"/>
          <w:position w:val="-6"/>
          <w:szCs w:val="24"/>
        </w:rPr>
        <w:object w:dxaOrig="720" w:dyaOrig="279" w14:anchorId="15BA5FC3">
          <v:shape id="_x0000_i3347" type="#_x0000_t75" style="width:36pt;height:14.4pt" o:ole="">
            <v:imagedata r:id="rId4558" o:title=""/>
          </v:shape>
          <o:OLEObject Type="Embed" ProgID="Equation.DSMT4" ShapeID="_x0000_i3347" DrawAspect="Content" ObjectID="_1699920083" r:id="rId4559"/>
        </w:object>
      </w:r>
      <w:r w:rsidRPr="00B31415">
        <w:rPr>
          <w:rFonts w:cs="Times New Roman"/>
          <w:szCs w:val="24"/>
        </w:rPr>
        <w:t>.</w:t>
      </w:r>
      <w:r w:rsidRPr="00B31415">
        <w:rPr>
          <w:rFonts w:cs="Times New Roman"/>
          <w:szCs w:val="24"/>
        </w:rPr>
        <w:tab/>
      </w:r>
      <w:r w:rsidRPr="00B31415">
        <w:rPr>
          <w:rFonts w:cs="Times New Roman"/>
          <w:b/>
          <w:color w:val="0000FF"/>
          <w:szCs w:val="24"/>
        </w:rPr>
        <w:t xml:space="preserve">C. </w:t>
      </w:r>
      <w:r w:rsidRPr="00B31415">
        <w:rPr>
          <w:rFonts w:cs="Times New Roman"/>
          <w:position w:val="-6"/>
          <w:szCs w:val="24"/>
        </w:rPr>
        <w:object w:dxaOrig="940" w:dyaOrig="279" w14:anchorId="29F86C18">
          <v:shape id="_x0000_i3348" type="#_x0000_t75" style="width:47.4pt;height:14.4pt" o:ole="">
            <v:imagedata r:id="rId4560" o:title=""/>
          </v:shape>
          <o:OLEObject Type="Embed" ProgID="Equation.DSMT4" ShapeID="_x0000_i3348" DrawAspect="Content" ObjectID="_1699920084" r:id="rId4561"/>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D. </w:t>
      </w:r>
      <w:r w:rsidRPr="00B31415">
        <w:rPr>
          <w:rFonts w:cs="Times New Roman"/>
          <w:position w:val="-6"/>
          <w:szCs w:val="24"/>
        </w:rPr>
        <w:object w:dxaOrig="720" w:dyaOrig="279" w14:anchorId="3A57ADA9">
          <v:shape id="_x0000_i3349" type="#_x0000_t75" style="width:36pt;height:14.4pt" o:ole="">
            <v:imagedata r:id="rId4562" o:title=""/>
          </v:shape>
          <o:OLEObject Type="Embed" ProgID="Equation.DSMT4" ShapeID="_x0000_i3349" DrawAspect="Content" ObjectID="_1699920085" r:id="rId4563"/>
        </w:object>
      </w:r>
      <w:r w:rsidRPr="00B31415">
        <w:rPr>
          <w:rFonts w:cs="Times New Roman"/>
          <w:szCs w:val="24"/>
        </w:rPr>
        <w:t>.</w:t>
      </w:r>
    </w:p>
    <w:p w14:paraId="01C7EEA8" w14:textId="77777777" w:rsidR="00DE7E5C" w:rsidRPr="00B31415" w:rsidRDefault="00DE7E5C" w:rsidP="00B31415">
      <w:pPr>
        <w:tabs>
          <w:tab w:val="left" w:pos="992"/>
        </w:tabs>
        <w:spacing w:before="120" w:after="0"/>
        <w:ind w:left="992" w:hanging="992"/>
        <w:jc w:val="both"/>
        <w:rPr>
          <w:rFonts w:cs="Times New Roman"/>
          <w:b/>
          <w:szCs w:val="24"/>
        </w:rPr>
      </w:pPr>
      <w:r w:rsidRPr="00B31415">
        <w:rPr>
          <w:rFonts w:cs="Times New Roman"/>
          <w:b/>
          <w:color w:val="0000FF"/>
          <w:szCs w:val="24"/>
        </w:rPr>
        <w:lastRenderedPageBreak/>
        <w:t>Câu 24:</w:t>
      </w:r>
      <w:r w:rsidRPr="00B31415">
        <w:rPr>
          <w:rFonts w:cs="Times New Roman"/>
          <w:b/>
          <w:color w:val="0000FF"/>
          <w:szCs w:val="24"/>
        </w:rPr>
        <w:tab/>
      </w:r>
      <w:r w:rsidRPr="00B31415">
        <w:rPr>
          <w:rFonts w:cs="Times New Roman"/>
          <w:szCs w:val="24"/>
        </w:rPr>
        <w:t xml:space="preserve">Cho hình chóp </w:t>
      </w:r>
      <w:r w:rsidRPr="00B31415">
        <w:rPr>
          <w:position w:val="-6"/>
        </w:rPr>
        <w:object w:dxaOrig="920" w:dyaOrig="279" w14:anchorId="50ADF72C">
          <v:shape id="_x0000_i3350" type="#_x0000_t75" style="width:45.6pt;height:14.4pt" o:ole="">
            <v:imagedata r:id="rId4564" o:title=""/>
          </v:shape>
          <o:OLEObject Type="Embed" ProgID="Equation.DSMT4" ShapeID="_x0000_i3350" DrawAspect="Content" ObjectID="_1699920086" r:id="rId4565"/>
        </w:object>
      </w:r>
      <w:r w:rsidRPr="00B31415">
        <w:rPr>
          <w:rFonts w:cs="Times New Roman"/>
          <w:szCs w:val="24"/>
        </w:rPr>
        <w:t xml:space="preserve"> có đáy </w:t>
      </w:r>
      <w:r w:rsidRPr="00B31415">
        <w:rPr>
          <w:position w:val="-6"/>
        </w:rPr>
        <w:object w:dxaOrig="720" w:dyaOrig="279" w14:anchorId="3CF03777">
          <v:shape id="_x0000_i3351" type="#_x0000_t75" style="width:36pt;height:14.4pt" o:ole="">
            <v:imagedata r:id="rId4566" o:title=""/>
          </v:shape>
          <o:OLEObject Type="Embed" ProgID="Equation.DSMT4" ShapeID="_x0000_i3351" DrawAspect="Content" ObjectID="_1699920087" r:id="rId4567"/>
        </w:object>
      </w:r>
      <w:r w:rsidRPr="00B31415">
        <w:rPr>
          <w:rFonts w:cs="Times New Roman"/>
          <w:szCs w:val="24"/>
        </w:rPr>
        <w:t xml:space="preserve"> là hình bình hành. Gọi </w:t>
      </w:r>
      <w:r w:rsidRPr="00B31415">
        <w:rPr>
          <w:position w:val="-6"/>
        </w:rPr>
        <w:object w:dxaOrig="260" w:dyaOrig="279" w14:anchorId="668C99F5">
          <v:shape id="_x0000_i3352" type="#_x0000_t75" style="width:12.6pt;height:14.4pt" o:ole="">
            <v:imagedata r:id="rId4568" o:title=""/>
          </v:shape>
          <o:OLEObject Type="Embed" ProgID="Equation.DSMT4" ShapeID="_x0000_i3352" DrawAspect="Content" ObjectID="_1699920088" r:id="rId4569"/>
        </w:object>
      </w:r>
      <w:r w:rsidRPr="00B31415">
        <w:rPr>
          <w:rFonts w:cs="Times New Roman"/>
          <w:szCs w:val="24"/>
        </w:rPr>
        <w:t xml:space="preserve"> là trọng tâm tam giác </w:t>
      </w:r>
      <w:r w:rsidRPr="00B31415">
        <w:rPr>
          <w:position w:val="-6"/>
        </w:rPr>
        <w:object w:dxaOrig="560" w:dyaOrig="279" w14:anchorId="3AFB4204">
          <v:shape id="_x0000_i3353" type="#_x0000_t75" style="width:27.6pt;height:14.4pt" o:ole="">
            <v:imagedata r:id="rId4570" o:title=""/>
          </v:shape>
          <o:OLEObject Type="Embed" ProgID="Equation.DSMT4" ShapeID="_x0000_i3353" DrawAspect="Content" ObjectID="_1699920089" r:id="rId4571"/>
        </w:object>
      </w:r>
      <w:r w:rsidRPr="00B31415">
        <w:rPr>
          <w:rFonts w:cs="Times New Roman"/>
          <w:szCs w:val="24"/>
        </w:rPr>
        <w:t xml:space="preserve"> và </w:t>
      </w:r>
      <w:r w:rsidRPr="00B31415">
        <w:rPr>
          <w:position w:val="-4"/>
        </w:rPr>
        <w:object w:dxaOrig="320" w:dyaOrig="260" w14:anchorId="54207083">
          <v:shape id="_x0000_i3354" type="#_x0000_t75" style="width:15.6pt;height:12.6pt" o:ole="">
            <v:imagedata r:id="rId4572" o:title=""/>
          </v:shape>
          <o:OLEObject Type="Embed" ProgID="Equation.DSMT4" ShapeID="_x0000_i3354" DrawAspect="Content" ObjectID="_1699920090" r:id="rId4573"/>
        </w:object>
      </w:r>
      <w:r w:rsidRPr="00B31415">
        <w:rPr>
          <w:rFonts w:cs="Times New Roman"/>
          <w:szCs w:val="24"/>
        </w:rPr>
        <w:t xml:space="preserve"> là trung điểm cạnh </w:t>
      </w:r>
      <w:r w:rsidRPr="00B31415">
        <w:rPr>
          <w:position w:val="-6"/>
        </w:rPr>
        <w:object w:dxaOrig="380" w:dyaOrig="279" w14:anchorId="7B89425B">
          <v:shape id="_x0000_i3355" type="#_x0000_t75" style="width:18.6pt;height:14.4pt" o:ole="">
            <v:imagedata r:id="rId4574" o:title=""/>
          </v:shape>
          <o:OLEObject Type="Embed" ProgID="Equation.DSMT4" ShapeID="_x0000_i3355" DrawAspect="Content" ObjectID="_1699920091" r:id="rId4575"/>
        </w:object>
      </w:r>
      <w:r w:rsidRPr="00B31415">
        <w:rPr>
          <w:rFonts w:cs="Times New Roman"/>
          <w:szCs w:val="24"/>
        </w:rPr>
        <w:t xml:space="preserve">. Gọi </w:t>
      </w:r>
      <w:r w:rsidRPr="00B31415">
        <w:rPr>
          <w:position w:val="-4"/>
        </w:rPr>
        <w:object w:dxaOrig="260" w:dyaOrig="260" w14:anchorId="5BC3850F">
          <v:shape id="_x0000_i3356" type="#_x0000_t75" style="width:12.6pt;height:12.6pt" o:ole="">
            <v:imagedata r:id="rId4576" o:title=""/>
          </v:shape>
          <o:OLEObject Type="Embed" ProgID="Equation.DSMT4" ShapeID="_x0000_i3356" DrawAspect="Content" ObjectID="_1699920092" r:id="rId4577"/>
        </w:object>
      </w:r>
      <w:r w:rsidRPr="00B31415">
        <w:rPr>
          <w:rFonts w:cs="Times New Roman"/>
          <w:szCs w:val="24"/>
        </w:rPr>
        <w:t xml:space="preserve"> là giao điểm của </w:t>
      </w:r>
      <w:r w:rsidRPr="00B31415">
        <w:rPr>
          <w:position w:val="-6"/>
        </w:rPr>
        <w:object w:dxaOrig="380" w:dyaOrig="279" w14:anchorId="76D46EC8">
          <v:shape id="_x0000_i3357" type="#_x0000_t75" style="width:18.6pt;height:14.4pt" o:ole="">
            <v:imagedata r:id="rId4578" o:title=""/>
          </v:shape>
          <o:OLEObject Type="Embed" ProgID="Equation.DSMT4" ShapeID="_x0000_i3357" DrawAspect="Content" ObjectID="_1699920093" r:id="rId4579"/>
        </w:object>
      </w:r>
      <w:r w:rsidRPr="00B31415">
        <w:rPr>
          <w:rFonts w:cs="Times New Roman"/>
          <w:szCs w:val="24"/>
        </w:rPr>
        <w:t xml:space="preserve"> với mặt phẳng </w:t>
      </w:r>
      <w:r w:rsidRPr="00B31415">
        <w:rPr>
          <w:position w:val="-14"/>
        </w:rPr>
        <w:object w:dxaOrig="840" w:dyaOrig="405" w14:anchorId="4EAAE2CB">
          <v:shape id="_x0000_i3358" type="#_x0000_t75" style="width:42pt;height:20.4pt" o:ole="">
            <v:imagedata r:id="rId4580" o:title=""/>
          </v:shape>
          <o:OLEObject Type="Embed" ProgID="Equation.DSMT4" ShapeID="_x0000_i3358" DrawAspect="Content" ObjectID="_1699920094" r:id="rId4581"/>
        </w:object>
      </w:r>
      <w:r w:rsidRPr="00B31415">
        <w:rPr>
          <w:rFonts w:cs="Times New Roman"/>
          <w:szCs w:val="24"/>
        </w:rPr>
        <w:t xml:space="preserve">. Tính tỷ số </w:t>
      </w:r>
      <w:r w:rsidRPr="00B31415">
        <w:rPr>
          <w:position w:val="-24"/>
        </w:rPr>
        <w:object w:dxaOrig="520" w:dyaOrig="620" w14:anchorId="0CCB7492">
          <v:shape id="_x0000_i3359" type="#_x0000_t75" style="width:26.4pt;height:30.6pt" o:ole="">
            <v:imagedata r:id="rId4582" o:title=""/>
          </v:shape>
          <o:OLEObject Type="Embed" ProgID="Equation.DSMT4" ShapeID="_x0000_i3359" DrawAspect="Content" ObjectID="_1699920095" r:id="rId4583"/>
        </w:object>
      </w:r>
    </w:p>
    <w:p w14:paraId="6E1B5D53" w14:textId="77777777" w:rsidR="00DE7E5C" w:rsidRPr="00B31415" w:rsidRDefault="00DE7E5C" w:rsidP="00B31415">
      <w:pPr>
        <w:tabs>
          <w:tab w:val="left" w:pos="3402"/>
          <w:tab w:val="left" w:pos="5669"/>
          <w:tab w:val="left" w:pos="7937"/>
        </w:tabs>
        <w:spacing w:after="0"/>
        <w:ind w:left="992"/>
        <w:jc w:val="both"/>
        <w:rPr>
          <w:rFonts w:cs="Times New Roman"/>
          <w:szCs w:val="24"/>
        </w:rPr>
      </w:pPr>
      <w:r w:rsidRPr="00B31415">
        <w:rPr>
          <w:rFonts w:cs="Times New Roman"/>
          <w:b/>
          <w:color w:val="0000FF"/>
          <w:szCs w:val="24"/>
        </w:rPr>
        <w:t xml:space="preserve">A. </w:t>
      </w:r>
      <w:r w:rsidRPr="00B31415">
        <w:rPr>
          <w:rFonts w:cs="Times New Roman"/>
          <w:b/>
          <w:position w:val="-24"/>
          <w:szCs w:val="24"/>
        </w:rPr>
        <w:object w:dxaOrig="240" w:dyaOrig="620" w14:anchorId="7443AAF3">
          <v:shape id="_x0000_i3360" type="#_x0000_t75" style="width:12pt;height:30.6pt" o:ole="">
            <v:imagedata r:id="rId4584" o:title=""/>
          </v:shape>
          <o:OLEObject Type="Embed" ProgID="Equation.DSMT4" ShapeID="_x0000_i3360" DrawAspect="Content" ObjectID="_1699920096" r:id="rId4585"/>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B. </w:t>
      </w:r>
      <w:r w:rsidRPr="00B31415">
        <w:rPr>
          <w:rFonts w:cs="Times New Roman"/>
          <w:b/>
          <w:position w:val="-24"/>
          <w:szCs w:val="24"/>
        </w:rPr>
        <w:object w:dxaOrig="220" w:dyaOrig="620" w14:anchorId="63022908">
          <v:shape id="_x0000_i3361" type="#_x0000_t75" style="width:11.4pt;height:30.6pt" o:ole="">
            <v:imagedata r:id="rId4586" o:title=""/>
          </v:shape>
          <o:OLEObject Type="Embed" ProgID="Equation.DSMT4" ShapeID="_x0000_i3361" DrawAspect="Content" ObjectID="_1699920097" r:id="rId4587"/>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C. </w:t>
      </w:r>
      <w:r w:rsidRPr="00B31415">
        <w:rPr>
          <w:rFonts w:cs="Times New Roman"/>
          <w:b/>
          <w:position w:val="-24"/>
          <w:szCs w:val="24"/>
        </w:rPr>
        <w:object w:dxaOrig="240" w:dyaOrig="620" w14:anchorId="64ED0261">
          <v:shape id="_x0000_i3362" type="#_x0000_t75" style="width:12pt;height:30.6pt" o:ole="">
            <v:imagedata r:id="rId4588" o:title=""/>
          </v:shape>
          <o:OLEObject Type="Embed" ProgID="Equation.DSMT4" ShapeID="_x0000_i3362" DrawAspect="Content" ObjectID="_1699920098" r:id="rId4589"/>
        </w:object>
      </w:r>
      <w:r w:rsidRPr="00B31415">
        <w:rPr>
          <w:rFonts w:cs="Times New Roman"/>
          <w:szCs w:val="24"/>
        </w:rPr>
        <w:t>.</w:t>
      </w:r>
      <w:r w:rsidRPr="00B31415">
        <w:rPr>
          <w:rFonts w:cs="Times New Roman"/>
          <w:b/>
          <w:szCs w:val="24"/>
        </w:rPr>
        <w:tab/>
      </w:r>
      <w:r w:rsidRPr="00B31415">
        <w:rPr>
          <w:rFonts w:cs="Times New Roman"/>
          <w:b/>
          <w:color w:val="0000FF"/>
          <w:szCs w:val="24"/>
        </w:rPr>
        <w:t xml:space="preserve">D. </w:t>
      </w:r>
      <w:r w:rsidRPr="00B31415">
        <w:rPr>
          <w:rFonts w:cs="Times New Roman"/>
          <w:b/>
          <w:position w:val="-24"/>
          <w:szCs w:val="24"/>
        </w:rPr>
        <w:object w:dxaOrig="240" w:dyaOrig="620" w14:anchorId="73812158">
          <v:shape id="_x0000_i3363" type="#_x0000_t75" style="width:12pt;height:30.6pt" o:ole="">
            <v:imagedata r:id="rId4590" o:title=""/>
          </v:shape>
          <o:OLEObject Type="Embed" ProgID="Equation.DSMT4" ShapeID="_x0000_i3363" DrawAspect="Content" ObjectID="_1699920099" r:id="rId4591"/>
        </w:object>
      </w:r>
      <w:r w:rsidRPr="00B31415">
        <w:rPr>
          <w:rFonts w:cs="Times New Roman"/>
          <w:szCs w:val="24"/>
        </w:rPr>
        <w:t>.</w:t>
      </w:r>
    </w:p>
    <w:p w14:paraId="2AD81F22" w14:textId="77777777" w:rsidR="00DE7E5C" w:rsidRPr="00B31415" w:rsidRDefault="00DE7E5C" w:rsidP="00B31415">
      <w:pPr>
        <w:tabs>
          <w:tab w:val="left" w:pos="992"/>
        </w:tabs>
        <w:spacing w:before="120" w:after="0"/>
        <w:ind w:left="992" w:hanging="992"/>
        <w:jc w:val="both"/>
        <w:rPr>
          <w:rFonts w:eastAsia="Times New Roman" w:cs="Times New Roman"/>
          <w:b/>
          <w:bCs/>
          <w:szCs w:val="24"/>
          <w:lang w:val="pt-BR" w:eastAsia="vi-VN"/>
        </w:rPr>
      </w:pPr>
      <w:r w:rsidRPr="00B31415">
        <w:rPr>
          <w:rFonts w:eastAsia="Times New Roman" w:cs="Times New Roman"/>
          <w:b/>
          <w:bCs/>
          <w:color w:val="0000FF"/>
          <w:szCs w:val="24"/>
          <w:lang w:val="pt-BR" w:eastAsia="vi-VN"/>
        </w:rPr>
        <w:t>Câu 25:</w:t>
      </w:r>
      <w:r w:rsidRPr="00B31415">
        <w:rPr>
          <w:rFonts w:eastAsia="Times New Roman" w:cs="Times New Roman"/>
          <w:b/>
          <w:bCs/>
          <w:color w:val="0000FF"/>
          <w:szCs w:val="24"/>
          <w:lang w:val="pt-BR" w:eastAsia="vi-VN"/>
        </w:rPr>
        <w:tab/>
      </w:r>
      <w:r w:rsidRPr="00B31415">
        <w:rPr>
          <w:rFonts w:eastAsia="Times New Roman" w:cs="Times New Roman"/>
          <w:szCs w:val="24"/>
          <w:lang w:eastAsia="vi-VN"/>
        </w:rPr>
        <w:t xml:space="preserve">Một gia đình cần khoan một cái giếng để lấy nước. Họ thuê một đội khoan giếng nước. Biết giá của mét khoan đầu tiên là </w:t>
      </w:r>
      <w:r>
        <w:rPr>
          <w:position w:val="-6"/>
          <w:lang w:eastAsia="vi-VN"/>
        </w:rPr>
        <w:pict w14:anchorId="3BE93291">
          <v:shape id="_x0000_i3364" type="#_x0000_t75" style="width:36pt;height:14.4pt">
            <v:imagedata r:id="rId4592" o:title=""/>
          </v:shape>
        </w:pict>
      </w:r>
      <w:r w:rsidRPr="00B31415">
        <w:rPr>
          <w:rFonts w:eastAsia="Times New Roman" w:cs="Times New Roman"/>
          <w:szCs w:val="24"/>
          <w:lang w:eastAsia="vi-VN"/>
        </w:rPr>
        <w:t xml:space="preserve"> đồng, kể từ mét khoan thứ hai giá của mỗi mét khoan tăng thêm </w:t>
      </w:r>
      <w:r>
        <w:rPr>
          <w:position w:val="-6"/>
          <w:lang w:eastAsia="vi-VN"/>
        </w:rPr>
        <w:pict w14:anchorId="7C45B96B">
          <v:shape id="_x0000_i3365" type="#_x0000_t75" style="width:30pt;height:14.4pt">
            <v:imagedata r:id="rId4593" o:title=""/>
          </v:shape>
        </w:pict>
      </w:r>
      <w:r w:rsidRPr="00B31415">
        <w:rPr>
          <w:rFonts w:eastAsia="Times New Roman" w:cs="Times New Roman"/>
          <w:szCs w:val="24"/>
          <w:lang w:eastAsia="vi-VN"/>
        </w:rPr>
        <w:t xml:space="preserve"> đồng so với giá của mét khoan trước đó. Biết cần phải khoan sâu xuống </w:t>
      </w:r>
      <w:r>
        <w:rPr>
          <w:position w:val="-6"/>
          <w:lang w:eastAsia="vi-VN"/>
        </w:rPr>
        <w:pict w14:anchorId="19E7286C">
          <v:shape id="_x0000_i3366" type="#_x0000_t75" style="width:24.6pt;height:14.4pt">
            <v:imagedata r:id="rId4594" o:title=""/>
          </v:shape>
        </w:pict>
      </w:r>
      <w:r w:rsidRPr="00B31415">
        <w:rPr>
          <w:rFonts w:eastAsia="Times New Roman" w:cs="Times New Roman"/>
          <w:szCs w:val="24"/>
          <w:lang w:eastAsia="vi-VN"/>
        </w:rPr>
        <w:t xml:space="preserve"> mới có nước. Hỏi phải trả bao nhiêu tiền để khoan cái giếng đó?</w:t>
      </w:r>
    </w:p>
    <w:p w14:paraId="402F2DFF" w14:textId="77777777" w:rsidR="00DE7E5C" w:rsidRPr="00B31415" w:rsidRDefault="00DE7E5C" w:rsidP="00B31415">
      <w:pPr>
        <w:tabs>
          <w:tab w:val="left" w:pos="3402"/>
          <w:tab w:val="left" w:pos="5669"/>
          <w:tab w:val="left" w:pos="7937"/>
        </w:tabs>
        <w:spacing w:after="0"/>
        <w:ind w:left="992"/>
        <w:contextualSpacing/>
        <w:jc w:val="both"/>
        <w:rPr>
          <w:rFonts w:cs="Times New Roman"/>
          <w:szCs w:val="24"/>
          <w:lang w:val="pt-BR"/>
        </w:rPr>
      </w:pPr>
      <w:r w:rsidRPr="00B31415">
        <w:rPr>
          <w:rFonts w:cs="Times New Roman"/>
          <w:b/>
          <w:color w:val="0000FF"/>
          <w:szCs w:val="24"/>
          <w:lang w:val="pt-BR"/>
        </w:rPr>
        <w:t xml:space="preserve">A. </w:t>
      </w:r>
      <w:r>
        <w:rPr>
          <w:rFonts w:cs="Times New Roman"/>
          <w:position w:val="-6"/>
          <w:szCs w:val="24"/>
        </w:rPr>
        <w:pict w14:anchorId="54067619">
          <v:shape id="_x0000_i3367" type="#_x0000_t75" style="width:51.6pt;height:14.4pt">
            <v:imagedata r:id="rId4595" o:title=""/>
          </v:shape>
        </w:pict>
      </w:r>
      <w:r w:rsidRPr="00B31415">
        <w:rPr>
          <w:rFonts w:cs="Times New Roman"/>
          <w:szCs w:val="24"/>
          <w:lang w:val="pt-BR"/>
        </w:rPr>
        <w:t xml:space="preserve"> đồng</w:t>
      </w:r>
      <w:r w:rsidRPr="00B31415">
        <w:rPr>
          <w:rFonts w:cs="Times New Roman"/>
          <w:szCs w:val="24"/>
          <w:lang w:val="pt-BR"/>
        </w:rPr>
        <w:tab/>
      </w:r>
      <w:r w:rsidRPr="00B31415">
        <w:rPr>
          <w:rFonts w:cs="Times New Roman"/>
          <w:b/>
          <w:color w:val="0000FF"/>
          <w:szCs w:val="24"/>
          <w:lang w:val="pt-BR"/>
        </w:rPr>
        <w:t xml:space="preserve">B. </w:t>
      </w:r>
      <w:r>
        <w:rPr>
          <w:rFonts w:cs="Times New Roman"/>
          <w:position w:val="-6"/>
          <w:szCs w:val="24"/>
        </w:rPr>
        <w:pict w14:anchorId="16ED8622">
          <v:shape id="_x0000_i3368" type="#_x0000_t75" style="width:56.4pt;height:14.4pt">
            <v:imagedata r:id="rId4596" o:title=""/>
          </v:shape>
        </w:pict>
      </w:r>
      <w:r w:rsidRPr="00B31415">
        <w:rPr>
          <w:rFonts w:cs="Times New Roman"/>
          <w:szCs w:val="24"/>
          <w:lang w:val="pt-BR"/>
        </w:rPr>
        <w:t xml:space="preserve"> đồng</w:t>
      </w:r>
      <w:r w:rsidRPr="00B31415">
        <w:rPr>
          <w:rFonts w:cs="Times New Roman"/>
          <w:b/>
          <w:szCs w:val="24"/>
          <w:lang w:val="pt-BR"/>
        </w:rPr>
        <w:tab/>
      </w:r>
      <w:r w:rsidRPr="00B31415">
        <w:rPr>
          <w:rFonts w:cs="Times New Roman"/>
          <w:b/>
          <w:color w:val="0000FF"/>
          <w:szCs w:val="24"/>
          <w:lang w:val="pt-BR"/>
        </w:rPr>
        <w:t xml:space="preserve">C. </w:t>
      </w:r>
      <w:r>
        <w:rPr>
          <w:rFonts w:cs="Times New Roman"/>
          <w:position w:val="-6"/>
          <w:szCs w:val="24"/>
        </w:rPr>
        <w:pict w14:anchorId="313F9327">
          <v:shape id="_x0000_i3369" type="#_x0000_t75" style="width:57pt;height:14.4pt">
            <v:imagedata r:id="rId4597" o:title=""/>
          </v:shape>
        </w:pict>
      </w:r>
      <w:r w:rsidRPr="00B31415">
        <w:rPr>
          <w:rFonts w:cs="Times New Roman"/>
          <w:szCs w:val="24"/>
          <w:lang w:val="pt-BR"/>
        </w:rPr>
        <w:t xml:space="preserve"> đồng</w:t>
      </w:r>
      <w:r w:rsidRPr="00B31415">
        <w:rPr>
          <w:rFonts w:cs="Times New Roman"/>
          <w:b/>
          <w:szCs w:val="24"/>
          <w:lang w:val="pt-BR"/>
        </w:rPr>
        <w:tab/>
      </w:r>
      <w:r w:rsidRPr="00B31415">
        <w:rPr>
          <w:rFonts w:cs="Times New Roman"/>
          <w:b/>
          <w:color w:val="0000FF"/>
          <w:szCs w:val="24"/>
          <w:lang w:val="pt-BR"/>
        </w:rPr>
        <w:t xml:space="preserve">D. </w:t>
      </w:r>
      <w:r>
        <w:rPr>
          <w:rFonts w:cs="Times New Roman"/>
          <w:position w:val="-6"/>
          <w:szCs w:val="24"/>
        </w:rPr>
        <w:pict w14:anchorId="6EFD1FF9">
          <v:shape id="_x0000_i3370" type="#_x0000_t75" style="width:57pt;height:14.4pt">
            <v:imagedata r:id="rId4597" o:title=""/>
          </v:shape>
        </w:pict>
      </w:r>
      <w:r w:rsidRPr="00B31415">
        <w:rPr>
          <w:rFonts w:cs="Times New Roman"/>
          <w:szCs w:val="24"/>
          <w:lang w:val="pt-BR"/>
        </w:rPr>
        <w:t xml:space="preserve"> đồng</w:t>
      </w:r>
    </w:p>
    <w:p w14:paraId="6D0476E3" w14:textId="77777777" w:rsidR="00DE7E5C" w:rsidRPr="00B31415" w:rsidRDefault="00DE7E5C" w:rsidP="00B31415">
      <w:pPr>
        <w:spacing w:after="0"/>
        <w:ind w:left="992"/>
        <w:jc w:val="both"/>
        <w:rPr>
          <w:rFonts w:cs="Times New Roman"/>
          <w:b/>
          <w:szCs w:val="24"/>
        </w:rPr>
      </w:pPr>
      <w:r w:rsidRPr="00B31415">
        <w:rPr>
          <w:rFonts w:cs="Times New Roman"/>
          <w:b/>
          <w:szCs w:val="24"/>
        </w:rPr>
        <w:t>II. TỰ LUẬN</w:t>
      </w:r>
    </w:p>
    <w:p w14:paraId="5F51C7D7" w14:textId="77777777" w:rsidR="00DE7E5C" w:rsidRPr="00B31415" w:rsidRDefault="00DE7E5C" w:rsidP="00B31415">
      <w:pPr>
        <w:spacing w:after="0"/>
        <w:ind w:left="992"/>
        <w:jc w:val="both"/>
        <w:rPr>
          <w:rFonts w:cs="Times New Roman"/>
        </w:rPr>
      </w:pPr>
      <w:r w:rsidRPr="00B31415">
        <w:rPr>
          <w:rFonts w:cs="Times New Roman"/>
          <w:b/>
          <w:szCs w:val="24"/>
        </w:rPr>
        <w:t xml:space="preserve">Bài 1. </w:t>
      </w:r>
      <w:r w:rsidRPr="00B31415">
        <w:rPr>
          <w:rFonts w:cs="Times New Roman"/>
          <w:szCs w:val="24"/>
        </w:rPr>
        <w:t>Giải phương trình sau:</w:t>
      </w:r>
      <w:r w:rsidRPr="00B31415">
        <w:rPr>
          <w:rFonts w:cs="Times New Roman"/>
          <w:b/>
          <w:szCs w:val="24"/>
        </w:rPr>
        <w:t xml:space="preserve"> </w:t>
      </w:r>
      <w:r w:rsidRPr="00B31415">
        <w:rPr>
          <w:rFonts w:cs="Times New Roman"/>
          <w:position w:val="-14"/>
        </w:rPr>
        <w:object w:dxaOrig="3270" w:dyaOrig="390" w14:anchorId="7FC0875E">
          <v:shape id="_x0000_i3371" type="#_x0000_t75" style="width:163.8pt;height:19.8pt" o:ole="">
            <v:imagedata r:id="rId4598" o:title=""/>
          </v:shape>
          <o:OLEObject Type="Embed" ProgID="Equation.DSMT4" ShapeID="_x0000_i3371" DrawAspect="Content" ObjectID="_1699920100" r:id="rId4599"/>
        </w:object>
      </w:r>
    </w:p>
    <w:p w14:paraId="5F6C7A2A" w14:textId="77777777" w:rsidR="00DE7E5C" w:rsidRPr="00B31415" w:rsidRDefault="00DE7E5C" w:rsidP="00B31415">
      <w:pPr>
        <w:spacing w:after="0"/>
        <w:ind w:left="992"/>
        <w:jc w:val="both"/>
        <w:rPr>
          <w:rFonts w:cs="Times New Roman"/>
          <w:szCs w:val="24"/>
        </w:rPr>
      </w:pPr>
      <w:r w:rsidRPr="00B31415">
        <w:rPr>
          <w:rFonts w:cs="Times New Roman"/>
          <w:b/>
          <w:szCs w:val="24"/>
        </w:rPr>
        <w:t xml:space="preserve">Bài 2. </w:t>
      </w:r>
      <w:r w:rsidRPr="00B31415">
        <w:rPr>
          <w:rFonts w:cs="Times New Roman"/>
          <w:szCs w:val="24"/>
        </w:rPr>
        <w:t>Trong kì thi học sinh giỏi cấp tỉnh của trường THPT có 10 học sinh đạt giải trong đó có 4 học sinh nam và 6 học sinh nữ. Nhà trường muốn chọn một nhóm 5 học sinh trong 10 học sinh trên để tham dự buổi lễ tuyên dương khen thưởng cuối học kỳ 1 năm học 2019 – 2020 do Tỉnh tổ chức. Tính xác suất để chọn được một nhóm gồm 5 học sinh mà có cả nam và nữ, biết số học sinh nam ít hơn số học sinh nữ?</w:t>
      </w:r>
    </w:p>
    <w:p w14:paraId="5F978F26" w14:textId="77777777" w:rsidR="00DE7E5C" w:rsidRPr="00B31415" w:rsidRDefault="00DE7E5C" w:rsidP="00B31415">
      <w:pPr>
        <w:spacing w:after="0"/>
        <w:ind w:left="992"/>
        <w:jc w:val="both"/>
        <w:rPr>
          <w:rFonts w:cs="Times New Roman"/>
          <w:szCs w:val="24"/>
        </w:rPr>
      </w:pPr>
      <w:r w:rsidRPr="00B31415">
        <w:rPr>
          <w:rFonts w:cs="Times New Roman"/>
          <w:b/>
          <w:szCs w:val="24"/>
        </w:rPr>
        <w:t xml:space="preserve">Bài 3. </w:t>
      </w:r>
      <w:r w:rsidRPr="00B31415">
        <w:rPr>
          <w:rFonts w:cs="Times New Roman"/>
          <w:szCs w:val="24"/>
        </w:rPr>
        <w:t xml:space="preserve">Tìm hệ số của </w:t>
      </w:r>
      <w:r w:rsidRPr="00B31415">
        <w:rPr>
          <w:rFonts w:cs="Times New Roman"/>
          <w:position w:val="-6"/>
          <w:szCs w:val="24"/>
        </w:rPr>
        <w:object w:dxaOrig="345" w:dyaOrig="315" w14:anchorId="1816215A">
          <v:shape id="_x0000_i3372" type="#_x0000_t75" style="width:17.4pt;height:15.6pt" o:ole="">
            <v:imagedata r:id="rId4600" o:title=""/>
          </v:shape>
          <o:OLEObject Type="Embed" ProgID="Equation.DSMT4" ShapeID="_x0000_i3372" DrawAspect="Content" ObjectID="_1699920101" r:id="rId4601"/>
        </w:object>
      </w:r>
      <w:r w:rsidRPr="00B31415">
        <w:rPr>
          <w:rFonts w:cs="Times New Roman"/>
          <w:szCs w:val="24"/>
        </w:rPr>
        <w:t xml:space="preserve"> trong khai triển </w:t>
      </w:r>
      <w:r w:rsidRPr="00B31415">
        <w:rPr>
          <w:rFonts w:cs="Times New Roman"/>
          <w:position w:val="-16"/>
          <w:szCs w:val="24"/>
        </w:rPr>
        <w:object w:dxaOrig="1155" w:dyaOrig="480" w14:anchorId="240A4B72">
          <v:shape id="_x0000_i3373" type="#_x0000_t75" style="width:57.6pt;height:24pt" o:ole="">
            <v:imagedata r:id="rId4602" o:title=""/>
          </v:shape>
          <o:OLEObject Type="Embed" ProgID="Equation.DSMT4" ShapeID="_x0000_i3373" DrawAspect="Content" ObjectID="_1699920102" r:id="rId4603"/>
        </w:object>
      </w:r>
    </w:p>
    <w:p w14:paraId="545B823D" w14:textId="77777777" w:rsidR="00DE7E5C" w:rsidRPr="00B31415" w:rsidRDefault="00DE7E5C" w:rsidP="00B31415">
      <w:pPr>
        <w:spacing w:after="0"/>
        <w:ind w:left="992"/>
        <w:jc w:val="both"/>
        <w:rPr>
          <w:rFonts w:cs="Times New Roman"/>
          <w:szCs w:val="24"/>
        </w:rPr>
      </w:pPr>
      <w:r w:rsidRPr="00B31415">
        <w:rPr>
          <w:rFonts w:cs="Times New Roman"/>
          <w:b/>
          <w:szCs w:val="24"/>
        </w:rPr>
        <w:t xml:space="preserve">Bài 4. </w:t>
      </w:r>
      <w:r w:rsidRPr="00B31415">
        <w:rPr>
          <w:rFonts w:cs="Times New Roman"/>
          <w:szCs w:val="24"/>
        </w:rPr>
        <w:t xml:space="preserve">Cho hình chóp </w:t>
      </w:r>
      <w:r w:rsidRPr="00B31415">
        <w:rPr>
          <w:rFonts w:cs="Times New Roman"/>
          <w:position w:val="-6"/>
          <w:szCs w:val="24"/>
        </w:rPr>
        <w:object w:dxaOrig="920" w:dyaOrig="279" w14:anchorId="39FD0E69">
          <v:shape id="_x0000_i3374" type="#_x0000_t75" style="width:45.6pt;height:14.4pt" o:ole="">
            <v:imagedata r:id="rId4604" o:title=""/>
          </v:shape>
          <o:OLEObject Type="Embed" ProgID="Equation.DSMT4" ShapeID="_x0000_i3374" DrawAspect="Content" ObjectID="_1699920103" r:id="rId4605"/>
        </w:object>
      </w:r>
      <w:r w:rsidRPr="00B31415">
        <w:rPr>
          <w:rFonts w:cs="Times New Roman"/>
          <w:szCs w:val="24"/>
        </w:rPr>
        <w:t xml:space="preserve"> có đáy </w:t>
      </w:r>
      <w:r w:rsidRPr="00B31415">
        <w:rPr>
          <w:rFonts w:cs="Times New Roman"/>
          <w:position w:val="-6"/>
          <w:szCs w:val="24"/>
        </w:rPr>
        <w:object w:dxaOrig="720" w:dyaOrig="279" w14:anchorId="3C1E9C40">
          <v:shape id="_x0000_i3375" type="#_x0000_t75" style="width:36pt;height:14.4pt" o:ole="">
            <v:imagedata r:id="rId4606" o:title=""/>
          </v:shape>
          <o:OLEObject Type="Embed" ProgID="Equation.DSMT4" ShapeID="_x0000_i3375" DrawAspect="Content" ObjectID="_1699920104" r:id="rId4607"/>
        </w:object>
      </w:r>
      <w:r w:rsidRPr="00B31415">
        <w:rPr>
          <w:rFonts w:cs="Times New Roman"/>
          <w:szCs w:val="24"/>
        </w:rPr>
        <w:t xml:space="preserve"> là hình bình hành.</w:t>
      </w:r>
    </w:p>
    <w:p w14:paraId="55A04B68" w14:textId="77777777" w:rsidR="00DE7E5C" w:rsidRPr="00B31415" w:rsidRDefault="00DE7E5C" w:rsidP="00B31415">
      <w:pPr>
        <w:spacing w:after="0"/>
        <w:ind w:left="992"/>
        <w:rPr>
          <w:rFonts w:cs="Times New Roman"/>
          <w:szCs w:val="24"/>
        </w:rPr>
      </w:pPr>
      <w:r w:rsidRPr="00B31415">
        <w:rPr>
          <w:rFonts w:cs="Times New Roman"/>
          <w:szCs w:val="24"/>
        </w:rPr>
        <w:t>a)</w:t>
      </w:r>
      <w:r w:rsidRPr="00B31415">
        <w:rPr>
          <w:rFonts w:cs="Times New Roman"/>
          <w:b/>
          <w:i/>
          <w:szCs w:val="24"/>
        </w:rPr>
        <w:t xml:space="preserve"> </w:t>
      </w:r>
      <w:r w:rsidRPr="00B31415">
        <w:rPr>
          <w:rFonts w:cs="Times New Roman"/>
          <w:szCs w:val="24"/>
        </w:rPr>
        <w:t xml:space="preserve">Tìm giao tuyến của hai mặt phẳng </w:t>
      </w:r>
      <w:r w:rsidRPr="00B31415">
        <w:rPr>
          <w:rFonts w:cs="Times New Roman"/>
          <w:position w:val="-14"/>
          <w:szCs w:val="24"/>
        </w:rPr>
        <w:object w:dxaOrig="700" w:dyaOrig="400" w14:anchorId="7D5D0F60">
          <v:shape id="_x0000_i3376" type="#_x0000_t75" style="width:35.4pt;height:20.4pt" o:ole="">
            <v:imagedata r:id="rId4608" o:title=""/>
          </v:shape>
          <o:OLEObject Type="Embed" ProgID="Equation.DSMT4" ShapeID="_x0000_i3376" DrawAspect="Content" ObjectID="_1699920105" r:id="rId4609"/>
        </w:object>
      </w:r>
      <w:r w:rsidRPr="00B31415">
        <w:rPr>
          <w:rFonts w:cs="Times New Roman"/>
          <w:szCs w:val="24"/>
        </w:rPr>
        <w:t xml:space="preserve"> và </w:t>
      </w:r>
      <w:r w:rsidRPr="00B31415">
        <w:rPr>
          <w:rFonts w:cs="Times New Roman"/>
          <w:position w:val="-14"/>
          <w:szCs w:val="24"/>
        </w:rPr>
        <w:object w:dxaOrig="700" w:dyaOrig="400" w14:anchorId="7623C4B1">
          <v:shape id="_x0000_i3377" type="#_x0000_t75" style="width:35.4pt;height:20.4pt" o:ole="">
            <v:imagedata r:id="rId4610" o:title=""/>
          </v:shape>
          <o:OLEObject Type="Embed" ProgID="Equation.DSMT4" ShapeID="_x0000_i3377" DrawAspect="Content" ObjectID="_1699920106" r:id="rId4611"/>
        </w:object>
      </w:r>
      <w:r w:rsidRPr="00B31415">
        <w:rPr>
          <w:rFonts w:cs="Times New Roman"/>
          <w:szCs w:val="24"/>
        </w:rPr>
        <w:t>.</w:t>
      </w:r>
    </w:p>
    <w:p w14:paraId="0179A82E" w14:textId="77777777" w:rsidR="00DE7E5C" w:rsidRPr="00B31415" w:rsidRDefault="00DE7E5C" w:rsidP="00B31415">
      <w:pPr>
        <w:spacing w:after="0"/>
        <w:ind w:left="992"/>
        <w:rPr>
          <w:rFonts w:cs="Times New Roman"/>
          <w:szCs w:val="24"/>
        </w:rPr>
      </w:pPr>
      <w:r w:rsidRPr="00B31415">
        <w:rPr>
          <w:rFonts w:cs="Times New Roman"/>
          <w:szCs w:val="24"/>
        </w:rPr>
        <w:t xml:space="preserve">b) Tìm giao tuyến của hai mặt phẳng </w:t>
      </w:r>
      <w:r w:rsidRPr="00B31415">
        <w:rPr>
          <w:rFonts w:cs="Times New Roman"/>
          <w:position w:val="-14"/>
          <w:szCs w:val="24"/>
        </w:rPr>
        <w:object w:dxaOrig="680" w:dyaOrig="400" w14:anchorId="553DAD04">
          <v:shape id="_x0000_i3378" type="#_x0000_t75" style="width:33.6pt;height:20.4pt" o:ole="">
            <v:imagedata r:id="rId4612" o:title=""/>
          </v:shape>
          <o:OLEObject Type="Embed" ProgID="Equation.DSMT4" ShapeID="_x0000_i3378" DrawAspect="Content" ObjectID="_1699920107" r:id="rId4613"/>
        </w:object>
      </w:r>
      <w:r w:rsidRPr="00B31415">
        <w:rPr>
          <w:rFonts w:cs="Times New Roman"/>
          <w:szCs w:val="24"/>
        </w:rPr>
        <w:t xml:space="preserve"> và </w:t>
      </w:r>
      <w:r w:rsidRPr="00B31415">
        <w:rPr>
          <w:rFonts w:cs="Times New Roman"/>
          <w:position w:val="-14"/>
          <w:szCs w:val="24"/>
        </w:rPr>
        <w:object w:dxaOrig="720" w:dyaOrig="400" w14:anchorId="3A234FE4">
          <v:shape id="_x0000_i3379" type="#_x0000_t75" style="width:36pt;height:20.4pt" o:ole="">
            <v:imagedata r:id="rId4614" o:title=""/>
          </v:shape>
          <o:OLEObject Type="Embed" ProgID="Equation.DSMT4" ShapeID="_x0000_i3379" DrawAspect="Content" ObjectID="_1699920108" r:id="rId4615"/>
        </w:object>
      </w:r>
      <w:r w:rsidRPr="00B31415">
        <w:rPr>
          <w:rFonts w:cs="Times New Roman"/>
          <w:szCs w:val="24"/>
        </w:rPr>
        <w:t>.</w:t>
      </w:r>
    </w:p>
    <w:p w14:paraId="3335A68F" w14:textId="77777777" w:rsidR="00DE7E5C" w:rsidRPr="00B31415" w:rsidRDefault="00DE7E5C" w:rsidP="00B31415">
      <w:pPr>
        <w:spacing w:after="0"/>
        <w:ind w:left="992"/>
        <w:rPr>
          <w:rFonts w:cs="Times New Roman"/>
          <w:szCs w:val="24"/>
        </w:rPr>
      </w:pPr>
      <w:r w:rsidRPr="00B31415">
        <w:rPr>
          <w:rFonts w:cs="Times New Roman"/>
          <w:szCs w:val="24"/>
        </w:rPr>
        <w:t>c)</w:t>
      </w:r>
      <w:r w:rsidRPr="00B31415">
        <w:rPr>
          <w:rFonts w:cs="Times New Roman"/>
          <w:b/>
          <w:i/>
          <w:szCs w:val="24"/>
        </w:rPr>
        <w:t xml:space="preserve"> </w:t>
      </w:r>
      <w:r w:rsidRPr="00B31415">
        <w:rPr>
          <w:rFonts w:cs="Times New Roman"/>
          <w:szCs w:val="24"/>
        </w:rPr>
        <w:t xml:space="preserve">Gọi </w:t>
      </w:r>
      <w:r w:rsidRPr="00B31415">
        <w:rPr>
          <w:rFonts w:cs="Times New Roman"/>
          <w:position w:val="-12"/>
          <w:szCs w:val="24"/>
        </w:rPr>
        <w:object w:dxaOrig="270" w:dyaOrig="360" w14:anchorId="77BCA4B5">
          <v:shape id="_x0000_i3380" type="#_x0000_t75" style="width:13.8pt;height:18pt" o:ole="">
            <v:imagedata r:id="rId4616" o:title=""/>
          </v:shape>
          <o:OLEObject Type="Embed" ProgID="Equation.DSMT4" ShapeID="_x0000_i3380" DrawAspect="Content" ObjectID="_1699920109" r:id="rId4617"/>
        </w:object>
      </w:r>
      <w:r w:rsidRPr="00B31415">
        <w:rPr>
          <w:rFonts w:cs="Times New Roman"/>
          <w:szCs w:val="24"/>
        </w:rPr>
        <w:t xml:space="preserve">, </w:t>
      </w:r>
      <w:r w:rsidRPr="00B31415">
        <w:rPr>
          <w:rFonts w:cs="Times New Roman"/>
          <w:position w:val="-12"/>
          <w:szCs w:val="24"/>
        </w:rPr>
        <w:object w:dxaOrig="300" w:dyaOrig="360" w14:anchorId="1B07AD84">
          <v:shape id="_x0000_i3381" type="#_x0000_t75" style="width:15pt;height:18pt" o:ole="">
            <v:imagedata r:id="rId4618" o:title=""/>
          </v:shape>
          <o:OLEObject Type="Embed" ProgID="Equation.DSMT4" ShapeID="_x0000_i3381" DrawAspect="Content" ObjectID="_1699920110" r:id="rId4619"/>
        </w:object>
      </w:r>
      <w:r w:rsidRPr="00B31415">
        <w:rPr>
          <w:rFonts w:cs="Times New Roman"/>
          <w:szCs w:val="24"/>
        </w:rPr>
        <w:t xml:space="preserve">lần lượt là trọng tâm tam giác </w:t>
      </w:r>
      <w:r w:rsidRPr="00B31415">
        <w:rPr>
          <w:rFonts w:cs="Times New Roman"/>
          <w:position w:val="-6"/>
          <w:szCs w:val="24"/>
        </w:rPr>
        <w:object w:dxaOrig="499" w:dyaOrig="279" w14:anchorId="10985AE0">
          <v:shape id="_x0000_i3382" type="#_x0000_t75" style="width:24.6pt;height:14.4pt" o:ole="">
            <v:imagedata r:id="rId4620" o:title=""/>
          </v:shape>
          <o:OLEObject Type="Embed" ProgID="Equation.DSMT4" ShapeID="_x0000_i3382" DrawAspect="Content" ObjectID="_1699920111" r:id="rId4621"/>
        </w:object>
      </w:r>
      <w:r w:rsidRPr="00B31415">
        <w:rPr>
          <w:rFonts w:cs="Times New Roman"/>
          <w:szCs w:val="24"/>
        </w:rPr>
        <w:t xml:space="preserve"> và </w:t>
      </w:r>
      <w:r w:rsidRPr="00B31415">
        <w:rPr>
          <w:rFonts w:cs="Times New Roman"/>
          <w:position w:val="-6"/>
          <w:szCs w:val="24"/>
        </w:rPr>
        <w:object w:dxaOrig="560" w:dyaOrig="279" w14:anchorId="3FE30683">
          <v:shape id="_x0000_i3383" type="#_x0000_t75" style="width:27.6pt;height:14.4pt" o:ole="">
            <v:imagedata r:id="rId4622" o:title=""/>
          </v:shape>
          <o:OLEObject Type="Embed" ProgID="Equation.DSMT4" ShapeID="_x0000_i3383" DrawAspect="Content" ObjectID="_1699920112" r:id="rId4623"/>
        </w:object>
      </w:r>
      <w:r w:rsidRPr="00B31415">
        <w:rPr>
          <w:rFonts w:cs="Times New Roman"/>
          <w:szCs w:val="24"/>
        </w:rPr>
        <w:t xml:space="preserve">. Chứng minh </w:t>
      </w:r>
      <w:r w:rsidRPr="00B31415">
        <w:rPr>
          <w:rFonts w:cs="Times New Roman"/>
          <w:position w:val="-12"/>
          <w:szCs w:val="24"/>
        </w:rPr>
        <w:object w:dxaOrig="510" w:dyaOrig="360" w14:anchorId="037D9FD8">
          <v:shape id="_x0000_i3384" type="#_x0000_t75" style="width:25.8pt;height:18pt" o:ole="">
            <v:imagedata r:id="rId4624" o:title=""/>
          </v:shape>
          <o:OLEObject Type="Embed" ProgID="Equation.DSMT4" ShapeID="_x0000_i3384" DrawAspect="Content" ObjectID="_1699920113" r:id="rId4625"/>
        </w:object>
      </w:r>
      <w:r w:rsidRPr="00B31415">
        <w:rPr>
          <w:rFonts w:cs="Times New Roman"/>
          <w:szCs w:val="24"/>
        </w:rPr>
        <w:t xml:space="preserve"> song song với mặt phẳng (SCD).</w:t>
      </w:r>
    </w:p>
    <w:p w14:paraId="2C43781F" w14:textId="77777777" w:rsidR="00DE7E5C" w:rsidRPr="00B31415" w:rsidRDefault="00DE7E5C" w:rsidP="00B31415">
      <w:pPr>
        <w:spacing w:after="0"/>
        <w:ind w:left="992"/>
        <w:rPr>
          <w:rFonts w:cs="Times New Roman"/>
          <w:szCs w:val="24"/>
        </w:rPr>
      </w:pPr>
      <w:r w:rsidRPr="00B31415">
        <w:rPr>
          <w:rFonts w:cs="Times New Roman"/>
          <w:szCs w:val="24"/>
        </w:rPr>
        <w:t>d)</w:t>
      </w:r>
      <w:r w:rsidRPr="00B31415">
        <w:rPr>
          <w:rFonts w:cs="Times New Roman"/>
          <w:b/>
          <w:i/>
          <w:szCs w:val="24"/>
        </w:rPr>
        <w:t xml:space="preserve"> </w:t>
      </w:r>
      <w:r w:rsidRPr="00B31415">
        <w:rPr>
          <w:rFonts w:cs="Times New Roman"/>
          <w:szCs w:val="24"/>
        </w:rPr>
        <w:t xml:space="preserve">Mặt phẳng </w:t>
      </w:r>
      <w:r w:rsidRPr="00B31415">
        <w:rPr>
          <w:rFonts w:cs="Times New Roman"/>
          <w:position w:val="-10"/>
          <w:szCs w:val="24"/>
        </w:rPr>
        <w:object w:dxaOrig="405" w:dyaOrig="330" w14:anchorId="0569C331">
          <v:shape id="_x0000_i3385" type="#_x0000_t75" style="width:20.4pt;height:16.8pt" o:ole="">
            <v:imagedata r:id="rId4626" o:title=""/>
          </v:shape>
          <o:OLEObject Type="Embed" ProgID="Equation.DSMT4" ShapeID="_x0000_i3385" DrawAspect="Content" ObjectID="_1699920114" r:id="rId4627"/>
        </w:object>
      </w:r>
      <w:r w:rsidRPr="00B31415">
        <w:rPr>
          <w:rFonts w:cs="Times New Roman"/>
          <w:szCs w:val="24"/>
        </w:rPr>
        <w:t xml:space="preserve">chứa </w:t>
      </w:r>
      <w:r w:rsidRPr="00B31415">
        <w:rPr>
          <w:rFonts w:cs="Times New Roman"/>
          <w:position w:val="-12"/>
          <w:szCs w:val="24"/>
        </w:rPr>
        <w:object w:dxaOrig="510" w:dyaOrig="360" w14:anchorId="4571D83C">
          <v:shape id="_x0000_i3386" type="#_x0000_t75" style="width:25.8pt;height:18pt" o:ole="">
            <v:imagedata r:id="rId4624" o:title=""/>
          </v:shape>
          <o:OLEObject Type="Embed" ProgID="Equation.DSMT4" ShapeID="_x0000_i3386" DrawAspect="Content" ObjectID="_1699920115" r:id="rId4628"/>
        </w:object>
      </w:r>
      <w:r w:rsidRPr="00B31415">
        <w:rPr>
          <w:rFonts w:cs="Times New Roman"/>
          <w:szCs w:val="24"/>
        </w:rPr>
        <w:t xml:space="preserve">và song song với </w:t>
      </w:r>
      <w:r w:rsidRPr="00B31415">
        <w:rPr>
          <w:rFonts w:cs="Times New Roman"/>
          <w:position w:val="-4"/>
          <w:szCs w:val="24"/>
        </w:rPr>
        <w:object w:dxaOrig="420" w:dyaOrig="260" w14:anchorId="3B8160CC">
          <v:shape id="_x0000_i3387" type="#_x0000_t75" style="width:21pt;height:12.6pt" o:ole="">
            <v:imagedata r:id="rId4629" o:title=""/>
          </v:shape>
          <o:OLEObject Type="Embed" ProgID="Equation.DSMT4" ShapeID="_x0000_i3387" DrawAspect="Content" ObjectID="_1699920116" r:id="rId4630"/>
        </w:object>
      </w:r>
      <w:r w:rsidRPr="00B31415">
        <w:rPr>
          <w:rFonts w:cs="Times New Roman"/>
          <w:szCs w:val="24"/>
        </w:rPr>
        <w:t>. Tìm thiết diện của hình chóp cắt bởi mặt phẳng</w:t>
      </w:r>
      <w:r w:rsidRPr="00B31415">
        <w:rPr>
          <w:rFonts w:cs="Times New Roman"/>
          <w:position w:val="-10"/>
          <w:szCs w:val="24"/>
        </w:rPr>
        <w:object w:dxaOrig="405" w:dyaOrig="330" w14:anchorId="6D6B3445">
          <v:shape id="_x0000_i3388" type="#_x0000_t75" style="width:20.4pt;height:16.8pt" o:ole="">
            <v:imagedata r:id="rId4631" o:title=""/>
          </v:shape>
          <o:OLEObject Type="Embed" ProgID="Equation.DSMT4" ShapeID="_x0000_i3388" DrawAspect="Content" ObjectID="_1699920117" r:id="rId4632"/>
        </w:object>
      </w:r>
      <w:r w:rsidRPr="00B31415">
        <w:rPr>
          <w:rFonts w:cs="Times New Roman"/>
          <w:szCs w:val="24"/>
        </w:rPr>
        <w:t>.</w:t>
      </w:r>
    </w:p>
    <w:p w14:paraId="3363F6C5" w14:textId="77777777" w:rsidR="00DE7E5C" w:rsidRPr="00B31415" w:rsidRDefault="00DE7E5C" w:rsidP="00B31415">
      <w:pPr>
        <w:spacing w:after="0"/>
        <w:ind w:left="992"/>
        <w:jc w:val="both"/>
        <w:rPr>
          <w:rFonts w:cs="Times New Roman"/>
          <w:szCs w:val="24"/>
          <w:lang w:val="pt-BR"/>
        </w:rPr>
      </w:pPr>
      <w:r w:rsidRPr="00B31415">
        <w:rPr>
          <w:rFonts w:cs="Times New Roman"/>
          <w:b/>
          <w:szCs w:val="24"/>
        </w:rPr>
        <w:t xml:space="preserve">Bài 5. </w:t>
      </w:r>
      <w:r w:rsidRPr="00B31415">
        <w:rPr>
          <w:rFonts w:cs="Times New Roman"/>
          <w:szCs w:val="24"/>
          <w:lang w:val="pt-BR"/>
        </w:rPr>
        <w:t xml:space="preserve">Cho hình chóp </w:t>
      </w:r>
      <w:r w:rsidRPr="00B31415">
        <w:rPr>
          <w:rFonts w:cs="Times New Roman"/>
          <w:position w:val="-6"/>
          <w:szCs w:val="24"/>
        </w:rPr>
        <w:object w:dxaOrig="915" w:dyaOrig="285" w14:anchorId="44C123D1">
          <v:shape id="_x0000_i3389" type="#_x0000_t75" style="width:45.6pt;height:14.4pt" o:ole="">
            <v:imagedata r:id="rId4633" o:title=""/>
          </v:shape>
          <o:OLEObject Type="Embed" ProgID="Equation.DSMT4" ShapeID="_x0000_i3389" DrawAspect="Content" ObjectID="_1699920118" r:id="rId4634"/>
        </w:object>
      </w:r>
      <w:r w:rsidRPr="00B31415">
        <w:rPr>
          <w:rFonts w:cs="Times New Roman"/>
          <w:szCs w:val="24"/>
          <w:lang w:val="pt-BR"/>
        </w:rPr>
        <w:t xml:space="preserve">, đáy </w:t>
      </w:r>
      <w:r w:rsidRPr="00B31415">
        <w:rPr>
          <w:rFonts w:cs="Times New Roman"/>
          <w:position w:val="-6"/>
          <w:szCs w:val="24"/>
        </w:rPr>
        <w:object w:dxaOrig="720" w:dyaOrig="285" w14:anchorId="4087E05E">
          <v:shape id="_x0000_i3390" type="#_x0000_t75" style="width:36pt;height:14.4pt" o:ole="">
            <v:imagedata r:id="rId4635" o:title=""/>
          </v:shape>
          <o:OLEObject Type="Embed" ProgID="Equation.DSMT4" ShapeID="_x0000_i3390" DrawAspect="Content" ObjectID="_1699920119" r:id="rId4636"/>
        </w:object>
      </w:r>
      <w:r w:rsidRPr="00B31415">
        <w:rPr>
          <w:rFonts w:cs="Times New Roman"/>
          <w:szCs w:val="24"/>
          <w:lang w:val="pt-BR"/>
        </w:rPr>
        <w:t xml:space="preserve"> là hình thang</w:t>
      </w:r>
      <w:r w:rsidRPr="00B31415">
        <w:rPr>
          <w:rFonts w:cs="Times New Roman"/>
          <w:position w:val="-14"/>
          <w:szCs w:val="24"/>
        </w:rPr>
        <w:object w:dxaOrig="1170" w:dyaOrig="405" w14:anchorId="37B74F04">
          <v:shape id="_x0000_i3391" type="#_x0000_t75" style="width:58.8pt;height:20.4pt" o:ole="">
            <v:imagedata r:id="rId4637" o:title=""/>
          </v:shape>
          <o:OLEObject Type="Embed" ProgID="Equation.DSMT4" ShapeID="_x0000_i3391" DrawAspect="Content" ObjectID="_1699920120" r:id="rId4638"/>
        </w:object>
      </w:r>
      <w:r w:rsidRPr="00B31415">
        <w:rPr>
          <w:rFonts w:cs="Times New Roman"/>
          <w:szCs w:val="24"/>
          <w:lang w:val="pt-BR"/>
        </w:rPr>
        <w:t xml:space="preserve">. Gọi </w:t>
      </w:r>
      <w:r w:rsidRPr="00B31415">
        <w:rPr>
          <w:rFonts w:cs="Times New Roman"/>
          <w:position w:val="-4"/>
          <w:szCs w:val="24"/>
        </w:rPr>
        <w:object w:dxaOrig="315" w:dyaOrig="270" w14:anchorId="0E5F1044">
          <v:shape id="_x0000_i3392" type="#_x0000_t75" style="width:15.6pt;height:13.8pt" o:ole="">
            <v:imagedata r:id="rId4639" o:title=""/>
          </v:shape>
          <o:OLEObject Type="Embed" ProgID="Equation.DSMT4" ShapeID="_x0000_i3392" DrawAspect="Content" ObjectID="_1699920121" r:id="rId4640"/>
        </w:object>
      </w:r>
      <w:r w:rsidRPr="00B31415">
        <w:rPr>
          <w:rFonts w:cs="Times New Roman"/>
          <w:szCs w:val="24"/>
          <w:lang w:val="pt-BR"/>
        </w:rPr>
        <w:t xml:space="preserve"> là một điểm di</w:t>
      </w:r>
    </w:p>
    <w:p w14:paraId="1CFEB9EC" w14:textId="77777777" w:rsidR="00DE7E5C" w:rsidRPr="00B31415" w:rsidRDefault="00DE7E5C" w:rsidP="00B31415">
      <w:pPr>
        <w:spacing w:after="0"/>
        <w:ind w:left="992"/>
        <w:rPr>
          <w:rFonts w:cs="Times New Roman"/>
          <w:szCs w:val="24"/>
          <w:lang w:val="pt-BR"/>
        </w:rPr>
      </w:pPr>
      <w:r w:rsidRPr="00B31415">
        <w:rPr>
          <w:rFonts w:cs="Times New Roman"/>
          <w:szCs w:val="24"/>
          <w:lang w:val="pt-BR"/>
        </w:rPr>
        <w:t xml:space="preserve">động bên trong hình thang </w:t>
      </w:r>
      <w:r w:rsidRPr="00B31415">
        <w:rPr>
          <w:rFonts w:cs="Times New Roman"/>
          <w:position w:val="-6"/>
          <w:szCs w:val="24"/>
        </w:rPr>
        <w:object w:dxaOrig="720" w:dyaOrig="285" w14:anchorId="6FFFC2F0">
          <v:shape id="_x0000_i3393" type="#_x0000_t75" style="width:36pt;height:14.4pt" o:ole="">
            <v:imagedata r:id="rId4635" o:title=""/>
          </v:shape>
          <o:OLEObject Type="Embed" ProgID="Equation.DSMT4" ShapeID="_x0000_i3393" DrawAspect="Content" ObjectID="_1699920122" r:id="rId4641"/>
        </w:object>
      </w:r>
      <w:r w:rsidRPr="00B31415">
        <w:rPr>
          <w:rFonts w:cs="Times New Roman"/>
          <w:szCs w:val="24"/>
          <w:lang w:val="pt-BR"/>
        </w:rPr>
        <w:t xml:space="preserve">. Qua </w:t>
      </w:r>
      <w:r w:rsidRPr="00B31415">
        <w:rPr>
          <w:rFonts w:cs="Times New Roman"/>
          <w:position w:val="-4"/>
          <w:szCs w:val="24"/>
        </w:rPr>
        <w:object w:dxaOrig="315" w:dyaOrig="270" w14:anchorId="41E660E8">
          <v:shape id="_x0000_i3394" type="#_x0000_t75" style="width:15.6pt;height:13.8pt" o:ole="">
            <v:imagedata r:id="rId4639" o:title=""/>
          </v:shape>
          <o:OLEObject Type="Embed" ProgID="Equation.DSMT4" ShapeID="_x0000_i3394" DrawAspect="Content" ObjectID="_1699920123" r:id="rId4642"/>
        </w:object>
      </w:r>
      <w:r w:rsidRPr="00B31415">
        <w:rPr>
          <w:rFonts w:cs="Times New Roman"/>
          <w:position w:val="-6"/>
          <w:szCs w:val="24"/>
          <w:lang w:val="pt-BR"/>
        </w:rPr>
        <w:t xml:space="preserve"> </w:t>
      </w:r>
      <w:r w:rsidRPr="00B31415">
        <w:rPr>
          <w:rFonts w:cs="Times New Roman"/>
          <w:szCs w:val="24"/>
          <w:lang w:val="pt-BR"/>
        </w:rPr>
        <w:t xml:space="preserve">vẽ các đường thẳng lần lượt song song </w:t>
      </w:r>
      <w:r w:rsidRPr="00B31415">
        <w:rPr>
          <w:rFonts w:cs="Times New Roman"/>
          <w:position w:val="-10"/>
          <w:szCs w:val="24"/>
        </w:rPr>
        <w:object w:dxaOrig="765" w:dyaOrig="330" w14:anchorId="3E207787">
          <v:shape id="_x0000_i3395" type="#_x0000_t75" style="width:38.4pt;height:16.8pt" o:ole="">
            <v:imagedata r:id="rId4643" o:title=""/>
          </v:shape>
          <o:OLEObject Type="Embed" ProgID="Equation.DSMT4" ShapeID="_x0000_i3395" DrawAspect="Content" ObjectID="_1699920124" r:id="rId4644"/>
        </w:object>
      </w:r>
      <w:r w:rsidRPr="00B31415">
        <w:rPr>
          <w:rFonts w:cs="Times New Roman"/>
          <w:szCs w:val="24"/>
          <w:lang w:val="pt-BR"/>
        </w:rPr>
        <w:t xml:space="preserve"> với</w:t>
      </w:r>
      <w:r w:rsidRPr="00B31415">
        <w:rPr>
          <w:rFonts w:cs="Times New Roman"/>
          <w:szCs w:val="24"/>
        </w:rPr>
        <w:t xml:space="preserve"> </w:t>
      </w:r>
      <w:r w:rsidRPr="00B31415">
        <w:rPr>
          <w:rFonts w:cs="Times New Roman"/>
          <w:szCs w:val="24"/>
          <w:lang w:val="pt-BR"/>
        </w:rPr>
        <w:t xml:space="preserve">cắt các mặt phẳng </w:t>
      </w:r>
      <w:r w:rsidRPr="00B31415">
        <w:rPr>
          <w:rFonts w:cs="Times New Roman"/>
          <w:position w:val="-14"/>
          <w:szCs w:val="24"/>
        </w:rPr>
        <w:object w:dxaOrig="705" w:dyaOrig="405" w14:anchorId="7E964850">
          <v:shape id="_x0000_i3396" type="#_x0000_t75" style="width:35.4pt;height:20.4pt" o:ole="">
            <v:imagedata r:id="rId4645" o:title=""/>
          </v:shape>
          <o:OLEObject Type="Embed" ProgID="Equation.DSMT4" ShapeID="_x0000_i3396" DrawAspect="Content" ObjectID="_1699920125" r:id="rId4646"/>
        </w:object>
      </w:r>
      <w:r w:rsidRPr="00B31415">
        <w:rPr>
          <w:rFonts w:cs="Times New Roman"/>
          <w:position w:val="-6"/>
          <w:szCs w:val="24"/>
          <w:lang w:val="pt-BR"/>
        </w:rPr>
        <w:t xml:space="preserve"> </w:t>
      </w:r>
      <w:r w:rsidRPr="00B31415">
        <w:rPr>
          <w:rFonts w:cs="Times New Roman"/>
          <w:szCs w:val="24"/>
          <w:lang w:val="pt-BR"/>
        </w:rPr>
        <w:t xml:space="preserve">và </w:t>
      </w:r>
      <w:r w:rsidRPr="00B31415">
        <w:rPr>
          <w:rFonts w:cs="Times New Roman"/>
          <w:position w:val="-14"/>
          <w:szCs w:val="24"/>
        </w:rPr>
        <w:object w:dxaOrig="705" w:dyaOrig="405" w14:anchorId="66610FD5">
          <v:shape id="_x0000_i3397" type="#_x0000_t75" style="width:35.4pt;height:20.4pt" o:ole="">
            <v:imagedata r:id="rId4647" o:title=""/>
          </v:shape>
          <o:OLEObject Type="Embed" ProgID="Equation.DSMT4" ShapeID="_x0000_i3397" DrawAspect="Content" ObjectID="_1699920126" r:id="rId4648"/>
        </w:object>
      </w:r>
      <w:r w:rsidRPr="00B31415">
        <w:rPr>
          <w:rFonts w:cs="Times New Roman"/>
          <w:szCs w:val="24"/>
          <w:lang w:val="pt-BR"/>
        </w:rPr>
        <w:t xml:space="preserve"> theo thứ tự tại </w:t>
      </w:r>
      <w:r w:rsidRPr="00B31415">
        <w:rPr>
          <w:rFonts w:cs="Times New Roman"/>
          <w:position w:val="-6"/>
          <w:szCs w:val="24"/>
        </w:rPr>
        <w:object w:dxaOrig="285" w:dyaOrig="285" w14:anchorId="34A95870">
          <v:shape id="_x0000_i3398" type="#_x0000_t75" style="width:14.4pt;height:14.4pt" o:ole="">
            <v:imagedata r:id="rId4649" o:title=""/>
          </v:shape>
          <o:OLEObject Type="Embed" ProgID="Equation.DSMT4" ShapeID="_x0000_i3398" DrawAspect="Content" ObjectID="_1699920127" r:id="rId4650"/>
        </w:object>
      </w:r>
      <w:r w:rsidRPr="00B31415">
        <w:rPr>
          <w:rFonts w:cs="Times New Roman"/>
          <w:szCs w:val="24"/>
          <w:lang w:val="pt-BR"/>
        </w:rPr>
        <w:t xml:space="preserve">và </w:t>
      </w:r>
      <w:r w:rsidRPr="00B31415">
        <w:rPr>
          <w:rFonts w:cs="Times New Roman"/>
          <w:position w:val="-4"/>
          <w:szCs w:val="24"/>
        </w:rPr>
        <w:object w:dxaOrig="240" w:dyaOrig="270" w14:anchorId="5FB29667">
          <v:shape id="_x0000_i3399" type="#_x0000_t75" style="width:12pt;height:13.8pt" o:ole="">
            <v:imagedata r:id="rId4651" o:title=""/>
          </v:shape>
          <o:OLEObject Type="Embed" ProgID="Equation.DSMT4" ShapeID="_x0000_i3399" DrawAspect="Content" ObjectID="_1699920128" r:id="rId4652"/>
        </w:object>
      </w:r>
      <w:r w:rsidRPr="00B31415">
        <w:rPr>
          <w:rFonts w:cs="Times New Roman"/>
          <w:szCs w:val="24"/>
          <w:lang w:val="pt-BR"/>
        </w:rPr>
        <w:t xml:space="preserve">. Chứng minh rằng: </w:t>
      </w:r>
      <w:r w:rsidRPr="00B31415">
        <w:rPr>
          <w:rFonts w:cs="Times New Roman"/>
          <w:position w:val="-24"/>
          <w:szCs w:val="24"/>
        </w:rPr>
        <w:object w:dxaOrig="1095" w:dyaOrig="630" w14:anchorId="6140E5D3">
          <v:shape id="_x0000_i3400" type="#_x0000_t75" style="width:54.6pt;height:31.8pt" o:ole="">
            <v:imagedata r:id="rId4653" o:title=""/>
          </v:shape>
          <o:OLEObject Type="Embed" ProgID="Equation.DSMT4" ShapeID="_x0000_i3400" DrawAspect="Content" ObjectID="_1699920129" r:id="rId4654"/>
        </w:object>
      </w:r>
      <w:r w:rsidRPr="00B31415">
        <w:rPr>
          <w:rFonts w:cs="Times New Roman"/>
          <w:szCs w:val="24"/>
        </w:rPr>
        <w:t xml:space="preserve"> </w:t>
      </w:r>
      <w:r w:rsidRPr="00B31415">
        <w:rPr>
          <w:rFonts w:cs="Times New Roman"/>
          <w:szCs w:val="24"/>
          <w:lang w:val="pt-BR"/>
        </w:rPr>
        <w:t>không đổi.</w:t>
      </w:r>
    </w:p>
    <w:p w14:paraId="732F6677" w14:textId="77777777" w:rsidR="00DE7E5C" w:rsidRPr="00B31415" w:rsidRDefault="00DE7E5C" w:rsidP="00B31415">
      <w:pPr>
        <w:spacing w:after="0"/>
        <w:ind w:left="992"/>
        <w:jc w:val="center"/>
        <w:rPr>
          <w:rFonts w:cs="Times New Roman"/>
          <w:b/>
          <w:szCs w:val="24"/>
          <w:lang w:val="pt-BR"/>
        </w:rPr>
      </w:pPr>
      <w:r w:rsidRPr="00B31415">
        <w:rPr>
          <w:rFonts w:cs="Times New Roman"/>
          <w:b/>
          <w:szCs w:val="24"/>
          <w:lang w:val="pt-BR"/>
        </w:rPr>
        <w:t>BẢNG ĐÁP ÁN</w:t>
      </w:r>
    </w:p>
    <w:tbl>
      <w:tblPr>
        <w:tblStyle w:val="TableGrid"/>
        <w:tblW w:w="0" w:type="auto"/>
        <w:tblInd w:w="992" w:type="dxa"/>
        <w:tblLook w:val="04A0" w:firstRow="1" w:lastRow="0" w:firstColumn="1" w:lastColumn="0" w:noHBand="0" w:noVBand="1"/>
      </w:tblPr>
      <w:tblGrid>
        <w:gridCol w:w="345"/>
        <w:gridCol w:w="336"/>
        <w:gridCol w:w="337"/>
        <w:gridCol w:w="346"/>
        <w:gridCol w:w="346"/>
        <w:gridCol w:w="346"/>
        <w:gridCol w:w="346"/>
        <w:gridCol w:w="346"/>
        <w:gridCol w:w="346"/>
        <w:gridCol w:w="396"/>
        <w:gridCol w:w="396"/>
        <w:gridCol w:w="396"/>
        <w:gridCol w:w="396"/>
        <w:gridCol w:w="396"/>
        <w:gridCol w:w="396"/>
        <w:gridCol w:w="396"/>
        <w:gridCol w:w="396"/>
        <w:gridCol w:w="396"/>
        <w:gridCol w:w="396"/>
        <w:gridCol w:w="396"/>
        <w:gridCol w:w="396"/>
        <w:gridCol w:w="396"/>
        <w:gridCol w:w="396"/>
        <w:gridCol w:w="396"/>
        <w:gridCol w:w="396"/>
      </w:tblGrid>
      <w:tr w:rsidR="00DE7E5C" w:rsidRPr="00B31415" w14:paraId="76F9FEA5" w14:textId="77777777" w:rsidTr="00B31415">
        <w:tc>
          <w:tcPr>
            <w:tcW w:w="416" w:type="dxa"/>
            <w:shd w:val="clear" w:color="auto" w:fill="FFFF32"/>
          </w:tcPr>
          <w:p w14:paraId="7C7ACF9C"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w:t>
            </w:r>
          </w:p>
        </w:tc>
        <w:tc>
          <w:tcPr>
            <w:tcW w:w="416" w:type="dxa"/>
            <w:shd w:val="clear" w:color="auto" w:fill="FFFF32"/>
          </w:tcPr>
          <w:p w14:paraId="0E7B9D52"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2</w:t>
            </w:r>
          </w:p>
        </w:tc>
        <w:tc>
          <w:tcPr>
            <w:tcW w:w="416" w:type="dxa"/>
            <w:shd w:val="clear" w:color="auto" w:fill="FFFF32"/>
          </w:tcPr>
          <w:p w14:paraId="374EF9D4"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3</w:t>
            </w:r>
          </w:p>
        </w:tc>
        <w:tc>
          <w:tcPr>
            <w:tcW w:w="417" w:type="dxa"/>
            <w:shd w:val="clear" w:color="auto" w:fill="FFFF32"/>
          </w:tcPr>
          <w:p w14:paraId="6BD305D7"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4</w:t>
            </w:r>
          </w:p>
        </w:tc>
        <w:tc>
          <w:tcPr>
            <w:tcW w:w="417" w:type="dxa"/>
            <w:shd w:val="clear" w:color="auto" w:fill="FFFF32"/>
          </w:tcPr>
          <w:p w14:paraId="1994026B"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5</w:t>
            </w:r>
          </w:p>
        </w:tc>
        <w:tc>
          <w:tcPr>
            <w:tcW w:w="417" w:type="dxa"/>
            <w:shd w:val="clear" w:color="auto" w:fill="FFFF32"/>
          </w:tcPr>
          <w:p w14:paraId="5E2D7958"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6</w:t>
            </w:r>
          </w:p>
        </w:tc>
        <w:tc>
          <w:tcPr>
            <w:tcW w:w="417" w:type="dxa"/>
            <w:shd w:val="clear" w:color="auto" w:fill="FFFF32"/>
          </w:tcPr>
          <w:p w14:paraId="119500D6"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7</w:t>
            </w:r>
          </w:p>
        </w:tc>
        <w:tc>
          <w:tcPr>
            <w:tcW w:w="417" w:type="dxa"/>
            <w:shd w:val="clear" w:color="auto" w:fill="FFFF32"/>
          </w:tcPr>
          <w:p w14:paraId="1C4DB962"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8</w:t>
            </w:r>
          </w:p>
        </w:tc>
        <w:tc>
          <w:tcPr>
            <w:tcW w:w="417" w:type="dxa"/>
            <w:shd w:val="clear" w:color="auto" w:fill="FFFF32"/>
          </w:tcPr>
          <w:p w14:paraId="6CCD9B72"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9</w:t>
            </w:r>
          </w:p>
        </w:tc>
        <w:tc>
          <w:tcPr>
            <w:tcW w:w="417" w:type="dxa"/>
            <w:shd w:val="clear" w:color="auto" w:fill="FFFF32"/>
          </w:tcPr>
          <w:p w14:paraId="26D1631F"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10</w:t>
            </w:r>
          </w:p>
        </w:tc>
        <w:tc>
          <w:tcPr>
            <w:tcW w:w="417" w:type="dxa"/>
            <w:shd w:val="clear" w:color="auto" w:fill="FFFF32"/>
          </w:tcPr>
          <w:p w14:paraId="49D455BB"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11</w:t>
            </w:r>
          </w:p>
        </w:tc>
        <w:tc>
          <w:tcPr>
            <w:tcW w:w="417" w:type="dxa"/>
            <w:shd w:val="clear" w:color="auto" w:fill="FFFF32"/>
          </w:tcPr>
          <w:p w14:paraId="71E9CCFC"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12</w:t>
            </w:r>
          </w:p>
        </w:tc>
        <w:tc>
          <w:tcPr>
            <w:tcW w:w="417" w:type="dxa"/>
            <w:shd w:val="clear" w:color="auto" w:fill="FFFF32"/>
          </w:tcPr>
          <w:p w14:paraId="3169C886"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13</w:t>
            </w:r>
          </w:p>
        </w:tc>
        <w:tc>
          <w:tcPr>
            <w:tcW w:w="417" w:type="dxa"/>
            <w:shd w:val="clear" w:color="auto" w:fill="FFFF32"/>
          </w:tcPr>
          <w:p w14:paraId="423E8297"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14</w:t>
            </w:r>
          </w:p>
        </w:tc>
        <w:tc>
          <w:tcPr>
            <w:tcW w:w="417" w:type="dxa"/>
            <w:shd w:val="clear" w:color="auto" w:fill="FFFF32"/>
          </w:tcPr>
          <w:p w14:paraId="7324A063"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15</w:t>
            </w:r>
          </w:p>
        </w:tc>
        <w:tc>
          <w:tcPr>
            <w:tcW w:w="417" w:type="dxa"/>
            <w:shd w:val="clear" w:color="auto" w:fill="FFFF32"/>
          </w:tcPr>
          <w:p w14:paraId="5F29E562"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16</w:t>
            </w:r>
          </w:p>
        </w:tc>
        <w:tc>
          <w:tcPr>
            <w:tcW w:w="417" w:type="dxa"/>
            <w:shd w:val="clear" w:color="auto" w:fill="FFFF32"/>
          </w:tcPr>
          <w:p w14:paraId="6551BE56"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17</w:t>
            </w:r>
          </w:p>
        </w:tc>
        <w:tc>
          <w:tcPr>
            <w:tcW w:w="417" w:type="dxa"/>
            <w:shd w:val="clear" w:color="auto" w:fill="FFFF32"/>
          </w:tcPr>
          <w:p w14:paraId="0BFFCC00"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18</w:t>
            </w:r>
          </w:p>
        </w:tc>
        <w:tc>
          <w:tcPr>
            <w:tcW w:w="417" w:type="dxa"/>
            <w:shd w:val="clear" w:color="auto" w:fill="FFFF32"/>
          </w:tcPr>
          <w:p w14:paraId="6F41DEE9"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19</w:t>
            </w:r>
          </w:p>
        </w:tc>
        <w:tc>
          <w:tcPr>
            <w:tcW w:w="417" w:type="dxa"/>
            <w:shd w:val="clear" w:color="auto" w:fill="FFFF32"/>
          </w:tcPr>
          <w:p w14:paraId="4D11725A"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20</w:t>
            </w:r>
          </w:p>
        </w:tc>
        <w:tc>
          <w:tcPr>
            <w:tcW w:w="417" w:type="dxa"/>
            <w:shd w:val="clear" w:color="auto" w:fill="FFFF32"/>
          </w:tcPr>
          <w:p w14:paraId="315CBB24"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21</w:t>
            </w:r>
          </w:p>
        </w:tc>
        <w:tc>
          <w:tcPr>
            <w:tcW w:w="417" w:type="dxa"/>
            <w:shd w:val="clear" w:color="auto" w:fill="FFFF32"/>
          </w:tcPr>
          <w:p w14:paraId="4D8422C1"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22</w:t>
            </w:r>
          </w:p>
        </w:tc>
        <w:tc>
          <w:tcPr>
            <w:tcW w:w="417" w:type="dxa"/>
            <w:shd w:val="clear" w:color="auto" w:fill="FFFF32"/>
          </w:tcPr>
          <w:p w14:paraId="61361550"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23</w:t>
            </w:r>
          </w:p>
        </w:tc>
        <w:tc>
          <w:tcPr>
            <w:tcW w:w="417" w:type="dxa"/>
            <w:shd w:val="clear" w:color="auto" w:fill="FFFF32"/>
          </w:tcPr>
          <w:p w14:paraId="72DC77AD"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24</w:t>
            </w:r>
          </w:p>
        </w:tc>
        <w:tc>
          <w:tcPr>
            <w:tcW w:w="417" w:type="dxa"/>
            <w:shd w:val="clear" w:color="auto" w:fill="FFFF32"/>
          </w:tcPr>
          <w:p w14:paraId="0EE80AFB"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25</w:t>
            </w:r>
          </w:p>
        </w:tc>
      </w:tr>
      <w:tr w:rsidR="00DE7E5C" w:rsidRPr="00B31415" w14:paraId="73BB7290" w14:textId="77777777" w:rsidTr="00B31415">
        <w:tc>
          <w:tcPr>
            <w:tcW w:w="416" w:type="dxa"/>
          </w:tcPr>
          <w:p w14:paraId="6FAAFA5F"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A</w:t>
            </w:r>
          </w:p>
        </w:tc>
        <w:tc>
          <w:tcPr>
            <w:tcW w:w="416" w:type="dxa"/>
          </w:tcPr>
          <w:p w14:paraId="0D54073A"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B</w:t>
            </w:r>
          </w:p>
        </w:tc>
        <w:tc>
          <w:tcPr>
            <w:tcW w:w="416" w:type="dxa"/>
          </w:tcPr>
          <w:p w14:paraId="6BA5E128"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B</w:t>
            </w:r>
          </w:p>
        </w:tc>
        <w:tc>
          <w:tcPr>
            <w:tcW w:w="417" w:type="dxa"/>
          </w:tcPr>
          <w:p w14:paraId="55BBB85C"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D</w:t>
            </w:r>
          </w:p>
        </w:tc>
        <w:tc>
          <w:tcPr>
            <w:tcW w:w="417" w:type="dxa"/>
          </w:tcPr>
          <w:p w14:paraId="1D9C92F1"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A</w:t>
            </w:r>
          </w:p>
        </w:tc>
        <w:tc>
          <w:tcPr>
            <w:tcW w:w="417" w:type="dxa"/>
          </w:tcPr>
          <w:p w14:paraId="1ABDE226"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A</w:t>
            </w:r>
          </w:p>
        </w:tc>
        <w:tc>
          <w:tcPr>
            <w:tcW w:w="417" w:type="dxa"/>
          </w:tcPr>
          <w:p w14:paraId="019980EF"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D</w:t>
            </w:r>
          </w:p>
        </w:tc>
        <w:tc>
          <w:tcPr>
            <w:tcW w:w="417" w:type="dxa"/>
          </w:tcPr>
          <w:p w14:paraId="78F3FBFB"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C</w:t>
            </w:r>
          </w:p>
        </w:tc>
        <w:tc>
          <w:tcPr>
            <w:tcW w:w="417" w:type="dxa"/>
          </w:tcPr>
          <w:p w14:paraId="4316BE00"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A</w:t>
            </w:r>
          </w:p>
        </w:tc>
        <w:tc>
          <w:tcPr>
            <w:tcW w:w="417" w:type="dxa"/>
          </w:tcPr>
          <w:p w14:paraId="5A83E814"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C</w:t>
            </w:r>
          </w:p>
        </w:tc>
        <w:tc>
          <w:tcPr>
            <w:tcW w:w="417" w:type="dxa"/>
          </w:tcPr>
          <w:p w14:paraId="116B3E8E"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D</w:t>
            </w:r>
          </w:p>
        </w:tc>
        <w:tc>
          <w:tcPr>
            <w:tcW w:w="417" w:type="dxa"/>
          </w:tcPr>
          <w:p w14:paraId="5A4B87A7"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D</w:t>
            </w:r>
          </w:p>
        </w:tc>
        <w:tc>
          <w:tcPr>
            <w:tcW w:w="417" w:type="dxa"/>
          </w:tcPr>
          <w:p w14:paraId="1EA0091B"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C</w:t>
            </w:r>
          </w:p>
        </w:tc>
        <w:tc>
          <w:tcPr>
            <w:tcW w:w="417" w:type="dxa"/>
          </w:tcPr>
          <w:p w14:paraId="7C8A18D0"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B</w:t>
            </w:r>
          </w:p>
        </w:tc>
        <w:tc>
          <w:tcPr>
            <w:tcW w:w="417" w:type="dxa"/>
          </w:tcPr>
          <w:p w14:paraId="58E6D2C1"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B</w:t>
            </w:r>
          </w:p>
        </w:tc>
        <w:tc>
          <w:tcPr>
            <w:tcW w:w="417" w:type="dxa"/>
          </w:tcPr>
          <w:p w14:paraId="2A30253C"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B</w:t>
            </w:r>
          </w:p>
        </w:tc>
        <w:tc>
          <w:tcPr>
            <w:tcW w:w="417" w:type="dxa"/>
          </w:tcPr>
          <w:p w14:paraId="14113096"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B</w:t>
            </w:r>
          </w:p>
        </w:tc>
        <w:tc>
          <w:tcPr>
            <w:tcW w:w="417" w:type="dxa"/>
          </w:tcPr>
          <w:p w14:paraId="7281B066"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C</w:t>
            </w:r>
          </w:p>
        </w:tc>
        <w:tc>
          <w:tcPr>
            <w:tcW w:w="417" w:type="dxa"/>
          </w:tcPr>
          <w:p w14:paraId="745924F3"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A</w:t>
            </w:r>
          </w:p>
        </w:tc>
        <w:tc>
          <w:tcPr>
            <w:tcW w:w="417" w:type="dxa"/>
          </w:tcPr>
          <w:p w14:paraId="1AEB6DB3"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B</w:t>
            </w:r>
          </w:p>
        </w:tc>
        <w:tc>
          <w:tcPr>
            <w:tcW w:w="417" w:type="dxa"/>
          </w:tcPr>
          <w:p w14:paraId="54DC2366"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C</w:t>
            </w:r>
          </w:p>
        </w:tc>
        <w:tc>
          <w:tcPr>
            <w:tcW w:w="417" w:type="dxa"/>
          </w:tcPr>
          <w:p w14:paraId="1C46E2D0"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C</w:t>
            </w:r>
          </w:p>
        </w:tc>
        <w:tc>
          <w:tcPr>
            <w:tcW w:w="417" w:type="dxa"/>
          </w:tcPr>
          <w:p w14:paraId="66780879"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C</w:t>
            </w:r>
          </w:p>
        </w:tc>
        <w:tc>
          <w:tcPr>
            <w:tcW w:w="417" w:type="dxa"/>
          </w:tcPr>
          <w:p w14:paraId="25E9EBAA"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A</w:t>
            </w:r>
          </w:p>
        </w:tc>
        <w:tc>
          <w:tcPr>
            <w:tcW w:w="417" w:type="dxa"/>
          </w:tcPr>
          <w:p w14:paraId="1A02AD34" w14:textId="77777777" w:rsidR="00DE7E5C" w:rsidRPr="00B31415" w:rsidRDefault="00DE7E5C" w:rsidP="00B31415">
            <w:pPr>
              <w:spacing w:line="276" w:lineRule="auto"/>
              <w:jc w:val="center"/>
              <w:rPr>
                <w:rFonts w:cs="Times New Roman"/>
                <w:b/>
                <w:szCs w:val="24"/>
                <w:lang w:val="pt-BR"/>
              </w:rPr>
            </w:pPr>
            <w:r w:rsidRPr="00B31415">
              <w:rPr>
                <w:rFonts w:cs="Times New Roman"/>
                <w:b/>
                <w:szCs w:val="24"/>
                <w:lang w:val="pt-BR"/>
              </w:rPr>
              <w:t>B</w:t>
            </w:r>
          </w:p>
        </w:tc>
      </w:tr>
    </w:tbl>
    <w:p w14:paraId="7926F3DF" w14:textId="77777777" w:rsidR="00DE7E5C" w:rsidRPr="00B31415" w:rsidRDefault="00DE7E5C" w:rsidP="00B31415">
      <w:pPr>
        <w:spacing w:after="0"/>
        <w:ind w:left="992"/>
        <w:jc w:val="center"/>
        <w:rPr>
          <w:rFonts w:cs="Times New Roman"/>
          <w:b/>
          <w:szCs w:val="24"/>
          <w:lang w:val="pt-BR"/>
        </w:rPr>
      </w:pPr>
    </w:p>
    <w:p w14:paraId="432226D3" w14:textId="77777777" w:rsidR="00D06B0C" w:rsidRPr="00D06B0C" w:rsidRDefault="00D06B0C" w:rsidP="00DE7E5C">
      <w:pPr>
        <w:jc w:val="center"/>
        <w:rPr>
          <w:rFonts w:cs="Times New Roman"/>
          <w:b/>
          <w:color w:val="010196"/>
        </w:rPr>
      </w:pPr>
    </w:p>
    <w:sectPr w:rsidR="00D06B0C" w:rsidRPr="00D06B0C" w:rsidSect="003D23DA">
      <w:pgSz w:w="11906" w:h="16838"/>
      <w:pgMar w:top="850" w:right="850" w:bottom="850" w:left="85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I-Times">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TimesNewRomanPSMT">
    <w:altName w:val="Yu Gothic UI"/>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9D1BD2"/>
    <w:multiLevelType w:val="hybridMultilevel"/>
    <w:tmpl w:val="DD5C98CE"/>
    <w:lvl w:ilvl="0" w:tplc="957C5B54">
      <w:start w:val="1"/>
      <w:numFmt w:val="decimal"/>
      <w:pStyle w:val="BodyText2"/>
      <w:lvlText w:val="Câu %1."/>
      <w:lvlJc w:val="left"/>
      <w:pPr>
        <w:ind w:left="720" w:hanging="360"/>
      </w:pPr>
      <w:rPr>
        <w:rFonts w:ascii="Times New Roman" w:hAnsi="Times New Roman" w:cs="Times New Roman" w:hint="default"/>
        <w:b/>
        <w:i w:val="0"/>
        <w:color w:val="0000FF"/>
        <w:position w:val="0"/>
        <w:sz w:val="24"/>
        <w:szCs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0EE51632"/>
    <w:multiLevelType w:val="hybridMultilevel"/>
    <w:tmpl w:val="1BFCDD02"/>
    <w:lvl w:ilvl="0" w:tplc="FFFFFFFF">
      <w:start w:val="1"/>
      <w:numFmt w:val="decimal"/>
      <w:lvlText w:val="%1."/>
      <w:lvlJc w:val="left"/>
      <w:pPr>
        <w:ind w:left="720" w:hanging="360"/>
      </w:pPr>
      <w:rPr>
        <w:rFonts w:hint="default"/>
        <w:b/>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5001B5"/>
    <w:multiLevelType w:val="hybridMultilevel"/>
    <w:tmpl w:val="29DA0F32"/>
    <w:lvl w:ilvl="0" w:tplc="28443A9E">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096D30"/>
    <w:multiLevelType w:val="hybridMultilevel"/>
    <w:tmpl w:val="5F4EB5AC"/>
    <w:lvl w:ilvl="0" w:tplc="66DEE8C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B21600"/>
    <w:multiLevelType w:val="hybridMultilevel"/>
    <w:tmpl w:val="578AD2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BE21E4"/>
    <w:multiLevelType w:val="hybridMultilevel"/>
    <w:tmpl w:val="A31840EA"/>
    <w:lvl w:ilvl="0" w:tplc="D518B4EE">
      <w:start w:val="1"/>
      <w:numFmt w:val="decimal"/>
      <w:lvlRestart w:val="0"/>
      <w:pStyle w:val="Heading4"/>
      <w:lvlText w:val="Câu %1:"/>
      <w:lvlJc w:val="left"/>
      <w:pPr>
        <w:ind w:left="992" w:hanging="992"/>
      </w:pPr>
      <w:rPr>
        <w:rFonts w:hint="default"/>
        <w:b/>
        <w:color w:val="0000FF"/>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40750FD1"/>
    <w:multiLevelType w:val="hybridMultilevel"/>
    <w:tmpl w:val="390A80EC"/>
    <w:lvl w:ilvl="0" w:tplc="9148163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E9700F"/>
    <w:multiLevelType w:val="hybridMultilevel"/>
    <w:tmpl w:val="50FE8A32"/>
    <w:lvl w:ilvl="0" w:tplc="C6B23A2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C253F1"/>
    <w:multiLevelType w:val="hybridMultilevel"/>
    <w:tmpl w:val="F50C5A4A"/>
    <w:lvl w:ilvl="0" w:tplc="01B86C5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E55E0"/>
    <w:multiLevelType w:val="hybridMultilevel"/>
    <w:tmpl w:val="993E6632"/>
    <w:lvl w:ilvl="0" w:tplc="D7521100">
      <w:start w:val="4"/>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A6174E"/>
    <w:multiLevelType w:val="hybridMultilevel"/>
    <w:tmpl w:val="3F02A272"/>
    <w:lvl w:ilvl="0" w:tplc="9B5EFE2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1B3246"/>
    <w:multiLevelType w:val="hybridMultilevel"/>
    <w:tmpl w:val="89C6D3DE"/>
    <w:lvl w:ilvl="0" w:tplc="1ED638F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7127B3"/>
    <w:multiLevelType w:val="hybridMultilevel"/>
    <w:tmpl w:val="0E6E0AD8"/>
    <w:lvl w:ilvl="0" w:tplc="253816D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1049BC"/>
    <w:multiLevelType w:val="hybridMultilevel"/>
    <w:tmpl w:val="6FE8B76A"/>
    <w:lvl w:ilvl="0" w:tplc="4BC2D75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4670EB"/>
    <w:multiLevelType w:val="hybridMultilevel"/>
    <w:tmpl w:val="747299BC"/>
    <w:lvl w:ilvl="0" w:tplc="4BC2D75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7F77A6"/>
    <w:multiLevelType w:val="hybridMultilevel"/>
    <w:tmpl w:val="6C289B66"/>
    <w:lvl w:ilvl="0" w:tplc="8154D09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57A17EB4"/>
    <w:multiLevelType w:val="hybridMultilevel"/>
    <w:tmpl w:val="CABC18B2"/>
    <w:lvl w:ilvl="0" w:tplc="99D8732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BA12B5"/>
    <w:multiLevelType w:val="hybridMultilevel"/>
    <w:tmpl w:val="6CCC4F8E"/>
    <w:lvl w:ilvl="0" w:tplc="1ED638F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B70D1B"/>
    <w:multiLevelType w:val="hybridMultilevel"/>
    <w:tmpl w:val="0B148038"/>
    <w:lvl w:ilvl="0" w:tplc="85D8431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DC401F"/>
    <w:multiLevelType w:val="hybridMultilevel"/>
    <w:tmpl w:val="2F4E4CDC"/>
    <w:lvl w:ilvl="0" w:tplc="01B86C5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EF65B3"/>
    <w:multiLevelType w:val="hybridMultilevel"/>
    <w:tmpl w:val="74401980"/>
    <w:lvl w:ilvl="0" w:tplc="2E049A2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4360FA"/>
    <w:multiLevelType w:val="multilevel"/>
    <w:tmpl w:val="498C006A"/>
    <w:lvl w:ilvl="0">
      <w:start w:val="1"/>
      <w:numFmt w:val="decimal"/>
      <w:pStyle w:val="p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7EE44CE"/>
    <w:multiLevelType w:val="hybridMultilevel"/>
    <w:tmpl w:val="6C289B66"/>
    <w:lvl w:ilvl="0" w:tplc="8154D09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7C6B698D"/>
    <w:multiLevelType w:val="hybridMultilevel"/>
    <w:tmpl w:val="2BF6D902"/>
    <w:lvl w:ilvl="0" w:tplc="0476A38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8"/>
  </w:num>
  <w:num w:numId="11">
    <w:abstractNumId w:val="17"/>
  </w:num>
  <w:num w:numId="12">
    <w:abstractNumId w:val="29"/>
  </w:num>
  <w:num w:numId="13">
    <w:abstractNumId w:val="21"/>
  </w:num>
  <w:num w:numId="14">
    <w:abstractNumId w:val="15"/>
  </w:num>
  <w:num w:numId="15">
    <w:abstractNumId w:val="19"/>
  </w:num>
  <w:num w:numId="16">
    <w:abstractNumId w:val="27"/>
  </w:num>
  <w:num w:numId="17">
    <w:abstractNumId w:val="25"/>
  </w:num>
  <w:num w:numId="18">
    <w:abstractNumId w:val="12"/>
  </w:num>
  <w:num w:numId="19">
    <w:abstractNumId w:val="26"/>
  </w:num>
  <w:num w:numId="20">
    <w:abstractNumId w:val="20"/>
  </w:num>
  <w:num w:numId="21">
    <w:abstractNumId w:val="16"/>
  </w:num>
  <w:num w:numId="22">
    <w:abstractNumId w:val="9"/>
  </w:num>
  <w:num w:numId="23">
    <w:abstractNumId w:val="14"/>
  </w:num>
  <w:num w:numId="24">
    <w:abstractNumId w:val="30"/>
  </w:num>
  <w:num w:numId="25">
    <w:abstractNumId w:val="31"/>
  </w:num>
  <w:num w:numId="26">
    <w:abstractNumId w:val="24"/>
  </w:num>
  <w:num w:numId="27">
    <w:abstractNumId w:val="10"/>
  </w:num>
  <w:num w:numId="28">
    <w:abstractNumId w:val="13"/>
  </w:num>
  <w:num w:numId="29">
    <w:abstractNumId w:val="32"/>
  </w:num>
  <w:num w:numId="30">
    <w:abstractNumId w:val="18"/>
  </w:num>
  <w:num w:numId="31">
    <w:abstractNumId w:val="11"/>
  </w:num>
  <w:num w:numId="32">
    <w:abstractNumId w:val="22"/>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23DA"/>
    <w:rsid w:val="004D52D6"/>
    <w:rsid w:val="006E396B"/>
    <w:rsid w:val="00AA1D8D"/>
    <w:rsid w:val="00B47730"/>
    <w:rsid w:val="00CB0664"/>
    <w:rsid w:val="00D06B0C"/>
    <w:rsid w:val="00DE7E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F40D66"/>
  <w14:defaultImageDpi w14:val="330"/>
  <w15:docId w15:val="{C9E4ED08-CA53-4964-A75F-97CB004CB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E618BF"/>
  </w:style>
  <w:style w:type="paragraph" w:styleId="Footer">
    <w:name w:val="footer"/>
    <w:basedOn w:val="Normal"/>
    <w:link w:val="FooterChar"/>
    <w:uiPriority w:val="99"/>
    <w:unhideWhenUsed/>
    <w:qFormat/>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1"/>
    <w:unhideWhenUsed/>
    <w:qFormat/>
    <w:rsid w:val="00AA1D8D"/>
    <w:pPr>
      <w:spacing w:after="120"/>
    </w:pPr>
  </w:style>
  <w:style w:type="character" w:customStyle="1" w:styleId="BodyTextChar">
    <w:name w:val="Body Text Char"/>
    <w:basedOn w:val="DefaultParagraphFont"/>
    <w:link w:val="BodyText"/>
    <w:uiPriority w:val="1"/>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aliases w:val="tham khao"/>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TDisplayEquation">
    <w:name w:val="MTDisplayEquation"/>
    <w:basedOn w:val="Normal"/>
    <w:next w:val="Normal"/>
    <w:link w:val="MTDisplayEquationChar"/>
    <w:rsid w:val="004D52D6"/>
    <w:pPr>
      <w:tabs>
        <w:tab w:val="center" w:pos="6040"/>
        <w:tab w:val="right" w:pos="11100"/>
      </w:tabs>
      <w:ind w:left="992"/>
    </w:pPr>
  </w:style>
  <w:style w:type="character" w:customStyle="1" w:styleId="MTDisplayEquationChar">
    <w:name w:val="MTDisplayEquation Char"/>
    <w:basedOn w:val="DefaultParagraphFont"/>
    <w:link w:val="MTDisplayEquation"/>
    <w:rsid w:val="004D52D6"/>
    <w:rPr>
      <w:rFonts w:ascii="Times New Roman" w:hAnsi="Times New Roman"/>
      <w:sz w:val="24"/>
    </w:rPr>
  </w:style>
  <w:style w:type="character" w:customStyle="1" w:styleId="Other">
    <w:name w:val="Other_"/>
    <w:basedOn w:val="DefaultParagraphFont"/>
    <w:link w:val="Other0"/>
    <w:uiPriority w:val="99"/>
    <w:rsid w:val="003D23DA"/>
    <w:rPr>
      <w:rFonts w:ascii="Times New Roman" w:hAnsi="Times New Roman" w:cs="Times New Roman"/>
    </w:rPr>
  </w:style>
  <w:style w:type="paragraph" w:customStyle="1" w:styleId="Other0">
    <w:name w:val="Other"/>
    <w:basedOn w:val="Normal"/>
    <w:link w:val="Other"/>
    <w:uiPriority w:val="99"/>
    <w:rsid w:val="003D23DA"/>
    <w:pPr>
      <w:spacing w:after="0" w:line="240" w:lineRule="auto"/>
    </w:pPr>
    <w:rPr>
      <w:rFonts w:cs="Times New Roman"/>
      <w:sz w:val="22"/>
    </w:rPr>
  </w:style>
  <w:style w:type="paragraph" w:customStyle="1" w:styleId="Normal0">
    <w:name w:val="Normal_0"/>
    <w:qFormat/>
    <w:rsid w:val="00DE7E5C"/>
    <w:pPr>
      <w:widowControl w:val="0"/>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E7E5C"/>
    <w:rPr>
      <w:color w:val="0000FF" w:themeColor="hyperlink"/>
      <w:u w:val="single"/>
    </w:rPr>
  </w:style>
  <w:style w:type="character" w:customStyle="1" w:styleId="UnresolvedMention1">
    <w:name w:val="Unresolved Mention1"/>
    <w:basedOn w:val="DefaultParagraphFont"/>
    <w:uiPriority w:val="99"/>
    <w:semiHidden/>
    <w:unhideWhenUsed/>
    <w:rsid w:val="00DE7E5C"/>
    <w:rPr>
      <w:color w:val="808080"/>
      <w:shd w:val="clear" w:color="auto" w:fill="E6E6E6"/>
    </w:rPr>
  </w:style>
  <w:style w:type="paragraph" w:styleId="BalloonText">
    <w:name w:val="Balloon Text"/>
    <w:basedOn w:val="Normal"/>
    <w:link w:val="BalloonTextChar"/>
    <w:uiPriority w:val="99"/>
    <w:semiHidden/>
    <w:unhideWhenUsed/>
    <w:rsid w:val="00DE7E5C"/>
    <w:pPr>
      <w:spacing w:after="0" w:line="240" w:lineRule="auto"/>
    </w:pPr>
    <w:rPr>
      <w:rFonts w:ascii="Segoe UI" w:eastAsiaTheme="minorHAnsi" w:hAnsi="Segoe UI" w:cs="Segoe UI"/>
      <w:sz w:val="18"/>
      <w:szCs w:val="18"/>
      <w:lang w:val="vi-VN"/>
    </w:rPr>
  </w:style>
  <w:style w:type="character" w:customStyle="1" w:styleId="BalloonTextChar">
    <w:name w:val="Balloon Text Char"/>
    <w:basedOn w:val="DefaultParagraphFont"/>
    <w:link w:val="BalloonText"/>
    <w:uiPriority w:val="99"/>
    <w:semiHidden/>
    <w:rsid w:val="00DE7E5C"/>
    <w:rPr>
      <w:rFonts w:ascii="Segoe UI" w:eastAsiaTheme="minorHAnsi" w:hAnsi="Segoe UI" w:cs="Segoe UI"/>
      <w:sz w:val="18"/>
      <w:szCs w:val="18"/>
      <w:lang w:val="vi-VN"/>
    </w:rPr>
  </w:style>
  <w:style w:type="paragraph" w:customStyle="1" w:styleId="Default">
    <w:name w:val="Default"/>
    <w:rsid w:val="00DE7E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rsid w:val="00DE7E5C"/>
    <w:pPr>
      <w:spacing w:before="100" w:beforeAutospacing="1" w:after="100" w:afterAutospacing="1" w:line="240" w:lineRule="auto"/>
    </w:pPr>
    <w:rPr>
      <w:rFonts w:ascii="VNI-Times" w:eastAsiaTheme="minorHAnsi" w:hAnsi="VNI-Times" w:cs="Times New Roman"/>
      <w:szCs w:val="24"/>
    </w:rPr>
  </w:style>
  <w:style w:type="character" w:customStyle="1" w:styleId="ListParagraphChar">
    <w:name w:val="List Paragraph Char"/>
    <w:link w:val="ListParagraph"/>
    <w:uiPriority w:val="34"/>
    <w:qFormat/>
    <w:rsid w:val="00DE7E5C"/>
    <w:rPr>
      <w:rFonts w:ascii="Times New Roman" w:hAnsi="Times New Roman"/>
      <w:sz w:val="24"/>
    </w:rPr>
  </w:style>
  <w:style w:type="paragraph" w:customStyle="1" w:styleId="oancuaDanhsach1">
    <w:name w:val="Đoạn của Danh sách1"/>
    <w:basedOn w:val="Normal"/>
    <w:link w:val="oancuaDanhsachChar"/>
    <w:qFormat/>
    <w:rsid w:val="00DE7E5C"/>
    <w:pPr>
      <w:ind w:left="720"/>
    </w:pPr>
    <w:rPr>
      <w:rFonts w:eastAsia="Arial" w:cs="Calibri"/>
    </w:rPr>
  </w:style>
  <w:style w:type="character" w:customStyle="1" w:styleId="oancuaDanhsachChar">
    <w:name w:val="Đoạn của Danh sách Char"/>
    <w:link w:val="oancuaDanhsach1"/>
    <w:qFormat/>
    <w:locked/>
    <w:rsid w:val="00DE7E5C"/>
    <w:rPr>
      <w:rFonts w:ascii="Times New Roman" w:eastAsia="Arial" w:hAnsi="Times New Roman" w:cs="Calibri"/>
      <w:sz w:val="24"/>
    </w:rPr>
  </w:style>
  <w:style w:type="paragraph" w:customStyle="1" w:styleId="msonormal0">
    <w:name w:val="msonormal"/>
    <w:basedOn w:val="Normal"/>
    <w:rsid w:val="00DE7E5C"/>
    <w:pPr>
      <w:spacing w:before="100" w:beforeAutospacing="1" w:after="100" w:afterAutospacing="1" w:line="240" w:lineRule="auto"/>
    </w:pPr>
    <w:rPr>
      <w:rFonts w:eastAsia="Calibri" w:cs="Times New Roman"/>
      <w:szCs w:val="24"/>
    </w:rPr>
  </w:style>
  <w:style w:type="paragraph" w:customStyle="1" w:styleId="Normal1">
    <w:name w:val="Normal1"/>
    <w:basedOn w:val="Normal"/>
    <w:rsid w:val="00DE7E5C"/>
    <w:pPr>
      <w:spacing w:before="100" w:beforeAutospacing="1" w:after="100" w:afterAutospacing="1" w:line="240" w:lineRule="auto"/>
    </w:pPr>
    <w:rPr>
      <w:rFonts w:eastAsia="Times New Roman" w:cs="Times New Roman"/>
      <w:szCs w:val="24"/>
    </w:rPr>
  </w:style>
  <w:style w:type="table" w:customStyle="1" w:styleId="TableGrid3">
    <w:name w:val="Table Grid3"/>
    <w:basedOn w:val="TableNormal"/>
    <w:next w:val="TableGrid"/>
    <w:uiPriority w:val="59"/>
    <w:rsid w:val="00DE7E5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DE7E5C"/>
    <w:rPr>
      <w:color w:val="808080"/>
    </w:rPr>
  </w:style>
  <w:style w:type="character" w:customStyle="1" w:styleId="MTConvertedEquation">
    <w:name w:val="MTConvertedEquation"/>
    <w:rsid w:val="00DE7E5C"/>
    <w:rPr>
      <w:bCs/>
      <w:szCs w:val="2"/>
      <w:lang w:val="nl-NL"/>
    </w:rPr>
  </w:style>
  <w:style w:type="paragraph" w:customStyle="1" w:styleId="Char">
    <w:name w:val="Char"/>
    <w:basedOn w:val="Normal"/>
    <w:semiHidden/>
    <w:rsid w:val="00DE7E5C"/>
    <w:pPr>
      <w:spacing w:after="160" w:line="240" w:lineRule="exact"/>
    </w:pPr>
    <w:rPr>
      <w:rFonts w:ascii="Arial" w:eastAsia="Times New Roman" w:hAnsi="Arial" w:cs="Times New Roman"/>
      <w:szCs w:val="24"/>
    </w:rPr>
  </w:style>
  <w:style w:type="paragraph" w:customStyle="1" w:styleId="Mucuhi">
    <w:name w:val="Mẫu câu hỏi"/>
    <w:basedOn w:val="Normal"/>
    <w:link w:val="MucuhiChar"/>
    <w:qFormat/>
    <w:rsid w:val="00DE7E5C"/>
    <w:pPr>
      <w:spacing w:after="160" w:line="259" w:lineRule="auto"/>
      <w:ind w:left="851" w:hanging="851"/>
    </w:pPr>
    <w:rPr>
      <w:rFonts w:eastAsia="Calibri" w:cs="Times New Roman"/>
      <w:szCs w:val="24"/>
    </w:rPr>
  </w:style>
  <w:style w:type="character" w:customStyle="1" w:styleId="MucuhiChar">
    <w:name w:val="Mẫu câu hỏi Char"/>
    <w:link w:val="Mucuhi"/>
    <w:rsid w:val="00DE7E5C"/>
    <w:rPr>
      <w:rFonts w:ascii="Times New Roman" w:eastAsia="Calibri" w:hAnsi="Times New Roman" w:cs="Times New Roman"/>
      <w:sz w:val="24"/>
      <w:szCs w:val="24"/>
    </w:rPr>
  </w:style>
  <w:style w:type="paragraph" w:customStyle="1" w:styleId="pn">
    <w:name w:val="Đáp án"/>
    <w:basedOn w:val="ListParagraph"/>
    <w:link w:val="pnChar"/>
    <w:qFormat/>
    <w:rsid w:val="00DE7E5C"/>
    <w:pPr>
      <w:numPr>
        <w:numId w:val="24"/>
      </w:numPr>
      <w:tabs>
        <w:tab w:val="left" w:pos="2835"/>
        <w:tab w:val="left" w:pos="5103"/>
        <w:tab w:val="left" w:pos="6804"/>
      </w:tabs>
      <w:spacing w:after="160" w:line="259" w:lineRule="auto"/>
      <w:ind w:left="1211" w:hanging="360"/>
    </w:pPr>
    <w:rPr>
      <w:rFonts w:eastAsia="Calibri" w:cs="Times New Roman"/>
      <w:szCs w:val="24"/>
    </w:rPr>
  </w:style>
  <w:style w:type="character" w:customStyle="1" w:styleId="pnChar">
    <w:name w:val="Đáp án Char"/>
    <w:link w:val="pn"/>
    <w:rsid w:val="00DE7E5C"/>
    <w:rPr>
      <w:rFonts w:ascii="Times New Roman" w:eastAsia="Calibri" w:hAnsi="Times New Roman" w:cs="Times New Roman"/>
      <w:sz w:val="24"/>
      <w:szCs w:val="24"/>
    </w:rPr>
  </w:style>
  <w:style w:type="paragraph" w:customStyle="1" w:styleId="pn1">
    <w:name w:val="Đáp án 1"/>
    <w:basedOn w:val="Mucuhi"/>
    <w:link w:val="pn1Char"/>
    <w:qFormat/>
    <w:rsid w:val="00DE7E5C"/>
    <w:pPr>
      <w:tabs>
        <w:tab w:val="left" w:pos="2835"/>
        <w:tab w:val="left" w:pos="5103"/>
        <w:tab w:val="left" w:pos="7371"/>
      </w:tabs>
      <w:ind w:left="2835" w:hanging="2115"/>
    </w:pPr>
  </w:style>
  <w:style w:type="character" w:customStyle="1" w:styleId="pn1Char">
    <w:name w:val="Đáp án 1 Char"/>
    <w:link w:val="pn1"/>
    <w:rsid w:val="00DE7E5C"/>
    <w:rPr>
      <w:rFonts w:ascii="Times New Roman" w:eastAsia="Calibri" w:hAnsi="Times New Roman" w:cs="Times New Roman"/>
      <w:sz w:val="24"/>
      <w:szCs w:val="24"/>
    </w:rPr>
  </w:style>
  <w:style w:type="paragraph" w:customStyle="1" w:styleId="123">
    <w:name w:val="123"/>
    <w:basedOn w:val="ListParagraph"/>
    <w:link w:val="123Char"/>
    <w:rsid w:val="00DE7E5C"/>
    <w:pPr>
      <w:tabs>
        <w:tab w:val="num" w:pos="720"/>
        <w:tab w:val="left" w:pos="2835"/>
        <w:tab w:val="left" w:pos="5103"/>
        <w:tab w:val="left" w:pos="6804"/>
      </w:tabs>
      <w:spacing w:after="160" w:line="259" w:lineRule="auto"/>
      <w:ind w:left="1211" w:hanging="360"/>
    </w:pPr>
    <w:rPr>
      <w:rFonts w:eastAsia="Calibri" w:cs="Times New Roman"/>
      <w:szCs w:val="24"/>
    </w:rPr>
  </w:style>
  <w:style w:type="character" w:customStyle="1" w:styleId="123Char">
    <w:name w:val="123 Char"/>
    <w:link w:val="123"/>
    <w:rsid w:val="00DE7E5C"/>
    <w:rPr>
      <w:rFonts w:ascii="Times New Roman" w:eastAsia="Calibri" w:hAnsi="Times New Roman" w:cs="Times New Roman"/>
      <w:sz w:val="24"/>
      <w:szCs w:val="24"/>
    </w:rPr>
  </w:style>
  <w:style w:type="character" w:customStyle="1" w:styleId="fontstyle01">
    <w:name w:val="fontstyle01"/>
    <w:basedOn w:val="DefaultParagraphFont"/>
    <w:rsid w:val="00DE7E5C"/>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DE7E5C"/>
    <w:rPr>
      <w:rFonts w:ascii="TimesNewRomanPS-ItalicMT" w:hAnsi="TimesNewRomanPS-ItalicMT" w:hint="default"/>
      <w:b w:val="0"/>
      <w:bCs w:val="0"/>
      <w:i/>
      <w:iCs/>
      <w:color w:val="000000"/>
      <w:sz w:val="24"/>
      <w:szCs w:val="24"/>
    </w:rPr>
  </w:style>
  <w:style w:type="paragraph" w:customStyle="1" w:styleId="Normal2">
    <w:name w:val="Normal2"/>
    <w:basedOn w:val="Normal"/>
    <w:link w:val="Normal2Char"/>
    <w:qFormat/>
    <w:rsid w:val="00DE7E5C"/>
    <w:pPr>
      <w:spacing w:after="0"/>
      <w:jc w:val="both"/>
    </w:pPr>
    <w:rPr>
      <w:rFonts w:eastAsia="Calibri" w:cs="Times New Roman"/>
    </w:rPr>
  </w:style>
  <w:style w:type="character" w:customStyle="1" w:styleId="Normal2Char">
    <w:name w:val="Normal2 Char"/>
    <w:link w:val="Normal2"/>
    <w:rsid w:val="00DE7E5C"/>
    <w:rPr>
      <w:rFonts w:ascii="Times New Roman" w:eastAsia="Calibri" w:hAnsi="Times New Roman" w:cs="Times New Roman"/>
      <w:sz w:val="24"/>
    </w:rPr>
  </w:style>
  <w:style w:type="character" w:styleId="FollowedHyperlink">
    <w:name w:val="FollowedHyperlink"/>
    <w:basedOn w:val="DefaultParagraphFont"/>
    <w:uiPriority w:val="99"/>
    <w:semiHidden/>
    <w:unhideWhenUsed/>
    <w:rsid w:val="00DE7E5C"/>
    <w:rPr>
      <w:color w:val="800080" w:themeColor="followedHyperlink"/>
      <w:u w:val="single"/>
    </w:rPr>
  </w:style>
  <w:style w:type="paragraph" w:customStyle="1" w:styleId="ListParagraph1">
    <w:name w:val="List Paragraph1"/>
    <w:basedOn w:val="Normal"/>
    <w:uiPriority w:val="34"/>
    <w:qFormat/>
    <w:rsid w:val="00DE7E5C"/>
    <w:pPr>
      <w:ind w:left="720"/>
      <w:contextualSpacing/>
    </w:pPr>
    <w:rPr>
      <w:rFonts w:ascii="Calibri" w:eastAsia="Calibri" w:hAnsi="Calibri" w:cs="Times New Roman"/>
      <w:sz w:val="22"/>
    </w:rPr>
  </w:style>
  <w:style w:type="character" w:customStyle="1" w:styleId="MTEquationSection">
    <w:name w:val="MTEquationSection"/>
    <w:basedOn w:val="DefaultParagraphFont"/>
    <w:rsid w:val="00DE7E5C"/>
    <w:rPr>
      <w:rFonts w:ascii="Times New Roman" w:hAnsi="Times New Roman" w:cs="Times New Roman"/>
      <w:b/>
      <w:vanish w:val="0"/>
      <w:color w:val="FF0000"/>
      <w:sz w:val="24"/>
      <w:szCs w:val="24"/>
    </w:rPr>
  </w:style>
  <w:style w:type="paragraph" w:customStyle="1" w:styleId="Normal10">
    <w:name w:val="Normal_1"/>
    <w:qFormat/>
    <w:rsid w:val="00DE7E5C"/>
    <w:pPr>
      <w:spacing w:after="0" w:line="240" w:lineRule="auto"/>
    </w:pPr>
    <w:rPr>
      <w:rFonts w:ascii="Times New Roman" w:eastAsia="Times New Roman" w:hAnsi="Times New Roman" w:cs="Times New Roman"/>
      <w:sz w:val="24"/>
      <w:szCs w:val="24"/>
    </w:rPr>
  </w:style>
  <w:style w:type="paragraph" w:customStyle="1" w:styleId="msolistparagraph0">
    <w:name w:val="msolistparagraph"/>
    <w:basedOn w:val="Normal"/>
    <w:rsid w:val="00DE7E5C"/>
    <w:pPr>
      <w:spacing w:after="0" w:line="240" w:lineRule="auto"/>
      <w:ind w:left="720"/>
      <w:contextualSpacing/>
    </w:pPr>
    <w:rPr>
      <w:rFonts w:eastAsia="Times New Roman" w:cs="Times New Roman"/>
      <w:szCs w:val="24"/>
    </w:rPr>
  </w:style>
  <w:style w:type="character" w:customStyle="1" w:styleId="ThnVnbanChar1">
    <w:name w:val="Thân Văn bản Char1"/>
    <w:basedOn w:val="DefaultParagraphFont"/>
    <w:uiPriority w:val="99"/>
    <w:semiHidden/>
    <w:rsid w:val="00DE7E5C"/>
    <w:rPr>
      <w:rFonts w:ascii="Times New Roman" w:hAnsi="Times New Roman"/>
      <w:sz w:val="24"/>
      <w:lang w:val="vi-VN"/>
    </w:rPr>
  </w:style>
  <w:style w:type="paragraph" w:customStyle="1" w:styleId="msonormalcxspmiddle">
    <w:name w:val="msonormalcxspmiddle"/>
    <w:basedOn w:val="Normal"/>
    <w:rsid w:val="00DE7E5C"/>
    <w:pPr>
      <w:spacing w:before="100" w:beforeAutospacing="1" w:after="100" w:afterAutospacing="1" w:line="240" w:lineRule="auto"/>
    </w:pPr>
    <w:rPr>
      <w:rFonts w:eastAsia="Times New Roman" w:cs="Times New Roman"/>
      <w:szCs w:val="24"/>
    </w:rPr>
  </w:style>
  <w:style w:type="character" w:customStyle="1" w:styleId="NoSpacingChar">
    <w:name w:val="No Spacing Char"/>
    <w:link w:val="NoSpacing"/>
    <w:uiPriority w:val="1"/>
    <w:locked/>
    <w:rsid w:val="00DE7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827" Type="http://schemas.openxmlformats.org/officeDocument/2006/relationships/image" Target="media/image914.wmf"/><Relationship Id="rId3182" Type="http://schemas.openxmlformats.org/officeDocument/2006/relationships/oleObject" Target="embeddings/oleObject1584.bin"/><Relationship Id="rId4233" Type="http://schemas.openxmlformats.org/officeDocument/2006/relationships/oleObject" Target="embeddings/oleObject2108.bin"/><Relationship Id="rId3999" Type="http://schemas.openxmlformats.org/officeDocument/2006/relationships/oleObject" Target="embeddings/oleObject1991.bin"/><Relationship Id="rId4300" Type="http://schemas.openxmlformats.org/officeDocument/2006/relationships/oleObject" Target="embeddings/oleObject2141.bin"/><Relationship Id="rId170" Type="http://schemas.openxmlformats.org/officeDocument/2006/relationships/image" Target="media/image83.wmf"/><Relationship Id="rId987" Type="http://schemas.openxmlformats.org/officeDocument/2006/relationships/oleObject" Target="embeddings/oleObject489.bin"/><Relationship Id="rId2668" Type="http://schemas.openxmlformats.org/officeDocument/2006/relationships/oleObject" Target="embeddings/oleObject1327.bin"/><Relationship Id="rId3719" Type="http://schemas.openxmlformats.org/officeDocument/2006/relationships/oleObject" Target="embeddings/oleObject1851.bin"/><Relationship Id="rId4090" Type="http://schemas.openxmlformats.org/officeDocument/2006/relationships/image" Target="media/image2049.wmf"/><Relationship Id="rId1684" Type="http://schemas.openxmlformats.org/officeDocument/2006/relationships/image" Target="media/image842.wmf"/><Relationship Id="rId2735" Type="http://schemas.openxmlformats.org/officeDocument/2006/relationships/image" Target="media/image1370.wmf"/><Relationship Id="rId707" Type="http://schemas.openxmlformats.org/officeDocument/2006/relationships/image" Target="media/image353.wmf"/><Relationship Id="rId1337" Type="http://schemas.openxmlformats.org/officeDocument/2006/relationships/oleObject" Target="embeddings/oleObject664.bin"/><Relationship Id="rId1751" Type="http://schemas.openxmlformats.org/officeDocument/2006/relationships/oleObject" Target="embeddings/oleObject871.bin"/><Relationship Id="rId2802" Type="http://schemas.openxmlformats.org/officeDocument/2006/relationships/oleObject" Target="embeddings/oleObject1394.bin"/><Relationship Id="rId43" Type="http://schemas.openxmlformats.org/officeDocument/2006/relationships/oleObject" Target="embeddings/oleObject19.bin"/><Relationship Id="rId1404" Type="http://schemas.openxmlformats.org/officeDocument/2006/relationships/image" Target="media/image702.wmf"/><Relationship Id="rId3576" Type="http://schemas.openxmlformats.org/officeDocument/2006/relationships/oleObject" Target="embeddings/oleObject1780.bin"/><Relationship Id="rId4627" Type="http://schemas.openxmlformats.org/officeDocument/2006/relationships/oleObject" Target="embeddings/oleObject2300.bin"/><Relationship Id="rId497" Type="http://schemas.openxmlformats.org/officeDocument/2006/relationships/oleObject" Target="embeddings/oleObject246.bin"/><Relationship Id="rId2178" Type="http://schemas.openxmlformats.org/officeDocument/2006/relationships/oleObject" Target="embeddings/oleObject1082.bin"/><Relationship Id="rId3229" Type="http://schemas.openxmlformats.org/officeDocument/2006/relationships/image" Target="media/image1617.wmf"/><Relationship Id="rId3990" Type="http://schemas.openxmlformats.org/officeDocument/2006/relationships/image" Target="media/image1999.wmf"/><Relationship Id="rId1194" Type="http://schemas.openxmlformats.org/officeDocument/2006/relationships/image" Target="media/image597.wmf"/><Relationship Id="rId2592" Type="http://schemas.openxmlformats.org/officeDocument/2006/relationships/oleObject" Target="embeddings/oleObject1289.bin"/><Relationship Id="rId3643" Type="http://schemas.openxmlformats.org/officeDocument/2006/relationships/oleObject" Target="embeddings/oleObject1813.bin"/><Relationship Id="rId217" Type="http://schemas.openxmlformats.org/officeDocument/2006/relationships/oleObject" Target="embeddings/oleObject106.bin"/><Relationship Id="rId564" Type="http://schemas.openxmlformats.org/officeDocument/2006/relationships/image" Target="media/image280.wmf"/><Relationship Id="rId2245" Type="http://schemas.openxmlformats.org/officeDocument/2006/relationships/image" Target="media/image1125.wmf"/><Relationship Id="rId3710" Type="http://schemas.openxmlformats.org/officeDocument/2006/relationships/image" Target="media/image1859.wmf"/><Relationship Id="rId631" Type="http://schemas.openxmlformats.org/officeDocument/2006/relationships/oleObject" Target="embeddings/oleObject313.bin"/><Relationship Id="rId1261" Type="http://schemas.openxmlformats.org/officeDocument/2006/relationships/oleObject" Target="embeddings/oleObject626.bin"/><Relationship Id="rId2312" Type="http://schemas.openxmlformats.org/officeDocument/2006/relationships/oleObject" Target="embeddings/oleObject1149.bin"/><Relationship Id="rId4484" Type="http://schemas.openxmlformats.org/officeDocument/2006/relationships/image" Target="media/image2248.wmf"/><Relationship Id="rId3086" Type="http://schemas.openxmlformats.org/officeDocument/2006/relationships/oleObject" Target="embeddings/oleObject1536.bin"/><Relationship Id="rId4137" Type="http://schemas.openxmlformats.org/officeDocument/2006/relationships/oleObject" Target="embeddings/oleObject2060.bin"/><Relationship Id="rId4551" Type="http://schemas.openxmlformats.org/officeDocument/2006/relationships/oleObject" Target="embeddings/oleObject2265.bin"/><Relationship Id="rId3153" Type="http://schemas.openxmlformats.org/officeDocument/2006/relationships/image" Target="media/image1579.wmf"/><Relationship Id="rId4204" Type="http://schemas.openxmlformats.org/officeDocument/2006/relationships/image" Target="media/image2106.wmf"/><Relationship Id="rId141" Type="http://schemas.openxmlformats.org/officeDocument/2006/relationships/oleObject" Target="embeddings/oleObject68.bin"/><Relationship Id="rId3220" Type="http://schemas.openxmlformats.org/officeDocument/2006/relationships/oleObject" Target="embeddings/oleObject1603.bin"/><Relationship Id="rId7" Type="http://schemas.openxmlformats.org/officeDocument/2006/relationships/oleObject" Target="embeddings/oleObject1.bin"/><Relationship Id="rId2986" Type="http://schemas.openxmlformats.org/officeDocument/2006/relationships/oleObject" Target="embeddings/oleObject1486.bin"/><Relationship Id="rId958" Type="http://schemas.openxmlformats.org/officeDocument/2006/relationships/image" Target="media/image479.wmf"/><Relationship Id="rId1588" Type="http://schemas.openxmlformats.org/officeDocument/2006/relationships/image" Target="media/image794.wmf"/><Relationship Id="rId2639" Type="http://schemas.openxmlformats.org/officeDocument/2006/relationships/image" Target="media/image1322.wmf"/><Relationship Id="rId1655" Type="http://schemas.openxmlformats.org/officeDocument/2006/relationships/oleObject" Target="embeddings/oleObject823.bin"/><Relationship Id="rId2706" Type="http://schemas.openxmlformats.org/officeDocument/2006/relationships/oleObject" Target="embeddings/oleObject1346.bin"/><Relationship Id="rId4061" Type="http://schemas.openxmlformats.org/officeDocument/2006/relationships/oleObject" Target="embeddings/oleObject2022.bin"/><Relationship Id="rId1308" Type="http://schemas.openxmlformats.org/officeDocument/2006/relationships/image" Target="media/image654.wmf"/><Relationship Id="rId1722" Type="http://schemas.openxmlformats.org/officeDocument/2006/relationships/image" Target="media/image861.wmf"/><Relationship Id="rId14" Type="http://schemas.openxmlformats.org/officeDocument/2006/relationships/image" Target="media/image5.wmf"/><Relationship Id="rId3894" Type="http://schemas.openxmlformats.org/officeDocument/2006/relationships/image" Target="media/image1951.wmf"/><Relationship Id="rId2496" Type="http://schemas.openxmlformats.org/officeDocument/2006/relationships/oleObject" Target="embeddings/oleObject1241.bin"/><Relationship Id="rId3547" Type="http://schemas.openxmlformats.org/officeDocument/2006/relationships/image" Target="media/image1777.wmf"/><Relationship Id="rId3961" Type="http://schemas.openxmlformats.org/officeDocument/2006/relationships/oleObject" Target="embeddings/oleObject1972.bin"/><Relationship Id="rId468" Type="http://schemas.openxmlformats.org/officeDocument/2006/relationships/image" Target="media/image232.wmf"/><Relationship Id="rId882" Type="http://schemas.openxmlformats.org/officeDocument/2006/relationships/image" Target="media/image441.wmf"/><Relationship Id="rId1098" Type="http://schemas.openxmlformats.org/officeDocument/2006/relationships/image" Target="media/image549.wmf"/><Relationship Id="rId2149" Type="http://schemas.openxmlformats.org/officeDocument/2006/relationships/image" Target="media/image1077.wmf"/><Relationship Id="rId2563" Type="http://schemas.openxmlformats.org/officeDocument/2006/relationships/image" Target="media/image1284.wmf"/><Relationship Id="rId3614" Type="http://schemas.openxmlformats.org/officeDocument/2006/relationships/image" Target="media/image1811.wmf"/><Relationship Id="rId535" Type="http://schemas.openxmlformats.org/officeDocument/2006/relationships/oleObject" Target="embeddings/oleObject265.bin"/><Relationship Id="rId1165" Type="http://schemas.openxmlformats.org/officeDocument/2006/relationships/oleObject" Target="embeddings/oleObject578.bin"/><Relationship Id="rId2216" Type="http://schemas.openxmlformats.org/officeDocument/2006/relationships/oleObject" Target="embeddings/oleObject1101.bin"/><Relationship Id="rId2630" Type="http://schemas.openxmlformats.org/officeDocument/2006/relationships/oleObject" Target="embeddings/oleObject1308.bin"/><Relationship Id="rId602" Type="http://schemas.openxmlformats.org/officeDocument/2006/relationships/image" Target="media/image299.wmf"/><Relationship Id="rId1232" Type="http://schemas.openxmlformats.org/officeDocument/2006/relationships/image" Target="media/image616.wmf"/><Relationship Id="rId4388" Type="http://schemas.openxmlformats.org/officeDocument/2006/relationships/image" Target="media/image2198.wmf"/><Relationship Id="rId3057" Type="http://schemas.openxmlformats.org/officeDocument/2006/relationships/image" Target="media/image1531.wmf"/><Relationship Id="rId4108" Type="http://schemas.openxmlformats.org/officeDocument/2006/relationships/image" Target="media/image2058.wmf"/><Relationship Id="rId4455" Type="http://schemas.openxmlformats.org/officeDocument/2006/relationships/oleObject" Target="embeddings/oleObject2217.bin"/><Relationship Id="rId3471" Type="http://schemas.openxmlformats.org/officeDocument/2006/relationships/image" Target="media/image1738.wmf"/><Relationship Id="rId4522" Type="http://schemas.openxmlformats.org/officeDocument/2006/relationships/image" Target="media/image2267.wmf"/><Relationship Id="rId392" Type="http://schemas.openxmlformats.org/officeDocument/2006/relationships/image" Target="media/image194.wmf"/><Relationship Id="rId2073" Type="http://schemas.openxmlformats.org/officeDocument/2006/relationships/image" Target="media/image1039.wmf"/><Relationship Id="rId3124" Type="http://schemas.openxmlformats.org/officeDocument/2006/relationships/oleObject" Target="embeddings/oleObject1555.bin"/><Relationship Id="rId2140" Type="http://schemas.openxmlformats.org/officeDocument/2006/relationships/oleObject" Target="embeddings/oleObject1063.bin"/><Relationship Id="rId112" Type="http://schemas.openxmlformats.org/officeDocument/2006/relationships/image" Target="media/image54.wmf"/><Relationship Id="rId2957" Type="http://schemas.openxmlformats.org/officeDocument/2006/relationships/image" Target="media/image1481.wmf"/><Relationship Id="rId929" Type="http://schemas.openxmlformats.org/officeDocument/2006/relationships/oleObject" Target="embeddings/oleObject460.bin"/><Relationship Id="rId1559" Type="http://schemas.openxmlformats.org/officeDocument/2006/relationships/oleObject" Target="embeddings/oleObject775.bin"/><Relationship Id="rId1973" Type="http://schemas.openxmlformats.org/officeDocument/2006/relationships/image" Target="media/image989.wmf"/><Relationship Id="rId4032" Type="http://schemas.openxmlformats.org/officeDocument/2006/relationships/image" Target="media/image2020.wmf"/><Relationship Id="rId1626" Type="http://schemas.openxmlformats.org/officeDocument/2006/relationships/image" Target="media/image813.wmf"/><Relationship Id="rId3798" Type="http://schemas.openxmlformats.org/officeDocument/2006/relationships/image" Target="media/image1903.wmf"/><Relationship Id="rId3865" Type="http://schemas.openxmlformats.org/officeDocument/2006/relationships/oleObject" Target="embeddings/oleObject1924.bin"/><Relationship Id="rId786" Type="http://schemas.openxmlformats.org/officeDocument/2006/relationships/image" Target="media/image393.wmf"/><Relationship Id="rId2467" Type="http://schemas.openxmlformats.org/officeDocument/2006/relationships/image" Target="media/image1236.wmf"/><Relationship Id="rId3518" Type="http://schemas.openxmlformats.org/officeDocument/2006/relationships/image" Target="media/image1762.wmf"/><Relationship Id="rId439" Type="http://schemas.openxmlformats.org/officeDocument/2006/relationships/oleObject" Target="embeddings/oleObject217.bin"/><Relationship Id="rId1069" Type="http://schemas.openxmlformats.org/officeDocument/2006/relationships/oleObject" Target="embeddings/oleObject530.bin"/><Relationship Id="rId1483" Type="http://schemas.openxmlformats.org/officeDocument/2006/relationships/oleObject" Target="embeddings/oleObject737.bin"/><Relationship Id="rId2881" Type="http://schemas.openxmlformats.org/officeDocument/2006/relationships/image" Target="media/image1443.wmf"/><Relationship Id="rId3932" Type="http://schemas.openxmlformats.org/officeDocument/2006/relationships/image" Target="media/image1970.wmf"/><Relationship Id="rId506" Type="http://schemas.openxmlformats.org/officeDocument/2006/relationships/image" Target="media/image251.wmf"/><Relationship Id="rId853" Type="http://schemas.openxmlformats.org/officeDocument/2006/relationships/oleObject" Target="embeddings/oleObject422.bin"/><Relationship Id="rId1136" Type="http://schemas.openxmlformats.org/officeDocument/2006/relationships/image" Target="media/image568.wmf"/><Relationship Id="rId2534" Type="http://schemas.openxmlformats.org/officeDocument/2006/relationships/oleObject" Target="embeddings/oleObject1260.bin"/><Relationship Id="rId920" Type="http://schemas.openxmlformats.org/officeDocument/2006/relationships/image" Target="media/image460.wmf"/><Relationship Id="rId1550" Type="http://schemas.openxmlformats.org/officeDocument/2006/relationships/image" Target="media/image775.wmf"/><Relationship Id="rId2601" Type="http://schemas.openxmlformats.org/officeDocument/2006/relationships/image" Target="media/image1303.wmf"/><Relationship Id="rId1203" Type="http://schemas.openxmlformats.org/officeDocument/2006/relationships/oleObject" Target="embeddings/oleObject597.bin"/><Relationship Id="rId4359" Type="http://schemas.openxmlformats.org/officeDocument/2006/relationships/oleObject" Target="embeddings/oleObject2171.bin"/><Relationship Id="rId3375" Type="http://schemas.openxmlformats.org/officeDocument/2006/relationships/image" Target="media/image1690.wmf"/><Relationship Id="rId4426" Type="http://schemas.openxmlformats.org/officeDocument/2006/relationships/image" Target="media/image2219.wmf"/><Relationship Id="rId296" Type="http://schemas.openxmlformats.org/officeDocument/2006/relationships/image" Target="media/image146.wmf"/><Relationship Id="rId2391" Type="http://schemas.openxmlformats.org/officeDocument/2006/relationships/image" Target="media/image1198.wmf"/><Relationship Id="rId3028" Type="http://schemas.openxmlformats.org/officeDocument/2006/relationships/oleObject" Target="embeddings/oleObject1507.bin"/><Relationship Id="rId3442" Type="http://schemas.openxmlformats.org/officeDocument/2006/relationships/oleObject" Target="embeddings/oleObject1714.bin"/><Relationship Id="rId363" Type="http://schemas.openxmlformats.org/officeDocument/2006/relationships/oleObject" Target="embeddings/oleObject179.bin"/><Relationship Id="rId2044" Type="http://schemas.openxmlformats.org/officeDocument/2006/relationships/oleObject" Target="embeddings/oleObject1015.bin"/><Relationship Id="rId430" Type="http://schemas.openxmlformats.org/officeDocument/2006/relationships/image" Target="media/image213.wmf"/><Relationship Id="rId1060" Type="http://schemas.openxmlformats.org/officeDocument/2006/relationships/image" Target="media/image530.wmf"/><Relationship Id="rId2111" Type="http://schemas.openxmlformats.org/officeDocument/2006/relationships/image" Target="media/image1058.wmf"/><Relationship Id="rId1877" Type="http://schemas.openxmlformats.org/officeDocument/2006/relationships/image" Target="media/image941.wmf"/><Relationship Id="rId2928" Type="http://schemas.openxmlformats.org/officeDocument/2006/relationships/oleObject" Target="embeddings/oleObject1457.bin"/><Relationship Id="rId4283" Type="http://schemas.openxmlformats.org/officeDocument/2006/relationships/image" Target="media/image2146.wmf"/><Relationship Id="rId1944" Type="http://schemas.openxmlformats.org/officeDocument/2006/relationships/oleObject" Target="embeddings/oleObject965.bin"/><Relationship Id="rId4350" Type="http://schemas.openxmlformats.org/officeDocument/2006/relationships/image" Target="media/image2179.wmf"/><Relationship Id="rId4003" Type="http://schemas.openxmlformats.org/officeDocument/2006/relationships/oleObject" Target="embeddings/oleObject1993.bin"/><Relationship Id="rId3769" Type="http://schemas.openxmlformats.org/officeDocument/2006/relationships/oleObject" Target="embeddings/oleObject1876.bin"/><Relationship Id="rId2785" Type="http://schemas.openxmlformats.org/officeDocument/2006/relationships/image" Target="media/image1395.wmf"/><Relationship Id="rId3836" Type="http://schemas.openxmlformats.org/officeDocument/2006/relationships/image" Target="media/image1922.wmf"/><Relationship Id="rId757" Type="http://schemas.openxmlformats.org/officeDocument/2006/relationships/oleObject" Target="embeddings/oleObject374.bin"/><Relationship Id="rId1387" Type="http://schemas.openxmlformats.org/officeDocument/2006/relationships/oleObject" Target="embeddings/oleObject689.bin"/><Relationship Id="rId2438" Type="http://schemas.openxmlformats.org/officeDocument/2006/relationships/oleObject" Target="embeddings/oleObject1212.bin"/><Relationship Id="rId2852" Type="http://schemas.openxmlformats.org/officeDocument/2006/relationships/oleObject" Target="embeddings/oleObject1419.bin"/><Relationship Id="rId3903" Type="http://schemas.openxmlformats.org/officeDocument/2006/relationships/oleObject" Target="embeddings/oleObject1943.bin"/><Relationship Id="rId93" Type="http://schemas.openxmlformats.org/officeDocument/2006/relationships/oleObject" Target="embeddings/oleObject44.bin"/><Relationship Id="rId824" Type="http://schemas.openxmlformats.org/officeDocument/2006/relationships/image" Target="media/image412.wmf"/><Relationship Id="rId1454" Type="http://schemas.openxmlformats.org/officeDocument/2006/relationships/image" Target="media/image727.wmf"/><Relationship Id="rId2505" Type="http://schemas.openxmlformats.org/officeDocument/2006/relationships/image" Target="media/image1255.wmf"/><Relationship Id="rId1107" Type="http://schemas.openxmlformats.org/officeDocument/2006/relationships/oleObject" Target="embeddings/oleObject549.bin"/><Relationship Id="rId1521" Type="http://schemas.openxmlformats.org/officeDocument/2006/relationships/oleObject" Target="embeddings/oleObject756.bin"/><Relationship Id="rId3279" Type="http://schemas.openxmlformats.org/officeDocument/2006/relationships/image" Target="media/image1642.wmf"/><Relationship Id="rId3693" Type="http://schemas.openxmlformats.org/officeDocument/2006/relationships/oleObject" Target="embeddings/oleObject1838.bin"/><Relationship Id="rId2295" Type="http://schemas.openxmlformats.org/officeDocument/2006/relationships/image" Target="media/image1150.wmf"/><Relationship Id="rId3346" Type="http://schemas.openxmlformats.org/officeDocument/2006/relationships/oleObject" Target="embeddings/oleObject1666.bin"/><Relationship Id="rId267" Type="http://schemas.openxmlformats.org/officeDocument/2006/relationships/oleObject" Target="embeddings/oleObject131.bin"/><Relationship Id="rId3760" Type="http://schemas.openxmlformats.org/officeDocument/2006/relationships/image" Target="media/image1884.wmf"/><Relationship Id="rId681" Type="http://schemas.openxmlformats.org/officeDocument/2006/relationships/oleObject" Target="embeddings/oleObject337.bin"/><Relationship Id="rId2362" Type="http://schemas.openxmlformats.org/officeDocument/2006/relationships/oleObject" Target="embeddings/oleObject1174.bin"/><Relationship Id="rId3413" Type="http://schemas.openxmlformats.org/officeDocument/2006/relationships/image" Target="media/image1709.wmf"/><Relationship Id="rId334" Type="http://schemas.openxmlformats.org/officeDocument/2006/relationships/image" Target="media/image165.wmf"/><Relationship Id="rId2015" Type="http://schemas.openxmlformats.org/officeDocument/2006/relationships/image" Target="media/image1010.wmf"/><Relationship Id="rId401" Type="http://schemas.openxmlformats.org/officeDocument/2006/relationships/oleObject" Target="embeddings/oleObject198.bin"/><Relationship Id="rId1031" Type="http://schemas.openxmlformats.org/officeDocument/2006/relationships/oleObject" Target="embeddings/oleObject511.bin"/><Relationship Id="rId4187" Type="http://schemas.openxmlformats.org/officeDocument/2006/relationships/oleObject" Target="embeddings/oleObject2085.bin"/><Relationship Id="rId4254" Type="http://schemas.openxmlformats.org/officeDocument/2006/relationships/image" Target="media/image2131.wmf"/><Relationship Id="rId1848" Type="http://schemas.openxmlformats.org/officeDocument/2006/relationships/oleObject" Target="embeddings/oleObject917.bin"/><Relationship Id="rId3270" Type="http://schemas.openxmlformats.org/officeDocument/2006/relationships/oleObject" Target="embeddings/oleObject1628.bin"/><Relationship Id="rId4321" Type="http://schemas.openxmlformats.org/officeDocument/2006/relationships/image" Target="media/image2165.wmf"/><Relationship Id="rId191" Type="http://schemas.openxmlformats.org/officeDocument/2006/relationships/oleObject" Target="embeddings/oleObject93.bin"/><Relationship Id="rId1915" Type="http://schemas.openxmlformats.org/officeDocument/2006/relationships/image" Target="media/image960.wmf"/><Relationship Id="rId2689" Type="http://schemas.openxmlformats.org/officeDocument/2006/relationships/image" Target="media/image1347.wmf"/><Relationship Id="rId2756" Type="http://schemas.openxmlformats.org/officeDocument/2006/relationships/oleObject" Target="embeddings/oleObject1371.bin"/><Relationship Id="rId3807" Type="http://schemas.openxmlformats.org/officeDocument/2006/relationships/oleObject" Target="embeddings/oleObject1895.bin"/><Relationship Id="rId728" Type="http://schemas.openxmlformats.org/officeDocument/2006/relationships/image" Target="media/image364.wmf"/><Relationship Id="rId1358" Type="http://schemas.openxmlformats.org/officeDocument/2006/relationships/image" Target="media/image679.wmf"/><Relationship Id="rId1772" Type="http://schemas.openxmlformats.org/officeDocument/2006/relationships/image" Target="media/image886.wmf"/><Relationship Id="rId2409" Type="http://schemas.openxmlformats.org/officeDocument/2006/relationships/image" Target="media/image1207.wmf"/><Relationship Id="rId64" Type="http://schemas.openxmlformats.org/officeDocument/2006/relationships/image" Target="media/image30.wmf"/><Relationship Id="rId1425" Type="http://schemas.openxmlformats.org/officeDocument/2006/relationships/oleObject" Target="embeddings/oleObject708.bin"/><Relationship Id="rId2823" Type="http://schemas.openxmlformats.org/officeDocument/2006/relationships/image" Target="media/image1414.wmf"/><Relationship Id="rId2199" Type="http://schemas.openxmlformats.org/officeDocument/2006/relationships/image" Target="media/image1102.wmf"/><Relationship Id="rId3597" Type="http://schemas.openxmlformats.org/officeDocument/2006/relationships/oleObject" Target="embeddings/oleObject1790.bin"/><Relationship Id="rId4648" Type="http://schemas.openxmlformats.org/officeDocument/2006/relationships/oleObject" Target="embeddings/oleObject2312.bin"/><Relationship Id="rId3664" Type="http://schemas.openxmlformats.org/officeDocument/2006/relationships/image" Target="media/image1836.wmf"/><Relationship Id="rId585" Type="http://schemas.openxmlformats.org/officeDocument/2006/relationships/oleObject" Target="embeddings/oleObject290.bin"/><Relationship Id="rId2266" Type="http://schemas.openxmlformats.org/officeDocument/2006/relationships/oleObject" Target="embeddings/oleObject1126.bin"/><Relationship Id="rId2680" Type="http://schemas.openxmlformats.org/officeDocument/2006/relationships/oleObject" Target="embeddings/oleObject1333.bin"/><Relationship Id="rId3317" Type="http://schemas.openxmlformats.org/officeDocument/2006/relationships/image" Target="media/image1661.wmf"/><Relationship Id="rId3731" Type="http://schemas.openxmlformats.org/officeDocument/2006/relationships/oleObject" Target="embeddings/oleObject1857.bin"/><Relationship Id="rId238" Type="http://schemas.openxmlformats.org/officeDocument/2006/relationships/image" Target="media/image117.wmf"/><Relationship Id="rId652" Type="http://schemas.openxmlformats.org/officeDocument/2006/relationships/oleObject" Target="embeddings/oleObject323.bin"/><Relationship Id="rId1282" Type="http://schemas.openxmlformats.org/officeDocument/2006/relationships/image" Target="media/image641.wmf"/><Relationship Id="rId2333" Type="http://schemas.openxmlformats.org/officeDocument/2006/relationships/image" Target="media/image1169.wmf"/><Relationship Id="rId305" Type="http://schemas.openxmlformats.org/officeDocument/2006/relationships/oleObject" Target="embeddings/oleObject150.bin"/><Relationship Id="rId2400" Type="http://schemas.openxmlformats.org/officeDocument/2006/relationships/oleObject" Target="embeddings/oleObject1193.bin"/><Relationship Id="rId1002" Type="http://schemas.openxmlformats.org/officeDocument/2006/relationships/image" Target="media/image501.wmf"/><Relationship Id="rId4158" Type="http://schemas.openxmlformats.org/officeDocument/2006/relationships/image" Target="media/image2083.wmf"/><Relationship Id="rId3174" Type="http://schemas.openxmlformats.org/officeDocument/2006/relationships/oleObject" Target="embeddings/oleObject1580.bin"/><Relationship Id="rId4572" Type="http://schemas.openxmlformats.org/officeDocument/2006/relationships/image" Target="media/image2292.wmf"/><Relationship Id="rId1819" Type="http://schemas.openxmlformats.org/officeDocument/2006/relationships/image" Target="media/image910.wmf"/><Relationship Id="rId4225" Type="http://schemas.openxmlformats.org/officeDocument/2006/relationships/oleObject" Target="embeddings/oleObject2104.bin"/><Relationship Id="rId2190" Type="http://schemas.openxmlformats.org/officeDocument/2006/relationships/oleObject" Target="embeddings/oleObject1088.bin"/><Relationship Id="rId3241" Type="http://schemas.openxmlformats.org/officeDocument/2006/relationships/image" Target="media/image1623.wmf"/><Relationship Id="rId162" Type="http://schemas.openxmlformats.org/officeDocument/2006/relationships/image" Target="media/image79.wmf"/><Relationship Id="rId979" Type="http://schemas.openxmlformats.org/officeDocument/2006/relationships/oleObject" Target="embeddings/oleObject485.bin"/><Relationship Id="rId4082" Type="http://schemas.openxmlformats.org/officeDocument/2006/relationships/image" Target="media/image2045.wmf"/><Relationship Id="rId1676" Type="http://schemas.openxmlformats.org/officeDocument/2006/relationships/image" Target="media/image838.wmf"/><Relationship Id="rId2727" Type="http://schemas.openxmlformats.org/officeDocument/2006/relationships/image" Target="media/image1366.wmf"/><Relationship Id="rId1329" Type="http://schemas.openxmlformats.org/officeDocument/2006/relationships/oleObject" Target="embeddings/oleObject660.bin"/><Relationship Id="rId1743" Type="http://schemas.openxmlformats.org/officeDocument/2006/relationships/oleObject" Target="embeddings/oleObject867.bin"/><Relationship Id="rId35" Type="http://schemas.openxmlformats.org/officeDocument/2006/relationships/oleObject" Target="embeddings/oleObject15.bin"/><Relationship Id="rId1810" Type="http://schemas.openxmlformats.org/officeDocument/2006/relationships/oleObject" Target="embeddings/oleObject900.bin"/><Relationship Id="rId3568" Type="http://schemas.openxmlformats.org/officeDocument/2006/relationships/oleObject" Target="embeddings/oleObject1776.bin"/><Relationship Id="rId3982" Type="http://schemas.openxmlformats.org/officeDocument/2006/relationships/image" Target="media/image1995.wmf"/><Relationship Id="rId4619" Type="http://schemas.openxmlformats.org/officeDocument/2006/relationships/oleObject" Target="embeddings/oleObject2296.bin"/><Relationship Id="rId489" Type="http://schemas.openxmlformats.org/officeDocument/2006/relationships/oleObject" Target="embeddings/oleObject242.bin"/><Relationship Id="rId2584" Type="http://schemas.openxmlformats.org/officeDocument/2006/relationships/oleObject" Target="embeddings/oleObject1285.bin"/><Relationship Id="rId3635" Type="http://schemas.openxmlformats.org/officeDocument/2006/relationships/oleObject" Target="embeddings/oleObject1809.bin"/><Relationship Id="rId556" Type="http://schemas.openxmlformats.org/officeDocument/2006/relationships/image" Target="media/image276.wmf"/><Relationship Id="rId1186" Type="http://schemas.openxmlformats.org/officeDocument/2006/relationships/image" Target="media/image593.wmf"/><Relationship Id="rId2237" Type="http://schemas.openxmlformats.org/officeDocument/2006/relationships/image" Target="media/image1121.wmf"/><Relationship Id="rId209" Type="http://schemas.openxmlformats.org/officeDocument/2006/relationships/oleObject" Target="embeddings/oleObject102.bin"/><Relationship Id="rId970" Type="http://schemas.openxmlformats.org/officeDocument/2006/relationships/image" Target="media/image485.wmf"/><Relationship Id="rId1253" Type="http://schemas.openxmlformats.org/officeDocument/2006/relationships/oleObject" Target="embeddings/oleObject622.bin"/><Relationship Id="rId2651" Type="http://schemas.openxmlformats.org/officeDocument/2006/relationships/image" Target="media/image1328.wmf"/><Relationship Id="rId3702" Type="http://schemas.openxmlformats.org/officeDocument/2006/relationships/image" Target="media/image1855.wmf"/><Relationship Id="rId623" Type="http://schemas.openxmlformats.org/officeDocument/2006/relationships/oleObject" Target="embeddings/oleObject309.bin"/><Relationship Id="rId2304" Type="http://schemas.openxmlformats.org/officeDocument/2006/relationships/oleObject" Target="embeddings/oleObject1145.bin"/><Relationship Id="rId1320" Type="http://schemas.openxmlformats.org/officeDocument/2006/relationships/image" Target="media/image660.wmf"/><Relationship Id="rId4476" Type="http://schemas.openxmlformats.org/officeDocument/2006/relationships/image" Target="media/image2244.wmf"/><Relationship Id="rId3078" Type="http://schemas.openxmlformats.org/officeDocument/2006/relationships/oleObject" Target="embeddings/oleObject1532.bin"/><Relationship Id="rId3492" Type="http://schemas.openxmlformats.org/officeDocument/2006/relationships/image" Target="media/image1749.wmf"/><Relationship Id="rId4129" Type="http://schemas.openxmlformats.org/officeDocument/2006/relationships/oleObject" Target="embeddings/oleObject2056.bin"/><Relationship Id="rId4543" Type="http://schemas.openxmlformats.org/officeDocument/2006/relationships/oleObject" Target="embeddings/oleObject2261.bin"/><Relationship Id="rId2094" Type="http://schemas.openxmlformats.org/officeDocument/2006/relationships/oleObject" Target="embeddings/oleObject1040.bin"/><Relationship Id="rId3145" Type="http://schemas.openxmlformats.org/officeDocument/2006/relationships/image" Target="media/image1575.wmf"/><Relationship Id="rId4610" Type="http://schemas.openxmlformats.org/officeDocument/2006/relationships/image" Target="media/image2314.wmf"/><Relationship Id="rId480" Type="http://schemas.openxmlformats.org/officeDocument/2006/relationships/image" Target="media/image238.wmf"/><Relationship Id="rId2161" Type="http://schemas.openxmlformats.org/officeDocument/2006/relationships/image" Target="media/image1083.wmf"/><Relationship Id="rId3212" Type="http://schemas.openxmlformats.org/officeDocument/2006/relationships/oleObject" Target="embeddings/oleObject1599.bin"/><Relationship Id="rId133" Type="http://schemas.openxmlformats.org/officeDocument/2006/relationships/oleObject" Target="embeddings/oleObject64.bin"/><Relationship Id="rId200" Type="http://schemas.openxmlformats.org/officeDocument/2006/relationships/image" Target="media/image98.wmf"/><Relationship Id="rId2978" Type="http://schemas.openxmlformats.org/officeDocument/2006/relationships/oleObject" Target="embeddings/oleObject1482.bin"/><Relationship Id="rId1994" Type="http://schemas.openxmlformats.org/officeDocument/2006/relationships/oleObject" Target="embeddings/oleObject990.bin"/><Relationship Id="rId1647" Type="http://schemas.openxmlformats.org/officeDocument/2006/relationships/oleObject" Target="embeddings/oleObject819.bin"/><Relationship Id="rId4053" Type="http://schemas.openxmlformats.org/officeDocument/2006/relationships/oleObject" Target="embeddings/oleObject2018.bin"/><Relationship Id="rId1714" Type="http://schemas.openxmlformats.org/officeDocument/2006/relationships/image" Target="media/image857.wmf"/><Relationship Id="rId4120" Type="http://schemas.openxmlformats.org/officeDocument/2006/relationships/image" Target="media/image2064.wmf"/><Relationship Id="rId2488" Type="http://schemas.openxmlformats.org/officeDocument/2006/relationships/oleObject" Target="embeddings/oleObject1237.bin"/><Relationship Id="rId3886" Type="http://schemas.openxmlformats.org/officeDocument/2006/relationships/image" Target="media/image1947.wmf"/><Relationship Id="rId3539" Type="http://schemas.openxmlformats.org/officeDocument/2006/relationships/image" Target="media/image1773.wmf"/><Relationship Id="rId3953" Type="http://schemas.openxmlformats.org/officeDocument/2006/relationships/oleObject" Target="embeddings/oleObject1968.bin"/><Relationship Id="rId874" Type="http://schemas.openxmlformats.org/officeDocument/2006/relationships/image" Target="media/image437.wmf"/><Relationship Id="rId2555" Type="http://schemas.openxmlformats.org/officeDocument/2006/relationships/image" Target="media/image1280.wmf"/><Relationship Id="rId3606" Type="http://schemas.openxmlformats.org/officeDocument/2006/relationships/image" Target="media/image1807.wmf"/><Relationship Id="rId527" Type="http://schemas.openxmlformats.org/officeDocument/2006/relationships/oleObject" Target="embeddings/oleObject261.bin"/><Relationship Id="rId941" Type="http://schemas.openxmlformats.org/officeDocument/2006/relationships/oleObject" Target="embeddings/oleObject466.bin"/><Relationship Id="rId1157" Type="http://schemas.openxmlformats.org/officeDocument/2006/relationships/oleObject" Target="embeddings/oleObject574.bin"/><Relationship Id="rId1571" Type="http://schemas.openxmlformats.org/officeDocument/2006/relationships/oleObject" Target="embeddings/oleObject781.bin"/><Relationship Id="rId2208" Type="http://schemas.openxmlformats.org/officeDocument/2006/relationships/oleObject" Target="embeddings/oleObject1097.bin"/><Relationship Id="rId2622" Type="http://schemas.openxmlformats.org/officeDocument/2006/relationships/oleObject" Target="embeddings/oleObject1304.bin"/><Relationship Id="rId1224" Type="http://schemas.openxmlformats.org/officeDocument/2006/relationships/image" Target="media/image612.wmf"/><Relationship Id="rId3396" Type="http://schemas.openxmlformats.org/officeDocument/2006/relationships/oleObject" Target="embeddings/oleObject1691.bin"/><Relationship Id="rId4447" Type="http://schemas.openxmlformats.org/officeDocument/2006/relationships/oleObject" Target="embeddings/oleObject2213.bin"/><Relationship Id="rId3049" Type="http://schemas.openxmlformats.org/officeDocument/2006/relationships/image" Target="media/image1527.wmf"/><Relationship Id="rId3463" Type="http://schemas.openxmlformats.org/officeDocument/2006/relationships/image" Target="media/image1734.wmf"/><Relationship Id="rId384" Type="http://schemas.openxmlformats.org/officeDocument/2006/relationships/image" Target="media/image190.wmf"/><Relationship Id="rId2065" Type="http://schemas.openxmlformats.org/officeDocument/2006/relationships/image" Target="media/image1035.wmf"/><Relationship Id="rId3116" Type="http://schemas.openxmlformats.org/officeDocument/2006/relationships/oleObject" Target="embeddings/oleObject1551.bin"/><Relationship Id="rId4514" Type="http://schemas.openxmlformats.org/officeDocument/2006/relationships/image" Target="media/image2263.wmf"/><Relationship Id="rId1081" Type="http://schemas.openxmlformats.org/officeDocument/2006/relationships/oleObject" Target="embeddings/oleObject536.bin"/><Relationship Id="rId3530" Type="http://schemas.openxmlformats.org/officeDocument/2006/relationships/image" Target="media/image1768.wmf"/><Relationship Id="rId451" Type="http://schemas.openxmlformats.org/officeDocument/2006/relationships/oleObject" Target="embeddings/oleObject223.bin"/><Relationship Id="rId2132" Type="http://schemas.openxmlformats.org/officeDocument/2006/relationships/oleObject" Target="embeddings/oleObject1059.bin"/><Relationship Id="rId104" Type="http://schemas.openxmlformats.org/officeDocument/2006/relationships/image" Target="media/image50.wmf"/><Relationship Id="rId1898" Type="http://schemas.openxmlformats.org/officeDocument/2006/relationships/oleObject" Target="embeddings/oleObject942.bin"/><Relationship Id="rId2949" Type="http://schemas.openxmlformats.org/officeDocument/2006/relationships/image" Target="media/image1477.wmf"/><Relationship Id="rId4371" Type="http://schemas.openxmlformats.org/officeDocument/2006/relationships/oleObject" Target="embeddings/oleObject2177.bin"/><Relationship Id="rId1965" Type="http://schemas.openxmlformats.org/officeDocument/2006/relationships/image" Target="media/image985.wmf"/><Relationship Id="rId4024" Type="http://schemas.openxmlformats.org/officeDocument/2006/relationships/image" Target="media/image2016.wmf"/><Relationship Id="rId1618" Type="http://schemas.openxmlformats.org/officeDocument/2006/relationships/image" Target="media/image809.wmf"/><Relationship Id="rId3040" Type="http://schemas.openxmlformats.org/officeDocument/2006/relationships/oleObject" Target="embeddings/oleObject1513.bin"/><Relationship Id="rId3857" Type="http://schemas.openxmlformats.org/officeDocument/2006/relationships/oleObject" Target="embeddings/oleObject1920.bin"/><Relationship Id="rId778" Type="http://schemas.openxmlformats.org/officeDocument/2006/relationships/image" Target="media/image389.wmf"/><Relationship Id="rId2459" Type="http://schemas.openxmlformats.org/officeDocument/2006/relationships/image" Target="media/image1232.wmf"/><Relationship Id="rId2873" Type="http://schemas.openxmlformats.org/officeDocument/2006/relationships/image" Target="media/image1439.wmf"/><Relationship Id="rId3924" Type="http://schemas.openxmlformats.org/officeDocument/2006/relationships/image" Target="media/image1966.wmf"/><Relationship Id="rId845" Type="http://schemas.openxmlformats.org/officeDocument/2006/relationships/oleObject" Target="embeddings/oleObject418.bin"/><Relationship Id="rId1475" Type="http://schemas.openxmlformats.org/officeDocument/2006/relationships/oleObject" Target="embeddings/oleObject733.bin"/><Relationship Id="rId2526" Type="http://schemas.openxmlformats.org/officeDocument/2006/relationships/oleObject" Target="embeddings/oleObject1256.bin"/><Relationship Id="rId1128" Type="http://schemas.openxmlformats.org/officeDocument/2006/relationships/image" Target="media/image564.wmf"/><Relationship Id="rId1542" Type="http://schemas.openxmlformats.org/officeDocument/2006/relationships/image" Target="media/image771.wmf"/><Relationship Id="rId2940" Type="http://schemas.openxmlformats.org/officeDocument/2006/relationships/oleObject" Target="embeddings/oleObject1463.bin"/><Relationship Id="rId912" Type="http://schemas.openxmlformats.org/officeDocument/2006/relationships/image" Target="media/image456.wmf"/><Relationship Id="rId288" Type="http://schemas.openxmlformats.org/officeDocument/2006/relationships/image" Target="media/image142.wmf"/><Relationship Id="rId3367" Type="http://schemas.openxmlformats.org/officeDocument/2006/relationships/image" Target="media/image1686.wmf"/><Relationship Id="rId3781" Type="http://schemas.openxmlformats.org/officeDocument/2006/relationships/oleObject" Target="embeddings/oleObject1882.bin"/><Relationship Id="rId4418" Type="http://schemas.openxmlformats.org/officeDocument/2006/relationships/image" Target="media/image2215.wmf"/><Relationship Id="rId2383" Type="http://schemas.openxmlformats.org/officeDocument/2006/relationships/image" Target="media/image1194.wmf"/><Relationship Id="rId3434" Type="http://schemas.openxmlformats.org/officeDocument/2006/relationships/oleObject" Target="embeddings/oleObject1710.bin"/><Relationship Id="rId355" Type="http://schemas.openxmlformats.org/officeDocument/2006/relationships/oleObject" Target="embeddings/oleObject175.bin"/><Relationship Id="rId2036" Type="http://schemas.openxmlformats.org/officeDocument/2006/relationships/oleObject" Target="embeddings/oleObject1011.bin"/><Relationship Id="rId2450" Type="http://schemas.openxmlformats.org/officeDocument/2006/relationships/oleObject" Target="embeddings/oleObject1218.bin"/><Relationship Id="rId3501" Type="http://schemas.openxmlformats.org/officeDocument/2006/relationships/oleObject" Target="embeddings/oleObject1743.bin"/><Relationship Id="rId422" Type="http://schemas.openxmlformats.org/officeDocument/2006/relationships/image" Target="media/image209.wmf"/><Relationship Id="rId1052" Type="http://schemas.openxmlformats.org/officeDocument/2006/relationships/image" Target="media/image526.wmf"/><Relationship Id="rId2103" Type="http://schemas.openxmlformats.org/officeDocument/2006/relationships/image" Target="media/image1054.wmf"/><Relationship Id="rId4275" Type="http://schemas.openxmlformats.org/officeDocument/2006/relationships/image" Target="media/image2142.wmf"/><Relationship Id="rId1869" Type="http://schemas.openxmlformats.org/officeDocument/2006/relationships/image" Target="media/image937.wmf"/><Relationship Id="rId3291" Type="http://schemas.openxmlformats.org/officeDocument/2006/relationships/image" Target="media/image1648.wmf"/><Relationship Id="rId1936" Type="http://schemas.openxmlformats.org/officeDocument/2006/relationships/oleObject" Target="embeddings/oleObject961.bin"/><Relationship Id="rId4342" Type="http://schemas.openxmlformats.org/officeDocument/2006/relationships/image" Target="media/image2175.wmf"/><Relationship Id="rId3011" Type="http://schemas.openxmlformats.org/officeDocument/2006/relationships/image" Target="media/image1508.wmf"/><Relationship Id="rId2777" Type="http://schemas.openxmlformats.org/officeDocument/2006/relationships/image" Target="media/image1391.wmf"/><Relationship Id="rId749" Type="http://schemas.openxmlformats.org/officeDocument/2006/relationships/oleObject" Target="embeddings/oleObject370.bin"/><Relationship Id="rId1379" Type="http://schemas.openxmlformats.org/officeDocument/2006/relationships/oleObject" Target="embeddings/oleObject685.bin"/><Relationship Id="rId3828" Type="http://schemas.openxmlformats.org/officeDocument/2006/relationships/image" Target="media/image1918.wmf"/><Relationship Id="rId1793" Type="http://schemas.openxmlformats.org/officeDocument/2006/relationships/image" Target="media/image897.wmf"/><Relationship Id="rId2844" Type="http://schemas.openxmlformats.org/officeDocument/2006/relationships/oleObject" Target="embeddings/oleObject1415.bin"/><Relationship Id="rId85" Type="http://schemas.openxmlformats.org/officeDocument/2006/relationships/oleObject" Target="embeddings/oleObject40.bin"/><Relationship Id="rId816" Type="http://schemas.openxmlformats.org/officeDocument/2006/relationships/image" Target="media/image408.wmf"/><Relationship Id="rId1446" Type="http://schemas.openxmlformats.org/officeDocument/2006/relationships/image" Target="media/image723.wmf"/><Relationship Id="rId1860" Type="http://schemas.openxmlformats.org/officeDocument/2006/relationships/oleObject" Target="embeddings/oleObject923.bin"/><Relationship Id="rId2911" Type="http://schemas.openxmlformats.org/officeDocument/2006/relationships/image" Target="media/image1458.wmf"/><Relationship Id="rId1513" Type="http://schemas.openxmlformats.org/officeDocument/2006/relationships/oleObject" Target="embeddings/oleObject752.bin"/><Relationship Id="rId3685" Type="http://schemas.openxmlformats.org/officeDocument/2006/relationships/oleObject" Target="embeddings/oleObject1834.bin"/><Relationship Id="rId2287" Type="http://schemas.openxmlformats.org/officeDocument/2006/relationships/image" Target="media/image1146.wmf"/><Relationship Id="rId3338" Type="http://schemas.openxmlformats.org/officeDocument/2006/relationships/oleObject" Target="embeddings/oleObject1662.bin"/><Relationship Id="rId3752" Type="http://schemas.openxmlformats.org/officeDocument/2006/relationships/image" Target="media/image1880.wmf"/><Relationship Id="rId259" Type="http://schemas.openxmlformats.org/officeDocument/2006/relationships/oleObject" Target="embeddings/oleObject127.bin"/><Relationship Id="rId466" Type="http://schemas.openxmlformats.org/officeDocument/2006/relationships/image" Target="media/image231.wmf"/><Relationship Id="rId673" Type="http://schemas.openxmlformats.org/officeDocument/2006/relationships/oleObject" Target="embeddings/oleObject333.bin"/><Relationship Id="rId880" Type="http://schemas.openxmlformats.org/officeDocument/2006/relationships/image" Target="media/image440.wmf"/><Relationship Id="rId1096" Type="http://schemas.openxmlformats.org/officeDocument/2006/relationships/image" Target="media/image548.wmf"/><Relationship Id="rId2147" Type="http://schemas.openxmlformats.org/officeDocument/2006/relationships/image" Target="media/image1076.wmf"/><Relationship Id="rId2354" Type="http://schemas.openxmlformats.org/officeDocument/2006/relationships/oleObject" Target="embeddings/oleObject1170.bin"/><Relationship Id="rId2561" Type="http://schemas.openxmlformats.org/officeDocument/2006/relationships/image" Target="media/image1283.wmf"/><Relationship Id="rId3405" Type="http://schemas.openxmlformats.org/officeDocument/2006/relationships/image" Target="media/image1705.wmf"/><Relationship Id="rId119" Type="http://schemas.openxmlformats.org/officeDocument/2006/relationships/oleObject" Target="embeddings/oleObject57.bin"/><Relationship Id="rId326" Type="http://schemas.openxmlformats.org/officeDocument/2006/relationships/image" Target="media/image161.wmf"/><Relationship Id="rId533" Type="http://schemas.openxmlformats.org/officeDocument/2006/relationships/oleObject" Target="embeddings/oleObject264.bin"/><Relationship Id="rId1163" Type="http://schemas.openxmlformats.org/officeDocument/2006/relationships/oleObject" Target="embeddings/oleObject577.bin"/><Relationship Id="rId1370" Type="http://schemas.openxmlformats.org/officeDocument/2006/relationships/image" Target="media/image685.wmf"/><Relationship Id="rId2007" Type="http://schemas.openxmlformats.org/officeDocument/2006/relationships/image" Target="media/image1006.wmf"/><Relationship Id="rId2214" Type="http://schemas.openxmlformats.org/officeDocument/2006/relationships/oleObject" Target="embeddings/oleObject1100.bin"/><Relationship Id="rId3612" Type="http://schemas.openxmlformats.org/officeDocument/2006/relationships/image" Target="media/image1810.wmf"/><Relationship Id="rId740" Type="http://schemas.openxmlformats.org/officeDocument/2006/relationships/image" Target="media/image370.wmf"/><Relationship Id="rId1023" Type="http://schemas.openxmlformats.org/officeDocument/2006/relationships/oleObject" Target="embeddings/oleObject507.bin"/><Relationship Id="rId2421" Type="http://schemas.openxmlformats.org/officeDocument/2006/relationships/image" Target="media/image1213.wmf"/><Relationship Id="rId4179" Type="http://schemas.openxmlformats.org/officeDocument/2006/relationships/oleObject" Target="embeddings/oleObject2081.bin"/><Relationship Id="rId600" Type="http://schemas.openxmlformats.org/officeDocument/2006/relationships/image" Target="media/image298.wmf"/><Relationship Id="rId1230" Type="http://schemas.openxmlformats.org/officeDocument/2006/relationships/image" Target="media/image615.wmf"/><Relationship Id="rId4386" Type="http://schemas.openxmlformats.org/officeDocument/2006/relationships/image" Target="media/image2197.wmf"/><Relationship Id="rId4593" Type="http://schemas.openxmlformats.org/officeDocument/2006/relationships/image" Target="media/image2303.wmf"/><Relationship Id="rId3195" Type="http://schemas.openxmlformats.org/officeDocument/2006/relationships/image" Target="media/image1600.wmf"/><Relationship Id="rId4039" Type="http://schemas.openxmlformats.org/officeDocument/2006/relationships/oleObject" Target="embeddings/oleObject2011.bin"/><Relationship Id="rId4246" Type="http://schemas.openxmlformats.org/officeDocument/2006/relationships/image" Target="media/image2127.wmf"/><Relationship Id="rId4453" Type="http://schemas.openxmlformats.org/officeDocument/2006/relationships/oleObject" Target="embeddings/oleObject2216.bin"/><Relationship Id="rId3055" Type="http://schemas.openxmlformats.org/officeDocument/2006/relationships/image" Target="media/image1530.wmf"/><Relationship Id="rId3262" Type="http://schemas.openxmlformats.org/officeDocument/2006/relationships/oleObject" Target="embeddings/oleObject1624.bin"/><Relationship Id="rId4106" Type="http://schemas.openxmlformats.org/officeDocument/2006/relationships/image" Target="media/image2057.wmf"/><Relationship Id="rId4313" Type="http://schemas.openxmlformats.org/officeDocument/2006/relationships/image" Target="media/image2161.wmf"/><Relationship Id="rId4520" Type="http://schemas.openxmlformats.org/officeDocument/2006/relationships/image" Target="media/image2266.wmf"/><Relationship Id="rId183" Type="http://schemas.openxmlformats.org/officeDocument/2006/relationships/oleObject" Target="embeddings/oleObject89.bin"/><Relationship Id="rId390" Type="http://schemas.openxmlformats.org/officeDocument/2006/relationships/image" Target="media/image193.wmf"/><Relationship Id="rId1907" Type="http://schemas.openxmlformats.org/officeDocument/2006/relationships/image" Target="media/image956.wmf"/><Relationship Id="rId2071" Type="http://schemas.openxmlformats.org/officeDocument/2006/relationships/image" Target="media/image1038.wmf"/><Relationship Id="rId3122" Type="http://schemas.openxmlformats.org/officeDocument/2006/relationships/oleObject" Target="embeddings/oleObject1554.bin"/><Relationship Id="rId250" Type="http://schemas.openxmlformats.org/officeDocument/2006/relationships/image" Target="media/image123.wmf"/><Relationship Id="rId110" Type="http://schemas.openxmlformats.org/officeDocument/2006/relationships/image" Target="media/image53.wmf"/><Relationship Id="rId2888" Type="http://schemas.openxmlformats.org/officeDocument/2006/relationships/oleObject" Target="embeddings/oleObject1437.bin"/><Relationship Id="rId3939" Type="http://schemas.openxmlformats.org/officeDocument/2006/relationships/oleObject" Target="embeddings/oleObject1961.bin"/><Relationship Id="rId1697" Type="http://schemas.openxmlformats.org/officeDocument/2006/relationships/oleObject" Target="embeddings/oleObject844.bin"/><Relationship Id="rId2748" Type="http://schemas.openxmlformats.org/officeDocument/2006/relationships/oleObject" Target="embeddings/oleObject1367.bin"/><Relationship Id="rId2955" Type="http://schemas.openxmlformats.org/officeDocument/2006/relationships/image" Target="media/image1480.wmf"/><Relationship Id="rId927" Type="http://schemas.openxmlformats.org/officeDocument/2006/relationships/oleObject" Target="embeddings/oleObject459.bin"/><Relationship Id="rId1557" Type="http://schemas.openxmlformats.org/officeDocument/2006/relationships/oleObject" Target="embeddings/oleObject774.bin"/><Relationship Id="rId1764" Type="http://schemas.openxmlformats.org/officeDocument/2006/relationships/image" Target="media/image882.wmf"/><Relationship Id="rId1971" Type="http://schemas.openxmlformats.org/officeDocument/2006/relationships/image" Target="media/image988.wmf"/><Relationship Id="rId2608" Type="http://schemas.openxmlformats.org/officeDocument/2006/relationships/oleObject" Target="embeddings/oleObject1297.bin"/><Relationship Id="rId2815" Type="http://schemas.openxmlformats.org/officeDocument/2006/relationships/image" Target="media/image1410.wmf"/><Relationship Id="rId4170" Type="http://schemas.openxmlformats.org/officeDocument/2006/relationships/image" Target="media/image2089.wmf"/><Relationship Id="rId56" Type="http://schemas.openxmlformats.org/officeDocument/2006/relationships/image" Target="media/image26.wmf"/><Relationship Id="rId1417" Type="http://schemas.openxmlformats.org/officeDocument/2006/relationships/oleObject" Target="embeddings/oleObject704.bin"/><Relationship Id="rId1624" Type="http://schemas.openxmlformats.org/officeDocument/2006/relationships/image" Target="media/image812.wmf"/><Relationship Id="rId1831" Type="http://schemas.openxmlformats.org/officeDocument/2006/relationships/image" Target="media/image916.wmf"/><Relationship Id="rId4030" Type="http://schemas.openxmlformats.org/officeDocument/2006/relationships/image" Target="media/image2019.wmf"/><Relationship Id="rId3589" Type="http://schemas.openxmlformats.org/officeDocument/2006/relationships/oleObject" Target="embeddings/oleObject1786.bin"/><Relationship Id="rId3796" Type="http://schemas.openxmlformats.org/officeDocument/2006/relationships/image" Target="media/image1902.wmf"/><Relationship Id="rId2398" Type="http://schemas.openxmlformats.org/officeDocument/2006/relationships/oleObject" Target="embeddings/oleObject1192.bin"/><Relationship Id="rId3449" Type="http://schemas.openxmlformats.org/officeDocument/2006/relationships/image" Target="media/image1727.wmf"/><Relationship Id="rId577" Type="http://schemas.openxmlformats.org/officeDocument/2006/relationships/oleObject" Target="embeddings/oleObject286.bin"/><Relationship Id="rId2258" Type="http://schemas.openxmlformats.org/officeDocument/2006/relationships/oleObject" Target="embeddings/oleObject1122.bin"/><Relationship Id="rId3656" Type="http://schemas.openxmlformats.org/officeDocument/2006/relationships/image" Target="media/image1832.wmf"/><Relationship Id="rId3863" Type="http://schemas.openxmlformats.org/officeDocument/2006/relationships/oleObject" Target="embeddings/oleObject1923.bin"/><Relationship Id="rId784" Type="http://schemas.openxmlformats.org/officeDocument/2006/relationships/image" Target="media/image392.wmf"/><Relationship Id="rId991" Type="http://schemas.openxmlformats.org/officeDocument/2006/relationships/oleObject" Target="embeddings/oleObject491.bin"/><Relationship Id="rId1067" Type="http://schemas.openxmlformats.org/officeDocument/2006/relationships/oleObject" Target="embeddings/oleObject529.bin"/><Relationship Id="rId2465" Type="http://schemas.openxmlformats.org/officeDocument/2006/relationships/image" Target="media/image1235.wmf"/><Relationship Id="rId2672" Type="http://schemas.openxmlformats.org/officeDocument/2006/relationships/oleObject" Target="embeddings/oleObject1329.bin"/><Relationship Id="rId3309" Type="http://schemas.openxmlformats.org/officeDocument/2006/relationships/image" Target="media/image1657.wmf"/><Relationship Id="rId3516" Type="http://schemas.openxmlformats.org/officeDocument/2006/relationships/image" Target="media/image1761.wmf"/><Relationship Id="rId3723" Type="http://schemas.openxmlformats.org/officeDocument/2006/relationships/oleObject" Target="embeddings/oleObject1853.bin"/><Relationship Id="rId3930" Type="http://schemas.openxmlformats.org/officeDocument/2006/relationships/image" Target="media/image1969.wmf"/><Relationship Id="rId437" Type="http://schemas.openxmlformats.org/officeDocument/2006/relationships/oleObject" Target="embeddings/oleObject216.bin"/><Relationship Id="rId644" Type="http://schemas.openxmlformats.org/officeDocument/2006/relationships/image" Target="media/image320.png"/><Relationship Id="rId851" Type="http://schemas.openxmlformats.org/officeDocument/2006/relationships/oleObject" Target="embeddings/oleObject421.bin"/><Relationship Id="rId1274" Type="http://schemas.openxmlformats.org/officeDocument/2006/relationships/image" Target="media/image637.wmf"/><Relationship Id="rId1481" Type="http://schemas.openxmlformats.org/officeDocument/2006/relationships/oleObject" Target="embeddings/oleObject736.bin"/><Relationship Id="rId2118" Type="http://schemas.openxmlformats.org/officeDocument/2006/relationships/oleObject" Target="embeddings/oleObject1052.bin"/><Relationship Id="rId2325" Type="http://schemas.openxmlformats.org/officeDocument/2006/relationships/image" Target="media/image1165.wmf"/><Relationship Id="rId2532" Type="http://schemas.openxmlformats.org/officeDocument/2006/relationships/oleObject" Target="embeddings/oleObject1259.bin"/><Relationship Id="rId504" Type="http://schemas.openxmlformats.org/officeDocument/2006/relationships/image" Target="media/image250.wmf"/><Relationship Id="rId711" Type="http://schemas.openxmlformats.org/officeDocument/2006/relationships/image" Target="media/image355.wmf"/><Relationship Id="rId1134" Type="http://schemas.openxmlformats.org/officeDocument/2006/relationships/image" Target="media/image567.wmf"/><Relationship Id="rId1341" Type="http://schemas.openxmlformats.org/officeDocument/2006/relationships/oleObject" Target="embeddings/oleObject666.bin"/><Relationship Id="rId4497" Type="http://schemas.openxmlformats.org/officeDocument/2006/relationships/oleObject" Target="embeddings/oleObject2238.bin"/><Relationship Id="rId1201" Type="http://schemas.openxmlformats.org/officeDocument/2006/relationships/oleObject" Target="embeddings/oleObject596.bin"/><Relationship Id="rId3099" Type="http://schemas.openxmlformats.org/officeDocument/2006/relationships/image" Target="media/image1552.wmf"/><Relationship Id="rId4357" Type="http://schemas.openxmlformats.org/officeDocument/2006/relationships/oleObject" Target="embeddings/oleObject2170.bin"/><Relationship Id="rId4564" Type="http://schemas.openxmlformats.org/officeDocument/2006/relationships/image" Target="media/image2288.wmf"/><Relationship Id="rId3166" Type="http://schemas.openxmlformats.org/officeDocument/2006/relationships/oleObject" Target="embeddings/oleObject1576.bin"/><Relationship Id="rId3373" Type="http://schemas.openxmlformats.org/officeDocument/2006/relationships/image" Target="media/image1689.wmf"/><Relationship Id="rId3580" Type="http://schemas.openxmlformats.org/officeDocument/2006/relationships/oleObject" Target="embeddings/oleObject1782.bin"/><Relationship Id="rId4217" Type="http://schemas.openxmlformats.org/officeDocument/2006/relationships/oleObject" Target="embeddings/oleObject2100.bin"/><Relationship Id="rId4424" Type="http://schemas.openxmlformats.org/officeDocument/2006/relationships/image" Target="media/image2218.wmf"/><Relationship Id="rId294" Type="http://schemas.openxmlformats.org/officeDocument/2006/relationships/image" Target="media/image145.wmf"/><Relationship Id="rId2182" Type="http://schemas.openxmlformats.org/officeDocument/2006/relationships/oleObject" Target="embeddings/oleObject1084.bin"/><Relationship Id="rId3026" Type="http://schemas.openxmlformats.org/officeDocument/2006/relationships/oleObject" Target="embeddings/oleObject1506.bin"/><Relationship Id="rId3233" Type="http://schemas.openxmlformats.org/officeDocument/2006/relationships/image" Target="media/image1619.wmf"/><Relationship Id="rId4631" Type="http://schemas.openxmlformats.org/officeDocument/2006/relationships/image" Target="media/image2324.wmf"/><Relationship Id="rId154" Type="http://schemas.openxmlformats.org/officeDocument/2006/relationships/image" Target="media/image75.wmf"/><Relationship Id="rId361" Type="http://schemas.openxmlformats.org/officeDocument/2006/relationships/oleObject" Target="embeddings/oleObject178.bin"/><Relationship Id="rId2042" Type="http://schemas.openxmlformats.org/officeDocument/2006/relationships/oleObject" Target="embeddings/oleObject1014.bin"/><Relationship Id="rId3440" Type="http://schemas.openxmlformats.org/officeDocument/2006/relationships/oleObject" Target="embeddings/oleObject1713.bin"/><Relationship Id="rId2999" Type="http://schemas.openxmlformats.org/officeDocument/2006/relationships/image" Target="media/image1502.wmf"/><Relationship Id="rId3300" Type="http://schemas.openxmlformats.org/officeDocument/2006/relationships/oleObject" Target="embeddings/oleObject1643.bin"/><Relationship Id="rId221" Type="http://schemas.openxmlformats.org/officeDocument/2006/relationships/oleObject" Target="embeddings/oleObject108.bin"/><Relationship Id="rId2859" Type="http://schemas.openxmlformats.org/officeDocument/2006/relationships/image" Target="media/image1432.wmf"/><Relationship Id="rId1668" Type="http://schemas.openxmlformats.org/officeDocument/2006/relationships/image" Target="media/image834.wmf"/><Relationship Id="rId1875" Type="http://schemas.openxmlformats.org/officeDocument/2006/relationships/image" Target="media/image940.wmf"/><Relationship Id="rId2719" Type="http://schemas.openxmlformats.org/officeDocument/2006/relationships/image" Target="media/image1362.wmf"/><Relationship Id="rId4074" Type="http://schemas.openxmlformats.org/officeDocument/2006/relationships/image" Target="media/image2041.wmf"/><Relationship Id="rId4281" Type="http://schemas.openxmlformats.org/officeDocument/2006/relationships/image" Target="media/image2145.wmf"/><Relationship Id="rId1528" Type="http://schemas.openxmlformats.org/officeDocument/2006/relationships/image" Target="media/image764.wmf"/><Relationship Id="rId2926" Type="http://schemas.openxmlformats.org/officeDocument/2006/relationships/oleObject" Target="embeddings/oleObject1456.bin"/><Relationship Id="rId3090" Type="http://schemas.openxmlformats.org/officeDocument/2006/relationships/oleObject" Target="embeddings/oleObject1538.bin"/><Relationship Id="rId4141" Type="http://schemas.openxmlformats.org/officeDocument/2006/relationships/oleObject" Target="embeddings/oleObject2062.bin"/><Relationship Id="rId1735" Type="http://schemas.openxmlformats.org/officeDocument/2006/relationships/oleObject" Target="embeddings/oleObject863.bin"/><Relationship Id="rId1942" Type="http://schemas.openxmlformats.org/officeDocument/2006/relationships/oleObject" Target="embeddings/oleObject964.bin"/><Relationship Id="rId4001" Type="http://schemas.openxmlformats.org/officeDocument/2006/relationships/oleObject" Target="embeddings/oleObject1992.bin"/><Relationship Id="rId27" Type="http://schemas.openxmlformats.org/officeDocument/2006/relationships/oleObject" Target="embeddings/oleObject11.bin"/><Relationship Id="rId1802" Type="http://schemas.openxmlformats.org/officeDocument/2006/relationships/oleObject" Target="embeddings/oleObject896.bin"/><Relationship Id="rId3767" Type="http://schemas.openxmlformats.org/officeDocument/2006/relationships/oleObject" Target="embeddings/oleObject1875.bin"/><Relationship Id="rId3974" Type="http://schemas.openxmlformats.org/officeDocument/2006/relationships/image" Target="media/image1991.wmf"/><Relationship Id="rId688" Type="http://schemas.openxmlformats.org/officeDocument/2006/relationships/image" Target="media/image343.wmf"/><Relationship Id="rId895" Type="http://schemas.openxmlformats.org/officeDocument/2006/relationships/oleObject" Target="embeddings/oleObject443.bin"/><Relationship Id="rId2369" Type="http://schemas.openxmlformats.org/officeDocument/2006/relationships/image" Target="media/image1187.wmf"/><Relationship Id="rId2576" Type="http://schemas.openxmlformats.org/officeDocument/2006/relationships/oleObject" Target="embeddings/oleObject1281.bin"/><Relationship Id="rId2783" Type="http://schemas.openxmlformats.org/officeDocument/2006/relationships/image" Target="media/image1394.wmf"/><Relationship Id="rId2990" Type="http://schemas.openxmlformats.org/officeDocument/2006/relationships/oleObject" Target="embeddings/oleObject1488.bin"/><Relationship Id="rId3627" Type="http://schemas.openxmlformats.org/officeDocument/2006/relationships/oleObject" Target="embeddings/oleObject1805.bin"/><Relationship Id="rId3834" Type="http://schemas.openxmlformats.org/officeDocument/2006/relationships/image" Target="media/image1921.wmf"/><Relationship Id="rId548" Type="http://schemas.openxmlformats.org/officeDocument/2006/relationships/image" Target="media/image272.wmf"/><Relationship Id="rId755" Type="http://schemas.openxmlformats.org/officeDocument/2006/relationships/oleObject" Target="embeddings/oleObject373.bin"/><Relationship Id="rId962" Type="http://schemas.openxmlformats.org/officeDocument/2006/relationships/image" Target="media/image481.wmf"/><Relationship Id="rId1178" Type="http://schemas.openxmlformats.org/officeDocument/2006/relationships/image" Target="media/image589.wmf"/><Relationship Id="rId1385" Type="http://schemas.openxmlformats.org/officeDocument/2006/relationships/oleObject" Target="embeddings/oleObject688.bin"/><Relationship Id="rId1592" Type="http://schemas.openxmlformats.org/officeDocument/2006/relationships/image" Target="media/image796.wmf"/><Relationship Id="rId2229" Type="http://schemas.openxmlformats.org/officeDocument/2006/relationships/image" Target="media/image1117.wmf"/><Relationship Id="rId2436" Type="http://schemas.openxmlformats.org/officeDocument/2006/relationships/oleObject" Target="embeddings/oleObject1211.bin"/><Relationship Id="rId2643" Type="http://schemas.openxmlformats.org/officeDocument/2006/relationships/image" Target="media/image1324.wmf"/><Relationship Id="rId2850" Type="http://schemas.openxmlformats.org/officeDocument/2006/relationships/oleObject" Target="embeddings/oleObject1418.bin"/><Relationship Id="rId91" Type="http://schemas.openxmlformats.org/officeDocument/2006/relationships/oleObject" Target="embeddings/oleObject43.bin"/><Relationship Id="rId408" Type="http://schemas.openxmlformats.org/officeDocument/2006/relationships/image" Target="media/image202.wmf"/><Relationship Id="rId615" Type="http://schemas.openxmlformats.org/officeDocument/2006/relationships/oleObject" Target="embeddings/oleObject305.bin"/><Relationship Id="rId822" Type="http://schemas.openxmlformats.org/officeDocument/2006/relationships/image" Target="media/image411.wmf"/><Relationship Id="rId1038" Type="http://schemas.openxmlformats.org/officeDocument/2006/relationships/image" Target="media/image519.wmf"/><Relationship Id="rId1245" Type="http://schemas.openxmlformats.org/officeDocument/2006/relationships/oleObject" Target="embeddings/oleObject618.bin"/><Relationship Id="rId1452" Type="http://schemas.openxmlformats.org/officeDocument/2006/relationships/image" Target="media/image726.wmf"/><Relationship Id="rId2503" Type="http://schemas.openxmlformats.org/officeDocument/2006/relationships/image" Target="media/image1254.wmf"/><Relationship Id="rId3901" Type="http://schemas.openxmlformats.org/officeDocument/2006/relationships/oleObject" Target="embeddings/oleObject1942.bin"/><Relationship Id="rId1105" Type="http://schemas.openxmlformats.org/officeDocument/2006/relationships/oleObject" Target="embeddings/oleObject548.bin"/><Relationship Id="rId1312" Type="http://schemas.openxmlformats.org/officeDocument/2006/relationships/image" Target="media/image656.wmf"/><Relationship Id="rId2710" Type="http://schemas.openxmlformats.org/officeDocument/2006/relationships/oleObject" Target="embeddings/oleObject1348.bin"/><Relationship Id="rId4468" Type="http://schemas.openxmlformats.org/officeDocument/2006/relationships/image" Target="media/image2240.wmf"/><Relationship Id="rId3277" Type="http://schemas.openxmlformats.org/officeDocument/2006/relationships/image" Target="media/image1641.wmf"/><Relationship Id="rId198" Type="http://schemas.openxmlformats.org/officeDocument/2006/relationships/image" Target="media/image97.wmf"/><Relationship Id="rId2086" Type="http://schemas.openxmlformats.org/officeDocument/2006/relationships/oleObject" Target="embeddings/oleObject1036.bin"/><Relationship Id="rId3484" Type="http://schemas.openxmlformats.org/officeDocument/2006/relationships/image" Target="media/image1745.wmf"/><Relationship Id="rId3691" Type="http://schemas.openxmlformats.org/officeDocument/2006/relationships/oleObject" Target="embeddings/oleObject1837.bin"/><Relationship Id="rId4328" Type="http://schemas.openxmlformats.org/officeDocument/2006/relationships/oleObject" Target="embeddings/oleObject2155.bin"/><Relationship Id="rId4535" Type="http://schemas.openxmlformats.org/officeDocument/2006/relationships/oleObject" Target="embeddings/oleObject2257.bin"/><Relationship Id="rId2293" Type="http://schemas.openxmlformats.org/officeDocument/2006/relationships/image" Target="media/image1149.wmf"/><Relationship Id="rId3137" Type="http://schemas.openxmlformats.org/officeDocument/2006/relationships/image" Target="media/image1571.wmf"/><Relationship Id="rId3344" Type="http://schemas.openxmlformats.org/officeDocument/2006/relationships/oleObject" Target="embeddings/oleObject1665.bin"/><Relationship Id="rId3551" Type="http://schemas.openxmlformats.org/officeDocument/2006/relationships/image" Target="media/image1779.wmf"/><Relationship Id="rId4602" Type="http://schemas.openxmlformats.org/officeDocument/2006/relationships/image" Target="media/image2310.wmf"/><Relationship Id="rId265" Type="http://schemas.openxmlformats.org/officeDocument/2006/relationships/oleObject" Target="embeddings/oleObject130.bin"/><Relationship Id="rId472" Type="http://schemas.openxmlformats.org/officeDocument/2006/relationships/image" Target="media/image234.wmf"/><Relationship Id="rId2153" Type="http://schemas.openxmlformats.org/officeDocument/2006/relationships/image" Target="media/image1079.wmf"/><Relationship Id="rId2360" Type="http://schemas.openxmlformats.org/officeDocument/2006/relationships/oleObject" Target="embeddings/oleObject1173.bin"/><Relationship Id="rId3204" Type="http://schemas.openxmlformats.org/officeDocument/2006/relationships/oleObject" Target="embeddings/oleObject1595.bin"/><Relationship Id="rId3411" Type="http://schemas.openxmlformats.org/officeDocument/2006/relationships/image" Target="media/image1708.wmf"/><Relationship Id="rId125" Type="http://schemas.openxmlformats.org/officeDocument/2006/relationships/oleObject" Target="embeddings/oleObject60.bin"/><Relationship Id="rId332" Type="http://schemas.openxmlformats.org/officeDocument/2006/relationships/image" Target="media/image164.wmf"/><Relationship Id="rId2013" Type="http://schemas.openxmlformats.org/officeDocument/2006/relationships/image" Target="media/image1009.wmf"/><Relationship Id="rId2220" Type="http://schemas.openxmlformats.org/officeDocument/2006/relationships/oleObject" Target="embeddings/oleObject1103.bin"/><Relationship Id="rId4185" Type="http://schemas.openxmlformats.org/officeDocument/2006/relationships/oleObject" Target="embeddings/oleObject2084.bin"/><Relationship Id="rId4392" Type="http://schemas.openxmlformats.org/officeDocument/2006/relationships/image" Target="media/image2200.wmf"/><Relationship Id="rId1779" Type="http://schemas.openxmlformats.org/officeDocument/2006/relationships/oleObject" Target="embeddings/oleObject885.bin"/><Relationship Id="rId1986" Type="http://schemas.openxmlformats.org/officeDocument/2006/relationships/oleObject" Target="embeddings/oleObject986.bin"/><Relationship Id="rId4045" Type="http://schemas.openxmlformats.org/officeDocument/2006/relationships/oleObject" Target="embeddings/oleObject2014.bin"/><Relationship Id="rId4252" Type="http://schemas.openxmlformats.org/officeDocument/2006/relationships/image" Target="media/image2130.wmf"/><Relationship Id="rId1639" Type="http://schemas.openxmlformats.org/officeDocument/2006/relationships/oleObject" Target="embeddings/oleObject815.bin"/><Relationship Id="rId1846" Type="http://schemas.openxmlformats.org/officeDocument/2006/relationships/oleObject" Target="embeddings/oleObject916.bin"/><Relationship Id="rId3061" Type="http://schemas.openxmlformats.org/officeDocument/2006/relationships/image" Target="media/image1533.wmf"/><Relationship Id="rId1706" Type="http://schemas.openxmlformats.org/officeDocument/2006/relationships/image" Target="media/image853.wmf"/><Relationship Id="rId1913" Type="http://schemas.openxmlformats.org/officeDocument/2006/relationships/image" Target="media/image959.wmf"/><Relationship Id="rId4112" Type="http://schemas.openxmlformats.org/officeDocument/2006/relationships/image" Target="media/image2060.wmf"/><Relationship Id="rId3878" Type="http://schemas.openxmlformats.org/officeDocument/2006/relationships/image" Target="media/image1943.wmf"/><Relationship Id="rId799" Type="http://schemas.openxmlformats.org/officeDocument/2006/relationships/oleObject" Target="embeddings/oleObject395.bin"/><Relationship Id="rId2687" Type="http://schemas.openxmlformats.org/officeDocument/2006/relationships/image" Target="media/image1346.wmf"/><Relationship Id="rId2894" Type="http://schemas.openxmlformats.org/officeDocument/2006/relationships/oleObject" Target="embeddings/oleObject1440.bin"/><Relationship Id="rId3738" Type="http://schemas.openxmlformats.org/officeDocument/2006/relationships/image" Target="media/image1873.wmf"/><Relationship Id="rId659" Type="http://schemas.openxmlformats.org/officeDocument/2006/relationships/image" Target="media/image328.wmf"/><Relationship Id="rId866" Type="http://schemas.openxmlformats.org/officeDocument/2006/relationships/image" Target="media/image433.wmf"/><Relationship Id="rId1289" Type="http://schemas.openxmlformats.org/officeDocument/2006/relationships/oleObject" Target="embeddings/oleObject640.bin"/><Relationship Id="rId1496" Type="http://schemas.openxmlformats.org/officeDocument/2006/relationships/image" Target="media/image748.wmf"/><Relationship Id="rId2547" Type="http://schemas.openxmlformats.org/officeDocument/2006/relationships/image" Target="media/image1276.wmf"/><Relationship Id="rId3945" Type="http://schemas.openxmlformats.org/officeDocument/2006/relationships/oleObject" Target="embeddings/oleObject1964.bin"/><Relationship Id="rId519" Type="http://schemas.openxmlformats.org/officeDocument/2006/relationships/oleObject" Target="embeddings/oleObject257.bin"/><Relationship Id="rId1149" Type="http://schemas.openxmlformats.org/officeDocument/2006/relationships/oleObject" Target="embeddings/oleObject570.bin"/><Relationship Id="rId1356" Type="http://schemas.openxmlformats.org/officeDocument/2006/relationships/image" Target="media/image678.wmf"/><Relationship Id="rId2754" Type="http://schemas.openxmlformats.org/officeDocument/2006/relationships/oleObject" Target="embeddings/oleObject1370.bin"/><Relationship Id="rId2961" Type="http://schemas.openxmlformats.org/officeDocument/2006/relationships/image" Target="media/image1483.wmf"/><Relationship Id="rId3805" Type="http://schemas.openxmlformats.org/officeDocument/2006/relationships/oleObject" Target="embeddings/oleObject1894.bin"/><Relationship Id="rId726" Type="http://schemas.openxmlformats.org/officeDocument/2006/relationships/image" Target="media/image363.wmf"/><Relationship Id="rId933" Type="http://schemas.openxmlformats.org/officeDocument/2006/relationships/oleObject" Target="embeddings/oleObject462.bin"/><Relationship Id="rId1009" Type="http://schemas.openxmlformats.org/officeDocument/2006/relationships/oleObject" Target="embeddings/oleObject500.bin"/><Relationship Id="rId1563" Type="http://schemas.openxmlformats.org/officeDocument/2006/relationships/oleObject" Target="embeddings/oleObject777.bin"/><Relationship Id="rId1770" Type="http://schemas.openxmlformats.org/officeDocument/2006/relationships/image" Target="media/image885.wmf"/><Relationship Id="rId2407" Type="http://schemas.openxmlformats.org/officeDocument/2006/relationships/image" Target="media/image1206.wmf"/><Relationship Id="rId2614" Type="http://schemas.openxmlformats.org/officeDocument/2006/relationships/oleObject" Target="embeddings/oleObject1300.bin"/><Relationship Id="rId2821" Type="http://schemas.openxmlformats.org/officeDocument/2006/relationships/image" Target="media/image1413.wmf"/><Relationship Id="rId62" Type="http://schemas.openxmlformats.org/officeDocument/2006/relationships/image" Target="media/image29.wmf"/><Relationship Id="rId1216" Type="http://schemas.openxmlformats.org/officeDocument/2006/relationships/image" Target="media/image608.wmf"/><Relationship Id="rId1423" Type="http://schemas.openxmlformats.org/officeDocument/2006/relationships/oleObject" Target="embeddings/oleObject707.bin"/><Relationship Id="rId1630" Type="http://schemas.openxmlformats.org/officeDocument/2006/relationships/image" Target="media/image815.wmf"/><Relationship Id="rId4579" Type="http://schemas.openxmlformats.org/officeDocument/2006/relationships/oleObject" Target="embeddings/oleObject2279.bin"/><Relationship Id="rId3388" Type="http://schemas.openxmlformats.org/officeDocument/2006/relationships/oleObject" Target="embeddings/oleObject1687.bin"/><Relationship Id="rId3595" Type="http://schemas.openxmlformats.org/officeDocument/2006/relationships/oleObject" Target="embeddings/oleObject1789.bin"/><Relationship Id="rId4439" Type="http://schemas.openxmlformats.org/officeDocument/2006/relationships/oleObject" Target="embeddings/oleObject2209.bin"/><Relationship Id="rId4646" Type="http://schemas.openxmlformats.org/officeDocument/2006/relationships/oleObject" Target="embeddings/oleObject2311.bin"/><Relationship Id="rId2197" Type="http://schemas.openxmlformats.org/officeDocument/2006/relationships/image" Target="media/image1101.wmf"/><Relationship Id="rId3248" Type="http://schemas.openxmlformats.org/officeDocument/2006/relationships/oleObject" Target="embeddings/oleObject1617.bin"/><Relationship Id="rId3455" Type="http://schemas.openxmlformats.org/officeDocument/2006/relationships/image" Target="media/image1730.wmf"/><Relationship Id="rId3662" Type="http://schemas.openxmlformats.org/officeDocument/2006/relationships/image" Target="media/image1835.wmf"/><Relationship Id="rId4506" Type="http://schemas.openxmlformats.org/officeDocument/2006/relationships/image" Target="media/image2259.wmf"/><Relationship Id="rId169" Type="http://schemas.openxmlformats.org/officeDocument/2006/relationships/oleObject" Target="embeddings/oleObject82.bin"/><Relationship Id="rId376" Type="http://schemas.openxmlformats.org/officeDocument/2006/relationships/image" Target="media/image186.wmf"/><Relationship Id="rId583" Type="http://schemas.openxmlformats.org/officeDocument/2006/relationships/oleObject" Target="embeddings/oleObject289.bin"/><Relationship Id="rId790" Type="http://schemas.openxmlformats.org/officeDocument/2006/relationships/image" Target="media/image395.wmf"/><Relationship Id="rId2057" Type="http://schemas.openxmlformats.org/officeDocument/2006/relationships/image" Target="media/image1031.wmf"/><Relationship Id="rId2264" Type="http://schemas.openxmlformats.org/officeDocument/2006/relationships/oleObject" Target="embeddings/oleObject1125.bin"/><Relationship Id="rId2471" Type="http://schemas.openxmlformats.org/officeDocument/2006/relationships/image" Target="media/image1238.wmf"/><Relationship Id="rId3108" Type="http://schemas.openxmlformats.org/officeDocument/2006/relationships/oleObject" Target="embeddings/oleObject1547.bin"/><Relationship Id="rId3315" Type="http://schemas.openxmlformats.org/officeDocument/2006/relationships/image" Target="media/image1660.wmf"/><Relationship Id="rId3522" Type="http://schemas.openxmlformats.org/officeDocument/2006/relationships/image" Target="media/image1764.wmf"/><Relationship Id="rId236" Type="http://schemas.openxmlformats.org/officeDocument/2006/relationships/image" Target="media/image116.wmf"/><Relationship Id="rId443" Type="http://schemas.openxmlformats.org/officeDocument/2006/relationships/oleObject" Target="embeddings/oleObject219.bin"/><Relationship Id="rId650" Type="http://schemas.openxmlformats.org/officeDocument/2006/relationships/oleObject" Target="embeddings/oleObject322.bin"/><Relationship Id="rId1073" Type="http://schemas.openxmlformats.org/officeDocument/2006/relationships/oleObject" Target="embeddings/oleObject532.bin"/><Relationship Id="rId1280" Type="http://schemas.openxmlformats.org/officeDocument/2006/relationships/image" Target="media/image640.wmf"/><Relationship Id="rId2124" Type="http://schemas.openxmlformats.org/officeDocument/2006/relationships/oleObject" Target="embeddings/oleObject1055.bin"/><Relationship Id="rId2331" Type="http://schemas.openxmlformats.org/officeDocument/2006/relationships/image" Target="media/image1168.wmf"/><Relationship Id="rId303" Type="http://schemas.openxmlformats.org/officeDocument/2006/relationships/oleObject" Target="embeddings/oleObject149.bin"/><Relationship Id="rId1140" Type="http://schemas.openxmlformats.org/officeDocument/2006/relationships/image" Target="media/image570.wmf"/><Relationship Id="rId4089" Type="http://schemas.openxmlformats.org/officeDocument/2006/relationships/oleObject" Target="embeddings/oleObject2036.bin"/><Relationship Id="rId4296" Type="http://schemas.openxmlformats.org/officeDocument/2006/relationships/oleObject" Target="embeddings/oleObject2139.bin"/><Relationship Id="rId510" Type="http://schemas.openxmlformats.org/officeDocument/2006/relationships/image" Target="media/image253.wmf"/><Relationship Id="rId1000" Type="http://schemas.openxmlformats.org/officeDocument/2006/relationships/image" Target="media/image500.wmf"/><Relationship Id="rId1957" Type="http://schemas.openxmlformats.org/officeDocument/2006/relationships/image" Target="media/image981.wmf"/><Relationship Id="rId4156" Type="http://schemas.openxmlformats.org/officeDocument/2006/relationships/image" Target="media/image2082.wmf"/><Relationship Id="rId4363" Type="http://schemas.openxmlformats.org/officeDocument/2006/relationships/oleObject" Target="embeddings/oleObject2173.bin"/><Relationship Id="rId4570" Type="http://schemas.openxmlformats.org/officeDocument/2006/relationships/image" Target="media/image2291.wmf"/><Relationship Id="rId1817" Type="http://schemas.openxmlformats.org/officeDocument/2006/relationships/image" Target="media/image909.wmf"/><Relationship Id="rId3172" Type="http://schemas.openxmlformats.org/officeDocument/2006/relationships/oleObject" Target="embeddings/oleObject1579.bin"/><Relationship Id="rId4016" Type="http://schemas.openxmlformats.org/officeDocument/2006/relationships/image" Target="media/image2012.wmf"/><Relationship Id="rId4223" Type="http://schemas.openxmlformats.org/officeDocument/2006/relationships/oleObject" Target="embeddings/oleObject2103.bin"/><Relationship Id="rId4430" Type="http://schemas.openxmlformats.org/officeDocument/2006/relationships/image" Target="media/image2221.wmf"/><Relationship Id="rId3032" Type="http://schemas.openxmlformats.org/officeDocument/2006/relationships/oleObject" Target="embeddings/oleObject1509.bin"/><Relationship Id="rId160" Type="http://schemas.openxmlformats.org/officeDocument/2006/relationships/image" Target="media/image78.wmf"/><Relationship Id="rId3989" Type="http://schemas.openxmlformats.org/officeDocument/2006/relationships/oleObject" Target="embeddings/oleObject1986.bin"/><Relationship Id="rId2798" Type="http://schemas.openxmlformats.org/officeDocument/2006/relationships/oleObject" Target="embeddings/oleObject1392.bin"/><Relationship Id="rId3849" Type="http://schemas.openxmlformats.org/officeDocument/2006/relationships/oleObject" Target="embeddings/oleObject1916.bin"/><Relationship Id="rId977" Type="http://schemas.openxmlformats.org/officeDocument/2006/relationships/oleObject" Target="embeddings/oleObject484.bin"/><Relationship Id="rId2658" Type="http://schemas.openxmlformats.org/officeDocument/2006/relationships/oleObject" Target="embeddings/oleObject1322.bin"/><Relationship Id="rId2865" Type="http://schemas.openxmlformats.org/officeDocument/2006/relationships/image" Target="media/image1435.wmf"/><Relationship Id="rId3709" Type="http://schemas.openxmlformats.org/officeDocument/2006/relationships/oleObject" Target="embeddings/oleObject1846.bin"/><Relationship Id="rId3916" Type="http://schemas.openxmlformats.org/officeDocument/2006/relationships/image" Target="media/image1962.wmf"/><Relationship Id="rId4080" Type="http://schemas.openxmlformats.org/officeDocument/2006/relationships/image" Target="media/image2044.wmf"/><Relationship Id="rId837" Type="http://schemas.openxmlformats.org/officeDocument/2006/relationships/oleObject" Target="embeddings/oleObject414.bin"/><Relationship Id="rId1467" Type="http://schemas.openxmlformats.org/officeDocument/2006/relationships/oleObject" Target="embeddings/oleObject729.bin"/><Relationship Id="rId1674" Type="http://schemas.openxmlformats.org/officeDocument/2006/relationships/image" Target="media/image837.wmf"/><Relationship Id="rId1881" Type="http://schemas.openxmlformats.org/officeDocument/2006/relationships/image" Target="media/image943.wmf"/><Relationship Id="rId2518" Type="http://schemas.openxmlformats.org/officeDocument/2006/relationships/oleObject" Target="embeddings/oleObject1252.bin"/><Relationship Id="rId2725" Type="http://schemas.openxmlformats.org/officeDocument/2006/relationships/image" Target="media/image1365.wmf"/><Relationship Id="rId2932" Type="http://schemas.openxmlformats.org/officeDocument/2006/relationships/oleObject" Target="embeddings/oleObject1459.bin"/><Relationship Id="rId904" Type="http://schemas.openxmlformats.org/officeDocument/2006/relationships/image" Target="media/image452.wmf"/><Relationship Id="rId1327" Type="http://schemas.openxmlformats.org/officeDocument/2006/relationships/oleObject" Target="embeddings/oleObject659.bin"/><Relationship Id="rId1534" Type="http://schemas.openxmlformats.org/officeDocument/2006/relationships/image" Target="media/image767.wmf"/><Relationship Id="rId1741" Type="http://schemas.openxmlformats.org/officeDocument/2006/relationships/oleObject" Target="embeddings/oleObject866.bin"/><Relationship Id="rId33" Type="http://schemas.openxmlformats.org/officeDocument/2006/relationships/oleObject" Target="embeddings/oleObject14.bin"/><Relationship Id="rId1601" Type="http://schemas.openxmlformats.org/officeDocument/2006/relationships/oleObject" Target="embeddings/oleObject796.bin"/><Relationship Id="rId3499" Type="http://schemas.openxmlformats.org/officeDocument/2006/relationships/oleObject" Target="embeddings/oleObject1742.bin"/><Relationship Id="rId3359" Type="http://schemas.openxmlformats.org/officeDocument/2006/relationships/image" Target="media/image1682.wmf"/><Relationship Id="rId3566" Type="http://schemas.openxmlformats.org/officeDocument/2006/relationships/oleObject" Target="embeddings/oleObject1775.bin"/><Relationship Id="rId487" Type="http://schemas.openxmlformats.org/officeDocument/2006/relationships/oleObject" Target="embeddings/oleObject241.bin"/><Relationship Id="rId694" Type="http://schemas.openxmlformats.org/officeDocument/2006/relationships/image" Target="media/image346.wmf"/><Relationship Id="rId2168" Type="http://schemas.openxmlformats.org/officeDocument/2006/relationships/oleObject" Target="embeddings/oleObject1077.bin"/><Relationship Id="rId2375" Type="http://schemas.openxmlformats.org/officeDocument/2006/relationships/image" Target="media/image1190.wmf"/><Relationship Id="rId3219" Type="http://schemas.openxmlformats.org/officeDocument/2006/relationships/image" Target="media/image1612.wmf"/><Relationship Id="rId3773" Type="http://schemas.openxmlformats.org/officeDocument/2006/relationships/oleObject" Target="embeddings/oleObject1878.bin"/><Relationship Id="rId3980" Type="http://schemas.openxmlformats.org/officeDocument/2006/relationships/image" Target="media/image1994.wmf"/><Relationship Id="rId4617" Type="http://schemas.openxmlformats.org/officeDocument/2006/relationships/oleObject" Target="embeddings/oleObject2295.bin"/><Relationship Id="rId347" Type="http://schemas.openxmlformats.org/officeDocument/2006/relationships/oleObject" Target="embeddings/oleObject171.bin"/><Relationship Id="rId1184" Type="http://schemas.openxmlformats.org/officeDocument/2006/relationships/image" Target="media/image592.wmf"/><Relationship Id="rId2028" Type="http://schemas.openxmlformats.org/officeDocument/2006/relationships/oleObject" Target="embeddings/oleObject1007.bin"/><Relationship Id="rId2582" Type="http://schemas.openxmlformats.org/officeDocument/2006/relationships/oleObject" Target="embeddings/oleObject1284.bin"/><Relationship Id="rId3426" Type="http://schemas.openxmlformats.org/officeDocument/2006/relationships/oleObject" Target="embeddings/oleObject1706.bin"/><Relationship Id="rId3633" Type="http://schemas.openxmlformats.org/officeDocument/2006/relationships/oleObject" Target="embeddings/oleObject1808.bin"/><Relationship Id="rId3840" Type="http://schemas.openxmlformats.org/officeDocument/2006/relationships/image" Target="media/image1924.wmf"/><Relationship Id="rId554" Type="http://schemas.openxmlformats.org/officeDocument/2006/relationships/image" Target="media/image275.wmf"/><Relationship Id="rId761" Type="http://schemas.openxmlformats.org/officeDocument/2006/relationships/oleObject" Target="embeddings/oleObject376.bin"/><Relationship Id="rId1391" Type="http://schemas.openxmlformats.org/officeDocument/2006/relationships/oleObject" Target="embeddings/oleObject691.bin"/><Relationship Id="rId2235" Type="http://schemas.openxmlformats.org/officeDocument/2006/relationships/image" Target="media/image1120.wmf"/><Relationship Id="rId2442" Type="http://schemas.openxmlformats.org/officeDocument/2006/relationships/oleObject" Target="embeddings/oleObject1214.bin"/><Relationship Id="rId3700" Type="http://schemas.openxmlformats.org/officeDocument/2006/relationships/image" Target="media/image1854.wmf"/><Relationship Id="rId207" Type="http://schemas.openxmlformats.org/officeDocument/2006/relationships/oleObject" Target="embeddings/oleObject101.bin"/><Relationship Id="rId414" Type="http://schemas.openxmlformats.org/officeDocument/2006/relationships/image" Target="media/image205.wmf"/><Relationship Id="rId621" Type="http://schemas.openxmlformats.org/officeDocument/2006/relationships/oleObject" Target="embeddings/oleObject308.bin"/><Relationship Id="rId1044" Type="http://schemas.openxmlformats.org/officeDocument/2006/relationships/image" Target="media/image522.wmf"/><Relationship Id="rId1251" Type="http://schemas.openxmlformats.org/officeDocument/2006/relationships/oleObject" Target="embeddings/oleObject621.bin"/><Relationship Id="rId2302" Type="http://schemas.openxmlformats.org/officeDocument/2006/relationships/oleObject" Target="embeddings/oleObject1144.bin"/><Relationship Id="rId1111" Type="http://schemas.openxmlformats.org/officeDocument/2006/relationships/oleObject" Target="embeddings/oleObject551.bin"/><Relationship Id="rId4267" Type="http://schemas.openxmlformats.org/officeDocument/2006/relationships/image" Target="media/image2138.wmf"/><Relationship Id="rId4474" Type="http://schemas.openxmlformats.org/officeDocument/2006/relationships/image" Target="media/image2243.wmf"/><Relationship Id="rId3076" Type="http://schemas.openxmlformats.org/officeDocument/2006/relationships/oleObject" Target="embeddings/oleObject1531.bin"/><Relationship Id="rId3283" Type="http://schemas.openxmlformats.org/officeDocument/2006/relationships/image" Target="media/image1644.wmf"/><Relationship Id="rId3490" Type="http://schemas.openxmlformats.org/officeDocument/2006/relationships/image" Target="media/image1748.wmf"/><Relationship Id="rId4127" Type="http://schemas.openxmlformats.org/officeDocument/2006/relationships/oleObject" Target="embeddings/oleObject2055.bin"/><Relationship Id="rId4334" Type="http://schemas.openxmlformats.org/officeDocument/2006/relationships/oleObject" Target="embeddings/oleObject2158.bin"/><Relationship Id="rId4541" Type="http://schemas.openxmlformats.org/officeDocument/2006/relationships/oleObject" Target="embeddings/oleObject2260.bin"/><Relationship Id="rId1928" Type="http://schemas.openxmlformats.org/officeDocument/2006/relationships/oleObject" Target="embeddings/oleObject957.bin"/><Relationship Id="rId2092" Type="http://schemas.openxmlformats.org/officeDocument/2006/relationships/oleObject" Target="embeddings/oleObject1039.bin"/><Relationship Id="rId3143" Type="http://schemas.openxmlformats.org/officeDocument/2006/relationships/image" Target="media/image1574.wmf"/><Relationship Id="rId3350" Type="http://schemas.openxmlformats.org/officeDocument/2006/relationships/oleObject" Target="embeddings/oleObject1668.bin"/><Relationship Id="rId271" Type="http://schemas.openxmlformats.org/officeDocument/2006/relationships/oleObject" Target="embeddings/oleObject133.bin"/><Relationship Id="rId3003" Type="http://schemas.openxmlformats.org/officeDocument/2006/relationships/image" Target="media/image1504.wmf"/><Relationship Id="rId4401" Type="http://schemas.openxmlformats.org/officeDocument/2006/relationships/oleObject" Target="embeddings/oleObject2190.bin"/><Relationship Id="rId131" Type="http://schemas.openxmlformats.org/officeDocument/2006/relationships/oleObject" Target="embeddings/oleObject63.bin"/><Relationship Id="rId3210" Type="http://schemas.openxmlformats.org/officeDocument/2006/relationships/oleObject" Target="embeddings/oleObject1598.bin"/><Relationship Id="rId2769" Type="http://schemas.openxmlformats.org/officeDocument/2006/relationships/image" Target="media/image1387.wmf"/><Relationship Id="rId2976" Type="http://schemas.openxmlformats.org/officeDocument/2006/relationships/oleObject" Target="embeddings/oleObject1481.bin"/><Relationship Id="rId948" Type="http://schemas.openxmlformats.org/officeDocument/2006/relationships/image" Target="media/image474.wmf"/><Relationship Id="rId1578" Type="http://schemas.openxmlformats.org/officeDocument/2006/relationships/image" Target="media/image789.wmf"/><Relationship Id="rId1785" Type="http://schemas.openxmlformats.org/officeDocument/2006/relationships/image" Target="media/image893.wmf"/><Relationship Id="rId1992" Type="http://schemas.openxmlformats.org/officeDocument/2006/relationships/oleObject" Target="embeddings/oleObject989.bin"/><Relationship Id="rId2629" Type="http://schemas.openxmlformats.org/officeDocument/2006/relationships/image" Target="media/image1317.wmf"/><Relationship Id="rId2836" Type="http://schemas.openxmlformats.org/officeDocument/2006/relationships/oleObject" Target="embeddings/oleObject1411.bin"/><Relationship Id="rId4191" Type="http://schemas.openxmlformats.org/officeDocument/2006/relationships/oleObject" Target="embeddings/oleObject2087.bin"/><Relationship Id="rId77" Type="http://schemas.openxmlformats.org/officeDocument/2006/relationships/oleObject" Target="embeddings/oleObject36.bin"/><Relationship Id="rId808" Type="http://schemas.openxmlformats.org/officeDocument/2006/relationships/image" Target="media/image404.wmf"/><Relationship Id="rId1438" Type="http://schemas.openxmlformats.org/officeDocument/2006/relationships/image" Target="media/image719.wmf"/><Relationship Id="rId1645" Type="http://schemas.openxmlformats.org/officeDocument/2006/relationships/oleObject" Target="embeddings/oleObject818.bin"/><Relationship Id="rId4051" Type="http://schemas.openxmlformats.org/officeDocument/2006/relationships/oleObject" Target="embeddings/oleObject2017.bin"/><Relationship Id="rId1852" Type="http://schemas.openxmlformats.org/officeDocument/2006/relationships/oleObject" Target="embeddings/oleObject919.bin"/><Relationship Id="rId2903" Type="http://schemas.openxmlformats.org/officeDocument/2006/relationships/image" Target="media/image1454.wmf"/><Relationship Id="rId1505" Type="http://schemas.openxmlformats.org/officeDocument/2006/relationships/oleObject" Target="embeddings/oleObject748.bin"/><Relationship Id="rId1712" Type="http://schemas.openxmlformats.org/officeDocument/2006/relationships/image" Target="media/image856.wmf"/><Relationship Id="rId3677" Type="http://schemas.openxmlformats.org/officeDocument/2006/relationships/oleObject" Target="embeddings/oleObject1830.bin"/><Relationship Id="rId3884" Type="http://schemas.openxmlformats.org/officeDocument/2006/relationships/image" Target="media/image1946.wmf"/><Relationship Id="rId598" Type="http://schemas.openxmlformats.org/officeDocument/2006/relationships/image" Target="media/image297.wmf"/><Relationship Id="rId2279" Type="http://schemas.openxmlformats.org/officeDocument/2006/relationships/image" Target="media/image1142.wmf"/><Relationship Id="rId2486" Type="http://schemas.openxmlformats.org/officeDocument/2006/relationships/oleObject" Target="embeddings/oleObject1236.bin"/><Relationship Id="rId2693" Type="http://schemas.openxmlformats.org/officeDocument/2006/relationships/image" Target="media/image1349.wmf"/><Relationship Id="rId3537" Type="http://schemas.openxmlformats.org/officeDocument/2006/relationships/image" Target="media/image1772.wmf"/><Relationship Id="rId3744" Type="http://schemas.openxmlformats.org/officeDocument/2006/relationships/image" Target="media/image1876.wmf"/><Relationship Id="rId3951" Type="http://schemas.openxmlformats.org/officeDocument/2006/relationships/oleObject" Target="embeddings/oleObject1967.bin"/><Relationship Id="rId458" Type="http://schemas.openxmlformats.org/officeDocument/2006/relationships/image" Target="media/image227.wmf"/><Relationship Id="rId665" Type="http://schemas.openxmlformats.org/officeDocument/2006/relationships/oleObject" Target="embeddings/oleObject329.bin"/><Relationship Id="rId872" Type="http://schemas.openxmlformats.org/officeDocument/2006/relationships/image" Target="media/image436.wmf"/><Relationship Id="rId1088" Type="http://schemas.openxmlformats.org/officeDocument/2006/relationships/image" Target="media/image544.wmf"/><Relationship Id="rId1295" Type="http://schemas.openxmlformats.org/officeDocument/2006/relationships/oleObject" Target="embeddings/oleObject643.bin"/><Relationship Id="rId2139" Type="http://schemas.openxmlformats.org/officeDocument/2006/relationships/image" Target="media/image1072.wmf"/><Relationship Id="rId2346" Type="http://schemas.openxmlformats.org/officeDocument/2006/relationships/oleObject" Target="embeddings/oleObject1166.bin"/><Relationship Id="rId2553" Type="http://schemas.openxmlformats.org/officeDocument/2006/relationships/image" Target="media/image1279.wmf"/><Relationship Id="rId2760" Type="http://schemas.openxmlformats.org/officeDocument/2006/relationships/oleObject" Target="embeddings/oleObject1373.bin"/><Relationship Id="rId3604" Type="http://schemas.openxmlformats.org/officeDocument/2006/relationships/image" Target="media/image1806.wmf"/><Relationship Id="rId3811" Type="http://schemas.openxmlformats.org/officeDocument/2006/relationships/oleObject" Target="embeddings/oleObject1897.bin"/><Relationship Id="rId318" Type="http://schemas.openxmlformats.org/officeDocument/2006/relationships/image" Target="media/image157.wmf"/><Relationship Id="rId525" Type="http://schemas.openxmlformats.org/officeDocument/2006/relationships/oleObject" Target="embeddings/oleObject260.bin"/><Relationship Id="rId732" Type="http://schemas.openxmlformats.org/officeDocument/2006/relationships/image" Target="media/image366.wmf"/><Relationship Id="rId1155" Type="http://schemas.openxmlformats.org/officeDocument/2006/relationships/oleObject" Target="embeddings/oleObject573.bin"/><Relationship Id="rId1362" Type="http://schemas.openxmlformats.org/officeDocument/2006/relationships/image" Target="media/image681.wmf"/><Relationship Id="rId2206" Type="http://schemas.openxmlformats.org/officeDocument/2006/relationships/oleObject" Target="embeddings/oleObject1096.bin"/><Relationship Id="rId2413" Type="http://schemas.openxmlformats.org/officeDocument/2006/relationships/image" Target="media/image1209.wmf"/><Relationship Id="rId2620" Type="http://schemas.openxmlformats.org/officeDocument/2006/relationships/oleObject" Target="embeddings/oleObject1303.bin"/><Relationship Id="rId1015" Type="http://schemas.openxmlformats.org/officeDocument/2006/relationships/oleObject" Target="embeddings/oleObject503.bin"/><Relationship Id="rId1222" Type="http://schemas.openxmlformats.org/officeDocument/2006/relationships/image" Target="media/image611.wmf"/><Relationship Id="rId4378" Type="http://schemas.openxmlformats.org/officeDocument/2006/relationships/image" Target="media/image2193.wmf"/><Relationship Id="rId4585" Type="http://schemas.openxmlformats.org/officeDocument/2006/relationships/oleObject" Target="embeddings/oleObject2282.bin"/><Relationship Id="rId3187" Type="http://schemas.openxmlformats.org/officeDocument/2006/relationships/image" Target="media/image1596.wmf"/><Relationship Id="rId3394" Type="http://schemas.openxmlformats.org/officeDocument/2006/relationships/oleObject" Target="embeddings/oleObject1690.bin"/><Relationship Id="rId4238" Type="http://schemas.openxmlformats.org/officeDocument/2006/relationships/image" Target="media/image2123.wmf"/><Relationship Id="rId3047" Type="http://schemas.openxmlformats.org/officeDocument/2006/relationships/image" Target="media/image1526.wmf"/><Relationship Id="rId4445" Type="http://schemas.openxmlformats.org/officeDocument/2006/relationships/oleObject" Target="embeddings/oleObject2212.bin"/><Relationship Id="rId4652" Type="http://schemas.openxmlformats.org/officeDocument/2006/relationships/oleObject" Target="embeddings/oleObject2314.bin"/><Relationship Id="rId175" Type="http://schemas.openxmlformats.org/officeDocument/2006/relationships/oleObject" Target="embeddings/oleObject85.bin"/><Relationship Id="rId3254" Type="http://schemas.openxmlformats.org/officeDocument/2006/relationships/oleObject" Target="embeddings/oleObject1620.bin"/><Relationship Id="rId3461" Type="http://schemas.openxmlformats.org/officeDocument/2006/relationships/image" Target="media/image1733.wmf"/><Relationship Id="rId4305" Type="http://schemas.openxmlformats.org/officeDocument/2006/relationships/image" Target="media/image2157.wmf"/><Relationship Id="rId4512" Type="http://schemas.openxmlformats.org/officeDocument/2006/relationships/image" Target="media/image2262.wmf"/><Relationship Id="rId382" Type="http://schemas.openxmlformats.org/officeDocument/2006/relationships/image" Target="media/image189.wmf"/><Relationship Id="rId2063" Type="http://schemas.openxmlformats.org/officeDocument/2006/relationships/image" Target="media/image1034.wmf"/><Relationship Id="rId2270" Type="http://schemas.openxmlformats.org/officeDocument/2006/relationships/oleObject" Target="embeddings/oleObject1128.bin"/><Relationship Id="rId3114" Type="http://schemas.openxmlformats.org/officeDocument/2006/relationships/oleObject" Target="embeddings/oleObject1550.bin"/><Relationship Id="rId3321" Type="http://schemas.openxmlformats.org/officeDocument/2006/relationships/image" Target="media/image1663.wmf"/><Relationship Id="rId242" Type="http://schemas.openxmlformats.org/officeDocument/2006/relationships/image" Target="media/image119.wmf"/><Relationship Id="rId2130" Type="http://schemas.openxmlformats.org/officeDocument/2006/relationships/oleObject" Target="embeddings/oleObject1058.bin"/><Relationship Id="rId102" Type="http://schemas.openxmlformats.org/officeDocument/2006/relationships/image" Target="media/image49.wmf"/><Relationship Id="rId1689" Type="http://schemas.openxmlformats.org/officeDocument/2006/relationships/oleObject" Target="embeddings/oleObject840.bin"/><Relationship Id="rId4095" Type="http://schemas.openxmlformats.org/officeDocument/2006/relationships/oleObject" Target="embeddings/oleObject2039.bin"/><Relationship Id="rId1896" Type="http://schemas.openxmlformats.org/officeDocument/2006/relationships/oleObject" Target="embeddings/oleObject941.bin"/><Relationship Id="rId2947" Type="http://schemas.openxmlformats.org/officeDocument/2006/relationships/image" Target="media/image1476.wmf"/><Relationship Id="rId4162" Type="http://schemas.openxmlformats.org/officeDocument/2006/relationships/image" Target="media/image2085.wmf"/><Relationship Id="rId919" Type="http://schemas.openxmlformats.org/officeDocument/2006/relationships/oleObject" Target="embeddings/oleObject455.bin"/><Relationship Id="rId1549" Type="http://schemas.openxmlformats.org/officeDocument/2006/relationships/oleObject" Target="embeddings/oleObject770.bin"/><Relationship Id="rId1756" Type="http://schemas.openxmlformats.org/officeDocument/2006/relationships/image" Target="media/image878.wmf"/><Relationship Id="rId1963" Type="http://schemas.openxmlformats.org/officeDocument/2006/relationships/image" Target="media/image984.wmf"/><Relationship Id="rId2807" Type="http://schemas.openxmlformats.org/officeDocument/2006/relationships/image" Target="media/image1406.wmf"/><Relationship Id="rId4022" Type="http://schemas.openxmlformats.org/officeDocument/2006/relationships/image" Target="media/image2015.wmf"/><Relationship Id="rId48" Type="http://schemas.openxmlformats.org/officeDocument/2006/relationships/image" Target="media/image22.wmf"/><Relationship Id="rId1409" Type="http://schemas.openxmlformats.org/officeDocument/2006/relationships/oleObject" Target="embeddings/oleObject700.bin"/><Relationship Id="rId1616" Type="http://schemas.openxmlformats.org/officeDocument/2006/relationships/image" Target="media/image808.wmf"/><Relationship Id="rId1823" Type="http://schemas.openxmlformats.org/officeDocument/2006/relationships/image" Target="media/image912.wmf"/><Relationship Id="rId3788" Type="http://schemas.openxmlformats.org/officeDocument/2006/relationships/image" Target="media/image1898.wmf"/><Relationship Id="rId3995" Type="http://schemas.openxmlformats.org/officeDocument/2006/relationships/oleObject" Target="embeddings/oleObject1989.bin"/><Relationship Id="rId2597" Type="http://schemas.openxmlformats.org/officeDocument/2006/relationships/image" Target="media/image1301.wmf"/><Relationship Id="rId3648" Type="http://schemas.openxmlformats.org/officeDocument/2006/relationships/image" Target="media/image1828.wmf"/><Relationship Id="rId3855" Type="http://schemas.openxmlformats.org/officeDocument/2006/relationships/oleObject" Target="embeddings/oleObject1919.bin"/><Relationship Id="rId569" Type="http://schemas.openxmlformats.org/officeDocument/2006/relationships/oleObject" Target="embeddings/oleObject282.bin"/><Relationship Id="rId776" Type="http://schemas.openxmlformats.org/officeDocument/2006/relationships/image" Target="media/image388.wmf"/><Relationship Id="rId983" Type="http://schemas.openxmlformats.org/officeDocument/2006/relationships/oleObject" Target="embeddings/oleObject487.bin"/><Relationship Id="rId1199" Type="http://schemas.openxmlformats.org/officeDocument/2006/relationships/oleObject" Target="embeddings/oleObject595.bin"/><Relationship Id="rId2457" Type="http://schemas.openxmlformats.org/officeDocument/2006/relationships/image" Target="media/image1231.wmf"/><Relationship Id="rId2664" Type="http://schemas.openxmlformats.org/officeDocument/2006/relationships/oleObject" Target="embeddings/oleObject1325.bin"/><Relationship Id="rId3508" Type="http://schemas.openxmlformats.org/officeDocument/2006/relationships/image" Target="media/image1757.wmf"/><Relationship Id="rId429" Type="http://schemas.openxmlformats.org/officeDocument/2006/relationships/oleObject" Target="embeddings/oleObject212.bin"/><Relationship Id="rId636" Type="http://schemas.openxmlformats.org/officeDocument/2006/relationships/image" Target="media/image316.wmf"/><Relationship Id="rId1059" Type="http://schemas.openxmlformats.org/officeDocument/2006/relationships/oleObject" Target="embeddings/oleObject525.bin"/><Relationship Id="rId1266" Type="http://schemas.openxmlformats.org/officeDocument/2006/relationships/image" Target="media/image633.wmf"/><Relationship Id="rId1473" Type="http://schemas.openxmlformats.org/officeDocument/2006/relationships/oleObject" Target="embeddings/oleObject732.bin"/><Relationship Id="rId2317" Type="http://schemas.openxmlformats.org/officeDocument/2006/relationships/image" Target="media/image1161.wmf"/><Relationship Id="rId2871" Type="http://schemas.openxmlformats.org/officeDocument/2006/relationships/image" Target="media/image1438.wmf"/><Relationship Id="rId3715" Type="http://schemas.openxmlformats.org/officeDocument/2006/relationships/oleObject" Target="embeddings/oleObject1849.bin"/><Relationship Id="rId3922" Type="http://schemas.openxmlformats.org/officeDocument/2006/relationships/image" Target="media/image1965.wmf"/><Relationship Id="rId843" Type="http://schemas.openxmlformats.org/officeDocument/2006/relationships/oleObject" Target="embeddings/oleObject417.bin"/><Relationship Id="rId1126" Type="http://schemas.openxmlformats.org/officeDocument/2006/relationships/image" Target="media/image563.wmf"/><Relationship Id="rId1680" Type="http://schemas.openxmlformats.org/officeDocument/2006/relationships/image" Target="media/image840.wmf"/><Relationship Id="rId2524" Type="http://schemas.openxmlformats.org/officeDocument/2006/relationships/oleObject" Target="embeddings/oleObject1255.bin"/><Relationship Id="rId2731" Type="http://schemas.openxmlformats.org/officeDocument/2006/relationships/image" Target="media/image1368.wmf"/><Relationship Id="rId703" Type="http://schemas.openxmlformats.org/officeDocument/2006/relationships/image" Target="media/image351.wmf"/><Relationship Id="rId910" Type="http://schemas.openxmlformats.org/officeDocument/2006/relationships/image" Target="media/image455.wmf"/><Relationship Id="rId1333" Type="http://schemas.openxmlformats.org/officeDocument/2006/relationships/oleObject" Target="embeddings/oleObject662.bin"/><Relationship Id="rId1540" Type="http://schemas.openxmlformats.org/officeDocument/2006/relationships/image" Target="media/image770.wmf"/><Relationship Id="rId4489" Type="http://schemas.openxmlformats.org/officeDocument/2006/relationships/oleObject" Target="embeddings/oleObject2234.bin"/><Relationship Id="rId1400" Type="http://schemas.openxmlformats.org/officeDocument/2006/relationships/image" Target="media/image700.wmf"/><Relationship Id="rId3298" Type="http://schemas.openxmlformats.org/officeDocument/2006/relationships/oleObject" Target="embeddings/oleObject1642.bin"/><Relationship Id="rId4349" Type="http://schemas.openxmlformats.org/officeDocument/2006/relationships/oleObject" Target="embeddings/oleObject2166.bin"/><Relationship Id="rId4556" Type="http://schemas.openxmlformats.org/officeDocument/2006/relationships/image" Target="media/image2284.wmf"/><Relationship Id="rId3158" Type="http://schemas.openxmlformats.org/officeDocument/2006/relationships/oleObject" Target="embeddings/oleObject1572.bin"/><Relationship Id="rId3365" Type="http://schemas.openxmlformats.org/officeDocument/2006/relationships/image" Target="media/image1685.wmf"/><Relationship Id="rId3572" Type="http://schemas.openxmlformats.org/officeDocument/2006/relationships/oleObject" Target="embeddings/oleObject1778.bin"/><Relationship Id="rId4209" Type="http://schemas.openxmlformats.org/officeDocument/2006/relationships/oleObject" Target="embeddings/oleObject2096.bin"/><Relationship Id="rId4416" Type="http://schemas.openxmlformats.org/officeDocument/2006/relationships/image" Target="media/image2214.wmf"/><Relationship Id="rId4623" Type="http://schemas.openxmlformats.org/officeDocument/2006/relationships/oleObject" Target="embeddings/oleObject2298.bin"/><Relationship Id="rId286" Type="http://schemas.openxmlformats.org/officeDocument/2006/relationships/image" Target="media/image141.wmf"/><Relationship Id="rId493" Type="http://schemas.openxmlformats.org/officeDocument/2006/relationships/oleObject" Target="embeddings/oleObject244.bin"/><Relationship Id="rId2174" Type="http://schemas.openxmlformats.org/officeDocument/2006/relationships/oleObject" Target="embeddings/oleObject1080.bin"/><Relationship Id="rId2381" Type="http://schemas.openxmlformats.org/officeDocument/2006/relationships/image" Target="media/image1193.wmf"/><Relationship Id="rId3018" Type="http://schemas.openxmlformats.org/officeDocument/2006/relationships/oleObject" Target="embeddings/oleObject1502.bin"/><Relationship Id="rId3225" Type="http://schemas.openxmlformats.org/officeDocument/2006/relationships/image" Target="media/image1615.wmf"/><Relationship Id="rId3432" Type="http://schemas.openxmlformats.org/officeDocument/2006/relationships/oleObject" Target="embeddings/oleObject1709.bin"/><Relationship Id="rId146" Type="http://schemas.openxmlformats.org/officeDocument/2006/relationships/image" Target="media/image71.wmf"/><Relationship Id="rId353" Type="http://schemas.openxmlformats.org/officeDocument/2006/relationships/oleObject" Target="embeddings/oleObject174.bin"/><Relationship Id="rId560" Type="http://schemas.openxmlformats.org/officeDocument/2006/relationships/image" Target="media/image278.wmf"/><Relationship Id="rId1190" Type="http://schemas.openxmlformats.org/officeDocument/2006/relationships/image" Target="media/image595.wmf"/><Relationship Id="rId2034" Type="http://schemas.openxmlformats.org/officeDocument/2006/relationships/oleObject" Target="embeddings/oleObject1010.bin"/><Relationship Id="rId2241" Type="http://schemas.openxmlformats.org/officeDocument/2006/relationships/image" Target="media/image1123.wmf"/><Relationship Id="rId213" Type="http://schemas.openxmlformats.org/officeDocument/2006/relationships/oleObject" Target="embeddings/oleObject104.bin"/><Relationship Id="rId420" Type="http://schemas.openxmlformats.org/officeDocument/2006/relationships/image" Target="media/image208.wmf"/><Relationship Id="rId1050" Type="http://schemas.openxmlformats.org/officeDocument/2006/relationships/image" Target="media/image525.wmf"/><Relationship Id="rId2101" Type="http://schemas.openxmlformats.org/officeDocument/2006/relationships/image" Target="media/image1053.wmf"/><Relationship Id="rId4066" Type="http://schemas.openxmlformats.org/officeDocument/2006/relationships/image" Target="media/image2037.wmf"/><Relationship Id="rId1867" Type="http://schemas.openxmlformats.org/officeDocument/2006/relationships/image" Target="media/image936.wmf"/><Relationship Id="rId2918" Type="http://schemas.openxmlformats.org/officeDocument/2006/relationships/oleObject" Target="embeddings/oleObject1452.bin"/><Relationship Id="rId4273" Type="http://schemas.openxmlformats.org/officeDocument/2006/relationships/image" Target="media/image2141.wmf"/><Relationship Id="rId4480" Type="http://schemas.openxmlformats.org/officeDocument/2006/relationships/image" Target="media/image2246.wmf"/><Relationship Id="rId1727" Type="http://schemas.openxmlformats.org/officeDocument/2006/relationships/oleObject" Target="embeddings/oleObject859.bin"/><Relationship Id="rId1934" Type="http://schemas.openxmlformats.org/officeDocument/2006/relationships/oleObject" Target="embeddings/oleObject960.bin"/><Relationship Id="rId3082" Type="http://schemas.openxmlformats.org/officeDocument/2006/relationships/oleObject" Target="embeddings/oleObject1534.bin"/><Relationship Id="rId4133" Type="http://schemas.openxmlformats.org/officeDocument/2006/relationships/oleObject" Target="embeddings/oleObject2058.bin"/><Relationship Id="rId4340" Type="http://schemas.openxmlformats.org/officeDocument/2006/relationships/image" Target="media/image2174.wmf"/><Relationship Id="rId19" Type="http://schemas.openxmlformats.org/officeDocument/2006/relationships/oleObject" Target="embeddings/oleObject7.bin"/><Relationship Id="rId3899" Type="http://schemas.openxmlformats.org/officeDocument/2006/relationships/oleObject" Target="embeddings/oleObject1941.bin"/><Relationship Id="rId4200" Type="http://schemas.openxmlformats.org/officeDocument/2006/relationships/image" Target="media/image2104.wmf"/><Relationship Id="rId3759" Type="http://schemas.openxmlformats.org/officeDocument/2006/relationships/oleObject" Target="embeddings/oleObject1871.bin"/><Relationship Id="rId3966" Type="http://schemas.openxmlformats.org/officeDocument/2006/relationships/image" Target="media/image1987.wmf"/><Relationship Id="rId3" Type="http://schemas.openxmlformats.org/officeDocument/2006/relationships/styles" Target="styles.xml"/><Relationship Id="rId887" Type="http://schemas.openxmlformats.org/officeDocument/2006/relationships/oleObject" Target="embeddings/oleObject439.bin"/><Relationship Id="rId2568" Type="http://schemas.openxmlformats.org/officeDocument/2006/relationships/oleObject" Target="embeddings/oleObject1277.bin"/><Relationship Id="rId2775" Type="http://schemas.openxmlformats.org/officeDocument/2006/relationships/image" Target="media/image1390.wmf"/><Relationship Id="rId2982" Type="http://schemas.openxmlformats.org/officeDocument/2006/relationships/oleObject" Target="embeddings/oleObject1484.bin"/><Relationship Id="rId3619" Type="http://schemas.openxmlformats.org/officeDocument/2006/relationships/oleObject" Target="embeddings/oleObject1801.bin"/><Relationship Id="rId3826" Type="http://schemas.openxmlformats.org/officeDocument/2006/relationships/image" Target="media/image1917.wmf"/><Relationship Id="rId747" Type="http://schemas.openxmlformats.org/officeDocument/2006/relationships/oleObject" Target="embeddings/oleObject369.bin"/><Relationship Id="rId954" Type="http://schemas.openxmlformats.org/officeDocument/2006/relationships/image" Target="media/image477.wmf"/><Relationship Id="rId1377" Type="http://schemas.openxmlformats.org/officeDocument/2006/relationships/oleObject" Target="embeddings/oleObject684.bin"/><Relationship Id="rId1584" Type="http://schemas.openxmlformats.org/officeDocument/2006/relationships/image" Target="media/image792.wmf"/><Relationship Id="rId1791" Type="http://schemas.openxmlformats.org/officeDocument/2006/relationships/image" Target="media/image896.wmf"/><Relationship Id="rId2428" Type="http://schemas.openxmlformats.org/officeDocument/2006/relationships/oleObject" Target="embeddings/oleObject1207.bin"/><Relationship Id="rId2635" Type="http://schemas.openxmlformats.org/officeDocument/2006/relationships/image" Target="media/image1320.wmf"/><Relationship Id="rId2842" Type="http://schemas.openxmlformats.org/officeDocument/2006/relationships/oleObject" Target="embeddings/oleObject1414.bin"/><Relationship Id="rId83" Type="http://schemas.openxmlformats.org/officeDocument/2006/relationships/oleObject" Target="embeddings/oleObject39.bin"/><Relationship Id="rId607" Type="http://schemas.openxmlformats.org/officeDocument/2006/relationships/oleObject" Target="embeddings/oleObject301.bin"/><Relationship Id="rId814" Type="http://schemas.openxmlformats.org/officeDocument/2006/relationships/image" Target="media/image407.wmf"/><Relationship Id="rId1237" Type="http://schemas.openxmlformats.org/officeDocument/2006/relationships/oleObject" Target="embeddings/oleObject614.bin"/><Relationship Id="rId1444" Type="http://schemas.openxmlformats.org/officeDocument/2006/relationships/image" Target="media/image722.wmf"/><Relationship Id="rId1651" Type="http://schemas.openxmlformats.org/officeDocument/2006/relationships/oleObject" Target="embeddings/oleObject821.bin"/><Relationship Id="rId2702" Type="http://schemas.openxmlformats.org/officeDocument/2006/relationships/oleObject" Target="embeddings/oleObject1344.bin"/><Relationship Id="rId1304" Type="http://schemas.openxmlformats.org/officeDocument/2006/relationships/image" Target="media/image652.wmf"/><Relationship Id="rId1511" Type="http://schemas.openxmlformats.org/officeDocument/2006/relationships/oleObject" Target="embeddings/oleObject751.bin"/><Relationship Id="rId3269" Type="http://schemas.openxmlformats.org/officeDocument/2006/relationships/image" Target="media/image1637.wmf"/><Relationship Id="rId3476" Type="http://schemas.openxmlformats.org/officeDocument/2006/relationships/image" Target="media/image1741.wmf"/><Relationship Id="rId3683" Type="http://schemas.openxmlformats.org/officeDocument/2006/relationships/oleObject" Target="embeddings/oleObject1833.bin"/><Relationship Id="rId4527" Type="http://schemas.openxmlformats.org/officeDocument/2006/relationships/oleObject" Target="embeddings/oleObject2253.bin"/><Relationship Id="rId10" Type="http://schemas.openxmlformats.org/officeDocument/2006/relationships/image" Target="media/image3.wmf"/><Relationship Id="rId397" Type="http://schemas.openxmlformats.org/officeDocument/2006/relationships/oleObject" Target="embeddings/oleObject196.bin"/><Relationship Id="rId2078" Type="http://schemas.openxmlformats.org/officeDocument/2006/relationships/oleObject" Target="embeddings/oleObject1032.bin"/><Relationship Id="rId2285" Type="http://schemas.openxmlformats.org/officeDocument/2006/relationships/image" Target="media/image1145.wmf"/><Relationship Id="rId2492" Type="http://schemas.openxmlformats.org/officeDocument/2006/relationships/oleObject" Target="embeddings/oleObject1239.bin"/><Relationship Id="rId3129" Type="http://schemas.openxmlformats.org/officeDocument/2006/relationships/image" Target="media/image1567.wmf"/><Relationship Id="rId3336" Type="http://schemas.openxmlformats.org/officeDocument/2006/relationships/oleObject" Target="embeddings/oleObject1661.bin"/><Relationship Id="rId3890" Type="http://schemas.openxmlformats.org/officeDocument/2006/relationships/image" Target="media/image1949.wmf"/><Relationship Id="rId257" Type="http://schemas.openxmlformats.org/officeDocument/2006/relationships/oleObject" Target="embeddings/oleObject126.bin"/><Relationship Id="rId464" Type="http://schemas.openxmlformats.org/officeDocument/2006/relationships/image" Target="media/image230.wmf"/><Relationship Id="rId1094" Type="http://schemas.openxmlformats.org/officeDocument/2006/relationships/image" Target="media/image547.wmf"/><Relationship Id="rId2145" Type="http://schemas.openxmlformats.org/officeDocument/2006/relationships/image" Target="media/image1075.wmf"/><Relationship Id="rId3543" Type="http://schemas.openxmlformats.org/officeDocument/2006/relationships/image" Target="media/image1775.wmf"/><Relationship Id="rId3750" Type="http://schemas.openxmlformats.org/officeDocument/2006/relationships/image" Target="media/image1879.wmf"/><Relationship Id="rId117" Type="http://schemas.openxmlformats.org/officeDocument/2006/relationships/oleObject" Target="embeddings/oleObject56.bin"/><Relationship Id="rId671" Type="http://schemas.openxmlformats.org/officeDocument/2006/relationships/oleObject" Target="embeddings/oleObject332.bin"/><Relationship Id="rId2352" Type="http://schemas.openxmlformats.org/officeDocument/2006/relationships/oleObject" Target="embeddings/oleObject1169.bin"/><Relationship Id="rId3403" Type="http://schemas.openxmlformats.org/officeDocument/2006/relationships/image" Target="media/image1704.wmf"/><Relationship Id="rId3610" Type="http://schemas.openxmlformats.org/officeDocument/2006/relationships/image" Target="media/image1809.wmf"/><Relationship Id="rId324" Type="http://schemas.openxmlformats.org/officeDocument/2006/relationships/image" Target="media/image160.wmf"/><Relationship Id="rId531" Type="http://schemas.openxmlformats.org/officeDocument/2006/relationships/oleObject" Target="embeddings/oleObject263.bin"/><Relationship Id="rId1161" Type="http://schemas.openxmlformats.org/officeDocument/2006/relationships/oleObject" Target="embeddings/oleObject576.bin"/><Relationship Id="rId2005" Type="http://schemas.openxmlformats.org/officeDocument/2006/relationships/image" Target="media/image1005.wmf"/><Relationship Id="rId2212" Type="http://schemas.openxmlformats.org/officeDocument/2006/relationships/oleObject" Target="embeddings/oleObject1099.bin"/><Relationship Id="rId1021" Type="http://schemas.openxmlformats.org/officeDocument/2006/relationships/oleObject" Target="embeddings/oleObject506.bin"/><Relationship Id="rId1978" Type="http://schemas.openxmlformats.org/officeDocument/2006/relationships/oleObject" Target="embeddings/oleObject982.bin"/><Relationship Id="rId4177" Type="http://schemas.openxmlformats.org/officeDocument/2006/relationships/oleObject" Target="embeddings/oleObject2080.bin"/><Relationship Id="rId4384" Type="http://schemas.openxmlformats.org/officeDocument/2006/relationships/image" Target="media/image2196.wmf"/><Relationship Id="rId4591" Type="http://schemas.openxmlformats.org/officeDocument/2006/relationships/oleObject" Target="embeddings/oleObject2285.bin"/><Relationship Id="rId3193" Type="http://schemas.openxmlformats.org/officeDocument/2006/relationships/image" Target="media/image1599.wmf"/><Relationship Id="rId4037" Type="http://schemas.openxmlformats.org/officeDocument/2006/relationships/oleObject" Target="embeddings/oleObject2010.bin"/><Relationship Id="rId4244" Type="http://schemas.openxmlformats.org/officeDocument/2006/relationships/image" Target="media/image2126.wmf"/><Relationship Id="rId4451" Type="http://schemas.openxmlformats.org/officeDocument/2006/relationships/oleObject" Target="embeddings/oleObject2215.bin"/><Relationship Id="rId1838" Type="http://schemas.openxmlformats.org/officeDocument/2006/relationships/oleObject" Target="embeddings/oleObject914.bin"/><Relationship Id="rId3053" Type="http://schemas.openxmlformats.org/officeDocument/2006/relationships/image" Target="media/image1529.wmf"/><Relationship Id="rId3260" Type="http://schemas.openxmlformats.org/officeDocument/2006/relationships/oleObject" Target="embeddings/oleObject1623.bin"/><Relationship Id="rId4104" Type="http://schemas.openxmlformats.org/officeDocument/2006/relationships/image" Target="media/image2056.wmf"/><Relationship Id="rId4311" Type="http://schemas.openxmlformats.org/officeDocument/2006/relationships/image" Target="media/image2160.wmf"/><Relationship Id="rId181" Type="http://schemas.openxmlformats.org/officeDocument/2006/relationships/oleObject" Target="embeddings/oleObject88.bin"/><Relationship Id="rId1905" Type="http://schemas.openxmlformats.org/officeDocument/2006/relationships/image" Target="media/image955.wmf"/><Relationship Id="rId3120" Type="http://schemas.openxmlformats.org/officeDocument/2006/relationships/oleObject" Target="embeddings/oleObject1553.bin"/><Relationship Id="rId998" Type="http://schemas.openxmlformats.org/officeDocument/2006/relationships/image" Target="media/image499.wmf"/><Relationship Id="rId2679" Type="http://schemas.openxmlformats.org/officeDocument/2006/relationships/image" Target="media/image1342.wmf"/><Relationship Id="rId2886" Type="http://schemas.openxmlformats.org/officeDocument/2006/relationships/oleObject" Target="embeddings/oleObject1436.bin"/><Relationship Id="rId3937" Type="http://schemas.openxmlformats.org/officeDocument/2006/relationships/oleObject" Target="embeddings/oleObject1960.bin"/><Relationship Id="rId858" Type="http://schemas.openxmlformats.org/officeDocument/2006/relationships/image" Target="media/image429.wmf"/><Relationship Id="rId1488" Type="http://schemas.openxmlformats.org/officeDocument/2006/relationships/image" Target="media/image744.wmf"/><Relationship Id="rId1695" Type="http://schemas.openxmlformats.org/officeDocument/2006/relationships/oleObject" Target="embeddings/oleObject843.bin"/><Relationship Id="rId2539" Type="http://schemas.openxmlformats.org/officeDocument/2006/relationships/image" Target="media/image1272.wmf"/><Relationship Id="rId2746" Type="http://schemas.openxmlformats.org/officeDocument/2006/relationships/oleObject" Target="embeddings/oleObject1366.bin"/><Relationship Id="rId2953" Type="http://schemas.openxmlformats.org/officeDocument/2006/relationships/image" Target="media/image1479.wmf"/><Relationship Id="rId718" Type="http://schemas.openxmlformats.org/officeDocument/2006/relationships/oleObject" Target="embeddings/oleObject355.bin"/><Relationship Id="rId925" Type="http://schemas.openxmlformats.org/officeDocument/2006/relationships/oleObject" Target="embeddings/oleObject458.bin"/><Relationship Id="rId1348" Type="http://schemas.openxmlformats.org/officeDocument/2006/relationships/image" Target="media/image674.wmf"/><Relationship Id="rId1555" Type="http://schemas.openxmlformats.org/officeDocument/2006/relationships/oleObject" Target="embeddings/oleObject773.bin"/><Relationship Id="rId1762" Type="http://schemas.openxmlformats.org/officeDocument/2006/relationships/image" Target="media/image881.wmf"/><Relationship Id="rId2606" Type="http://schemas.openxmlformats.org/officeDocument/2006/relationships/oleObject" Target="embeddings/oleObject1296.bin"/><Relationship Id="rId1208" Type="http://schemas.openxmlformats.org/officeDocument/2006/relationships/image" Target="media/image604.wmf"/><Relationship Id="rId1415" Type="http://schemas.openxmlformats.org/officeDocument/2006/relationships/oleObject" Target="embeddings/oleObject703.bin"/><Relationship Id="rId2813" Type="http://schemas.openxmlformats.org/officeDocument/2006/relationships/image" Target="media/image1409.wmf"/><Relationship Id="rId54" Type="http://schemas.openxmlformats.org/officeDocument/2006/relationships/image" Target="media/image25.wmf"/><Relationship Id="rId1622" Type="http://schemas.openxmlformats.org/officeDocument/2006/relationships/image" Target="media/image811.wmf"/><Relationship Id="rId2189" Type="http://schemas.openxmlformats.org/officeDocument/2006/relationships/image" Target="media/image1097.wmf"/><Relationship Id="rId3587" Type="http://schemas.openxmlformats.org/officeDocument/2006/relationships/oleObject" Target="embeddings/oleObject1785.bin"/><Relationship Id="rId3794" Type="http://schemas.openxmlformats.org/officeDocument/2006/relationships/image" Target="media/image1901.wmf"/><Relationship Id="rId4638" Type="http://schemas.openxmlformats.org/officeDocument/2006/relationships/oleObject" Target="embeddings/oleObject2306.bin"/><Relationship Id="rId2396" Type="http://schemas.openxmlformats.org/officeDocument/2006/relationships/oleObject" Target="embeddings/oleObject1191.bin"/><Relationship Id="rId3447" Type="http://schemas.openxmlformats.org/officeDocument/2006/relationships/image" Target="media/image1726.wmf"/><Relationship Id="rId3654" Type="http://schemas.openxmlformats.org/officeDocument/2006/relationships/image" Target="media/image1831.wmf"/><Relationship Id="rId3861" Type="http://schemas.openxmlformats.org/officeDocument/2006/relationships/oleObject" Target="embeddings/oleObject1922.bin"/><Relationship Id="rId368" Type="http://schemas.openxmlformats.org/officeDocument/2006/relationships/image" Target="media/image182.wmf"/><Relationship Id="rId575" Type="http://schemas.openxmlformats.org/officeDocument/2006/relationships/oleObject" Target="embeddings/oleObject285.bin"/><Relationship Id="rId782" Type="http://schemas.openxmlformats.org/officeDocument/2006/relationships/image" Target="media/image391.wmf"/><Relationship Id="rId2049" Type="http://schemas.openxmlformats.org/officeDocument/2006/relationships/image" Target="media/image1027.wmf"/><Relationship Id="rId2256" Type="http://schemas.openxmlformats.org/officeDocument/2006/relationships/oleObject" Target="embeddings/oleObject1121.bin"/><Relationship Id="rId2463" Type="http://schemas.openxmlformats.org/officeDocument/2006/relationships/image" Target="media/image1234.wmf"/><Relationship Id="rId2670" Type="http://schemas.openxmlformats.org/officeDocument/2006/relationships/oleObject" Target="embeddings/oleObject1328.bin"/><Relationship Id="rId3307" Type="http://schemas.openxmlformats.org/officeDocument/2006/relationships/image" Target="media/image1656.wmf"/><Relationship Id="rId3514" Type="http://schemas.openxmlformats.org/officeDocument/2006/relationships/image" Target="media/image1760.wmf"/><Relationship Id="rId3721" Type="http://schemas.openxmlformats.org/officeDocument/2006/relationships/oleObject" Target="embeddings/oleObject1852.bin"/><Relationship Id="rId228" Type="http://schemas.openxmlformats.org/officeDocument/2006/relationships/image" Target="media/image112.wmf"/><Relationship Id="rId435" Type="http://schemas.openxmlformats.org/officeDocument/2006/relationships/oleObject" Target="embeddings/oleObject215.bin"/><Relationship Id="rId642" Type="http://schemas.openxmlformats.org/officeDocument/2006/relationships/image" Target="media/image319.wmf"/><Relationship Id="rId1065" Type="http://schemas.openxmlformats.org/officeDocument/2006/relationships/oleObject" Target="embeddings/oleObject528.bin"/><Relationship Id="rId1272" Type="http://schemas.openxmlformats.org/officeDocument/2006/relationships/image" Target="media/image636.wmf"/><Relationship Id="rId2116" Type="http://schemas.openxmlformats.org/officeDocument/2006/relationships/oleObject" Target="embeddings/oleObject1051.bin"/><Relationship Id="rId2323" Type="http://schemas.openxmlformats.org/officeDocument/2006/relationships/image" Target="media/image1164.wmf"/><Relationship Id="rId2530" Type="http://schemas.openxmlformats.org/officeDocument/2006/relationships/oleObject" Target="embeddings/oleObject1258.bin"/><Relationship Id="rId502" Type="http://schemas.openxmlformats.org/officeDocument/2006/relationships/image" Target="media/image249.wmf"/><Relationship Id="rId1132" Type="http://schemas.openxmlformats.org/officeDocument/2006/relationships/image" Target="media/image566.wmf"/><Relationship Id="rId4288" Type="http://schemas.openxmlformats.org/officeDocument/2006/relationships/oleObject" Target="embeddings/oleObject2135.bin"/><Relationship Id="rId4495" Type="http://schemas.openxmlformats.org/officeDocument/2006/relationships/oleObject" Target="embeddings/oleObject2237.bin"/><Relationship Id="rId3097" Type="http://schemas.openxmlformats.org/officeDocument/2006/relationships/image" Target="media/image1551.wmf"/><Relationship Id="rId4148" Type="http://schemas.openxmlformats.org/officeDocument/2006/relationships/image" Target="media/image2078.wmf"/><Relationship Id="rId4355" Type="http://schemas.openxmlformats.org/officeDocument/2006/relationships/oleObject" Target="embeddings/oleObject2169.bin"/><Relationship Id="rId1949" Type="http://schemas.openxmlformats.org/officeDocument/2006/relationships/image" Target="media/image977.wmf"/><Relationship Id="rId3164" Type="http://schemas.openxmlformats.org/officeDocument/2006/relationships/oleObject" Target="embeddings/oleObject1575.bin"/><Relationship Id="rId4008" Type="http://schemas.openxmlformats.org/officeDocument/2006/relationships/image" Target="media/image2008.wmf"/><Relationship Id="rId4562" Type="http://schemas.openxmlformats.org/officeDocument/2006/relationships/image" Target="media/image2287.wmf"/><Relationship Id="rId292" Type="http://schemas.openxmlformats.org/officeDocument/2006/relationships/image" Target="media/image144.wmf"/><Relationship Id="rId1809" Type="http://schemas.openxmlformats.org/officeDocument/2006/relationships/image" Target="media/image905.wmf"/><Relationship Id="rId3371" Type="http://schemas.openxmlformats.org/officeDocument/2006/relationships/image" Target="media/image1688.wmf"/><Relationship Id="rId4215" Type="http://schemas.openxmlformats.org/officeDocument/2006/relationships/oleObject" Target="embeddings/oleObject2099.bin"/><Relationship Id="rId4422" Type="http://schemas.openxmlformats.org/officeDocument/2006/relationships/image" Target="media/image2217.wmf"/><Relationship Id="rId2180" Type="http://schemas.openxmlformats.org/officeDocument/2006/relationships/oleObject" Target="embeddings/oleObject1083.bin"/><Relationship Id="rId3024" Type="http://schemas.openxmlformats.org/officeDocument/2006/relationships/oleObject" Target="embeddings/oleObject1505.bin"/><Relationship Id="rId3231" Type="http://schemas.openxmlformats.org/officeDocument/2006/relationships/image" Target="media/image1618.wmf"/><Relationship Id="rId152" Type="http://schemas.openxmlformats.org/officeDocument/2006/relationships/image" Target="media/image74.wmf"/><Relationship Id="rId2040" Type="http://schemas.openxmlformats.org/officeDocument/2006/relationships/oleObject" Target="embeddings/oleObject1013.bin"/><Relationship Id="rId2997" Type="http://schemas.openxmlformats.org/officeDocument/2006/relationships/image" Target="media/image1501.wmf"/><Relationship Id="rId969" Type="http://schemas.openxmlformats.org/officeDocument/2006/relationships/oleObject" Target="embeddings/oleObject480.bin"/><Relationship Id="rId1599" Type="http://schemas.openxmlformats.org/officeDocument/2006/relationships/oleObject" Target="embeddings/oleObject795.bin"/><Relationship Id="rId1459" Type="http://schemas.openxmlformats.org/officeDocument/2006/relationships/oleObject" Target="embeddings/oleObject725.bin"/><Relationship Id="rId2857" Type="http://schemas.openxmlformats.org/officeDocument/2006/relationships/image" Target="media/image1431.wmf"/><Relationship Id="rId3908" Type="http://schemas.openxmlformats.org/officeDocument/2006/relationships/image" Target="media/image1958.wmf"/><Relationship Id="rId4072" Type="http://schemas.openxmlformats.org/officeDocument/2006/relationships/image" Target="media/image2040.wmf"/><Relationship Id="rId98" Type="http://schemas.openxmlformats.org/officeDocument/2006/relationships/image" Target="media/image47.wmf"/><Relationship Id="rId829" Type="http://schemas.openxmlformats.org/officeDocument/2006/relationships/oleObject" Target="embeddings/oleObject410.bin"/><Relationship Id="rId1666" Type="http://schemas.openxmlformats.org/officeDocument/2006/relationships/image" Target="media/image833.wmf"/><Relationship Id="rId1873" Type="http://schemas.openxmlformats.org/officeDocument/2006/relationships/image" Target="media/image939.wmf"/><Relationship Id="rId2717" Type="http://schemas.openxmlformats.org/officeDocument/2006/relationships/image" Target="media/image1361.wmf"/><Relationship Id="rId2924" Type="http://schemas.openxmlformats.org/officeDocument/2006/relationships/oleObject" Target="embeddings/oleObject1455.bin"/><Relationship Id="rId1319" Type="http://schemas.openxmlformats.org/officeDocument/2006/relationships/oleObject" Target="embeddings/oleObject655.bin"/><Relationship Id="rId1526" Type="http://schemas.openxmlformats.org/officeDocument/2006/relationships/image" Target="media/image763.wmf"/><Relationship Id="rId1733" Type="http://schemas.openxmlformats.org/officeDocument/2006/relationships/oleObject" Target="embeddings/oleObject862.bin"/><Relationship Id="rId1940" Type="http://schemas.openxmlformats.org/officeDocument/2006/relationships/oleObject" Target="embeddings/oleObject963.bin"/><Relationship Id="rId25" Type="http://schemas.openxmlformats.org/officeDocument/2006/relationships/oleObject" Target="embeddings/oleObject10.bin"/><Relationship Id="rId1800" Type="http://schemas.openxmlformats.org/officeDocument/2006/relationships/oleObject" Target="embeddings/oleObject895.bin"/><Relationship Id="rId3698" Type="http://schemas.openxmlformats.org/officeDocument/2006/relationships/image" Target="media/image1853.wmf"/><Relationship Id="rId3558" Type="http://schemas.openxmlformats.org/officeDocument/2006/relationships/oleObject" Target="embeddings/oleObject1771.bin"/><Relationship Id="rId3765" Type="http://schemas.openxmlformats.org/officeDocument/2006/relationships/oleObject" Target="embeddings/oleObject1874.bin"/><Relationship Id="rId3972" Type="http://schemas.openxmlformats.org/officeDocument/2006/relationships/image" Target="media/image1990.wmf"/><Relationship Id="rId4609" Type="http://schemas.openxmlformats.org/officeDocument/2006/relationships/oleObject" Target="embeddings/oleObject2291.bin"/><Relationship Id="rId479" Type="http://schemas.openxmlformats.org/officeDocument/2006/relationships/oleObject" Target="embeddings/oleObject237.bin"/><Relationship Id="rId686" Type="http://schemas.openxmlformats.org/officeDocument/2006/relationships/image" Target="media/image342.wmf"/><Relationship Id="rId893" Type="http://schemas.openxmlformats.org/officeDocument/2006/relationships/oleObject" Target="embeddings/oleObject442.bin"/><Relationship Id="rId2367" Type="http://schemas.openxmlformats.org/officeDocument/2006/relationships/image" Target="media/image1186.wmf"/><Relationship Id="rId2574" Type="http://schemas.openxmlformats.org/officeDocument/2006/relationships/oleObject" Target="embeddings/oleObject1280.bin"/><Relationship Id="rId2781" Type="http://schemas.openxmlformats.org/officeDocument/2006/relationships/image" Target="media/image1393.wmf"/><Relationship Id="rId3418" Type="http://schemas.openxmlformats.org/officeDocument/2006/relationships/oleObject" Target="embeddings/oleObject1702.bin"/><Relationship Id="rId3625" Type="http://schemas.openxmlformats.org/officeDocument/2006/relationships/oleObject" Target="embeddings/oleObject1804.bin"/><Relationship Id="rId339" Type="http://schemas.openxmlformats.org/officeDocument/2006/relationships/oleObject" Target="embeddings/oleObject167.bin"/><Relationship Id="rId546" Type="http://schemas.openxmlformats.org/officeDocument/2006/relationships/image" Target="media/image271.wmf"/><Relationship Id="rId753" Type="http://schemas.openxmlformats.org/officeDocument/2006/relationships/oleObject" Target="embeddings/oleObject372.bin"/><Relationship Id="rId1176" Type="http://schemas.openxmlformats.org/officeDocument/2006/relationships/image" Target="media/image588.wmf"/><Relationship Id="rId1383" Type="http://schemas.openxmlformats.org/officeDocument/2006/relationships/oleObject" Target="embeddings/oleObject687.bin"/><Relationship Id="rId2227" Type="http://schemas.openxmlformats.org/officeDocument/2006/relationships/image" Target="media/image1116.wmf"/><Relationship Id="rId2434" Type="http://schemas.openxmlformats.org/officeDocument/2006/relationships/oleObject" Target="embeddings/oleObject1210.bin"/><Relationship Id="rId3832" Type="http://schemas.openxmlformats.org/officeDocument/2006/relationships/image" Target="media/image1920.wmf"/><Relationship Id="rId406" Type="http://schemas.openxmlformats.org/officeDocument/2006/relationships/image" Target="media/image201.wmf"/><Relationship Id="rId960" Type="http://schemas.openxmlformats.org/officeDocument/2006/relationships/image" Target="media/image480.wmf"/><Relationship Id="rId1036" Type="http://schemas.openxmlformats.org/officeDocument/2006/relationships/image" Target="media/image518.wmf"/><Relationship Id="rId1243" Type="http://schemas.openxmlformats.org/officeDocument/2006/relationships/oleObject" Target="embeddings/oleObject617.bin"/><Relationship Id="rId1590" Type="http://schemas.openxmlformats.org/officeDocument/2006/relationships/image" Target="media/image795.wmf"/><Relationship Id="rId2641" Type="http://schemas.openxmlformats.org/officeDocument/2006/relationships/image" Target="media/image1323.wmf"/><Relationship Id="rId4399" Type="http://schemas.openxmlformats.org/officeDocument/2006/relationships/oleObject" Target="embeddings/oleObject2189.bin"/><Relationship Id="rId613" Type="http://schemas.openxmlformats.org/officeDocument/2006/relationships/oleObject" Target="embeddings/oleObject304.bin"/><Relationship Id="rId820" Type="http://schemas.openxmlformats.org/officeDocument/2006/relationships/image" Target="media/image410.wmf"/><Relationship Id="rId1450" Type="http://schemas.openxmlformats.org/officeDocument/2006/relationships/image" Target="media/image725.wmf"/><Relationship Id="rId2501" Type="http://schemas.openxmlformats.org/officeDocument/2006/relationships/image" Target="media/image1253.wmf"/><Relationship Id="rId1103" Type="http://schemas.openxmlformats.org/officeDocument/2006/relationships/oleObject" Target="embeddings/oleObject547.bin"/><Relationship Id="rId1310" Type="http://schemas.openxmlformats.org/officeDocument/2006/relationships/image" Target="media/image655.wmf"/><Relationship Id="rId4259" Type="http://schemas.openxmlformats.org/officeDocument/2006/relationships/image" Target="media/image2134.wmf"/><Relationship Id="rId4466" Type="http://schemas.openxmlformats.org/officeDocument/2006/relationships/image" Target="media/image2239.wmf"/><Relationship Id="rId3068" Type="http://schemas.openxmlformats.org/officeDocument/2006/relationships/oleObject" Target="embeddings/oleObject1527.bin"/><Relationship Id="rId3275" Type="http://schemas.openxmlformats.org/officeDocument/2006/relationships/image" Target="media/image1640.wmf"/><Relationship Id="rId3482" Type="http://schemas.openxmlformats.org/officeDocument/2006/relationships/image" Target="media/image1744.wmf"/><Relationship Id="rId4119" Type="http://schemas.openxmlformats.org/officeDocument/2006/relationships/oleObject" Target="embeddings/oleObject2051.bin"/><Relationship Id="rId4326" Type="http://schemas.openxmlformats.org/officeDocument/2006/relationships/oleObject" Target="embeddings/oleObject2154.bin"/><Relationship Id="rId4533" Type="http://schemas.openxmlformats.org/officeDocument/2006/relationships/oleObject" Target="embeddings/oleObject2256.bin"/><Relationship Id="rId196" Type="http://schemas.openxmlformats.org/officeDocument/2006/relationships/image" Target="media/image96.wmf"/><Relationship Id="rId2084" Type="http://schemas.openxmlformats.org/officeDocument/2006/relationships/oleObject" Target="embeddings/oleObject1035.bin"/><Relationship Id="rId2291" Type="http://schemas.openxmlformats.org/officeDocument/2006/relationships/image" Target="media/image1148.wmf"/><Relationship Id="rId3135" Type="http://schemas.openxmlformats.org/officeDocument/2006/relationships/image" Target="media/image1570.wmf"/><Relationship Id="rId3342" Type="http://schemas.openxmlformats.org/officeDocument/2006/relationships/oleObject" Target="embeddings/oleObject1664.bin"/><Relationship Id="rId4600" Type="http://schemas.openxmlformats.org/officeDocument/2006/relationships/image" Target="media/image2309.wmf"/><Relationship Id="rId263" Type="http://schemas.openxmlformats.org/officeDocument/2006/relationships/oleObject" Target="embeddings/oleObject129.bin"/><Relationship Id="rId470" Type="http://schemas.openxmlformats.org/officeDocument/2006/relationships/image" Target="media/image233.wmf"/><Relationship Id="rId2151" Type="http://schemas.openxmlformats.org/officeDocument/2006/relationships/image" Target="media/image1078.wmf"/><Relationship Id="rId3202" Type="http://schemas.openxmlformats.org/officeDocument/2006/relationships/oleObject" Target="embeddings/oleObject1594.bin"/><Relationship Id="rId123" Type="http://schemas.openxmlformats.org/officeDocument/2006/relationships/oleObject" Target="embeddings/oleObject59.bin"/><Relationship Id="rId330" Type="http://schemas.openxmlformats.org/officeDocument/2006/relationships/image" Target="media/image163.wmf"/><Relationship Id="rId2011" Type="http://schemas.openxmlformats.org/officeDocument/2006/relationships/image" Target="media/image1008.wmf"/><Relationship Id="rId2968" Type="http://schemas.openxmlformats.org/officeDocument/2006/relationships/oleObject" Target="embeddings/oleObject1477.bin"/><Relationship Id="rId4183" Type="http://schemas.openxmlformats.org/officeDocument/2006/relationships/oleObject" Target="embeddings/oleObject2083.bin"/><Relationship Id="rId1777" Type="http://schemas.openxmlformats.org/officeDocument/2006/relationships/oleObject" Target="embeddings/oleObject884.bin"/><Relationship Id="rId1984" Type="http://schemas.openxmlformats.org/officeDocument/2006/relationships/oleObject" Target="embeddings/oleObject985.bin"/><Relationship Id="rId2828" Type="http://schemas.openxmlformats.org/officeDocument/2006/relationships/oleObject" Target="embeddings/oleObject1407.bin"/><Relationship Id="rId4390" Type="http://schemas.openxmlformats.org/officeDocument/2006/relationships/image" Target="media/image2199.wmf"/><Relationship Id="rId69" Type="http://schemas.openxmlformats.org/officeDocument/2006/relationships/oleObject" Target="embeddings/oleObject32.bin"/><Relationship Id="rId1637" Type="http://schemas.openxmlformats.org/officeDocument/2006/relationships/oleObject" Target="embeddings/oleObject814.bin"/><Relationship Id="rId1844" Type="http://schemas.openxmlformats.org/officeDocument/2006/relationships/oleObject" Target="embeddings/oleObject915.bin"/><Relationship Id="rId4043" Type="http://schemas.openxmlformats.org/officeDocument/2006/relationships/oleObject" Target="embeddings/oleObject2013.bin"/><Relationship Id="rId4250" Type="http://schemas.openxmlformats.org/officeDocument/2006/relationships/image" Target="media/image2129.wmf"/><Relationship Id="rId1704" Type="http://schemas.openxmlformats.org/officeDocument/2006/relationships/image" Target="media/image852.wmf"/><Relationship Id="rId4110" Type="http://schemas.openxmlformats.org/officeDocument/2006/relationships/image" Target="media/image2059.wmf"/><Relationship Id="rId1911" Type="http://schemas.openxmlformats.org/officeDocument/2006/relationships/image" Target="media/image958.wmf"/><Relationship Id="rId3669" Type="http://schemas.openxmlformats.org/officeDocument/2006/relationships/oleObject" Target="embeddings/oleObject1826.bin"/><Relationship Id="rId797" Type="http://schemas.openxmlformats.org/officeDocument/2006/relationships/oleObject" Target="embeddings/oleObject394.bin"/><Relationship Id="rId2478" Type="http://schemas.openxmlformats.org/officeDocument/2006/relationships/oleObject" Target="embeddings/oleObject1232.bin"/><Relationship Id="rId3876" Type="http://schemas.openxmlformats.org/officeDocument/2006/relationships/image" Target="media/image1942.wmf"/><Relationship Id="rId1287" Type="http://schemas.openxmlformats.org/officeDocument/2006/relationships/oleObject" Target="embeddings/oleObject639.bin"/><Relationship Id="rId2685" Type="http://schemas.openxmlformats.org/officeDocument/2006/relationships/image" Target="media/image1345.wmf"/><Relationship Id="rId2892" Type="http://schemas.openxmlformats.org/officeDocument/2006/relationships/oleObject" Target="embeddings/oleObject1439.bin"/><Relationship Id="rId3529" Type="http://schemas.openxmlformats.org/officeDocument/2006/relationships/oleObject" Target="embeddings/oleObject1757.bin"/><Relationship Id="rId3736" Type="http://schemas.openxmlformats.org/officeDocument/2006/relationships/image" Target="media/image1872.wmf"/><Relationship Id="rId3943" Type="http://schemas.openxmlformats.org/officeDocument/2006/relationships/oleObject" Target="embeddings/oleObject1963.bin"/><Relationship Id="rId657" Type="http://schemas.openxmlformats.org/officeDocument/2006/relationships/image" Target="media/image327.wmf"/><Relationship Id="rId864" Type="http://schemas.openxmlformats.org/officeDocument/2006/relationships/image" Target="media/image432.wmf"/><Relationship Id="rId1494" Type="http://schemas.openxmlformats.org/officeDocument/2006/relationships/image" Target="media/image747.wmf"/><Relationship Id="rId2338" Type="http://schemas.openxmlformats.org/officeDocument/2006/relationships/oleObject" Target="embeddings/oleObject1162.bin"/><Relationship Id="rId2545" Type="http://schemas.openxmlformats.org/officeDocument/2006/relationships/image" Target="media/image1275.wmf"/><Relationship Id="rId2752" Type="http://schemas.openxmlformats.org/officeDocument/2006/relationships/oleObject" Target="embeddings/oleObject1369.bin"/><Relationship Id="rId3803" Type="http://schemas.openxmlformats.org/officeDocument/2006/relationships/oleObject" Target="embeddings/oleObject1893.bin"/><Relationship Id="rId517" Type="http://schemas.openxmlformats.org/officeDocument/2006/relationships/oleObject" Target="embeddings/oleObject256.bin"/><Relationship Id="rId724" Type="http://schemas.openxmlformats.org/officeDocument/2006/relationships/image" Target="media/image362.wmf"/><Relationship Id="rId931" Type="http://schemas.openxmlformats.org/officeDocument/2006/relationships/oleObject" Target="embeddings/oleObject461.bin"/><Relationship Id="rId1147" Type="http://schemas.openxmlformats.org/officeDocument/2006/relationships/oleObject" Target="embeddings/oleObject569.bin"/><Relationship Id="rId1354" Type="http://schemas.openxmlformats.org/officeDocument/2006/relationships/image" Target="media/image677.wmf"/><Relationship Id="rId1561" Type="http://schemas.openxmlformats.org/officeDocument/2006/relationships/oleObject" Target="embeddings/oleObject776.bin"/><Relationship Id="rId2405" Type="http://schemas.openxmlformats.org/officeDocument/2006/relationships/image" Target="media/image1205.wmf"/><Relationship Id="rId2612" Type="http://schemas.openxmlformats.org/officeDocument/2006/relationships/oleObject" Target="embeddings/oleObject1299.bin"/><Relationship Id="rId60" Type="http://schemas.openxmlformats.org/officeDocument/2006/relationships/image" Target="media/image28.wmf"/><Relationship Id="rId1007" Type="http://schemas.openxmlformats.org/officeDocument/2006/relationships/oleObject" Target="embeddings/oleObject499.bin"/><Relationship Id="rId1214" Type="http://schemas.openxmlformats.org/officeDocument/2006/relationships/image" Target="media/image607.wmf"/><Relationship Id="rId1421" Type="http://schemas.openxmlformats.org/officeDocument/2006/relationships/oleObject" Target="embeddings/oleObject706.bin"/><Relationship Id="rId4577" Type="http://schemas.openxmlformats.org/officeDocument/2006/relationships/oleObject" Target="embeddings/oleObject2278.bin"/><Relationship Id="rId3179" Type="http://schemas.openxmlformats.org/officeDocument/2006/relationships/image" Target="media/image1592.wmf"/><Relationship Id="rId3386" Type="http://schemas.openxmlformats.org/officeDocument/2006/relationships/oleObject" Target="embeddings/oleObject1686.bin"/><Relationship Id="rId3593" Type="http://schemas.openxmlformats.org/officeDocument/2006/relationships/oleObject" Target="embeddings/oleObject1788.bin"/><Relationship Id="rId4437" Type="http://schemas.openxmlformats.org/officeDocument/2006/relationships/oleObject" Target="embeddings/oleObject2208.bin"/><Relationship Id="rId4644" Type="http://schemas.openxmlformats.org/officeDocument/2006/relationships/oleObject" Target="embeddings/oleObject2310.bin"/><Relationship Id="rId2195" Type="http://schemas.openxmlformats.org/officeDocument/2006/relationships/image" Target="media/image1100.wmf"/><Relationship Id="rId3039" Type="http://schemas.openxmlformats.org/officeDocument/2006/relationships/image" Target="media/image1522.wmf"/><Relationship Id="rId3246" Type="http://schemas.openxmlformats.org/officeDocument/2006/relationships/oleObject" Target="embeddings/oleObject1616.bin"/><Relationship Id="rId3453" Type="http://schemas.openxmlformats.org/officeDocument/2006/relationships/image" Target="media/image1729.wmf"/><Relationship Id="rId167" Type="http://schemas.openxmlformats.org/officeDocument/2006/relationships/oleObject" Target="embeddings/oleObject81.bin"/><Relationship Id="rId374" Type="http://schemas.openxmlformats.org/officeDocument/2006/relationships/image" Target="media/image185.wmf"/><Relationship Id="rId581" Type="http://schemas.openxmlformats.org/officeDocument/2006/relationships/oleObject" Target="embeddings/oleObject288.bin"/><Relationship Id="rId2055" Type="http://schemas.openxmlformats.org/officeDocument/2006/relationships/image" Target="media/image1030.wmf"/><Relationship Id="rId2262" Type="http://schemas.openxmlformats.org/officeDocument/2006/relationships/oleObject" Target="embeddings/oleObject1124.bin"/><Relationship Id="rId3106" Type="http://schemas.openxmlformats.org/officeDocument/2006/relationships/oleObject" Target="embeddings/oleObject1546.bin"/><Relationship Id="rId3660" Type="http://schemas.openxmlformats.org/officeDocument/2006/relationships/image" Target="media/image1834.wmf"/><Relationship Id="rId4504" Type="http://schemas.openxmlformats.org/officeDocument/2006/relationships/image" Target="media/image2258.wmf"/><Relationship Id="rId234" Type="http://schemas.openxmlformats.org/officeDocument/2006/relationships/image" Target="media/image115.wmf"/><Relationship Id="rId3313" Type="http://schemas.openxmlformats.org/officeDocument/2006/relationships/image" Target="media/image1659.wmf"/><Relationship Id="rId3520" Type="http://schemas.openxmlformats.org/officeDocument/2006/relationships/image" Target="media/image1763.wmf"/><Relationship Id="rId441" Type="http://schemas.openxmlformats.org/officeDocument/2006/relationships/oleObject" Target="embeddings/oleObject218.bin"/><Relationship Id="rId1071" Type="http://schemas.openxmlformats.org/officeDocument/2006/relationships/oleObject" Target="embeddings/oleObject531.bin"/><Relationship Id="rId2122" Type="http://schemas.openxmlformats.org/officeDocument/2006/relationships/oleObject" Target="embeddings/oleObject1054.bin"/><Relationship Id="rId301" Type="http://schemas.openxmlformats.org/officeDocument/2006/relationships/oleObject" Target="embeddings/oleObject148.bin"/><Relationship Id="rId1888" Type="http://schemas.openxmlformats.org/officeDocument/2006/relationships/oleObject" Target="embeddings/oleObject937.bin"/><Relationship Id="rId2939" Type="http://schemas.openxmlformats.org/officeDocument/2006/relationships/image" Target="media/image1472.wmf"/><Relationship Id="rId4087" Type="http://schemas.openxmlformats.org/officeDocument/2006/relationships/oleObject" Target="embeddings/oleObject2035.bin"/><Relationship Id="rId4294" Type="http://schemas.openxmlformats.org/officeDocument/2006/relationships/oleObject" Target="embeddings/oleObject2138.bin"/><Relationship Id="rId1748" Type="http://schemas.openxmlformats.org/officeDocument/2006/relationships/image" Target="media/image874.wmf"/><Relationship Id="rId4154" Type="http://schemas.openxmlformats.org/officeDocument/2006/relationships/image" Target="media/image2081.wmf"/><Relationship Id="rId4361" Type="http://schemas.openxmlformats.org/officeDocument/2006/relationships/oleObject" Target="embeddings/oleObject2172.bin"/><Relationship Id="rId1955" Type="http://schemas.openxmlformats.org/officeDocument/2006/relationships/image" Target="media/image980.wmf"/><Relationship Id="rId3170" Type="http://schemas.openxmlformats.org/officeDocument/2006/relationships/oleObject" Target="embeddings/oleObject1578.bin"/><Relationship Id="rId4014" Type="http://schemas.openxmlformats.org/officeDocument/2006/relationships/image" Target="media/image2011.wmf"/><Relationship Id="rId4221" Type="http://schemas.openxmlformats.org/officeDocument/2006/relationships/oleObject" Target="embeddings/oleObject2102.bin"/><Relationship Id="rId1608" Type="http://schemas.openxmlformats.org/officeDocument/2006/relationships/image" Target="media/image804.wmf"/><Relationship Id="rId1815" Type="http://schemas.openxmlformats.org/officeDocument/2006/relationships/image" Target="media/image908.wmf"/><Relationship Id="rId3030" Type="http://schemas.openxmlformats.org/officeDocument/2006/relationships/oleObject" Target="embeddings/oleObject1508.bin"/><Relationship Id="rId3987" Type="http://schemas.openxmlformats.org/officeDocument/2006/relationships/oleObject" Target="embeddings/oleObject1985.bin"/><Relationship Id="rId2589" Type="http://schemas.openxmlformats.org/officeDocument/2006/relationships/image" Target="media/image1297.wmf"/><Relationship Id="rId2796" Type="http://schemas.openxmlformats.org/officeDocument/2006/relationships/oleObject" Target="embeddings/oleObject1391.bin"/><Relationship Id="rId3847" Type="http://schemas.openxmlformats.org/officeDocument/2006/relationships/oleObject" Target="embeddings/oleObject1915.bin"/><Relationship Id="rId768" Type="http://schemas.openxmlformats.org/officeDocument/2006/relationships/image" Target="media/image384.wmf"/><Relationship Id="rId975" Type="http://schemas.openxmlformats.org/officeDocument/2006/relationships/oleObject" Target="embeddings/oleObject483.bin"/><Relationship Id="rId1398" Type="http://schemas.openxmlformats.org/officeDocument/2006/relationships/image" Target="media/image699.wmf"/><Relationship Id="rId2449" Type="http://schemas.openxmlformats.org/officeDocument/2006/relationships/image" Target="media/image1227.wmf"/><Relationship Id="rId2656" Type="http://schemas.openxmlformats.org/officeDocument/2006/relationships/oleObject" Target="embeddings/oleObject1321.bin"/><Relationship Id="rId2863" Type="http://schemas.openxmlformats.org/officeDocument/2006/relationships/image" Target="media/image1434.wmf"/><Relationship Id="rId3707" Type="http://schemas.openxmlformats.org/officeDocument/2006/relationships/oleObject" Target="embeddings/oleObject1845.bin"/><Relationship Id="rId3914" Type="http://schemas.openxmlformats.org/officeDocument/2006/relationships/image" Target="media/image1961.wmf"/><Relationship Id="rId628" Type="http://schemas.openxmlformats.org/officeDocument/2006/relationships/image" Target="media/image312.wmf"/><Relationship Id="rId835" Type="http://schemas.openxmlformats.org/officeDocument/2006/relationships/oleObject" Target="embeddings/oleObject413.bin"/><Relationship Id="rId1258" Type="http://schemas.openxmlformats.org/officeDocument/2006/relationships/image" Target="media/image629.wmf"/><Relationship Id="rId1465" Type="http://schemas.openxmlformats.org/officeDocument/2006/relationships/oleObject" Target="embeddings/oleObject728.bin"/><Relationship Id="rId1672" Type="http://schemas.openxmlformats.org/officeDocument/2006/relationships/image" Target="media/image836.wmf"/><Relationship Id="rId2309" Type="http://schemas.openxmlformats.org/officeDocument/2006/relationships/image" Target="media/image1157.wmf"/><Relationship Id="rId2516" Type="http://schemas.openxmlformats.org/officeDocument/2006/relationships/oleObject" Target="embeddings/oleObject1251.bin"/><Relationship Id="rId2723" Type="http://schemas.openxmlformats.org/officeDocument/2006/relationships/image" Target="media/image1364.wmf"/><Relationship Id="rId1118" Type="http://schemas.openxmlformats.org/officeDocument/2006/relationships/image" Target="media/image559.wmf"/><Relationship Id="rId1325" Type="http://schemas.openxmlformats.org/officeDocument/2006/relationships/oleObject" Target="embeddings/oleObject658.bin"/><Relationship Id="rId1532" Type="http://schemas.openxmlformats.org/officeDocument/2006/relationships/image" Target="media/image766.wmf"/><Relationship Id="rId2930" Type="http://schemas.openxmlformats.org/officeDocument/2006/relationships/oleObject" Target="embeddings/oleObject1458.bin"/><Relationship Id="rId902" Type="http://schemas.openxmlformats.org/officeDocument/2006/relationships/image" Target="media/image451.wmf"/><Relationship Id="rId3497" Type="http://schemas.openxmlformats.org/officeDocument/2006/relationships/oleObject" Target="embeddings/oleObject1741.bin"/><Relationship Id="rId31" Type="http://schemas.openxmlformats.org/officeDocument/2006/relationships/oleObject" Target="embeddings/oleObject13.bin"/><Relationship Id="rId2099" Type="http://schemas.openxmlformats.org/officeDocument/2006/relationships/image" Target="media/image1052.wmf"/><Relationship Id="rId4548" Type="http://schemas.openxmlformats.org/officeDocument/2006/relationships/image" Target="media/image2280.wmf"/><Relationship Id="rId278" Type="http://schemas.openxmlformats.org/officeDocument/2006/relationships/image" Target="media/image137.wmf"/><Relationship Id="rId3357" Type="http://schemas.openxmlformats.org/officeDocument/2006/relationships/image" Target="media/image1681.wmf"/><Relationship Id="rId3564" Type="http://schemas.openxmlformats.org/officeDocument/2006/relationships/oleObject" Target="embeddings/oleObject1774.bin"/><Relationship Id="rId3771" Type="http://schemas.openxmlformats.org/officeDocument/2006/relationships/oleObject" Target="embeddings/oleObject1877.bin"/><Relationship Id="rId4408" Type="http://schemas.openxmlformats.org/officeDocument/2006/relationships/image" Target="media/image2210.wmf"/><Relationship Id="rId4615" Type="http://schemas.openxmlformats.org/officeDocument/2006/relationships/oleObject" Target="embeddings/oleObject2294.bin"/><Relationship Id="rId485" Type="http://schemas.openxmlformats.org/officeDocument/2006/relationships/oleObject" Target="embeddings/oleObject240.bin"/><Relationship Id="rId692" Type="http://schemas.openxmlformats.org/officeDocument/2006/relationships/image" Target="media/image345.wmf"/><Relationship Id="rId2166" Type="http://schemas.openxmlformats.org/officeDocument/2006/relationships/oleObject" Target="embeddings/oleObject1076.bin"/><Relationship Id="rId2373" Type="http://schemas.openxmlformats.org/officeDocument/2006/relationships/image" Target="media/image1189.wmf"/><Relationship Id="rId2580" Type="http://schemas.openxmlformats.org/officeDocument/2006/relationships/oleObject" Target="embeddings/oleObject1283.bin"/><Relationship Id="rId3217" Type="http://schemas.openxmlformats.org/officeDocument/2006/relationships/image" Target="media/image1611.wmf"/><Relationship Id="rId3424" Type="http://schemas.openxmlformats.org/officeDocument/2006/relationships/oleObject" Target="embeddings/oleObject1705.bin"/><Relationship Id="rId3631" Type="http://schemas.openxmlformats.org/officeDocument/2006/relationships/oleObject" Target="embeddings/oleObject1807.bin"/><Relationship Id="rId138" Type="http://schemas.openxmlformats.org/officeDocument/2006/relationships/image" Target="media/image67.wmf"/><Relationship Id="rId345" Type="http://schemas.openxmlformats.org/officeDocument/2006/relationships/oleObject" Target="embeddings/oleObject170.bin"/><Relationship Id="rId552" Type="http://schemas.openxmlformats.org/officeDocument/2006/relationships/image" Target="media/image274.wmf"/><Relationship Id="rId1182" Type="http://schemas.openxmlformats.org/officeDocument/2006/relationships/image" Target="media/image591.wmf"/><Relationship Id="rId2026" Type="http://schemas.openxmlformats.org/officeDocument/2006/relationships/oleObject" Target="embeddings/oleObject1006.bin"/><Relationship Id="rId2233" Type="http://schemas.openxmlformats.org/officeDocument/2006/relationships/image" Target="media/image1119.wmf"/><Relationship Id="rId2440" Type="http://schemas.openxmlformats.org/officeDocument/2006/relationships/oleObject" Target="embeddings/oleObject1213.bin"/><Relationship Id="rId205" Type="http://schemas.openxmlformats.org/officeDocument/2006/relationships/oleObject" Target="embeddings/oleObject100.bin"/><Relationship Id="rId412" Type="http://schemas.openxmlformats.org/officeDocument/2006/relationships/image" Target="media/image204.wmf"/><Relationship Id="rId1042" Type="http://schemas.openxmlformats.org/officeDocument/2006/relationships/image" Target="media/image521.wmf"/><Relationship Id="rId2300" Type="http://schemas.openxmlformats.org/officeDocument/2006/relationships/oleObject" Target="embeddings/oleObject1143.bin"/><Relationship Id="rId4198" Type="http://schemas.openxmlformats.org/officeDocument/2006/relationships/image" Target="media/image2103.wmf"/><Relationship Id="rId1999" Type="http://schemas.openxmlformats.org/officeDocument/2006/relationships/image" Target="media/image1002.wmf"/><Relationship Id="rId4058" Type="http://schemas.openxmlformats.org/officeDocument/2006/relationships/image" Target="media/image2033.wmf"/><Relationship Id="rId4265" Type="http://schemas.openxmlformats.org/officeDocument/2006/relationships/image" Target="media/image2137.wmf"/><Relationship Id="rId4472" Type="http://schemas.openxmlformats.org/officeDocument/2006/relationships/image" Target="media/image2242.wmf"/><Relationship Id="rId1859" Type="http://schemas.openxmlformats.org/officeDocument/2006/relationships/image" Target="media/image932.wmf"/><Relationship Id="rId3074" Type="http://schemas.openxmlformats.org/officeDocument/2006/relationships/oleObject" Target="embeddings/oleObject1530.bin"/><Relationship Id="rId4125" Type="http://schemas.openxmlformats.org/officeDocument/2006/relationships/oleObject" Target="embeddings/oleObject2054.bin"/><Relationship Id="rId1719" Type="http://schemas.openxmlformats.org/officeDocument/2006/relationships/oleObject" Target="embeddings/oleObject855.bin"/><Relationship Id="rId1926" Type="http://schemas.openxmlformats.org/officeDocument/2006/relationships/oleObject" Target="embeddings/oleObject956.bin"/><Relationship Id="rId3281" Type="http://schemas.openxmlformats.org/officeDocument/2006/relationships/image" Target="media/image1643.wmf"/><Relationship Id="rId4332" Type="http://schemas.openxmlformats.org/officeDocument/2006/relationships/oleObject" Target="embeddings/oleObject2157.bin"/><Relationship Id="rId2090" Type="http://schemas.openxmlformats.org/officeDocument/2006/relationships/oleObject" Target="embeddings/oleObject1038.bin"/><Relationship Id="rId3141" Type="http://schemas.openxmlformats.org/officeDocument/2006/relationships/image" Target="media/image1573.wmf"/><Relationship Id="rId3001" Type="http://schemas.openxmlformats.org/officeDocument/2006/relationships/image" Target="media/image1503.wmf"/><Relationship Id="rId3958" Type="http://schemas.openxmlformats.org/officeDocument/2006/relationships/image" Target="media/image1983.wmf"/><Relationship Id="rId879" Type="http://schemas.openxmlformats.org/officeDocument/2006/relationships/oleObject" Target="embeddings/oleObject435.bin"/><Relationship Id="rId2767" Type="http://schemas.openxmlformats.org/officeDocument/2006/relationships/image" Target="media/image1386.wmf"/><Relationship Id="rId739" Type="http://schemas.openxmlformats.org/officeDocument/2006/relationships/oleObject" Target="embeddings/oleObject365.bin"/><Relationship Id="rId1369" Type="http://schemas.openxmlformats.org/officeDocument/2006/relationships/oleObject" Target="embeddings/oleObject680.bin"/><Relationship Id="rId1576" Type="http://schemas.openxmlformats.org/officeDocument/2006/relationships/image" Target="media/image788.wmf"/><Relationship Id="rId2974" Type="http://schemas.openxmlformats.org/officeDocument/2006/relationships/oleObject" Target="embeddings/oleObject1480.bin"/><Relationship Id="rId3818" Type="http://schemas.openxmlformats.org/officeDocument/2006/relationships/image" Target="media/image1913.wmf"/><Relationship Id="rId946" Type="http://schemas.openxmlformats.org/officeDocument/2006/relationships/image" Target="media/image473.wmf"/><Relationship Id="rId1229" Type="http://schemas.openxmlformats.org/officeDocument/2006/relationships/oleObject" Target="embeddings/oleObject610.bin"/><Relationship Id="rId1783" Type="http://schemas.openxmlformats.org/officeDocument/2006/relationships/image" Target="media/image892.wmf"/><Relationship Id="rId1990" Type="http://schemas.openxmlformats.org/officeDocument/2006/relationships/oleObject" Target="embeddings/oleObject988.bin"/><Relationship Id="rId2627" Type="http://schemas.openxmlformats.org/officeDocument/2006/relationships/image" Target="media/image1316.wmf"/><Relationship Id="rId2834" Type="http://schemas.openxmlformats.org/officeDocument/2006/relationships/oleObject" Target="embeddings/oleObject1410.bin"/><Relationship Id="rId75" Type="http://schemas.openxmlformats.org/officeDocument/2006/relationships/oleObject" Target="embeddings/oleObject35.bin"/><Relationship Id="rId806" Type="http://schemas.openxmlformats.org/officeDocument/2006/relationships/image" Target="media/image403.wmf"/><Relationship Id="rId1436" Type="http://schemas.openxmlformats.org/officeDocument/2006/relationships/image" Target="media/image718.wmf"/><Relationship Id="rId1643" Type="http://schemas.openxmlformats.org/officeDocument/2006/relationships/oleObject" Target="embeddings/oleObject817.bin"/><Relationship Id="rId1850" Type="http://schemas.openxmlformats.org/officeDocument/2006/relationships/oleObject" Target="embeddings/oleObject918.bin"/><Relationship Id="rId2901" Type="http://schemas.openxmlformats.org/officeDocument/2006/relationships/image" Target="media/image1453.wmf"/><Relationship Id="rId1503" Type="http://schemas.openxmlformats.org/officeDocument/2006/relationships/oleObject" Target="embeddings/oleObject747.bin"/><Relationship Id="rId1710" Type="http://schemas.openxmlformats.org/officeDocument/2006/relationships/image" Target="media/image855.wmf"/><Relationship Id="rId3468" Type="http://schemas.openxmlformats.org/officeDocument/2006/relationships/oleObject" Target="embeddings/oleObject1727.bin"/><Relationship Id="rId3675" Type="http://schemas.openxmlformats.org/officeDocument/2006/relationships/oleObject" Target="embeddings/oleObject1829.bin"/><Relationship Id="rId3882" Type="http://schemas.openxmlformats.org/officeDocument/2006/relationships/image" Target="media/image1945.wmf"/><Relationship Id="rId4519" Type="http://schemas.openxmlformats.org/officeDocument/2006/relationships/oleObject" Target="embeddings/oleObject2249.bin"/><Relationship Id="rId389" Type="http://schemas.openxmlformats.org/officeDocument/2006/relationships/oleObject" Target="embeddings/oleObject192.bin"/><Relationship Id="rId596" Type="http://schemas.openxmlformats.org/officeDocument/2006/relationships/image" Target="media/image296.wmf"/><Relationship Id="rId2277" Type="http://schemas.openxmlformats.org/officeDocument/2006/relationships/image" Target="media/image1141.wmf"/><Relationship Id="rId2484" Type="http://schemas.openxmlformats.org/officeDocument/2006/relationships/oleObject" Target="embeddings/oleObject1235.bin"/><Relationship Id="rId2691" Type="http://schemas.openxmlformats.org/officeDocument/2006/relationships/image" Target="media/image1348.wmf"/><Relationship Id="rId3328" Type="http://schemas.openxmlformats.org/officeDocument/2006/relationships/oleObject" Target="embeddings/oleObject1657.bin"/><Relationship Id="rId3535" Type="http://schemas.openxmlformats.org/officeDocument/2006/relationships/image" Target="media/image1771.wmf"/><Relationship Id="rId3742" Type="http://schemas.openxmlformats.org/officeDocument/2006/relationships/image" Target="media/image1875.wmf"/><Relationship Id="rId249" Type="http://schemas.openxmlformats.org/officeDocument/2006/relationships/oleObject" Target="embeddings/oleObject122.bin"/><Relationship Id="rId456" Type="http://schemas.openxmlformats.org/officeDocument/2006/relationships/image" Target="media/image226.wmf"/><Relationship Id="rId663" Type="http://schemas.openxmlformats.org/officeDocument/2006/relationships/oleObject" Target="embeddings/oleObject328.bin"/><Relationship Id="rId870" Type="http://schemas.openxmlformats.org/officeDocument/2006/relationships/image" Target="media/image435.wmf"/><Relationship Id="rId1086" Type="http://schemas.openxmlformats.org/officeDocument/2006/relationships/image" Target="media/image543.wmf"/><Relationship Id="rId1293" Type="http://schemas.openxmlformats.org/officeDocument/2006/relationships/oleObject" Target="embeddings/oleObject642.bin"/><Relationship Id="rId2137" Type="http://schemas.openxmlformats.org/officeDocument/2006/relationships/image" Target="media/image1071.wmf"/><Relationship Id="rId2344" Type="http://schemas.openxmlformats.org/officeDocument/2006/relationships/oleObject" Target="embeddings/oleObject1165.bin"/><Relationship Id="rId2551" Type="http://schemas.openxmlformats.org/officeDocument/2006/relationships/image" Target="media/image1278.wmf"/><Relationship Id="rId109" Type="http://schemas.openxmlformats.org/officeDocument/2006/relationships/oleObject" Target="embeddings/oleObject52.bin"/><Relationship Id="rId316" Type="http://schemas.openxmlformats.org/officeDocument/2006/relationships/image" Target="media/image156.wmf"/><Relationship Id="rId523" Type="http://schemas.openxmlformats.org/officeDocument/2006/relationships/oleObject" Target="embeddings/oleObject259.bin"/><Relationship Id="rId1153" Type="http://schemas.openxmlformats.org/officeDocument/2006/relationships/oleObject" Target="embeddings/oleObject572.bin"/><Relationship Id="rId2204" Type="http://schemas.openxmlformats.org/officeDocument/2006/relationships/oleObject" Target="embeddings/oleObject1095.bin"/><Relationship Id="rId3602" Type="http://schemas.openxmlformats.org/officeDocument/2006/relationships/image" Target="media/image1805.wmf"/><Relationship Id="rId730" Type="http://schemas.openxmlformats.org/officeDocument/2006/relationships/image" Target="media/image365.wmf"/><Relationship Id="rId1013" Type="http://schemas.openxmlformats.org/officeDocument/2006/relationships/oleObject" Target="embeddings/oleObject502.bin"/><Relationship Id="rId1360" Type="http://schemas.openxmlformats.org/officeDocument/2006/relationships/image" Target="media/image680.wmf"/><Relationship Id="rId2411" Type="http://schemas.openxmlformats.org/officeDocument/2006/relationships/image" Target="media/image1208.wmf"/><Relationship Id="rId4169" Type="http://schemas.openxmlformats.org/officeDocument/2006/relationships/oleObject" Target="embeddings/oleObject2076.bin"/><Relationship Id="rId1220" Type="http://schemas.openxmlformats.org/officeDocument/2006/relationships/image" Target="media/image610.wmf"/><Relationship Id="rId4376" Type="http://schemas.openxmlformats.org/officeDocument/2006/relationships/image" Target="media/image2192.wmf"/><Relationship Id="rId4583" Type="http://schemas.openxmlformats.org/officeDocument/2006/relationships/oleObject" Target="embeddings/oleObject2281.bin"/><Relationship Id="rId3185" Type="http://schemas.openxmlformats.org/officeDocument/2006/relationships/image" Target="media/image1595.wmf"/><Relationship Id="rId3392" Type="http://schemas.openxmlformats.org/officeDocument/2006/relationships/oleObject" Target="embeddings/oleObject1689.bin"/><Relationship Id="rId4029" Type="http://schemas.openxmlformats.org/officeDocument/2006/relationships/oleObject" Target="embeddings/oleObject2006.bin"/><Relationship Id="rId4236" Type="http://schemas.openxmlformats.org/officeDocument/2006/relationships/image" Target="media/image2122.wmf"/><Relationship Id="rId4443" Type="http://schemas.openxmlformats.org/officeDocument/2006/relationships/oleObject" Target="embeddings/oleObject2211.bin"/><Relationship Id="rId4650" Type="http://schemas.openxmlformats.org/officeDocument/2006/relationships/oleObject" Target="embeddings/oleObject2313.bin"/><Relationship Id="rId3045" Type="http://schemas.openxmlformats.org/officeDocument/2006/relationships/image" Target="media/image1525.wmf"/><Relationship Id="rId3252" Type="http://schemas.openxmlformats.org/officeDocument/2006/relationships/oleObject" Target="embeddings/oleObject1619.bin"/><Relationship Id="rId4303" Type="http://schemas.openxmlformats.org/officeDocument/2006/relationships/image" Target="media/image2156.wmf"/><Relationship Id="rId4510" Type="http://schemas.openxmlformats.org/officeDocument/2006/relationships/image" Target="media/image2261.wmf"/><Relationship Id="rId173" Type="http://schemas.openxmlformats.org/officeDocument/2006/relationships/oleObject" Target="embeddings/oleObject84.bin"/><Relationship Id="rId380" Type="http://schemas.openxmlformats.org/officeDocument/2006/relationships/image" Target="media/image188.wmf"/><Relationship Id="rId2061" Type="http://schemas.openxmlformats.org/officeDocument/2006/relationships/image" Target="media/image1033.wmf"/><Relationship Id="rId3112" Type="http://schemas.openxmlformats.org/officeDocument/2006/relationships/oleObject" Target="embeddings/oleObject1549.bin"/><Relationship Id="rId240" Type="http://schemas.openxmlformats.org/officeDocument/2006/relationships/image" Target="media/image118.wmf"/><Relationship Id="rId100" Type="http://schemas.openxmlformats.org/officeDocument/2006/relationships/image" Target="media/image48.wmf"/><Relationship Id="rId2878" Type="http://schemas.openxmlformats.org/officeDocument/2006/relationships/oleObject" Target="embeddings/oleObject1432.bin"/><Relationship Id="rId3929" Type="http://schemas.openxmlformats.org/officeDocument/2006/relationships/oleObject" Target="embeddings/oleObject1956.bin"/><Relationship Id="rId4093" Type="http://schemas.openxmlformats.org/officeDocument/2006/relationships/oleObject" Target="embeddings/oleObject2038.bin"/><Relationship Id="rId1687" Type="http://schemas.openxmlformats.org/officeDocument/2006/relationships/oleObject" Target="embeddings/oleObject839.bin"/><Relationship Id="rId1894" Type="http://schemas.openxmlformats.org/officeDocument/2006/relationships/oleObject" Target="embeddings/oleObject940.bin"/><Relationship Id="rId2738" Type="http://schemas.openxmlformats.org/officeDocument/2006/relationships/oleObject" Target="embeddings/oleObject1362.bin"/><Relationship Id="rId2945" Type="http://schemas.openxmlformats.org/officeDocument/2006/relationships/image" Target="media/image1475.wmf"/><Relationship Id="rId917" Type="http://schemas.openxmlformats.org/officeDocument/2006/relationships/oleObject" Target="embeddings/oleObject454.bin"/><Relationship Id="rId1547" Type="http://schemas.openxmlformats.org/officeDocument/2006/relationships/oleObject" Target="embeddings/oleObject769.bin"/><Relationship Id="rId1754" Type="http://schemas.openxmlformats.org/officeDocument/2006/relationships/image" Target="media/image877.wmf"/><Relationship Id="rId1961" Type="http://schemas.openxmlformats.org/officeDocument/2006/relationships/image" Target="media/image983.wmf"/><Relationship Id="rId2805" Type="http://schemas.openxmlformats.org/officeDocument/2006/relationships/image" Target="media/image1405.wmf"/><Relationship Id="rId4160" Type="http://schemas.openxmlformats.org/officeDocument/2006/relationships/image" Target="media/image2084.wmf"/><Relationship Id="rId46" Type="http://schemas.openxmlformats.org/officeDocument/2006/relationships/image" Target="media/image21.wmf"/><Relationship Id="rId1407" Type="http://schemas.openxmlformats.org/officeDocument/2006/relationships/oleObject" Target="embeddings/oleObject699.bin"/><Relationship Id="rId1614" Type="http://schemas.openxmlformats.org/officeDocument/2006/relationships/image" Target="media/image807.wmf"/><Relationship Id="rId1821" Type="http://schemas.openxmlformats.org/officeDocument/2006/relationships/image" Target="media/image911.wmf"/><Relationship Id="rId4020" Type="http://schemas.openxmlformats.org/officeDocument/2006/relationships/image" Target="media/image2014.wmf"/><Relationship Id="rId3579" Type="http://schemas.openxmlformats.org/officeDocument/2006/relationships/image" Target="media/image1793.wmf"/><Relationship Id="rId3786" Type="http://schemas.openxmlformats.org/officeDocument/2006/relationships/image" Target="media/image1897.wmf"/><Relationship Id="rId2388" Type="http://schemas.openxmlformats.org/officeDocument/2006/relationships/oleObject" Target="embeddings/oleObject1187.bin"/><Relationship Id="rId2595" Type="http://schemas.openxmlformats.org/officeDocument/2006/relationships/image" Target="media/image1300.wmf"/><Relationship Id="rId3439" Type="http://schemas.openxmlformats.org/officeDocument/2006/relationships/image" Target="media/image1722.wmf"/><Relationship Id="rId3993" Type="http://schemas.openxmlformats.org/officeDocument/2006/relationships/oleObject" Target="embeddings/oleObject1988.bin"/><Relationship Id="rId567" Type="http://schemas.openxmlformats.org/officeDocument/2006/relationships/oleObject" Target="embeddings/oleObject281.bin"/><Relationship Id="rId1197" Type="http://schemas.openxmlformats.org/officeDocument/2006/relationships/oleObject" Target="embeddings/oleObject594.bin"/><Relationship Id="rId2248" Type="http://schemas.openxmlformats.org/officeDocument/2006/relationships/oleObject" Target="embeddings/oleObject1117.bin"/><Relationship Id="rId3646" Type="http://schemas.openxmlformats.org/officeDocument/2006/relationships/image" Target="media/image1827.wmf"/><Relationship Id="rId3853" Type="http://schemas.openxmlformats.org/officeDocument/2006/relationships/oleObject" Target="embeddings/oleObject1918.bin"/><Relationship Id="rId774" Type="http://schemas.openxmlformats.org/officeDocument/2006/relationships/image" Target="media/image387.wmf"/><Relationship Id="rId981" Type="http://schemas.openxmlformats.org/officeDocument/2006/relationships/oleObject" Target="embeddings/oleObject486.bin"/><Relationship Id="rId1057" Type="http://schemas.openxmlformats.org/officeDocument/2006/relationships/oleObject" Target="embeddings/oleObject524.bin"/><Relationship Id="rId2455" Type="http://schemas.openxmlformats.org/officeDocument/2006/relationships/image" Target="media/image1230.wmf"/><Relationship Id="rId2662" Type="http://schemas.openxmlformats.org/officeDocument/2006/relationships/oleObject" Target="embeddings/oleObject1324.bin"/><Relationship Id="rId3506" Type="http://schemas.openxmlformats.org/officeDocument/2006/relationships/image" Target="media/image1756.wmf"/><Relationship Id="rId3713" Type="http://schemas.openxmlformats.org/officeDocument/2006/relationships/oleObject" Target="embeddings/oleObject1848.bin"/><Relationship Id="rId3920" Type="http://schemas.openxmlformats.org/officeDocument/2006/relationships/image" Target="media/image1964.wmf"/><Relationship Id="rId427" Type="http://schemas.openxmlformats.org/officeDocument/2006/relationships/oleObject" Target="embeddings/oleObject211.bin"/><Relationship Id="rId634" Type="http://schemas.openxmlformats.org/officeDocument/2006/relationships/image" Target="media/image315.wmf"/><Relationship Id="rId841" Type="http://schemas.openxmlformats.org/officeDocument/2006/relationships/oleObject" Target="embeddings/oleObject416.bin"/><Relationship Id="rId1264" Type="http://schemas.openxmlformats.org/officeDocument/2006/relationships/image" Target="media/image632.wmf"/><Relationship Id="rId1471" Type="http://schemas.openxmlformats.org/officeDocument/2006/relationships/oleObject" Target="embeddings/oleObject731.bin"/><Relationship Id="rId2108" Type="http://schemas.openxmlformats.org/officeDocument/2006/relationships/oleObject" Target="embeddings/oleObject1047.bin"/><Relationship Id="rId2315" Type="http://schemas.openxmlformats.org/officeDocument/2006/relationships/image" Target="media/image1160.wmf"/><Relationship Id="rId2522" Type="http://schemas.openxmlformats.org/officeDocument/2006/relationships/oleObject" Target="embeddings/oleObject1254.bin"/><Relationship Id="rId701" Type="http://schemas.openxmlformats.org/officeDocument/2006/relationships/image" Target="media/image350.wmf"/><Relationship Id="rId1124" Type="http://schemas.openxmlformats.org/officeDocument/2006/relationships/image" Target="media/image562.wmf"/><Relationship Id="rId1331" Type="http://schemas.openxmlformats.org/officeDocument/2006/relationships/oleObject" Target="embeddings/oleObject661.bin"/><Relationship Id="rId4487" Type="http://schemas.openxmlformats.org/officeDocument/2006/relationships/oleObject" Target="embeddings/oleObject2233.bin"/><Relationship Id="rId3089" Type="http://schemas.openxmlformats.org/officeDocument/2006/relationships/image" Target="media/image1547.wmf"/><Relationship Id="rId3296" Type="http://schemas.openxmlformats.org/officeDocument/2006/relationships/oleObject" Target="embeddings/oleObject1641.bin"/><Relationship Id="rId4347" Type="http://schemas.openxmlformats.org/officeDocument/2006/relationships/oleObject" Target="embeddings/oleObject2165.bin"/><Relationship Id="rId4554" Type="http://schemas.openxmlformats.org/officeDocument/2006/relationships/image" Target="media/image2283.wmf"/><Relationship Id="rId3156" Type="http://schemas.openxmlformats.org/officeDocument/2006/relationships/oleObject" Target="embeddings/oleObject1571.bin"/><Relationship Id="rId3363" Type="http://schemas.openxmlformats.org/officeDocument/2006/relationships/image" Target="media/image1684.wmf"/><Relationship Id="rId4207" Type="http://schemas.openxmlformats.org/officeDocument/2006/relationships/oleObject" Target="embeddings/oleObject2095.bin"/><Relationship Id="rId4414" Type="http://schemas.openxmlformats.org/officeDocument/2006/relationships/image" Target="media/image2213.wmf"/><Relationship Id="rId284" Type="http://schemas.openxmlformats.org/officeDocument/2006/relationships/image" Target="media/image140.wmf"/><Relationship Id="rId491" Type="http://schemas.openxmlformats.org/officeDocument/2006/relationships/oleObject" Target="embeddings/oleObject243.bin"/><Relationship Id="rId2172" Type="http://schemas.openxmlformats.org/officeDocument/2006/relationships/oleObject" Target="embeddings/oleObject1079.bin"/><Relationship Id="rId3016" Type="http://schemas.openxmlformats.org/officeDocument/2006/relationships/oleObject" Target="embeddings/oleObject1501.bin"/><Relationship Id="rId3223" Type="http://schemas.openxmlformats.org/officeDocument/2006/relationships/image" Target="media/image1614.wmf"/><Relationship Id="rId3570" Type="http://schemas.openxmlformats.org/officeDocument/2006/relationships/oleObject" Target="embeddings/oleObject1777.bin"/><Relationship Id="rId4621" Type="http://schemas.openxmlformats.org/officeDocument/2006/relationships/oleObject" Target="embeddings/oleObject2297.bin"/><Relationship Id="rId144" Type="http://schemas.openxmlformats.org/officeDocument/2006/relationships/image" Target="media/image70.wmf"/><Relationship Id="rId3430" Type="http://schemas.openxmlformats.org/officeDocument/2006/relationships/oleObject" Target="embeddings/oleObject1708.bin"/><Relationship Id="rId351" Type="http://schemas.openxmlformats.org/officeDocument/2006/relationships/oleObject" Target="embeddings/oleObject173.bin"/><Relationship Id="rId2032" Type="http://schemas.openxmlformats.org/officeDocument/2006/relationships/oleObject" Target="embeddings/oleObject1009.bin"/><Relationship Id="rId2989" Type="http://schemas.openxmlformats.org/officeDocument/2006/relationships/image" Target="media/image1497.wmf"/><Relationship Id="rId211" Type="http://schemas.openxmlformats.org/officeDocument/2006/relationships/oleObject" Target="embeddings/oleObject103.bin"/><Relationship Id="rId1798" Type="http://schemas.openxmlformats.org/officeDocument/2006/relationships/oleObject" Target="embeddings/oleObject894.bin"/><Relationship Id="rId2849" Type="http://schemas.openxmlformats.org/officeDocument/2006/relationships/image" Target="media/image1427.wmf"/><Relationship Id="rId1658" Type="http://schemas.openxmlformats.org/officeDocument/2006/relationships/image" Target="media/image829.wmf"/><Relationship Id="rId1865" Type="http://schemas.openxmlformats.org/officeDocument/2006/relationships/image" Target="media/image935.wmf"/><Relationship Id="rId2709" Type="http://schemas.openxmlformats.org/officeDocument/2006/relationships/image" Target="media/image1357.wmf"/><Relationship Id="rId4064" Type="http://schemas.openxmlformats.org/officeDocument/2006/relationships/image" Target="media/image2036.wmf"/><Relationship Id="rId4271" Type="http://schemas.openxmlformats.org/officeDocument/2006/relationships/image" Target="media/image2140.wmf"/><Relationship Id="rId1518" Type="http://schemas.openxmlformats.org/officeDocument/2006/relationships/image" Target="media/image759.wmf"/><Relationship Id="rId2916" Type="http://schemas.openxmlformats.org/officeDocument/2006/relationships/oleObject" Target="embeddings/oleObject1451.bin"/><Relationship Id="rId3080" Type="http://schemas.openxmlformats.org/officeDocument/2006/relationships/oleObject" Target="embeddings/oleObject1533.bin"/><Relationship Id="rId4131" Type="http://schemas.openxmlformats.org/officeDocument/2006/relationships/oleObject" Target="embeddings/oleObject2057.bin"/><Relationship Id="rId1725" Type="http://schemas.openxmlformats.org/officeDocument/2006/relationships/oleObject" Target="embeddings/oleObject858.bin"/><Relationship Id="rId1932" Type="http://schemas.openxmlformats.org/officeDocument/2006/relationships/oleObject" Target="embeddings/oleObject959.bin"/><Relationship Id="rId17" Type="http://schemas.openxmlformats.org/officeDocument/2006/relationships/oleObject" Target="embeddings/oleObject6.bin"/><Relationship Id="rId3897" Type="http://schemas.openxmlformats.org/officeDocument/2006/relationships/oleObject" Target="embeddings/oleObject1940.bin"/><Relationship Id="rId2499" Type="http://schemas.openxmlformats.org/officeDocument/2006/relationships/image" Target="media/image1252.wmf"/><Relationship Id="rId3757" Type="http://schemas.openxmlformats.org/officeDocument/2006/relationships/oleObject" Target="embeddings/oleObject1870.bin"/><Relationship Id="rId3964" Type="http://schemas.openxmlformats.org/officeDocument/2006/relationships/image" Target="media/image1986.wmf"/><Relationship Id="rId1" Type="http://schemas.openxmlformats.org/officeDocument/2006/relationships/customXml" Target="../customXml/item1.xml"/><Relationship Id="rId678" Type="http://schemas.openxmlformats.org/officeDocument/2006/relationships/image" Target="media/image338.wmf"/><Relationship Id="rId885" Type="http://schemas.openxmlformats.org/officeDocument/2006/relationships/oleObject" Target="embeddings/oleObject438.bin"/><Relationship Id="rId2359" Type="http://schemas.openxmlformats.org/officeDocument/2006/relationships/image" Target="media/image1182.wmf"/><Relationship Id="rId2566" Type="http://schemas.openxmlformats.org/officeDocument/2006/relationships/oleObject" Target="embeddings/oleObject1276.bin"/><Relationship Id="rId2773" Type="http://schemas.openxmlformats.org/officeDocument/2006/relationships/image" Target="media/image1389.wmf"/><Relationship Id="rId2980" Type="http://schemas.openxmlformats.org/officeDocument/2006/relationships/oleObject" Target="embeddings/oleObject1483.bin"/><Relationship Id="rId3617" Type="http://schemas.openxmlformats.org/officeDocument/2006/relationships/oleObject" Target="embeddings/oleObject1800.bin"/><Relationship Id="rId3824" Type="http://schemas.openxmlformats.org/officeDocument/2006/relationships/image" Target="media/image1916.wmf"/><Relationship Id="rId538" Type="http://schemas.openxmlformats.org/officeDocument/2006/relationships/image" Target="media/image267.wmf"/><Relationship Id="rId745" Type="http://schemas.openxmlformats.org/officeDocument/2006/relationships/oleObject" Target="embeddings/oleObject368.bin"/><Relationship Id="rId952" Type="http://schemas.openxmlformats.org/officeDocument/2006/relationships/image" Target="media/image476.wmf"/><Relationship Id="rId1168" Type="http://schemas.openxmlformats.org/officeDocument/2006/relationships/image" Target="media/image584.wmf"/><Relationship Id="rId1375" Type="http://schemas.openxmlformats.org/officeDocument/2006/relationships/oleObject" Target="embeddings/oleObject683.bin"/><Relationship Id="rId1582" Type="http://schemas.openxmlformats.org/officeDocument/2006/relationships/image" Target="media/image791.wmf"/><Relationship Id="rId2219" Type="http://schemas.openxmlformats.org/officeDocument/2006/relationships/image" Target="media/image1112.wmf"/><Relationship Id="rId2426" Type="http://schemas.openxmlformats.org/officeDocument/2006/relationships/oleObject" Target="embeddings/oleObject1206.bin"/><Relationship Id="rId2633" Type="http://schemas.openxmlformats.org/officeDocument/2006/relationships/image" Target="media/image1319.wmf"/><Relationship Id="rId81" Type="http://schemas.openxmlformats.org/officeDocument/2006/relationships/oleObject" Target="embeddings/oleObject38.bin"/><Relationship Id="rId605" Type="http://schemas.openxmlformats.org/officeDocument/2006/relationships/oleObject" Target="embeddings/oleObject300.bin"/><Relationship Id="rId812" Type="http://schemas.openxmlformats.org/officeDocument/2006/relationships/image" Target="media/image406.wmf"/><Relationship Id="rId1028" Type="http://schemas.openxmlformats.org/officeDocument/2006/relationships/image" Target="media/image514.wmf"/><Relationship Id="rId1235" Type="http://schemas.openxmlformats.org/officeDocument/2006/relationships/oleObject" Target="embeddings/oleObject613.bin"/><Relationship Id="rId1442" Type="http://schemas.openxmlformats.org/officeDocument/2006/relationships/image" Target="media/image721.wmf"/><Relationship Id="rId2840" Type="http://schemas.openxmlformats.org/officeDocument/2006/relationships/oleObject" Target="embeddings/oleObject1413.bin"/><Relationship Id="rId4598" Type="http://schemas.openxmlformats.org/officeDocument/2006/relationships/image" Target="media/image2308.wmf"/><Relationship Id="rId1302" Type="http://schemas.openxmlformats.org/officeDocument/2006/relationships/image" Target="media/image651.wmf"/><Relationship Id="rId2700" Type="http://schemas.openxmlformats.org/officeDocument/2006/relationships/oleObject" Target="embeddings/oleObject1343.bin"/><Relationship Id="rId4458" Type="http://schemas.openxmlformats.org/officeDocument/2006/relationships/image" Target="media/image2235.wmf"/><Relationship Id="rId3267" Type="http://schemas.openxmlformats.org/officeDocument/2006/relationships/image" Target="media/image1636.wmf"/><Relationship Id="rId188" Type="http://schemas.openxmlformats.org/officeDocument/2006/relationships/image" Target="media/image92.wmf"/><Relationship Id="rId395" Type="http://schemas.openxmlformats.org/officeDocument/2006/relationships/oleObject" Target="embeddings/oleObject195.bin"/><Relationship Id="rId2076" Type="http://schemas.openxmlformats.org/officeDocument/2006/relationships/oleObject" Target="embeddings/oleObject1031.bin"/><Relationship Id="rId3474" Type="http://schemas.openxmlformats.org/officeDocument/2006/relationships/oleObject" Target="embeddings/oleObject1730.bin"/><Relationship Id="rId3681" Type="http://schemas.openxmlformats.org/officeDocument/2006/relationships/oleObject" Target="embeddings/oleObject1832.bin"/><Relationship Id="rId4318" Type="http://schemas.openxmlformats.org/officeDocument/2006/relationships/oleObject" Target="embeddings/oleObject2150.bin"/><Relationship Id="rId4525" Type="http://schemas.openxmlformats.org/officeDocument/2006/relationships/oleObject" Target="embeddings/oleObject2252.bin"/><Relationship Id="rId2283" Type="http://schemas.openxmlformats.org/officeDocument/2006/relationships/image" Target="media/image1144.wmf"/><Relationship Id="rId2490" Type="http://schemas.openxmlformats.org/officeDocument/2006/relationships/oleObject" Target="embeddings/oleObject1238.bin"/><Relationship Id="rId3127" Type="http://schemas.openxmlformats.org/officeDocument/2006/relationships/image" Target="media/image1566.wmf"/><Relationship Id="rId3334" Type="http://schemas.openxmlformats.org/officeDocument/2006/relationships/oleObject" Target="embeddings/oleObject1660.bin"/><Relationship Id="rId3541" Type="http://schemas.openxmlformats.org/officeDocument/2006/relationships/image" Target="media/image1774.wmf"/><Relationship Id="rId255" Type="http://schemas.openxmlformats.org/officeDocument/2006/relationships/oleObject" Target="embeddings/oleObject125.bin"/><Relationship Id="rId462" Type="http://schemas.openxmlformats.org/officeDocument/2006/relationships/image" Target="media/image229.wmf"/><Relationship Id="rId1092" Type="http://schemas.openxmlformats.org/officeDocument/2006/relationships/image" Target="media/image546.wmf"/><Relationship Id="rId2143" Type="http://schemas.openxmlformats.org/officeDocument/2006/relationships/image" Target="media/image1074.wmf"/><Relationship Id="rId2350" Type="http://schemas.openxmlformats.org/officeDocument/2006/relationships/oleObject" Target="embeddings/oleObject1168.bin"/><Relationship Id="rId3401" Type="http://schemas.openxmlformats.org/officeDocument/2006/relationships/image" Target="media/image1703.wmf"/><Relationship Id="rId115" Type="http://schemas.openxmlformats.org/officeDocument/2006/relationships/oleObject" Target="embeddings/oleObject55.bin"/><Relationship Id="rId322" Type="http://schemas.openxmlformats.org/officeDocument/2006/relationships/image" Target="media/image159.wmf"/><Relationship Id="rId2003" Type="http://schemas.openxmlformats.org/officeDocument/2006/relationships/image" Target="media/image1004.wmf"/><Relationship Id="rId2210" Type="http://schemas.openxmlformats.org/officeDocument/2006/relationships/oleObject" Target="embeddings/oleObject1098.bin"/><Relationship Id="rId4175" Type="http://schemas.openxmlformats.org/officeDocument/2006/relationships/oleObject" Target="embeddings/oleObject2079.bin"/><Relationship Id="rId4382" Type="http://schemas.openxmlformats.org/officeDocument/2006/relationships/image" Target="media/image2195.wmf"/><Relationship Id="rId1769" Type="http://schemas.openxmlformats.org/officeDocument/2006/relationships/oleObject" Target="embeddings/oleObject880.bin"/><Relationship Id="rId1976" Type="http://schemas.openxmlformats.org/officeDocument/2006/relationships/oleObject" Target="embeddings/oleObject981.bin"/><Relationship Id="rId3191" Type="http://schemas.openxmlformats.org/officeDocument/2006/relationships/image" Target="media/image1598.wmf"/><Relationship Id="rId4035" Type="http://schemas.openxmlformats.org/officeDocument/2006/relationships/oleObject" Target="embeddings/oleObject2009.bin"/><Relationship Id="rId4242" Type="http://schemas.openxmlformats.org/officeDocument/2006/relationships/image" Target="media/image2125.wmf"/><Relationship Id="rId1629" Type="http://schemas.openxmlformats.org/officeDocument/2006/relationships/oleObject" Target="embeddings/oleObject810.bin"/><Relationship Id="rId1836" Type="http://schemas.openxmlformats.org/officeDocument/2006/relationships/oleObject" Target="embeddings/oleObject913.bin"/><Relationship Id="rId1903" Type="http://schemas.openxmlformats.org/officeDocument/2006/relationships/image" Target="media/image954.wmf"/><Relationship Id="rId3051" Type="http://schemas.openxmlformats.org/officeDocument/2006/relationships/image" Target="media/image1528.wmf"/><Relationship Id="rId4102" Type="http://schemas.openxmlformats.org/officeDocument/2006/relationships/image" Target="media/image2055.wmf"/><Relationship Id="rId3868" Type="http://schemas.openxmlformats.org/officeDocument/2006/relationships/image" Target="media/image1938.wmf"/><Relationship Id="rId789" Type="http://schemas.openxmlformats.org/officeDocument/2006/relationships/oleObject" Target="embeddings/oleObject390.bin"/><Relationship Id="rId996" Type="http://schemas.openxmlformats.org/officeDocument/2006/relationships/image" Target="media/image498.wmf"/><Relationship Id="rId2677" Type="http://schemas.openxmlformats.org/officeDocument/2006/relationships/image" Target="media/image1341.wmf"/><Relationship Id="rId2884" Type="http://schemas.openxmlformats.org/officeDocument/2006/relationships/oleObject" Target="embeddings/oleObject1435.bin"/><Relationship Id="rId3728" Type="http://schemas.openxmlformats.org/officeDocument/2006/relationships/image" Target="media/image1868.wmf"/><Relationship Id="rId649" Type="http://schemas.openxmlformats.org/officeDocument/2006/relationships/image" Target="media/image323.wmf"/><Relationship Id="rId856" Type="http://schemas.openxmlformats.org/officeDocument/2006/relationships/image" Target="media/image428.wmf"/><Relationship Id="rId1279" Type="http://schemas.openxmlformats.org/officeDocument/2006/relationships/oleObject" Target="embeddings/oleObject635.bin"/><Relationship Id="rId1486" Type="http://schemas.openxmlformats.org/officeDocument/2006/relationships/image" Target="media/image743.wmf"/><Relationship Id="rId2537" Type="http://schemas.openxmlformats.org/officeDocument/2006/relationships/image" Target="media/image1271.wmf"/><Relationship Id="rId3935" Type="http://schemas.openxmlformats.org/officeDocument/2006/relationships/oleObject" Target="embeddings/oleObject1959.bin"/><Relationship Id="rId509" Type="http://schemas.openxmlformats.org/officeDocument/2006/relationships/oleObject" Target="embeddings/oleObject252.bin"/><Relationship Id="rId1139" Type="http://schemas.openxmlformats.org/officeDocument/2006/relationships/oleObject" Target="embeddings/oleObject565.bin"/><Relationship Id="rId1346" Type="http://schemas.openxmlformats.org/officeDocument/2006/relationships/image" Target="media/image673.wmf"/><Relationship Id="rId1693" Type="http://schemas.openxmlformats.org/officeDocument/2006/relationships/oleObject" Target="embeddings/oleObject842.bin"/><Relationship Id="rId2744" Type="http://schemas.openxmlformats.org/officeDocument/2006/relationships/oleObject" Target="embeddings/oleObject1365.bin"/><Relationship Id="rId2951" Type="http://schemas.openxmlformats.org/officeDocument/2006/relationships/image" Target="media/image1478.wmf"/><Relationship Id="rId716" Type="http://schemas.openxmlformats.org/officeDocument/2006/relationships/oleObject" Target="embeddings/oleObject354.bin"/><Relationship Id="rId923" Type="http://schemas.openxmlformats.org/officeDocument/2006/relationships/oleObject" Target="embeddings/oleObject457.bin"/><Relationship Id="rId1553" Type="http://schemas.openxmlformats.org/officeDocument/2006/relationships/oleObject" Target="embeddings/oleObject772.bin"/><Relationship Id="rId1760" Type="http://schemas.openxmlformats.org/officeDocument/2006/relationships/image" Target="media/image880.wmf"/><Relationship Id="rId2604" Type="http://schemas.openxmlformats.org/officeDocument/2006/relationships/oleObject" Target="embeddings/oleObject1295.bin"/><Relationship Id="rId2811" Type="http://schemas.openxmlformats.org/officeDocument/2006/relationships/image" Target="media/image1408.wmf"/><Relationship Id="rId52" Type="http://schemas.openxmlformats.org/officeDocument/2006/relationships/image" Target="media/image24.wmf"/><Relationship Id="rId1206" Type="http://schemas.openxmlformats.org/officeDocument/2006/relationships/image" Target="media/image603.wmf"/><Relationship Id="rId1413" Type="http://schemas.openxmlformats.org/officeDocument/2006/relationships/oleObject" Target="embeddings/oleObject702.bin"/><Relationship Id="rId1620" Type="http://schemas.openxmlformats.org/officeDocument/2006/relationships/image" Target="media/image810.wmf"/><Relationship Id="rId4569" Type="http://schemas.openxmlformats.org/officeDocument/2006/relationships/oleObject" Target="embeddings/oleObject2274.bin"/><Relationship Id="rId3378" Type="http://schemas.openxmlformats.org/officeDocument/2006/relationships/oleObject" Target="embeddings/oleObject1682.bin"/><Relationship Id="rId3585" Type="http://schemas.openxmlformats.org/officeDocument/2006/relationships/oleObject" Target="embeddings/oleObject1784.bin"/><Relationship Id="rId3792" Type="http://schemas.openxmlformats.org/officeDocument/2006/relationships/image" Target="media/image1900.wmf"/><Relationship Id="rId4429" Type="http://schemas.openxmlformats.org/officeDocument/2006/relationships/oleObject" Target="embeddings/oleObject2204.bin"/><Relationship Id="rId4636" Type="http://schemas.openxmlformats.org/officeDocument/2006/relationships/oleObject" Target="embeddings/oleObject2305.bin"/><Relationship Id="rId299" Type="http://schemas.openxmlformats.org/officeDocument/2006/relationships/oleObject" Target="embeddings/oleObject147.bin"/><Relationship Id="rId2187" Type="http://schemas.openxmlformats.org/officeDocument/2006/relationships/image" Target="media/image1096.wmf"/><Relationship Id="rId2394" Type="http://schemas.openxmlformats.org/officeDocument/2006/relationships/oleObject" Target="embeddings/oleObject1190.bin"/><Relationship Id="rId3238" Type="http://schemas.openxmlformats.org/officeDocument/2006/relationships/oleObject" Target="embeddings/oleObject1612.bin"/><Relationship Id="rId3445" Type="http://schemas.openxmlformats.org/officeDocument/2006/relationships/image" Target="media/image1725.wmf"/><Relationship Id="rId3652" Type="http://schemas.openxmlformats.org/officeDocument/2006/relationships/image" Target="media/image1830.wmf"/><Relationship Id="rId159" Type="http://schemas.openxmlformats.org/officeDocument/2006/relationships/oleObject" Target="embeddings/oleObject77.bin"/><Relationship Id="rId366" Type="http://schemas.openxmlformats.org/officeDocument/2006/relationships/image" Target="media/image181.wmf"/><Relationship Id="rId573" Type="http://schemas.openxmlformats.org/officeDocument/2006/relationships/oleObject" Target="embeddings/oleObject284.bin"/><Relationship Id="rId780" Type="http://schemas.openxmlformats.org/officeDocument/2006/relationships/image" Target="media/image390.wmf"/><Relationship Id="rId2047" Type="http://schemas.openxmlformats.org/officeDocument/2006/relationships/image" Target="media/image1026.wmf"/><Relationship Id="rId2254" Type="http://schemas.openxmlformats.org/officeDocument/2006/relationships/oleObject" Target="embeddings/oleObject1120.bin"/><Relationship Id="rId2461" Type="http://schemas.openxmlformats.org/officeDocument/2006/relationships/image" Target="media/image1233.wmf"/><Relationship Id="rId3305" Type="http://schemas.openxmlformats.org/officeDocument/2006/relationships/image" Target="media/image1655.wmf"/><Relationship Id="rId3512" Type="http://schemas.openxmlformats.org/officeDocument/2006/relationships/image" Target="media/image1759.wmf"/><Relationship Id="rId226" Type="http://schemas.openxmlformats.org/officeDocument/2006/relationships/image" Target="media/image111.wmf"/><Relationship Id="rId433" Type="http://schemas.openxmlformats.org/officeDocument/2006/relationships/oleObject" Target="embeddings/oleObject214.bin"/><Relationship Id="rId1063" Type="http://schemas.openxmlformats.org/officeDocument/2006/relationships/oleObject" Target="embeddings/oleObject527.bin"/><Relationship Id="rId1270" Type="http://schemas.openxmlformats.org/officeDocument/2006/relationships/image" Target="media/image635.wmf"/><Relationship Id="rId2114" Type="http://schemas.openxmlformats.org/officeDocument/2006/relationships/oleObject" Target="embeddings/oleObject1050.bin"/><Relationship Id="rId640" Type="http://schemas.openxmlformats.org/officeDocument/2006/relationships/image" Target="media/image318.wmf"/><Relationship Id="rId2321" Type="http://schemas.openxmlformats.org/officeDocument/2006/relationships/image" Target="media/image1163.wmf"/><Relationship Id="rId4079" Type="http://schemas.openxmlformats.org/officeDocument/2006/relationships/oleObject" Target="embeddings/oleObject2031.bin"/><Relationship Id="rId4286" Type="http://schemas.openxmlformats.org/officeDocument/2006/relationships/oleObject" Target="embeddings/oleObject2134.bin"/><Relationship Id="rId500" Type="http://schemas.openxmlformats.org/officeDocument/2006/relationships/image" Target="media/image248.wmf"/><Relationship Id="rId1130" Type="http://schemas.openxmlformats.org/officeDocument/2006/relationships/image" Target="media/image565.wmf"/><Relationship Id="rId4493" Type="http://schemas.openxmlformats.org/officeDocument/2006/relationships/oleObject" Target="embeddings/oleObject2236.bin"/><Relationship Id="rId1947" Type="http://schemas.openxmlformats.org/officeDocument/2006/relationships/image" Target="media/image976.wmf"/><Relationship Id="rId3095" Type="http://schemas.openxmlformats.org/officeDocument/2006/relationships/image" Target="media/image1550.wmf"/><Relationship Id="rId4146" Type="http://schemas.openxmlformats.org/officeDocument/2006/relationships/image" Target="media/image2077.wmf"/><Relationship Id="rId4353" Type="http://schemas.openxmlformats.org/officeDocument/2006/relationships/oleObject" Target="embeddings/oleObject2168.bin"/><Relationship Id="rId4560" Type="http://schemas.openxmlformats.org/officeDocument/2006/relationships/image" Target="media/image2286.wmf"/><Relationship Id="rId1807" Type="http://schemas.openxmlformats.org/officeDocument/2006/relationships/image" Target="media/image904.wmf"/><Relationship Id="rId3162" Type="http://schemas.openxmlformats.org/officeDocument/2006/relationships/oleObject" Target="embeddings/oleObject1574.bin"/><Relationship Id="rId4006" Type="http://schemas.openxmlformats.org/officeDocument/2006/relationships/image" Target="media/image2007.wmf"/><Relationship Id="rId4213" Type="http://schemas.openxmlformats.org/officeDocument/2006/relationships/oleObject" Target="embeddings/oleObject2098.bin"/><Relationship Id="rId4420" Type="http://schemas.openxmlformats.org/officeDocument/2006/relationships/image" Target="media/image2216.wmf"/><Relationship Id="rId290" Type="http://schemas.openxmlformats.org/officeDocument/2006/relationships/image" Target="media/image143.wmf"/><Relationship Id="rId3022" Type="http://schemas.openxmlformats.org/officeDocument/2006/relationships/oleObject" Target="embeddings/oleObject1504.bin"/><Relationship Id="rId150" Type="http://schemas.openxmlformats.org/officeDocument/2006/relationships/image" Target="media/image73.wmf"/><Relationship Id="rId3979" Type="http://schemas.openxmlformats.org/officeDocument/2006/relationships/oleObject" Target="embeddings/oleObject1981.bin"/><Relationship Id="rId2788" Type="http://schemas.openxmlformats.org/officeDocument/2006/relationships/oleObject" Target="embeddings/oleObject1387.bin"/><Relationship Id="rId2995" Type="http://schemas.openxmlformats.org/officeDocument/2006/relationships/image" Target="media/image1500.wmf"/><Relationship Id="rId3839" Type="http://schemas.openxmlformats.org/officeDocument/2006/relationships/oleObject" Target="embeddings/oleObject1911.bin"/><Relationship Id="rId967" Type="http://schemas.openxmlformats.org/officeDocument/2006/relationships/oleObject" Target="embeddings/oleObject479.bin"/><Relationship Id="rId1597" Type="http://schemas.openxmlformats.org/officeDocument/2006/relationships/oleObject" Target="embeddings/oleObject794.bin"/><Relationship Id="rId2648" Type="http://schemas.openxmlformats.org/officeDocument/2006/relationships/oleObject" Target="embeddings/oleObject1317.bin"/><Relationship Id="rId2855" Type="http://schemas.openxmlformats.org/officeDocument/2006/relationships/image" Target="media/image1430.wmf"/><Relationship Id="rId3906" Type="http://schemas.openxmlformats.org/officeDocument/2006/relationships/image" Target="media/image1957.wmf"/><Relationship Id="rId96" Type="http://schemas.openxmlformats.org/officeDocument/2006/relationships/image" Target="media/image46.wmf"/><Relationship Id="rId827" Type="http://schemas.openxmlformats.org/officeDocument/2006/relationships/oleObject" Target="embeddings/oleObject409.bin"/><Relationship Id="rId1457" Type="http://schemas.openxmlformats.org/officeDocument/2006/relationships/oleObject" Target="embeddings/oleObject724.bin"/><Relationship Id="rId1664" Type="http://schemas.openxmlformats.org/officeDocument/2006/relationships/image" Target="media/image832.wmf"/><Relationship Id="rId1871" Type="http://schemas.openxmlformats.org/officeDocument/2006/relationships/image" Target="media/image938.wmf"/><Relationship Id="rId2508" Type="http://schemas.openxmlformats.org/officeDocument/2006/relationships/oleObject" Target="embeddings/oleObject1247.bin"/><Relationship Id="rId2715" Type="http://schemas.openxmlformats.org/officeDocument/2006/relationships/image" Target="media/image1360.wmf"/><Relationship Id="rId2922" Type="http://schemas.openxmlformats.org/officeDocument/2006/relationships/oleObject" Target="embeddings/oleObject1454.bin"/><Relationship Id="rId4070" Type="http://schemas.openxmlformats.org/officeDocument/2006/relationships/image" Target="media/image2039.wmf"/><Relationship Id="rId1317" Type="http://schemas.openxmlformats.org/officeDocument/2006/relationships/oleObject" Target="embeddings/oleObject654.bin"/><Relationship Id="rId1524" Type="http://schemas.openxmlformats.org/officeDocument/2006/relationships/image" Target="media/image762.wmf"/><Relationship Id="rId1731" Type="http://schemas.openxmlformats.org/officeDocument/2006/relationships/oleObject" Target="embeddings/oleObject861.bin"/><Relationship Id="rId23" Type="http://schemas.openxmlformats.org/officeDocument/2006/relationships/oleObject" Target="embeddings/oleObject9.bin"/><Relationship Id="rId3489" Type="http://schemas.openxmlformats.org/officeDocument/2006/relationships/oleObject" Target="embeddings/oleObject1737.bin"/><Relationship Id="rId3696" Type="http://schemas.openxmlformats.org/officeDocument/2006/relationships/image" Target="media/image1852.wmf"/><Relationship Id="rId2298" Type="http://schemas.openxmlformats.org/officeDocument/2006/relationships/oleObject" Target="embeddings/oleObject1142.bin"/><Relationship Id="rId3349" Type="http://schemas.openxmlformats.org/officeDocument/2006/relationships/image" Target="media/image1677.wmf"/><Relationship Id="rId3556" Type="http://schemas.openxmlformats.org/officeDocument/2006/relationships/oleObject" Target="embeddings/oleObject1770.bin"/><Relationship Id="rId477" Type="http://schemas.openxmlformats.org/officeDocument/2006/relationships/oleObject" Target="embeddings/oleObject236.bin"/><Relationship Id="rId684" Type="http://schemas.openxmlformats.org/officeDocument/2006/relationships/image" Target="media/image341.wmf"/><Relationship Id="rId2158" Type="http://schemas.openxmlformats.org/officeDocument/2006/relationships/oleObject" Target="embeddings/oleObject1072.bin"/><Relationship Id="rId2365" Type="http://schemas.openxmlformats.org/officeDocument/2006/relationships/image" Target="media/image1185.wmf"/><Relationship Id="rId3209" Type="http://schemas.openxmlformats.org/officeDocument/2006/relationships/image" Target="media/image1607.wmf"/><Relationship Id="rId3763" Type="http://schemas.openxmlformats.org/officeDocument/2006/relationships/oleObject" Target="embeddings/oleObject1873.bin"/><Relationship Id="rId3970" Type="http://schemas.openxmlformats.org/officeDocument/2006/relationships/image" Target="media/image1989.wmf"/><Relationship Id="rId4607" Type="http://schemas.openxmlformats.org/officeDocument/2006/relationships/oleObject" Target="embeddings/oleObject2290.bin"/><Relationship Id="rId337" Type="http://schemas.openxmlformats.org/officeDocument/2006/relationships/oleObject" Target="embeddings/oleObject166.bin"/><Relationship Id="rId891" Type="http://schemas.openxmlformats.org/officeDocument/2006/relationships/oleObject" Target="embeddings/oleObject441.bin"/><Relationship Id="rId2018" Type="http://schemas.openxmlformats.org/officeDocument/2006/relationships/oleObject" Target="embeddings/oleObject1002.bin"/><Relationship Id="rId2572" Type="http://schemas.openxmlformats.org/officeDocument/2006/relationships/oleObject" Target="embeddings/oleObject1279.bin"/><Relationship Id="rId3416" Type="http://schemas.openxmlformats.org/officeDocument/2006/relationships/oleObject" Target="embeddings/oleObject1701.bin"/><Relationship Id="rId3623" Type="http://schemas.openxmlformats.org/officeDocument/2006/relationships/oleObject" Target="embeddings/oleObject1803.bin"/><Relationship Id="rId3830" Type="http://schemas.openxmlformats.org/officeDocument/2006/relationships/image" Target="media/image1919.wmf"/><Relationship Id="rId544" Type="http://schemas.openxmlformats.org/officeDocument/2006/relationships/image" Target="media/image270.wmf"/><Relationship Id="rId751" Type="http://schemas.openxmlformats.org/officeDocument/2006/relationships/oleObject" Target="embeddings/oleObject371.bin"/><Relationship Id="rId1174" Type="http://schemas.openxmlformats.org/officeDocument/2006/relationships/image" Target="media/image587.wmf"/><Relationship Id="rId1381" Type="http://schemas.openxmlformats.org/officeDocument/2006/relationships/oleObject" Target="embeddings/oleObject686.bin"/><Relationship Id="rId2225" Type="http://schemas.openxmlformats.org/officeDocument/2006/relationships/image" Target="media/image1115.wmf"/><Relationship Id="rId2432" Type="http://schemas.openxmlformats.org/officeDocument/2006/relationships/oleObject" Target="embeddings/oleObject1209.bin"/><Relationship Id="rId404" Type="http://schemas.openxmlformats.org/officeDocument/2006/relationships/image" Target="media/image200.wmf"/><Relationship Id="rId611" Type="http://schemas.openxmlformats.org/officeDocument/2006/relationships/oleObject" Target="embeddings/oleObject303.bin"/><Relationship Id="rId1034" Type="http://schemas.openxmlformats.org/officeDocument/2006/relationships/image" Target="media/image517.wmf"/><Relationship Id="rId1241" Type="http://schemas.openxmlformats.org/officeDocument/2006/relationships/oleObject" Target="embeddings/oleObject616.bin"/><Relationship Id="rId4397" Type="http://schemas.openxmlformats.org/officeDocument/2006/relationships/image" Target="media/image2204.png"/><Relationship Id="rId1101" Type="http://schemas.openxmlformats.org/officeDocument/2006/relationships/oleObject" Target="embeddings/oleObject546.bin"/><Relationship Id="rId4257" Type="http://schemas.openxmlformats.org/officeDocument/2006/relationships/oleObject" Target="embeddings/oleObject2120.bin"/><Relationship Id="rId4464" Type="http://schemas.openxmlformats.org/officeDocument/2006/relationships/image" Target="media/image2238.wmf"/><Relationship Id="rId3066" Type="http://schemas.openxmlformats.org/officeDocument/2006/relationships/oleObject" Target="embeddings/oleObject1526.bin"/><Relationship Id="rId3273" Type="http://schemas.openxmlformats.org/officeDocument/2006/relationships/image" Target="media/image1639.wmf"/><Relationship Id="rId3480" Type="http://schemas.openxmlformats.org/officeDocument/2006/relationships/image" Target="media/image1743.wmf"/><Relationship Id="rId4117" Type="http://schemas.openxmlformats.org/officeDocument/2006/relationships/oleObject" Target="embeddings/oleObject2050.bin"/><Relationship Id="rId4324" Type="http://schemas.openxmlformats.org/officeDocument/2006/relationships/oleObject" Target="embeddings/oleObject2153.bin"/><Relationship Id="rId4531" Type="http://schemas.openxmlformats.org/officeDocument/2006/relationships/oleObject" Target="embeddings/oleObject2255.bin"/><Relationship Id="rId194" Type="http://schemas.openxmlformats.org/officeDocument/2006/relationships/image" Target="media/image95.wmf"/><Relationship Id="rId1918" Type="http://schemas.openxmlformats.org/officeDocument/2006/relationships/oleObject" Target="embeddings/oleObject952.bin"/><Relationship Id="rId2082" Type="http://schemas.openxmlformats.org/officeDocument/2006/relationships/oleObject" Target="embeddings/oleObject1034.bin"/><Relationship Id="rId3133" Type="http://schemas.openxmlformats.org/officeDocument/2006/relationships/image" Target="media/image1569.wmf"/><Relationship Id="rId261" Type="http://schemas.openxmlformats.org/officeDocument/2006/relationships/oleObject" Target="embeddings/oleObject128.bin"/><Relationship Id="rId3340" Type="http://schemas.openxmlformats.org/officeDocument/2006/relationships/oleObject" Target="embeddings/oleObject1663.bin"/><Relationship Id="rId2899" Type="http://schemas.openxmlformats.org/officeDocument/2006/relationships/image" Target="media/image1452.wmf"/><Relationship Id="rId3200" Type="http://schemas.openxmlformats.org/officeDocument/2006/relationships/oleObject" Target="embeddings/oleObject1593.bin"/><Relationship Id="rId121" Type="http://schemas.openxmlformats.org/officeDocument/2006/relationships/oleObject" Target="embeddings/oleObject58.bin"/><Relationship Id="rId2759" Type="http://schemas.openxmlformats.org/officeDocument/2006/relationships/image" Target="media/image1382.wmf"/><Relationship Id="rId2966" Type="http://schemas.openxmlformats.org/officeDocument/2006/relationships/oleObject" Target="embeddings/oleObject1476.bin"/><Relationship Id="rId938" Type="http://schemas.openxmlformats.org/officeDocument/2006/relationships/image" Target="media/image469.wmf"/><Relationship Id="rId1568" Type="http://schemas.openxmlformats.org/officeDocument/2006/relationships/image" Target="media/image784.wmf"/><Relationship Id="rId1775" Type="http://schemas.openxmlformats.org/officeDocument/2006/relationships/oleObject" Target="embeddings/oleObject883.bin"/><Relationship Id="rId2619" Type="http://schemas.openxmlformats.org/officeDocument/2006/relationships/image" Target="media/image1312.wmf"/><Relationship Id="rId2826" Type="http://schemas.openxmlformats.org/officeDocument/2006/relationships/oleObject" Target="embeddings/oleObject1406.bin"/><Relationship Id="rId4181" Type="http://schemas.openxmlformats.org/officeDocument/2006/relationships/oleObject" Target="embeddings/oleObject2082.bin"/><Relationship Id="rId67" Type="http://schemas.openxmlformats.org/officeDocument/2006/relationships/oleObject" Target="embeddings/oleObject31.bin"/><Relationship Id="rId1428" Type="http://schemas.openxmlformats.org/officeDocument/2006/relationships/image" Target="media/image714.wmf"/><Relationship Id="rId1635" Type="http://schemas.openxmlformats.org/officeDocument/2006/relationships/oleObject" Target="embeddings/oleObject813.bin"/><Relationship Id="rId1982" Type="http://schemas.openxmlformats.org/officeDocument/2006/relationships/oleObject" Target="embeddings/oleObject984.bin"/><Relationship Id="rId4041" Type="http://schemas.openxmlformats.org/officeDocument/2006/relationships/oleObject" Target="embeddings/oleObject2012.bin"/><Relationship Id="rId1842" Type="http://schemas.openxmlformats.org/officeDocument/2006/relationships/image" Target="media/image923.png"/><Relationship Id="rId1702" Type="http://schemas.openxmlformats.org/officeDocument/2006/relationships/image" Target="media/image851.wmf"/><Relationship Id="rId3667" Type="http://schemas.openxmlformats.org/officeDocument/2006/relationships/oleObject" Target="embeddings/oleObject1825.bin"/><Relationship Id="rId3874" Type="http://schemas.openxmlformats.org/officeDocument/2006/relationships/image" Target="media/image1941.wmf"/><Relationship Id="rId588" Type="http://schemas.openxmlformats.org/officeDocument/2006/relationships/image" Target="media/image292.wmf"/><Relationship Id="rId795" Type="http://schemas.openxmlformats.org/officeDocument/2006/relationships/oleObject" Target="embeddings/oleObject393.bin"/><Relationship Id="rId2269" Type="http://schemas.openxmlformats.org/officeDocument/2006/relationships/image" Target="media/image1137.wmf"/><Relationship Id="rId2476" Type="http://schemas.openxmlformats.org/officeDocument/2006/relationships/oleObject" Target="embeddings/oleObject1231.bin"/><Relationship Id="rId2683" Type="http://schemas.openxmlformats.org/officeDocument/2006/relationships/image" Target="media/image1344.wmf"/><Relationship Id="rId2890" Type="http://schemas.openxmlformats.org/officeDocument/2006/relationships/oleObject" Target="embeddings/oleObject1438.bin"/><Relationship Id="rId3527" Type="http://schemas.openxmlformats.org/officeDocument/2006/relationships/oleObject" Target="embeddings/oleObject1756.bin"/><Relationship Id="rId3734" Type="http://schemas.openxmlformats.org/officeDocument/2006/relationships/image" Target="media/image1871.wmf"/><Relationship Id="rId3941" Type="http://schemas.openxmlformats.org/officeDocument/2006/relationships/oleObject" Target="embeddings/oleObject1962.bin"/><Relationship Id="rId448" Type="http://schemas.openxmlformats.org/officeDocument/2006/relationships/image" Target="media/image222.wmf"/><Relationship Id="rId655" Type="http://schemas.openxmlformats.org/officeDocument/2006/relationships/image" Target="media/image326.wmf"/><Relationship Id="rId862" Type="http://schemas.openxmlformats.org/officeDocument/2006/relationships/image" Target="media/image431.wmf"/><Relationship Id="rId1078" Type="http://schemas.openxmlformats.org/officeDocument/2006/relationships/image" Target="media/image539.wmf"/><Relationship Id="rId1285" Type="http://schemas.openxmlformats.org/officeDocument/2006/relationships/oleObject" Target="embeddings/oleObject638.bin"/><Relationship Id="rId1492" Type="http://schemas.openxmlformats.org/officeDocument/2006/relationships/image" Target="media/image746.wmf"/><Relationship Id="rId2129" Type="http://schemas.openxmlformats.org/officeDocument/2006/relationships/image" Target="media/image1067.wmf"/><Relationship Id="rId2336" Type="http://schemas.openxmlformats.org/officeDocument/2006/relationships/oleObject" Target="embeddings/oleObject1161.bin"/><Relationship Id="rId2543" Type="http://schemas.openxmlformats.org/officeDocument/2006/relationships/image" Target="media/image1274.wmf"/><Relationship Id="rId2750" Type="http://schemas.openxmlformats.org/officeDocument/2006/relationships/oleObject" Target="embeddings/oleObject1368.bin"/><Relationship Id="rId3801" Type="http://schemas.openxmlformats.org/officeDocument/2006/relationships/oleObject" Target="embeddings/oleObject1892.bin"/><Relationship Id="rId308" Type="http://schemas.openxmlformats.org/officeDocument/2006/relationships/image" Target="media/image152.wmf"/><Relationship Id="rId515" Type="http://schemas.openxmlformats.org/officeDocument/2006/relationships/oleObject" Target="embeddings/oleObject255.bin"/><Relationship Id="rId722" Type="http://schemas.openxmlformats.org/officeDocument/2006/relationships/image" Target="media/image361.wmf"/><Relationship Id="rId1145" Type="http://schemas.openxmlformats.org/officeDocument/2006/relationships/oleObject" Target="embeddings/oleObject568.bin"/><Relationship Id="rId1352" Type="http://schemas.openxmlformats.org/officeDocument/2006/relationships/image" Target="media/image676.wmf"/><Relationship Id="rId2403" Type="http://schemas.openxmlformats.org/officeDocument/2006/relationships/image" Target="media/image1204.wmf"/><Relationship Id="rId1005" Type="http://schemas.openxmlformats.org/officeDocument/2006/relationships/oleObject" Target="embeddings/oleObject498.bin"/><Relationship Id="rId1212" Type="http://schemas.openxmlformats.org/officeDocument/2006/relationships/image" Target="media/image606.wmf"/><Relationship Id="rId2610" Type="http://schemas.openxmlformats.org/officeDocument/2006/relationships/oleObject" Target="embeddings/oleObject1298.bin"/><Relationship Id="rId4368" Type="http://schemas.openxmlformats.org/officeDocument/2006/relationships/image" Target="media/image2188.wmf"/><Relationship Id="rId4575" Type="http://schemas.openxmlformats.org/officeDocument/2006/relationships/oleObject" Target="embeddings/oleObject2277.bin"/><Relationship Id="rId3177" Type="http://schemas.openxmlformats.org/officeDocument/2006/relationships/image" Target="media/image1591.wmf"/><Relationship Id="rId4228" Type="http://schemas.openxmlformats.org/officeDocument/2006/relationships/image" Target="media/image2118.wmf"/><Relationship Id="rId3037" Type="http://schemas.openxmlformats.org/officeDocument/2006/relationships/image" Target="media/image1521.wmf"/><Relationship Id="rId3384" Type="http://schemas.openxmlformats.org/officeDocument/2006/relationships/oleObject" Target="embeddings/oleObject1685.bin"/><Relationship Id="rId3591" Type="http://schemas.openxmlformats.org/officeDocument/2006/relationships/oleObject" Target="embeddings/oleObject1787.bin"/><Relationship Id="rId4435" Type="http://schemas.openxmlformats.org/officeDocument/2006/relationships/oleObject" Target="embeddings/oleObject2207.bin"/><Relationship Id="rId4642" Type="http://schemas.openxmlformats.org/officeDocument/2006/relationships/oleObject" Target="embeddings/oleObject2309.bin"/><Relationship Id="rId2193" Type="http://schemas.openxmlformats.org/officeDocument/2006/relationships/image" Target="media/image1099.wmf"/><Relationship Id="rId3244" Type="http://schemas.openxmlformats.org/officeDocument/2006/relationships/oleObject" Target="embeddings/oleObject1615.bin"/><Relationship Id="rId3451" Type="http://schemas.openxmlformats.org/officeDocument/2006/relationships/image" Target="media/image1728.wmf"/><Relationship Id="rId4502" Type="http://schemas.openxmlformats.org/officeDocument/2006/relationships/image" Target="media/image2257.wmf"/><Relationship Id="rId165" Type="http://schemas.openxmlformats.org/officeDocument/2006/relationships/oleObject" Target="embeddings/oleObject80.bin"/><Relationship Id="rId372" Type="http://schemas.openxmlformats.org/officeDocument/2006/relationships/image" Target="media/image184.wmf"/><Relationship Id="rId2053" Type="http://schemas.openxmlformats.org/officeDocument/2006/relationships/image" Target="media/image1029.wmf"/><Relationship Id="rId2260" Type="http://schemas.openxmlformats.org/officeDocument/2006/relationships/oleObject" Target="embeddings/oleObject1123.bin"/><Relationship Id="rId3104" Type="http://schemas.openxmlformats.org/officeDocument/2006/relationships/oleObject" Target="embeddings/oleObject1545.bin"/><Relationship Id="rId3311" Type="http://schemas.openxmlformats.org/officeDocument/2006/relationships/image" Target="media/image1658.wmf"/><Relationship Id="rId232" Type="http://schemas.openxmlformats.org/officeDocument/2006/relationships/image" Target="media/image114.wmf"/><Relationship Id="rId2120" Type="http://schemas.openxmlformats.org/officeDocument/2006/relationships/oleObject" Target="embeddings/oleObject1053.bin"/><Relationship Id="rId1679" Type="http://schemas.openxmlformats.org/officeDocument/2006/relationships/oleObject" Target="embeddings/oleObject835.bin"/><Relationship Id="rId4085" Type="http://schemas.openxmlformats.org/officeDocument/2006/relationships/oleObject" Target="embeddings/oleObject2034.bin"/><Relationship Id="rId4292" Type="http://schemas.openxmlformats.org/officeDocument/2006/relationships/oleObject" Target="embeddings/oleObject2137.bin"/><Relationship Id="rId1886" Type="http://schemas.openxmlformats.org/officeDocument/2006/relationships/oleObject" Target="embeddings/oleObject936.bin"/><Relationship Id="rId2937" Type="http://schemas.openxmlformats.org/officeDocument/2006/relationships/image" Target="media/image1471.wmf"/><Relationship Id="rId4152" Type="http://schemas.openxmlformats.org/officeDocument/2006/relationships/image" Target="media/image2080.wmf"/><Relationship Id="rId909" Type="http://schemas.openxmlformats.org/officeDocument/2006/relationships/oleObject" Target="embeddings/oleObject450.bin"/><Relationship Id="rId1539" Type="http://schemas.openxmlformats.org/officeDocument/2006/relationships/oleObject" Target="embeddings/oleObject765.bin"/><Relationship Id="rId1746" Type="http://schemas.openxmlformats.org/officeDocument/2006/relationships/image" Target="media/image873.wmf"/><Relationship Id="rId1953" Type="http://schemas.openxmlformats.org/officeDocument/2006/relationships/image" Target="media/image979.wmf"/><Relationship Id="rId38" Type="http://schemas.openxmlformats.org/officeDocument/2006/relationships/image" Target="media/image17.wmf"/><Relationship Id="rId1606" Type="http://schemas.openxmlformats.org/officeDocument/2006/relationships/image" Target="media/image803.wmf"/><Relationship Id="rId1813" Type="http://schemas.openxmlformats.org/officeDocument/2006/relationships/image" Target="media/image907.wmf"/><Relationship Id="rId4012" Type="http://schemas.openxmlformats.org/officeDocument/2006/relationships/image" Target="media/image2010.wmf"/><Relationship Id="rId3778" Type="http://schemas.openxmlformats.org/officeDocument/2006/relationships/image" Target="media/image1893.wmf"/><Relationship Id="rId3985" Type="http://schemas.openxmlformats.org/officeDocument/2006/relationships/oleObject" Target="embeddings/oleObject1984.bin"/><Relationship Id="rId699" Type="http://schemas.openxmlformats.org/officeDocument/2006/relationships/image" Target="media/image349.wmf"/><Relationship Id="rId2587" Type="http://schemas.openxmlformats.org/officeDocument/2006/relationships/image" Target="media/image1296.wmf"/><Relationship Id="rId2794" Type="http://schemas.openxmlformats.org/officeDocument/2006/relationships/oleObject" Target="embeddings/oleObject1390.bin"/><Relationship Id="rId3638" Type="http://schemas.openxmlformats.org/officeDocument/2006/relationships/image" Target="media/image1823.wmf"/><Relationship Id="rId3845" Type="http://schemas.openxmlformats.org/officeDocument/2006/relationships/oleObject" Target="embeddings/oleObject1914.bin"/><Relationship Id="rId559" Type="http://schemas.openxmlformats.org/officeDocument/2006/relationships/oleObject" Target="embeddings/oleObject277.bin"/><Relationship Id="rId766" Type="http://schemas.openxmlformats.org/officeDocument/2006/relationships/image" Target="media/image383.wmf"/><Relationship Id="rId1189" Type="http://schemas.openxmlformats.org/officeDocument/2006/relationships/oleObject" Target="embeddings/oleObject590.bin"/><Relationship Id="rId1396" Type="http://schemas.openxmlformats.org/officeDocument/2006/relationships/image" Target="media/image698.wmf"/><Relationship Id="rId2447" Type="http://schemas.openxmlformats.org/officeDocument/2006/relationships/image" Target="media/image1226.wmf"/><Relationship Id="rId419" Type="http://schemas.openxmlformats.org/officeDocument/2006/relationships/oleObject" Target="embeddings/oleObject207.bin"/><Relationship Id="rId626" Type="http://schemas.openxmlformats.org/officeDocument/2006/relationships/image" Target="media/image311.wmf"/><Relationship Id="rId973" Type="http://schemas.openxmlformats.org/officeDocument/2006/relationships/oleObject" Target="embeddings/oleObject482.bin"/><Relationship Id="rId1049" Type="http://schemas.openxmlformats.org/officeDocument/2006/relationships/oleObject" Target="embeddings/oleObject520.bin"/><Relationship Id="rId1256" Type="http://schemas.openxmlformats.org/officeDocument/2006/relationships/image" Target="media/image628.wmf"/><Relationship Id="rId2307" Type="http://schemas.openxmlformats.org/officeDocument/2006/relationships/image" Target="media/image1156.wmf"/><Relationship Id="rId2654" Type="http://schemas.openxmlformats.org/officeDocument/2006/relationships/oleObject" Target="embeddings/oleObject1320.bin"/><Relationship Id="rId2861" Type="http://schemas.openxmlformats.org/officeDocument/2006/relationships/image" Target="media/image1433.wmf"/><Relationship Id="rId3705" Type="http://schemas.openxmlformats.org/officeDocument/2006/relationships/oleObject" Target="embeddings/oleObject1844.bin"/><Relationship Id="rId3912" Type="http://schemas.openxmlformats.org/officeDocument/2006/relationships/image" Target="media/image1960.wmf"/><Relationship Id="rId833" Type="http://schemas.openxmlformats.org/officeDocument/2006/relationships/oleObject" Target="embeddings/oleObject412.bin"/><Relationship Id="rId1116" Type="http://schemas.openxmlformats.org/officeDocument/2006/relationships/image" Target="media/image558.wmf"/><Relationship Id="rId1463" Type="http://schemas.openxmlformats.org/officeDocument/2006/relationships/oleObject" Target="embeddings/oleObject727.bin"/><Relationship Id="rId1670" Type="http://schemas.openxmlformats.org/officeDocument/2006/relationships/image" Target="media/image835.wmf"/><Relationship Id="rId2514" Type="http://schemas.openxmlformats.org/officeDocument/2006/relationships/oleObject" Target="embeddings/oleObject1250.bin"/><Relationship Id="rId2721" Type="http://schemas.openxmlformats.org/officeDocument/2006/relationships/image" Target="media/image1363.wmf"/><Relationship Id="rId900" Type="http://schemas.openxmlformats.org/officeDocument/2006/relationships/image" Target="media/image450.wmf"/><Relationship Id="rId1323" Type="http://schemas.openxmlformats.org/officeDocument/2006/relationships/oleObject" Target="embeddings/oleObject657.bin"/><Relationship Id="rId1530" Type="http://schemas.openxmlformats.org/officeDocument/2006/relationships/image" Target="media/image765.wmf"/><Relationship Id="rId4479" Type="http://schemas.openxmlformats.org/officeDocument/2006/relationships/oleObject" Target="embeddings/oleObject2229.bin"/><Relationship Id="rId3288" Type="http://schemas.openxmlformats.org/officeDocument/2006/relationships/oleObject" Target="embeddings/oleObject1637.bin"/><Relationship Id="rId3495" Type="http://schemas.openxmlformats.org/officeDocument/2006/relationships/oleObject" Target="embeddings/oleObject1740.bin"/><Relationship Id="rId4339" Type="http://schemas.openxmlformats.org/officeDocument/2006/relationships/oleObject" Target="embeddings/oleObject2161.bin"/><Relationship Id="rId4546" Type="http://schemas.openxmlformats.org/officeDocument/2006/relationships/image" Target="media/image2279.wmf"/><Relationship Id="rId2097" Type="http://schemas.openxmlformats.org/officeDocument/2006/relationships/image" Target="media/image1051.wmf"/><Relationship Id="rId3148" Type="http://schemas.openxmlformats.org/officeDocument/2006/relationships/oleObject" Target="embeddings/oleObject1567.bin"/><Relationship Id="rId3355" Type="http://schemas.openxmlformats.org/officeDocument/2006/relationships/image" Target="media/image1680.wmf"/><Relationship Id="rId3562" Type="http://schemas.openxmlformats.org/officeDocument/2006/relationships/oleObject" Target="embeddings/oleObject1773.bin"/><Relationship Id="rId4406" Type="http://schemas.openxmlformats.org/officeDocument/2006/relationships/image" Target="media/image2209.wmf"/><Relationship Id="rId4613" Type="http://schemas.openxmlformats.org/officeDocument/2006/relationships/oleObject" Target="embeddings/oleObject2293.bin"/><Relationship Id="rId276" Type="http://schemas.openxmlformats.org/officeDocument/2006/relationships/image" Target="media/image136.wmf"/><Relationship Id="rId483" Type="http://schemas.openxmlformats.org/officeDocument/2006/relationships/oleObject" Target="embeddings/oleObject239.bin"/><Relationship Id="rId690" Type="http://schemas.openxmlformats.org/officeDocument/2006/relationships/image" Target="media/image344.wmf"/><Relationship Id="rId2164" Type="http://schemas.openxmlformats.org/officeDocument/2006/relationships/oleObject" Target="embeddings/oleObject1075.bin"/><Relationship Id="rId2371" Type="http://schemas.openxmlformats.org/officeDocument/2006/relationships/image" Target="media/image1188.wmf"/><Relationship Id="rId3008" Type="http://schemas.openxmlformats.org/officeDocument/2006/relationships/oleObject" Target="embeddings/oleObject1497.bin"/><Relationship Id="rId3215" Type="http://schemas.openxmlformats.org/officeDocument/2006/relationships/image" Target="media/image1610.wmf"/><Relationship Id="rId3422" Type="http://schemas.openxmlformats.org/officeDocument/2006/relationships/oleObject" Target="embeddings/oleObject1704.bin"/><Relationship Id="rId136" Type="http://schemas.openxmlformats.org/officeDocument/2006/relationships/image" Target="media/image66.wmf"/><Relationship Id="rId343" Type="http://schemas.openxmlformats.org/officeDocument/2006/relationships/oleObject" Target="embeddings/oleObject169.bin"/><Relationship Id="rId550" Type="http://schemas.openxmlformats.org/officeDocument/2006/relationships/image" Target="media/image273.wmf"/><Relationship Id="rId1180" Type="http://schemas.openxmlformats.org/officeDocument/2006/relationships/image" Target="media/image590.wmf"/><Relationship Id="rId2024" Type="http://schemas.openxmlformats.org/officeDocument/2006/relationships/oleObject" Target="embeddings/oleObject1005.bin"/><Relationship Id="rId2231" Type="http://schemas.openxmlformats.org/officeDocument/2006/relationships/image" Target="media/image1118.wmf"/><Relationship Id="rId203" Type="http://schemas.openxmlformats.org/officeDocument/2006/relationships/oleObject" Target="embeddings/oleObject99.bin"/><Relationship Id="rId1040" Type="http://schemas.openxmlformats.org/officeDocument/2006/relationships/image" Target="media/image520.wmf"/><Relationship Id="rId4196" Type="http://schemas.openxmlformats.org/officeDocument/2006/relationships/image" Target="media/image2102.wmf"/><Relationship Id="rId410" Type="http://schemas.openxmlformats.org/officeDocument/2006/relationships/image" Target="media/image203.wmf"/><Relationship Id="rId1997" Type="http://schemas.openxmlformats.org/officeDocument/2006/relationships/image" Target="media/image1001.wmf"/><Relationship Id="rId4056" Type="http://schemas.openxmlformats.org/officeDocument/2006/relationships/image" Target="media/image2032.wmf"/><Relationship Id="rId1857" Type="http://schemas.openxmlformats.org/officeDocument/2006/relationships/image" Target="media/image931.wmf"/><Relationship Id="rId2908" Type="http://schemas.openxmlformats.org/officeDocument/2006/relationships/oleObject" Target="embeddings/oleObject1447.bin"/><Relationship Id="rId4263" Type="http://schemas.openxmlformats.org/officeDocument/2006/relationships/image" Target="media/image2136.wmf"/><Relationship Id="rId4470" Type="http://schemas.openxmlformats.org/officeDocument/2006/relationships/image" Target="media/image2241.wmf"/><Relationship Id="rId1717" Type="http://schemas.openxmlformats.org/officeDocument/2006/relationships/oleObject" Target="embeddings/oleObject854.bin"/><Relationship Id="rId1924" Type="http://schemas.openxmlformats.org/officeDocument/2006/relationships/oleObject" Target="embeddings/oleObject955.bin"/><Relationship Id="rId3072" Type="http://schemas.openxmlformats.org/officeDocument/2006/relationships/oleObject" Target="embeddings/oleObject1529.bin"/><Relationship Id="rId4123" Type="http://schemas.openxmlformats.org/officeDocument/2006/relationships/oleObject" Target="embeddings/oleObject2053.bin"/><Relationship Id="rId4330" Type="http://schemas.openxmlformats.org/officeDocument/2006/relationships/oleObject" Target="embeddings/oleObject2156.bin"/><Relationship Id="rId3889" Type="http://schemas.openxmlformats.org/officeDocument/2006/relationships/oleObject" Target="embeddings/oleObject1936.bin"/><Relationship Id="rId2698" Type="http://schemas.openxmlformats.org/officeDocument/2006/relationships/oleObject" Target="embeddings/oleObject1342.bin"/><Relationship Id="rId3749" Type="http://schemas.openxmlformats.org/officeDocument/2006/relationships/oleObject" Target="embeddings/oleObject1866.bin"/><Relationship Id="rId3956" Type="http://schemas.openxmlformats.org/officeDocument/2006/relationships/image" Target="media/image1982.wmf"/><Relationship Id="rId877" Type="http://schemas.openxmlformats.org/officeDocument/2006/relationships/oleObject" Target="embeddings/oleObject434.bin"/><Relationship Id="rId2558" Type="http://schemas.openxmlformats.org/officeDocument/2006/relationships/oleObject" Target="embeddings/oleObject1272.bin"/><Relationship Id="rId2765" Type="http://schemas.openxmlformats.org/officeDocument/2006/relationships/image" Target="media/image1385.wmf"/><Relationship Id="rId2972" Type="http://schemas.openxmlformats.org/officeDocument/2006/relationships/oleObject" Target="embeddings/oleObject1479.bin"/><Relationship Id="rId3609" Type="http://schemas.openxmlformats.org/officeDocument/2006/relationships/oleObject" Target="embeddings/oleObject1796.bin"/><Relationship Id="rId3816" Type="http://schemas.openxmlformats.org/officeDocument/2006/relationships/image" Target="media/image1912.wmf"/><Relationship Id="rId737" Type="http://schemas.openxmlformats.org/officeDocument/2006/relationships/oleObject" Target="embeddings/oleObject364.bin"/><Relationship Id="rId944" Type="http://schemas.openxmlformats.org/officeDocument/2006/relationships/image" Target="media/image472.wmf"/><Relationship Id="rId1367" Type="http://schemas.openxmlformats.org/officeDocument/2006/relationships/oleObject" Target="embeddings/oleObject679.bin"/><Relationship Id="rId1574" Type="http://schemas.openxmlformats.org/officeDocument/2006/relationships/image" Target="media/image787.wmf"/><Relationship Id="rId1781" Type="http://schemas.openxmlformats.org/officeDocument/2006/relationships/image" Target="media/image891.wmf"/><Relationship Id="rId2418" Type="http://schemas.openxmlformats.org/officeDocument/2006/relationships/oleObject" Target="embeddings/oleObject1202.bin"/><Relationship Id="rId2625" Type="http://schemas.openxmlformats.org/officeDocument/2006/relationships/image" Target="media/image1315.wmf"/><Relationship Id="rId2832" Type="http://schemas.openxmlformats.org/officeDocument/2006/relationships/oleObject" Target="embeddings/oleObject1409.bin"/><Relationship Id="rId73" Type="http://schemas.openxmlformats.org/officeDocument/2006/relationships/oleObject" Target="embeddings/oleObject34.bin"/><Relationship Id="rId804" Type="http://schemas.openxmlformats.org/officeDocument/2006/relationships/image" Target="media/image402.wmf"/><Relationship Id="rId1227" Type="http://schemas.openxmlformats.org/officeDocument/2006/relationships/oleObject" Target="embeddings/oleObject609.bin"/><Relationship Id="rId1434" Type="http://schemas.openxmlformats.org/officeDocument/2006/relationships/image" Target="media/image717.wmf"/><Relationship Id="rId1641" Type="http://schemas.openxmlformats.org/officeDocument/2006/relationships/oleObject" Target="embeddings/oleObject816.bin"/><Relationship Id="rId1501" Type="http://schemas.openxmlformats.org/officeDocument/2006/relationships/oleObject" Target="embeddings/oleObject746.bin"/><Relationship Id="rId3399" Type="http://schemas.openxmlformats.org/officeDocument/2006/relationships/image" Target="media/image1702.wmf"/><Relationship Id="rId3259" Type="http://schemas.openxmlformats.org/officeDocument/2006/relationships/image" Target="media/image1632.wmf"/><Relationship Id="rId3466" Type="http://schemas.openxmlformats.org/officeDocument/2006/relationships/oleObject" Target="embeddings/oleObject1726.bin"/><Relationship Id="rId4517" Type="http://schemas.openxmlformats.org/officeDocument/2006/relationships/oleObject" Target="embeddings/oleObject2248.bin"/><Relationship Id="rId387" Type="http://schemas.openxmlformats.org/officeDocument/2006/relationships/oleObject" Target="embeddings/oleObject191.bin"/><Relationship Id="rId594" Type="http://schemas.openxmlformats.org/officeDocument/2006/relationships/image" Target="media/image295.wmf"/><Relationship Id="rId2068" Type="http://schemas.openxmlformats.org/officeDocument/2006/relationships/oleObject" Target="embeddings/oleObject1027.bin"/><Relationship Id="rId2275" Type="http://schemas.openxmlformats.org/officeDocument/2006/relationships/image" Target="media/image1140.wmf"/><Relationship Id="rId3119" Type="http://schemas.openxmlformats.org/officeDocument/2006/relationships/image" Target="media/image1562.wmf"/><Relationship Id="rId3326" Type="http://schemas.openxmlformats.org/officeDocument/2006/relationships/oleObject" Target="embeddings/oleObject1656.bin"/><Relationship Id="rId3673" Type="http://schemas.openxmlformats.org/officeDocument/2006/relationships/oleObject" Target="embeddings/oleObject1828.bin"/><Relationship Id="rId3880" Type="http://schemas.openxmlformats.org/officeDocument/2006/relationships/image" Target="media/image1944.wmf"/><Relationship Id="rId247" Type="http://schemas.openxmlformats.org/officeDocument/2006/relationships/oleObject" Target="embeddings/oleObject121.bin"/><Relationship Id="rId1084" Type="http://schemas.openxmlformats.org/officeDocument/2006/relationships/image" Target="media/image542.wmf"/><Relationship Id="rId2482" Type="http://schemas.openxmlformats.org/officeDocument/2006/relationships/oleObject" Target="embeddings/oleObject1234.bin"/><Relationship Id="rId3533" Type="http://schemas.openxmlformats.org/officeDocument/2006/relationships/image" Target="media/image1770.wmf"/><Relationship Id="rId3740" Type="http://schemas.openxmlformats.org/officeDocument/2006/relationships/image" Target="media/image1874.wmf"/><Relationship Id="rId107" Type="http://schemas.openxmlformats.org/officeDocument/2006/relationships/oleObject" Target="embeddings/oleObject51.bin"/><Relationship Id="rId454" Type="http://schemas.openxmlformats.org/officeDocument/2006/relationships/image" Target="media/image225.wmf"/><Relationship Id="rId661" Type="http://schemas.openxmlformats.org/officeDocument/2006/relationships/image" Target="media/image329.png"/><Relationship Id="rId1291" Type="http://schemas.openxmlformats.org/officeDocument/2006/relationships/oleObject" Target="embeddings/oleObject641.bin"/><Relationship Id="rId2135" Type="http://schemas.openxmlformats.org/officeDocument/2006/relationships/image" Target="media/image1070.wmf"/><Relationship Id="rId2342" Type="http://schemas.openxmlformats.org/officeDocument/2006/relationships/oleObject" Target="embeddings/oleObject1164.bin"/><Relationship Id="rId3600" Type="http://schemas.openxmlformats.org/officeDocument/2006/relationships/image" Target="media/image1804.wmf"/><Relationship Id="rId314" Type="http://schemas.openxmlformats.org/officeDocument/2006/relationships/image" Target="media/image155.wmf"/><Relationship Id="rId521" Type="http://schemas.openxmlformats.org/officeDocument/2006/relationships/oleObject" Target="embeddings/oleObject258.bin"/><Relationship Id="rId1151" Type="http://schemas.openxmlformats.org/officeDocument/2006/relationships/oleObject" Target="embeddings/oleObject571.bin"/><Relationship Id="rId2202" Type="http://schemas.openxmlformats.org/officeDocument/2006/relationships/oleObject" Target="embeddings/oleObject1094.bin"/><Relationship Id="rId1011" Type="http://schemas.openxmlformats.org/officeDocument/2006/relationships/oleObject" Target="embeddings/oleObject501.bin"/><Relationship Id="rId1968" Type="http://schemas.openxmlformats.org/officeDocument/2006/relationships/oleObject" Target="embeddings/oleObject977.bin"/><Relationship Id="rId4167" Type="http://schemas.openxmlformats.org/officeDocument/2006/relationships/oleObject" Target="embeddings/oleObject2075.bin"/><Relationship Id="rId4374" Type="http://schemas.openxmlformats.org/officeDocument/2006/relationships/image" Target="media/image2191.wmf"/><Relationship Id="rId4581" Type="http://schemas.openxmlformats.org/officeDocument/2006/relationships/oleObject" Target="embeddings/oleObject2280.bin"/><Relationship Id="rId3183" Type="http://schemas.openxmlformats.org/officeDocument/2006/relationships/image" Target="media/image1594.wmf"/><Relationship Id="rId3390" Type="http://schemas.openxmlformats.org/officeDocument/2006/relationships/oleObject" Target="embeddings/oleObject1688.bin"/><Relationship Id="rId4027" Type="http://schemas.openxmlformats.org/officeDocument/2006/relationships/oleObject" Target="embeddings/oleObject2005.bin"/><Relationship Id="rId4234" Type="http://schemas.openxmlformats.org/officeDocument/2006/relationships/image" Target="media/image2121.wmf"/><Relationship Id="rId4441" Type="http://schemas.openxmlformats.org/officeDocument/2006/relationships/oleObject" Target="embeddings/oleObject2210.bin"/><Relationship Id="rId1828" Type="http://schemas.openxmlformats.org/officeDocument/2006/relationships/oleObject" Target="embeddings/oleObject909.bin"/><Relationship Id="rId3043" Type="http://schemas.openxmlformats.org/officeDocument/2006/relationships/image" Target="media/image1524.wmf"/><Relationship Id="rId3250" Type="http://schemas.openxmlformats.org/officeDocument/2006/relationships/oleObject" Target="embeddings/oleObject1618.bin"/><Relationship Id="rId171" Type="http://schemas.openxmlformats.org/officeDocument/2006/relationships/oleObject" Target="embeddings/oleObject83.bin"/><Relationship Id="rId4301" Type="http://schemas.openxmlformats.org/officeDocument/2006/relationships/image" Target="media/image2155.wmf"/><Relationship Id="rId3110" Type="http://schemas.openxmlformats.org/officeDocument/2006/relationships/oleObject" Target="embeddings/oleObject1548.bin"/><Relationship Id="rId988" Type="http://schemas.openxmlformats.org/officeDocument/2006/relationships/image" Target="media/image494.wmf"/><Relationship Id="rId2669" Type="http://schemas.openxmlformats.org/officeDocument/2006/relationships/image" Target="media/image1337.wmf"/><Relationship Id="rId2876" Type="http://schemas.openxmlformats.org/officeDocument/2006/relationships/oleObject" Target="embeddings/oleObject1431.bin"/><Relationship Id="rId3927" Type="http://schemas.openxmlformats.org/officeDocument/2006/relationships/oleObject" Target="embeddings/oleObject1955.bin"/><Relationship Id="rId848" Type="http://schemas.openxmlformats.org/officeDocument/2006/relationships/image" Target="media/image424.wmf"/><Relationship Id="rId1478" Type="http://schemas.openxmlformats.org/officeDocument/2006/relationships/image" Target="media/image739.wmf"/><Relationship Id="rId1685" Type="http://schemas.openxmlformats.org/officeDocument/2006/relationships/oleObject" Target="embeddings/oleObject838.bin"/><Relationship Id="rId1892" Type="http://schemas.openxmlformats.org/officeDocument/2006/relationships/oleObject" Target="embeddings/oleObject939.bin"/><Relationship Id="rId2529" Type="http://schemas.openxmlformats.org/officeDocument/2006/relationships/image" Target="media/image1267.wmf"/><Relationship Id="rId2736" Type="http://schemas.openxmlformats.org/officeDocument/2006/relationships/oleObject" Target="embeddings/oleObject1361.bin"/><Relationship Id="rId4091" Type="http://schemas.openxmlformats.org/officeDocument/2006/relationships/oleObject" Target="embeddings/oleObject2037.bin"/><Relationship Id="rId708" Type="http://schemas.openxmlformats.org/officeDocument/2006/relationships/oleObject" Target="embeddings/oleObject350.bin"/><Relationship Id="rId915" Type="http://schemas.openxmlformats.org/officeDocument/2006/relationships/oleObject" Target="embeddings/oleObject453.bin"/><Relationship Id="rId1338" Type="http://schemas.openxmlformats.org/officeDocument/2006/relationships/image" Target="media/image669.wmf"/><Relationship Id="rId1545" Type="http://schemas.openxmlformats.org/officeDocument/2006/relationships/oleObject" Target="embeddings/oleObject768.bin"/><Relationship Id="rId2943" Type="http://schemas.openxmlformats.org/officeDocument/2006/relationships/image" Target="media/image1474.wmf"/><Relationship Id="rId1405" Type="http://schemas.openxmlformats.org/officeDocument/2006/relationships/oleObject" Target="embeddings/oleObject698.bin"/><Relationship Id="rId1752" Type="http://schemas.openxmlformats.org/officeDocument/2006/relationships/image" Target="media/image876.wmf"/><Relationship Id="rId2803" Type="http://schemas.openxmlformats.org/officeDocument/2006/relationships/image" Target="media/image1404.wmf"/><Relationship Id="rId44" Type="http://schemas.openxmlformats.org/officeDocument/2006/relationships/image" Target="media/image20.wmf"/><Relationship Id="rId1612" Type="http://schemas.openxmlformats.org/officeDocument/2006/relationships/image" Target="media/image806.wmf"/><Relationship Id="rId498" Type="http://schemas.openxmlformats.org/officeDocument/2006/relationships/image" Target="media/image247.wmf"/><Relationship Id="rId2179" Type="http://schemas.openxmlformats.org/officeDocument/2006/relationships/image" Target="media/image1092.wmf"/><Relationship Id="rId3577" Type="http://schemas.openxmlformats.org/officeDocument/2006/relationships/image" Target="media/image1792.wmf"/><Relationship Id="rId3784" Type="http://schemas.openxmlformats.org/officeDocument/2006/relationships/image" Target="media/image1896.wmf"/><Relationship Id="rId3991" Type="http://schemas.openxmlformats.org/officeDocument/2006/relationships/oleObject" Target="embeddings/oleObject1987.bin"/><Relationship Id="rId4628" Type="http://schemas.openxmlformats.org/officeDocument/2006/relationships/oleObject" Target="embeddings/oleObject2301.bin"/><Relationship Id="rId2386" Type="http://schemas.openxmlformats.org/officeDocument/2006/relationships/oleObject" Target="embeddings/oleObject1186.bin"/><Relationship Id="rId2593" Type="http://schemas.openxmlformats.org/officeDocument/2006/relationships/image" Target="media/image1299.wmf"/><Relationship Id="rId3437" Type="http://schemas.openxmlformats.org/officeDocument/2006/relationships/image" Target="media/image1721.wmf"/><Relationship Id="rId3644" Type="http://schemas.openxmlformats.org/officeDocument/2006/relationships/image" Target="media/image1826.wmf"/><Relationship Id="rId3851" Type="http://schemas.openxmlformats.org/officeDocument/2006/relationships/oleObject" Target="embeddings/oleObject1917.bin"/><Relationship Id="rId358" Type="http://schemas.openxmlformats.org/officeDocument/2006/relationships/image" Target="media/image177.wmf"/><Relationship Id="rId565" Type="http://schemas.openxmlformats.org/officeDocument/2006/relationships/oleObject" Target="embeddings/oleObject280.bin"/><Relationship Id="rId772" Type="http://schemas.openxmlformats.org/officeDocument/2006/relationships/image" Target="media/image386.wmf"/><Relationship Id="rId1195" Type="http://schemas.openxmlformats.org/officeDocument/2006/relationships/oleObject" Target="embeddings/oleObject593.bin"/><Relationship Id="rId2039" Type="http://schemas.openxmlformats.org/officeDocument/2006/relationships/image" Target="media/image1022.wmf"/><Relationship Id="rId2246" Type="http://schemas.openxmlformats.org/officeDocument/2006/relationships/oleObject" Target="embeddings/oleObject1116.bin"/><Relationship Id="rId2453" Type="http://schemas.openxmlformats.org/officeDocument/2006/relationships/image" Target="media/image1229.wmf"/><Relationship Id="rId2660" Type="http://schemas.openxmlformats.org/officeDocument/2006/relationships/oleObject" Target="embeddings/oleObject1323.bin"/><Relationship Id="rId3504" Type="http://schemas.openxmlformats.org/officeDocument/2006/relationships/image" Target="media/image1755.wmf"/><Relationship Id="rId3711" Type="http://schemas.openxmlformats.org/officeDocument/2006/relationships/oleObject" Target="embeddings/oleObject1847.bin"/><Relationship Id="rId218" Type="http://schemas.openxmlformats.org/officeDocument/2006/relationships/image" Target="media/image107.wmf"/><Relationship Id="rId425" Type="http://schemas.openxmlformats.org/officeDocument/2006/relationships/oleObject" Target="embeddings/oleObject210.bin"/><Relationship Id="rId632" Type="http://schemas.openxmlformats.org/officeDocument/2006/relationships/image" Target="media/image314.wmf"/><Relationship Id="rId1055" Type="http://schemas.openxmlformats.org/officeDocument/2006/relationships/oleObject" Target="embeddings/oleObject523.bin"/><Relationship Id="rId1262" Type="http://schemas.openxmlformats.org/officeDocument/2006/relationships/image" Target="media/image631.wmf"/><Relationship Id="rId2106" Type="http://schemas.openxmlformats.org/officeDocument/2006/relationships/oleObject" Target="embeddings/oleObject1046.bin"/><Relationship Id="rId2313" Type="http://schemas.openxmlformats.org/officeDocument/2006/relationships/image" Target="media/image1159.wmf"/><Relationship Id="rId2520" Type="http://schemas.openxmlformats.org/officeDocument/2006/relationships/oleObject" Target="embeddings/oleObject1253.bin"/><Relationship Id="rId1122" Type="http://schemas.openxmlformats.org/officeDocument/2006/relationships/image" Target="media/image561.wmf"/><Relationship Id="rId4278" Type="http://schemas.openxmlformats.org/officeDocument/2006/relationships/oleObject" Target="embeddings/oleObject2130.bin"/><Relationship Id="rId4485" Type="http://schemas.openxmlformats.org/officeDocument/2006/relationships/oleObject" Target="embeddings/oleObject2232.bin"/><Relationship Id="rId3087" Type="http://schemas.openxmlformats.org/officeDocument/2006/relationships/image" Target="media/image1546.wmf"/><Relationship Id="rId3294" Type="http://schemas.openxmlformats.org/officeDocument/2006/relationships/oleObject" Target="embeddings/oleObject1640.bin"/><Relationship Id="rId4138" Type="http://schemas.openxmlformats.org/officeDocument/2006/relationships/image" Target="media/image2073.wmf"/><Relationship Id="rId4345" Type="http://schemas.openxmlformats.org/officeDocument/2006/relationships/oleObject" Target="embeddings/oleObject2164.bin"/><Relationship Id="rId1939" Type="http://schemas.openxmlformats.org/officeDocument/2006/relationships/image" Target="media/image972.wmf"/><Relationship Id="rId4552" Type="http://schemas.openxmlformats.org/officeDocument/2006/relationships/image" Target="media/image2282.wmf"/><Relationship Id="rId3154" Type="http://schemas.openxmlformats.org/officeDocument/2006/relationships/oleObject" Target="embeddings/oleObject1570.bin"/><Relationship Id="rId3361" Type="http://schemas.openxmlformats.org/officeDocument/2006/relationships/image" Target="media/image1683.wmf"/><Relationship Id="rId4205" Type="http://schemas.openxmlformats.org/officeDocument/2006/relationships/oleObject" Target="embeddings/oleObject2094.bin"/><Relationship Id="rId4412" Type="http://schemas.openxmlformats.org/officeDocument/2006/relationships/image" Target="media/image2212.wmf"/><Relationship Id="rId282" Type="http://schemas.openxmlformats.org/officeDocument/2006/relationships/image" Target="media/image139.wmf"/><Relationship Id="rId2170" Type="http://schemas.openxmlformats.org/officeDocument/2006/relationships/oleObject" Target="embeddings/oleObject1078.bin"/><Relationship Id="rId3014" Type="http://schemas.openxmlformats.org/officeDocument/2006/relationships/oleObject" Target="embeddings/oleObject1500.bin"/><Relationship Id="rId3221" Type="http://schemas.openxmlformats.org/officeDocument/2006/relationships/image" Target="media/image1613.wmf"/><Relationship Id="rId8" Type="http://schemas.openxmlformats.org/officeDocument/2006/relationships/image" Target="media/image2.wmf"/><Relationship Id="rId142" Type="http://schemas.openxmlformats.org/officeDocument/2006/relationships/image" Target="media/image69.wmf"/><Relationship Id="rId2030" Type="http://schemas.openxmlformats.org/officeDocument/2006/relationships/oleObject" Target="embeddings/oleObject1008.bin"/><Relationship Id="rId2987" Type="http://schemas.openxmlformats.org/officeDocument/2006/relationships/image" Target="media/image1496.wmf"/><Relationship Id="rId959" Type="http://schemas.openxmlformats.org/officeDocument/2006/relationships/oleObject" Target="embeddings/oleObject475.bin"/><Relationship Id="rId1589" Type="http://schemas.openxmlformats.org/officeDocument/2006/relationships/oleObject" Target="embeddings/oleObject790.bin"/><Relationship Id="rId1449" Type="http://schemas.openxmlformats.org/officeDocument/2006/relationships/oleObject" Target="embeddings/oleObject720.bin"/><Relationship Id="rId1796" Type="http://schemas.openxmlformats.org/officeDocument/2006/relationships/oleObject" Target="embeddings/oleObject893.bin"/><Relationship Id="rId2847" Type="http://schemas.openxmlformats.org/officeDocument/2006/relationships/image" Target="media/image1426.wmf"/><Relationship Id="rId4062" Type="http://schemas.openxmlformats.org/officeDocument/2006/relationships/image" Target="media/image2035.wmf"/><Relationship Id="rId88" Type="http://schemas.openxmlformats.org/officeDocument/2006/relationships/image" Target="media/image42.wmf"/><Relationship Id="rId819" Type="http://schemas.openxmlformats.org/officeDocument/2006/relationships/oleObject" Target="embeddings/oleObject405.bin"/><Relationship Id="rId1656" Type="http://schemas.openxmlformats.org/officeDocument/2006/relationships/image" Target="media/image828.wmf"/><Relationship Id="rId1863" Type="http://schemas.openxmlformats.org/officeDocument/2006/relationships/image" Target="media/image934.wmf"/><Relationship Id="rId2707" Type="http://schemas.openxmlformats.org/officeDocument/2006/relationships/image" Target="media/image1356.wmf"/><Relationship Id="rId2914" Type="http://schemas.openxmlformats.org/officeDocument/2006/relationships/oleObject" Target="embeddings/oleObject1450.bin"/><Relationship Id="rId1309" Type="http://schemas.openxmlformats.org/officeDocument/2006/relationships/oleObject" Target="embeddings/oleObject650.bin"/><Relationship Id="rId1516" Type="http://schemas.openxmlformats.org/officeDocument/2006/relationships/image" Target="media/image758.wmf"/><Relationship Id="rId1723" Type="http://schemas.openxmlformats.org/officeDocument/2006/relationships/oleObject" Target="embeddings/oleObject857.bin"/><Relationship Id="rId1930" Type="http://schemas.openxmlformats.org/officeDocument/2006/relationships/oleObject" Target="embeddings/oleObject958.bin"/><Relationship Id="rId15" Type="http://schemas.openxmlformats.org/officeDocument/2006/relationships/oleObject" Target="embeddings/oleObject5.bin"/><Relationship Id="rId3688" Type="http://schemas.openxmlformats.org/officeDocument/2006/relationships/image" Target="media/image1848.wmf"/><Relationship Id="rId3895" Type="http://schemas.openxmlformats.org/officeDocument/2006/relationships/oleObject" Target="embeddings/oleObject1939.bin"/><Relationship Id="rId2497" Type="http://schemas.openxmlformats.org/officeDocument/2006/relationships/image" Target="media/image1251.wmf"/><Relationship Id="rId3548" Type="http://schemas.openxmlformats.org/officeDocument/2006/relationships/oleObject" Target="embeddings/oleObject1766.bin"/><Relationship Id="rId3755" Type="http://schemas.openxmlformats.org/officeDocument/2006/relationships/oleObject" Target="embeddings/oleObject1869.bin"/><Relationship Id="rId469" Type="http://schemas.openxmlformats.org/officeDocument/2006/relationships/oleObject" Target="embeddings/oleObject232.bin"/><Relationship Id="rId676" Type="http://schemas.openxmlformats.org/officeDocument/2006/relationships/image" Target="media/image337.wmf"/><Relationship Id="rId883" Type="http://schemas.openxmlformats.org/officeDocument/2006/relationships/oleObject" Target="embeddings/oleObject437.bin"/><Relationship Id="rId1099" Type="http://schemas.openxmlformats.org/officeDocument/2006/relationships/oleObject" Target="embeddings/oleObject545.bin"/><Relationship Id="rId2357" Type="http://schemas.openxmlformats.org/officeDocument/2006/relationships/image" Target="media/image1181.wmf"/><Relationship Id="rId2564" Type="http://schemas.openxmlformats.org/officeDocument/2006/relationships/oleObject" Target="embeddings/oleObject1275.bin"/><Relationship Id="rId3408" Type="http://schemas.openxmlformats.org/officeDocument/2006/relationships/oleObject" Target="embeddings/oleObject1697.bin"/><Relationship Id="rId3615" Type="http://schemas.openxmlformats.org/officeDocument/2006/relationships/oleObject" Target="embeddings/oleObject1799.bin"/><Relationship Id="rId3962" Type="http://schemas.openxmlformats.org/officeDocument/2006/relationships/image" Target="media/image1985.wmf"/><Relationship Id="rId329" Type="http://schemas.openxmlformats.org/officeDocument/2006/relationships/oleObject" Target="embeddings/oleObject162.bin"/><Relationship Id="rId536" Type="http://schemas.openxmlformats.org/officeDocument/2006/relationships/image" Target="media/image266.wmf"/><Relationship Id="rId1166" Type="http://schemas.openxmlformats.org/officeDocument/2006/relationships/image" Target="media/image583.wmf"/><Relationship Id="rId1373" Type="http://schemas.openxmlformats.org/officeDocument/2006/relationships/oleObject" Target="embeddings/oleObject682.bin"/><Relationship Id="rId2217" Type="http://schemas.openxmlformats.org/officeDocument/2006/relationships/image" Target="media/image1111.wmf"/><Relationship Id="rId2771" Type="http://schemas.openxmlformats.org/officeDocument/2006/relationships/image" Target="media/image1388.wmf"/><Relationship Id="rId3822" Type="http://schemas.openxmlformats.org/officeDocument/2006/relationships/image" Target="media/image1915.wmf"/><Relationship Id="rId743" Type="http://schemas.openxmlformats.org/officeDocument/2006/relationships/oleObject" Target="embeddings/oleObject367.bin"/><Relationship Id="rId950" Type="http://schemas.openxmlformats.org/officeDocument/2006/relationships/image" Target="media/image475.wmf"/><Relationship Id="rId1026" Type="http://schemas.openxmlformats.org/officeDocument/2006/relationships/image" Target="media/image513.wmf"/><Relationship Id="rId1580" Type="http://schemas.openxmlformats.org/officeDocument/2006/relationships/image" Target="media/image790.wmf"/><Relationship Id="rId2424" Type="http://schemas.openxmlformats.org/officeDocument/2006/relationships/oleObject" Target="embeddings/oleObject1205.bin"/><Relationship Id="rId2631" Type="http://schemas.openxmlformats.org/officeDocument/2006/relationships/image" Target="media/image1318.wmf"/><Relationship Id="rId4389" Type="http://schemas.openxmlformats.org/officeDocument/2006/relationships/oleObject" Target="embeddings/oleObject2186.bin"/><Relationship Id="rId603" Type="http://schemas.openxmlformats.org/officeDocument/2006/relationships/oleObject" Target="embeddings/oleObject299.bin"/><Relationship Id="rId810" Type="http://schemas.openxmlformats.org/officeDocument/2006/relationships/image" Target="media/image405.wmf"/><Relationship Id="rId1233" Type="http://schemas.openxmlformats.org/officeDocument/2006/relationships/oleObject" Target="embeddings/oleObject612.bin"/><Relationship Id="rId1440" Type="http://schemas.openxmlformats.org/officeDocument/2006/relationships/image" Target="media/image720.wmf"/><Relationship Id="rId4596" Type="http://schemas.openxmlformats.org/officeDocument/2006/relationships/image" Target="media/image2306.wmf"/><Relationship Id="rId1300" Type="http://schemas.openxmlformats.org/officeDocument/2006/relationships/image" Target="media/image650.wmf"/><Relationship Id="rId3198" Type="http://schemas.openxmlformats.org/officeDocument/2006/relationships/oleObject" Target="embeddings/oleObject1592.bin"/><Relationship Id="rId4249" Type="http://schemas.openxmlformats.org/officeDocument/2006/relationships/oleObject" Target="embeddings/oleObject2116.bin"/><Relationship Id="rId4456" Type="http://schemas.openxmlformats.org/officeDocument/2006/relationships/image" Target="media/image2234.wmf"/><Relationship Id="rId3058" Type="http://schemas.openxmlformats.org/officeDocument/2006/relationships/oleObject" Target="embeddings/oleObject1522.bin"/><Relationship Id="rId3265" Type="http://schemas.openxmlformats.org/officeDocument/2006/relationships/image" Target="media/image1635.wmf"/><Relationship Id="rId3472" Type="http://schemas.openxmlformats.org/officeDocument/2006/relationships/oleObject" Target="embeddings/oleObject1729.bin"/><Relationship Id="rId4109" Type="http://schemas.openxmlformats.org/officeDocument/2006/relationships/oleObject" Target="embeddings/oleObject2046.bin"/><Relationship Id="rId4316" Type="http://schemas.openxmlformats.org/officeDocument/2006/relationships/oleObject" Target="embeddings/oleObject2149.bin"/><Relationship Id="rId4523" Type="http://schemas.openxmlformats.org/officeDocument/2006/relationships/oleObject" Target="embeddings/oleObject2251.bin"/><Relationship Id="rId186" Type="http://schemas.openxmlformats.org/officeDocument/2006/relationships/image" Target="media/image91.wmf"/><Relationship Id="rId393" Type="http://schemas.openxmlformats.org/officeDocument/2006/relationships/oleObject" Target="embeddings/oleObject194.bin"/><Relationship Id="rId2074" Type="http://schemas.openxmlformats.org/officeDocument/2006/relationships/oleObject" Target="embeddings/oleObject1030.bin"/><Relationship Id="rId2281" Type="http://schemas.openxmlformats.org/officeDocument/2006/relationships/image" Target="media/image1143.wmf"/><Relationship Id="rId3125" Type="http://schemas.openxmlformats.org/officeDocument/2006/relationships/image" Target="media/image1565.wmf"/><Relationship Id="rId3332" Type="http://schemas.openxmlformats.org/officeDocument/2006/relationships/oleObject" Target="embeddings/oleObject1659.bin"/><Relationship Id="rId253" Type="http://schemas.openxmlformats.org/officeDocument/2006/relationships/oleObject" Target="embeddings/oleObject124.bin"/><Relationship Id="rId460" Type="http://schemas.openxmlformats.org/officeDocument/2006/relationships/image" Target="media/image228.wmf"/><Relationship Id="rId1090" Type="http://schemas.openxmlformats.org/officeDocument/2006/relationships/image" Target="media/image545.wmf"/><Relationship Id="rId2141" Type="http://schemas.openxmlformats.org/officeDocument/2006/relationships/image" Target="media/image1073.wmf"/><Relationship Id="rId113" Type="http://schemas.openxmlformats.org/officeDocument/2006/relationships/oleObject" Target="embeddings/oleObject54.bin"/><Relationship Id="rId320" Type="http://schemas.openxmlformats.org/officeDocument/2006/relationships/image" Target="media/image158.wmf"/><Relationship Id="rId2001" Type="http://schemas.openxmlformats.org/officeDocument/2006/relationships/image" Target="media/image1003.wmf"/><Relationship Id="rId2958" Type="http://schemas.openxmlformats.org/officeDocument/2006/relationships/oleObject" Target="embeddings/oleObject1472.bin"/><Relationship Id="rId1767" Type="http://schemas.openxmlformats.org/officeDocument/2006/relationships/oleObject" Target="embeddings/oleObject879.bin"/><Relationship Id="rId1974" Type="http://schemas.openxmlformats.org/officeDocument/2006/relationships/oleObject" Target="embeddings/oleObject980.bin"/><Relationship Id="rId2818" Type="http://schemas.openxmlformats.org/officeDocument/2006/relationships/oleObject" Target="embeddings/oleObject1402.bin"/><Relationship Id="rId4173" Type="http://schemas.openxmlformats.org/officeDocument/2006/relationships/oleObject" Target="embeddings/oleObject2078.bin"/><Relationship Id="rId4380" Type="http://schemas.openxmlformats.org/officeDocument/2006/relationships/image" Target="media/image2194.wmf"/><Relationship Id="rId59" Type="http://schemas.openxmlformats.org/officeDocument/2006/relationships/oleObject" Target="embeddings/oleObject27.bin"/><Relationship Id="rId1627" Type="http://schemas.openxmlformats.org/officeDocument/2006/relationships/oleObject" Target="embeddings/oleObject809.bin"/><Relationship Id="rId1834" Type="http://schemas.openxmlformats.org/officeDocument/2006/relationships/oleObject" Target="embeddings/oleObject912.bin"/><Relationship Id="rId4033" Type="http://schemas.openxmlformats.org/officeDocument/2006/relationships/oleObject" Target="embeddings/oleObject2008.bin"/><Relationship Id="rId4240" Type="http://schemas.openxmlformats.org/officeDocument/2006/relationships/image" Target="media/image2124.wmf"/><Relationship Id="rId3799" Type="http://schemas.openxmlformats.org/officeDocument/2006/relationships/oleObject" Target="embeddings/oleObject1891.bin"/><Relationship Id="rId4100" Type="http://schemas.openxmlformats.org/officeDocument/2006/relationships/image" Target="media/image2054.wmf"/><Relationship Id="rId1901" Type="http://schemas.openxmlformats.org/officeDocument/2006/relationships/image" Target="media/image953.wmf"/><Relationship Id="rId3659" Type="http://schemas.openxmlformats.org/officeDocument/2006/relationships/oleObject" Target="embeddings/oleObject1821.bin"/><Relationship Id="rId3866" Type="http://schemas.openxmlformats.org/officeDocument/2006/relationships/image" Target="media/image1937.wmf"/><Relationship Id="rId787" Type="http://schemas.openxmlformats.org/officeDocument/2006/relationships/oleObject" Target="embeddings/oleObject389.bin"/><Relationship Id="rId994" Type="http://schemas.openxmlformats.org/officeDocument/2006/relationships/image" Target="media/image497.wmf"/><Relationship Id="rId2468" Type="http://schemas.openxmlformats.org/officeDocument/2006/relationships/oleObject" Target="embeddings/oleObject1227.bin"/><Relationship Id="rId2675" Type="http://schemas.openxmlformats.org/officeDocument/2006/relationships/image" Target="media/image1340.wmf"/><Relationship Id="rId2882" Type="http://schemas.openxmlformats.org/officeDocument/2006/relationships/oleObject" Target="embeddings/oleObject1434.bin"/><Relationship Id="rId3519" Type="http://schemas.openxmlformats.org/officeDocument/2006/relationships/oleObject" Target="embeddings/oleObject1752.bin"/><Relationship Id="rId3726" Type="http://schemas.openxmlformats.org/officeDocument/2006/relationships/image" Target="media/image1867.wmf"/><Relationship Id="rId3933" Type="http://schemas.openxmlformats.org/officeDocument/2006/relationships/oleObject" Target="embeddings/oleObject1958.bin"/><Relationship Id="rId647" Type="http://schemas.openxmlformats.org/officeDocument/2006/relationships/image" Target="media/image322.wmf"/><Relationship Id="rId854" Type="http://schemas.openxmlformats.org/officeDocument/2006/relationships/image" Target="media/image427.wmf"/><Relationship Id="rId1277" Type="http://schemas.openxmlformats.org/officeDocument/2006/relationships/oleObject" Target="embeddings/oleObject634.bin"/><Relationship Id="rId1484" Type="http://schemas.openxmlformats.org/officeDocument/2006/relationships/image" Target="media/image742.wmf"/><Relationship Id="rId1691" Type="http://schemas.openxmlformats.org/officeDocument/2006/relationships/oleObject" Target="embeddings/oleObject841.bin"/><Relationship Id="rId2328" Type="http://schemas.openxmlformats.org/officeDocument/2006/relationships/oleObject" Target="embeddings/oleObject1157.bin"/><Relationship Id="rId2535" Type="http://schemas.openxmlformats.org/officeDocument/2006/relationships/image" Target="media/image1270.wmf"/><Relationship Id="rId2742" Type="http://schemas.openxmlformats.org/officeDocument/2006/relationships/oleObject" Target="embeddings/oleObject1364.bin"/><Relationship Id="rId507" Type="http://schemas.openxmlformats.org/officeDocument/2006/relationships/oleObject" Target="embeddings/oleObject251.bin"/><Relationship Id="rId714" Type="http://schemas.openxmlformats.org/officeDocument/2006/relationships/oleObject" Target="embeddings/oleObject353.bin"/><Relationship Id="rId921" Type="http://schemas.openxmlformats.org/officeDocument/2006/relationships/oleObject" Target="embeddings/oleObject456.bin"/><Relationship Id="rId1137" Type="http://schemas.openxmlformats.org/officeDocument/2006/relationships/oleObject" Target="embeddings/oleObject564.bin"/><Relationship Id="rId1344" Type="http://schemas.openxmlformats.org/officeDocument/2006/relationships/image" Target="media/image672.wmf"/><Relationship Id="rId1551" Type="http://schemas.openxmlformats.org/officeDocument/2006/relationships/oleObject" Target="embeddings/oleObject771.bin"/><Relationship Id="rId2602" Type="http://schemas.openxmlformats.org/officeDocument/2006/relationships/oleObject" Target="embeddings/oleObject1294.bin"/><Relationship Id="rId50" Type="http://schemas.openxmlformats.org/officeDocument/2006/relationships/image" Target="media/image23.wmf"/><Relationship Id="rId1204" Type="http://schemas.openxmlformats.org/officeDocument/2006/relationships/image" Target="media/image602.wmf"/><Relationship Id="rId1411" Type="http://schemas.openxmlformats.org/officeDocument/2006/relationships/oleObject" Target="embeddings/oleObject701.bin"/><Relationship Id="rId4567" Type="http://schemas.openxmlformats.org/officeDocument/2006/relationships/oleObject" Target="embeddings/oleObject2273.bin"/><Relationship Id="rId3169" Type="http://schemas.openxmlformats.org/officeDocument/2006/relationships/image" Target="media/image1587.wmf"/><Relationship Id="rId3376" Type="http://schemas.openxmlformats.org/officeDocument/2006/relationships/oleObject" Target="embeddings/oleObject1681.bin"/><Relationship Id="rId3583" Type="http://schemas.openxmlformats.org/officeDocument/2006/relationships/image" Target="media/image1795.png"/><Relationship Id="rId4427" Type="http://schemas.openxmlformats.org/officeDocument/2006/relationships/oleObject" Target="embeddings/oleObject2203.bin"/><Relationship Id="rId297" Type="http://schemas.openxmlformats.org/officeDocument/2006/relationships/oleObject" Target="embeddings/oleObject146.bin"/><Relationship Id="rId2185" Type="http://schemas.openxmlformats.org/officeDocument/2006/relationships/image" Target="media/image1095.wmf"/><Relationship Id="rId2392" Type="http://schemas.openxmlformats.org/officeDocument/2006/relationships/oleObject" Target="embeddings/oleObject1189.bin"/><Relationship Id="rId3029" Type="http://schemas.openxmlformats.org/officeDocument/2006/relationships/image" Target="media/image1517.wmf"/><Relationship Id="rId3236" Type="http://schemas.openxmlformats.org/officeDocument/2006/relationships/oleObject" Target="embeddings/oleObject1611.bin"/><Relationship Id="rId3790" Type="http://schemas.openxmlformats.org/officeDocument/2006/relationships/image" Target="media/image1899.wmf"/><Relationship Id="rId4634" Type="http://schemas.openxmlformats.org/officeDocument/2006/relationships/oleObject" Target="embeddings/oleObject2304.bin"/><Relationship Id="rId157" Type="http://schemas.openxmlformats.org/officeDocument/2006/relationships/oleObject" Target="embeddings/oleObject76.bin"/><Relationship Id="rId364" Type="http://schemas.openxmlformats.org/officeDocument/2006/relationships/image" Target="media/image180.wmf"/><Relationship Id="rId2045" Type="http://schemas.openxmlformats.org/officeDocument/2006/relationships/image" Target="media/image1025.wmf"/><Relationship Id="rId3443" Type="http://schemas.openxmlformats.org/officeDocument/2006/relationships/image" Target="media/image1724.wmf"/><Relationship Id="rId3650" Type="http://schemas.openxmlformats.org/officeDocument/2006/relationships/image" Target="media/image1829.wmf"/><Relationship Id="rId571" Type="http://schemas.openxmlformats.org/officeDocument/2006/relationships/oleObject" Target="embeddings/oleObject283.bin"/><Relationship Id="rId2252" Type="http://schemas.openxmlformats.org/officeDocument/2006/relationships/oleObject" Target="embeddings/oleObject1119.bin"/><Relationship Id="rId3303" Type="http://schemas.openxmlformats.org/officeDocument/2006/relationships/image" Target="media/image1654.wmf"/><Relationship Id="rId3510" Type="http://schemas.openxmlformats.org/officeDocument/2006/relationships/image" Target="media/image1758.wmf"/><Relationship Id="rId224" Type="http://schemas.openxmlformats.org/officeDocument/2006/relationships/image" Target="media/image110.wmf"/><Relationship Id="rId431" Type="http://schemas.openxmlformats.org/officeDocument/2006/relationships/oleObject" Target="embeddings/oleObject213.bin"/><Relationship Id="rId1061" Type="http://schemas.openxmlformats.org/officeDocument/2006/relationships/oleObject" Target="embeddings/oleObject526.bin"/><Relationship Id="rId2112" Type="http://schemas.openxmlformats.org/officeDocument/2006/relationships/oleObject" Target="embeddings/oleObject1049.bin"/><Relationship Id="rId1878" Type="http://schemas.openxmlformats.org/officeDocument/2006/relationships/oleObject" Target="embeddings/oleObject932.bin"/><Relationship Id="rId2929" Type="http://schemas.openxmlformats.org/officeDocument/2006/relationships/image" Target="media/image1467.wmf"/><Relationship Id="rId4077" Type="http://schemas.openxmlformats.org/officeDocument/2006/relationships/oleObject" Target="embeddings/oleObject2030.bin"/><Relationship Id="rId4284" Type="http://schemas.openxmlformats.org/officeDocument/2006/relationships/oleObject" Target="embeddings/oleObject2133.bin"/><Relationship Id="rId4491" Type="http://schemas.openxmlformats.org/officeDocument/2006/relationships/oleObject" Target="embeddings/oleObject2235.bin"/><Relationship Id="rId1738" Type="http://schemas.openxmlformats.org/officeDocument/2006/relationships/image" Target="media/image869.wmf"/><Relationship Id="rId3093" Type="http://schemas.openxmlformats.org/officeDocument/2006/relationships/image" Target="media/image1549.wmf"/><Relationship Id="rId4144" Type="http://schemas.openxmlformats.org/officeDocument/2006/relationships/image" Target="media/image2076.wmf"/><Relationship Id="rId4351" Type="http://schemas.openxmlformats.org/officeDocument/2006/relationships/oleObject" Target="embeddings/oleObject2167.bin"/><Relationship Id="rId1945" Type="http://schemas.openxmlformats.org/officeDocument/2006/relationships/image" Target="media/image975.wmf"/><Relationship Id="rId3160" Type="http://schemas.openxmlformats.org/officeDocument/2006/relationships/oleObject" Target="embeddings/oleObject1573.bin"/><Relationship Id="rId4004" Type="http://schemas.openxmlformats.org/officeDocument/2006/relationships/image" Target="media/image2006.wmf"/><Relationship Id="rId4211" Type="http://schemas.openxmlformats.org/officeDocument/2006/relationships/oleObject" Target="embeddings/oleObject2097.bin"/><Relationship Id="rId1805" Type="http://schemas.openxmlformats.org/officeDocument/2006/relationships/image" Target="media/image903.wmf"/><Relationship Id="rId3020" Type="http://schemas.openxmlformats.org/officeDocument/2006/relationships/oleObject" Target="embeddings/oleObject1503.bin"/><Relationship Id="rId3977" Type="http://schemas.openxmlformats.org/officeDocument/2006/relationships/oleObject" Target="embeddings/oleObject1980.bin"/><Relationship Id="rId898" Type="http://schemas.openxmlformats.org/officeDocument/2006/relationships/image" Target="media/image449.wmf"/><Relationship Id="rId2579" Type="http://schemas.openxmlformats.org/officeDocument/2006/relationships/image" Target="media/image1292.wmf"/><Relationship Id="rId2786" Type="http://schemas.openxmlformats.org/officeDocument/2006/relationships/oleObject" Target="embeddings/oleObject1386.bin"/><Relationship Id="rId2993" Type="http://schemas.openxmlformats.org/officeDocument/2006/relationships/image" Target="media/image1499.wmf"/><Relationship Id="rId3837" Type="http://schemas.openxmlformats.org/officeDocument/2006/relationships/oleObject" Target="embeddings/oleObject1910.bin"/><Relationship Id="rId758" Type="http://schemas.openxmlformats.org/officeDocument/2006/relationships/image" Target="media/image379.wmf"/><Relationship Id="rId965" Type="http://schemas.openxmlformats.org/officeDocument/2006/relationships/oleObject" Target="embeddings/oleObject478.bin"/><Relationship Id="rId1388" Type="http://schemas.openxmlformats.org/officeDocument/2006/relationships/image" Target="media/image694.wmf"/><Relationship Id="rId1595" Type="http://schemas.openxmlformats.org/officeDocument/2006/relationships/oleObject" Target="embeddings/oleObject793.bin"/><Relationship Id="rId2439" Type="http://schemas.openxmlformats.org/officeDocument/2006/relationships/image" Target="media/image1222.wmf"/><Relationship Id="rId2646" Type="http://schemas.openxmlformats.org/officeDocument/2006/relationships/oleObject" Target="embeddings/oleObject1316.bin"/><Relationship Id="rId2853" Type="http://schemas.openxmlformats.org/officeDocument/2006/relationships/image" Target="media/image1429.wmf"/><Relationship Id="rId3904" Type="http://schemas.openxmlformats.org/officeDocument/2006/relationships/image" Target="media/image1956.wmf"/><Relationship Id="rId94" Type="http://schemas.openxmlformats.org/officeDocument/2006/relationships/image" Target="media/image45.wmf"/><Relationship Id="rId618" Type="http://schemas.openxmlformats.org/officeDocument/2006/relationships/image" Target="media/image307.wmf"/><Relationship Id="rId825" Type="http://schemas.openxmlformats.org/officeDocument/2006/relationships/oleObject" Target="embeddings/oleObject408.bin"/><Relationship Id="rId1248" Type="http://schemas.openxmlformats.org/officeDocument/2006/relationships/image" Target="media/image624.wmf"/><Relationship Id="rId1455" Type="http://schemas.openxmlformats.org/officeDocument/2006/relationships/oleObject" Target="embeddings/oleObject723.bin"/><Relationship Id="rId1662" Type="http://schemas.openxmlformats.org/officeDocument/2006/relationships/image" Target="media/image831.wmf"/><Relationship Id="rId2506" Type="http://schemas.openxmlformats.org/officeDocument/2006/relationships/oleObject" Target="embeddings/oleObject1246.bin"/><Relationship Id="rId1108" Type="http://schemas.openxmlformats.org/officeDocument/2006/relationships/image" Target="media/image554.wmf"/><Relationship Id="rId1315" Type="http://schemas.openxmlformats.org/officeDocument/2006/relationships/oleObject" Target="embeddings/oleObject653.bin"/><Relationship Id="rId2713" Type="http://schemas.openxmlformats.org/officeDocument/2006/relationships/image" Target="media/image1359.wmf"/><Relationship Id="rId2920" Type="http://schemas.openxmlformats.org/officeDocument/2006/relationships/oleObject" Target="embeddings/oleObject1453.bin"/><Relationship Id="rId1522" Type="http://schemas.openxmlformats.org/officeDocument/2006/relationships/image" Target="media/image761.wmf"/><Relationship Id="rId21" Type="http://schemas.openxmlformats.org/officeDocument/2006/relationships/oleObject" Target="embeddings/oleObject8.bin"/><Relationship Id="rId2089" Type="http://schemas.openxmlformats.org/officeDocument/2006/relationships/image" Target="media/image1047.wmf"/><Relationship Id="rId3487" Type="http://schemas.openxmlformats.org/officeDocument/2006/relationships/oleObject" Target="embeddings/oleObject1736.bin"/><Relationship Id="rId3694" Type="http://schemas.openxmlformats.org/officeDocument/2006/relationships/image" Target="media/image1851.wmf"/><Relationship Id="rId4538" Type="http://schemas.openxmlformats.org/officeDocument/2006/relationships/image" Target="media/image2275.wmf"/><Relationship Id="rId2296" Type="http://schemas.openxmlformats.org/officeDocument/2006/relationships/oleObject" Target="embeddings/oleObject1141.bin"/><Relationship Id="rId3347" Type="http://schemas.openxmlformats.org/officeDocument/2006/relationships/image" Target="media/image1676.wmf"/><Relationship Id="rId3554" Type="http://schemas.openxmlformats.org/officeDocument/2006/relationships/oleObject" Target="embeddings/oleObject1769.bin"/><Relationship Id="rId3761" Type="http://schemas.openxmlformats.org/officeDocument/2006/relationships/oleObject" Target="embeddings/oleObject1872.bin"/><Relationship Id="rId4605" Type="http://schemas.openxmlformats.org/officeDocument/2006/relationships/oleObject" Target="embeddings/oleObject2289.bin"/><Relationship Id="rId268" Type="http://schemas.openxmlformats.org/officeDocument/2006/relationships/image" Target="media/image132.wmf"/><Relationship Id="rId475" Type="http://schemas.openxmlformats.org/officeDocument/2006/relationships/oleObject" Target="embeddings/oleObject235.bin"/><Relationship Id="rId682" Type="http://schemas.openxmlformats.org/officeDocument/2006/relationships/image" Target="media/image340.wmf"/><Relationship Id="rId2156" Type="http://schemas.openxmlformats.org/officeDocument/2006/relationships/oleObject" Target="embeddings/oleObject1071.bin"/><Relationship Id="rId2363" Type="http://schemas.openxmlformats.org/officeDocument/2006/relationships/image" Target="media/image1184.wmf"/><Relationship Id="rId2570" Type="http://schemas.openxmlformats.org/officeDocument/2006/relationships/oleObject" Target="embeddings/oleObject1278.bin"/><Relationship Id="rId3207" Type="http://schemas.openxmlformats.org/officeDocument/2006/relationships/image" Target="media/image1606.wmf"/><Relationship Id="rId3414" Type="http://schemas.openxmlformats.org/officeDocument/2006/relationships/oleObject" Target="embeddings/oleObject1700.bin"/><Relationship Id="rId3621" Type="http://schemas.openxmlformats.org/officeDocument/2006/relationships/oleObject" Target="embeddings/oleObject1802.bin"/><Relationship Id="rId128" Type="http://schemas.openxmlformats.org/officeDocument/2006/relationships/image" Target="media/image62.wmf"/><Relationship Id="rId335" Type="http://schemas.openxmlformats.org/officeDocument/2006/relationships/oleObject" Target="embeddings/oleObject165.bin"/><Relationship Id="rId542" Type="http://schemas.openxmlformats.org/officeDocument/2006/relationships/image" Target="media/image269.wmf"/><Relationship Id="rId1172" Type="http://schemas.openxmlformats.org/officeDocument/2006/relationships/image" Target="media/image586.wmf"/><Relationship Id="rId2016" Type="http://schemas.openxmlformats.org/officeDocument/2006/relationships/oleObject" Target="embeddings/oleObject1001.bin"/><Relationship Id="rId2223" Type="http://schemas.openxmlformats.org/officeDocument/2006/relationships/image" Target="media/image1114.wmf"/><Relationship Id="rId2430" Type="http://schemas.openxmlformats.org/officeDocument/2006/relationships/oleObject" Target="embeddings/oleObject1208.bin"/><Relationship Id="rId402" Type="http://schemas.openxmlformats.org/officeDocument/2006/relationships/image" Target="media/image199.wmf"/><Relationship Id="rId1032" Type="http://schemas.openxmlformats.org/officeDocument/2006/relationships/image" Target="media/image516.wmf"/><Relationship Id="rId4188" Type="http://schemas.openxmlformats.org/officeDocument/2006/relationships/image" Target="media/image2098.wmf"/><Relationship Id="rId4395" Type="http://schemas.openxmlformats.org/officeDocument/2006/relationships/image" Target="media/image2202.png"/><Relationship Id="rId1989" Type="http://schemas.openxmlformats.org/officeDocument/2006/relationships/image" Target="media/image997.wmf"/><Relationship Id="rId4048" Type="http://schemas.openxmlformats.org/officeDocument/2006/relationships/image" Target="media/image2028.wmf"/><Relationship Id="rId4255" Type="http://schemas.openxmlformats.org/officeDocument/2006/relationships/oleObject" Target="embeddings/oleObject2119.bin"/><Relationship Id="rId1849" Type="http://schemas.openxmlformats.org/officeDocument/2006/relationships/image" Target="media/image927.wmf"/><Relationship Id="rId3064" Type="http://schemas.openxmlformats.org/officeDocument/2006/relationships/oleObject" Target="embeddings/oleObject1525.bin"/><Relationship Id="rId4462" Type="http://schemas.openxmlformats.org/officeDocument/2006/relationships/image" Target="media/image2237.wmf"/><Relationship Id="rId192" Type="http://schemas.openxmlformats.org/officeDocument/2006/relationships/image" Target="media/image94.wmf"/><Relationship Id="rId1709" Type="http://schemas.openxmlformats.org/officeDocument/2006/relationships/oleObject" Target="embeddings/oleObject850.bin"/><Relationship Id="rId1916" Type="http://schemas.openxmlformats.org/officeDocument/2006/relationships/oleObject" Target="embeddings/oleObject951.bin"/><Relationship Id="rId3271" Type="http://schemas.openxmlformats.org/officeDocument/2006/relationships/image" Target="media/image1638.wmf"/><Relationship Id="rId4115" Type="http://schemas.openxmlformats.org/officeDocument/2006/relationships/oleObject" Target="embeddings/oleObject2049.bin"/><Relationship Id="rId4322" Type="http://schemas.openxmlformats.org/officeDocument/2006/relationships/oleObject" Target="embeddings/oleObject2152.bin"/><Relationship Id="rId2080" Type="http://schemas.openxmlformats.org/officeDocument/2006/relationships/oleObject" Target="embeddings/oleObject1033.bin"/><Relationship Id="rId3131" Type="http://schemas.openxmlformats.org/officeDocument/2006/relationships/image" Target="media/image1568.wmf"/><Relationship Id="rId2897" Type="http://schemas.openxmlformats.org/officeDocument/2006/relationships/image" Target="media/image1451.wmf"/><Relationship Id="rId3948" Type="http://schemas.openxmlformats.org/officeDocument/2006/relationships/image" Target="media/image1978.wmf"/><Relationship Id="rId869" Type="http://schemas.openxmlformats.org/officeDocument/2006/relationships/oleObject" Target="embeddings/oleObject430.bin"/><Relationship Id="rId1499" Type="http://schemas.openxmlformats.org/officeDocument/2006/relationships/oleObject" Target="embeddings/oleObject745.bin"/><Relationship Id="rId729" Type="http://schemas.openxmlformats.org/officeDocument/2006/relationships/oleObject" Target="embeddings/oleObject360.bin"/><Relationship Id="rId1359" Type="http://schemas.openxmlformats.org/officeDocument/2006/relationships/oleObject" Target="embeddings/oleObject675.bin"/><Relationship Id="rId2757" Type="http://schemas.openxmlformats.org/officeDocument/2006/relationships/image" Target="media/image1381.wmf"/><Relationship Id="rId2964" Type="http://schemas.openxmlformats.org/officeDocument/2006/relationships/oleObject" Target="embeddings/oleObject1475.bin"/><Relationship Id="rId3808" Type="http://schemas.openxmlformats.org/officeDocument/2006/relationships/image" Target="media/image1908.wmf"/><Relationship Id="rId936" Type="http://schemas.openxmlformats.org/officeDocument/2006/relationships/image" Target="media/image468.wmf"/><Relationship Id="rId1219" Type="http://schemas.openxmlformats.org/officeDocument/2006/relationships/oleObject" Target="embeddings/oleObject605.bin"/><Relationship Id="rId1566" Type="http://schemas.openxmlformats.org/officeDocument/2006/relationships/image" Target="media/image783.wmf"/><Relationship Id="rId1773" Type="http://schemas.openxmlformats.org/officeDocument/2006/relationships/oleObject" Target="embeddings/oleObject882.bin"/><Relationship Id="rId1980" Type="http://schemas.openxmlformats.org/officeDocument/2006/relationships/oleObject" Target="embeddings/oleObject983.bin"/><Relationship Id="rId2617" Type="http://schemas.openxmlformats.org/officeDocument/2006/relationships/image" Target="media/image1311.wmf"/><Relationship Id="rId2824" Type="http://schemas.openxmlformats.org/officeDocument/2006/relationships/oleObject" Target="embeddings/oleObject1405.bin"/><Relationship Id="rId65" Type="http://schemas.openxmlformats.org/officeDocument/2006/relationships/oleObject" Target="embeddings/oleObject30.bin"/><Relationship Id="rId1426" Type="http://schemas.openxmlformats.org/officeDocument/2006/relationships/image" Target="media/image713.wmf"/><Relationship Id="rId1633" Type="http://schemas.openxmlformats.org/officeDocument/2006/relationships/oleObject" Target="embeddings/oleObject812.bin"/><Relationship Id="rId1840" Type="http://schemas.openxmlformats.org/officeDocument/2006/relationships/image" Target="media/image921.png"/><Relationship Id="rId1700" Type="http://schemas.openxmlformats.org/officeDocument/2006/relationships/image" Target="media/image850.wmf"/><Relationship Id="rId3598" Type="http://schemas.openxmlformats.org/officeDocument/2006/relationships/image" Target="media/image1803.wmf"/><Relationship Id="rId4649" Type="http://schemas.openxmlformats.org/officeDocument/2006/relationships/image" Target="media/image2332.wmf"/><Relationship Id="rId3458" Type="http://schemas.openxmlformats.org/officeDocument/2006/relationships/oleObject" Target="embeddings/oleObject1722.bin"/><Relationship Id="rId3665" Type="http://schemas.openxmlformats.org/officeDocument/2006/relationships/oleObject" Target="embeddings/oleObject1824.bin"/><Relationship Id="rId3872" Type="http://schemas.openxmlformats.org/officeDocument/2006/relationships/image" Target="media/image1940.wmf"/><Relationship Id="rId4509" Type="http://schemas.openxmlformats.org/officeDocument/2006/relationships/oleObject" Target="embeddings/oleObject2244.bin"/><Relationship Id="rId379" Type="http://schemas.openxmlformats.org/officeDocument/2006/relationships/oleObject" Target="embeddings/oleObject187.bin"/><Relationship Id="rId586" Type="http://schemas.openxmlformats.org/officeDocument/2006/relationships/image" Target="media/image291.wmf"/><Relationship Id="rId793" Type="http://schemas.openxmlformats.org/officeDocument/2006/relationships/oleObject" Target="embeddings/oleObject392.bin"/><Relationship Id="rId2267" Type="http://schemas.openxmlformats.org/officeDocument/2006/relationships/image" Target="media/image1136.wmf"/><Relationship Id="rId2474" Type="http://schemas.openxmlformats.org/officeDocument/2006/relationships/oleObject" Target="embeddings/oleObject1230.bin"/><Relationship Id="rId2681" Type="http://schemas.openxmlformats.org/officeDocument/2006/relationships/image" Target="media/image1343.wmf"/><Relationship Id="rId3318" Type="http://schemas.openxmlformats.org/officeDocument/2006/relationships/oleObject" Target="embeddings/oleObject1652.bin"/><Relationship Id="rId3525" Type="http://schemas.openxmlformats.org/officeDocument/2006/relationships/oleObject" Target="embeddings/oleObject1755.bin"/><Relationship Id="rId239" Type="http://schemas.openxmlformats.org/officeDocument/2006/relationships/oleObject" Target="embeddings/oleObject117.bin"/><Relationship Id="rId446" Type="http://schemas.openxmlformats.org/officeDocument/2006/relationships/image" Target="media/image221.wmf"/><Relationship Id="rId653" Type="http://schemas.openxmlformats.org/officeDocument/2006/relationships/image" Target="media/image325.wmf"/><Relationship Id="rId1076" Type="http://schemas.openxmlformats.org/officeDocument/2006/relationships/image" Target="media/image538.wmf"/><Relationship Id="rId1283" Type="http://schemas.openxmlformats.org/officeDocument/2006/relationships/oleObject" Target="embeddings/oleObject637.bin"/><Relationship Id="rId1490" Type="http://schemas.openxmlformats.org/officeDocument/2006/relationships/image" Target="media/image745.wmf"/><Relationship Id="rId2127" Type="http://schemas.openxmlformats.org/officeDocument/2006/relationships/image" Target="media/image1066.wmf"/><Relationship Id="rId2334" Type="http://schemas.openxmlformats.org/officeDocument/2006/relationships/oleObject" Target="embeddings/oleObject1160.bin"/><Relationship Id="rId3732" Type="http://schemas.openxmlformats.org/officeDocument/2006/relationships/image" Target="media/image1870.wmf"/><Relationship Id="rId306" Type="http://schemas.openxmlformats.org/officeDocument/2006/relationships/image" Target="media/image151.wmf"/><Relationship Id="rId860" Type="http://schemas.openxmlformats.org/officeDocument/2006/relationships/image" Target="media/image430.wmf"/><Relationship Id="rId1143" Type="http://schemas.openxmlformats.org/officeDocument/2006/relationships/oleObject" Target="embeddings/oleObject567.bin"/><Relationship Id="rId2541" Type="http://schemas.openxmlformats.org/officeDocument/2006/relationships/image" Target="media/image1273.wmf"/><Relationship Id="rId4299" Type="http://schemas.openxmlformats.org/officeDocument/2006/relationships/image" Target="media/image2154.wmf"/><Relationship Id="rId513" Type="http://schemas.openxmlformats.org/officeDocument/2006/relationships/oleObject" Target="embeddings/oleObject254.bin"/><Relationship Id="rId720" Type="http://schemas.openxmlformats.org/officeDocument/2006/relationships/image" Target="media/image360.wmf"/><Relationship Id="rId1350" Type="http://schemas.openxmlformats.org/officeDocument/2006/relationships/image" Target="media/image675.wmf"/><Relationship Id="rId2401" Type="http://schemas.openxmlformats.org/officeDocument/2006/relationships/image" Target="media/image1203.wmf"/><Relationship Id="rId4159" Type="http://schemas.openxmlformats.org/officeDocument/2006/relationships/oleObject" Target="embeddings/oleObject2071.bin"/><Relationship Id="rId1003" Type="http://schemas.openxmlformats.org/officeDocument/2006/relationships/oleObject" Target="embeddings/oleObject497.bin"/><Relationship Id="rId1210" Type="http://schemas.openxmlformats.org/officeDocument/2006/relationships/image" Target="media/image605.wmf"/><Relationship Id="rId4366" Type="http://schemas.openxmlformats.org/officeDocument/2006/relationships/image" Target="media/image2187.wmf"/><Relationship Id="rId4573" Type="http://schemas.openxmlformats.org/officeDocument/2006/relationships/oleObject" Target="embeddings/oleObject2276.bin"/><Relationship Id="rId3175" Type="http://schemas.openxmlformats.org/officeDocument/2006/relationships/image" Target="media/image1590.wmf"/><Relationship Id="rId3382" Type="http://schemas.openxmlformats.org/officeDocument/2006/relationships/oleObject" Target="embeddings/oleObject1684.bin"/><Relationship Id="rId4019" Type="http://schemas.openxmlformats.org/officeDocument/2006/relationships/oleObject" Target="embeddings/oleObject2001.bin"/><Relationship Id="rId4226" Type="http://schemas.openxmlformats.org/officeDocument/2006/relationships/image" Target="media/image2117.wmf"/><Relationship Id="rId4433" Type="http://schemas.openxmlformats.org/officeDocument/2006/relationships/oleObject" Target="embeddings/oleObject2206.bin"/><Relationship Id="rId4640" Type="http://schemas.openxmlformats.org/officeDocument/2006/relationships/oleObject" Target="embeddings/oleObject2307.bin"/><Relationship Id="rId2191" Type="http://schemas.openxmlformats.org/officeDocument/2006/relationships/image" Target="media/image1098.wmf"/><Relationship Id="rId3035" Type="http://schemas.openxmlformats.org/officeDocument/2006/relationships/image" Target="media/image1520.wmf"/><Relationship Id="rId3242" Type="http://schemas.openxmlformats.org/officeDocument/2006/relationships/oleObject" Target="embeddings/oleObject1614.bin"/><Relationship Id="rId4500" Type="http://schemas.openxmlformats.org/officeDocument/2006/relationships/image" Target="media/image2256.wmf"/><Relationship Id="rId163" Type="http://schemas.openxmlformats.org/officeDocument/2006/relationships/oleObject" Target="embeddings/oleObject79.bin"/><Relationship Id="rId370" Type="http://schemas.openxmlformats.org/officeDocument/2006/relationships/image" Target="media/image183.wmf"/><Relationship Id="rId2051" Type="http://schemas.openxmlformats.org/officeDocument/2006/relationships/image" Target="media/image1028.wmf"/><Relationship Id="rId3102" Type="http://schemas.openxmlformats.org/officeDocument/2006/relationships/oleObject" Target="embeddings/oleObject1544.bin"/><Relationship Id="rId230" Type="http://schemas.openxmlformats.org/officeDocument/2006/relationships/image" Target="media/image113.wmf"/><Relationship Id="rId2868" Type="http://schemas.openxmlformats.org/officeDocument/2006/relationships/oleObject" Target="embeddings/oleObject1427.bin"/><Relationship Id="rId3919" Type="http://schemas.openxmlformats.org/officeDocument/2006/relationships/oleObject" Target="embeddings/oleObject1951.bin"/><Relationship Id="rId4083" Type="http://schemas.openxmlformats.org/officeDocument/2006/relationships/oleObject" Target="embeddings/oleObject2033.bin"/><Relationship Id="rId1677" Type="http://schemas.openxmlformats.org/officeDocument/2006/relationships/oleObject" Target="embeddings/oleObject834.bin"/><Relationship Id="rId1884" Type="http://schemas.openxmlformats.org/officeDocument/2006/relationships/oleObject" Target="embeddings/oleObject935.bin"/><Relationship Id="rId2728" Type="http://schemas.openxmlformats.org/officeDocument/2006/relationships/oleObject" Target="embeddings/oleObject1357.bin"/><Relationship Id="rId2935" Type="http://schemas.openxmlformats.org/officeDocument/2006/relationships/image" Target="media/image1470.wmf"/><Relationship Id="rId4290" Type="http://schemas.openxmlformats.org/officeDocument/2006/relationships/oleObject" Target="embeddings/oleObject2136.bin"/><Relationship Id="rId907" Type="http://schemas.openxmlformats.org/officeDocument/2006/relationships/oleObject" Target="embeddings/oleObject449.bin"/><Relationship Id="rId1537" Type="http://schemas.openxmlformats.org/officeDocument/2006/relationships/oleObject" Target="embeddings/oleObject764.bin"/><Relationship Id="rId1744" Type="http://schemas.openxmlformats.org/officeDocument/2006/relationships/image" Target="media/image872.wmf"/><Relationship Id="rId1951" Type="http://schemas.openxmlformats.org/officeDocument/2006/relationships/image" Target="media/image978.wmf"/><Relationship Id="rId4150" Type="http://schemas.openxmlformats.org/officeDocument/2006/relationships/image" Target="media/image2079.wmf"/><Relationship Id="rId36" Type="http://schemas.openxmlformats.org/officeDocument/2006/relationships/image" Target="media/image16.wmf"/><Relationship Id="rId1604" Type="http://schemas.openxmlformats.org/officeDocument/2006/relationships/image" Target="media/image802.wmf"/><Relationship Id="rId4010" Type="http://schemas.openxmlformats.org/officeDocument/2006/relationships/image" Target="media/image2009.wmf"/><Relationship Id="rId1811" Type="http://schemas.openxmlformats.org/officeDocument/2006/relationships/image" Target="media/image906.wmf"/><Relationship Id="rId3569" Type="http://schemas.openxmlformats.org/officeDocument/2006/relationships/image" Target="media/image1788.wmf"/><Relationship Id="rId697" Type="http://schemas.openxmlformats.org/officeDocument/2006/relationships/image" Target="media/image348.wmf"/><Relationship Id="rId2378" Type="http://schemas.openxmlformats.org/officeDocument/2006/relationships/oleObject" Target="embeddings/oleObject1182.bin"/><Relationship Id="rId3429" Type="http://schemas.openxmlformats.org/officeDocument/2006/relationships/image" Target="media/image1717.wmf"/><Relationship Id="rId3776" Type="http://schemas.openxmlformats.org/officeDocument/2006/relationships/image" Target="media/image1892.wmf"/><Relationship Id="rId3983" Type="http://schemas.openxmlformats.org/officeDocument/2006/relationships/oleObject" Target="embeddings/oleObject1983.bin"/><Relationship Id="rId1187" Type="http://schemas.openxmlformats.org/officeDocument/2006/relationships/oleObject" Target="embeddings/oleObject589.bin"/><Relationship Id="rId2585" Type="http://schemas.openxmlformats.org/officeDocument/2006/relationships/image" Target="media/image1295.wmf"/><Relationship Id="rId2792" Type="http://schemas.openxmlformats.org/officeDocument/2006/relationships/oleObject" Target="embeddings/oleObject1389.bin"/><Relationship Id="rId3636" Type="http://schemas.openxmlformats.org/officeDocument/2006/relationships/image" Target="media/image1822.wmf"/><Relationship Id="rId3843" Type="http://schemas.openxmlformats.org/officeDocument/2006/relationships/oleObject" Target="embeddings/oleObject1913.bin"/><Relationship Id="rId557" Type="http://schemas.openxmlformats.org/officeDocument/2006/relationships/oleObject" Target="embeddings/oleObject276.bin"/><Relationship Id="rId764" Type="http://schemas.openxmlformats.org/officeDocument/2006/relationships/image" Target="media/image382.wmf"/><Relationship Id="rId971" Type="http://schemas.openxmlformats.org/officeDocument/2006/relationships/oleObject" Target="embeddings/oleObject481.bin"/><Relationship Id="rId1394" Type="http://schemas.openxmlformats.org/officeDocument/2006/relationships/image" Target="media/image697.wmf"/><Relationship Id="rId2238" Type="http://schemas.openxmlformats.org/officeDocument/2006/relationships/oleObject" Target="embeddings/oleObject1112.bin"/><Relationship Id="rId2445" Type="http://schemas.openxmlformats.org/officeDocument/2006/relationships/image" Target="media/image1225.wmf"/><Relationship Id="rId2652" Type="http://schemas.openxmlformats.org/officeDocument/2006/relationships/oleObject" Target="embeddings/oleObject1319.bin"/><Relationship Id="rId3703" Type="http://schemas.openxmlformats.org/officeDocument/2006/relationships/oleObject" Target="embeddings/oleObject1843.bin"/><Relationship Id="rId3910" Type="http://schemas.openxmlformats.org/officeDocument/2006/relationships/image" Target="media/image1959.wmf"/><Relationship Id="rId417" Type="http://schemas.openxmlformats.org/officeDocument/2006/relationships/oleObject" Target="embeddings/oleObject206.bin"/><Relationship Id="rId624" Type="http://schemas.openxmlformats.org/officeDocument/2006/relationships/image" Target="media/image310.wmf"/><Relationship Id="rId831" Type="http://schemas.openxmlformats.org/officeDocument/2006/relationships/oleObject" Target="embeddings/oleObject411.bin"/><Relationship Id="rId1047" Type="http://schemas.openxmlformats.org/officeDocument/2006/relationships/oleObject" Target="embeddings/oleObject519.bin"/><Relationship Id="rId1254" Type="http://schemas.openxmlformats.org/officeDocument/2006/relationships/image" Target="media/image627.wmf"/><Relationship Id="rId1461" Type="http://schemas.openxmlformats.org/officeDocument/2006/relationships/oleObject" Target="embeddings/oleObject726.bin"/><Relationship Id="rId2305" Type="http://schemas.openxmlformats.org/officeDocument/2006/relationships/image" Target="media/image1155.wmf"/><Relationship Id="rId2512" Type="http://schemas.openxmlformats.org/officeDocument/2006/relationships/oleObject" Target="embeddings/oleObject1249.bin"/><Relationship Id="rId1114" Type="http://schemas.openxmlformats.org/officeDocument/2006/relationships/image" Target="media/image557.wmf"/><Relationship Id="rId1321" Type="http://schemas.openxmlformats.org/officeDocument/2006/relationships/oleObject" Target="embeddings/oleObject656.bin"/><Relationship Id="rId4477" Type="http://schemas.openxmlformats.org/officeDocument/2006/relationships/oleObject" Target="embeddings/oleObject2228.bin"/><Relationship Id="rId3079" Type="http://schemas.openxmlformats.org/officeDocument/2006/relationships/image" Target="media/image1542.wmf"/><Relationship Id="rId3286" Type="http://schemas.openxmlformats.org/officeDocument/2006/relationships/oleObject" Target="embeddings/oleObject1636.bin"/><Relationship Id="rId3493" Type="http://schemas.openxmlformats.org/officeDocument/2006/relationships/oleObject" Target="embeddings/oleObject1739.bin"/><Relationship Id="rId4337" Type="http://schemas.openxmlformats.org/officeDocument/2006/relationships/oleObject" Target="embeddings/oleObject2160.bin"/><Relationship Id="rId4544" Type="http://schemas.openxmlformats.org/officeDocument/2006/relationships/image" Target="media/image2278.wmf"/><Relationship Id="rId2095" Type="http://schemas.openxmlformats.org/officeDocument/2006/relationships/image" Target="media/image1050.wmf"/><Relationship Id="rId3146" Type="http://schemas.openxmlformats.org/officeDocument/2006/relationships/oleObject" Target="embeddings/oleObject1566.bin"/><Relationship Id="rId3353" Type="http://schemas.openxmlformats.org/officeDocument/2006/relationships/image" Target="media/image1679.wmf"/><Relationship Id="rId274" Type="http://schemas.openxmlformats.org/officeDocument/2006/relationships/image" Target="media/image135.wmf"/><Relationship Id="rId481" Type="http://schemas.openxmlformats.org/officeDocument/2006/relationships/oleObject" Target="embeddings/oleObject238.bin"/><Relationship Id="rId2162" Type="http://schemas.openxmlformats.org/officeDocument/2006/relationships/oleObject" Target="embeddings/oleObject1074.bin"/><Relationship Id="rId3006" Type="http://schemas.openxmlformats.org/officeDocument/2006/relationships/oleObject" Target="embeddings/oleObject1496.bin"/><Relationship Id="rId3560" Type="http://schemas.openxmlformats.org/officeDocument/2006/relationships/oleObject" Target="embeddings/oleObject1772.bin"/><Relationship Id="rId4404" Type="http://schemas.openxmlformats.org/officeDocument/2006/relationships/image" Target="media/image2208.wmf"/><Relationship Id="rId4611" Type="http://schemas.openxmlformats.org/officeDocument/2006/relationships/oleObject" Target="embeddings/oleObject2292.bin"/><Relationship Id="rId134" Type="http://schemas.openxmlformats.org/officeDocument/2006/relationships/image" Target="media/image65.wmf"/><Relationship Id="rId3213" Type="http://schemas.openxmlformats.org/officeDocument/2006/relationships/image" Target="media/image1609.wmf"/><Relationship Id="rId3420" Type="http://schemas.openxmlformats.org/officeDocument/2006/relationships/oleObject" Target="embeddings/oleObject1703.bin"/><Relationship Id="rId341" Type="http://schemas.openxmlformats.org/officeDocument/2006/relationships/oleObject" Target="embeddings/oleObject168.bin"/><Relationship Id="rId2022" Type="http://schemas.openxmlformats.org/officeDocument/2006/relationships/oleObject" Target="embeddings/oleObject1004.bin"/><Relationship Id="rId2979" Type="http://schemas.openxmlformats.org/officeDocument/2006/relationships/image" Target="media/image1492.wmf"/><Relationship Id="rId201" Type="http://schemas.openxmlformats.org/officeDocument/2006/relationships/oleObject" Target="embeddings/oleObject98.bin"/><Relationship Id="rId1788" Type="http://schemas.openxmlformats.org/officeDocument/2006/relationships/oleObject" Target="embeddings/oleObject889.bin"/><Relationship Id="rId1995" Type="http://schemas.openxmlformats.org/officeDocument/2006/relationships/image" Target="media/image1000.wmf"/><Relationship Id="rId2839" Type="http://schemas.openxmlformats.org/officeDocument/2006/relationships/image" Target="media/image1422.wmf"/><Relationship Id="rId4194" Type="http://schemas.openxmlformats.org/officeDocument/2006/relationships/image" Target="media/image2101.wmf"/><Relationship Id="rId1648" Type="http://schemas.openxmlformats.org/officeDocument/2006/relationships/image" Target="media/image824.wmf"/><Relationship Id="rId4054" Type="http://schemas.openxmlformats.org/officeDocument/2006/relationships/image" Target="media/image2031.wmf"/><Relationship Id="rId4261" Type="http://schemas.openxmlformats.org/officeDocument/2006/relationships/image" Target="media/image2135.wmf"/><Relationship Id="rId1508" Type="http://schemas.openxmlformats.org/officeDocument/2006/relationships/image" Target="media/image754.wmf"/><Relationship Id="rId1855" Type="http://schemas.openxmlformats.org/officeDocument/2006/relationships/image" Target="media/image930.wmf"/><Relationship Id="rId2906" Type="http://schemas.openxmlformats.org/officeDocument/2006/relationships/oleObject" Target="embeddings/oleObject1446.bin"/><Relationship Id="rId3070" Type="http://schemas.openxmlformats.org/officeDocument/2006/relationships/oleObject" Target="embeddings/oleObject1528.bin"/><Relationship Id="rId4121" Type="http://schemas.openxmlformats.org/officeDocument/2006/relationships/oleObject" Target="embeddings/oleObject2052.bin"/><Relationship Id="rId1715" Type="http://schemas.openxmlformats.org/officeDocument/2006/relationships/oleObject" Target="embeddings/oleObject853.bin"/><Relationship Id="rId1922" Type="http://schemas.openxmlformats.org/officeDocument/2006/relationships/oleObject" Target="embeddings/oleObject954.bin"/><Relationship Id="rId3887" Type="http://schemas.openxmlformats.org/officeDocument/2006/relationships/oleObject" Target="embeddings/oleObject1935.bin"/><Relationship Id="rId2489" Type="http://schemas.openxmlformats.org/officeDocument/2006/relationships/image" Target="media/image1247.wmf"/><Relationship Id="rId2696" Type="http://schemas.openxmlformats.org/officeDocument/2006/relationships/oleObject" Target="embeddings/oleObject1341.bin"/><Relationship Id="rId3747" Type="http://schemas.openxmlformats.org/officeDocument/2006/relationships/oleObject" Target="embeddings/oleObject1865.bin"/><Relationship Id="rId3954" Type="http://schemas.openxmlformats.org/officeDocument/2006/relationships/image" Target="media/image1981.wmf"/><Relationship Id="rId668" Type="http://schemas.openxmlformats.org/officeDocument/2006/relationships/image" Target="media/image333.wmf"/><Relationship Id="rId875" Type="http://schemas.openxmlformats.org/officeDocument/2006/relationships/oleObject" Target="embeddings/oleObject433.bin"/><Relationship Id="rId1298" Type="http://schemas.openxmlformats.org/officeDocument/2006/relationships/image" Target="media/image649.wmf"/><Relationship Id="rId2349" Type="http://schemas.openxmlformats.org/officeDocument/2006/relationships/image" Target="media/image1177.wmf"/><Relationship Id="rId2556" Type="http://schemas.openxmlformats.org/officeDocument/2006/relationships/oleObject" Target="embeddings/oleObject1271.bin"/><Relationship Id="rId2763" Type="http://schemas.openxmlformats.org/officeDocument/2006/relationships/image" Target="media/image1384.wmf"/><Relationship Id="rId2970" Type="http://schemas.openxmlformats.org/officeDocument/2006/relationships/oleObject" Target="embeddings/oleObject1478.bin"/><Relationship Id="rId3607" Type="http://schemas.openxmlformats.org/officeDocument/2006/relationships/oleObject" Target="embeddings/oleObject1795.bin"/><Relationship Id="rId3814" Type="http://schemas.openxmlformats.org/officeDocument/2006/relationships/image" Target="media/image1911.wmf"/><Relationship Id="rId528" Type="http://schemas.openxmlformats.org/officeDocument/2006/relationships/image" Target="media/image262.wmf"/><Relationship Id="rId735" Type="http://schemas.openxmlformats.org/officeDocument/2006/relationships/oleObject" Target="embeddings/oleObject363.bin"/><Relationship Id="rId942" Type="http://schemas.openxmlformats.org/officeDocument/2006/relationships/image" Target="media/image471.wmf"/><Relationship Id="rId1158" Type="http://schemas.openxmlformats.org/officeDocument/2006/relationships/image" Target="media/image579.wmf"/><Relationship Id="rId1365" Type="http://schemas.openxmlformats.org/officeDocument/2006/relationships/oleObject" Target="embeddings/oleObject678.bin"/><Relationship Id="rId1572" Type="http://schemas.openxmlformats.org/officeDocument/2006/relationships/image" Target="media/image786.wmf"/><Relationship Id="rId2209" Type="http://schemas.openxmlformats.org/officeDocument/2006/relationships/image" Target="media/image1107.wmf"/><Relationship Id="rId2416" Type="http://schemas.openxmlformats.org/officeDocument/2006/relationships/oleObject" Target="embeddings/oleObject1201.bin"/><Relationship Id="rId2623" Type="http://schemas.openxmlformats.org/officeDocument/2006/relationships/image" Target="media/image1314.wmf"/><Relationship Id="rId1018" Type="http://schemas.openxmlformats.org/officeDocument/2006/relationships/image" Target="media/image509.wmf"/><Relationship Id="rId1225" Type="http://schemas.openxmlformats.org/officeDocument/2006/relationships/oleObject" Target="embeddings/oleObject608.bin"/><Relationship Id="rId1432" Type="http://schemas.openxmlformats.org/officeDocument/2006/relationships/image" Target="media/image716.wmf"/><Relationship Id="rId2830" Type="http://schemas.openxmlformats.org/officeDocument/2006/relationships/oleObject" Target="embeddings/oleObject1408.bin"/><Relationship Id="rId4588" Type="http://schemas.openxmlformats.org/officeDocument/2006/relationships/image" Target="media/image2300.wmf"/><Relationship Id="rId71" Type="http://schemas.openxmlformats.org/officeDocument/2006/relationships/oleObject" Target="embeddings/oleObject33.bin"/><Relationship Id="rId802" Type="http://schemas.openxmlformats.org/officeDocument/2006/relationships/image" Target="media/image401.wmf"/><Relationship Id="rId3397" Type="http://schemas.openxmlformats.org/officeDocument/2006/relationships/image" Target="media/image1701.wmf"/><Relationship Id="rId4448" Type="http://schemas.openxmlformats.org/officeDocument/2006/relationships/image" Target="media/image2230.wmf"/><Relationship Id="rId4655" Type="http://schemas.openxmlformats.org/officeDocument/2006/relationships/fontTable" Target="fontTable.xml"/><Relationship Id="rId178" Type="http://schemas.openxmlformats.org/officeDocument/2006/relationships/image" Target="media/image87.wmf"/><Relationship Id="rId3257" Type="http://schemas.openxmlformats.org/officeDocument/2006/relationships/image" Target="media/image1631.wmf"/><Relationship Id="rId3464" Type="http://schemas.openxmlformats.org/officeDocument/2006/relationships/oleObject" Target="embeddings/oleObject1725.bin"/><Relationship Id="rId3671" Type="http://schemas.openxmlformats.org/officeDocument/2006/relationships/oleObject" Target="embeddings/oleObject1827.bin"/><Relationship Id="rId4308" Type="http://schemas.openxmlformats.org/officeDocument/2006/relationships/oleObject" Target="embeddings/oleObject2145.bin"/><Relationship Id="rId4515" Type="http://schemas.openxmlformats.org/officeDocument/2006/relationships/oleObject" Target="embeddings/oleObject2247.bin"/><Relationship Id="rId385" Type="http://schemas.openxmlformats.org/officeDocument/2006/relationships/oleObject" Target="embeddings/oleObject190.bin"/><Relationship Id="rId592" Type="http://schemas.openxmlformats.org/officeDocument/2006/relationships/image" Target="media/image294.wmf"/><Relationship Id="rId2066" Type="http://schemas.openxmlformats.org/officeDocument/2006/relationships/oleObject" Target="embeddings/oleObject1026.bin"/><Relationship Id="rId2273" Type="http://schemas.openxmlformats.org/officeDocument/2006/relationships/image" Target="media/image1139.wmf"/><Relationship Id="rId2480" Type="http://schemas.openxmlformats.org/officeDocument/2006/relationships/oleObject" Target="embeddings/oleObject1233.bin"/><Relationship Id="rId3117" Type="http://schemas.openxmlformats.org/officeDocument/2006/relationships/image" Target="media/image1561.wmf"/><Relationship Id="rId3324" Type="http://schemas.openxmlformats.org/officeDocument/2006/relationships/oleObject" Target="embeddings/oleObject1655.bin"/><Relationship Id="rId3531" Type="http://schemas.openxmlformats.org/officeDocument/2006/relationships/oleObject" Target="embeddings/oleObject1758.bin"/><Relationship Id="rId245" Type="http://schemas.openxmlformats.org/officeDocument/2006/relationships/oleObject" Target="embeddings/oleObject120.bin"/><Relationship Id="rId452" Type="http://schemas.openxmlformats.org/officeDocument/2006/relationships/image" Target="media/image224.wmf"/><Relationship Id="rId1082" Type="http://schemas.openxmlformats.org/officeDocument/2006/relationships/image" Target="media/image541.wmf"/><Relationship Id="rId2133" Type="http://schemas.openxmlformats.org/officeDocument/2006/relationships/image" Target="media/image1069.wmf"/><Relationship Id="rId2340" Type="http://schemas.openxmlformats.org/officeDocument/2006/relationships/oleObject" Target="embeddings/oleObject1163.bin"/><Relationship Id="rId105" Type="http://schemas.openxmlformats.org/officeDocument/2006/relationships/oleObject" Target="embeddings/oleObject50.bin"/><Relationship Id="rId312" Type="http://schemas.openxmlformats.org/officeDocument/2006/relationships/image" Target="media/image154.wmf"/><Relationship Id="rId2200" Type="http://schemas.openxmlformats.org/officeDocument/2006/relationships/oleObject" Target="embeddings/oleObject1093.bin"/><Relationship Id="rId4098" Type="http://schemas.openxmlformats.org/officeDocument/2006/relationships/image" Target="media/image2053.wmf"/><Relationship Id="rId1899" Type="http://schemas.openxmlformats.org/officeDocument/2006/relationships/image" Target="media/image952.wmf"/><Relationship Id="rId4165" Type="http://schemas.openxmlformats.org/officeDocument/2006/relationships/oleObject" Target="embeddings/oleObject2074.bin"/><Relationship Id="rId4372" Type="http://schemas.openxmlformats.org/officeDocument/2006/relationships/image" Target="media/image2190.wmf"/><Relationship Id="rId1759" Type="http://schemas.openxmlformats.org/officeDocument/2006/relationships/oleObject" Target="embeddings/oleObject875.bin"/><Relationship Id="rId1966" Type="http://schemas.openxmlformats.org/officeDocument/2006/relationships/oleObject" Target="embeddings/oleObject976.bin"/><Relationship Id="rId3181" Type="http://schemas.openxmlformats.org/officeDocument/2006/relationships/image" Target="media/image1593.wmf"/><Relationship Id="rId4025" Type="http://schemas.openxmlformats.org/officeDocument/2006/relationships/oleObject" Target="embeddings/oleObject2004.bin"/><Relationship Id="rId1619" Type="http://schemas.openxmlformats.org/officeDocument/2006/relationships/oleObject" Target="embeddings/oleObject805.bin"/><Relationship Id="rId1826" Type="http://schemas.openxmlformats.org/officeDocument/2006/relationships/oleObject" Target="embeddings/oleObject908.bin"/><Relationship Id="rId4232" Type="http://schemas.openxmlformats.org/officeDocument/2006/relationships/image" Target="media/image2120.wmf"/><Relationship Id="rId3041" Type="http://schemas.openxmlformats.org/officeDocument/2006/relationships/image" Target="media/image1523.wmf"/><Relationship Id="rId3998" Type="http://schemas.openxmlformats.org/officeDocument/2006/relationships/image" Target="media/image2003.wmf"/><Relationship Id="rId3858" Type="http://schemas.openxmlformats.org/officeDocument/2006/relationships/image" Target="media/image1933.wmf"/><Relationship Id="rId779" Type="http://schemas.openxmlformats.org/officeDocument/2006/relationships/oleObject" Target="embeddings/oleObject385.bin"/><Relationship Id="rId986" Type="http://schemas.openxmlformats.org/officeDocument/2006/relationships/image" Target="media/image493.wmf"/><Relationship Id="rId2667" Type="http://schemas.openxmlformats.org/officeDocument/2006/relationships/image" Target="media/image1336.wmf"/><Relationship Id="rId3718" Type="http://schemas.openxmlformats.org/officeDocument/2006/relationships/image" Target="media/image1863.wmf"/><Relationship Id="rId639" Type="http://schemas.openxmlformats.org/officeDocument/2006/relationships/oleObject" Target="embeddings/oleObject317.bin"/><Relationship Id="rId1269" Type="http://schemas.openxmlformats.org/officeDocument/2006/relationships/oleObject" Target="embeddings/oleObject630.bin"/><Relationship Id="rId1476" Type="http://schemas.openxmlformats.org/officeDocument/2006/relationships/image" Target="media/image738.wmf"/><Relationship Id="rId2874" Type="http://schemas.openxmlformats.org/officeDocument/2006/relationships/oleObject" Target="embeddings/oleObject1430.bin"/><Relationship Id="rId3925" Type="http://schemas.openxmlformats.org/officeDocument/2006/relationships/oleObject" Target="embeddings/oleObject1954.bin"/><Relationship Id="rId846" Type="http://schemas.openxmlformats.org/officeDocument/2006/relationships/image" Target="media/image423.wmf"/><Relationship Id="rId1129" Type="http://schemas.openxmlformats.org/officeDocument/2006/relationships/oleObject" Target="embeddings/oleObject560.bin"/><Relationship Id="rId1683" Type="http://schemas.openxmlformats.org/officeDocument/2006/relationships/oleObject" Target="embeddings/oleObject837.bin"/><Relationship Id="rId1890" Type="http://schemas.openxmlformats.org/officeDocument/2006/relationships/oleObject" Target="embeddings/oleObject938.bin"/><Relationship Id="rId2527" Type="http://schemas.openxmlformats.org/officeDocument/2006/relationships/image" Target="media/image1266.wmf"/><Relationship Id="rId2734" Type="http://schemas.openxmlformats.org/officeDocument/2006/relationships/oleObject" Target="embeddings/oleObject1360.bin"/><Relationship Id="rId2941" Type="http://schemas.openxmlformats.org/officeDocument/2006/relationships/image" Target="media/image1473.wmf"/><Relationship Id="rId706" Type="http://schemas.openxmlformats.org/officeDocument/2006/relationships/oleObject" Target="embeddings/oleObject349.bin"/><Relationship Id="rId913" Type="http://schemas.openxmlformats.org/officeDocument/2006/relationships/oleObject" Target="embeddings/oleObject452.bin"/><Relationship Id="rId1336" Type="http://schemas.openxmlformats.org/officeDocument/2006/relationships/image" Target="media/image668.wmf"/><Relationship Id="rId1543" Type="http://schemas.openxmlformats.org/officeDocument/2006/relationships/oleObject" Target="embeddings/oleObject767.bin"/><Relationship Id="rId1750" Type="http://schemas.openxmlformats.org/officeDocument/2006/relationships/image" Target="media/image875.wmf"/><Relationship Id="rId2801" Type="http://schemas.openxmlformats.org/officeDocument/2006/relationships/image" Target="media/image1403.wmf"/><Relationship Id="rId42" Type="http://schemas.openxmlformats.org/officeDocument/2006/relationships/image" Target="media/image19.wmf"/><Relationship Id="rId1403" Type="http://schemas.openxmlformats.org/officeDocument/2006/relationships/oleObject" Target="embeddings/oleObject697.bin"/><Relationship Id="rId1610" Type="http://schemas.openxmlformats.org/officeDocument/2006/relationships/image" Target="media/image805.wmf"/><Relationship Id="rId4559" Type="http://schemas.openxmlformats.org/officeDocument/2006/relationships/oleObject" Target="embeddings/oleObject2269.bin"/><Relationship Id="rId3368" Type="http://schemas.openxmlformats.org/officeDocument/2006/relationships/oleObject" Target="embeddings/oleObject1677.bin"/><Relationship Id="rId3575" Type="http://schemas.openxmlformats.org/officeDocument/2006/relationships/image" Target="media/image1791.wmf"/><Relationship Id="rId3782" Type="http://schemas.openxmlformats.org/officeDocument/2006/relationships/image" Target="media/image1895.wmf"/><Relationship Id="rId4419" Type="http://schemas.openxmlformats.org/officeDocument/2006/relationships/oleObject" Target="embeddings/oleObject2199.bin"/><Relationship Id="rId4626" Type="http://schemas.openxmlformats.org/officeDocument/2006/relationships/image" Target="media/image2322.wmf"/><Relationship Id="rId289" Type="http://schemas.openxmlformats.org/officeDocument/2006/relationships/oleObject" Target="embeddings/oleObject142.bin"/><Relationship Id="rId496" Type="http://schemas.openxmlformats.org/officeDocument/2006/relationships/image" Target="media/image246.wmf"/><Relationship Id="rId2177" Type="http://schemas.openxmlformats.org/officeDocument/2006/relationships/image" Target="media/image1091.wmf"/><Relationship Id="rId2384" Type="http://schemas.openxmlformats.org/officeDocument/2006/relationships/oleObject" Target="embeddings/oleObject1185.bin"/><Relationship Id="rId2591" Type="http://schemas.openxmlformats.org/officeDocument/2006/relationships/image" Target="media/image1298.wmf"/><Relationship Id="rId3228" Type="http://schemas.openxmlformats.org/officeDocument/2006/relationships/oleObject" Target="embeddings/oleObject1607.bin"/><Relationship Id="rId3435" Type="http://schemas.openxmlformats.org/officeDocument/2006/relationships/image" Target="media/image1720.wmf"/><Relationship Id="rId3642" Type="http://schemas.openxmlformats.org/officeDocument/2006/relationships/image" Target="media/image1825.wmf"/><Relationship Id="rId149" Type="http://schemas.openxmlformats.org/officeDocument/2006/relationships/oleObject" Target="embeddings/oleObject72.bin"/><Relationship Id="rId356" Type="http://schemas.openxmlformats.org/officeDocument/2006/relationships/image" Target="media/image176.wmf"/><Relationship Id="rId563" Type="http://schemas.openxmlformats.org/officeDocument/2006/relationships/oleObject" Target="embeddings/oleObject279.bin"/><Relationship Id="rId770" Type="http://schemas.openxmlformats.org/officeDocument/2006/relationships/image" Target="media/image385.wmf"/><Relationship Id="rId1193" Type="http://schemas.openxmlformats.org/officeDocument/2006/relationships/oleObject" Target="embeddings/oleObject592.bin"/><Relationship Id="rId2037" Type="http://schemas.openxmlformats.org/officeDocument/2006/relationships/image" Target="media/image1021.wmf"/><Relationship Id="rId2244" Type="http://schemas.openxmlformats.org/officeDocument/2006/relationships/oleObject" Target="embeddings/oleObject1115.bin"/><Relationship Id="rId2451" Type="http://schemas.openxmlformats.org/officeDocument/2006/relationships/image" Target="media/image1228.wmf"/><Relationship Id="rId216" Type="http://schemas.openxmlformats.org/officeDocument/2006/relationships/image" Target="media/image106.wmf"/><Relationship Id="rId423" Type="http://schemas.openxmlformats.org/officeDocument/2006/relationships/oleObject" Target="embeddings/oleObject209.bin"/><Relationship Id="rId1053" Type="http://schemas.openxmlformats.org/officeDocument/2006/relationships/oleObject" Target="embeddings/oleObject522.bin"/><Relationship Id="rId1260" Type="http://schemas.openxmlformats.org/officeDocument/2006/relationships/image" Target="media/image630.wmf"/><Relationship Id="rId2104" Type="http://schemas.openxmlformats.org/officeDocument/2006/relationships/oleObject" Target="embeddings/oleObject1045.bin"/><Relationship Id="rId3502" Type="http://schemas.openxmlformats.org/officeDocument/2006/relationships/image" Target="media/image1754.wmf"/><Relationship Id="rId630" Type="http://schemas.openxmlformats.org/officeDocument/2006/relationships/image" Target="media/image313.wmf"/><Relationship Id="rId2311" Type="http://schemas.openxmlformats.org/officeDocument/2006/relationships/image" Target="media/image1158.wmf"/><Relationship Id="rId4069" Type="http://schemas.openxmlformats.org/officeDocument/2006/relationships/oleObject" Target="embeddings/oleObject2026.bin"/><Relationship Id="rId1120" Type="http://schemas.openxmlformats.org/officeDocument/2006/relationships/image" Target="media/image560.wmf"/><Relationship Id="rId4276" Type="http://schemas.openxmlformats.org/officeDocument/2006/relationships/oleObject" Target="embeddings/oleObject2129.bin"/><Relationship Id="rId4483" Type="http://schemas.openxmlformats.org/officeDocument/2006/relationships/oleObject" Target="embeddings/oleObject2231.bin"/><Relationship Id="rId1937" Type="http://schemas.openxmlformats.org/officeDocument/2006/relationships/image" Target="media/image971.wmf"/><Relationship Id="rId3085" Type="http://schemas.openxmlformats.org/officeDocument/2006/relationships/image" Target="media/image1545.wmf"/><Relationship Id="rId3292" Type="http://schemas.openxmlformats.org/officeDocument/2006/relationships/oleObject" Target="embeddings/oleObject1639.bin"/><Relationship Id="rId4136" Type="http://schemas.openxmlformats.org/officeDocument/2006/relationships/image" Target="media/image2072.wmf"/><Relationship Id="rId4343" Type="http://schemas.openxmlformats.org/officeDocument/2006/relationships/oleObject" Target="embeddings/oleObject2163.bin"/><Relationship Id="rId4550" Type="http://schemas.openxmlformats.org/officeDocument/2006/relationships/image" Target="media/image2281.wmf"/><Relationship Id="rId3152" Type="http://schemas.openxmlformats.org/officeDocument/2006/relationships/oleObject" Target="embeddings/oleObject1569.bin"/><Relationship Id="rId4203" Type="http://schemas.openxmlformats.org/officeDocument/2006/relationships/oleObject" Target="embeddings/oleObject2093.bin"/><Relationship Id="rId4410" Type="http://schemas.openxmlformats.org/officeDocument/2006/relationships/image" Target="media/image2211.wmf"/><Relationship Id="rId280" Type="http://schemas.openxmlformats.org/officeDocument/2006/relationships/image" Target="media/image138.wmf"/><Relationship Id="rId3012" Type="http://schemas.openxmlformats.org/officeDocument/2006/relationships/oleObject" Target="embeddings/oleObject1499.bin"/><Relationship Id="rId140" Type="http://schemas.openxmlformats.org/officeDocument/2006/relationships/image" Target="media/image68.wmf"/><Relationship Id="rId3969" Type="http://schemas.openxmlformats.org/officeDocument/2006/relationships/oleObject" Target="embeddings/oleObject1976.bin"/><Relationship Id="rId6" Type="http://schemas.openxmlformats.org/officeDocument/2006/relationships/image" Target="media/image1.wmf"/><Relationship Id="rId2778" Type="http://schemas.openxmlformats.org/officeDocument/2006/relationships/oleObject" Target="embeddings/oleObject1382.bin"/><Relationship Id="rId2985" Type="http://schemas.openxmlformats.org/officeDocument/2006/relationships/image" Target="media/image1495.wmf"/><Relationship Id="rId3829" Type="http://schemas.openxmlformats.org/officeDocument/2006/relationships/oleObject" Target="embeddings/oleObject1906.bin"/><Relationship Id="rId957" Type="http://schemas.openxmlformats.org/officeDocument/2006/relationships/oleObject" Target="embeddings/oleObject474.bin"/><Relationship Id="rId1587" Type="http://schemas.openxmlformats.org/officeDocument/2006/relationships/oleObject" Target="embeddings/oleObject789.bin"/><Relationship Id="rId1794" Type="http://schemas.openxmlformats.org/officeDocument/2006/relationships/oleObject" Target="embeddings/oleObject892.bin"/><Relationship Id="rId2638" Type="http://schemas.openxmlformats.org/officeDocument/2006/relationships/oleObject" Target="embeddings/oleObject1312.bin"/><Relationship Id="rId2845" Type="http://schemas.openxmlformats.org/officeDocument/2006/relationships/image" Target="media/image1425.wmf"/><Relationship Id="rId86" Type="http://schemas.openxmlformats.org/officeDocument/2006/relationships/image" Target="media/image41.wmf"/><Relationship Id="rId817" Type="http://schemas.openxmlformats.org/officeDocument/2006/relationships/oleObject" Target="embeddings/oleObject404.bin"/><Relationship Id="rId1447" Type="http://schemas.openxmlformats.org/officeDocument/2006/relationships/oleObject" Target="embeddings/oleObject719.bin"/><Relationship Id="rId1654" Type="http://schemas.openxmlformats.org/officeDocument/2006/relationships/image" Target="media/image827.wmf"/><Relationship Id="rId1861" Type="http://schemas.openxmlformats.org/officeDocument/2006/relationships/image" Target="media/image933.wmf"/><Relationship Id="rId2705" Type="http://schemas.openxmlformats.org/officeDocument/2006/relationships/image" Target="media/image1355.wmf"/><Relationship Id="rId2912" Type="http://schemas.openxmlformats.org/officeDocument/2006/relationships/oleObject" Target="embeddings/oleObject1449.bin"/><Relationship Id="rId4060" Type="http://schemas.openxmlformats.org/officeDocument/2006/relationships/image" Target="media/image2034.wmf"/><Relationship Id="rId1307" Type="http://schemas.openxmlformats.org/officeDocument/2006/relationships/oleObject" Target="embeddings/oleObject649.bin"/><Relationship Id="rId1514" Type="http://schemas.openxmlformats.org/officeDocument/2006/relationships/image" Target="media/image757.wmf"/><Relationship Id="rId1721" Type="http://schemas.openxmlformats.org/officeDocument/2006/relationships/oleObject" Target="embeddings/oleObject856.bin"/><Relationship Id="rId13" Type="http://schemas.openxmlformats.org/officeDocument/2006/relationships/oleObject" Target="embeddings/oleObject4.bin"/><Relationship Id="rId3479" Type="http://schemas.openxmlformats.org/officeDocument/2006/relationships/oleObject" Target="embeddings/oleObject1732.bin"/><Relationship Id="rId3686" Type="http://schemas.openxmlformats.org/officeDocument/2006/relationships/image" Target="media/image1847.wmf"/><Relationship Id="rId2288" Type="http://schemas.openxmlformats.org/officeDocument/2006/relationships/oleObject" Target="embeddings/oleObject1137.bin"/><Relationship Id="rId2495" Type="http://schemas.openxmlformats.org/officeDocument/2006/relationships/image" Target="media/image1250.wmf"/><Relationship Id="rId3339" Type="http://schemas.openxmlformats.org/officeDocument/2006/relationships/image" Target="media/image1672.wmf"/><Relationship Id="rId3893" Type="http://schemas.openxmlformats.org/officeDocument/2006/relationships/oleObject" Target="embeddings/oleObject1938.bin"/><Relationship Id="rId467" Type="http://schemas.openxmlformats.org/officeDocument/2006/relationships/oleObject" Target="embeddings/oleObject231.bin"/><Relationship Id="rId1097" Type="http://schemas.openxmlformats.org/officeDocument/2006/relationships/oleObject" Target="embeddings/oleObject544.bin"/><Relationship Id="rId2148" Type="http://schemas.openxmlformats.org/officeDocument/2006/relationships/oleObject" Target="embeddings/oleObject1067.bin"/><Relationship Id="rId3546" Type="http://schemas.openxmlformats.org/officeDocument/2006/relationships/oleObject" Target="embeddings/oleObject1765.bin"/><Relationship Id="rId3753" Type="http://schemas.openxmlformats.org/officeDocument/2006/relationships/oleObject" Target="embeddings/oleObject1868.bin"/><Relationship Id="rId3960" Type="http://schemas.openxmlformats.org/officeDocument/2006/relationships/image" Target="media/image1984.wmf"/><Relationship Id="rId674" Type="http://schemas.openxmlformats.org/officeDocument/2006/relationships/image" Target="media/image336.wmf"/><Relationship Id="rId881" Type="http://schemas.openxmlformats.org/officeDocument/2006/relationships/oleObject" Target="embeddings/oleObject436.bin"/><Relationship Id="rId2355" Type="http://schemas.openxmlformats.org/officeDocument/2006/relationships/image" Target="media/image1180.wmf"/><Relationship Id="rId2562" Type="http://schemas.openxmlformats.org/officeDocument/2006/relationships/oleObject" Target="embeddings/oleObject1274.bin"/><Relationship Id="rId3406" Type="http://schemas.openxmlformats.org/officeDocument/2006/relationships/oleObject" Target="embeddings/oleObject1696.bin"/><Relationship Id="rId3613" Type="http://schemas.openxmlformats.org/officeDocument/2006/relationships/oleObject" Target="embeddings/oleObject1798.bin"/><Relationship Id="rId3820" Type="http://schemas.openxmlformats.org/officeDocument/2006/relationships/image" Target="media/image1914.wmf"/><Relationship Id="rId327" Type="http://schemas.openxmlformats.org/officeDocument/2006/relationships/oleObject" Target="embeddings/oleObject161.bin"/><Relationship Id="rId534" Type="http://schemas.openxmlformats.org/officeDocument/2006/relationships/image" Target="media/image265.wmf"/><Relationship Id="rId741" Type="http://schemas.openxmlformats.org/officeDocument/2006/relationships/oleObject" Target="embeddings/oleObject366.bin"/><Relationship Id="rId1164" Type="http://schemas.openxmlformats.org/officeDocument/2006/relationships/image" Target="media/image582.wmf"/><Relationship Id="rId1371" Type="http://schemas.openxmlformats.org/officeDocument/2006/relationships/oleObject" Target="embeddings/oleObject681.bin"/><Relationship Id="rId2008" Type="http://schemas.openxmlformats.org/officeDocument/2006/relationships/oleObject" Target="embeddings/oleObject997.bin"/><Relationship Id="rId2215" Type="http://schemas.openxmlformats.org/officeDocument/2006/relationships/image" Target="media/image1110.wmf"/><Relationship Id="rId2422" Type="http://schemas.openxmlformats.org/officeDocument/2006/relationships/oleObject" Target="embeddings/oleObject1204.bin"/><Relationship Id="rId601" Type="http://schemas.openxmlformats.org/officeDocument/2006/relationships/oleObject" Target="embeddings/oleObject298.bin"/><Relationship Id="rId1024" Type="http://schemas.openxmlformats.org/officeDocument/2006/relationships/image" Target="media/image512.wmf"/><Relationship Id="rId1231" Type="http://schemas.openxmlformats.org/officeDocument/2006/relationships/oleObject" Target="embeddings/oleObject611.bin"/><Relationship Id="rId4387" Type="http://schemas.openxmlformats.org/officeDocument/2006/relationships/oleObject" Target="embeddings/oleObject2185.bin"/><Relationship Id="rId4594" Type="http://schemas.openxmlformats.org/officeDocument/2006/relationships/image" Target="media/image2304.wmf"/><Relationship Id="rId3196" Type="http://schemas.openxmlformats.org/officeDocument/2006/relationships/oleObject" Target="embeddings/oleObject1591.bin"/><Relationship Id="rId4247" Type="http://schemas.openxmlformats.org/officeDocument/2006/relationships/oleObject" Target="embeddings/oleObject2115.bin"/><Relationship Id="rId4454" Type="http://schemas.openxmlformats.org/officeDocument/2006/relationships/image" Target="media/image2233.wmf"/><Relationship Id="rId3056" Type="http://schemas.openxmlformats.org/officeDocument/2006/relationships/oleObject" Target="embeddings/oleObject1521.bin"/><Relationship Id="rId3263" Type="http://schemas.openxmlformats.org/officeDocument/2006/relationships/image" Target="media/image1634.wmf"/><Relationship Id="rId3470" Type="http://schemas.openxmlformats.org/officeDocument/2006/relationships/oleObject" Target="embeddings/oleObject1728.bin"/><Relationship Id="rId4107" Type="http://schemas.openxmlformats.org/officeDocument/2006/relationships/oleObject" Target="embeddings/oleObject2045.bin"/><Relationship Id="rId4314" Type="http://schemas.openxmlformats.org/officeDocument/2006/relationships/oleObject" Target="embeddings/oleObject2148.bin"/><Relationship Id="rId184" Type="http://schemas.openxmlformats.org/officeDocument/2006/relationships/image" Target="media/image90.wmf"/><Relationship Id="rId391" Type="http://schemas.openxmlformats.org/officeDocument/2006/relationships/oleObject" Target="embeddings/oleObject193.bin"/><Relationship Id="rId1908" Type="http://schemas.openxmlformats.org/officeDocument/2006/relationships/oleObject" Target="embeddings/oleObject947.bin"/><Relationship Id="rId2072" Type="http://schemas.openxmlformats.org/officeDocument/2006/relationships/oleObject" Target="embeddings/oleObject1029.bin"/><Relationship Id="rId3123" Type="http://schemas.openxmlformats.org/officeDocument/2006/relationships/image" Target="media/image1564.wmf"/><Relationship Id="rId4521" Type="http://schemas.openxmlformats.org/officeDocument/2006/relationships/oleObject" Target="embeddings/oleObject2250.bin"/><Relationship Id="rId251" Type="http://schemas.openxmlformats.org/officeDocument/2006/relationships/oleObject" Target="embeddings/oleObject123.bin"/><Relationship Id="rId3330" Type="http://schemas.openxmlformats.org/officeDocument/2006/relationships/oleObject" Target="embeddings/oleObject1658.bin"/><Relationship Id="rId2889" Type="http://schemas.openxmlformats.org/officeDocument/2006/relationships/image" Target="media/image1447.wmf"/><Relationship Id="rId111" Type="http://schemas.openxmlformats.org/officeDocument/2006/relationships/oleObject" Target="embeddings/oleObject53.bin"/><Relationship Id="rId1698" Type="http://schemas.openxmlformats.org/officeDocument/2006/relationships/image" Target="media/image849.wmf"/><Relationship Id="rId2749" Type="http://schemas.openxmlformats.org/officeDocument/2006/relationships/image" Target="media/image1377.wmf"/><Relationship Id="rId2956" Type="http://schemas.openxmlformats.org/officeDocument/2006/relationships/oleObject" Target="embeddings/oleObject1471.bin"/><Relationship Id="rId928" Type="http://schemas.openxmlformats.org/officeDocument/2006/relationships/image" Target="media/image464.wmf"/><Relationship Id="rId1558" Type="http://schemas.openxmlformats.org/officeDocument/2006/relationships/image" Target="media/image779.wmf"/><Relationship Id="rId1765" Type="http://schemas.openxmlformats.org/officeDocument/2006/relationships/oleObject" Target="embeddings/oleObject878.bin"/><Relationship Id="rId2609" Type="http://schemas.openxmlformats.org/officeDocument/2006/relationships/image" Target="media/image1307.wmf"/><Relationship Id="rId4171" Type="http://schemas.openxmlformats.org/officeDocument/2006/relationships/oleObject" Target="embeddings/oleObject2077.bin"/><Relationship Id="rId57" Type="http://schemas.openxmlformats.org/officeDocument/2006/relationships/oleObject" Target="embeddings/oleObject26.bin"/><Relationship Id="rId1418" Type="http://schemas.openxmlformats.org/officeDocument/2006/relationships/image" Target="media/image709.wmf"/><Relationship Id="rId1972" Type="http://schemas.openxmlformats.org/officeDocument/2006/relationships/oleObject" Target="embeddings/oleObject979.bin"/><Relationship Id="rId2816" Type="http://schemas.openxmlformats.org/officeDocument/2006/relationships/oleObject" Target="embeddings/oleObject1401.bin"/><Relationship Id="rId4031" Type="http://schemas.openxmlformats.org/officeDocument/2006/relationships/oleObject" Target="embeddings/oleObject2007.bin"/><Relationship Id="rId1625" Type="http://schemas.openxmlformats.org/officeDocument/2006/relationships/oleObject" Target="embeddings/oleObject808.bin"/><Relationship Id="rId1832" Type="http://schemas.openxmlformats.org/officeDocument/2006/relationships/oleObject" Target="embeddings/oleObject911.bin"/><Relationship Id="rId3797" Type="http://schemas.openxmlformats.org/officeDocument/2006/relationships/oleObject" Target="embeddings/oleObject1890.bin"/><Relationship Id="rId2399" Type="http://schemas.openxmlformats.org/officeDocument/2006/relationships/image" Target="media/image1202.wmf"/><Relationship Id="rId3657" Type="http://schemas.openxmlformats.org/officeDocument/2006/relationships/oleObject" Target="embeddings/oleObject1820.bin"/><Relationship Id="rId3864" Type="http://schemas.openxmlformats.org/officeDocument/2006/relationships/image" Target="media/image1936.wmf"/><Relationship Id="rId578" Type="http://schemas.openxmlformats.org/officeDocument/2006/relationships/image" Target="media/image287.wmf"/><Relationship Id="rId785" Type="http://schemas.openxmlformats.org/officeDocument/2006/relationships/oleObject" Target="embeddings/oleObject388.bin"/><Relationship Id="rId992" Type="http://schemas.openxmlformats.org/officeDocument/2006/relationships/image" Target="media/image496.wmf"/><Relationship Id="rId2259" Type="http://schemas.openxmlformats.org/officeDocument/2006/relationships/image" Target="media/image1132.wmf"/><Relationship Id="rId2466" Type="http://schemas.openxmlformats.org/officeDocument/2006/relationships/oleObject" Target="embeddings/oleObject1226.bin"/><Relationship Id="rId2673" Type="http://schemas.openxmlformats.org/officeDocument/2006/relationships/image" Target="media/image1339.wmf"/><Relationship Id="rId2880" Type="http://schemas.openxmlformats.org/officeDocument/2006/relationships/oleObject" Target="embeddings/oleObject1433.bin"/><Relationship Id="rId3517" Type="http://schemas.openxmlformats.org/officeDocument/2006/relationships/oleObject" Target="embeddings/oleObject1751.bin"/><Relationship Id="rId3724" Type="http://schemas.openxmlformats.org/officeDocument/2006/relationships/image" Target="media/image1866.wmf"/><Relationship Id="rId3931" Type="http://schemas.openxmlformats.org/officeDocument/2006/relationships/oleObject" Target="embeddings/oleObject1957.bin"/><Relationship Id="rId438" Type="http://schemas.openxmlformats.org/officeDocument/2006/relationships/image" Target="media/image217.wmf"/><Relationship Id="rId645" Type="http://schemas.openxmlformats.org/officeDocument/2006/relationships/image" Target="media/image321.wmf"/><Relationship Id="rId852" Type="http://schemas.openxmlformats.org/officeDocument/2006/relationships/image" Target="media/image426.wmf"/><Relationship Id="rId1068" Type="http://schemas.openxmlformats.org/officeDocument/2006/relationships/image" Target="media/image534.wmf"/><Relationship Id="rId1275" Type="http://schemas.openxmlformats.org/officeDocument/2006/relationships/oleObject" Target="embeddings/oleObject633.bin"/><Relationship Id="rId1482" Type="http://schemas.openxmlformats.org/officeDocument/2006/relationships/image" Target="media/image741.wmf"/><Relationship Id="rId2119" Type="http://schemas.openxmlformats.org/officeDocument/2006/relationships/image" Target="media/image1062.wmf"/><Relationship Id="rId2326" Type="http://schemas.openxmlformats.org/officeDocument/2006/relationships/oleObject" Target="embeddings/oleObject1156.bin"/><Relationship Id="rId2533" Type="http://schemas.openxmlformats.org/officeDocument/2006/relationships/image" Target="media/image1269.wmf"/><Relationship Id="rId2740" Type="http://schemas.openxmlformats.org/officeDocument/2006/relationships/oleObject" Target="embeddings/oleObject1363.bin"/><Relationship Id="rId505" Type="http://schemas.openxmlformats.org/officeDocument/2006/relationships/oleObject" Target="embeddings/oleObject250.bin"/><Relationship Id="rId712" Type="http://schemas.openxmlformats.org/officeDocument/2006/relationships/oleObject" Target="embeddings/oleObject352.bin"/><Relationship Id="rId1135" Type="http://schemas.openxmlformats.org/officeDocument/2006/relationships/oleObject" Target="embeddings/oleObject563.bin"/><Relationship Id="rId1342" Type="http://schemas.openxmlformats.org/officeDocument/2006/relationships/image" Target="media/image671.wmf"/><Relationship Id="rId4498" Type="http://schemas.openxmlformats.org/officeDocument/2006/relationships/image" Target="media/image2255.wmf"/><Relationship Id="rId1202" Type="http://schemas.openxmlformats.org/officeDocument/2006/relationships/image" Target="media/image601.wmf"/><Relationship Id="rId2600" Type="http://schemas.openxmlformats.org/officeDocument/2006/relationships/oleObject" Target="embeddings/oleObject1293.bin"/><Relationship Id="rId4358" Type="http://schemas.openxmlformats.org/officeDocument/2006/relationships/image" Target="media/image2183.wmf"/><Relationship Id="rId3167" Type="http://schemas.openxmlformats.org/officeDocument/2006/relationships/image" Target="media/image1586.wmf"/><Relationship Id="rId4565" Type="http://schemas.openxmlformats.org/officeDocument/2006/relationships/oleObject" Target="embeddings/oleObject2272.bin"/><Relationship Id="rId295" Type="http://schemas.openxmlformats.org/officeDocument/2006/relationships/oleObject" Target="embeddings/oleObject145.bin"/><Relationship Id="rId3374" Type="http://schemas.openxmlformats.org/officeDocument/2006/relationships/oleObject" Target="embeddings/oleObject1680.bin"/><Relationship Id="rId3581" Type="http://schemas.openxmlformats.org/officeDocument/2006/relationships/image" Target="media/image1794.wmf"/><Relationship Id="rId4218" Type="http://schemas.openxmlformats.org/officeDocument/2006/relationships/image" Target="media/image2113.wmf"/><Relationship Id="rId4425" Type="http://schemas.openxmlformats.org/officeDocument/2006/relationships/oleObject" Target="embeddings/oleObject2202.bin"/><Relationship Id="rId4632" Type="http://schemas.openxmlformats.org/officeDocument/2006/relationships/oleObject" Target="embeddings/oleObject2303.bin"/><Relationship Id="rId2183" Type="http://schemas.openxmlformats.org/officeDocument/2006/relationships/image" Target="media/image1094.wmf"/><Relationship Id="rId2390" Type="http://schemas.openxmlformats.org/officeDocument/2006/relationships/oleObject" Target="embeddings/oleObject1188.bin"/><Relationship Id="rId3027" Type="http://schemas.openxmlformats.org/officeDocument/2006/relationships/image" Target="media/image1516.wmf"/><Relationship Id="rId3234" Type="http://schemas.openxmlformats.org/officeDocument/2006/relationships/oleObject" Target="embeddings/oleObject1610.bin"/><Relationship Id="rId3441" Type="http://schemas.openxmlformats.org/officeDocument/2006/relationships/image" Target="media/image1723.wmf"/><Relationship Id="rId155" Type="http://schemas.openxmlformats.org/officeDocument/2006/relationships/oleObject" Target="embeddings/oleObject75.bin"/><Relationship Id="rId362" Type="http://schemas.openxmlformats.org/officeDocument/2006/relationships/image" Target="media/image179.wmf"/><Relationship Id="rId2043" Type="http://schemas.openxmlformats.org/officeDocument/2006/relationships/image" Target="media/image1024.wmf"/><Relationship Id="rId2250" Type="http://schemas.openxmlformats.org/officeDocument/2006/relationships/oleObject" Target="embeddings/oleObject1118.bin"/><Relationship Id="rId3301" Type="http://schemas.openxmlformats.org/officeDocument/2006/relationships/image" Target="media/image1653.wmf"/><Relationship Id="rId222" Type="http://schemas.openxmlformats.org/officeDocument/2006/relationships/image" Target="media/image109.wmf"/><Relationship Id="rId2110" Type="http://schemas.openxmlformats.org/officeDocument/2006/relationships/oleObject" Target="embeddings/oleObject1048.bin"/><Relationship Id="rId4075" Type="http://schemas.openxmlformats.org/officeDocument/2006/relationships/oleObject" Target="embeddings/oleObject2029.bin"/><Relationship Id="rId4282" Type="http://schemas.openxmlformats.org/officeDocument/2006/relationships/oleObject" Target="embeddings/oleObject2132.bin"/><Relationship Id="rId1669" Type="http://schemas.openxmlformats.org/officeDocument/2006/relationships/oleObject" Target="embeddings/oleObject830.bin"/><Relationship Id="rId1876" Type="http://schemas.openxmlformats.org/officeDocument/2006/relationships/oleObject" Target="embeddings/oleObject931.bin"/><Relationship Id="rId2927" Type="http://schemas.openxmlformats.org/officeDocument/2006/relationships/image" Target="media/image1466.wmf"/><Relationship Id="rId3091" Type="http://schemas.openxmlformats.org/officeDocument/2006/relationships/image" Target="media/image1548.wmf"/><Relationship Id="rId4142" Type="http://schemas.openxmlformats.org/officeDocument/2006/relationships/image" Target="media/image2075.wmf"/><Relationship Id="rId1529" Type="http://schemas.openxmlformats.org/officeDocument/2006/relationships/oleObject" Target="embeddings/oleObject760.bin"/><Relationship Id="rId1736" Type="http://schemas.openxmlformats.org/officeDocument/2006/relationships/image" Target="media/image868.wmf"/><Relationship Id="rId1943" Type="http://schemas.openxmlformats.org/officeDocument/2006/relationships/image" Target="media/image974.wmf"/><Relationship Id="rId28" Type="http://schemas.openxmlformats.org/officeDocument/2006/relationships/image" Target="media/image12.wmf"/><Relationship Id="rId1803" Type="http://schemas.openxmlformats.org/officeDocument/2006/relationships/image" Target="media/image902.wmf"/><Relationship Id="rId4002" Type="http://schemas.openxmlformats.org/officeDocument/2006/relationships/image" Target="media/image2005.wmf"/><Relationship Id="rId3768" Type="http://schemas.openxmlformats.org/officeDocument/2006/relationships/image" Target="media/image1888.wmf"/><Relationship Id="rId3975" Type="http://schemas.openxmlformats.org/officeDocument/2006/relationships/oleObject" Target="embeddings/oleObject1979.bin"/><Relationship Id="rId689" Type="http://schemas.openxmlformats.org/officeDocument/2006/relationships/oleObject" Target="embeddings/oleObject341.bin"/><Relationship Id="rId896" Type="http://schemas.openxmlformats.org/officeDocument/2006/relationships/image" Target="media/image448.wmf"/><Relationship Id="rId2577" Type="http://schemas.openxmlformats.org/officeDocument/2006/relationships/image" Target="media/image1291.wmf"/><Relationship Id="rId2784" Type="http://schemas.openxmlformats.org/officeDocument/2006/relationships/oleObject" Target="embeddings/oleObject1385.bin"/><Relationship Id="rId3628" Type="http://schemas.openxmlformats.org/officeDocument/2006/relationships/image" Target="media/image1818.wmf"/><Relationship Id="rId549" Type="http://schemas.openxmlformats.org/officeDocument/2006/relationships/oleObject" Target="embeddings/oleObject272.bin"/><Relationship Id="rId756" Type="http://schemas.openxmlformats.org/officeDocument/2006/relationships/image" Target="media/image378.wmf"/><Relationship Id="rId1179" Type="http://schemas.openxmlformats.org/officeDocument/2006/relationships/oleObject" Target="embeddings/oleObject585.bin"/><Relationship Id="rId1386" Type="http://schemas.openxmlformats.org/officeDocument/2006/relationships/image" Target="media/image693.wmf"/><Relationship Id="rId1593" Type="http://schemas.openxmlformats.org/officeDocument/2006/relationships/oleObject" Target="embeddings/oleObject792.bin"/><Relationship Id="rId2437" Type="http://schemas.openxmlformats.org/officeDocument/2006/relationships/image" Target="media/image1221.wmf"/><Relationship Id="rId2991" Type="http://schemas.openxmlformats.org/officeDocument/2006/relationships/image" Target="media/image1498.wmf"/><Relationship Id="rId3835" Type="http://schemas.openxmlformats.org/officeDocument/2006/relationships/oleObject" Target="embeddings/oleObject1909.bin"/><Relationship Id="rId409" Type="http://schemas.openxmlformats.org/officeDocument/2006/relationships/oleObject" Target="embeddings/oleObject202.bin"/><Relationship Id="rId963" Type="http://schemas.openxmlformats.org/officeDocument/2006/relationships/oleObject" Target="embeddings/oleObject477.bin"/><Relationship Id="rId1039" Type="http://schemas.openxmlformats.org/officeDocument/2006/relationships/oleObject" Target="embeddings/oleObject515.bin"/><Relationship Id="rId1246" Type="http://schemas.openxmlformats.org/officeDocument/2006/relationships/image" Target="media/image623.wmf"/><Relationship Id="rId2644" Type="http://schemas.openxmlformats.org/officeDocument/2006/relationships/oleObject" Target="embeddings/oleObject1315.bin"/><Relationship Id="rId2851" Type="http://schemas.openxmlformats.org/officeDocument/2006/relationships/image" Target="media/image1428.wmf"/><Relationship Id="rId3902" Type="http://schemas.openxmlformats.org/officeDocument/2006/relationships/image" Target="media/image1955.wmf"/><Relationship Id="rId92" Type="http://schemas.openxmlformats.org/officeDocument/2006/relationships/image" Target="media/image44.wmf"/><Relationship Id="rId616" Type="http://schemas.openxmlformats.org/officeDocument/2006/relationships/image" Target="media/image306.wmf"/><Relationship Id="rId823" Type="http://schemas.openxmlformats.org/officeDocument/2006/relationships/oleObject" Target="embeddings/oleObject407.bin"/><Relationship Id="rId1453" Type="http://schemas.openxmlformats.org/officeDocument/2006/relationships/oleObject" Target="embeddings/oleObject722.bin"/><Relationship Id="rId1660" Type="http://schemas.openxmlformats.org/officeDocument/2006/relationships/image" Target="media/image830.wmf"/><Relationship Id="rId2504" Type="http://schemas.openxmlformats.org/officeDocument/2006/relationships/oleObject" Target="embeddings/oleObject1245.bin"/><Relationship Id="rId2711" Type="http://schemas.openxmlformats.org/officeDocument/2006/relationships/image" Target="media/image1358.wmf"/><Relationship Id="rId1106" Type="http://schemas.openxmlformats.org/officeDocument/2006/relationships/image" Target="media/image553.wmf"/><Relationship Id="rId1313" Type="http://schemas.openxmlformats.org/officeDocument/2006/relationships/oleObject" Target="embeddings/oleObject652.bin"/><Relationship Id="rId1520" Type="http://schemas.openxmlformats.org/officeDocument/2006/relationships/image" Target="media/image760.wmf"/><Relationship Id="rId4469" Type="http://schemas.openxmlformats.org/officeDocument/2006/relationships/oleObject" Target="embeddings/oleObject2224.bin"/><Relationship Id="rId3278" Type="http://schemas.openxmlformats.org/officeDocument/2006/relationships/oleObject" Target="embeddings/oleObject1632.bin"/><Relationship Id="rId3485" Type="http://schemas.openxmlformats.org/officeDocument/2006/relationships/oleObject" Target="embeddings/oleObject1735.bin"/><Relationship Id="rId3692" Type="http://schemas.openxmlformats.org/officeDocument/2006/relationships/image" Target="media/image1850.wmf"/><Relationship Id="rId4329" Type="http://schemas.openxmlformats.org/officeDocument/2006/relationships/image" Target="media/image2169.wmf"/><Relationship Id="rId4536" Type="http://schemas.openxmlformats.org/officeDocument/2006/relationships/image" Target="media/image2274.wmf"/><Relationship Id="rId199" Type="http://schemas.openxmlformats.org/officeDocument/2006/relationships/oleObject" Target="embeddings/oleObject97.bin"/><Relationship Id="rId2087" Type="http://schemas.openxmlformats.org/officeDocument/2006/relationships/image" Target="media/image1046.wmf"/><Relationship Id="rId2294" Type="http://schemas.openxmlformats.org/officeDocument/2006/relationships/oleObject" Target="embeddings/oleObject1140.bin"/><Relationship Id="rId3138" Type="http://schemas.openxmlformats.org/officeDocument/2006/relationships/oleObject" Target="embeddings/oleObject1562.bin"/><Relationship Id="rId3345" Type="http://schemas.openxmlformats.org/officeDocument/2006/relationships/image" Target="media/image1675.wmf"/><Relationship Id="rId3552" Type="http://schemas.openxmlformats.org/officeDocument/2006/relationships/oleObject" Target="embeddings/oleObject1768.bin"/><Relationship Id="rId4603" Type="http://schemas.openxmlformats.org/officeDocument/2006/relationships/oleObject" Target="embeddings/oleObject2288.bin"/><Relationship Id="rId266" Type="http://schemas.openxmlformats.org/officeDocument/2006/relationships/image" Target="media/image131.wmf"/><Relationship Id="rId473" Type="http://schemas.openxmlformats.org/officeDocument/2006/relationships/oleObject" Target="embeddings/oleObject234.bin"/><Relationship Id="rId680" Type="http://schemas.openxmlformats.org/officeDocument/2006/relationships/image" Target="media/image339.wmf"/><Relationship Id="rId2154" Type="http://schemas.openxmlformats.org/officeDocument/2006/relationships/oleObject" Target="embeddings/oleObject1070.bin"/><Relationship Id="rId2361" Type="http://schemas.openxmlformats.org/officeDocument/2006/relationships/image" Target="media/image1183.wmf"/><Relationship Id="rId3205" Type="http://schemas.openxmlformats.org/officeDocument/2006/relationships/image" Target="media/image1605.wmf"/><Relationship Id="rId3412" Type="http://schemas.openxmlformats.org/officeDocument/2006/relationships/oleObject" Target="embeddings/oleObject1699.bin"/><Relationship Id="rId126" Type="http://schemas.openxmlformats.org/officeDocument/2006/relationships/image" Target="media/image61.wmf"/><Relationship Id="rId333" Type="http://schemas.openxmlformats.org/officeDocument/2006/relationships/oleObject" Target="embeddings/oleObject164.bin"/><Relationship Id="rId540" Type="http://schemas.openxmlformats.org/officeDocument/2006/relationships/image" Target="media/image268.wmf"/><Relationship Id="rId1170" Type="http://schemas.openxmlformats.org/officeDocument/2006/relationships/image" Target="media/image585.wmf"/><Relationship Id="rId2014" Type="http://schemas.openxmlformats.org/officeDocument/2006/relationships/oleObject" Target="embeddings/oleObject1000.bin"/><Relationship Id="rId2221" Type="http://schemas.openxmlformats.org/officeDocument/2006/relationships/image" Target="media/image1113.wmf"/><Relationship Id="rId1030" Type="http://schemas.openxmlformats.org/officeDocument/2006/relationships/image" Target="media/image515.wmf"/><Relationship Id="rId4186" Type="http://schemas.openxmlformats.org/officeDocument/2006/relationships/image" Target="media/image2097.wmf"/><Relationship Id="rId400" Type="http://schemas.openxmlformats.org/officeDocument/2006/relationships/image" Target="media/image198.wmf"/><Relationship Id="rId1987" Type="http://schemas.openxmlformats.org/officeDocument/2006/relationships/image" Target="media/image996.wmf"/><Relationship Id="rId4393" Type="http://schemas.openxmlformats.org/officeDocument/2006/relationships/oleObject" Target="embeddings/oleObject2188.bin"/><Relationship Id="rId1847" Type="http://schemas.openxmlformats.org/officeDocument/2006/relationships/image" Target="media/image926.wmf"/><Relationship Id="rId4046" Type="http://schemas.openxmlformats.org/officeDocument/2006/relationships/image" Target="media/image2027.wmf"/><Relationship Id="rId4253" Type="http://schemas.openxmlformats.org/officeDocument/2006/relationships/oleObject" Target="embeddings/oleObject2118.bin"/><Relationship Id="rId4460" Type="http://schemas.openxmlformats.org/officeDocument/2006/relationships/image" Target="media/image2236.wmf"/><Relationship Id="rId1707" Type="http://schemas.openxmlformats.org/officeDocument/2006/relationships/oleObject" Target="embeddings/oleObject849.bin"/><Relationship Id="rId3062" Type="http://schemas.openxmlformats.org/officeDocument/2006/relationships/oleObject" Target="embeddings/oleObject1524.bin"/><Relationship Id="rId4113" Type="http://schemas.openxmlformats.org/officeDocument/2006/relationships/oleObject" Target="embeddings/oleObject2048.bin"/><Relationship Id="rId4320" Type="http://schemas.openxmlformats.org/officeDocument/2006/relationships/oleObject" Target="embeddings/oleObject2151.bin"/><Relationship Id="rId190" Type="http://schemas.openxmlformats.org/officeDocument/2006/relationships/image" Target="media/image93.wmf"/><Relationship Id="rId1914" Type="http://schemas.openxmlformats.org/officeDocument/2006/relationships/oleObject" Target="embeddings/oleObject950.bin"/><Relationship Id="rId3879" Type="http://schemas.openxmlformats.org/officeDocument/2006/relationships/oleObject" Target="embeddings/oleObject1931.bin"/><Relationship Id="rId2688" Type="http://schemas.openxmlformats.org/officeDocument/2006/relationships/oleObject" Target="embeddings/oleObject1337.bin"/><Relationship Id="rId2895" Type="http://schemas.openxmlformats.org/officeDocument/2006/relationships/image" Target="media/image1450.wmf"/><Relationship Id="rId3739" Type="http://schemas.openxmlformats.org/officeDocument/2006/relationships/oleObject" Target="embeddings/oleObject1861.bin"/><Relationship Id="rId3946" Type="http://schemas.openxmlformats.org/officeDocument/2006/relationships/image" Target="media/image1977.wmf"/><Relationship Id="rId867" Type="http://schemas.openxmlformats.org/officeDocument/2006/relationships/oleObject" Target="embeddings/oleObject429.bin"/><Relationship Id="rId1497" Type="http://schemas.openxmlformats.org/officeDocument/2006/relationships/oleObject" Target="embeddings/oleObject744.bin"/><Relationship Id="rId2548" Type="http://schemas.openxmlformats.org/officeDocument/2006/relationships/oleObject" Target="embeddings/oleObject1267.bin"/><Relationship Id="rId2755" Type="http://schemas.openxmlformats.org/officeDocument/2006/relationships/image" Target="media/image1380.wmf"/><Relationship Id="rId2962" Type="http://schemas.openxmlformats.org/officeDocument/2006/relationships/oleObject" Target="embeddings/oleObject1474.bin"/><Relationship Id="rId3806" Type="http://schemas.openxmlformats.org/officeDocument/2006/relationships/image" Target="media/image1907.wmf"/><Relationship Id="rId727" Type="http://schemas.openxmlformats.org/officeDocument/2006/relationships/oleObject" Target="embeddings/oleObject359.bin"/><Relationship Id="rId934" Type="http://schemas.openxmlformats.org/officeDocument/2006/relationships/image" Target="media/image467.wmf"/><Relationship Id="rId1357" Type="http://schemas.openxmlformats.org/officeDocument/2006/relationships/oleObject" Target="embeddings/oleObject674.bin"/><Relationship Id="rId1564" Type="http://schemas.openxmlformats.org/officeDocument/2006/relationships/image" Target="media/image782.wmf"/><Relationship Id="rId1771" Type="http://schemas.openxmlformats.org/officeDocument/2006/relationships/oleObject" Target="embeddings/oleObject881.bin"/><Relationship Id="rId2408" Type="http://schemas.openxmlformats.org/officeDocument/2006/relationships/oleObject" Target="embeddings/oleObject1197.bin"/><Relationship Id="rId2615" Type="http://schemas.openxmlformats.org/officeDocument/2006/relationships/image" Target="media/image1310.wmf"/><Relationship Id="rId2822" Type="http://schemas.openxmlformats.org/officeDocument/2006/relationships/oleObject" Target="embeddings/oleObject1404.bin"/><Relationship Id="rId63" Type="http://schemas.openxmlformats.org/officeDocument/2006/relationships/oleObject" Target="embeddings/oleObject29.bin"/><Relationship Id="rId1217" Type="http://schemas.openxmlformats.org/officeDocument/2006/relationships/oleObject" Target="embeddings/oleObject604.bin"/><Relationship Id="rId1424" Type="http://schemas.openxmlformats.org/officeDocument/2006/relationships/image" Target="media/image712.wmf"/><Relationship Id="rId1631" Type="http://schemas.openxmlformats.org/officeDocument/2006/relationships/oleObject" Target="embeddings/oleObject811.bin"/><Relationship Id="rId3389" Type="http://schemas.openxmlformats.org/officeDocument/2006/relationships/image" Target="media/image1697.wmf"/><Relationship Id="rId3596" Type="http://schemas.openxmlformats.org/officeDocument/2006/relationships/image" Target="media/image1802.wmf"/><Relationship Id="rId4647" Type="http://schemas.openxmlformats.org/officeDocument/2006/relationships/image" Target="media/image2331.wmf"/><Relationship Id="rId2198" Type="http://schemas.openxmlformats.org/officeDocument/2006/relationships/oleObject" Target="embeddings/oleObject1092.bin"/><Relationship Id="rId3249" Type="http://schemas.openxmlformats.org/officeDocument/2006/relationships/image" Target="media/image1627.wmf"/><Relationship Id="rId3456" Type="http://schemas.openxmlformats.org/officeDocument/2006/relationships/oleObject" Target="embeddings/oleObject1721.bin"/><Relationship Id="rId377" Type="http://schemas.openxmlformats.org/officeDocument/2006/relationships/oleObject" Target="embeddings/oleObject186.bin"/><Relationship Id="rId584" Type="http://schemas.openxmlformats.org/officeDocument/2006/relationships/image" Target="media/image290.wmf"/><Relationship Id="rId2058" Type="http://schemas.openxmlformats.org/officeDocument/2006/relationships/oleObject" Target="embeddings/oleObject1022.bin"/><Relationship Id="rId2265" Type="http://schemas.openxmlformats.org/officeDocument/2006/relationships/image" Target="media/image1135.wmf"/><Relationship Id="rId3109" Type="http://schemas.openxmlformats.org/officeDocument/2006/relationships/image" Target="media/image1557.wmf"/><Relationship Id="rId3663" Type="http://schemas.openxmlformats.org/officeDocument/2006/relationships/oleObject" Target="embeddings/oleObject1823.bin"/><Relationship Id="rId3870" Type="http://schemas.openxmlformats.org/officeDocument/2006/relationships/image" Target="media/image1939.wmf"/><Relationship Id="rId4507" Type="http://schemas.openxmlformats.org/officeDocument/2006/relationships/oleObject" Target="embeddings/oleObject2243.bin"/><Relationship Id="rId237" Type="http://schemas.openxmlformats.org/officeDocument/2006/relationships/oleObject" Target="embeddings/oleObject116.bin"/><Relationship Id="rId791" Type="http://schemas.openxmlformats.org/officeDocument/2006/relationships/oleObject" Target="embeddings/oleObject391.bin"/><Relationship Id="rId1074" Type="http://schemas.openxmlformats.org/officeDocument/2006/relationships/image" Target="media/image537.wmf"/><Relationship Id="rId2472" Type="http://schemas.openxmlformats.org/officeDocument/2006/relationships/oleObject" Target="embeddings/oleObject1229.bin"/><Relationship Id="rId3316" Type="http://schemas.openxmlformats.org/officeDocument/2006/relationships/oleObject" Target="embeddings/oleObject1651.bin"/><Relationship Id="rId3523" Type="http://schemas.openxmlformats.org/officeDocument/2006/relationships/oleObject" Target="embeddings/oleObject1754.bin"/><Relationship Id="rId3730" Type="http://schemas.openxmlformats.org/officeDocument/2006/relationships/image" Target="media/image1869.wmf"/><Relationship Id="rId444" Type="http://schemas.openxmlformats.org/officeDocument/2006/relationships/image" Target="media/image220.wmf"/><Relationship Id="rId651" Type="http://schemas.openxmlformats.org/officeDocument/2006/relationships/image" Target="media/image324.wmf"/><Relationship Id="rId1281" Type="http://schemas.openxmlformats.org/officeDocument/2006/relationships/oleObject" Target="embeddings/oleObject636.bin"/><Relationship Id="rId2125" Type="http://schemas.openxmlformats.org/officeDocument/2006/relationships/image" Target="media/image1065.wmf"/><Relationship Id="rId2332" Type="http://schemas.openxmlformats.org/officeDocument/2006/relationships/oleObject" Target="embeddings/oleObject1159.bin"/><Relationship Id="rId304" Type="http://schemas.openxmlformats.org/officeDocument/2006/relationships/image" Target="media/image150.wmf"/><Relationship Id="rId511" Type="http://schemas.openxmlformats.org/officeDocument/2006/relationships/oleObject" Target="embeddings/oleObject253.bin"/><Relationship Id="rId1141" Type="http://schemas.openxmlformats.org/officeDocument/2006/relationships/oleObject" Target="embeddings/oleObject566.bin"/><Relationship Id="rId4297" Type="http://schemas.openxmlformats.org/officeDocument/2006/relationships/image" Target="media/image2153.wmf"/><Relationship Id="rId1001" Type="http://schemas.openxmlformats.org/officeDocument/2006/relationships/oleObject" Target="embeddings/oleObject496.bin"/><Relationship Id="rId4157" Type="http://schemas.openxmlformats.org/officeDocument/2006/relationships/oleObject" Target="embeddings/oleObject2070.bin"/><Relationship Id="rId4364" Type="http://schemas.openxmlformats.org/officeDocument/2006/relationships/image" Target="media/image2186.wmf"/><Relationship Id="rId4571" Type="http://schemas.openxmlformats.org/officeDocument/2006/relationships/oleObject" Target="embeddings/oleObject2275.bin"/><Relationship Id="rId1958" Type="http://schemas.openxmlformats.org/officeDocument/2006/relationships/oleObject" Target="embeddings/oleObject972.bin"/><Relationship Id="rId3173" Type="http://schemas.openxmlformats.org/officeDocument/2006/relationships/image" Target="media/image1589.wmf"/><Relationship Id="rId3380" Type="http://schemas.openxmlformats.org/officeDocument/2006/relationships/oleObject" Target="embeddings/oleObject1683.bin"/><Relationship Id="rId4017" Type="http://schemas.openxmlformats.org/officeDocument/2006/relationships/oleObject" Target="embeddings/oleObject2000.bin"/><Relationship Id="rId4224" Type="http://schemas.openxmlformats.org/officeDocument/2006/relationships/image" Target="media/image2116.wmf"/><Relationship Id="rId4431" Type="http://schemas.openxmlformats.org/officeDocument/2006/relationships/oleObject" Target="embeddings/oleObject2205.bin"/><Relationship Id="rId1818" Type="http://schemas.openxmlformats.org/officeDocument/2006/relationships/oleObject" Target="embeddings/oleObject904.bin"/><Relationship Id="rId3033" Type="http://schemas.openxmlformats.org/officeDocument/2006/relationships/image" Target="media/image1519.wmf"/><Relationship Id="rId3240" Type="http://schemas.openxmlformats.org/officeDocument/2006/relationships/oleObject" Target="embeddings/oleObject1613.bin"/><Relationship Id="rId161" Type="http://schemas.openxmlformats.org/officeDocument/2006/relationships/oleObject" Target="embeddings/oleObject78.bin"/><Relationship Id="rId2799" Type="http://schemas.openxmlformats.org/officeDocument/2006/relationships/image" Target="media/image1402.wmf"/><Relationship Id="rId3100" Type="http://schemas.openxmlformats.org/officeDocument/2006/relationships/oleObject" Target="embeddings/oleObject1543.bin"/><Relationship Id="rId978" Type="http://schemas.openxmlformats.org/officeDocument/2006/relationships/image" Target="media/image489.wmf"/><Relationship Id="rId2659" Type="http://schemas.openxmlformats.org/officeDocument/2006/relationships/image" Target="media/image1332.wmf"/><Relationship Id="rId2866" Type="http://schemas.openxmlformats.org/officeDocument/2006/relationships/oleObject" Target="embeddings/oleObject1426.bin"/><Relationship Id="rId3917" Type="http://schemas.openxmlformats.org/officeDocument/2006/relationships/oleObject" Target="embeddings/oleObject1950.bin"/><Relationship Id="rId838" Type="http://schemas.openxmlformats.org/officeDocument/2006/relationships/image" Target="media/image419.wmf"/><Relationship Id="rId1468" Type="http://schemas.openxmlformats.org/officeDocument/2006/relationships/image" Target="media/image734.wmf"/><Relationship Id="rId1675" Type="http://schemas.openxmlformats.org/officeDocument/2006/relationships/oleObject" Target="embeddings/oleObject833.bin"/><Relationship Id="rId1882" Type="http://schemas.openxmlformats.org/officeDocument/2006/relationships/oleObject" Target="embeddings/oleObject934.bin"/><Relationship Id="rId2519" Type="http://schemas.openxmlformats.org/officeDocument/2006/relationships/image" Target="media/image1262.wmf"/><Relationship Id="rId2726" Type="http://schemas.openxmlformats.org/officeDocument/2006/relationships/oleObject" Target="embeddings/oleObject1356.bin"/><Relationship Id="rId4081" Type="http://schemas.openxmlformats.org/officeDocument/2006/relationships/oleObject" Target="embeddings/oleObject2032.bin"/><Relationship Id="rId1328" Type="http://schemas.openxmlformats.org/officeDocument/2006/relationships/image" Target="media/image664.wmf"/><Relationship Id="rId1535" Type="http://schemas.openxmlformats.org/officeDocument/2006/relationships/oleObject" Target="embeddings/oleObject763.bin"/><Relationship Id="rId2933" Type="http://schemas.openxmlformats.org/officeDocument/2006/relationships/image" Target="media/image1469.wmf"/><Relationship Id="rId905" Type="http://schemas.openxmlformats.org/officeDocument/2006/relationships/oleObject" Target="embeddings/oleObject448.bin"/><Relationship Id="rId1742" Type="http://schemas.openxmlformats.org/officeDocument/2006/relationships/image" Target="media/image871.wmf"/><Relationship Id="rId34" Type="http://schemas.openxmlformats.org/officeDocument/2006/relationships/image" Target="media/image15.wmf"/><Relationship Id="rId1602" Type="http://schemas.openxmlformats.org/officeDocument/2006/relationships/image" Target="media/image801.wmf"/><Relationship Id="rId3567" Type="http://schemas.openxmlformats.org/officeDocument/2006/relationships/image" Target="media/image1787.wmf"/><Relationship Id="rId3774" Type="http://schemas.openxmlformats.org/officeDocument/2006/relationships/image" Target="media/image1891.wmf"/><Relationship Id="rId3981" Type="http://schemas.openxmlformats.org/officeDocument/2006/relationships/oleObject" Target="embeddings/oleObject1982.bin"/><Relationship Id="rId4618" Type="http://schemas.openxmlformats.org/officeDocument/2006/relationships/image" Target="media/image2318.wmf"/><Relationship Id="rId488" Type="http://schemas.openxmlformats.org/officeDocument/2006/relationships/image" Target="media/image242.wmf"/><Relationship Id="rId695" Type="http://schemas.openxmlformats.org/officeDocument/2006/relationships/oleObject" Target="embeddings/oleObject344.bin"/><Relationship Id="rId2169" Type="http://schemas.openxmlformats.org/officeDocument/2006/relationships/image" Target="media/image1087.wmf"/><Relationship Id="rId2376" Type="http://schemas.openxmlformats.org/officeDocument/2006/relationships/oleObject" Target="embeddings/oleObject1181.bin"/><Relationship Id="rId2583" Type="http://schemas.openxmlformats.org/officeDocument/2006/relationships/image" Target="media/image1294.wmf"/><Relationship Id="rId2790" Type="http://schemas.openxmlformats.org/officeDocument/2006/relationships/oleObject" Target="embeddings/oleObject1388.bin"/><Relationship Id="rId3427" Type="http://schemas.openxmlformats.org/officeDocument/2006/relationships/image" Target="media/image1716.wmf"/><Relationship Id="rId3634" Type="http://schemas.openxmlformats.org/officeDocument/2006/relationships/image" Target="media/image1821.wmf"/><Relationship Id="rId3841" Type="http://schemas.openxmlformats.org/officeDocument/2006/relationships/oleObject" Target="embeddings/oleObject1912.bin"/><Relationship Id="rId348" Type="http://schemas.openxmlformats.org/officeDocument/2006/relationships/image" Target="media/image172.wmf"/><Relationship Id="rId555" Type="http://schemas.openxmlformats.org/officeDocument/2006/relationships/oleObject" Target="embeddings/oleObject275.bin"/><Relationship Id="rId762" Type="http://schemas.openxmlformats.org/officeDocument/2006/relationships/image" Target="media/image381.wmf"/><Relationship Id="rId1185" Type="http://schemas.openxmlformats.org/officeDocument/2006/relationships/oleObject" Target="embeddings/oleObject588.bin"/><Relationship Id="rId1392" Type="http://schemas.openxmlformats.org/officeDocument/2006/relationships/image" Target="media/image696.wmf"/><Relationship Id="rId2029" Type="http://schemas.openxmlformats.org/officeDocument/2006/relationships/image" Target="media/image1017.wmf"/><Relationship Id="rId2236" Type="http://schemas.openxmlformats.org/officeDocument/2006/relationships/oleObject" Target="embeddings/oleObject1111.bin"/><Relationship Id="rId2443" Type="http://schemas.openxmlformats.org/officeDocument/2006/relationships/image" Target="media/image1224.wmf"/><Relationship Id="rId2650" Type="http://schemas.openxmlformats.org/officeDocument/2006/relationships/oleObject" Target="embeddings/oleObject1318.bin"/><Relationship Id="rId3701" Type="http://schemas.openxmlformats.org/officeDocument/2006/relationships/oleObject" Target="embeddings/oleObject1842.bin"/><Relationship Id="rId208" Type="http://schemas.openxmlformats.org/officeDocument/2006/relationships/image" Target="media/image102.wmf"/><Relationship Id="rId415" Type="http://schemas.openxmlformats.org/officeDocument/2006/relationships/oleObject" Target="embeddings/oleObject205.bin"/><Relationship Id="rId622" Type="http://schemas.openxmlformats.org/officeDocument/2006/relationships/image" Target="media/image309.wmf"/><Relationship Id="rId1045" Type="http://schemas.openxmlformats.org/officeDocument/2006/relationships/oleObject" Target="embeddings/oleObject518.bin"/><Relationship Id="rId1252" Type="http://schemas.openxmlformats.org/officeDocument/2006/relationships/image" Target="media/image626.wmf"/><Relationship Id="rId2303" Type="http://schemas.openxmlformats.org/officeDocument/2006/relationships/image" Target="media/image1154.wmf"/><Relationship Id="rId2510" Type="http://schemas.openxmlformats.org/officeDocument/2006/relationships/oleObject" Target="embeddings/oleObject1248.bin"/><Relationship Id="rId1112" Type="http://schemas.openxmlformats.org/officeDocument/2006/relationships/image" Target="media/image556.wmf"/><Relationship Id="rId4268" Type="http://schemas.openxmlformats.org/officeDocument/2006/relationships/oleObject" Target="embeddings/oleObject2125.bin"/><Relationship Id="rId4475" Type="http://schemas.openxmlformats.org/officeDocument/2006/relationships/oleObject" Target="embeddings/oleObject2227.bin"/><Relationship Id="rId3077" Type="http://schemas.openxmlformats.org/officeDocument/2006/relationships/image" Target="media/image1541.wmf"/><Relationship Id="rId3284" Type="http://schemas.openxmlformats.org/officeDocument/2006/relationships/oleObject" Target="embeddings/oleObject1635.bin"/><Relationship Id="rId4128" Type="http://schemas.openxmlformats.org/officeDocument/2006/relationships/image" Target="media/image2068.wmf"/><Relationship Id="rId1929" Type="http://schemas.openxmlformats.org/officeDocument/2006/relationships/image" Target="media/image967.wmf"/><Relationship Id="rId2093" Type="http://schemas.openxmlformats.org/officeDocument/2006/relationships/image" Target="media/image1049.wmf"/><Relationship Id="rId3491" Type="http://schemas.openxmlformats.org/officeDocument/2006/relationships/oleObject" Target="embeddings/oleObject1738.bin"/><Relationship Id="rId4335" Type="http://schemas.openxmlformats.org/officeDocument/2006/relationships/oleObject" Target="embeddings/oleObject2159.bin"/><Relationship Id="rId4542" Type="http://schemas.openxmlformats.org/officeDocument/2006/relationships/image" Target="media/image2277.wmf"/><Relationship Id="rId3144" Type="http://schemas.openxmlformats.org/officeDocument/2006/relationships/oleObject" Target="embeddings/oleObject1565.bin"/><Relationship Id="rId3351" Type="http://schemas.openxmlformats.org/officeDocument/2006/relationships/image" Target="media/image1678.wmf"/><Relationship Id="rId4402" Type="http://schemas.openxmlformats.org/officeDocument/2006/relationships/image" Target="media/image2207.wmf"/><Relationship Id="rId272" Type="http://schemas.openxmlformats.org/officeDocument/2006/relationships/image" Target="media/image134.wmf"/><Relationship Id="rId2160" Type="http://schemas.openxmlformats.org/officeDocument/2006/relationships/oleObject" Target="embeddings/oleObject1073.bin"/><Relationship Id="rId3004" Type="http://schemas.openxmlformats.org/officeDocument/2006/relationships/oleObject" Target="embeddings/oleObject1495.bin"/><Relationship Id="rId3211" Type="http://schemas.openxmlformats.org/officeDocument/2006/relationships/image" Target="media/image1608.wmf"/><Relationship Id="rId132" Type="http://schemas.openxmlformats.org/officeDocument/2006/relationships/image" Target="media/image64.wmf"/><Relationship Id="rId2020" Type="http://schemas.openxmlformats.org/officeDocument/2006/relationships/oleObject" Target="embeddings/oleObject1003.bin"/><Relationship Id="rId1579" Type="http://schemas.openxmlformats.org/officeDocument/2006/relationships/oleObject" Target="embeddings/oleObject785.bin"/><Relationship Id="rId2977" Type="http://schemas.openxmlformats.org/officeDocument/2006/relationships/image" Target="media/image1491.wmf"/><Relationship Id="rId4192" Type="http://schemas.openxmlformats.org/officeDocument/2006/relationships/image" Target="media/image2100.wmf"/><Relationship Id="rId949" Type="http://schemas.openxmlformats.org/officeDocument/2006/relationships/oleObject" Target="embeddings/oleObject470.bin"/><Relationship Id="rId1786" Type="http://schemas.openxmlformats.org/officeDocument/2006/relationships/oleObject" Target="embeddings/oleObject888.bin"/><Relationship Id="rId1993" Type="http://schemas.openxmlformats.org/officeDocument/2006/relationships/image" Target="media/image999.wmf"/><Relationship Id="rId2837" Type="http://schemas.openxmlformats.org/officeDocument/2006/relationships/image" Target="media/image1421.wmf"/><Relationship Id="rId4052" Type="http://schemas.openxmlformats.org/officeDocument/2006/relationships/image" Target="media/image2030.wmf"/><Relationship Id="rId78" Type="http://schemas.openxmlformats.org/officeDocument/2006/relationships/image" Target="media/image37.wmf"/><Relationship Id="rId809" Type="http://schemas.openxmlformats.org/officeDocument/2006/relationships/oleObject" Target="embeddings/oleObject400.bin"/><Relationship Id="rId1439" Type="http://schemas.openxmlformats.org/officeDocument/2006/relationships/oleObject" Target="embeddings/oleObject715.bin"/><Relationship Id="rId1646" Type="http://schemas.openxmlformats.org/officeDocument/2006/relationships/image" Target="media/image823.wmf"/><Relationship Id="rId1853" Type="http://schemas.openxmlformats.org/officeDocument/2006/relationships/image" Target="media/image929.wmf"/><Relationship Id="rId2904" Type="http://schemas.openxmlformats.org/officeDocument/2006/relationships/oleObject" Target="embeddings/oleObject1445.bin"/><Relationship Id="rId1506" Type="http://schemas.openxmlformats.org/officeDocument/2006/relationships/image" Target="media/image753.wmf"/><Relationship Id="rId1713" Type="http://schemas.openxmlformats.org/officeDocument/2006/relationships/oleObject" Target="embeddings/oleObject852.bin"/><Relationship Id="rId1920" Type="http://schemas.openxmlformats.org/officeDocument/2006/relationships/oleObject" Target="embeddings/oleObject953.bin"/><Relationship Id="rId3678" Type="http://schemas.openxmlformats.org/officeDocument/2006/relationships/image" Target="media/image1843.wmf"/><Relationship Id="rId3885" Type="http://schemas.openxmlformats.org/officeDocument/2006/relationships/oleObject" Target="embeddings/oleObject1934.bin"/><Relationship Id="rId599" Type="http://schemas.openxmlformats.org/officeDocument/2006/relationships/oleObject" Target="embeddings/oleObject297.bin"/><Relationship Id="rId2487" Type="http://schemas.openxmlformats.org/officeDocument/2006/relationships/image" Target="media/image1246.wmf"/><Relationship Id="rId2694" Type="http://schemas.openxmlformats.org/officeDocument/2006/relationships/oleObject" Target="embeddings/oleObject1340.bin"/><Relationship Id="rId3538" Type="http://schemas.openxmlformats.org/officeDocument/2006/relationships/oleObject" Target="embeddings/oleObject1761.bin"/><Relationship Id="rId3745" Type="http://schemas.openxmlformats.org/officeDocument/2006/relationships/oleObject" Target="embeddings/oleObject1864.bin"/><Relationship Id="rId459" Type="http://schemas.openxmlformats.org/officeDocument/2006/relationships/oleObject" Target="embeddings/oleObject227.bin"/><Relationship Id="rId666" Type="http://schemas.openxmlformats.org/officeDocument/2006/relationships/image" Target="media/image332.wmf"/><Relationship Id="rId873" Type="http://schemas.openxmlformats.org/officeDocument/2006/relationships/oleObject" Target="embeddings/oleObject432.bin"/><Relationship Id="rId1089" Type="http://schemas.openxmlformats.org/officeDocument/2006/relationships/oleObject" Target="embeddings/oleObject540.bin"/><Relationship Id="rId1296" Type="http://schemas.openxmlformats.org/officeDocument/2006/relationships/image" Target="media/image648.wmf"/><Relationship Id="rId2347" Type="http://schemas.openxmlformats.org/officeDocument/2006/relationships/image" Target="media/image1176.wmf"/><Relationship Id="rId2554" Type="http://schemas.openxmlformats.org/officeDocument/2006/relationships/oleObject" Target="embeddings/oleObject1270.bin"/><Relationship Id="rId3952" Type="http://schemas.openxmlformats.org/officeDocument/2006/relationships/image" Target="media/image1980.wmf"/><Relationship Id="rId319" Type="http://schemas.openxmlformats.org/officeDocument/2006/relationships/oleObject" Target="embeddings/oleObject157.bin"/><Relationship Id="rId526" Type="http://schemas.openxmlformats.org/officeDocument/2006/relationships/image" Target="media/image261.wmf"/><Relationship Id="rId1156" Type="http://schemas.openxmlformats.org/officeDocument/2006/relationships/image" Target="media/image578.wmf"/><Relationship Id="rId1363" Type="http://schemas.openxmlformats.org/officeDocument/2006/relationships/oleObject" Target="embeddings/oleObject677.bin"/><Relationship Id="rId2207" Type="http://schemas.openxmlformats.org/officeDocument/2006/relationships/image" Target="media/image1106.wmf"/><Relationship Id="rId2761" Type="http://schemas.openxmlformats.org/officeDocument/2006/relationships/image" Target="media/image1383.wmf"/><Relationship Id="rId3605" Type="http://schemas.openxmlformats.org/officeDocument/2006/relationships/oleObject" Target="embeddings/oleObject1794.bin"/><Relationship Id="rId3812" Type="http://schemas.openxmlformats.org/officeDocument/2006/relationships/image" Target="media/image1910.wmf"/><Relationship Id="rId733" Type="http://schemas.openxmlformats.org/officeDocument/2006/relationships/oleObject" Target="embeddings/oleObject362.bin"/><Relationship Id="rId940" Type="http://schemas.openxmlformats.org/officeDocument/2006/relationships/image" Target="media/image470.wmf"/><Relationship Id="rId1016" Type="http://schemas.openxmlformats.org/officeDocument/2006/relationships/image" Target="media/image508.wmf"/><Relationship Id="rId1570" Type="http://schemas.openxmlformats.org/officeDocument/2006/relationships/image" Target="media/image785.wmf"/><Relationship Id="rId2414" Type="http://schemas.openxmlformats.org/officeDocument/2006/relationships/oleObject" Target="embeddings/oleObject1200.bin"/><Relationship Id="rId2621" Type="http://schemas.openxmlformats.org/officeDocument/2006/relationships/image" Target="media/image1313.wmf"/><Relationship Id="rId800" Type="http://schemas.openxmlformats.org/officeDocument/2006/relationships/image" Target="media/image400.wmf"/><Relationship Id="rId1223" Type="http://schemas.openxmlformats.org/officeDocument/2006/relationships/oleObject" Target="embeddings/oleObject607.bin"/><Relationship Id="rId1430" Type="http://schemas.openxmlformats.org/officeDocument/2006/relationships/image" Target="media/image715.wmf"/><Relationship Id="rId4379" Type="http://schemas.openxmlformats.org/officeDocument/2006/relationships/oleObject" Target="embeddings/oleObject2181.bin"/><Relationship Id="rId4586" Type="http://schemas.openxmlformats.org/officeDocument/2006/relationships/image" Target="media/image2299.wmf"/><Relationship Id="rId3188" Type="http://schemas.openxmlformats.org/officeDocument/2006/relationships/oleObject" Target="embeddings/oleObject1587.bin"/><Relationship Id="rId3395" Type="http://schemas.openxmlformats.org/officeDocument/2006/relationships/image" Target="media/image1700.wmf"/><Relationship Id="rId4239" Type="http://schemas.openxmlformats.org/officeDocument/2006/relationships/oleObject" Target="embeddings/oleObject2111.bin"/><Relationship Id="rId4446" Type="http://schemas.openxmlformats.org/officeDocument/2006/relationships/image" Target="media/image2229.wmf"/><Relationship Id="rId4653" Type="http://schemas.openxmlformats.org/officeDocument/2006/relationships/image" Target="media/image2334.wmf"/><Relationship Id="rId3048" Type="http://schemas.openxmlformats.org/officeDocument/2006/relationships/oleObject" Target="embeddings/oleObject1517.bin"/><Relationship Id="rId3255" Type="http://schemas.openxmlformats.org/officeDocument/2006/relationships/image" Target="media/image1630.wmf"/><Relationship Id="rId3462" Type="http://schemas.openxmlformats.org/officeDocument/2006/relationships/oleObject" Target="embeddings/oleObject1724.bin"/><Relationship Id="rId4306" Type="http://schemas.openxmlformats.org/officeDocument/2006/relationships/oleObject" Target="embeddings/oleObject2144.bin"/><Relationship Id="rId4513" Type="http://schemas.openxmlformats.org/officeDocument/2006/relationships/oleObject" Target="embeddings/oleObject2246.bin"/><Relationship Id="rId176" Type="http://schemas.openxmlformats.org/officeDocument/2006/relationships/image" Target="media/image86.wmf"/><Relationship Id="rId383" Type="http://schemas.openxmlformats.org/officeDocument/2006/relationships/oleObject" Target="embeddings/oleObject189.bin"/><Relationship Id="rId590" Type="http://schemas.openxmlformats.org/officeDocument/2006/relationships/image" Target="media/image293.wmf"/><Relationship Id="rId2064" Type="http://schemas.openxmlformats.org/officeDocument/2006/relationships/oleObject" Target="embeddings/oleObject1025.bin"/><Relationship Id="rId2271" Type="http://schemas.openxmlformats.org/officeDocument/2006/relationships/image" Target="media/image1138.wmf"/><Relationship Id="rId3115" Type="http://schemas.openxmlformats.org/officeDocument/2006/relationships/image" Target="media/image1560.wmf"/><Relationship Id="rId3322" Type="http://schemas.openxmlformats.org/officeDocument/2006/relationships/oleObject" Target="embeddings/oleObject1654.bin"/><Relationship Id="rId243" Type="http://schemas.openxmlformats.org/officeDocument/2006/relationships/oleObject" Target="embeddings/oleObject119.bin"/><Relationship Id="rId450" Type="http://schemas.openxmlformats.org/officeDocument/2006/relationships/image" Target="media/image223.wmf"/><Relationship Id="rId1080" Type="http://schemas.openxmlformats.org/officeDocument/2006/relationships/image" Target="media/image540.wmf"/><Relationship Id="rId2131" Type="http://schemas.openxmlformats.org/officeDocument/2006/relationships/image" Target="media/image1068.wmf"/><Relationship Id="rId103" Type="http://schemas.openxmlformats.org/officeDocument/2006/relationships/oleObject" Target="embeddings/oleObject49.bin"/><Relationship Id="rId310" Type="http://schemas.openxmlformats.org/officeDocument/2006/relationships/image" Target="media/image153.wmf"/><Relationship Id="rId4096" Type="http://schemas.openxmlformats.org/officeDocument/2006/relationships/image" Target="media/image2052.wmf"/><Relationship Id="rId1897" Type="http://schemas.openxmlformats.org/officeDocument/2006/relationships/image" Target="media/image951.wmf"/><Relationship Id="rId2948" Type="http://schemas.openxmlformats.org/officeDocument/2006/relationships/oleObject" Target="embeddings/oleObject1467.bin"/><Relationship Id="rId1757" Type="http://schemas.openxmlformats.org/officeDocument/2006/relationships/oleObject" Target="embeddings/oleObject874.bin"/><Relationship Id="rId1964" Type="http://schemas.openxmlformats.org/officeDocument/2006/relationships/oleObject" Target="embeddings/oleObject975.bin"/><Relationship Id="rId2808" Type="http://schemas.openxmlformats.org/officeDocument/2006/relationships/oleObject" Target="embeddings/oleObject1397.bin"/><Relationship Id="rId4163" Type="http://schemas.openxmlformats.org/officeDocument/2006/relationships/oleObject" Target="embeddings/oleObject2073.bin"/><Relationship Id="rId4370" Type="http://schemas.openxmlformats.org/officeDocument/2006/relationships/image" Target="media/image2189.wmf"/><Relationship Id="rId49" Type="http://schemas.openxmlformats.org/officeDocument/2006/relationships/oleObject" Target="embeddings/oleObject22.bin"/><Relationship Id="rId1617" Type="http://schemas.openxmlformats.org/officeDocument/2006/relationships/oleObject" Target="embeddings/oleObject804.bin"/><Relationship Id="rId1824" Type="http://schemas.openxmlformats.org/officeDocument/2006/relationships/oleObject" Target="embeddings/oleObject907.bin"/><Relationship Id="rId4023" Type="http://schemas.openxmlformats.org/officeDocument/2006/relationships/oleObject" Target="embeddings/oleObject2003.bin"/><Relationship Id="rId4230" Type="http://schemas.openxmlformats.org/officeDocument/2006/relationships/image" Target="media/image2119.wmf"/><Relationship Id="rId3789" Type="http://schemas.openxmlformats.org/officeDocument/2006/relationships/oleObject" Target="embeddings/oleObject1886.bin"/><Relationship Id="rId2598" Type="http://schemas.openxmlformats.org/officeDocument/2006/relationships/oleObject" Target="embeddings/oleObject1292.bin"/><Relationship Id="rId3996" Type="http://schemas.openxmlformats.org/officeDocument/2006/relationships/image" Target="media/image2002.wmf"/><Relationship Id="rId3649" Type="http://schemas.openxmlformats.org/officeDocument/2006/relationships/oleObject" Target="embeddings/oleObject1816.bin"/><Relationship Id="rId3856" Type="http://schemas.openxmlformats.org/officeDocument/2006/relationships/image" Target="media/image1932.wmf"/><Relationship Id="rId777" Type="http://schemas.openxmlformats.org/officeDocument/2006/relationships/oleObject" Target="embeddings/oleObject384.bin"/><Relationship Id="rId984" Type="http://schemas.openxmlformats.org/officeDocument/2006/relationships/image" Target="media/image492.wmf"/><Relationship Id="rId2458" Type="http://schemas.openxmlformats.org/officeDocument/2006/relationships/oleObject" Target="embeddings/oleObject1222.bin"/><Relationship Id="rId2665" Type="http://schemas.openxmlformats.org/officeDocument/2006/relationships/image" Target="media/image1335.wmf"/><Relationship Id="rId2872" Type="http://schemas.openxmlformats.org/officeDocument/2006/relationships/oleObject" Target="embeddings/oleObject1429.bin"/><Relationship Id="rId3509" Type="http://schemas.openxmlformats.org/officeDocument/2006/relationships/oleObject" Target="embeddings/oleObject1747.bin"/><Relationship Id="rId3716" Type="http://schemas.openxmlformats.org/officeDocument/2006/relationships/image" Target="media/image1862.wmf"/><Relationship Id="rId3923" Type="http://schemas.openxmlformats.org/officeDocument/2006/relationships/oleObject" Target="embeddings/oleObject1953.bin"/><Relationship Id="rId637" Type="http://schemas.openxmlformats.org/officeDocument/2006/relationships/oleObject" Target="embeddings/oleObject316.bin"/><Relationship Id="rId844" Type="http://schemas.openxmlformats.org/officeDocument/2006/relationships/image" Target="media/image422.wmf"/><Relationship Id="rId1267" Type="http://schemas.openxmlformats.org/officeDocument/2006/relationships/oleObject" Target="embeddings/oleObject629.bin"/><Relationship Id="rId1474" Type="http://schemas.openxmlformats.org/officeDocument/2006/relationships/image" Target="media/image737.wmf"/><Relationship Id="rId1681" Type="http://schemas.openxmlformats.org/officeDocument/2006/relationships/oleObject" Target="embeddings/oleObject836.bin"/><Relationship Id="rId2318" Type="http://schemas.openxmlformats.org/officeDocument/2006/relationships/oleObject" Target="embeddings/oleObject1152.bin"/><Relationship Id="rId2525" Type="http://schemas.openxmlformats.org/officeDocument/2006/relationships/image" Target="media/image1265.wmf"/><Relationship Id="rId2732" Type="http://schemas.openxmlformats.org/officeDocument/2006/relationships/oleObject" Target="embeddings/oleObject1359.bin"/><Relationship Id="rId704" Type="http://schemas.openxmlformats.org/officeDocument/2006/relationships/oleObject" Target="embeddings/oleObject348.bin"/><Relationship Id="rId911" Type="http://schemas.openxmlformats.org/officeDocument/2006/relationships/oleObject" Target="embeddings/oleObject451.bin"/><Relationship Id="rId1127" Type="http://schemas.openxmlformats.org/officeDocument/2006/relationships/oleObject" Target="embeddings/oleObject559.bin"/><Relationship Id="rId1334" Type="http://schemas.openxmlformats.org/officeDocument/2006/relationships/image" Target="media/image667.wmf"/><Relationship Id="rId1541" Type="http://schemas.openxmlformats.org/officeDocument/2006/relationships/oleObject" Target="embeddings/oleObject766.bin"/><Relationship Id="rId40" Type="http://schemas.openxmlformats.org/officeDocument/2006/relationships/image" Target="media/image18.wmf"/><Relationship Id="rId1401" Type="http://schemas.openxmlformats.org/officeDocument/2006/relationships/oleObject" Target="embeddings/oleObject696.bin"/><Relationship Id="rId3299" Type="http://schemas.openxmlformats.org/officeDocument/2006/relationships/image" Target="media/image1652.wmf"/><Relationship Id="rId4557" Type="http://schemas.openxmlformats.org/officeDocument/2006/relationships/oleObject" Target="embeddings/oleObject2268.bin"/><Relationship Id="rId3159" Type="http://schemas.openxmlformats.org/officeDocument/2006/relationships/image" Target="media/image1582.wmf"/><Relationship Id="rId3366" Type="http://schemas.openxmlformats.org/officeDocument/2006/relationships/oleObject" Target="embeddings/oleObject1676.bin"/><Relationship Id="rId3573" Type="http://schemas.openxmlformats.org/officeDocument/2006/relationships/image" Target="media/image1790.wmf"/><Relationship Id="rId4417" Type="http://schemas.openxmlformats.org/officeDocument/2006/relationships/oleObject" Target="embeddings/oleObject2198.bin"/><Relationship Id="rId287" Type="http://schemas.openxmlformats.org/officeDocument/2006/relationships/oleObject" Target="embeddings/oleObject141.bin"/><Relationship Id="rId494" Type="http://schemas.openxmlformats.org/officeDocument/2006/relationships/image" Target="media/image245.wmf"/><Relationship Id="rId2175" Type="http://schemas.openxmlformats.org/officeDocument/2006/relationships/image" Target="media/image1090.wmf"/><Relationship Id="rId2382" Type="http://schemas.openxmlformats.org/officeDocument/2006/relationships/oleObject" Target="embeddings/oleObject1184.bin"/><Relationship Id="rId3019" Type="http://schemas.openxmlformats.org/officeDocument/2006/relationships/image" Target="media/image1512.wmf"/><Relationship Id="rId3226" Type="http://schemas.openxmlformats.org/officeDocument/2006/relationships/oleObject" Target="embeddings/oleObject1606.bin"/><Relationship Id="rId3780" Type="http://schemas.openxmlformats.org/officeDocument/2006/relationships/image" Target="media/image1894.wmf"/><Relationship Id="rId4624" Type="http://schemas.openxmlformats.org/officeDocument/2006/relationships/image" Target="media/image2321.wmf"/><Relationship Id="rId147" Type="http://schemas.openxmlformats.org/officeDocument/2006/relationships/oleObject" Target="embeddings/oleObject71.bin"/><Relationship Id="rId354" Type="http://schemas.openxmlformats.org/officeDocument/2006/relationships/image" Target="media/image175.wmf"/><Relationship Id="rId1191" Type="http://schemas.openxmlformats.org/officeDocument/2006/relationships/oleObject" Target="embeddings/oleObject591.bin"/><Relationship Id="rId2035" Type="http://schemas.openxmlformats.org/officeDocument/2006/relationships/image" Target="media/image1020.wmf"/><Relationship Id="rId3433" Type="http://schemas.openxmlformats.org/officeDocument/2006/relationships/image" Target="media/image1719.wmf"/><Relationship Id="rId3640" Type="http://schemas.openxmlformats.org/officeDocument/2006/relationships/image" Target="media/image1824.wmf"/><Relationship Id="rId561" Type="http://schemas.openxmlformats.org/officeDocument/2006/relationships/oleObject" Target="embeddings/oleObject278.bin"/><Relationship Id="rId2242" Type="http://schemas.openxmlformats.org/officeDocument/2006/relationships/oleObject" Target="embeddings/oleObject1114.bin"/><Relationship Id="rId3500" Type="http://schemas.openxmlformats.org/officeDocument/2006/relationships/image" Target="media/image1753.wmf"/><Relationship Id="rId214" Type="http://schemas.openxmlformats.org/officeDocument/2006/relationships/image" Target="media/image105.wmf"/><Relationship Id="rId421" Type="http://schemas.openxmlformats.org/officeDocument/2006/relationships/oleObject" Target="embeddings/oleObject208.bin"/><Relationship Id="rId1051" Type="http://schemas.openxmlformats.org/officeDocument/2006/relationships/oleObject" Target="embeddings/oleObject521.bin"/><Relationship Id="rId2102" Type="http://schemas.openxmlformats.org/officeDocument/2006/relationships/oleObject" Target="embeddings/oleObject1044.bin"/><Relationship Id="rId1868" Type="http://schemas.openxmlformats.org/officeDocument/2006/relationships/oleObject" Target="embeddings/oleObject927.bin"/><Relationship Id="rId4067" Type="http://schemas.openxmlformats.org/officeDocument/2006/relationships/oleObject" Target="embeddings/oleObject2025.bin"/><Relationship Id="rId4274" Type="http://schemas.openxmlformats.org/officeDocument/2006/relationships/oleObject" Target="embeddings/oleObject2128.bin"/><Relationship Id="rId4481" Type="http://schemas.openxmlformats.org/officeDocument/2006/relationships/oleObject" Target="embeddings/oleObject2230.bin"/><Relationship Id="rId2919" Type="http://schemas.openxmlformats.org/officeDocument/2006/relationships/image" Target="media/image1462.wmf"/><Relationship Id="rId3083" Type="http://schemas.openxmlformats.org/officeDocument/2006/relationships/image" Target="media/image1544.wmf"/><Relationship Id="rId3290" Type="http://schemas.openxmlformats.org/officeDocument/2006/relationships/oleObject" Target="embeddings/oleObject1638.bin"/><Relationship Id="rId4134" Type="http://schemas.openxmlformats.org/officeDocument/2006/relationships/image" Target="media/image2071.wmf"/><Relationship Id="rId4341" Type="http://schemas.openxmlformats.org/officeDocument/2006/relationships/oleObject" Target="embeddings/oleObject2162.bin"/><Relationship Id="rId1728" Type="http://schemas.openxmlformats.org/officeDocument/2006/relationships/image" Target="media/image864.wmf"/><Relationship Id="rId1935" Type="http://schemas.openxmlformats.org/officeDocument/2006/relationships/image" Target="media/image970.wmf"/><Relationship Id="rId3150" Type="http://schemas.openxmlformats.org/officeDocument/2006/relationships/oleObject" Target="embeddings/oleObject1568.bin"/><Relationship Id="rId4201" Type="http://schemas.openxmlformats.org/officeDocument/2006/relationships/oleObject" Target="embeddings/oleObject2092.bin"/><Relationship Id="rId3010" Type="http://schemas.openxmlformats.org/officeDocument/2006/relationships/oleObject" Target="embeddings/oleObject1498.bin"/><Relationship Id="rId3967" Type="http://schemas.openxmlformats.org/officeDocument/2006/relationships/oleObject" Target="embeddings/oleObject1975.bin"/><Relationship Id="rId4" Type="http://schemas.openxmlformats.org/officeDocument/2006/relationships/settings" Target="settings.xml"/><Relationship Id="rId888" Type="http://schemas.openxmlformats.org/officeDocument/2006/relationships/image" Target="media/image444.wmf"/><Relationship Id="rId2569" Type="http://schemas.openxmlformats.org/officeDocument/2006/relationships/image" Target="media/image1287.wmf"/><Relationship Id="rId2776" Type="http://schemas.openxmlformats.org/officeDocument/2006/relationships/oleObject" Target="embeddings/oleObject1381.bin"/><Relationship Id="rId2983" Type="http://schemas.openxmlformats.org/officeDocument/2006/relationships/image" Target="media/image1494.wmf"/><Relationship Id="rId3827" Type="http://schemas.openxmlformats.org/officeDocument/2006/relationships/oleObject" Target="embeddings/oleObject1905.bin"/><Relationship Id="rId748" Type="http://schemas.openxmlformats.org/officeDocument/2006/relationships/image" Target="media/image374.wmf"/><Relationship Id="rId955" Type="http://schemas.openxmlformats.org/officeDocument/2006/relationships/oleObject" Target="embeddings/oleObject473.bin"/><Relationship Id="rId1378" Type="http://schemas.openxmlformats.org/officeDocument/2006/relationships/image" Target="media/image689.wmf"/><Relationship Id="rId1585" Type="http://schemas.openxmlformats.org/officeDocument/2006/relationships/oleObject" Target="embeddings/oleObject788.bin"/><Relationship Id="rId1792" Type="http://schemas.openxmlformats.org/officeDocument/2006/relationships/oleObject" Target="embeddings/oleObject891.bin"/><Relationship Id="rId2429" Type="http://schemas.openxmlformats.org/officeDocument/2006/relationships/image" Target="media/image1217.wmf"/><Relationship Id="rId2636" Type="http://schemas.openxmlformats.org/officeDocument/2006/relationships/oleObject" Target="embeddings/oleObject1311.bin"/><Relationship Id="rId2843" Type="http://schemas.openxmlformats.org/officeDocument/2006/relationships/image" Target="media/image1424.wmf"/><Relationship Id="rId84" Type="http://schemas.openxmlformats.org/officeDocument/2006/relationships/image" Target="media/image40.wmf"/><Relationship Id="rId608" Type="http://schemas.openxmlformats.org/officeDocument/2006/relationships/image" Target="media/image302.wmf"/><Relationship Id="rId815" Type="http://schemas.openxmlformats.org/officeDocument/2006/relationships/oleObject" Target="embeddings/oleObject403.bin"/><Relationship Id="rId1238" Type="http://schemas.openxmlformats.org/officeDocument/2006/relationships/image" Target="media/image619.wmf"/><Relationship Id="rId1445" Type="http://schemas.openxmlformats.org/officeDocument/2006/relationships/oleObject" Target="embeddings/oleObject718.bin"/><Relationship Id="rId1652" Type="http://schemas.openxmlformats.org/officeDocument/2006/relationships/image" Target="media/image826.wmf"/><Relationship Id="rId1305" Type="http://schemas.openxmlformats.org/officeDocument/2006/relationships/oleObject" Target="embeddings/oleObject648.bin"/><Relationship Id="rId2703" Type="http://schemas.openxmlformats.org/officeDocument/2006/relationships/image" Target="media/image1354.wmf"/><Relationship Id="rId2910" Type="http://schemas.openxmlformats.org/officeDocument/2006/relationships/oleObject" Target="embeddings/oleObject1448.bin"/><Relationship Id="rId1512" Type="http://schemas.openxmlformats.org/officeDocument/2006/relationships/image" Target="media/image756.wmf"/><Relationship Id="rId11" Type="http://schemas.openxmlformats.org/officeDocument/2006/relationships/oleObject" Target="embeddings/oleObject3.bin"/><Relationship Id="rId398" Type="http://schemas.openxmlformats.org/officeDocument/2006/relationships/image" Target="media/image197.wmf"/><Relationship Id="rId2079" Type="http://schemas.openxmlformats.org/officeDocument/2006/relationships/image" Target="media/image1042.wmf"/><Relationship Id="rId3477" Type="http://schemas.openxmlformats.org/officeDocument/2006/relationships/oleObject" Target="embeddings/oleObject1731.bin"/><Relationship Id="rId3684" Type="http://schemas.openxmlformats.org/officeDocument/2006/relationships/image" Target="media/image1846.wmf"/><Relationship Id="rId3891" Type="http://schemas.openxmlformats.org/officeDocument/2006/relationships/oleObject" Target="embeddings/oleObject1937.bin"/><Relationship Id="rId4528" Type="http://schemas.openxmlformats.org/officeDocument/2006/relationships/image" Target="media/image2270.wmf"/><Relationship Id="rId2286" Type="http://schemas.openxmlformats.org/officeDocument/2006/relationships/oleObject" Target="embeddings/oleObject1136.bin"/><Relationship Id="rId2493" Type="http://schemas.openxmlformats.org/officeDocument/2006/relationships/image" Target="media/image1249.wmf"/><Relationship Id="rId3337" Type="http://schemas.openxmlformats.org/officeDocument/2006/relationships/image" Target="media/image1671.wmf"/><Relationship Id="rId3544" Type="http://schemas.openxmlformats.org/officeDocument/2006/relationships/oleObject" Target="embeddings/oleObject1764.bin"/><Relationship Id="rId3751" Type="http://schemas.openxmlformats.org/officeDocument/2006/relationships/oleObject" Target="embeddings/oleObject1867.bin"/><Relationship Id="rId258" Type="http://schemas.openxmlformats.org/officeDocument/2006/relationships/image" Target="media/image127.wmf"/><Relationship Id="rId465" Type="http://schemas.openxmlformats.org/officeDocument/2006/relationships/oleObject" Target="embeddings/oleObject230.bin"/><Relationship Id="rId672" Type="http://schemas.openxmlformats.org/officeDocument/2006/relationships/image" Target="media/image335.wmf"/><Relationship Id="rId1095" Type="http://schemas.openxmlformats.org/officeDocument/2006/relationships/oleObject" Target="embeddings/oleObject543.bin"/><Relationship Id="rId2146" Type="http://schemas.openxmlformats.org/officeDocument/2006/relationships/oleObject" Target="embeddings/oleObject1066.bin"/><Relationship Id="rId2353" Type="http://schemas.openxmlformats.org/officeDocument/2006/relationships/image" Target="media/image1179.wmf"/><Relationship Id="rId2560" Type="http://schemas.openxmlformats.org/officeDocument/2006/relationships/oleObject" Target="embeddings/oleObject1273.bin"/><Relationship Id="rId3404" Type="http://schemas.openxmlformats.org/officeDocument/2006/relationships/oleObject" Target="embeddings/oleObject1695.bin"/><Relationship Id="rId3611" Type="http://schemas.openxmlformats.org/officeDocument/2006/relationships/oleObject" Target="embeddings/oleObject1797.bin"/><Relationship Id="rId118" Type="http://schemas.openxmlformats.org/officeDocument/2006/relationships/image" Target="media/image57.wmf"/><Relationship Id="rId325" Type="http://schemas.openxmlformats.org/officeDocument/2006/relationships/oleObject" Target="embeddings/oleObject160.bin"/><Relationship Id="rId532" Type="http://schemas.openxmlformats.org/officeDocument/2006/relationships/image" Target="media/image264.wmf"/><Relationship Id="rId1162" Type="http://schemas.openxmlformats.org/officeDocument/2006/relationships/image" Target="media/image581.wmf"/><Relationship Id="rId2006" Type="http://schemas.openxmlformats.org/officeDocument/2006/relationships/oleObject" Target="embeddings/oleObject996.bin"/><Relationship Id="rId2213" Type="http://schemas.openxmlformats.org/officeDocument/2006/relationships/image" Target="media/image1109.wmf"/><Relationship Id="rId2420" Type="http://schemas.openxmlformats.org/officeDocument/2006/relationships/oleObject" Target="embeddings/oleObject1203.bin"/><Relationship Id="rId1022" Type="http://schemas.openxmlformats.org/officeDocument/2006/relationships/image" Target="media/image511.wmf"/><Relationship Id="rId4178" Type="http://schemas.openxmlformats.org/officeDocument/2006/relationships/image" Target="media/image2093.wmf"/><Relationship Id="rId4385" Type="http://schemas.openxmlformats.org/officeDocument/2006/relationships/oleObject" Target="embeddings/oleObject2184.bin"/><Relationship Id="rId4592" Type="http://schemas.openxmlformats.org/officeDocument/2006/relationships/image" Target="media/image2302.wmf"/><Relationship Id="rId1979" Type="http://schemas.openxmlformats.org/officeDocument/2006/relationships/image" Target="media/image992.wmf"/><Relationship Id="rId3194" Type="http://schemas.openxmlformats.org/officeDocument/2006/relationships/oleObject" Target="embeddings/oleObject1590.bin"/><Relationship Id="rId4038" Type="http://schemas.openxmlformats.org/officeDocument/2006/relationships/image" Target="media/image2023.wmf"/><Relationship Id="rId4245" Type="http://schemas.openxmlformats.org/officeDocument/2006/relationships/oleObject" Target="embeddings/oleObject2114.bin"/><Relationship Id="rId1839" Type="http://schemas.openxmlformats.org/officeDocument/2006/relationships/image" Target="media/image920.png"/><Relationship Id="rId3054" Type="http://schemas.openxmlformats.org/officeDocument/2006/relationships/oleObject" Target="embeddings/oleObject1520.bin"/><Relationship Id="rId4452" Type="http://schemas.openxmlformats.org/officeDocument/2006/relationships/image" Target="media/image2232.wmf"/><Relationship Id="rId182" Type="http://schemas.openxmlformats.org/officeDocument/2006/relationships/image" Target="media/image89.wmf"/><Relationship Id="rId1906" Type="http://schemas.openxmlformats.org/officeDocument/2006/relationships/oleObject" Target="embeddings/oleObject946.bin"/><Relationship Id="rId3261" Type="http://schemas.openxmlformats.org/officeDocument/2006/relationships/image" Target="media/image1633.wmf"/><Relationship Id="rId4105" Type="http://schemas.openxmlformats.org/officeDocument/2006/relationships/oleObject" Target="embeddings/oleObject2044.bin"/><Relationship Id="rId4312" Type="http://schemas.openxmlformats.org/officeDocument/2006/relationships/oleObject" Target="embeddings/oleObject2147.bin"/><Relationship Id="rId2070" Type="http://schemas.openxmlformats.org/officeDocument/2006/relationships/oleObject" Target="embeddings/oleObject1028.bin"/><Relationship Id="rId3121" Type="http://schemas.openxmlformats.org/officeDocument/2006/relationships/image" Target="media/image1563.wmf"/><Relationship Id="rId999" Type="http://schemas.openxmlformats.org/officeDocument/2006/relationships/oleObject" Target="embeddings/oleObject495.bin"/><Relationship Id="rId2887" Type="http://schemas.openxmlformats.org/officeDocument/2006/relationships/image" Target="media/image1446.wmf"/><Relationship Id="rId859" Type="http://schemas.openxmlformats.org/officeDocument/2006/relationships/oleObject" Target="embeddings/oleObject425.bin"/><Relationship Id="rId1489" Type="http://schemas.openxmlformats.org/officeDocument/2006/relationships/oleObject" Target="embeddings/oleObject740.bin"/><Relationship Id="rId1696" Type="http://schemas.openxmlformats.org/officeDocument/2006/relationships/image" Target="media/image848.wmf"/><Relationship Id="rId3938" Type="http://schemas.openxmlformats.org/officeDocument/2006/relationships/image" Target="media/image1973.wmf"/><Relationship Id="rId1349" Type="http://schemas.openxmlformats.org/officeDocument/2006/relationships/oleObject" Target="embeddings/oleObject670.bin"/><Relationship Id="rId2747" Type="http://schemas.openxmlformats.org/officeDocument/2006/relationships/image" Target="media/image1376.wmf"/><Relationship Id="rId2954" Type="http://schemas.openxmlformats.org/officeDocument/2006/relationships/oleObject" Target="embeddings/oleObject1470.bin"/><Relationship Id="rId719" Type="http://schemas.openxmlformats.org/officeDocument/2006/relationships/image" Target="media/image359.png"/><Relationship Id="rId926" Type="http://schemas.openxmlformats.org/officeDocument/2006/relationships/image" Target="media/image463.wmf"/><Relationship Id="rId1556" Type="http://schemas.openxmlformats.org/officeDocument/2006/relationships/image" Target="media/image778.wmf"/><Relationship Id="rId1763" Type="http://schemas.openxmlformats.org/officeDocument/2006/relationships/oleObject" Target="embeddings/oleObject877.bin"/><Relationship Id="rId1970" Type="http://schemas.openxmlformats.org/officeDocument/2006/relationships/oleObject" Target="embeddings/oleObject978.bin"/><Relationship Id="rId2607" Type="http://schemas.openxmlformats.org/officeDocument/2006/relationships/image" Target="media/image1306.wmf"/><Relationship Id="rId2814" Type="http://schemas.openxmlformats.org/officeDocument/2006/relationships/oleObject" Target="embeddings/oleObject1400.bin"/><Relationship Id="rId55" Type="http://schemas.openxmlformats.org/officeDocument/2006/relationships/oleObject" Target="embeddings/oleObject25.bin"/><Relationship Id="rId1209" Type="http://schemas.openxmlformats.org/officeDocument/2006/relationships/oleObject" Target="embeddings/oleObject600.bin"/><Relationship Id="rId1416" Type="http://schemas.openxmlformats.org/officeDocument/2006/relationships/image" Target="media/image708.wmf"/><Relationship Id="rId1623" Type="http://schemas.openxmlformats.org/officeDocument/2006/relationships/oleObject" Target="embeddings/oleObject807.bin"/><Relationship Id="rId1830" Type="http://schemas.openxmlformats.org/officeDocument/2006/relationships/oleObject" Target="embeddings/oleObject910.bin"/><Relationship Id="rId3588" Type="http://schemas.openxmlformats.org/officeDocument/2006/relationships/image" Target="media/image1798.wmf"/><Relationship Id="rId3795" Type="http://schemas.openxmlformats.org/officeDocument/2006/relationships/oleObject" Target="embeddings/oleObject1889.bin"/><Relationship Id="rId4639" Type="http://schemas.openxmlformats.org/officeDocument/2006/relationships/image" Target="media/image2328.wmf"/><Relationship Id="rId2397" Type="http://schemas.openxmlformats.org/officeDocument/2006/relationships/image" Target="media/image1201.wmf"/><Relationship Id="rId3448" Type="http://schemas.openxmlformats.org/officeDocument/2006/relationships/oleObject" Target="embeddings/oleObject1717.bin"/><Relationship Id="rId3655" Type="http://schemas.openxmlformats.org/officeDocument/2006/relationships/oleObject" Target="embeddings/oleObject1819.bin"/><Relationship Id="rId3862" Type="http://schemas.openxmlformats.org/officeDocument/2006/relationships/image" Target="media/image1935.wmf"/><Relationship Id="rId369" Type="http://schemas.openxmlformats.org/officeDocument/2006/relationships/oleObject" Target="embeddings/oleObject182.bin"/><Relationship Id="rId576" Type="http://schemas.openxmlformats.org/officeDocument/2006/relationships/image" Target="media/image286.wmf"/><Relationship Id="rId783" Type="http://schemas.openxmlformats.org/officeDocument/2006/relationships/oleObject" Target="embeddings/oleObject387.bin"/><Relationship Id="rId990" Type="http://schemas.openxmlformats.org/officeDocument/2006/relationships/image" Target="media/image495.wmf"/><Relationship Id="rId2257" Type="http://schemas.openxmlformats.org/officeDocument/2006/relationships/image" Target="media/image1131.wmf"/><Relationship Id="rId2464" Type="http://schemas.openxmlformats.org/officeDocument/2006/relationships/oleObject" Target="embeddings/oleObject1225.bin"/><Relationship Id="rId2671" Type="http://schemas.openxmlformats.org/officeDocument/2006/relationships/image" Target="media/image1338.wmf"/><Relationship Id="rId3308" Type="http://schemas.openxmlformats.org/officeDocument/2006/relationships/oleObject" Target="embeddings/oleObject1647.bin"/><Relationship Id="rId3515" Type="http://schemas.openxmlformats.org/officeDocument/2006/relationships/oleObject" Target="embeddings/oleObject1750.bin"/><Relationship Id="rId229" Type="http://schemas.openxmlformats.org/officeDocument/2006/relationships/oleObject" Target="embeddings/oleObject112.bin"/><Relationship Id="rId436" Type="http://schemas.openxmlformats.org/officeDocument/2006/relationships/image" Target="media/image216.wmf"/><Relationship Id="rId643" Type="http://schemas.openxmlformats.org/officeDocument/2006/relationships/oleObject" Target="embeddings/oleObject319.bin"/><Relationship Id="rId1066" Type="http://schemas.openxmlformats.org/officeDocument/2006/relationships/image" Target="media/image533.wmf"/><Relationship Id="rId1273" Type="http://schemas.openxmlformats.org/officeDocument/2006/relationships/oleObject" Target="embeddings/oleObject632.bin"/><Relationship Id="rId1480" Type="http://schemas.openxmlformats.org/officeDocument/2006/relationships/image" Target="media/image740.wmf"/><Relationship Id="rId2117" Type="http://schemas.openxmlformats.org/officeDocument/2006/relationships/image" Target="media/image1061.wmf"/><Relationship Id="rId2324" Type="http://schemas.openxmlformats.org/officeDocument/2006/relationships/oleObject" Target="embeddings/oleObject1155.bin"/><Relationship Id="rId3722" Type="http://schemas.openxmlformats.org/officeDocument/2006/relationships/image" Target="media/image1865.wmf"/><Relationship Id="rId850" Type="http://schemas.openxmlformats.org/officeDocument/2006/relationships/image" Target="media/image425.wmf"/><Relationship Id="rId1133" Type="http://schemas.openxmlformats.org/officeDocument/2006/relationships/oleObject" Target="embeddings/oleObject562.bin"/><Relationship Id="rId2531" Type="http://schemas.openxmlformats.org/officeDocument/2006/relationships/image" Target="media/image1268.wmf"/><Relationship Id="rId4289" Type="http://schemas.openxmlformats.org/officeDocument/2006/relationships/image" Target="media/image2149.wmf"/><Relationship Id="rId503" Type="http://schemas.openxmlformats.org/officeDocument/2006/relationships/oleObject" Target="embeddings/oleObject249.bin"/><Relationship Id="rId710" Type="http://schemas.openxmlformats.org/officeDocument/2006/relationships/oleObject" Target="embeddings/oleObject351.bin"/><Relationship Id="rId1340" Type="http://schemas.openxmlformats.org/officeDocument/2006/relationships/image" Target="media/image670.wmf"/><Relationship Id="rId3098" Type="http://schemas.openxmlformats.org/officeDocument/2006/relationships/oleObject" Target="embeddings/oleObject1542.bin"/><Relationship Id="rId4496" Type="http://schemas.openxmlformats.org/officeDocument/2006/relationships/image" Target="media/image2254.wmf"/><Relationship Id="rId1200" Type="http://schemas.openxmlformats.org/officeDocument/2006/relationships/image" Target="media/image600.wmf"/><Relationship Id="rId4149" Type="http://schemas.openxmlformats.org/officeDocument/2006/relationships/oleObject" Target="embeddings/oleObject2066.bin"/><Relationship Id="rId4356" Type="http://schemas.openxmlformats.org/officeDocument/2006/relationships/image" Target="media/image2182.wmf"/><Relationship Id="rId4563" Type="http://schemas.openxmlformats.org/officeDocument/2006/relationships/oleObject" Target="embeddings/oleObject2271.bin"/><Relationship Id="rId3165" Type="http://schemas.openxmlformats.org/officeDocument/2006/relationships/image" Target="media/image1585.wmf"/><Relationship Id="rId3372" Type="http://schemas.openxmlformats.org/officeDocument/2006/relationships/oleObject" Target="embeddings/oleObject1679.bin"/><Relationship Id="rId4009" Type="http://schemas.openxmlformats.org/officeDocument/2006/relationships/oleObject" Target="embeddings/oleObject1996.bin"/><Relationship Id="rId4216" Type="http://schemas.openxmlformats.org/officeDocument/2006/relationships/image" Target="media/image2112.wmf"/><Relationship Id="rId4423" Type="http://schemas.openxmlformats.org/officeDocument/2006/relationships/oleObject" Target="embeddings/oleObject2201.bin"/><Relationship Id="rId4630" Type="http://schemas.openxmlformats.org/officeDocument/2006/relationships/oleObject" Target="embeddings/oleObject2302.bin"/><Relationship Id="rId293" Type="http://schemas.openxmlformats.org/officeDocument/2006/relationships/oleObject" Target="embeddings/oleObject144.bin"/><Relationship Id="rId2181" Type="http://schemas.openxmlformats.org/officeDocument/2006/relationships/image" Target="media/image1093.wmf"/><Relationship Id="rId3025" Type="http://schemas.openxmlformats.org/officeDocument/2006/relationships/image" Target="media/image1515.wmf"/><Relationship Id="rId3232" Type="http://schemas.openxmlformats.org/officeDocument/2006/relationships/oleObject" Target="embeddings/oleObject1609.bin"/><Relationship Id="rId153" Type="http://schemas.openxmlformats.org/officeDocument/2006/relationships/oleObject" Target="embeddings/oleObject74.bin"/><Relationship Id="rId360" Type="http://schemas.openxmlformats.org/officeDocument/2006/relationships/image" Target="media/image178.wmf"/><Relationship Id="rId2041" Type="http://schemas.openxmlformats.org/officeDocument/2006/relationships/image" Target="media/image1023.wmf"/><Relationship Id="rId220" Type="http://schemas.openxmlformats.org/officeDocument/2006/relationships/image" Target="media/image108.wmf"/><Relationship Id="rId2998" Type="http://schemas.openxmlformats.org/officeDocument/2006/relationships/oleObject" Target="embeddings/oleObject1492.bin"/><Relationship Id="rId2858" Type="http://schemas.openxmlformats.org/officeDocument/2006/relationships/oleObject" Target="embeddings/oleObject1422.bin"/><Relationship Id="rId3909" Type="http://schemas.openxmlformats.org/officeDocument/2006/relationships/oleObject" Target="embeddings/oleObject1946.bin"/><Relationship Id="rId4073" Type="http://schemas.openxmlformats.org/officeDocument/2006/relationships/oleObject" Target="embeddings/oleObject2028.bin"/><Relationship Id="rId99" Type="http://schemas.openxmlformats.org/officeDocument/2006/relationships/oleObject" Target="embeddings/oleObject47.bin"/><Relationship Id="rId1667" Type="http://schemas.openxmlformats.org/officeDocument/2006/relationships/oleObject" Target="embeddings/oleObject829.bin"/><Relationship Id="rId1874" Type="http://schemas.openxmlformats.org/officeDocument/2006/relationships/oleObject" Target="embeddings/oleObject930.bin"/><Relationship Id="rId2718" Type="http://schemas.openxmlformats.org/officeDocument/2006/relationships/oleObject" Target="embeddings/oleObject1352.bin"/><Relationship Id="rId2925" Type="http://schemas.openxmlformats.org/officeDocument/2006/relationships/image" Target="media/image1465.wmf"/><Relationship Id="rId4280" Type="http://schemas.openxmlformats.org/officeDocument/2006/relationships/oleObject" Target="embeddings/oleObject2131.bin"/><Relationship Id="rId1527" Type="http://schemas.openxmlformats.org/officeDocument/2006/relationships/oleObject" Target="embeddings/oleObject759.bin"/><Relationship Id="rId1734" Type="http://schemas.openxmlformats.org/officeDocument/2006/relationships/image" Target="media/image867.wmf"/><Relationship Id="rId1941" Type="http://schemas.openxmlformats.org/officeDocument/2006/relationships/image" Target="media/image973.wmf"/><Relationship Id="rId4140" Type="http://schemas.openxmlformats.org/officeDocument/2006/relationships/image" Target="media/image2074.wmf"/><Relationship Id="rId26" Type="http://schemas.openxmlformats.org/officeDocument/2006/relationships/image" Target="media/image11.wmf"/><Relationship Id="rId3699" Type="http://schemas.openxmlformats.org/officeDocument/2006/relationships/oleObject" Target="embeddings/oleObject1841.bin"/><Relationship Id="rId4000" Type="http://schemas.openxmlformats.org/officeDocument/2006/relationships/image" Target="media/image2004.wmf"/><Relationship Id="rId1801" Type="http://schemas.openxmlformats.org/officeDocument/2006/relationships/image" Target="media/image901.wmf"/><Relationship Id="rId3559" Type="http://schemas.openxmlformats.org/officeDocument/2006/relationships/image" Target="media/image1783.wmf"/><Relationship Id="rId687" Type="http://schemas.openxmlformats.org/officeDocument/2006/relationships/oleObject" Target="embeddings/oleObject340.bin"/><Relationship Id="rId2368" Type="http://schemas.openxmlformats.org/officeDocument/2006/relationships/oleObject" Target="embeddings/oleObject1177.bin"/><Relationship Id="rId3766" Type="http://schemas.openxmlformats.org/officeDocument/2006/relationships/image" Target="media/image1887.wmf"/><Relationship Id="rId3973" Type="http://schemas.openxmlformats.org/officeDocument/2006/relationships/oleObject" Target="embeddings/oleObject1978.bin"/><Relationship Id="rId894" Type="http://schemas.openxmlformats.org/officeDocument/2006/relationships/image" Target="media/image447.wmf"/><Relationship Id="rId1177" Type="http://schemas.openxmlformats.org/officeDocument/2006/relationships/oleObject" Target="embeddings/oleObject584.bin"/><Relationship Id="rId2575" Type="http://schemas.openxmlformats.org/officeDocument/2006/relationships/image" Target="media/image1290.wmf"/><Relationship Id="rId2782" Type="http://schemas.openxmlformats.org/officeDocument/2006/relationships/oleObject" Target="embeddings/oleObject1384.bin"/><Relationship Id="rId3419" Type="http://schemas.openxmlformats.org/officeDocument/2006/relationships/image" Target="media/image1712.wmf"/><Relationship Id="rId3626" Type="http://schemas.openxmlformats.org/officeDocument/2006/relationships/image" Target="media/image1817.wmf"/><Relationship Id="rId3833" Type="http://schemas.openxmlformats.org/officeDocument/2006/relationships/oleObject" Target="embeddings/oleObject1908.bin"/><Relationship Id="rId547" Type="http://schemas.openxmlformats.org/officeDocument/2006/relationships/oleObject" Target="embeddings/oleObject271.bin"/><Relationship Id="rId754" Type="http://schemas.openxmlformats.org/officeDocument/2006/relationships/image" Target="media/image377.wmf"/><Relationship Id="rId961" Type="http://schemas.openxmlformats.org/officeDocument/2006/relationships/oleObject" Target="embeddings/oleObject476.bin"/><Relationship Id="rId1384" Type="http://schemas.openxmlformats.org/officeDocument/2006/relationships/image" Target="media/image692.wmf"/><Relationship Id="rId1591" Type="http://schemas.openxmlformats.org/officeDocument/2006/relationships/oleObject" Target="embeddings/oleObject791.bin"/><Relationship Id="rId2228" Type="http://schemas.openxmlformats.org/officeDocument/2006/relationships/oleObject" Target="embeddings/oleObject1107.bin"/><Relationship Id="rId2435" Type="http://schemas.openxmlformats.org/officeDocument/2006/relationships/image" Target="media/image1220.wmf"/><Relationship Id="rId2642" Type="http://schemas.openxmlformats.org/officeDocument/2006/relationships/oleObject" Target="embeddings/oleObject1314.bin"/><Relationship Id="rId3900" Type="http://schemas.openxmlformats.org/officeDocument/2006/relationships/image" Target="media/image1954.wmf"/><Relationship Id="rId90" Type="http://schemas.openxmlformats.org/officeDocument/2006/relationships/image" Target="media/image43.wmf"/><Relationship Id="rId407" Type="http://schemas.openxmlformats.org/officeDocument/2006/relationships/oleObject" Target="embeddings/oleObject201.bin"/><Relationship Id="rId614" Type="http://schemas.openxmlformats.org/officeDocument/2006/relationships/image" Target="media/image305.wmf"/><Relationship Id="rId821" Type="http://schemas.openxmlformats.org/officeDocument/2006/relationships/oleObject" Target="embeddings/oleObject406.bin"/><Relationship Id="rId1037" Type="http://schemas.openxmlformats.org/officeDocument/2006/relationships/oleObject" Target="embeddings/oleObject514.bin"/><Relationship Id="rId1244" Type="http://schemas.openxmlformats.org/officeDocument/2006/relationships/image" Target="media/image622.wmf"/><Relationship Id="rId1451" Type="http://schemas.openxmlformats.org/officeDocument/2006/relationships/oleObject" Target="embeddings/oleObject721.bin"/><Relationship Id="rId2502" Type="http://schemas.openxmlformats.org/officeDocument/2006/relationships/oleObject" Target="embeddings/oleObject1244.bin"/><Relationship Id="rId1104" Type="http://schemas.openxmlformats.org/officeDocument/2006/relationships/image" Target="media/image552.wmf"/><Relationship Id="rId1311" Type="http://schemas.openxmlformats.org/officeDocument/2006/relationships/oleObject" Target="embeddings/oleObject651.bin"/><Relationship Id="rId4467" Type="http://schemas.openxmlformats.org/officeDocument/2006/relationships/oleObject" Target="embeddings/oleObject2223.bin"/><Relationship Id="rId3069" Type="http://schemas.openxmlformats.org/officeDocument/2006/relationships/image" Target="media/image1537.wmf"/><Relationship Id="rId3276" Type="http://schemas.openxmlformats.org/officeDocument/2006/relationships/oleObject" Target="embeddings/oleObject1631.bin"/><Relationship Id="rId3483" Type="http://schemas.openxmlformats.org/officeDocument/2006/relationships/oleObject" Target="embeddings/oleObject1734.bin"/><Relationship Id="rId3690" Type="http://schemas.openxmlformats.org/officeDocument/2006/relationships/image" Target="media/image1849.wmf"/><Relationship Id="rId4327" Type="http://schemas.openxmlformats.org/officeDocument/2006/relationships/image" Target="media/image2168.wmf"/><Relationship Id="rId4534" Type="http://schemas.openxmlformats.org/officeDocument/2006/relationships/image" Target="media/image2273.wmf"/><Relationship Id="rId197" Type="http://schemas.openxmlformats.org/officeDocument/2006/relationships/oleObject" Target="embeddings/oleObject96.bin"/><Relationship Id="rId2085" Type="http://schemas.openxmlformats.org/officeDocument/2006/relationships/image" Target="media/image1045.wmf"/><Relationship Id="rId2292" Type="http://schemas.openxmlformats.org/officeDocument/2006/relationships/oleObject" Target="embeddings/oleObject1139.bin"/><Relationship Id="rId3136" Type="http://schemas.openxmlformats.org/officeDocument/2006/relationships/oleObject" Target="embeddings/oleObject1561.bin"/><Relationship Id="rId3343" Type="http://schemas.openxmlformats.org/officeDocument/2006/relationships/image" Target="media/image1674.wmf"/><Relationship Id="rId264" Type="http://schemas.openxmlformats.org/officeDocument/2006/relationships/image" Target="media/image130.wmf"/><Relationship Id="rId471" Type="http://schemas.openxmlformats.org/officeDocument/2006/relationships/oleObject" Target="embeddings/oleObject233.bin"/><Relationship Id="rId2152" Type="http://schemas.openxmlformats.org/officeDocument/2006/relationships/oleObject" Target="embeddings/oleObject1069.bin"/><Relationship Id="rId3550" Type="http://schemas.openxmlformats.org/officeDocument/2006/relationships/oleObject" Target="embeddings/oleObject1767.bin"/><Relationship Id="rId4601" Type="http://schemas.openxmlformats.org/officeDocument/2006/relationships/oleObject" Target="embeddings/oleObject2287.bin"/><Relationship Id="rId124" Type="http://schemas.openxmlformats.org/officeDocument/2006/relationships/image" Target="media/image60.wmf"/><Relationship Id="rId3203" Type="http://schemas.openxmlformats.org/officeDocument/2006/relationships/image" Target="media/image1604.wmf"/><Relationship Id="rId3410" Type="http://schemas.openxmlformats.org/officeDocument/2006/relationships/oleObject" Target="embeddings/oleObject1698.bin"/><Relationship Id="rId331" Type="http://schemas.openxmlformats.org/officeDocument/2006/relationships/oleObject" Target="embeddings/oleObject163.bin"/><Relationship Id="rId2012" Type="http://schemas.openxmlformats.org/officeDocument/2006/relationships/oleObject" Target="embeddings/oleObject999.bin"/><Relationship Id="rId2969" Type="http://schemas.openxmlformats.org/officeDocument/2006/relationships/image" Target="media/image1487.wmf"/><Relationship Id="rId1778" Type="http://schemas.openxmlformats.org/officeDocument/2006/relationships/image" Target="media/image889.wmf"/><Relationship Id="rId1985" Type="http://schemas.openxmlformats.org/officeDocument/2006/relationships/image" Target="media/image995.wmf"/><Relationship Id="rId2829" Type="http://schemas.openxmlformats.org/officeDocument/2006/relationships/image" Target="media/image1417.wmf"/><Relationship Id="rId4184" Type="http://schemas.openxmlformats.org/officeDocument/2006/relationships/image" Target="media/image2096.wmf"/><Relationship Id="rId4391" Type="http://schemas.openxmlformats.org/officeDocument/2006/relationships/oleObject" Target="embeddings/oleObject2187.bin"/><Relationship Id="rId1638" Type="http://schemas.openxmlformats.org/officeDocument/2006/relationships/image" Target="media/image819.wmf"/><Relationship Id="rId4044" Type="http://schemas.openxmlformats.org/officeDocument/2006/relationships/image" Target="media/image2026.wmf"/><Relationship Id="rId4251" Type="http://schemas.openxmlformats.org/officeDocument/2006/relationships/oleObject" Target="embeddings/oleObject2117.bin"/><Relationship Id="rId1845" Type="http://schemas.openxmlformats.org/officeDocument/2006/relationships/image" Target="media/image925.wmf"/><Relationship Id="rId3060" Type="http://schemas.openxmlformats.org/officeDocument/2006/relationships/oleObject" Target="embeddings/oleObject1523.bin"/><Relationship Id="rId4111" Type="http://schemas.openxmlformats.org/officeDocument/2006/relationships/oleObject" Target="embeddings/oleObject2047.bin"/><Relationship Id="rId1705" Type="http://schemas.openxmlformats.org/officeDocument/2006/relationships/oleObject" Target="embeddings/oleObject848.bin"/><Relationship Id="rId1912" Type="http://schemas.openxmlformats.org/officeDocument/2006/relationships/oleObject" Target="embeddings/oleObject949.bin"/><Relationship Id="rId3877" Type="http://schemas.openxmlformats.org/officeDocument/2006/relationships/oleObject" Target="embeddings/oleObject1930.bin"/><Relationship Id="rId798" Type="http://schemas.openxmlformats.org/officeDocument/2006/relationships/image" Target="media/image399.wmf"/><Relationship Id="rId2479" Type="http://schemas.openxmlformats.org/officeDocument/2006/relationships/image" Target="media/image1242.wmf"/><Relationship Id="rId2686" Type="http://schemas.openxmlformats.org/officeDocument/2006/relationships/oleObject" Target="embeddings/oleObject1336.bin"/><Relationship Id="rId2893" Type="http://schemas.openxmlformats.org/officeDocument/2006/relationships/image" Target="media/image1449.wmf"/><Relationship Id="rId3737" Type="http://schemas.openxmlformats.org/officeDocument/2006/relationships/oleObject" Target="embeddings/oleObject1860.bin"/><Relationship Id="rId3944" Type="http://schemas.openxmlformats.org/officeDocument/2006/relationships/image" Target="media/image1976.wmf"/><Relationship Id="rId658" Type="http://schemas.openxmlformats.org/officeDocument/2006/relationships/oleObject" Target="embeddings/oleObject326.bin"/><Relationship Id="rId865" Type="http://schemas.openxmlformats.org/officeDocument/2006/relationships/oleObject" Target="embeddings/oleObject428.bin"/><Relationship Id="rId1288" Type="http://schemas.openxmlformats.org/officeDocument/2006/relationships/image" Target="media/image644.wmf"/><Relationship Id="rId1495" Type="http://schemas.openxmlformats.org/officeDocument/2006/relationships/oleObject" Target="embeddings/oleObject743.bin"/><Relationship Id="rId2339" Type="http://schemas.openxmlformats.org/officeDocument/2006/relationships/image" Target="media/image1172.wmf"/><Relationship Id="rId2546" Type="http://schemas.openxmlformats.org/officeDocument/2006/relationships/oleObject" Target="embeddings/oleObject1266.bin"/><Relationship Id="rId2753" Type="http://schemas.openxmlformats.org/officeDocument/2006/relationships/image" Target="media/image1379.wmf"/><Relationship Id="rId2960" Type="http://schemas.openxmlformats.org/officeDocument/2006/relationships/oleObject" Target="embeddings/oleObject1473.bin"/><Relationship Id="rId3804" Type="http://schemas.openxmlformats.org/officeDocument/2006/relationships/image" Target="media/image1906.wmf"/><Relationship Id="rId518" Type="http://schemas.openxmlformats.org/officeDocument/2006/relationships/image" Target="media/image257.wmf"/><Relationship Id="rId725" Type="http://schemas.openxmlformats.org/officeDocument/2006/relationships/oleObject" Target="embeddings/oleObject358.bin"/><Relationship Id="rId932" Type="http://schemas.openxmlformats.org/officeDocument/2006/relationships/image" Target="media/image466.wmf"/><Relationship Id="rId1148" Type="http://schemas.openxmlformats.org/officeDocument/2006/relationships/image" Target="media/image574.wmf"/><Relationship Id="rId1355" Type="http://schemas.openxmlformats.org/officeDocument/2006/relationships/oleObject" Target="embeddings/oleObject673.bin"/><Relationship Id="rId1562" Type="http://schemas.openxmlformats.org/officeDocument/2006/relationships/image" Target="media/image781.wmf"/><Relationship Id="rId2406" Type="http://schemas.openxmlformats.org/officeDocument/2006/relationships/oleObject" Target="embeddings/oleObject1196.bin"/><Relationship Id="rId2613" Type="http://schemas.openxmlformats.org/officeDocument/2006/relationships/image" Target="media/image1309.wmf"/><Relationship Id="rId1008" Type="http://schemas.openxmlformats.org/officeDocument/2006/relationships/image" Target="media/image504.wmf"/><Relationship Id="rId1215" Type="http://schemas.openxmlformats.org/officeDocument/2006/relationships/oleObject" Target="embeddings/oleObject603.bin"/><Relationship Id="rId1422" Type="http://schemas.openxmlformats.org/officeDocument/2006/relationships/image" Target="media/image711.wmf"/><Relationship Id="rId2820" Type="http://schemas.openxmlformats.org/officeDocument/2006/relationships/oleObject" Target="embeddings/oleObject1403.bin"/><Relationship Id="rId4578" Type="http://schemas.openxmlformats.org/officeDocument/2006/relationships/image" Target="media/image2295.wmf"/><Relationship Id="rId61" Type="http://schemas.openxmlformats.org/officeDocument/2006/relationships/oleObject" Target="embeddings/oleObject28.bin"/><Relationship Id="rId3387" Type="http://schemas.openxmlformats.org/officeDocument/2006/relationships/image" Target="media/image1696.wmf"/><Relationship Id="rId2196" Type="http://schemas.openxmlformats.org/officeDocument/2006/relationships/oleObject" Target="embeddings/oleObject1091.bin"/><Relationship Id="rId3594" Type="http://schemas.openxmlformats.org/officeDocument/2006/relationships/image" Target="media/image1801.wmf"/><Relationship Id="rId4438" Type="http://schemas.openxmlformats.org/officeDocument/2006/relationships/image" Target="media/image2225.wmf"/><Relationship Id="rId4645" Type="http://schemas.openxmlformats.org/officeDocument/2006/relationships/image" Target="media/image2330.wmf"/><Relationship Id="rId168" Type="http://schemas.openxmlformats.org/officeDocument/2006/relationships/image" Target="media/image82.wmf"/><Relationship Id="rId3247" Type="http://schemas.openxmlformats.org/officeDocument/2006/relationships/image" Target="media/image1626.wmf"/><Relationship Id="rId3454" Type="http://schemas.openxmlformats.org/officeDocument/2006/relationships/oleObject" Target="embeddings/oleObject1720.bin"/><Relationship Id="rId3661" Type="http://schemas.openxmlformats.org/officeDocument/2006/relationships/oleObject" Target="embeddings/oleObject1822.bin"/><Relationship Id="rId4505" Type="http://schemas.openxmlformats.org/officeDocument/2006/relationships/oleObject" Target="embeddings/oleObject2242.bin"/><Relationship Id="rId375" Type="http://schemas.openxmlformats.org/officeDocument/2006/relationships/oleObject" Target="embeddings/oleObject185.bin"/><Relationship Id="rId582" Type="http://schemas.openxmlformats.org/officeDocument/2006/relationships/image" Target="media/image289.wmf"/><Relationship Id="rId2056" Type="http://schemas.openxmlformats.org/officeDocument/2006/relationships/oleObject" Target="embeddings/oleObject1021.bin"/><Relationship Id="rId2263" Type="http://schemas.openxmlformats.org/officeDocument/2006/relationships/image" Target="media/image1134.wmf"/><Relationship Id="rId2470" Type="http://schemas.openxmlformats.org/officeDocument/2006/relationships/oleObject" Target="embeddings/oleObject1228.bin"/><Relationship Id="rId3107" Type="http://schemas.openxmlformats.org/officeDocument/2006/relationships/image" Target="media/image1556.wmf"/><Relationship Id="rId3314" Type="http://schemas.openxmlformats.org/officeDocument/2006/relationships/oleObject" Target="embeddings/oleObject1650.bin"/><Relationship Id="rId3521" Type="http://schemas.openxmlformats.org/officeDocument/2006/relationships/oleObject" Target="embeddings/oleObject1753.bin"/><Relationship Id="rId235" Type="http://schemas.openxmlformats.org/officeDocument/2006/relationships/oleObject" Target="embeddings/oleObject115.bin"/><Relationship Id="rId442" Type="http://schemas.openxmlformats.org/officeDocument/2006/relationships/image" Target="media/image219.wmf"/><Relationship Id="rId1072" Type="http://schemas.openxmlformats.org/officeDocument/2006/relationships/image" Target="media/image536.wmf"/><Relationship Id="rId2123" Type="http://schemas.openxmlformats.org/officeDocument/2006/relationships/image" Target="media/image1064.wmf"/><Relationship Id="rId2330" Type="http://schemas.openxmlformats.org/officeDocument/2006/relationships/oleObject" Target="embeddings/oleObject1158.bin"/><Relationship Id="rId302" Type="http://schemas.openxmlformats.org/officeDocument/2006/relationships/image" Target="media/image149.wmf"/><Relationship Id="rId4088" Type="http://schemas.openxmlformats.org/officeDocument/2006/relationships/image" Target="media/image2048.wmf"/><Relationship Id="rId4295" Type="http://schemas.openxmlformats.org/officeDocument/2006/relationships/image" Target="media/image2152.wmf"/><Relationship Id="rId1889" Type="http://schemas.openxmlformats.org/officeDocument/2006/relationships/image" Target="media/image947.wmf"/><Relationship Id="rId4155" Type="http://schemas.openxmlformats.org/officeDocument/2006/relationships/oleObject" Target="embeddings/oleObject2069.bin"/><Relationship Id="rId4362" Type="http://schemas.openxmlformats.org/officeDocument/2006/relationships/image" Target="media/image2185.wmf"/><Relationship Id="rId1749" Type="http://schemas.openxmlformats.org/officeDocument/2006/relationships/oleObject" Target="embeddings/oleObject870.bin"/><Relationship Id="rId1956" Type="http://schemas.openxmlformats.org/officeDocument/2006/relationships/oleObject" Target="embeddings/oleObject971.bin"/><Relationship Id="rId3171" Type="http://schemas.openxmlformats.org/officeDocument/2006/relationships/image" Target="media/image1588.wmf"/><Relationship Id="rId4015" Type="http://schemas.openxmlformats.org/officeDocument/2006/relationships/oleObject" Target="embeddings/oleObject1999.bin"/><Relationship Id="rId1609" Type="http://schemas.openxmlformats.org/officeDocument/2006/relationships/oleObject" Target="embeddings/oleObject800.bin"/><Relationship Id="rId1816" Type="http://schemas.openxmlformats.org/officeDocument/2006/relationships/oleObject" Target="embeddings/oleObject903.bin"/><Relationship Id="rId4222" Type="http://schemas.openxmlformats.org/officeDocument/2006/relationships/image" Target="media/image2115.wmf"/><Relationship Id="rId3031" Type="http://schemas.openxmlformats.org/officeDocument/2006/relationships/image" Target="media/image1518.wmf"/><Relationship Id="rId3988" Type="http://schemas.openxmlformats.org/officeDocument/2006/relationships/image" Target="media/image1998.wmf"/><Relationship Id="rId2797" Type="http://schemas.openxmlformats.org/officeDocument/2006/relationships/image" Target="media/image1401.wmf"/><Relationship Id="rId3848" Type="http://schemas.openxmlformats.org/officeDocument/2006/relationships/image" Target="media/image1928.wmf"/><Relationship Id="rId769" Type="http://schemas.openxmlformats.org/officeDocument/2006/relationships/oleObject" Target="embeddings/oleObject380.bin"/><Relationship Id="rId976" Type="http://schemas.openxmlformats.org/officeDocument/2006/relationships/image" Target="media/image488.wmf"/><Relationship Id="rId1399" Type="http://schemas.openxmlformats.org/officeDocument/2006/relationships/oleObject" Target="embeddings/oleObject695.bin"/><Relationship Id="rId2657" Type="http://schemas.openxmlformats.org/officeDocument/2006/relationships/image" Target="media/image1331.wmf"/><Relationship Id="rId629" Type="http://schemas.openxmlformats.org/officeDocument/2006/relationships/oleObject" Target="embeddings/oleObject312.bin"/><Relationship Id="rId1259" Type="http://schemas.openxmlformats.org/officeDocument/2006/relationships/oleObject" Target="embeddings/oleObject625.bin"/><Relationship Id="rId1466" Type="http://schemas.openxmlformats.org/officeDocument/2006/relationships/image" Target="media/image733.wmf"/><Relationship Id="rId2864" Type="http://schemas.openxmlformats.org/officeDocument/2006/relationships/oleObject" Target="embeddings/oleObject1425.bin"/><Relationship Id="rId3708" Type="http://schemas.openxmlformats.org/officeDocument/2006/relationships/image" Target="media/image1858.wmf"/><Relationship Id="rId3915" Type="http://schemas.openxmlformats.org/officeDocument/2006/relationships/oleObject" Target="embeddings/oleObject1949.bin"/><Relationship Id="rId836" Type="http://schemas.openxmlformats.org/officeDocument/2006/relationships/image" Target="media/image418.wmf"/><Relationship Id="rId1119" Type="http://schemas.openxmlformats.org/officeDocument/2006/relationships/oleObject" Target="embeddings/oleObject555.bin"/><Relationship Id="rId1673" Type="http://schemas.openxmlformats.org/officeDocument/2006/relationships/oleObject" Target="embeddings/oleObject832.bin"/><Relationship Id="rId1880" Type="http://schemas.openxmlformats.org/officeDocument/2006/relationships/oleObject" Target="embeddings/oleObject933.bin"/><Relationship Id="rId2517" Type="http://schemas.openxmlformats.org/officeDocument/2006/relationships/image" Target="media/image1261.wmf"/><Relationship Id="rId2724" Type="http://schemas.openxmlformats.org/officeDocument/2006/relationships/oleObject" Target="embeddings/oleObject1355.bin"/><Relationship Id="rId2931" Type="http://schemas.openxmlformats.org/officeDocument/2006/relationships/image" Target="media/image1468.wmf"/><Relationship Id="rId903" Type="http://schemas.openxmlformats.org/officeDocument/2006/relationships/oleObject" Target="embeddings/oleObject447.bin"/><Relationship Id="rId1326" Type="http://schemas.openxmlformats.org/officeDocument/2006/relationships/image" Target="media/image663.wmf"/><Relationship Id="rId1533" Type="http://schemas.openxmlformats.org/officeDocument/2006/relationships/oleObject" Target="embeddings/oleObject762.bin"/><Relationship Id="rId1740" Type="http://schemas.openxmlformats.org/officeDocument/2006/relationships/image" Target="media/image870.wmf"/><Relationship Id="rId32" Type="http://schemas.openxmlformats.org/officeDocument/2006/relationships/image" Target="media/image14.wmf"/><Relationship Id="rId1600" Type="http://schemas.openxmlformats.org/officeDocument/2006/relationships/image" Target="media/image800.wmf"/><Relationship Id="rId3498" Type="http://schemas.openxmlformats.org/officeDocument/2006/relationships/image" Target="media/image1752.wmf"/><Relationship Id="rId4549" Type="http://schemas.openxmlformats.org/officeDocument/2006/relationships/oleObject" Target="embeddings/oleObject2264.bin"/><Relationship Id="rId3358" Type="http://schemas.openxmlformats.org/officeDocument/2006/relationships/oleObject" Target="embeddings/oleObject1672.bin"/><Relationship Id="rId3565" Type="http://schemas.openxmlformats.org/officeDocument/2006/relationships/image" Target="media/image1786.wmf"/><Relationship Id="rId3772" Type="http://schemas.openxmlformats.org/officeDocument/2006/relationships/image" Target="media/image1890.wmf"/><Relationship Id="rId4409" Type="http://schemas.openxmlformats.org/officeDocument/2006/relationships/oleObject" Target="embeddings/oleObject2194.bin"/><Relationship Id="rId4616" Type="http://schemas.openxmlformats.org/officeDocument/2006/relationships/image" Target="media/image2317.wmf"/><Relationship Id="rId279" Type="http://schemas.openxmlformats.org/officeDocument/2006/relationships/oleObject" Target="embeddings/oleObject137.bin"/><Relationship Id="rId486" Type="http://schemas.openxmlformats.org/officeDocument/2006/relationships/image" Target="media/image241.wmf"/><Relationship Id="rId693" Type="http://schemas.openxmlformats.org/officeDocument/2006/relationships/oleObject" Target="embeddings/oleObject343.bin"/><Relationship Id="rId2167" Type="http://schemas.openxmlformats.org/officeDocument/2006/relationships/image" Target="media/image1086.wmf"/><Relationship Id="rId2374" Type="http://schemas.openxmlformats.org/officeDocument/2006/relationships/oleObject" Target="embeddings/oleObject1180.bin"/><Relationship Id="rId2581" Type="http://schemas.openxmlformats.org/officeDocument/2006/relationships/image" Target="media/image1293.wmf"/><Relationship Id="rId3218" Type="http://schemas.openxmlformats.org/officeDocument/2006/relationships/oleObject" Target="embeddings/oleObject1602.bin"/><Relationship Id="rId3425" Type="http://schemas.openxmlformats.org/officeDocument/2006/relationships/image" Target="media/image1715.wmf"/><Relationship Id="rId3632" Type="http://schemas.openxmlformats.org/officeDocument/2006/relationships/image" Target="media/image1820.wmf"/><Relationship Id="rId139" Type="http://schemas.openxmlformats.org/officeDocument/2006/relationships/oleObject" Target="embeddings/oleObject67.bin"/><Relationship Id="rId346" Type="http://schemas.openxmlformats.org/officeDocument/2006/relationships/image" Target="media/image171.wmf"/><Relationship Id="rId553" Type="http://schemas.openxmlformats.org/officeDocument/2006/relationships/oleObject" Target="embeddings/oleObject274.bin"/><Relationship Id="rId760" Type="http://schemas.openxmlformats.org/officeDocument/2006/relationships/image" Target="media/image380.wmf"/><Relationship Id="rId1183" Type="http://schemas.openxmlformats.org/officeDocument/2006/relationships/oleObject" Target="embeddings/oleObject587.bin"/><Relationship Id="rId1390" Type="http://schemas.openxmlformats.org/officeDocument/2006/relationships/image" Target="media/image695.wmf"/><Relationship Id="rId2027" Type="http://schemas.openxmlformats.org/officeDocument/2006/relationships/image" Target="media/image1016.wmf"/><Relationship Id="rId2234" Type="http://schemas.openxmlformats.org/officeDocument/2006/relationships/oleObject" Target="embeddings/oleObject1110.bin"/><Relationship Id="rId2441" Type="http://schemas.openxmlformats.org/officeDocument/2006/relationships/image" Target="media/image1223.wmf"/><Relationship Id="rId206" Type="http://schemas.openxmlformats.org/officeDocument/2006/relationships/image" Target="media/image101.wmf"/><Relationship Id="rId413" Type="http://schemas.openxmlformats.org/officeDocument/2006/relationships/oleObject" Target="embeddings/oleObject204.bin"/><Relationship Id="rId1043" Type="http://schemas.openxmlformats.org/officeDocument/2006/relationships/oleObject" Target="embeddings/oleObject517.bin"/><Relationship Id="rId4199" Type="http://schemas.openxmlformats.org/officeDocument/2006/relationships/oleObject" Target="embeddings/oleObject2091.bin"/><Relationship Id="rId620" Type="http://schemas.openxmlformats.org/officeDocument/2006/relationships/image" Target="media/image308.wmf"/><Relationship Id="rId1250" Type="http://schemas.openxmlformats.org/officeDocument/2006/relationships/image" Target="media/image625.wmf"/><Relationship Id="rId2301" Type="http://schemas.openxmlformats.org/officeDocument/2006/relationships/image" Target="media/image1153.wmf"/><Relationship Id="rId4059" Type="http://schemas.openxmlformats.org/officeDocument/2006/relationships/oleObject" Target="embeddings/oleObject2021.bin"/><Relationship Id="rId1110" Type="http://schemas.openxmlformats.org/officeDocument/2006/relationships/image" Target="media/image555.wmf"/><Relationship Id="rId4266" Type="http://schemas.openxmlformats.org/officeDocument/2006/relationships/oleObject" Target="embeddings/oleObject2124.bin"/><Relationship Id="rId4473" Type="http://schemas.openxmlformats.org/officeDocument/2006/relationships/oleObject" Target="embeddings/oleObject2226.bin"/><Relationship Id="rId1927" Type="http://schemas.openxmlformats.org/officeDocument/2006/relationships/image" Target="media/image966.wmf"/><Relationship Id="rId3075" Type="http://schemas.openxmlformats.org/officeDocument/2006/relationships/image" Target="media/image1540.wmf"/><Relationship Id="rId3282" Type="http://schemas.openxmlformats.org/officeDocument/2006/relationships/oleObject" Target="embeddings/oleObject1634.bin"/><Relationship Id="rId4126" Type="http://schemas.openxmlformats.org/officeDocument/2006/relationships/image" Target="media/image2067.wmf"/><Relationship Id="rId4333" Type="http://schemas.openxmlformats.org/officeDocument/2006/relationships/image" Target="media/image2171.wmf"/><Relationship Id="rId4540" Type="http://schemas.openxmlformats.org/officeDocument/2006/relationships/image" Target="media/image2276.wmf"/><Relationship Id="rId2091" Type="http://schemas.openxmlformats.org/officeDocument/2006/relationships/image" Target="media/image1048.wmf"/><Relationship Id="rId3142" Type="http://schemas.openxmlformats.org/officeDocument/2006/relationships/oleObject" Target="embeddings/oleObject1564.bin"/><Relationship Id="rId4400" Type="http://schemas.openxmlformats.org/officeDocument/2006/relationships/image" Target="media/image2206.wmf"/><Relationship Id="rId270" Type="http://schemas.openxmlformats.org/officeDocument/2006/relationships/image" Target="media/image133.wmf"/><Relationship Id="rId3002" Type="http://schemas.openxmlformats.org/officeDocument/2006/relationships/oleObject" Target="embeddings/oleObject1494.bin"/><Relationship Id="rId130" Type="http://schemas.openxmlformats.org/officeDocument/2006/relationships/image" Target="media/image63.wmf"/><Relationship Id="rId3959" Type="http://schemas.openxmlformats.org/officeDocument/2006/relationships/oleObject" Target="embeddings/oleObject1971.bin"/><Relationship Id="rId2768" Type="http://schemas.openxmlformats.org/officeDocument/2006/relationships/oleObject" Target="embeddings/oleObject1377.bin"/><Relationship Id="rId2975" Type="http://schemas.openxmlformats.org/officeDocument/2006/relationships/image" Target="media/image1490.wmf"/><Relationship Id="rId3819" Type="http://schemas.openxmlformats.org/officeDocument/2006/relationships/oleObject" Target="embeddings/oleObject1901.bin"/><Relationship Id="rId947" Type="http://schemas.openxmlformats.org/officeDocument/2006/relationships/oleObject" Target="embeddings/oleObject469.bin"/><Relationship Id="rId1577" Type="http://schemas.openxmlformats.org/officeDocument/2006/relationships/oleObject" Target="embeddings/oleObject784.bin"/><Relationship Id="rId1784" Type="http://schemas.openxmlformats.org/officeDocument/2006/relationships/oleObject" Target="embeddings/oleObject887.bin"/><Relationship Id="rId1991" Type="http://schemas.openxmlformats.org/officeDocument/2006/relationships/image" Target="media/image998.wmf"/><Relationship Id="rId2628" Type="http://schemas.openxmlformats.org/officeDocument/2006/relationships/oleObject" Target="embeddings/oleObject1307.bin"/><Relationship Id="rId2835" Type="http://schemas.openxmlformats.org/officeDocument/2006/relationships/image" Target="media/image1420.wmf"/><Relationship Id="rId4190" Type="http://schemas.openxmlformats.org/officeDocument/2006/relationships/image" Target="media/image2099.wmf"/><Relationship Id="rId76" Type="http://schemas.openxmlformats.org/officeDocument/2006/relationships/image" Target="media/image36.wmf"/><Relationship Id="rId807" Type="http://schemas.openxmlformats.org/officeDocument/2006/relationships/oleObject" Target="embeddings/oleObject399.bin"/><Relationship Id="rId1437" Type="http://schemas.openxmlformats.org/officeDocument/2006/relationships/oleObject" Target="embeddings/oleObject714.bin"/><Relationship Id="rId1644" Type="http://schemas.openxmlformats.org/officeDocument/2006/relationships/image" Target="media/image822.wmf"/><Relationship Id="rId1851" Type="http://schemas.openxmlformats.org/officeDocument/2006/relationships/image" Target="media/image928.wmf"/><Relationship Id="rId2902" Type="http://schemas.openxmlformats.org/officeDocument/2006/relationships/oleObject" Target="embeddings/oleObject1444.bin"/><Relationship Id="rId4050" Type="http://schemas.openxmlformats.org/officeDocument/2006/relationships/image" Target="media/image2029.wmf"/><Relationship Id="rId1504" Type="http://schemas.openxmlformats.org/officeDocument/2006/relationships/image" Target="media/image752.wmf"/><Relationship Id="rId1711" Type="http://schemas.openxmlformats.org/officeDocument/2006/relationships/oleObject" Target="embeddings/oleObject851.bin"/><Relationship Id="rId3469" Type="http://schemas.openxmlformats.org/officeDocument/2006/relationships/image" Target="media/image1737.wmf"/><Relationship Id="rId3676" Type="http://schemas.openxmlformats.org/officeDocument/2006/relationships/image" Target="media/image1842.wmf"/><Relationship Id="rId597" Type="http://schemas.openxmlformats.org/officeDocument/2006/relationships/oleObject" Target="embeddings/oleObject296.bin"/><Relationship Id="rId2278" Type="http://schemas.openxmlformats.org/officeDocument/2006/relationships/oleObject" Target="embeddings/oleObject1132.bin"/><Relationship Id="rId2485" Type="http://schemas.openxmlformats.org/officeDocument/2006/relationships/image" Target="media/image1245.wmf"/><Relationship Id="rId3329" Type="http://schemas.openxmlformats.org/officeDocument/2006/relationships/image" Target="media/image1667.wmf"/><Relationship Id="rId3883" Type="http://schemas.openxmlformats.org/officeDocument/2006/relationships/oleObject" Target="embeddings/oleObject1933.bin"/><Relationship Id="rId457" Type="http://schemas.openxmlformats.org/officeDocument/2006/relationships/oleObject" Target="embeddings/oleObject226.bin"/><Relationship Id="rId1087" Type="http://schemas.openxmlformats.org/officeDocument/2006/relationships/oleObject" Target="embeddings/oleObject539.bin"/><Relationship Id="rId1294" Type="http://schemas.openxmlformats.org/officeDocument/2006/relationships/image" Target="media/image647.wmf"/><Relationship Id="rId2138" Type="http://schemas.openxmlformats.org/officeDocument/2006/relationships/oleObject" Target="embeddings/oleObject1062.bin"/><Relationship Id="rId2692" Type="http://schemas.openxmlformats.org/officeDocument/2006/relationships/oleObject" Target="embeddings/oleObject1339.bin"/><Relationship Id="rId3536" Type="http://schemas.openxmlformats.org/officeDocument/2006/relationships/oleObject" Target="embeddings/oleObject1760.bin"/><Relationship Id="rId3743" Type="http://schemas.openxmlformats.org/officeDocument/2006/relationships/oleObject" Target="embeddings/oleObject1863.bin"/><Relationship Id="rId3950" Type="http://schemas.openxmlformats.org/officeDocument/2006/relationships/image" Target="media/image1979.wmf"/><Relationship Id="rId664" Type="http://schemas.openxmlformats.org/officeDocument/2006/relationships/image" Target="media/image331.wmf"/><Relationship Id="rId871" Type="http://schemas.openxmlformats.org/officeDocument/2006/relationships/oleObject" Target="embeddings/oleObject431.bin"/><Relationship Id="rId2345" Type="http://schemas.openxmlformats.org/officeDocument/2006/relationships/image" Target="media/image1175.wmf"/><Relationship Id="rId2552" Type="http://schemas.openxmlformats.org/officeDocument/2006/relationships/oleObject" Target="embeddings/oleObject1269.bin"/><Relationship Id="rId3603" Type="http://schemas.openxmlformats.org/officeDocument/2006/relationships/oleObject" Target="embeddings/oleObject1793.bin"/><Relationship Id="rId3810" Type="http://schemas.openxmlformats.org/officeDocument/2006/relationships/image" Target="media/image1909.wmf"/><Relationship Id="rId317" Type="http://schemas.openxmlformats.org/officeDocument/2006/relationships/oleObject" Target="embeddings/oleObject156.bin"/><Relationship Id="rId524" Type="http://schemas.openxmlformats.org/officeDocument/2006/relationships/image" Target="media/image260.wmf"/><Relationship Id="rId731" Type="http://schemas.openxmlformats.org/officeDocument/2006/relationships/oleObject" Target="embeddings/oleObject361.bin"/><Relationship Id="rId1154" Type="http://schemas.openxmlformats.org/officeDocument/2006/relationships/image" Target="media/image577.wmf"/><Relationship Id="rId1361" Type="http://schemas.openxmlformats.org/officeDocument/2006/relationships/oleObject" Target="embeddings/oleObject676.bin"/><Relationship Id="rId2205" Type="http://schemas.openxmlformats.org/officeDocument/2006/relationships/image" Target="media/image1105.wmf"/><Relationship Id="rId2412" Type="http://schemas.openxmlformats.org/officeDocument/2006/relationships/oleObject" Target="embeddings/oleObject1199.bin"/><Relationship Id="rId1014" Type="http://schemas.openxmlformats.org/officeDocument/2006/relationships/image" Target="media/image507.wmf"/><Relationship Id="rId1221" Type="http://schemas.openxmlformats.org/officeDocument/2006/relationships/oleObject" Target="embeddings/oleObject606.bin"/><Relationship Id="rId4377" Type="http://schemas.openxmlformats.org/officeDocument/2006/relationships/oleObject" Target="embeddings/oleObject2180.bin"/><Relationship Id="rId4584" Type="http://schemas.openxmlformats.org/officeDocument/2006/relationships/image" Target="media/image2298.wmf"/><Relationship Id="rId3186" Type="http://schemas.openxmlformats.org/officeDocument/2006/relationships/oleObject" Target="embeddings/oleObject1586.bin"/><Relationship Id="rId3393" Type="http://schemas.openxmlformats.org/officeDocument/2006/relationships/image" Target="media/image1699.wmf"/><Relationship Id="rId4237" Type="http://schemas.openxmlformats.org/officeDocument/2006/relationships/oleObject" Target="embeddings/oleObject2110.bin"/><Relationship Id="rId4444" Type="http://schemas.openxmlformats.org/officeDocument/2006/relationships/image" Target="media/image2228.wmf"/><Relationship Id="rId4651" Type="http://schemas.openxmlformats.org/officeDocument/2006/relationships/image" Target="media/image2333.wmf"/><Relationship Id="rId3046" Type="http://schemas.openxmlformats.org/officeDocument/2006/relationships/oleObject" Target="embeddings/oleObject1516.bin"/><Relationship Id="rId3253" Type="http://schemas.openxmlformats.org/officeDocument/2006/relationships/image" Target="media/image1629.wmf"/><Relationship Id="rId3460" Type="http://schemas.openxmlformats.org/officeDocument/2006/relationships/oleObject" Target="embeddings/oleObject1723.bin"/><Relationship Id="rId4304" Type="http://schemas.openxmlformats.org/officeDocument/2006/relationships/oleObject" Target="embeddings/oleObject2143.bin"/><Relationship Id="rId174" Type="http://schemas.openxmlformats.org/officeDocument/2006/relationships/image" Target="media/image85.wmf"/><Relationship Id="rId381" Type="http://schemas.openxmlformats.org/officeDocument/2006/relationships/oleObject" Target="embeddings/oleObject188.bin"/><Relationship Id="rId2062" Type="http://schemas.openxmlformats.org/officeDocument/2006/relationships/oleObject" Target="embeddings/oleObject1024.bin"/><Relationship Id="rId3113" Type="http://schemas.openxmlformats.org/officeDocument/2006/relationships/image" Target="media/image1559.wmf"/><Relationship Id="rId4511" Type="http://schemas.openxmlformats.org/officeDocument/2006/relationships/oleObject" Target="embeddings/oleObject2245.bin"/><Relationship Id="rId241" Type="http://schemas.openxmlformats.org/officeDocument/2006/relationships/oleObject" Target="embeddings/oleObject118.bin"/><Relationship Id="rId3320" Type="http://schemas.openxmlformats.org/officeDocument/2006/relationships/oleObject" Target="embeddings/oleObject1653.bin"/><Relationship Id="rId2879" Type="http://schemas.openxmlformats.org/officeDocument/2006/relationships/image" Target="media/image1442.wmf"/><Relationship Id="rId101" Type="http://schemas.openxmlformats.org/officeDocument/2006/relationships/oleObject" Target="embeddings/oleObject48.bin"/><Relationship Id="rId1688" Type="http://schemas.openxmlformats.org/officeDocument/2006/relationships/image" Target="media/image844.wmf"/><Relationship Id="rId1895" Type="http://schemas.openxmlformats.org/officeDocument/2006/relationships/image" Target="media/image950.wmf"/><Relationship Id="rId2739" Type="http://schemas.openxmlformats.org/officeDocument/2006/relationships/image" Target="media/image1372.wmf"/><Relationship Id="rId2946" Type="http://schemas.openxmlformats.org/officeDocument/2006/relationships/oleObject" Target="embeddings/oleObject1466.bin"/><Relationship Id="rId4094" Type="http://schemas.openxmlformats.org/officeDocument/2006/relationships/image" Target="media/image2051.wmf"/><Relationship Id="rId918" Type="http://schemas.openxmlformats.org/officeDocument/2006/relationships/image" Target="media/image459.wmf"/><Relationship Id="rId1548" Type="http://schemas.openxmlformats.org/officeDocument/2006/relationships/image" Target="media/image774.wmf"/><Relationship Id="rId1755" Type="http://schemas.openxmlformats.org/officeDocument/2006/relationships/oleObject" Target="embeddings/oleObject873.bin"/><Relationship Id="rId4161" Type="http://schemas.openxmlformats.org/officeDocument/2006/relationships/oleObject" Target="embeddings/oleObject2072.bin"/><Relationship Id="rId1408" Type="http://schemas.openxmlformats.org/officeDocument/2006/relationships/image" Target="media/image704.wmf"/><Relationship Id="rId1962" Type="http://schemas.openxmlformats.org/officeDocument/2006/relationships/oleObject" Target="embeddings/oleObject974.bin"/><Relationship Id="rId2806" Type="http://schemas.openxmlformats.org/officeDocument/2006/relationships/oleObject" Target="embeddings/oleObject1396.bin"/><Relationship Id="rId4021" Type="http://schemas.openxmlformats.org/officeDocument/2006/relationships/oleObject" Target="embeddings/oleObject2002.bin"/><Relationship Id="rId47" Type="http://schemas.openxmlformats.org/officeDocument/2006/relationships/oleObject" Target="embeddings/oleObject21.bin"/><Relationship Id="rId1615" Type="http://schemas.openxmlformats.org/officeDocument/2006/relationships/oleObject" Target="embeddings/oleObject803.bin"/><Relationship Id="rId1822" Type="http://schemas.openxmlformats.org/officeDocument/2006/relationships/oleObject" Target="embeddings/oleObject906.bin"/><Relationship Id="rId3787" Type="http://schemas.openxmlformats.org/officeDocument/2006/relationships/oleObject" Target="embeddings/oleObject1885.bin"/><Relationship Id="rId3994" Type="http://schemas.openxmlformats.org/officeDocument/2006/relationships/image" Target="media/image2001.wmf"/><Relationship Id="rId2389" Type="http://schemas.openxmlformats.org/officeDocument/2006/relationships/image" Target="media/image1197.wmf"/><Relationship Id="rId2596" Type="http://schemas.openxmlformats.org/officeDocument/2006/relationships/oleObject" Target="embeddings/oleObject1291.bin"/><Relationship Id="rId3647" Type="http://schemas.openxmlformats.org/officeDocument/2006/relationships/oleObject" Target="embeddings/oleObject1815.bin"/><Relationship Id="rId3854" Type="http://schemas.openxmlformats.org/officeDocument/2006/relationships/image" Target="media/image1931.wmf"/><Relationship Id="rId568" Type="http://schemas.openxmlformats.org/officeDocument/2006/relationships/image" Target="media/image282.wmf"/><Relationship Id="rId775" Type="http://schemas.openxmlformats.org/officeDocument/2006/relationships/oleObject" Target="embeddings/oleObject383.bin"/><Relationship Id="rId982" Type="http://schemas.openxmlformats.org/officeDocument/2006/relationships/image" Target="media/image491.wmf"/><Relationship Id="rId1198" Type="http://schemas.openxmlformats.org/officeDocument/2006/relationships/image" Target="media/image599.wmf"/><Relationship Id="rId2249" Type="http://schemas.openxmlformats.org/officeDocument/2006/relationships/image" Target="media/image1127.wmf"/><Relationship Id="rId2456" Type="http://schemas.openxmlformats.org/officeDocument/2006/relationships/oleObject" Target="embeddings/oleObject1221.bin"/><Relationship Id="rId2663" Type="http://schemas.openxmlformats.org/officeDocument/2006/relationships/image" Target="media/image1334.wmf"/><Relationship Id="rId2870" Type="http://schemas.openxmlformats.org/officeDocument/2006/relationships/oleObject" Target="embeddings/oleObject1428.bin"/><Relationship Id="rId3507" Type="http://schemas.openxmlformats.org/officeDocument/2006/relationships/oleObject" Target="embeddings/oleObject1746.bin"/><Relationship Id="rId3714" Type="http://schemas.openxmlformats.org/officeDocument/2006/relationships/image" Target="media/image1861.wmf"/><Relationship Id="rId3921" Type="http://schemas.openxmlformats.org/officeDocument/2006/relationships/oleObject" Target="embeddings/oleObject1952.bin"/><Relationship Id="rId428" Type="http://schemas.openxmlformats.org/officeDocument/2006/relationships/image" Target="media/image212.wmf"/><Relationship Id="rId635" Type="http://schemas.openxmlformats.org/officeDocument/2006/relationships/oleObject" Target="embeddings/oleObject315.bin"/><Relationship Id="rId842" Type="http://schemas.openxmlformats.org/officeDocument/2006/relationships/image" Target="media/image421.wmf"/><Relationship Id="rId1058" Type="http://schemas.openxmlformats.org/officeDocument/2006/relationships/image" Target="media/image529.wmf"/><Relationship Id="rId1265" Type="http://schemas.openxmlformats.org/officeDocument/2006/relationships/oleObject" Target="embeddings/oleObject628.bin"/><Relationship Id="rId1472" Type="http://schemas.openxmlformats.org/officeDocument/2006/relationships/image" Target="media/image736.wmf"/><Relationship Id="rId2109" Type="http://schemas.openxmlformats.org/officeDocument/2006/relationships/image" Target="media/image1057.wmf"/><Relationship Id="rId2316" Type="http://schemas.openxmlformats.org/officeDocument/2006/relationships/oleObject" Target="embeddings/oleObject1151.bin"/><Relationship Id="rId2523" Type="http://schemas.openxmlformats.org/officeDocument/2006/relationships/image" Target="media/image1264.wmf"/><Relationship Id="rId2730" Type="http://schemas.openxmlformats.org/officeDocument/2006/relationships/oleObject" Target="embeddings/oleObject1358.bin"/><Relationship Id="rId702" Type="http://schemas.openxmlformats.org/officeDocument/2006/relationships/oleObject" Target="embeddings/oleObject347.bin"/><Relationship Id="rId1125" Type="http://schemas.openxmlformats.org/officeDocument/2006/relationships/oleObject" Target="embeddings/oleObject558.bin"/><Relationship Id="rId1332" Type="http://schemas.openxmlformats.org/officeDocument/2006/relationships/image" Target="media/image666.wmf"/><Relationship Id="rId4488" Type="http://schemas.openxmlformats.org/officeDocument/2006/relationships/image" Target="media/image2250.wmf"/><Relationship Id="rId3297" Type="http://schemas.openxmlformats.org/officeDocument/2006/relationships/image" Target="media/image1651.wmf"/><Relationship Id="rId4348" Type="http://schemas.openxmlformats.org/officeDocument/2006/relationships/image" Target="media/image2178.wmf"/><Relationship Id="rId3157" Type="http://schemas.openxmlformats.org/officeDocument/2006/relationships/image" Target="media/image1581.wmf"/><Relationship Id="rId4555" Type="http://schemas.openxmlformats.org/officeDocument/2006/relationships/oleObject" Target="embeddings/oleObject2267.bin"/><Relationship Id="rId285" Type="http://schemas.openxmlformats.org/officeDocument/2006/relationships/oleObject" Target="embeddings/oleObject140.bin"/><Relationship Id="rId3364" Type="http://schemas.openxmlformats.org/officeDocument/2006/relationships/oleObject" Target="embeddings/oleObject1675.bin"/><Relationship Id="rId3571" Type="http://schemas.openxmlformats.org/officeDocument/2006/relationships/image" Target="media/image1789.wmf"/><Relationship Id="rId4208" Type="http://schemas.openxmlformats.org/officeDocument/2006/relationships/image" Target="media/image2108.wmf"/><Relationship Id="rId4415" Type="http://schemas.openxmlformats.org/officeDocument/2006/relationships/oleObject" Target="embeddings/oleObject2197.bin"/><Relationship Id="rId4622" Type="http://schemas.openxmlformats.org/officeDocument/2006/relationships/image" Target="media/image2320.wmf"/><Relationship Id="rId492" Type="http://schemas.openxmlformats.org/officeDocument/2006/relationships/image" Target="media/image244.wmf"/><Relationship Id="rId2173" Type="http://schemas.openxmlformats.org/officeDocument/2006/relationships/image" Target="media/image1089.wmf"/><Relationship Id="rId2380" Type="http://schemas.openxmlformats.org/officeDocument/2006/relationships/oleObject" Target="embeddings/oleObject1183.bin"/><Relationship Id="rId3017" Type="http://schemas.openxmlformats.org/officeDocument/2006/relationships/image" Target="media/image1511.wmf"/><Relationship Id="rId3224" Type="http://schemas.openxmlformats.org/officeDocument/2006/relationships/oleObject" Target="embeddings/oleObject1605.bin"/><Relationship Id="rId3431" Type="http://schemas.openxmlformats.org/officeDocument/2006/relationships/image" Target="media/image1718.wmf"/><Relationship Id="rId145" Type="http://schemas.openxmlformats.org/officeDocument/2006/relationships/oleObject" Target="embeddings/oleObject70.bin"/><Relationship Id="rId352" Type="http://schemas.openxmlformats.org/officeDocument/2006/relationships/image" Target="media/image174.wmf"/><Relationship Id="rId2033" Type="http://schemas.openxmlformats.org/officeDocument/2006/relationships/image" Target="media/image1019.wmf"/><Relationship Id="rId2240" Type="http://schemas.openxmlformats.org/officeDocument/2006/relationships/oleObject" Target="embeddings/oleObject1113.bin"/><Relationship Id="rId212" Type="http://schemas.openxmlformats.org/officeDocument/2006/relationships/image" Target="media/image104.wmf"/><Relationship Id="rId1799" Type="http://schemas.openxmlformats.org/officeDocument/2006/relationships/image" Target="media/image900.wmf"/><Relationship Id="rId2100" Type="http://schemas.openxmlformats.org/officeDocument/2006/relationships/oleObject" Target="embeddings/oleObject1043.bin"/><Relationship Id="rId4065" Type="http://schemas.openxmlformats.org/officeDocument/2006/relationships/oleObject" Target="embeddings/oleObject2024.bin"/><Relationship Id="rId4272" Type="http://schemas.openxmlformats.org/officeDocument/2006/relationships/oleObject" Target="embeddings/oleObject2127.bin"/><Relationship Id="rId1659" Type="http://schemas.openxmlformats.org/officeDocument/2006/relationships/oleObject" Target="embeddings/oleObject825.bin"/><Relationship Id="rId1866" Type="http://schemas.openxmlformats.org/officeDocument/2006/relationships/oleObject" Target="embeddings/oleObject926.bin"/><Relationship Id="rId2917" Type="http://schemas.openxmlformats.org/officeDocument/2006/relationships/image" Target="media/image1461.wmf"/><Relationship Id="rId3081" Type="http://schemas.openxmlformats.org/officeDocument/2006/relationships/image" Target="media/image1543.wmf"/><Relationship Id="rId4132" Type="http://schemas.openxmlformats.org/officeDocument/2006/relationships/image" Target="media/image2070.wmf"/><Relationship Id="rId1519" Type="http://schemas.openxmlformats.org/officeDocument/2006/relationships/oleObject" Target="embeddings/oleObject755.bin"/><Relationship Id="rId1726" Type="http://schemas.openxmlformats.org/officeDocument/2006/relationships/image" Target="media/image863.wmf"/><Relationship Id="rId1933" Type="http://schemas.openxmlformats.org/officeDocument/2006/relationships/image" Target="media/image969.wmf"/><Relationship Id="rId18" Type="http://schemas.openxmlformats.org/officeDocument/2006/relationships/image" Target="media/image7.wmf"/><Relationship Id="rId3898" Type="http://schemas.openxmlformats.org/officeDocument/2006/relationships/image" Target="media/image1953.wmf"/><Relationship Id="rId3758" Type="http://schemas.openxmlformats.org/officeDocument/2006/relationships/image" Target="media/image1883.wmf"/><Relationship Id="rId3965" Type="http://schemas.openxmlformats.org/officeDocument/2006/relationships/oleObject" Target="embeddings/oleObject1974.bin"/><Relationship Id="rId679" Type="http://schemas.openxmlformats.org/officeDocument/2006/relationships/oleObject" Target="embeddings/oleObject336.bin"/><Relationship Id="rId886" Type="http://schemas.openxmlformats.org/officeDocument/2006/relationships/image" Target="media/image443.wmf"/><Relationship Id="rId2567" Type="http://schemas.openxmlformats.org/officeDocument/2006/relationships/image" Target="media/image1286.wmf"/><Relationship Id="rId2774" Type="http://schemas.openxmlformats.org/officeDocument/2006/relationships/oleObject" Target="embeddings/oleObject1380.bin"/><Relationship Id="rId3618" Type="http://schemas.openxmlformats.org/officeDocument/2006/relationships/image" Target="media/image1813.wmf"/><Relationship Id="rId2" Type="http://schemas.openxmlformats.org/officeDocument/2006/relationships/numbering" Target="numbering.xml"/><Relationship Id="rId539" Type="http://schemas.openxmlformats.org/officeDocument/2006/relationships/oleObject" Target="embeddings/oleObject267.bin"/><Relationship Id="rId746" Type="http://schemas.openxmlformats.org/officeDocument/2006/relationships/image" Target="media/image373.wmf"/><Relationship Id="rId1169" Type="http://schemas.openxmlformats.org/officeDocument/2006/relationships/oleObject" Target="embeddings/oleObject580.bin"/><Relationship Id="rId1376" Type="http://schemas.openxmlformats.org/officeDocument/2006/relationships/image" Target="media/image688.wmf"/><Relationship Id="rId1583" Type="http://schemas.openxmlformats.org/officeDocument/2006/relationships/oleObject" Target="embeddings/oleObject787.bin"/><Relationship Id="rId2427" Type="http://schemas.openxmlformats.org/officeDocument/2006/relationships/image" Target="media/image1216.wmf"/><Relationship Id="rId2981" Type="http://schemas.openxmlformats.org/officeDocument/2006/relationships/image" Target="media/image1493.wmf"/><Relationship Id="rId3825" Type="http://schemas.openxmlformats.org/officeDocument/2006/relationships/oleObject" Target="embeddings/oleObject1904.bin"/><Relationship Id="rId953" Type="http://schemas.openxmlformats.org/officeDocument/2006/relationships/oleObject" Target="embeddings/oleObject472.bin"/><Relationship Id="rId1029" Type="http://schemas.openxmlformats.org/officeDocument/2006/relationships/oleObject" Target="embeddings/oleObject510.bin"/><Relationship Id="rId1236" Type="http://schemas.openxmlformats.org/officeDocument/2006/relationships/image" Target="media/image618.wmf"/><Relationship Id="rId1790" Type="http://schemas.openxmlformats.org/officeDocument/2006/relationships/oleObject" Target="embeddings/oleObject890.bin"/><Relationship Id="rId2634" Type="http://schemas.openxmlformats.org/officeDocument/2006/relationships/oleObject" Target="embeddings/oleObject1310.bin"/><Relationship Id="rId2841" Type="http://schemas.openxmlformats.org/officeDocument/2006/relationships/image" Target="media/image1423.wmf"/><Relationship Id="rId82" Type="http://schemas.openxmlformats.org/officeDocument/2006/relationships/image" Target="media/image39.wmf"/><Relationship Id="rId606" Type="http://schemas.openxmlformats.org/officeDocument/2006/relationships/image" Target="media/image301.wmf"/><Relationship Id="rId813" Type="http://schemas.openxmlformats.org/officeDocument/2006/relationships/oleObject" Target="embeddings/oleObject402.bin"/><Relationship Id="rId1443" Type="http://schemas.openxmlformats.org/officeDocument/2006/relationships/oleObject" Target="embeddings/oleObject717.bin"/><Relationship Id="rId1650" Type="http://schemas.openxmlformats.org/officeDocument/2006/relationships/image" Target="media/image825.wmf"/><Relationship Id="rId2701" Type="http://schemas.openxmlformats.org/officeDocument/2006/relationships/image" Target="media/image1353.wmf"/><Relationship Id="rId4599" Type="http://schemas.openxmlformats.org/officeDocument/2006/relationships/oleObject" Target="embeddings/oleObject2286.bin"/><Relationship Id="rId1303" Type="http://schemas.openxmlformats.org/officeDocument/2006/relationships/oleObject" Target="embeddings/oleObject647.bin"/><Relationship Id="rId1510" Type="http://schemas.openxmlformats.org/officeDocument/2006/relationships/image" Target="media/image755.wmf"/><Relationship Id="rId4459" Type="http://schemas.openxmlformats.org/officeDocument/2006/relationships/oleObject" Target="embeddings/oleObject2219.bin"/><Relationship Id="rId3268" Type="http://schemas.openxmlformats.org/officeDocument/2006/relationships/oleObject" Target="embeddings/oleObject1627.bin"/><Relationship Id="rId3475" Type="http://schemas.openxmlformats.org/officeDocument/2006/relationships/image" Target="media/image1740.png"/><Relationship Id="rId3682" Type="http://schemas.openxmlformats.org/officeDocument/2006/relationships/image" Target="media/image1845.wmf"/><Relationship Id="rId4319" Type="http://schemas.openxmlformats.org/officeDocument/2006/relationships/image" Target="media/image2164.wmf"/><Relationship Id="rId4526" Type="http://schemas.openxmlformats.org/officeDocument/2006/relationships/image" Target="media/image2269.wmf"/><Relationship Id="rId189" Type="http://schemas.openxmlformats.org/officeDocument/2006/relationships/oleObject" Target="embeddings/oleObject92.bin"/><Relationship Id="rId396" Type="http://schemas.openxmlformats.org/officeDocument/2006/relationships/image" Target="media/image196.wmf"/><Relationship Id="rId2077" Type="http://schemas.openxmlformats.org/officeDocument/2006/relationships/image" Target="media/image1041.wmf"/><Relationship Id="rId2284" Type="http://schemas.openxmlformats.org/officeDocument/2006/relationships/oleObject" Target="embeddings/oleObject1135.bin"/><Relationship Id="rId2491" Type="http://schemas.openxmlformats.org/officeDocument/2006/relationships/image" Target="media/image1248.wmf"/><Relationship Id="rId3128" Type="http://schemas.openxmlformats.org/officeDocument/2006/relationships/oleObject" Target="embeddings/oleObject1557.bin"/><Relationship Id="rId3335" Type="http://schemas.openxmlformats.org/officeDocument/2006/relationships/image" Target="media/image1670.wmf"/><Relationship Id="rId3542" Type="http://schemas.openxmlformats.org/officeDocument/2006/relationships/oleObject" Target="embeddings/oleObject1763.bin"/><Relationship Id="rId256" Type="http://schemas.openxmlformats.org/officeDocument/2006/relationships/image" Target="media/image126.wmf"/><Relationship Id="rId463" Type="http://schemas.openxmlformats.org/officeDocument/2006/relationships/oleObject" Target="embeddings/oleObject229.bin"/><Relationship Id="rId670" Type="http://schemas.openxmlformats.org/officeDocument/2006/relationships/image" Target="media/image334.wmf"/><Relationship Id="rId1093" Type="http://schemas.openxmlformats.org/officeDocument/2006/relationships/oleObject" Target="embeddings/oleObject542.bin"/><Relationship Id="rId2144" Type="http://schemas.openxmlformats.org/officeDocument/2006/relationships/oleObject" Target="embeddings/oleObject1065.bin"/><Relationship Id="rId2351" Type="http://schemas.openxmlformats.org/officeDocument/2006/relationships/image" Target="media/image1178.wmf"/><Relationship Id="rId3402" Type="http://schemas.openxmlformats.org/officeDocument/2006/relationships/oleObject" Target="embeddings/oleObject1694.bin"/><Relationship Id="rId116" Type="http://schemas.openxmlformats.org/officeDocument/2006/relationships/image" Target="media/image56.wmf"/><Relationship Id="rId323" Type="http://schemas.openxmlformats.org/officeDocument/2006/relationships/oleObject" Target="embeddings/oleObject159.bin"/><Relationship Id="rId530" Type="http://schemas.openxmlformats.org/officeDocument/2006/relationships/image" Target="media/image263.wmf"/><Relationship Id="rId1160" Type="http://schemas.openxmlformats.org/officeDocument/2006/relationships/image" Target="media/image580.wmf"/><Relationship Id="rId2004" Type="http://schemas.openxmlformats.org/officeDocument/2006/relationships/oleObject" Target="embeddings/oleObject995.bin"/><Relationship Id="rId2211" Type="http://schemas.openxmlformats.org/officeDocument/2006/relationships/image" Target="media/image1108.wmf"/><Relationship Id="rId4176" Type="http://schemas.openxmlformats.org/officeDocument/2006/relationships/image" Target="media/image2092.wmf"/><Relationship Id="rId1020" Type="http://schemas.openxmlformats.org/officeDocument/2006/relationships/image" Target="media/image510.wmf"/><Relationship Id="rId1977" Type="http://schemas.openxmlformats.org/officeDocument/2006/relationships/image" Target="media/image991.wmf"/><Relationship Id="rId4383" Type="http://schemas.openxmlformats.org/officeDocument/2006/relationships/oleObject" Target="embeddings/oleObject2183.bin"/><Relationship Id="rId4590" Type="http://schemas.openxmlformats.org/officeDocument/2006/relationships/image" Target="media/image2301.wmf"/><Relationship Id="rId1837" Type="http://schemas.openxmlformats.org/officeDocument/2006/relationships/image" Target="media/image919.wmf"/><Relationship Id="rId3192" Type="http://schemas.openxmlformats.org/officeDocument/2006/relationships/oleObject" Target="embeddings/oleObject1589.bin"/><Relationship Id="rId4036" Type="http://schemas.openxmlformats.org/officeDocument/2006/relationships/image" Target="media/image2022.wmf"/><Relationship Id="rId4243" Type="http://schemas.openxmlformats.org/officeDocument/2006/relationships/oleObject" Target="embeddings/oleObject2113.bin"/><Relationship Id="rId4450" Type="http://schemas.openxmlformats.org/officeDocument/2006/relationships/image" Target="media/image2231.wmf"/><Relationship Id="rId3052" Type="http://schemas.openxmlformats.org/officeDocument/2006/relationships/oleObject" Target="embeddings/oleObject1519.bin"/><Relationship Id="rId4103" Type="http://schemas.openxmlformats.org/officeDocument/2006/relationships/oleObject" Target="embeddings/oleObject2043.bin"/><Relationship Id="rId4310" Type="http://schemas.openxmlformats.org/officeDocument/2006/relationships/oleObject" Target="embeddings/oleObject2146.bin"/><Relationship Id="rId180" Type="http://schemas.openxmlformats.org/officeDocument/2006/relationships/image" Target="media/image88.wmf"/><Relationship Id="rId1904" Type="http://schemas.openxmlformats.org/officeDocument/2006/relationships/oleObject" Target="embeddings/oleObject945.bin"/><Relationship Id="rId3869" Type="http://schemas.openxmlformats.org/officeDocument/2006/relationships/oleObject" Target="embeddings/oleObject1926.bin"/><Relationship Id="rId997" Type="http://schemas.openxmlformats.org/officeDocument/2006/relationships/oleObject" Target="embeddings/oleObject494.bin"/><Relationship Id="rId2678" Type="http://schemas.openxmlformats.org/officeDocument/2006/relationships/oleObject" Target="embeddings/oleObject1332.bin"/><Relationship Id="rId2885" Type="http://schemas.openxmlformats.org/officeDocument/2006/relationships/image" Target="media/image1445.wmf"/><Relationship Id="rId3729" Type="http://schemas.openxmlformats.org/officeDocument/2006/relationships/oleObject" Target="embeddings/oleObject1856.bin"/><Relationship Id="rId3936" Type="http://schemas.openxmlformats.org/officeDocument/2006/relationships/image" Target="media/image1972.wmf"/><Relationship Id="rId857" Type="http://schemas.openxmlformats.org/officeDocument/2006/relationships/oleObject" Target="embeddings/oleObject424.bin"/><Relationship Id="rId1487" Type="http://schemas.openxmlformats.org/officeDocument/2006/relationships/oleObject" Target="embeddings/oleObject739.bin"/><Relationship Id="rId1694" Type="http://schemas.openxmlformats.org/officeDocument/2006/relationships/image" Target="media/image847.wmf"/><Relationship Id="rId2538" Type="http://schemas.openxmlformats.org/officeDocument/2006/relationships/oleObject" Target="embeddings/oleObject1262.bin"/><Relationship Id="rId2745" Type="http://schemas.openxmlformats.org/officeDocument/2006/relationships/image" Target="media/image1375.wmf"/><Relationship Id="rId2952" Type="http://schemas.openxmlformats.org/officeDocument/2006/relationships/oleObject" Target="embeddings/oleObject1469.bin"/><Relationship Id="rId717" Type="http://schemas.openxmlformats.org/officeDocument/2006/relationships/image" Target="media/image358.wmf"/><Relationship Id="rId924" Type="http://schemas.openxmlformats.org/officeDocument/2006/relationships/image" Target="media/image462.wmf"/><Relationship Id="rId1347" Type="http://schemas.openxmlformats.org/officeDocument/2006/relationships/oleObject" Target="embeddings/oleObject669.bin"/><Relationship Id="rId1554" Type="http://schemas.openxmlformats.org/officeDocument/2006/relationships/image" Target="media/image777.wmf"/><Relationship Id="rId1761" Type="http://schemas.openxmlformats.org/officeDocument/2006/relationships/oleObject" Target="embeddings/oleObject876.bin"/><Relationship Id="rId2605" Type="http://schemas.openxmlformats.org/officeDocument/2006/relationships/image" Target="media/image1305.wmf"/><Relationship Id="rId2812" Type="http://schemas.openxmlformats.org/officeDocument/2006/relationships/oleObject" Target="embeddings/oleObject1399.bin"/><Relationship Id="rId53" Type="http://schemas.openxmlformats.org/officeDocument/2006/relationships/oleObject" Target="embeddings/oleObject24.bin"/><Relationship Id="rId1207" Type="http://schemas.openxmlformats.org/officeDocument/2006/relationships/oleObject" Target="embeddings/oleObject599.bin"/><Relationship Id="rId1414" Type="http://schemas.openxmlformats.org/officeDocument/2006/relationships/image" Target="media/image707.wmf"/><Relationship Id="rId1621" Type="http://schemas.openxmlformats.org/officeDocument/2006/relationships/oleObject" Target="embeddings/oleObject806.bin"/><Relationship Id="rId3379" Type="http://schemas.openxmlformats.org/officeDocument/2006/relationships/image" Target="media/image1692.wmf"/><Relationship Id="rId3586" Type="http://schemas.openxmlformats.org/officeDocument/2006/relationships/image" Target="media/image1797.wmf"/><Relationship Id="rId3793" Type="http://schemas.openxmlformats.org/officeDocument/2006/relationships/oleObject" Target="embeddings/oleObject1888.bin"/><Relationship Id="rId4637" Type="http://schemas.openxmlformats.org/officeDocument/2006/relationships/image" Target="media/image2327.wmf"/><Relationship Id="rId2188" Type="http://schemas.openxmlformats.org/officeDocument/2006/relationships/oleObject" Target="embeddings/oleObject1087.bin"/><Relationship Id="rId2395" Type="http://schemas.openxmlformats.org/officeDocument/2006/relationships/image" Target="media/image1200.wmf"/><Relationship Id="rId3239" Type="http://schemas.openxmlformats.org/officeDocument/2006/relationships/image" Target="media/image1622.wmf"/><Relationship Id="rId3446" Type="http://schemas.openxmlformats.org/officeDocument/2006/relationships/oleObject" Target="embeddings/oleObject1716.bin"/><Relationship Id="rId367" Type="http://schemas.openxmlformats.org/officeDocument/2006/relationships/oleObject" Target="embeddings/oleObject181.bin"/><Relationship Id="rId574" Type="http://schemas.openxmlformats.org/officeDocument/2006/relationships/image" Target="media/image285.wmf"/><Relationship Id="rId2048" Type="http://schemas.openxmlformats.org/officeDocument/2006/relationships/oleObject" Target="embeddings/oleObject1017.bin"/><Relationship Id="rId2255" Type="http://schemas.openxmlformats.org/officeDocument/2006/relationships/image" Target="media/image1130.wmf"/><Relationship Id="rId3653" Type="http://schemas.openxmlformats.org/officeDocument/2006/relationships/oleObject" Target="embeddings/oleObject1818.bin"/><Relationship Id="rId3860" Type="http://schemas.openxmlformats.org/officeDocument/2006/relationships/image" Target="media/image1934.wmf"/><Relationship Id="rId227" Type="http://schemas.openxmlformats.org/officeDocument/2006/relationships/oleObject" Target="embeddings/oleObject111.bin"/><Relationship Id="rId781" Type="http://schemas.openxmlformats.org/officeDocument/2006/relationships/oleObject" Target="embeddings/oleObject386.bin"/><Relationship Id="rId2462" Type="http://schemas.openxmlformats.org/officeDocument/2006/relationships/oleObject" Target="embeddings/oleObject1224.bin"/><Relationship Id="rId3306" Type="http://schemas.openxmlformats.org/officeDocument/2006/relationships/oleObject" Target="embeddings/oleObject1646.bin"/><Relationship Id="rId3513" Type="http://schemas.openxmlformats.org/officeDocument/2006/relationships/oleObject" Target="embeddings/oleObject1749.bin"/><Relationship Id="rId3720" Type="http://schemas.openxmlformats.org/officeDocument/2006/relationships/image" Target="media/image1864.wmf"/><Relationship Id="rId434" Type="http://schemas.openxmlformats.org/officeDocument/2006/relationships/image" Target="media/image215.wmf"/><Relationship Id="rId641" Type="http://schemas.openxmlformats.org/officeDocument/2006/relationships/oleObject" Target="embeddings/oleObject318.bin"/><Relationship Id="rId1064" Type="http://schemas.openxmlformats.org/officeDocument/2006/relationships/image" Target="media/image532.wmf"/><Relationship Id="rId1271" Type="http://schemas.openxmlformats.org/officeDocument/2006/relationships/oleObject" Target="embeddings/oleObject631.bin"/><Relationship Id="rId2115" Type="http://schemas.openxmlformats.org/officeDocument/2006/relationships/image" Target="media/image1060.wmf"/><Relationship Id="rId2322" Type="http://schemas.openxmlformats.org/officeDocument/2006/relationships/oleObject" Target="embeddings/oleObject1154.bin"/><Relationship Id="rId501" Type="http://schemas.openxmlformats.org/officeDocument/2006/relationships/oleObject" Target="embeddings/oleObject248.bin"/><Relationship Id="rId1131" Type="http://schemas.openxmlformats.org/officeDocument/2006/relationships/oleObject" Target="embeddings/oleObject561.bin"/><Relationship Id="rId4287" Type="http://schemas.openxmlformats.org/officeDocument/2006/relationships/image" Target="media/image2148.wmf"/><Relationship Id="rId4494" Type="http://schemas.openxmlformats.org/officeDocument/2006/relationships/image" Target="media/image2253.wmf"/><Relationship Id="rId3096" Type="http://schemas.openxmlformats.org/officeDocument/2006/relationships/oleObject" Target="embeddings/oleObject1541.bin"/><Relationship Id="rId4147" Type="http://schemas.openxmlformats.org/officeDocument/2006/relationships/oleObject" Target="embeddings/oleObject2065.bin"/><Relationship Id="rId4354" Type="http://schemas.openxmlformats.org/officeDocument/2006/relationships/image" Target="media/image2181.wmf"/><Relationship Id="rId4561" Type="http://schemas.openxmlformats.org/officeDocument/2006/relationships/oleObject" Target="embeddings/oleObject2270.bin"/><Relationship Id="rId1948" Type="http://schemas.openxmlformats.org/officeDocument/2006/relationships/oleObject" Target="embeddings/oleObject967.bin"/><Relationship Id="rId3163" Type="http://schemas.openxmlformats.org/officeDocument/2006/relationships/image" Target="media/image1584.wmf"/><Relationship Id="rId3370" Type="http://schemas.openxmlformats.org/officeDocument/2006/relationships/oleObject" Target="embeddings/oleObject1678.bin"/><Relationship Id="rId4007" Type="http://schemas.openxmlformats.org/officeDocument/2006/relationships/oleObject" Target="embeddings/oleObject1995.bin"/><Relationship Id="rId4214" Type="http://schemas.openxmlformats.org/officeDocument/2006/relationships/image" Target="media/image2111.wmf"/><Relationship Id="rId4421" Type="http://schemas.openxmlformats.org/officeDocument/2006/relationships/oleObject" Target="embeddings/oleObject2200.bin"/><Relationship Id="rId291" Type="http://schemas.openxmlformats.org/officeDocument/2006/relationships/oleObject" Target="embeddings/oleObject143.bin"/><Relationship Id="rId1808" Type="http://schemas.openxmlformats.org/officeDocument/2006/relationships/oleObject" Target="embeddings/oleObject899.bin"/><Relationship Id="rId3023" Type="http://schemas.openxmlformats.org/officeDocument/2006/relationships/image" Target="media/image1514.wmf"/><Relationship Id="rId151" Type="http://schemas.openxmlformats.org/officeDocument/2006/relationships/oleObject" Target="embeddings/oleObject73.bin"/><Relationship Id="rId3230" Type="http://schemas.openxmlformats.org/officeDocument/2006/relationships/oleObject" Target="embeddings/oleObject1608.bin"/><Relationship Id="rId2789" Type="http://schemas.openxmlformats.org/officeDocument/2006/relationships/image" Target="media/image1397.wmf"/><Relationship Id="rId2996" Type="http://schemas.openxmlformats.org/officeDocument/2006/relationships/oleObject" Target="embeddings/oleObject1491.bin"/><Relationship Id="rId968" Type="http://schemas.openxmlformats.org/officeDocument/2006/relationships/image" Target="media/image484.wmf"/><Relationship Id="rId1598" Type="http://schemas.openxmlformats.org/officeDocument/2006/relationships/image" Target="media/image799.wmf"/><Relationship Id="rId2649" Type="http://schemas.openxmlformats.org/officeDocument/2006/relationships/image" Target="media/image1327.wmf"/><Relationship Id="rId2856" Type="http://schemas.openxmlformats.org/officeDocument/2006/relationships/oleObject" Target="embeddings/oleObject1421.bin"/><Relationship Id="rId3907" Type="http://schemas.openxmlformats.org/officeDocument/2006/relationships/oleObject" Target="embeddings/oleObject1945.bin"/><Relationship Id="rId97" Type="http://schemas.openxmlformats.org/officeDocument/2006/relationships/oleObject" Target="embeddings/oleObject46.bin"/><Relationship Id="rId828" Type="http://schemas.openxmlformats.org/officeDocument/2006/relationships/image" Target="media/image414.wmf"/><Relationship Id="rId1458" Type="http://schemas.openxmlformats.org/officeDocument/2006/relationships/image" Target="media/image729.wmf"/><Relationship Id="rId1665" Type="http://schemas.openxmlformats.org/officeDocument/2006/relationships/oleObject" Target="embeddings/oleObject828.bin"/><Relationship Id="rId1872" Type="http://schemas.openxmlformats.org/officeDocument/2006/relationships/oleObject" Target="embeddings/oleObject929.bin"/><Relationship Id="rId2509" Type="http://schemas.openxmlformats.org/officeDocument/2006/relationships/image" Target="media/image1257.wmf"/><Relationship Id="rId2716" Type="http://schemas.openxmlformats.org/officeDocument/2006/relationships/oleObject" Target="embeddings/oleObject1351.bin"/><Relationship Id="rId4071" Type="http://schemas.openxmlformats.org/officeDocument/2006/relationships/oleObject" Target="embeddings/oleObject2027.bin"/><Relationship Id="rId1318" Type="http://schemas.openxmlformats.org/officeDocument/2006/relationships/image" Target="media/image659.wmf"/><Relationship Id="rId1525" Type="http://schemas.openxmlformats.org/officeDocument/2006/relationships/oleObject" Target="embeddings/oleObject758.bin"/><Relationship Id="rId2923" Type="http://schemas.openxmlformats.org/officeDocument/2006/relationships/image" Target="media/image1464.wmf"/><Relationship Id="rId1732" Type="http://schemas.openxmlformats.org/officeDocument/2006/relationships/image" Target="media/image866.wmf"/><Relationship Id="rId24" Type="http://schemas.openxmlformats.org/officeDocument/2006/relationships/image" Target="media/image10.wmf"/><Relationship Id="rId2299" Type="http://schemas.openxmlformats.org/officeDocument/2006/relationships/image" Target="media/image1152.wmf"/><Relationship Id="rId3697" Type="http://schemas.openxmlformats.org/officeDocument/2006/relationships/oleObject" Target="embeddings/oleObject1840.bin"/><Relationship Id="rId3557" Type="http://schemas.openxmlformats.org/officeDocument/2006/relationships/image" Target="media/image1782.wmf"/><Relationship Id="rId3764" Type="http://schemas.openxmlformats.org/officeDocument/2006/relationships/image" Target="media/image1886.wmf"/><Relationship Id="rId3971" Type="http://schemas.openxmlformats.org/officeDocument/2006/relationships/oleObject" Target="embeddings/oleObject1977.bin"/><Relationship Id="rId4608" Type="http://schemas.openxmlformats.org/officeDocument/2006/relationships/image" Target="media/image2313.wmf"/><Relationship Id="rId478" Type="http://schemas.openxmlformats.org/officeDocument/2006/relationships/image" Target="media/image237.wmf"/><Relationship Id="rId685" Type="http://schemas.openxmlformats.org/officeDocument/2006/relationships/oleObject" Target="embeddings/oleObject339.bin"/><Relationship Id="rId892" Type="http://schemas.openxmlformats.org/officeDocument/2006/relationships/image" Target="media/image446.wmf"/><Relationship Id="rId2159" Type="http://schemas.openxmlformats.org/officeDocument/2006/relationships/image" Target="media/image1082.wmf"/><Relationship Id="rId2366" Type="http://schemas.openxmlformats.org/officeDocument/2006/relationships/oleObject" Target="embeddings/oleObject1176.bin"/><Relationship Id="rId2573" Type="http://schemas.openxmlformats.org/officeDocument/2006/relationships/image" Target="media/image1289.wmf"/><Relationship Id="rId2780" Type="http://schemas.openxmlformats.org/officeDocument/2006/relationships/oleObject" Target="embeddings/oleObject1383.bin"/><Relationship Id="rId3417" Type="http://schemas.openxmlformats.org/officeDocument/2006/relationships/image" Target="media/image1711.wmf"/><Relationship Id="rId3624" Type="http://schemas.openxmlformats.org/officeDocument/2006/relationships/image" Target="media/image1816.wmf"/><Relationship Id="rId3831" Type="http://schemas.openxmlformats.org/officeDocument/2006/relationships/oleObject" Target="embeddings/oleObject1907.bin"/><Relationship Id="rId338" Type="http://schemas.openxmlformats.org/officeDocument/2006/relationships/image" Target="media/image167.wmf"/><Relationship Id="rId545" Type="http://schemas.openxmlformats.org/officeDocument/2006/relationships/oleObject" Target="embeddings/oleObject270.bin"/><Relationship Id="rId752" Type="http://schemas.openxmlformats.org/officeDocument/2006/relationships/image" Target="media/image376.wmf"/><Relationship Id="rId1175" Type="http://schemas.openxmlformats.org/officeDocument/2006/relationships/oleObject" Target="embeddings/oleObject583.bin"/><Relationship Id="rId1382" Type="http://schemas.openxmlformats.org/officeDocument/2006/relationships/image" Target="media/image691.wmf"/><Relationship Id="rId2019" Type="http://schemas.openxmlformats.org/officeDocument/2006/relationships/image" Target="media/image1012.wmf"/><Relationship Id="rId2226" Type="http://schemas.openxmlformats.org/officeDocument/2006/relationships/oleObject" Target="embeddings/oleObject1106.bin"/><Relationship Id="rId2433" Type="http://schemas.openxmlformats.org/officeDocument/2006/relationships/image" Target="media/image1219.wmf"/><Relationship Id="rId2640" Type="http://schemas.openxmlformats.org/officeDocument/2006/relationships/oleObject" Target="embeddings/oleObject1313.bin"/><Relationship Id="rId405" Type="http://schemas.openxmlformats.org/officeDocument/2006/relationships/oleObject" Target="embeddings/oleObject200.bin"/><Relationship Id="rId612" Type="http://schemas.openxmlformats.org/officeDocument/2006/relationships/image" Target="media/image304.wmf"/><Relationship Id="rId1035" Type="http://schemas.openxmlformats.org/officeDocument/2006/relationships/oleObject" Target="embeddings/oleObject513.bin"/><Relationship Id="rId1242" Type="http://schemas.openxmlformats.org/officeDocument/2006/relationships/image" Target="media/image621.wmf"/><Relationship Id="rId2500" Type="http://schemas.openxmlformats.org/officeDocument/2006/relationships/oleObject" Target="embeddings/oleObject1243.bin"/><Relationship Id="rId4398" Type="http://schemas.openxmlformats.org/officeDocument/2006/relationships/image" Target="media/image2205.wmf"/><Relationship Id="rId1102" Type="http://schemas.openxmlformats.org/officeDocument/2006/relationships/image" Target="media/image551.wmf"/><Relationship Id="rId4258" Type="http://schemas.openxmlformats.org/officeDocument/2006/relationships/image" Target="media/image2133.emf"/><Relationship Id="rId4465" Type="http://schemas.openxmlformats.org/officeDocument/2006/relationships/oleObject" Target="embeddings/oleObject2222.bin"/><Relationship Id="rId3067" Type="http://schemas.openxmlformats.org/officeDocument/2006/relationships/image" Target="media/image1536.wmf"/><Relationship Id="rId3274" Type="http://schemas.openxmlformats.org/officeDocument/2006/relationships/oleObject" Target="embeddings/oleObject1630.bin"/><Relationship Id="rId4118" Type="http://schemas.openxmlformats.org/officeDocument/2006/relationships/image" Target="media/image2063.wmf"/><Relationship Id="rId195" Type="http://schemas.openxmlformats.org/officeDocument/2006/relationships/oleObject" Target="embeddings/oleObject95.bin"/><Relationship Id="rId1919" Type="http://schemas.openxmlformats.org/officeDocument/2006/relationships/image" Target="media/image962.wmf"/><Relationship Id="rId3481" Type="http://schemas.openxmlformats.org/officeDocument/2006/relationships/oleObject" Target="embeddings/oleObject1733.bin"/><Relationship Id="rId4325" Type="http://schemas.openxmlformats.org/officeDocument/2006/relationships/image" Target="media/image2167.wmf"/><Relationship Id="rId4532" Type="http://schemas.openxmlformats.org/officeDocument/2006/relationships/image" Target="media/image2272.wmf"/><Relationship Id="rId2083" Type="http://schemas.openxmlformats.org/officeDocument/2006/relationships/image" Target="media/image1044.wmf"/><Relationship Id="rId2290" Type="http://schemas.openxmlformats.org/officeDocument/2006/relationships/oleObject" Target="embeddings/oleObject1138.bin"/><Relationship Id="rId3134" Type="http://schemas.openxmlformats.org/officeDocument/2006/relationships/oleObject" Target="embeddings/oleObject1560.bin"/><Relationship Id="rId3341" Type="http://schemas.openxmlformats.org/officeDocument/2006/relationships/image" Target="media/image1673.wmf"/><Relationship Id="rId262" Type="http://schemas.openxmlformats.org/officeDocument/2006/relationships/image" Target="media/image129.wmf"/><Relationship Id="rId2150" Type="http://schemas.openxmlformats.org/officeDocument/2006/relationships/oleObject" Target="embeddings/oleObject1068.bin"/><Relationship Id="rId3201" Type="http://schemas.openxmlformats.org/officeDocument/2006/relationships/image" Target="media/image1603.wmf"/><Relationship Id="rId122" Type="http://schemas.openxmlformats.org/officeDocument/2006/relationships/image" Target="media/image59.wmf"/><Relationship Id="rId2010" Type="http://schemas.openxmlformats.org/officeDocument/2006/relationships/oleObject" Target="embeddings/oleObject998.bin"/><Relationship Id="rId1569" Type="http://schemas.openxmlformats.org/officeDocument/2006/relationships/oleObject" Target="embeddings/oleObject780.bin"/><Relationship Id="rId2967" Type="http://schemas.openxmlformats.org/officeDocument/2006/relationships/image" Target="media/image1486.wmf"/><Relationship Id="rId4182" Type="http://schemas.openxmlformats.org/officeDocument/2006/relationships/image" Target="media/image2095.wmf"/><Relationship Id="rId939" Type="http://schemas.openxmlformats.org/officeDocument/2006/relationships/oleObject" Target="embeddings/oleObject465.bin"/><Relationship Id="rId1776" Type="http://schemas.openxmlformats.org/officeDocument/2006/relationships/image" Target="media/image888.wmf"/><Relationship Id="rId1983" Type="http://schemas.openxmlformats.org/officeDocument/2006/relationships/image" Target="media/image994.wmf"/><Relationship Id="rId2827" Type="http://schemas.openxmlformats.org/officeDocument/2006/relationships/image" Target="media/image1416.wmf"/><Relationship Id="rId4042" Type="http://schemas.openxmlformats.org/officeDocument/2006/relationships/image" Target="media/image2025.wmf"/><Relationship Id="rId68" Type="http://schemas.openxmlformats.org/officeDocument/2006/relationships/image" Target="media/image32.wmf"/><Relationship Id="rId1429" Type="http://schemas.openxmlformats.org/officeDocument/2006/relationships/oleObject" Target="embeddings/oleObject710.bin"/><Relationship Id="rId1636" Type="http://schemas.openxmlformats.org/officeDocument/2006/relationships/image" Target="media/image818.wmf"/><Relationship Id="rId1843" Type="http://schemas.openxmlformats.org/officeDocument/2006/relationships/image" Target="media/image924.wmf"/><Relationship Id="rId1703" Type="http://schemas.openxmlformats.org/officeDocument/2006/relationships/oleObject" Target="embeddings/oleObject847.bin"/><Relationship Id="rId1910" Type="http://schemas.openxmlformats.org/officeDocument/2006/relationships/oleObject" Target="embeddings/oleObject948.bin"/><Relationship Id="rId3668" Type="http://schemas.openxmlformats.org/officeDocument/2006/relationships/image" Target="media/image1838.wmf"/><Relationship Id="rId3875" Type="http://schemas.openxmlformats.org/officeDocument/2006/relationships/oleObject" Target="embeddings/oleObject1929.bin"/><Relationship Id="rId589" Type="http://schemas.openxmlformats.org/officeDocument/2006/relationships/oleObject" Target="embeddings/oleObject292.bin"/><Relationship Id="rId796" Type="http://schemas.openxmlformats.org/officeDocument/2006/relationships/image" Target="media/image398.wmf"/><Relationship Id="rId2477" Type="http://schemas.openxmlformats.org/officeDocument/2006/relationships/image" Target="media/image1241.wmf"/><Relationship Id="rId2684" Type="http://schemas.openxmlformats.org/officeDocument/2006/relationships/oleObject" Target="embeddings/oleObject1335.bin"/><Relationship Id="rId3528" Type="http://schemas.openxmlformats.org/officeDocument/2006/relationships/image" Target="media/image1767.wmf"/><Relationship Id="rId3735" Type="http://schemas.openxmlformats.org/officeDocument/2006/relationships/oleObject" Target="embeddings/oleObject1859.bin"/><Relationship Id="rId449" Type="http://schemas.openxmlformats.org/officeDocument/2006/relationships/oleObject" Target="embeddings/oleObject222.bin"/><Relationship Id="rId656" Type="http://schemas.openxmlformats.org/officeDocument/2006/relationships/oleObject" Target="embeddings/oleObject325.bin"/><Relationship Id="rId863" Type="http://schemas.openxmlformats.org/officeDocument/2006/relationships/oleObject" Target="embeddings/oleObject427.bin"/><Relationship Id="rId1079" Type="http://schemas.openxmlformats.org/officeDocument/2006/relationships/oleObject" Target="embeddings/oleObject535.bin"/><Relationship Id="rId1286" Type="http://schemas.openxmlformats.org/officeDocument/2006/relationships/image" Target="media/image643.wmf"/><Relationship Id="rId1493" Type="http://schemas.openxmlformats.org/officeDocument/2006/relationships/oleObject" Target="embeddings/oleObject742.bin"/><Relationship Id="rId2337" Type="http://schemas.openxmlformats.org/officeDocument/2006/relationships/image" Target="media/image1171.wmf"/><Relationship Id="rId2544" Type="http://schemas.openxmlformats.org/officeDocument/2006/relationships/oleObject" Target="embeddings/oleObject1265.bin"/><Relationship Id="rId2891" Type="http://schemas.openxmlformats.org/officeDocument/2006/relationships/image" Target="media/image1448.wmf"/><Relationship Id="rId3942" Type="http://schemas.openxmlformats.org/officeDocument/2006/relationships/image" Target="media/image1975.wmf"/><Relationship Id="rId309" Type="http://schemas.openxmlformats.org/officeDocument/2006/relationships/oleObject" Target="embeddings/oleObject152.bin"/><Relationship Id="rId516" Type="http://schemas.openxmlformats.org/officeDocument/2006/relationships/image" Target="media/image256.wmf"/><Relationship Id="rId1146" Type="http://schemas.openxmlformats.org/officeDocument/2006/relationships/image" Target="media/image573.wmf"/><Relationship Id="rId2751" Type="http://schemas.openxmlformats.org/officeDocument/2006/relationships/image" Target="media/image1378.wmf"/><Relationship Id="rId3802" Type="http://schemas.openxmlformats.org/officeDocument/2006/relationships/image" Target="media/image1905.wmf"/><Relationship Id="rId723" Type="http://schemas.openxmlformats.org/officeDocument/2006/relationships/oleObject" Target="embeddings/oleObject357.bin"/><Relationship Id="rId930" Type="http://schemas.openxmlformats.org/officeDocument/2006/relationships/image" Target="media/image465.wmf"/><Relationship Id="rId1006" Type="http://schemas.openxmlformats.org/officeDocument/2006/relationships/image" Target="media/image503.wmf"/><Relationship Id="rId1353" Type="http://schemas.openxmlformats.org/officeDocument/2006/relationships/oleObject" Target="embeddings/oleObject672.bin"/><Relationship Id="rId1560" Type="http://schemas.openxmlformats.org/officeDocument/2006/relationships/image" Target="media/image780.wmf"/><Relationship Id="rId2404" Type="http://schemas.openxmlformats.org/officeDocument/2006/relationships/oleObject" Target="embeddings/oleObject1195.bin"/><Relationship Id="rId2611" Type="http://schemas.openxmlformats.org/officeDocument/2006/relationships/image" Target="media/image1308.wmf"/><Relationship Id="rId1213" Type="http://schemas.openxmlformats.org/officeDocument/2006/relationships/oleObject" Target="embeddings/oleObject602.bin"/><Relationship Id="rId1420" Type="http://schemas.openxmlformats.org/officeDocument/2006/relationships/image" Target="media/image710.wmf"/><Relationship Id="rId4369" Type="http://schemas.openxmlformats.org/officeDocument/2006/relationships/oleObject" Target="embeddings/oleObject2176.bin"/><Relationship Id="rId4576" Type="http://schemas.openxmlformats.org/officeDocument/2006/relationships/image" Target="media/image2294.wmf"/><Relationship Id="rId3178" Type="http://schemas.openxmlformats.org/officeDocument/2006/relationships/oleObject" Target="embeddings/oleObject1582.bin"/><Relationship Id="rId3385" Type="http://schemas.openxmlformats.org/officeDocument/2006/relationships/image" Target="media/image1695.wmf"/><Relationship Id="rId3592" Type="http://schemas.openxmlformats.org/officeDocument/2006/relationships/image" Target="media/image1800.wmf"/><Relationship Id="rId4229" Type="http://schemas.openxmlformats.org/officeDocument/2006/relationships/oleObject" Target="embeddings/oleObject2106.bin"/><Relationship Id="rId4436" Type="http://schemas.openxmlformats.org/officeDocument/2006/relationships/image" Target="media/image2224.wmf"/><Relationship Id="rId4643" Type="http://schemas.openxmlformats.org/officeDocument/2006/relationships/image" Target="media/image2329.wmf"/><Relationship Id="rId2194" Type="http://schemas.openxmlformats.org/officeDocument/2006/relationships/oleObject" Target="embeddings/oleObject1090.bin"/><Relationship Id="rId3038" Type="http://schemas.openxmlformats.org/officeDocument/2006/relationships/oleObject" Target="embeddings/oleObject1512.bin"/><Relationship Id="rId3245" Type="http://schemas.openxmlformats.org/officeDocument/2006/relationships/image" Target="media/image1625.wmf"/><Relationship Id="rId3452" Type="http://schemas.openxmlformats.org/officeDocument/2006/relationships/oleObject" Target="embeddings/oleObject1719.bin"/><Relationship Id="rId4503" Type="http://schemas.openxmlformats.org/officeDocument/2006/relationships/oleObject" Target="embeddings/oleObject2241.bin"/><Relationship Id="rId166" Type="http://schemas.openxmlformats.org/officeDocument/2006/relationships/image" Target="media/image81.wmf"/><Relationship Id="rId373" Type="http://schemas.openxmlformats.org/officeDocument/2006/relationships/oleObject" Target="embeddings/oleObject184.bin"/><Relationship Id="rId580" Type="http://schemas.openxmlformats.org/officeDocument/2006/relationships/image" Target="media/image288.wmf"/><Relationship Id="rId2054" Type="http://schemas.openxmlformats.org/officeDocument/2006/relationships/oleObject" Target="embeddings/oleObject1020.bin"/><Relationship Id="rId2261" Type="http://schemas.openxmlformats.org/officeDocument/2006/relationships/image" Target="media/image1133.wmf"/><Relationship Id="rId3105" Type="http://schemas.openxmlformats.org/officeDocument/2006/relationships/image" Target="media/image1555.wmf"/><Relationship Id="rId3312" Type="http://schemas.openxmlformats.org/officeDocument/2006/relationships/oleObject" Target="embeddings/oleObject1649.bin"/><Relationship Id="rId233" Type="http://schemas.openxmlformats.org/officeDocument/2006/relationships/oleObject" Target="embeddings/oleObject114.bin"/><Relationship Id="rId440" Type="http://schemas.openxmlformats.org/officeDocument/2006/relationships/image" Target="media/image218.wmf"/><Relationship Id="rId1070" Type="http://schemas.openxmlformats.org/officeDocument/2006/relationships/image" Target="media/image535.wmf"/><Relationship Id="rId2121" Type="http://schemas.openxmlformats.org/officeDocument/2006/relationships/image" Target="media/image1063.wmf"/><Relationship Id="rId300" Type="http://schemas.openxmlformats.org/officeDocument/2006/relationships/image" Target="media/image148.wmf"/><Relationship Id="rId4086" Type="http://schemas.openxmlformats.org/officeDocument/2006/relationships/image" Target="media/image2047.wmf"/><Relationship Id="rId1887" Type="http://schemas.openxmlformats.org/officeDocument/2006/relationships/image" Target="media/image946.wmf"/><Relationship Id="rId2938" Type="http://schemas.openxmlformats.org/officeDocument/2006/relationships/oleObject" Target="embeddings/oleObject1462.bin"/><Relationship Id="rId4293" Type="http://schemas.openxmlformats.org/officeDocument/2006/relationships/image" Target="media/image2151.wmf"/><Relationship Id="rId1747" Type="http://schemas.openxmlformats.org/officeDocument/2006/relationships/oleObject" Target="embeddings/oleObject869.bin"/><Relationship Id="rId1954" Type="http://schemas.openxmlformats.org/officeDocument/2006/relationships/oleObject" Target="embeddings/oleObject970.bin"/><Relationship Id="rId4153" Type="http://schemas.openxmlformats.org/officeDocument/2006/relationships/oleObject" Target="embeddings/oleObject2068.bin"/><Relationship Id="rId4360" Type="http://schemas.openxmlformats.org/officeDocument/2006/relationships/image" Target="media/image2184.wmf"/><Relationship Id="rId39" Type="http://schemas.openxmlformats.org/officeDocument/2006/relationships/oleObject" Target="embeddings/oleObject17.bin"/><Relationship Id="rId1607" Type="http://schemas.openxmlformats.org/officeDocument/2006/relationships/oleObject" Target="embeddings/oleObject799.bin"/><Relationship Id="rId1814" Type="http://schemas.openxmlformats.org/officeDocument/2006/relationships/oleObject" Target="embeddings/oleObject902.bin"/><Relationship Id="rId4013" Type="http://schemas.openxmlformats.org/officeDocument/2006/relationships/oleObject" Target="embeddings/oleObject1998.bin"/><Relationship Id="rId4220" Type="http://schemas.openxmlformats.org/officeDocument/2006/relationships/image" Target="media/image2114.wmf"/><Relationship Id="rId3779" Type="http://schemas.openxmlformats.org/officeDocument/2006/relationships/oleObject" Target="embeddings/oleObject1881.bin"/><Relationship Id="rId2588" Type="http://schemas.openxmlformats.org/officeDocument/2006/relationships/oleObject" Target="embeddings/oleObject1287.bin"/><Relationship Id="rId3986" Type="http://schemas.openxmlformats.org/officeDocument/2006/relationships/image" Target="media/image1997.wmf"/><Relationship Id="rId1397" Type="http://schemas.openxmlformats.org/officeDocument/2006/relationships/oleObject" Target="embeddings/oleObject694.bin"/><Relationship Id="rId2795" Type="http://schemas.openxmlformats.org/officeDocument/2006/relationships/image" Target="media/image1400.wmf"/><Relationship Id="rId3639" Type="http://schemas.openxmlformats.org/officeDocument/2006/relationships/oleObject" Target="embeddings/oleObject1811.bin"/><Relationship Id="rId3846" Type="http://schemas.openxmlformats.org/officeDocument/2006/relationships/image" Target="media/image1927.wmf"/><Relationship Id="rId767" Type="http://schemas.openxmlformats.org/officeDocument/2006/relationships/oleObject" Target="embeddings/oleObject379.bin"/><Relationship Id="rId974" Type="http://schemas.openxmlformats.org/officeDocument/2006/relationships/image" Target="media/image487.wmf"/><Relationship Id="rId2448" Type="http://schemas.openxmlformats.org/officeDocument/2006/relationships/oleObject" Target="embeddings/oleObject1217.bin"/><Relationship Id="rId2655" Type="http://schemas.openxmlformats.org/officeDocument/2006/relationships/image" Target="media/image1330.wmf"/><Relationship Id="rId2862" Type="http://schemas.openxmlformats.org/officeDocument/2006/relationships/oleObject" Target="embeddings/oleObject1424.bin"/><Relationship Id="rId3706" Type="http://schemas.openxmlformats.org/officeDocument/2006/relationships/image" Target="media/image1857.wmf"/><Relationship Id="rId3913" Type="http://schemas.openxmlformats.org/officeDocument/2006/relationships/oleObject" Target="embeddings/oleObject1948.bin"/><Relationship Id="rId627" Type="http://schemas.openxmlformats.org/officeDocument/2006/relationships/oleObject" Target="embeddings/oleObject311.bin"/><Relationship Id="rId834" Type="http://schemas.openxmlformats.org/officeDocument/2006/relationships/image" Target="media/image417.wmf"/><Relationship Id="rId1257" Type="http://schemas.openxmlformats.org/officeDocument/2006/relationships/oleObject" Target="embeddings/oleObject624.bin"/><Relationship Id="rId1464" Type="http://schemas.openxmlformats.org/officeDocument/2006/relationships/image" Target="media/image732.wmf"/><Relationship Id="rId1671" Type="http://schemas.openxmlformats.org/officeDocument/2006/relationships/oleObject" Target="embeddings/oleObject831.bin"/><Relationship Id="rId2308" Type="http://schemas.openxmlformats.org/officeDocument/2006/relationships/oleObject" Target="embeddings/oleObject1147.bin"/><Relationship Id="rId2515" Type="http://schemas.openxmlformats.org/officeDocument/2006/relationships/image" Target="media/image1260.wmf"/><Relationship Id="rId2722" Type="http://schemas.openxmlformats.org/officeDocument/2006/relationships/oleObject" Target="embeddings/oleObject1354.bin"/><Relationship Id="rId901" Type="http://schemas.openxmlformats.org/officeDocument/2006/relationships/oleObject" Target="embeddings/oleObject446.bin"/><Relationship Id="rId1117" Type="http://schemas.openxmlformats.org/officeDocument/2006/relationships/oleObject" Target="embeddings/oleObject554.bin"/><Relationship Id="rId1324" Type="http://schemas.openxmlformats.org/officeDocument/2006/relationships/image" Target="media/image662.wmf"/><Relationship Id="rId1531" Type="http://schemas.openxmlformats.org/officeDocument/2006/relationships/oleObject" Target="embeddings/oleObject761.bin"/><Relationship Id="rId30" Type="http://schemas.openxmlformats.org/officeDocument/2006/relationships/image" Target="media/image13.wmf"/><Relationship Id="rId3289" Type="http://schemas.openxmlformats.org/officeDocument/2006/relationships/image" Target="media/image1647.wmf"/><Relationship Id="rId3496" Type="http://schemas.openxmlformats.org/officeDocument/2006/relationships/image" Target="media/image1751.wmf"/><Relationship Id="rId4547" Type="http://schemas.openxmlformats.org/officeDocument/2006/relationships/oleObject" Target="embeddings/oleObject2263.bin"/><Relationship Id="rId2098" Type="http://schemas.openxmlformats.org/officeDocument/2006/relationships/oleObject" Target="embeddings/oleObject1042.bin"/><Relationship Id="rId3149" Type="http://schemas.openxmlformats.org/officeDocument/2006/relationships/image" Target="media/image1577.wmf"/><Relationship Id="rId3356" Type="http://schemas.openxmlformats.org/officeDocument/2006/relationships/oleObject" Target="embeddings/oleObject1671.bin"/><Relationship Id="rId3563" Type="http://schemas.openxmlformats.org/officeDocument/2006/relationships/image" Target="media/image1785.wmf"/><Relationship Id="rId4407" Type="http://schemas.openxmlformats.org/officeDocument/2006/relationships/oleObject" Target="embeddings/oleObject2193.bin"/><Relationship Id="rId277" Type="http://schemas.openxmlformats.org/officeDocument/2006/relationships/oleObject" Target="embeddings/oleObject136.bin"/><Relationship Id="rId484" Type="http://schemas.openxmlformats.org/officeDocument/2006/relationships/image" Target="media/image240.wmf"/><Relationship Id="rId2165" Type="http://schemas.openxmlformats.org/officeDocument/2006/relationships/image" Target="media/image1085.wmf"/><Relationship Id="rId3009" Type="http://schemas.openxmlformats.org/officeDocument/2006/relationships/image" Target="media/image1507.wmf"/><Relationship Id="rId3216" Type="http://schemas.openxmlformats.org/officeDocument/2006/relationships/oleObject" Target="embeddings/oleObject1601.bin"/><Relationship Id="rId3770" Type="http://schemas.openxmlformats.org/officeDocument/2006/relationships/image" Target="media/image1889.wmf"/><Relationship Id="rId4614" Type="http://schemas.openxmlformats.org/officeDocument/2006/relationships/image" Target="media/image2316.wmf"/><Relationship Id="rId137" Type="http://schemas.openxmlformats.org/officeDocument/2006/relationships/oleObject" Target="embeddings/oleObject66.bin"/><Relationship Id="rId344" Type="http://schemas.openxmlformats.org/officeDocument/2006/relationships/image" Target="media/image170.wmf"/><Relationship Id="rId691" Type="http://schemas.openxmlformats.org/officeDocument/2006/relationships/oleObject" Target="embeddings/oleObject342.bin"/><Relationship Id="rId2025" Type="http://schemas.openxmlformats.org/officeDocument/2006/relationships/image" Target="media/image1015.wmf"/><Relationship Id="rId2372" Type="http://schemas.openxmlformats.org/officeDocument/2006/relationships/oleObject" Target="embeddings/oleObject1179.bin"/><Relationship Id="rId3423" Type="http://schemas.openxmlformats.org/officeDocument/2006/relationships/image" Target="media/image1714.wmf"/><Relationship Id="rId3630" Type="http://schemas.openxmlformats.org/officeDocument/2006/relationships/image" Target="media/image1819.wmf"/><Relationship Id="rId551" Type="http://schemas.openxmlformats.org/officeDocument/2006/relationships/oleObject" Target="embeddings/oleObject273.bin"/><Relationship Id="rId1181" Type="http://schemas.openxmlformats.org/officeDocument/2006/relationships/oleObject" Target="embeddings/oleObject586.bin"/><Relationship Id="rId2232" Type="http://schemas.openxmlformats.org/officeDocument/2006/relationships/oleObject" Target="embeddings/oleObject1109.bin"/><Relationship Id="rId204" Type="http://schemas.openxmlformats.org/officeDocument/2006/relationships/image" Target="media/image100.wmf"/><Relationship Id="rId411" Type="http://schemas.openxmlformats.org/officeDocument/2006/relationships/oleObject" Target="embeddings/oleObject203.bin"/><Relationship Id="rId1041" Type="http://schemas.openxmlformats.org/officeDocument/2006/relationships/oleObject" Target="embeddings/oleObject516.bin"/><Relationship Id="rId1998" Type="http://schemas.openxmlformats.org/officeDocument/2006/relationships/oleObject" Target="embeddings/oleObject992.bin"/><Relationship Id="rId4197" Type="http://schemas.openxmlformats.org/officeDocument/2006/relationships/oleObject" Target="embeddings/oleObject2090.bin"/><Relationship Id="rId1858" Type="http://schemas.openxmlformats.org/officeDocument/2006/relationships/oleObject" Target="embeddings/oleObject922.bin"/><Relationship Id="rId4057" Type="http://schemas.openxmlformats.org/officeDocument/2006/relationships/oleObject" Target="embeddings/oleObject2020.bin"/><Relationship Id="rId4264" Type="http://schemas.openxmlformats.org/officeDocument/2006/relationships/oleObject" Target="embeddings/oleObject2123.bin"/><Relationship Id="rId4471" Type="http://schemas.openxmlformats.org/officeDocument/2006/relationships/oleObject" Target="embeddings/oleObject2225.bin"/><Relationship Id="rId2909" Type="http://schemas.openxmlformats.org/officeDocument/2006/relationships/image" Target="media/image1457.wmf"/><Relationship Id="rId3073" Type="http://schemas.openxmlformats.org/officeDocument/2006/relationships/image" Target="media/image1539.wmf"/><Relationship Id="rId3280" Type="http://schemas.openxmlformats.org/officeDocument/2006/relationships/oleObject" Target="embeddings/oleObject1633.bin"/><Relationship Id="rId4124" Type="http://schemas.openxmlformats.org/officeDocument/2006/relationships/image" Target="media/image2066.wmf"/><Relationship Id="rId4331" Type="http://schemas.openxmlformats.org/officeDocument/2006/relationships/image" Target="media/image2170.wmf"/><Relationship Id="rId1718" Type="http://schemas.openxmlformats.org/officeDocument/2006/relationships/image" Target="media/image859.wmf"/><Relationship Id="rId1925" Type="http://schemas.openxmlformats.org/officeDocument/2006/relationships/image" Target="media/image965.wmf"/><Relationship Id="rId3140" Type="http://schemas.openxmlformats.org/officeDocument/2006/relationships/oleObject" Target="embeddings/oleObject1563.bin"/><Relationship Id="rId2699" Type="http://schemas.openxmlformats.org/officeDocument/2006/relationships/image" Target="media/image1352.wmf"/><Relationship Id="rId3000" Type="http://schemas.openxmlformats.org/officeDocument/2006/relationships/oleObject" Target="embeddings/oleObject1493.bin"/><Relationship Id="rId3957" Type="http://schemas.openxmlformats.org/officeDocument/2006/relationships/oleObject" Target="embeddings/oleObject1970.bin"/><Relationship Id="rId878" Type="http://schemas.openxmlformats.org/officeDocument/2006/relationships/image" Target="media/image439.wmf"/><Relationship Id="rId2559" Type="http://schemas.openxmlformats.org/officeDocument/2006/relationships/image" Target="media/image1282.wmf"/><Relationship Id="rId2766" Type="http://schemas.openxmlformats.org/officeDocument/2006/relationships/oleObject" Target="embeddings/oleObject1376.bin"/><Relationship Id="rId2973" Type="http://schemas.openxmlformats.org/officeDocument/2006/relationships/image" Target="media/image1489.wmf"/><Relationship Id="rId3817" Type="http://schemas.openxmlformats.org/officeDocument/2006/relationships/oleObject" Target="embeddings/oleObject1900.bin"/><Relationship Id="rId738" Type="http://schemas.openxmlformats.org/officeDocument/2006/relationships/image" Target="media/image369.wmf"/><Relationship Id="rId945" Type="http://schemas.openxmlformats.org/officeDocument/2006/relationships/oleObject" Target="embeddings/oleObject468.bin"/><Relationship Id="rId1368" Type="http://schemas.openxmlformats.org/officeDocument/2006/relationships/image" Target="media/image684.wmf"/><Relationship Id="rId1575" Type="http://schemas.openxmlformats.org/officeDocument/2006/relationships/oleObject" Target="embeddings/oleObject783.bin"/><Relationship Id="rId1782" Type="http://schemas.openxmlformats.org/officeDocument/2006/relationships/oleObject" Target="embeddings/oleObject886.bin"/><Relationship Id="rId2419" Type="http://schemas.openxmlformats.org/officeDocument/2006/relationships/image" Target="media/image1212.wmf"/><Relationship Id="rId2626" Type="http://schemas.openxmlformats.org/officeDocument/2006/relationships/oleObject" Target="embeddings/oleObject1306.bin"/><Relationship Id="rId2833" Type="http://schemas.openxmlformats.org/officeDocument/2006/relationships/image" Target="media/image1419.wmf"/><Relationship Id="rId74" Type="http://schemas.openxmlformats.org/officeDocument/2006/relationships/image" Target="media/image35.wmf"/><Relationship Id="rId805" Type="http://schemas.openxmlformats.org/officeDocument/2006/relationships/oleObject" Target="embeddings/oleObject398.bin"/><Relationship Id="rId1228" Type="http://schemas.openxmlformats.org/officeDocument/2006/relationships/image" Target="media/image614.wmf"/><Relationship Id="rId1435" Type="http://schemas.openxmlformats.org/officeDocument/2006/relationships/oleObject" Target="embeddings/oleObject713.bin"/><Relationship Id="rId1642" Type="http://schemas.openxmlformats.org/officeDocument/2006/relationships/image" Target="media/image821.wmf"/><Relationship Id="rId2900" Type="http://schemas.openxmlformats.org/officeDocument/2006/relationships/oleObject" Target="embeddings/oleObject1443.bin"/><Relationship Id="rId1502" Type="http://schemas.openxmlformats.org/officeDocument/2006/relationships/image" Target="media/image751.wmf"/><Relationship Id="rId388" Type="http://schemas.openxmlformats.org/officeDocument/2006/relationships/image" Target="media/image192.wmf"/><Relationship Id="rId2069" Type="http://schemas.openxmlformats.org/officeDocument/2006/relationships/image" Target="media/image1037.wmf"/><Relationship Id="rId3467" Type="http://schemas.openxmlformats.org/officeDocument/2006/relationships/image" Target="media/image1736.wmf"/><Relationship Id="rId3674" Type="http://schemas.openxmlformats.org/officeDocument/2006/relationships/image" Target="media/image1841.wmf"/><Relationship Id="rId3881" Type="http://schemas.openxmlformats.org/officeDocument/2006/relationships/oleObject" Target="embeddings/oleObject1932.bin"/><Relationship Id="rId4518" Type="http://schemas.openxmlformats.org/officeDocument/2006/relationships/image" Target="media/image2265.wmf"/><Relationship Id="rId595" Type="http://schemas.openxmlformats.org/officeDocument/2006/relationships/oleObject" Target="embeddings/oleObject295.bin"/><Relationship Id="rId2276" Type="http://schemas.openxmlformats.org/officeDocument/2006/relationships/oleObject" Target="embeddings/oleObject1131.bin"/><Relationship Id="rId2483" Type="http://schemas.openxmlformats.org/officeDocument/2006/relationships/image" Target="media/image1244.wmf"/><Relationship Id="rId2690" Type="http://schemas.openxmlformats.org/officeDocument/2006/relationships/oleObject" Target="embeddings/oleObject1338.bin"/><Relationship Id="rId3327" Type="http://schemas.openxmlformats.org/officeDocument/2006/relationships/image" Target="media/image1666.wmf"/><Relationship Id="rId3534" Type="http://schemas.openxmlformats.org/officeDocument/2006/relationships/oleObject" Target="embeddings/oleObject1759.bin"/><Relationship Id="rId3741" Type="http://schemas.openxmlformats.org/officeDocument/2006/relationships/oleObject" Target="embeddings/oleObject1862.bin"/><Relationship Id="rId248" Type="http://schemas.openxmlformats.org/officeDocument/2006/relationships/image" Target="media/image122.wmf"/><Relationship Id="rId455" Type="http://schemas.openxmlformats.org/officeDocument/2006/relationships/oleObject" Target="embeddings/oleObject225.bin"/><Relationship Id="rId662" Type="http://schemas.openxmlformats.org/officeDocument/2006/relationships/image" Target="media/image330.wmf"/><Relationship Id="rId1085" Type="http://schemas.openxmlformats.org/officeDocument/2006/relationships/oleObject" Target="embeddings/oleObject538.bin"/><Relationship Id="rId1292" Type="http://schemas.openxmlformats.org/officeDocument/2006/relationships/image" Target="media/image646.wmf"/><Relationship Id="rId2136" Type="http://schemas.openxmlformats.org/officeDocument/2006/relationships/oleObject" Target="embeddings/oleObject1061.bin"/><Relationship Id="rId2343" Type="http://schemas.openxmlformats.org/officeDocument/2006/relationships/image" Target="media/image1174.wmf"/><Relationship Id="rId2550" Type="http://schemas.openxmlformats.org/officeDocument/2006/relationships/oleObject" Target="embeddings/oleObject1268.bin"/><Relationship Id="rId3601" Type="http://schemas.openxmlformats.org/officeDocument/2006/relationships/oleObject" Target="embeddings/oleObject1792.bin"/><Relationship Id="rId108" Type="http://schemas.openxmlformats.org/officeDocument/2006/relationships/image" Target="media/image52.wmf"/><Relationship Id="rId315" Type="http://schemas.openxmlformats.org/officeDocument/2006/relationships/oleObject" Target="embeddings/oleObject155.bin"/><Relationship Id="rId522" Type="http://schemas.openxmlformats.org/officeDocument/2006/relationships/image" Target="media/image259.wmf"/><Relationship Id="rId1152" Type="http://schemas.openxmlformats.org/officeDocument/2006/relationships/image" Target="media/image576.wmf"/><Relationship Id="rId2203" Type="http://schemas.openxmlformats.org/officeDocument/2006/relationships/image" Target="media/image1104.wmf"/><Relationship Id="rId2410" Type="http://schemas.openxmlformats.org/officeDocument/2006/relationships/oleObject" Target="embeddings/oleObject1198.bin"/><Relationship Id="rId1012" Type="http://schemas.openxmlformats.org/officeDocument/2006/relationships/image" Target="media/image506.wmf"/><Relationship Id="rId4168" Type="http://schemas.openxmlformats.org/officeDocument/2006/relationships/image" Target="media/image2088.wmf"/><Relationship Id="rId4375" Type="http://schemas.openxmlformats.org/officeDocument/2006/relationships/oleObject" Target="embeddings/oleObject2179.bin"/><Relationship Id="rId1969" Type="http://schemas.openxmlformats.org/officeDocument/2006/relationships/image" Target="media/image987.wmf"/><Relationship Id="rId3184" Type="http://schemas.openxmlformats.org/officeDocument/2006/relationships/oleObject" Target="embeddings/oleObject1585.bin"/><Relationship Id="rId4028" Type="http://schemas.openxmlformats.org/officeDocument/2006/relationships/image" Target="media/image2018.wmf"/><Relationship Id="rId4235" Type="http://schemas.openxmlformats.org/officeDocument/2006/relationships/oleObject" Target="embeddings/oleObject2109.bin"/><Relationship Id="rId4582" Type="http://schemas.openxmlformats.org/officeDocument/2006/relationships/image" Target="media/image2297.wmf"/><Relationship Id="rId1829" Type="http://schemas.openxmlformats.org/officeDocument/2006/relationships/image" Target="media/image915.wmf"/><Relationship Id="rId3391" Type="http://schemas.openxmlformats.org/officeDocument/2006/relationships/image" Target="media/image1698.wmf"/><Relationship Id="rId4442" Type="http://schemas.openxmlformats.org/officeDocument/2006/relationships/image" Target="media/image2227.wmf"/><Relationship Id="rId3044" Type="http://schemas.openxmlformats.org/officeDocument/2006/relationships/oleObject" Target="embeddings/oleObject1515.bin"/><Relationship Id="rId3251" Type="http://schemas.openxmlformats.org/officeDocument/2006/relationships/image" Target="media/image1628.wmf"/><Relationship Id="rId4302" Type="http://schemas.openxmlformats.org/officeDocument/2006/relationships/oleObject" Target="embeddings/oleObject2142.bin"/><Relationship Id="rId172" Type="http://schemas.openxmlformats.org/officeDocument/2006/relationships/image" Target="media/image84.wmf"/><Relationship Id="rId2060" Type="http://schemas.openxmlformats.org/officeDocument/2006/relationships/oleObject" Target="embeddings/oleObject1023.bin"/><Relationship Id="rId3111" Type="http://schemas.openxmlformats.org/officeDocument/2006/relationships/image" Target="media/image1558.wmf"/><Relationship Id="rId989" Type="http://schemas.openxmlformats.org/officeDocument/2006/relationships/oleObject" Target="embeddings/oleObject490.bin"/><Relationship Id="rId2877" Type="http://schemas.openxmlformats.org/officeDocument/2006/relationships/image" Target="media/image1441.wmf"/><Relationship Id="rId849" Type="http://schemas.openxmlformats.org/officeDocument/2006/relationships/oleObject" Target="embeddings/oleObject420.bin"/><Relationship Id="rId1479" Type="http://schemas.openxmlformats.org/officeDocument/2006/relationships/oleObject" Target="embeddings/oleObject735.bin"/><Relationship Id="rId1686" Type="http://schemas.openxmlformats.org/officeDocument/2006/relationships/image" Target="media/image843.wmf"/><Relationship Id="rId3928" Type="http://schemas.openxmlformats.org/officeDocument/2006/relationships/image" Target="media/image1968.wmf"/><Relationship Id="rId4092" Type="http://schemas.openxmlformats.org/officeDocument/2006/relationships/image" Target="media/image2050.wmf"/><Relationship Id="rId1339" Type="http://schemas.openxmlformats.org/officeDocument/2006/relationships/oleObject" Target="embeddings/oleObject665.bin"/><Relationship Id="rId1893" Type="http://schemas.openxmlformats.org/officeDocument/2006/relationships/image" Target="media/image949.wmf"/><Relationship Id="rId2737" Type="http://schemas.openxmlformats.org/officeDocument/2006/relationships/image" Target="media/image1371.wmf"/><Relationship Id="rId2944" Type="http://schemas.openxmlformats.org/officeDocument/2006/relationships/oleObject" Target="embeddings/oleObject1465.bin"/><Relationship Id="rId709" Type="http://schemas.openxmlformats.org/officeDocument/2006/relationships/image" Target="media/image354.wmf"/><Relationship Id="rId916" Type="http://schemas.openxmlformats.org/officeDocument/2006/relationships/image" Target="media/image458.wmf"/><Relationship Id="rId1546" Type="http://schemas.openxmlformats.org/officeDocument/2006/relationships/image" Target="media/image773.wmf"/><Relationship Id="rId1753" Type="http://schemas.openxmlformats.org/officeDocument/2006/relationships/oleObject" Target="embeddings/oleObject872.bin"/><Relationship Id="rId1960" Type="http://schemas.openxmlformats.org/officeDocument/2006/relationships/oleObject" Target="embeddings/oleObject973.bin"/><Relationship Id="rId2804" Type="http://schemas.openxmlformats.org/officeDocument/2006/relationships/oleObject" Target="embeddings/oleObject1395.bin"/><Relationship Id="rId45" Type="http://schemas.openxmlformats.org/officeDocument/2006/relationships/oleObject" Target="embeddings/oleObject20.bin"/><Relationship Id="rId1406" Type="http://schemas.openxmlformats.org/officeDocument/2006/relationships/image" Target="media/image703.wmf"/><Relationship Id="rId1613" Type="http://schemas.openxmlformats.org/officeDocument/2006/relationships/oleObject" Target="embeddings/oleObject802.bin"/><Relationship Id="rId1820" Type="http://schemas.openxmlformats.org/officeDocument/2006/relationships/oleObject" Target="embeddings/oleObject905.bin"/><Relationship Id="rId3578" Type="http://schemas.openxmlformats.org/officeDocument/2006/relationships/oleObject" Target="embeddings/oleObject1781.bin"/><Relationship Id="rId3785" Type="http://schemas.openxmlformats.org/officeDocument/2006/relationships/oleObject" Target="embeddings/oleObject1884.bin"/><Relationship Id="rId3992" Type="http://schemas.openxmlformats.org/officeDocument/2006/relationships/image" Target="media/image2000.wmf"/><Relationship Id="rId4629" Type="http://schemas.openxmlformats.org/officeDocument/2006/relationships/image" Target="media/image2323.wmf"/><Relationship Id="rId499" Type="http://schemas.openxmlformats.org/officeDocument/2006/relationships/oleObject" Target="embeddings/oleObject247.bin"/><Relationship Id="rId2387" Type="http://schemas.openxmlformats.org/officeDocument/2006/relationships/image" Target="media/image1196.wmf"/><Relationship Id="rId2594" Type="http://schemas.openxmlformats.org/officeDocument/2006/relationships/oleObject" Target="embeddings/oleObject1290.bin"/><Relationship Id="rId3438" Type="http://schemas.openxmlformats.org/officeDocument/2006/relationships/oleObject" Target="embeddings/oleObject1712.bin"/><Relationship Id="rId3645" Type="http://schemas.openxmlformats.org/officeDocument/2006/relationships/oleObject" Target="embeddings/oleObject1814.bin"/><Relationship Id="rId3852" Type="http://schemas.openxmlformats.org/officeDocument/2006/relationships/image" Target="media/image1930.wmf"/><Relationship Id="rId359" Type="http://schemas.openxmlformats.org/officeDocument/2006/relationships/oleObject" Target="embeddings/oleObject177.bin"/><Relationship Id="rId566" Type="http://schemas.openxmlformats.org/officeDocument/2006/relationships/image" Target="media/image281.wmf"/><Relationship Id="rId773" Type="http://schemas.openxmlformats.org/officeDocument/2006/relationships/oleObject" Target="embeddings/oleObject382.bin"/><Relationship Id="rId1196" Type="http://schemas.openxmlformats.org/officeDocument/2006/relationships/image" Target="media/image598.wmf"/><Relationship Id="rId2247" Type="http://schemas.openxmlformats.org/officeDocument/2006/relationships/image" Target="media/image1126.wmf"/><Relationship Id="rId2454" Type="http://schemas.openxmlformats.org/officeDocument/2006/relationships/oleObject" Target="embeddings/oleObject1220.bin"/><Relationship Id="rId3505" Type="http://schemas.openxmlformats.org/officeDocument/2006/relationships/oleObject" Target="embeddings/oleObject1745.bin"/><Relationship Id="rId219" Type="http://schemas.openxmlformats.org/officeDocument/2006/relationships/oleObject" Target="embeddings/oleObject107.bin"/><Relationship Id="rId426" Type="http://schemas.openxmlformats.org/officeDocument/2006/relationships/image" Target="media/image211.wmf"/><Relationship Id="rId633" Type="http://schemas.openxmlformats.org/officeDocument/2006/relationships/oleObject" Target="embeddings/oleObject314.bin"/><Relationship Id="rId980" Type="http://schemas.openxmlformats.org/officeDocument/2006/relationships/image" Target="media/image490.wmf"/><Relationship Id="rId1056" Type="http://schemas.openxmlformats.org/officeDocument/2006/relationships/image" Target="media/image528.wmf"/><Relationship Id="rId1263" Type="http://schemas.openxmlformats.org/officeDocument/2006/relationships/oleObject" Target="embeddings/oleObject627.bin"/><Relationship Id="rId2107" Type="http://schemas.openxmlformats.org/officeDocument/2006/relationships/image" Target="media/image1056.wmf"/><Relationship Id="rId2314" Type="http://schemas.openxmlformats.org/officeDocument/2006/relationships/oleObject" Target="embeddings/oleObject1150.bin"/><Relationship Id="rId2661" Type="http://schemas.openxmlformats.org/officeDocument/2006/relationships/image" Target="media/image1333.wmf"/><Relationship Id="rId3712" Type="http://schemas.openxmlformats.org/officeDocument/2006/relationships/image" Target="media/image1860.wmf"/><Relationship Id="rId840" Type="http://schemas.openxmlformats.org/officeDocument/2006/relationships/image" Target="media/image420.wmf"/><Relationship Id="rId1470" Type="http://schemas.openxmlformats.org/officeDocument/2006/relationships/image" Target="media/image735.wmf"/><Relationship Id="rId2521" Type="http://schemas.openxmlformats.org/officeDocument/2006/relationships/image" Target="media/image1263.wmf"/><Relationship Id="rId4279" Type="http://schemas.openxmlformats.org/officeDocument/2006/relationships/image" Target="media/image2144.wmf"/><Relationship Id="rId700" Type="http://schemas.openxmlformats.org/officeDocument/2006/relationships/oleObject" Target="embeddings/oleObject346.bin"/><Relationship Id="rId1123" Type="http://schemas.openxmlformats.org/officeDocument/2006/relationships/oleObject" Target="embeddings/oleObject557.bin"/><Relationship Id="rId1330" Type="http://schemas.openxmlformats.org/officeDocument/2006/relationships/image" Target="media/image665.wmf"/><Relationship Id="rId3088" Type="http://schemas.openxmlformats.org/officeDocument/2006/relationships/oleObject" Target="embeddings/oleObject1537.bin"/><Relationship Id="rId4486" Type="http://schemas.openxmlformats.org/officeDocument/2006/relationships/image" Target="media/image2249.wmf"/><Relationship Id="rId3295" Type="http://schemas.openxmlformats.org/officeDocument/2006/relationships/image" Target="media/image1650.wmf"/><Relationship Id="rId4139" Type="http://schemas.openxmlformats.org/officeDocument/2006/relationships/oleObject" Target="embeddings/oleObject2061.bin"/><Relationship Id="rId4346" Type="http://schemas.openxmlformats.org/officeDocument/2006/relationships/image" Target="media/image2177.wmf"/><Relationship Id="rId4553" Type="http://schemas.openxmlformats.org/officeDocument/2006/relationships/oleObject" Target="embeddings/oleObject2266.bin"/><Relationship Id="rId3155" Type="http://schemas.openxmlformats.org/officeDocument/2006/relationships/image" Target="media/image1580.wmf"/><Relationship Id="rId3362" Type="http://schemas.openxmlformats.org/officeDocument/2006/relationships/oleObject" Target="embeddings/oleObject1674.bin"/><Relationship Id="rId4206" Type="http://schemas.openxmlformats.org/officeDocument/2006/relationships/image" Target="media/image2107.wmf"/><Relationship Id="rId4413" Type="http://schemas.openxmlformats.org/officeDocument/2006/relationships/oleObject" Target="embeddings/oleObject2196.bin"/><Relationship Id="rId4620" Type="http://schemas.openxmlformats.org/officeDocument/2006/relationships/image" Target="media/image2319.wmf"/><Relationship Id="rId283" Type="http://schemas.openxmlformats.org/officeDocument/2006/relationships/oleObject" Target="embeddings/oleObject139.bin"/><Relationship Id="rId490" Type="http://schemas.openxmlformats.org/officeDocument/2006/relationships/image" Target="media/image243.wmf"/><Relationship Id="rId2171" Type="http://schemas.openxmlformats.org/officeDocument/2006/relationships/image" Target="media/image1088.wmf"/><Relationship Id="rId3015" Type="http://schemas.openxmlformats.org/officeDocument/2006/relationships/image" Target="media/image1510.wmf"/><Relationship Id="rId3222" Type="http://schemas.openxmlformats.org/officeDocument/2006/relationships/oleObject" Target="embeddings/oleObject1604.bin"/><Relationship Id="rId143" Type="http://schemas.openxmlformats.org/officeDocument/2006/relationships/oleObject" Target="embeddings/oleObject69.bin"/><Relationship Id="rId350" Type="http://schemas.openxmlformats.org/officeDocument/2006/relationships/image" Target="media/image173.wmf"/><Relationship Id="rId2031" Type="http://schemas.openxmlformats.org/officeDocument/2006/relationships/image" Target="media/image1018.wmf"/><Relationship Id="rId9" Type="http://schemas.openxmlformats.org/officeDocument/2006/relationships/oleObject" Target="embeddings/oleObject2.bin"/><Relationship Id="rId210" Type="http://schemas.openxmlformats.org/officeDocument/2006/relationships/image" Target="media/image103.wmf"/><Relationship Id="rId2988" Type="http://schemas.openxmlformats.org/officeDocument/2006/relationships/oleObject" Target="embeddings/oleObject1487.bin"/><Relationship Id="rId1797" Type="http://schemas.openxmlformats.org/officeDocument/2006/relationships/image" Target="media/image899.wmf"/><Relationship Id="rId2848" Type="http://schemas.openxmlformats.org/officeDocument/2006/relationships/oleObject" Target="embeddings/oleObject1417.bin"/><Relationship Id="rId89" Type="http://schemas.openxmlformats.org/officeDocument/2006/relationships/oleObject" Target="embeddings/oleObject42.bin"/><Relationship Id="rId1657" Type="http://schemas.openxmlformats.org/officeDocument/2006/relationships/oleObject" Target="embeddings/oleObject824.bin"/><Relationship Id="rId1864" Type="http://schemas.openxmlformats.org/officeDocument/2006/relationships/oleObject" Target="embeddings/oleObject925.bin"/><Relationship Id="rId2708" Type="http://schemas.openxmlformats.org/officeDocument/2006/relationships/oleObject" Target="embeddings/oleObject1347.bin"/><Relationship Id="rId2915" Type="http://schemas.openxmlformats.org/officeDocument/2006/relationships/image" Target="media/image1460.wmf"/><Relationship Id="rId4063" Type="http://schemas.openxmlformats.org/officeDocument/2006/relationships/oleObject" Target="embeddings/oleObject2023.bin"/><Relationship Id="rId4270" Type="http://schemas.openxmlformats.org/officeDocument/2006/relationships/oleObject" Target="embeddings/oleObject2126.bin"/><Relationship Id="rId1517" Type="http://schemas.openxmlformats.org/officeDocument/2006/relationships/oleObject" Target="embeddings/oleObject754.bin"/><Relationship Id="rId1724" Type="http://schemas.openxmlformats.org/officeDocument/2006/relationships/image" Target="media/image862.wmf"/><Relationship Id="rId4130" Type="http://schemas.openxmlformats.org/officeDocument/2006/relationships/image" Target="media/image2069.wmf"/><Relationship Id="rId16" Type="http://schemas.openxmlformats.org/officeDocument/2006/relationships/image" Target="media/image6.wmf"/><Relationship Id="rId1931" Type="http://schemas.openxmlformats.org/officeDocument/2006/relationships/image" Target="media/image968.wmf"/><Relationship Id="rId3689" Type="http://schemas.openxmlformats.org/officeDocument/2006/relationships/oleObject" Target="embeddings/oleObject1836.bin"/><Relationship Id="rId3896" Type="http://schemas.openxmlformats.org/officeDocument/2006/relationships/image" Target="media/image1952.wmf"/><Relationship Id="rId2498" Type="http://schemas.openxmlformats.org/officeDocument/2006/relationships/oleObject" Target="embeddings/oleObject1242.bin"/><Relationship Id="rId3549" Type="http://schemas.openxmlformats.org/officeDocument/2006/relationships/image" Target="media/image1778.wmf"/><Relationship Id="rId677" Type="http://schemas.openxmlformats.org/officeDocument/2006/relationships/oleObject" Target="embeddings/oleObject335.bin"/><Relationship Id="rId2358" Type="http://schemas.openxmlformats.org/officeDocument/2006/relationships/oleObject" Target="embeddings/oleObject1172.bin"/><Relationship Id="rId3756" Type="http://schemas.openxmlformats.org/officeDocument/2006/relationships/image" Target="media/image1882.wmf"/><Relationship Id="rId3963" Type="http://schemas.openxmlformats.org/officeDocument/2006/relationships/oleObject" Target="embeddings/oleObject1973.bin"/><Relationship Id="rId884" Type="http://schemas.openxmlformats.org/officeDocument/2006/relationships/image" Target="media/image442.wmf"/><Relationship Id="rId2565" Type="http://schemas.openxmlformats.org/officeDocument/2006/relationships/image" Target="media/image1285.wmf"/><Relationship Id="rId2772" Type="http://schemas.openxmlformats.org/officeDocument/2006/relationships/oleObject" Target="embeddings/oleObject1379.bin"/><Relationship Id="rId3409" Type="http://schemas.openxmlformats.org/officeDocument/2006/relationships/image" Target="media/image1707.wmf"/><Relationship Id="rId3616" Type="http://schemas.openxmlformats.org/officeDocument/2006/relationships/image" Target="media/image1812.wmf"/><Relationship Id="rId3823" Type="http://schemas.openxmlformats.org/officeDocument/2006/relationships/oleObject" Target="embeddings/oleObject1903.bin"/><Relationship Id="rId537" Type="http://schemas.openxmlformats.org/officeDocument/2006/relationships/oleObject" Target="embeddings/oleObject266.bin"/><Relationship Id="rId744" Type="http://schemas.openxmlformats.org/officeDocument/2006/relationships/image" Target="media/image372.wmf"/><Relationship Id="rId951" Type="http://schemas.openxmlformats.org/officeDocument/2006/relationships/oleObject" Target="embeddings/oleObject471.bin"/><Relationship Id="rId1167" Type="http://schemas.openxmlformats.org/officeDocument/2006/relationships/oleObject" Target="embeddings/oleObject579.bin"/><Relationship Id="rId1374" Type="http://schemas.openxmlformats.org/officeDocument/2006/relationships/image" Target="media/image687.wmf"/><Relationship Id="rId1581" Type="http://schemas.openxmlformats.org/officeDocument/2006/relationships/oleObject" Target="embeddings/oleObject786.bin"/><Relationship Id="rId2218" Type="http://schemas.openxmlformats.org/officeDocument/2006/relationships/oleObject" Target="embeddings/oleObject1102.bin"/><Relationship Id="rId2425" Type="http://schemas.openxmlformats.org/officeDocument/2006/relationships/image" Target="media/image1215.wmf"/><Relationship Id="rId2632" Type="http://schemas.openxmlformats.org/officeDocument/2006/relationships/oleObject" Target="embeddings/oleObject1309.bin"/><Relationship Id="rId80" Type="http://schemas.openxmlformats.org/officeDocument/2006/relationships/image" Target="media/image38.wmf"/><Relationship Id="rId604" Type="http://schemas.openxmlformats.org/officeDocument/2006/relationships/image" Target="media/image300.wmf"/><Relationship Id="rId811" Type="http://schemas.openxmlformats.org/officeDocument/2006/relationships/oleObject" Target="embeddings/oleObject401.bin"/><Relationship Id="rId1027" Type="http://schemas.openxmlformats.org/officeDocument/2006/relationships/oleObject" Target="embeddings/oleObject509.bin"/><Relationship Id="rId1234" Type="http://schemas.openxmlformats.org/officeDocument/2006/relationships/image" Target="media/image617.wmf"/><Relationship Id="rId1441" Type="http://schemas.openxmlformats.org/officeDocument/2006/relationships/oleObject" Target="embeddings/oleObject716.bin"/><Relationship Id="rId4597" Type="http://schemas.openxmlformats.org/officeDocument/2006/relationships/image" Target="media/image2307.wmf"/><Relationship Id="rId1301" Type="http://schemas.openxmlformats.org/officeDocument/2006/relationships/oleObject" Target="embeddings/oleObject646.bin"/><Relationship Id="rId3199" Type="http://schemas.openxmlformats.org/officeDocument/2006/relationships/image" Target="media/image1602.wmf"/><Relationship Id="rId4457" Type="http://schemas.openxmlformats.org/officeDocument/2006/relationships/oleObject" Target="embeddings/oleObject2218.bin"/><Relationship Id="rId3059" Type="http://schemas.openxmlformats.org/officeDocument/2006/relationships/image" Target="media/image1532.wmf"/><Relationship Id="rId3266" Type="http://schemas.openxmlformats.org/officeDocument/2006/relationships/oleObject" Target="embeddings/oleObject1626.bin"/><Relationship Id="rId3473" Type="http://schemas.openxmlformats.org/officeDocument/2006/relationships/image" Target="media/image1739.wmf"/><Relationship Id="rId4317" Type="http://schemas.openxmlformats.org/officeDocument/2006/relationships/image" Target="media/image2163.wmf"/><Relationship Id="rId4524" Type="http://schemas.openxmlformats.org/officeDocument/2006/relationships/image" Target="media/image2268.wmf"/><Relationship Id="rId187" Type="http://schemas.openxmlformats.org/officeDocument/2006/relationships/oleObject" Target="embeddings/oleObject91.bin"/><Relationship Id="rId394" Type="http://schemas.openxmlformats.org/officeDocument/2006/relationships/image" Target="media/image195.wmf"/><Relationship Id="rId2075" Type="http://schemas.openxmlformats.org/officeDocument/2006/relationships/image" Target="media/image1040.wmf"/><Relationship Id="rId2282" Type="http://schemas.openxmlformats.org/officeDocument/2006/relationships/oleObject" Target="embeddings/oleObject1134.bin"/><Relationship Id="rId3126" Type="http://schemas.openxmlformats.org/officeDocument/2006/relationships/oleObject" Target="embeddings/oleObject1556.bin"/><Relationship Id="rId3680" Type="http://schemas.openxmlformats.org/officeDocument/2006/relationships/image" Target="media/image1844.wmf"/><Relationship Id="rId254" Type="http://schemas.openxmlformats.org/officeDocument/2006/relationships/image" Target="media/image125.wmf"/><Relationship Id="rId1091" Type="http://schemas.openxmlformats.org/officeDocument/2006/relationships/oleObject" Target="embeddings/oleObject541.bin"/><Relationship Id="rId3333" Type="http://schemas.openxmlformats.org/officeDocument/2006/relationships/image" Target="media/image1669.wmf"/><Relationship Id="rId3540" Type="http://schemas.openxmlformats.org/officeDocument/2006/relationships/oleObject" Target="embeddings/oleObject1762.bin"/><Relationship Id="rId114" Type="http://schemas.openxmlformats.org/officeDocument/2006/relationships/image" Target="media/image55.wmf"/><Relationship Id="rId461" Type="http://schemas.openxmlformats.org/officeDocument/2006/relationships/oleObject" Target="embeddings/oleObject228.bin"/><Relationship Id="rId2142" Type="http://schemas.openxmlformats.org/officeDocument/2006/relationships/oleObject" Target="embeddings/oleObject1064.bin"/><Relationship Id="rId3400" Type="http://schemas.openxmlformats.org/officeDocument/2006/relationships/oleObject" Target="embeddings/oleObject1693.bin"/><Relationship Id="rId321" Type="http://schemas.openxmlformats.org/officeDocument/2006/relationships/oleObject" Target="embeddings/oleObject158.bin"/><Relationship Id="rId2002" Type="http://schemas.openxmlformats.org/officeDocument/2006/relationships/oleObject" Target="embeddings/oleObject994.bin"/><Relationship Id="rId2959" Type="http://schemas.openxmlformats.org/officeDocument/2006/relationships/image" Target="media/image1482.wmf"/><Relationship Id="rId1768" Type="http://schemas.openxmlformats.org/officeDocument/2006/relationships/image" Target="media/image884.wmf"/><Relationship Id="rId2819" Type="http://schemas.openxmlformats.org/officeDocument/2006/relationships/image" Target="media/image1412.wmf"/><Relationship Id="rId4174" Type="http://schemas.openxmlformats.org/officeDocument/2006/relationships/image" Target="media/image2091.wmf"/><Relationship Id="rId4381" Type="http://schemas.openxmlformats.org/officeDocument/2006/relationships/oleObject" Target="embeddings/oleObject2182.bin"/><Relationship Id="rId1628" Type="http://schemas.openxmlformats.org/officeDocument/2006/relationships/image" Target="media/image814.wmf"/><Relationship Id="rId1975" Type="http://schemas.openxmlformats.org/officeDocument/2006/relationships/image" Target="media/image990.wmf"/><Relationship Id="rId3190" Type="http://schemas.openxmlformats.org/officeDocument/2006/relationships/oleObject" Target="embeddings/oleObject1588.bin"/><Relationship Id="rId4034" Type="http://schemas.openxmlformats.org/officeDocument/2006/relationships/image" Target="media/image2021.wmf"/><Relationship Id="rId4241" Type="http://schemas.openxmlformats.org/officeDocument/2006/relationships/oleObject" Target="embeddings/oleObject2112.bin"/><Relationship Id="rId1835" Type="http://schemas.openxmlformats.org/officeDocument/2006/relationships/image" Target="media/image918.wmf"/><Relationship Id="rId3050" Type="http://schemas.openxmlformats.org/officeDocument/2006/relationships/oleObject" Target="embeddings/oleObject1518.bin"/><Relationship Id="rId4101" Type="http://schemas.openxmlformats.org/officeDocument/2006/relationships/oleObject" Target="embeddings/oleObject2042.bin"/><Relationship Id="rId1902" Type="http://schemas.openxmlformats.org/officeDocument/2006/relationships/oleObject" Target="embeddings/oleObject944.bin"/><Relationship Id="rId3867" Type="http://schemas.openxmlformats.org/officeDocument/2006/relationships/oleObject" Target="embeddings/oleObject1925.bin"/><Relationship Id="rId788" Type="http://schemas.openxmlformats.org/officeDocument/2006/relationships/image" Target="media/image394.wmf"/><Relationship Id="rId995" Type="http://schemas.openxmlformats.org/officeDocument/2006/relationships/oleObject" Target="embeddings/oleObject493.bin"/><Relationship Id="rId2469" Type="http://schemas.openxmlformats.org/officeDocument/2006/relationships/image" Target="media/image1237.wmf"/><Relationship Id="rId2676" Type="http://schemas.openxmlformats.org/officeDocument/2006/relationships/oleObject" Target="embeddings/oleObject1331.bin"/><Relationship Id="rId2883" Type="http://schemas.openxmlformats.org/officeDocument/2006/relationships/image" Target="media/image1444.wmf"/><Relationship Id="rId3727" Type="http://schemas.openxmlformats.org/officeDocument/2006/relationships/oleObject" Target="embeddings/oleObject1855.bin"/><Relationship Id="rId3934" Type="http://schemas.openxmlformats.org/officeDocument/2006/relationships/image" Target="media/image1971.wmf"/><Relationship Id="rId648" Type="http://schemas.openxmlformats.org/officeDocument/2006/relationships/oleObject" Target="embeddings/oleObject321.bin"/><Relationship Id="rId855" Type="http://schemas.openxmlformats.org/officeDocument/2006/relationships/oleObject" Target="embeddings/oleObject423.bin"/><Relationship Id="rId1278" Type="http://schemas.openxmlformats.org/officeDocument/2006/relationships/image" Target="media/image639.wmf"/><Relationship Id="rId1485" Type="http://schemas.openxmlformats.org/officeDocument/2006/relationships/oleObject" Target="embeddings/oleObject738.bin"/><Relationship Id="rId1692" Type="http://schemas.openxmlformats.org/officeDocument/2006/relationships/image" Target="media/image846.wmf"/><Relationship Id="rId2329" Type="http://schemas.openxmlformats.org/officeDocument/2006/relationships/image" Target="media/image1167.wmf"/><Relationship Id="rId2536" Type="http://schemas.openxmlformats.org/officeDocument/2006/relationships/oleObject" Target="embeddings/oleObject1261.bin"/><Relationship Id="rId2743" Type="http://schemas.openxmlformats.org/officeDocument/2006/relationships/image" Target="media/image1374.wmf"/><Relationship Id="rId508" Type="http://schemas.openxmlformats.org/officeDocument/2006/relationships/image" Target="media/image252.wmf"/><Relationship Id="rId715" Type="http://schemas.openxmlformats.org/officeDocument/2006/relationships/image" Target="media/image357.wmf"/><Relationship Id="rId922" Type="http://schemas.openxmlformats.org/officeDocument/2006/relationships/image" Target="media/image461.wmf"/><Relationship Id="rId1138" Type="http://schemas.openxmlformats.org/officeDocument/2006/relationships/image" Target="media/image569.wmf"/><Relationship Id="rId1345" Type="http://schemas.openxmlformats.org/officeDocument/2006/relationships/oleObject" Target="embeddings/oleObject668.bin"/><Relationship Id="rId1552" Type="http://schemas.openxmlformats.org/officeDocument/2006/relationships/image" Target="media/image776.wmf"/><Relationship Id="rId2603" Type="http://schemas.openxmlformats.org/officeDocument/2006/relationships/image" Target="media/image1304.wmf"/><Relationship Id="rId2950" Type="http://schemas.openxmlformats.org/officeDocument/2006/relationships/oleObject" Target="embeddings/oleObject1468.bin"/><Relationship Id="rId1205" Type="http://schemas.openxmlformats.org/officeDocument/2006/relationships/oleObject" Target="embeddings/oleObject598.bin"/><Relationship Id="rId2810" Type="http://schemas.openxmlformats.org/officeDocument/2006/relationships/oleObject" Target="embeddings/oleObject1398.bin"/><Relationship Id="rId4568" Type="http://schemas.openxmlformats.org/officeDocument/2006/relationships/image" Target="media/image2290.wmf"/><Relationship Id="rId51" Type="http://schemas.openxmlformats.org/officeDocument/2006/relationships/oleObject" Target="embeddings/oleObject23.bin"/><Relationship Id="rId1412" Type="http://schemas.openxmlformats.org/officeDocument/2006/relationships/image" Target="media/image706.wmf"/><Relationship Id="rId3377" Type="http://schemas.openxmlformats.org/officeDocument/2006/relationships/image" Target="media/image1691.wmf"/><Relationship Id="rId298" Type="http://schemas.openxmlformats.org/officeDocument/2006/relationships/image" Target="media/image147.wmf"/><Relationship Id="rId3584" Type="http://schemas.openxmlformats.org/officeDocument/2006/relationships/image" Target="media/image1796.wmf"/><Relationship Id="rId3791" Type="http://schemas.openxmlformats.org/officeDocument/2006/relationships/oleObject" Target="embeddings/oleObject1887.bin"/><Relationship Id="rId4428" Type="http://schemas.openxmlformats.org/officeDocument/2006/relationships/image" Target="media/image2220.wmf"/><Relationship Id="rId4635" Type="http://schemas.openxmlformats.org/officeDocument/2006/relationships/image" Target="media/image2326.wmf"/><Relationship Id="rId158" Type="http://schemas.openxmlformats.org/officeDocument/2006/relationships/image" Target="media/image77.wmf"/><Relationship Id="rId2186" Type="http://schemas.openxmlformats.org/officeDocument/2006/relationships/oleObject" Target="embeddings/oleObject1086.bin"/><Relationship Id="rId2393" Type="http://schemas.openxmlformats.org/officeDocument/2006/relationships/image" Target="media/image1199.wmf"/><Relationship Id="rId3237" Type="http://schemas.openxmlformats.org/officeDocument/2006/relationships/image" Target="media/image1621.wmf"/><Relationship Id="rId3444" Type="http://schemas.openxmlformats.org/officeDocument/2006/relationships/oleObject" Target="embeddings/oleObject1715.bin"/><Relationship Id="rId3651" Type="http://schemas.openxmlformats.org/officeDocument/2006/relationships/oleObject" Target="embeddings/oleObject1817.bin"/><Relationship Id="rId365" Type="http://schemas.openxmlformats.org/officeDocument/2006/relationships/oleObject" Target="embeddings/oleObject180.bin"/><Relationship Id="rId572" Type="http://schemas.openxmlformats.org/officeDocument/2006/relationships/image" Target="media/image284.wmf"/><Relationship Id="rId2046" Type="http://schemas.openxmlformats.org/officeDocument/2006/relationships/oleObject" Target="embeddings/oleObject1016.bin"/><Relationship Id="rId2253" Type="http://schemas.openxmlformats.org/officeDocument/2006/relationships/image" Target="media/image1129.wmf"/><Relationship Id="rId2460" Type="http://schemas.openxmlformats.org/officeDocument/2006/relationships/oleObject" Target="embeddings/oleObject1223.bin"/><Relationship Id="rId3304" Type="http://schemas.openxmlformats.org/officeDocument/2006/relationships/oleObject" Target="embeddings/oleObject1645.bin"/><Relationship Id="rId3511" Type="http://schemas.openxmlformats.org/officeDocument/2006/relationships/oleObject" Target="embeddings/oleObject1748.bin"/><Relationship Id="rId225" Type="http://schemas.openxmlformats.org/officeDocument/2006/relationships/oleObject" Target="embeddings/oleObject110.bin"/><Relationship Id="rId432" Type="http://schemas.openxmlformats.org/officeDocument/2006/relationships/image" Target="media/image214.wmf"/><Relationship Id="rId1062" Type="http://schemas.openxmlformats.org/officeDocument/2006/relationships/image" Target="media/image531.wmf"/><Relationship Id="rId2113" Type="http://schemas.openxmlformats.org/officeDocument/2006/relationships/image" Target="media/image1059.wmf"/><Relationship Id="rId2320" Type="http://schemas.openxmlformats.org/officeDocument/2006/relationships/oleObject" Target="embeddings/oleObject1153.bin"/><Relationship Id="rId4078" Type="http://schemas.openxmlformats.org/officeDocument/2006/relationships/image" Target="media/image2043.wmf"/><Relationship Id="rId4285" Type="http://schemas.openxmlformats.org/officeDocument/2006/relationships/image" Target="media/image2147.wmf"/><Relationship Id="rId4492" Type="http://schemas.openxmlformats.org/officeDocument/2006/relationships/image" Target="media/image2252.wmf"/><Relationship Id="rId1879" Type="http://schemas.openxmlformats.org/officeDocument/2006/relationships/image" Target="media/image942.wmf"/><Relationship Id="rId3094" Type="http://schemas.openxmlformats.org/officeDocument/2006/relationships/oleObject" Target="embeddings/oleObject1540.bin"/><Relationship Id="rId4145" Type="http://schemas.openxmlformats.org/officeDocument/2006/relationships/oleObject" Target="embeddings/oleObject2064.bin"/><Relationship Id="rId1739" Type="http://schemas.openxmlformats.org/officeDocument/2006/relationships/oleObject" Target="embeddings/oleObject865.bin"/><Relationship Id="rId1946" Type="http://schemas.openxmlformats.org/officeDocument/2006/relationships/oleObject" Target="embeddings/oleObject966.bin"/><Relationship Id="rId4005" Type="http://schemas.openxmlformats.org/officeDocument/2006/relationships/oleObject" Target="embeddings/oleObject1994.bin"/><Relationship Id="rId4352" Type="http://schemas.openxmlformats.org/officeDocument/2006/relationships/image" Target="media/image2180.wmf"/><Relationship Id="rId1806" Type="http://schemas.openxmlformats.org/officeDocument/2006/relationships/oleObject" Target="embeddings/oleObject898.bin"/><Relationship Id="rId3161" Type="http://schemas.openxmlformats.org/officeDocument/2006/relationships/image" Target="media/image1583.wmf"/><Relationship Id="rId4212" Type="http://schemas.openxmlformats.org/officeDocument/2006/relationships/image" Target="media/image2110.wmf"/><Relationship Id="rId3021" Type="http://schemas.openxmlformats.org/officeDocument/2006/relationships/image" Target="media/image1513.wmf"/><Relationship Id="rId3978" Type="http://schemas.openxmlformats.org/officeDocument/2006/relationships/image" Target="media/image1993.wmf"/><Relationship Id="rId899" Type="http://schemas.openxmlformats.org/officeDocument/2006/relationships/oleObject" Target="embeddings/oleObject445.bin"/><Relationship Id="rId2787" Type="http://schemas.openxmlformats.org/officeDocument/2006/relationships/image" Target="media/image1396.wmf"/><Relationship Id="rId3838" Type="http://schemas.openxmlformats.org/officeDocument/2006/relationships/image" Target="media/image1923.wmf"/><Relationship Id="rId759" Type="http://schemas.openxmlformats.org/officeDocument/2006/relationships/oleObject" Target="embeddings/oleObject375.bin"/><Relationship Id="rId966" Type="http://schemas.openxmlformats.org/officeDocument/2006/relationships/image" Target="media/image483.wmf"/><Relationship Id="rId1389" Type="http://schemas.openxmlformats.org/officeDocument/2006/relationships/oleObject" Target="embeddings/oleObject690.bin"/><Relationship Id="rId1596" Type="http://schemas.openxmlformats.org/officeDocument/2006/relationships/image" Target="media/image798.wmf"/><Relationship Id="rId2647" Type="http://schemas.openxmlformats.org/officeDocument/2006/relationships/image" Target="media/image1326.wmf"/><Relationship Id="rId2994" Type="http://schemas.openxmlformats.org/officeDocument/2006/relationships/oleObject" Target="embeddings/oleObject1490.bin"/><Relationship Id="rId619" Type="http://schemas.openxmlformats.org/officeDocument/2006/relationships/oleObject" Target="embeddings/oleObject307.bin"/><Relationship Id="rId1249" Type="http://schemas.openxmlformats.org/officeDocument/2006/relationships/oleObject" Target="embeddings/oleObject620.bin"/><Relationship Id="rId2854" Type="http://schemas.openxmlformats.org/officeDocument/2006/relationships/oleObject" Target="embeddings/oleObject1420.bin"/><Relationship Id="rId3905" Type="http://schemas.openxmlformats.org/officeDocument/2006/relationships/oleObject" Target="embeddings/oleObject1944.bin"/><Relationship Id="rId95" Type="http://schemas.openxmlformats.org/officeDocument/2006/relationships/oleObject" Target="embeddings/oleObject45.bin"/><Relationship Id="rId826" Type="http://schemas.openxmlformats.org/officeDocument/2006/relationships/image" Target="media/image413.wmf"/><Relationship Id="rId1109" Type="http://schemas.openxmlformats.org/officeDocument/2006/relationships/oleObject" Target="embeddings/oleObject550.bin"/><Relationship Id="rId1456" Type="http://schemas.openxmlformats.org/officeDocument/2006/relationships/image" Target="media/image728.wmf"/><Relationship Id="rId1663" Type="http://schemas.openxmlformats.org/officeDocument/2006/relationships/oleObject" Target="embeddings/oleObject827.bin"/><Relationship Id="rId1870" Type="http://schemas.openxmlformats.org/officeDocument/2006/relationships/oleObject" Target="embeddings/oleObject928.bin"/><Relationship Id="rId2507" Type="http://schemas.openxmlformats.org/officeDocument/2006/relationships/image" Target="media/image1256.wmf"/><Relationship Id="rId2714" Type="http://schemas.openxmlformats.org/officeDocument/2006/relationships/oleObject" Target="embeddings/oleObject1350.bin"/><Relationship Id="rId2921" Type="http://schemas.openxmlformats.org/officeDocument/2006/relationships/image" Target="media/image1463.wmf"/><Relationship Id="rId1316" Type="http://schemas.openxmlformats.org/officeDocument/2006/relationships/image" Target="media/image658.wmf"/><Relationship Id="rId1523" Type="http://schemas.openxmlformats.org/officeDocument/2006/relationships/oleObject" Target="embeddings/oleObject757.bin"/><Relationship Id="rId1730" Type="http://schemas.openxmlformats.org/officeDocument/2006/relationships/image" Target="media/image865.wmf"/><Relationship Id="rId22" Type="http://schemas.openxmlformats.org/officeDocument/2006/relationships/image" Target="media/image9.wmf"/><Relationship Id="rId3488" Type="http://schemas.openxmlformats.org/officeDocument/2006/relationships/image" Target="media/image1747.wmf"/><Relationship Id="rId3695" Type="http://schemas.openxmlformats.org/officeDocument/2006/relationships/oleObject" Target="embeddings/oleObject1839.bin"/><Relationship Id="rId4539" Type="http://schemas.openxmlformats.org/officeDocument/2006/relationships/oleObject" Target="embeddings/oleObject2259.bin"/><Relationship Id="rId2297" Type="http://schemas.openxmlformats.org/officeDocument/2006/relationships/image" Target="media/image1151.wmf"/><Relationship Id="rId3348" Type="http://schemas.openxmlformats.org/officeDocument/2006/relationships/oleObject" Target="embeddings/oleObject1667.bin"/><Relationship Id="rId3555" Type="http://schemas.openxmlformats.org/officeDocument/2006/relationships/image" Target="media/image1781.wmf"/><Relationship Id="rId3762" Type="http://schemas.openxmlformats.org/officeDocument/2006/relationships/image" Target="media/image1885.wmf"/><Relationship Id="rId4606" Type="http://schemas.openxmlformats.org/officeDocument/2006/relationships/image" Target="media/image2312.wmf"/><Relationship Id="rId269" Type="http://schemas.openxmlformats.org/officeDocument/2006/relationships/oleObject" Target="embeddings/oleObject132.bin"/><Relationship Id="rId476" Type="http://schemas.openxmlformats.org/officeDocument/2006/relationships/image" Target="media/image236.wmf"/><Relationship Id="rId683" Type="http://schemas.openxmlformats.org/officeDocument/2006/relationships/oleObject" Target="embeddings/oleObject338.bin"/><Relationship Id="rId890" Type="http://schemas.openxmlformats.org/officeDocument/2006/relationships/image" Target="media/image445.wmf"/><Relationship Id="rId2157" Type="http://schemas.openxmlformats.org/officeDocument/2006/relationships/image" Target="media/image1081.wmf"/><Relationship Id="rId2364" Type="http://schemas.openxmlformats.org/officeDocument/2006/relationships/oleObject" Target="embeddings/oleObject1175.bin"/><Relationship Id="rId2571" Type="http://schemas.openxmlformats.org/officeDocument/2006/relationships/image" Target="media/image1288.wmf"/><Relationship Id="rId3208" Type="http://schemas.openxmlformats.org/officeDocument/2006/relationships/oleObject" Target="embeddings/oleObject1597.bin"/><Relationship Id="rId3415" Type="http://schemas.openxmlformats.org/officeDocument/2006/relationships/image" Target="media/image1710.wmf"/><Relationship Id="rId129" Type="http://schemas.openxmlformats.org/officeDocument/2006/relationships/oleObject" Target="embeddings/oleObject62.bin"/><Relationship Id="rId336" Type="http://schemas.openxmlformats.org/officeDocument/2006/relationships/image" Target="media/image166.wmf"/><Relationship Id="rId543" Type="http://schemas.openxmlformats.org/officeDocument/2006/relationships/oleObject" Target="embeddings/oleObject269.bin"/><Relationship Id="rId1173" Type="http://schemas.openxmlformats.org/officeDocument/2006/relationships/oleObject" Target="embeddings/oleObject582.bin"/><Relationship Id="rId1380" Type="http://schemas.openxmlformats.org/officeDocument/2006/relationships/image" Target="media/image690.wmf"/><Relationship Id="rId2017" Type="http://schemas.openxmlformats.org/officeDocument/2006/relationships/image" Target="media/image1011.wmf"/><Relationship Id="rId2224" Type="http://schemas.openxmlformats.org/officeDocument/2006/relationships/oleObject" Target="embeddings/oleObject1105.bin"/><Relationship Id="rId3622" Type="http://schemas.openxmlformats.org/officeDocument/2006/relationships/image" Target="media/image1815.wmf"/><Relationship Id="rId403" Type="http://schemas.openxmlformats.org/officeDocument/2006/relationships/oleObject" Target="embeddings/oleObject199.bin"/><Relationship Id="rId750" Type="http://schemas.openxmlformats.org/officeDocument/2006/relationships/image" Target="media/image375.wmf"/><Relationship Id="rId1033" Type="http://schemas.openxmlformats.org/officeDocument/2006/relationships/oleObject" Target="embeddings/oleObject512.bin"/><Relationship Id="rId2431" Type="http://schemas.openxmlformats.org/officeDocument/2006/relationships/image" Target="media/image1218.wmf"/><Relationship Id="rId4189" Type="http://schemas.openxmlformats.org/officeDocument/2006/relationships/oleObject" Target="embeddings/oleObject2086.bin"/><Relationship Id="rId610" Type="http://schemas.openxmlformats.org/officeDocument/2006/relationships/image" Target="media/image303.wmf"/><Relationship Id="rId1240" Type="http://schemas.openxmlformats.org/officeDocument/2006/relationships/image" Target="media/image620.wmf"/><Relationship Id="rId4049" Type="http://schemas.openxmlformats.org/officeDocument/2006/relationships/oleObject" Target="embeddings/oleObject2016.bin"/><Relationship Id="rId4396" Type="http://schemas.openxmlformats.org/officeDocument/2006/relationships/image" Target="media/image2203.png"/><Relationship Id="rId1100" Type="http://schemas.openxmlformats.org/officeDocument/2006/relationships/image" Target="media/image550.wmf"/><Relationship Id="rId4256" Type="http://schemas.openxmlformats.org/officeDocument/2006/relationships/image" Target="media/image2132.wmf"/><Relationship Id="rId4463" Type="http://schemas.openxmlformats.org/officeDocument/2006/relationships/oleObject" Target="embeddings/oleObject2221.bin"/><Relationship Id="rId1917" Type="http://schemas.openxmlformats.org/officeDocument/2006/relationships/image" Target="media/image961.wmf"/><Relationship Id="rId3065" Type="http://schemas.openxmlformats.org/officeDocument/2006/relationships/image" Target="media/image1535.wmf"/><Relationship Id="rId3272" Type="http://schemas.openxmlformats.org/officeDocument/2006/relationships/oleObject" Target="embeddings/oleObject1629.bin"/><Relationship Id="rId4116" Type="http://schemas.openxmlformats.org/officeDocument/2006/relationships/image" Target="media/image2062.wmf"/><Relationship Id="rId4323" Type="http://schemas.openxmlformats.org/officeDocument/2006/relationships/image" Target="media/image2166.wmf"/><Relationship Id="rId4530" Type="http://schemas.openxmlformats.org/officeDocument/2006/relationships/image" Target="media/image2271.wmf"/><Relationship Id="rId193" Type="http://schemas.openxmlformats.org/officeDocument/2006/relationships/oleObject" Target="embeddings/oleObject94.bin"/><Relationship Id="rId2081" Type="http://schemas.openxmlformats.org/officeDocument/2006/relationships/image" Target="media/image1043.wmf"/><Relationship Id="rId3132" Type="http://schemas.openxmlformats.org/officeDocument/2006/relationships/oleObject" Target="embeddings/oleObject1559.bin"/><Relationship Id="rId260" Type="http://schemas.openxmlformats.org/officeDocument/2006/relationships/image" Target="media/image128.wmf"/><Relationship Id="rId120" Type="http://schemas.openxmlformats.org/officeDocument/2006/relationships/image" Target="media/image58.wmf"/><Relationship Id="rId2898" Type="http://schemas.openxmlformats.org/officeDocument/2006/relationships/oleObject" Target="embeddings/oleObject1442.bin"/><Relationship Id="rId3949" Type="http://schemas.openxmlformats.org/officeDocument/2006/relationships/oleObject" Target="embeddings/oleObject1966.bin"/><Relationship Id="rId2758" Type="http://schemas.openxmlformats.org/officeDocument/2006/relationships/oleObject" Target="embeddings/oleObject1372.bin"/><Relationship Id="rId2965" Type="http://schemas.openxmlformats.org/officeDocument/2006/relationships/image" Target="media/image1485.wmf"/><Relationship Id="rId3809" Type="http://schemas.openxmlformats.org/officeDocument/2006/relationships/oleObject" Target="embeddings/oleObject1896.bin"/><Relationship Id="rId937" Type="http://schemas.openxmlformats.org/officeDocument/2006/relationships/oleObject" Target="embeddings/oleObject464.bin"/><Relationship Id="rId1567" Type="http://schemas.openxmlformats.org/officeDocument/2006/relationships/oleObject" Target="embeddings/oleObject779.bin"/><Relationship Id="rId1774" Type="http://schemas.openxmlformats.org/officeDocument/2006/relationships/image" Target="media/image887.wmf"/><Relationship Id="rId1981" Type="http://schemas.openxmlformats.org/officeDocument/2006/relationships/image" Target="media/image993.wmf"/><Relationship Id="rId2618" Type="http://schemas.openxmlformats.org/officeDocument/2006/relationships/oleObject" Target="embeddings/oleObject1302.bin"/><Relationship Id="rId2825" Type="http://schemas.openxmlformats.org/officeDocument/2006/relationships/image" Target="media/image1415.wmf"/><Relationship Id="rId4180" Type="http://schemas.openxmlformats.org/officeDocument/2006/relationships/image" Target="media/image2094.wmf"/><Relationship Id="rId66" Type="http://schemas.openxmlformats.org/officeDocument/2006/relationships/image" Target="media/image31.wmf"/><Relationship Id="rId1427" Type="http://schemas.openxmlformats.org/officeDocument/2006/relationships/oleObject" Target="embeddings/oleObject709.bin"/><Relationship Id="rId1634" Type="http://schemas.openxmlformats.org/officeDocument/2006/relationships/image" Target="media/image817.wmf"/><Relationship Id="rId1841" Type="http://schemas.openxmlformats.org/officeDocument/2006/relationships/image" Target="media/image922.png"/><Relationship Id="rId4040" Type="http://schemas.openxmlformats.org/officeDocument/2006/relationships/image" Target="media/image2024.wmf"/><Relationship Id="rId3599" Type="http://schemas.openxmlformats.org/officeDocument/2006/relationships/oleObject" Target="embeddings/oleObject1791.bin"/><Relationship Id="rId1701" Type="http://schemas.openxmlformats.org/officeDocument/2006/relationships/oleObject" Target="embeddings/oleObject846.bin"/><Relationship Id="rId3459" Type="http://schemas.openxmlformats.org/officeDocument/2006/relationships/image" Target="media/image1732.wmf"/><Relationship Id="rId3666" Type="http://schemas.openxmlformats.org/officeDocument/2006/relationships/image" Target="media/image1837.wmf"/><Relationship Id="rId587" Type="http://schemas.openxmlformats.org/officeDocument/2006/relationships/oleObject" Target="embeddings/oleObject291.bin"/><Relationship Id="rId2268" Type="http://schemas.openxmlformats.org/officeDocument/2006/relationships/oleObject" Target="embeddings/oleObject1127.bin"/><Relationship Id="rId3319" Type="http://schemas.openxmlformats.org/officeDocument/2006/relationships/image" Target="media/image1662.wmf"/><Relationship Id="rId3873" Type="http://schemas.openxmlformats.org/officeDocument/2006/relationships/oleObject" Target="embeddings/oleObject1928.bin"/><Relationship Id="rId447" Type="http://schemas.openxmlformats.org/officeDocument/2006/relationships/oleObject" Target="embeddings/oleObject221.bin"/><Relationship Id="rId794" Type="http://schemas.openxmlformats.org/officeDocument/2006/relationships/image" Target="media/image397.wmf"/><Relationship Id="rId1077" Type="http://schemas.openxmlformats.org/officeDocument/2006/relationships/oleObject" Target="embeddings/oleObject534.bin"/><Relationship Id="rId2128" Type="http://schemas.openxmlformats.org/officeDocument/2006/relationships/oleObject" Target="embeddings/oleObject1057.bin"/><Relationship Id="rId2475" Type="http://schemas.openxmlformats.org/officeDocument/2006/relationships/image" Target="media/image1240.wmf"/><Relationship Id="rId2682" Type="http://schemas.openxmlformats.org/officeDocument/2006/relationships/oleObject" Target="embeddings/oleObject1334.bin"/><Relationship Id="rId3526" Type="http://schemas.openxmlformats.org/officeDocument/2006/relationships/image" Target="media/image1766.wmf"/><Relationship Id="rId3733" Type="http://schemas.openxmlformats.org/officeDocument/2006/relationships/oleObject" Target="embeddings/oleObject1858.bin"/><Relationship Id="rId3940" Type="http://schemas.openxmlformats.org/officeDocument/2006/relationships/image" Target="media/image1974.wmf"/><Relationship Id="rId654" Type="http://schemas.openxmlformats.org/officeDocument/2006/relationships/oleObject" Target="embeddings/oleObject324.bin"/><Relationship Id="rId861" Type="http://schemas.openxmlformats.org/officeDocument/2006/relationships/oleObject" Target="embeddings/oleObject426.bin"/><Relationship Id="rId1284" Type="http://schemas.openxmlformats.org/officeDocument/2006/relationships/image" Target="media/image642.wmf"/><Relationship Id="rId1491" Type="http://schemas.openxmlformats.org/officeDocument/2006/relationships/oleObject" Target="embeddings/oleObject741.bin"/><Relationship Id="rId2335" Type="http://schemas.openxmlformats.org/officeDocument/2006/relationships/image" Target="media/image1170.wmf"/><Relationship Id="rId2542" Type="http://schemas.openxmlformats.org/officeDocument/2006/relationships/oleObject" Target="embeddings/oleObject1264.bin"/><Relationship Id="rId3800" Type="http://schemas.openxmlformats.org/officeDocument/2006/relationships/image" Target="media/image1904.wmf"/><Relationship Id="rId307" Type="http://schemas.openxmlformats.org/officeDocument/2006/relationships/oleObject" Target="embeddings/oleObject151.bin"/><Relationship Id="rId514" Type="http://schemas.openxmlformats.org/officeDocument/2006/relationships/image" Target="media/image255.wmf"/><Relationship Id="rId721" Type="http://schemas.openxmlformats.org/officeDocument/2006/relationships/oleObject" Target="embeddings/oleObject356.bin"/><Relationship Id="rId1144" Type="http://schemas.openxmlformats.org/officeDocument/2006/relationships/image" Target="media/image572.wmf"/><Relationship Id="rId1351" Type="http://schemas.openxmlformats.org/officeDocument/2006/relationships/oleObject" Target="embeddings/oleObject671.bin"/><Relationship Id="rId2402" Type="http://schemas.openxmlformats.org/officeDocument/2006/relationships/oleObject" Target="embeddings/oleObject1194.bin"/><Relationship Id="rId1004" Type="http://schemas.openxmlformats.org/officeDocument/2006/relationships/image" Target="media/image502.wmf"/><Relationship Id="rId1211" Type="http://schemas.openxmlformats.org/officeDocument/2006/relationships/oleObject" Target="embeddings/oleObject601.bin"/><Relationship Id="rId4367" Type="http://schemas.openxmlformats.org/officeDocument/2006/relationships/oleObject" Target="embeddings/oleObject2175.bin"/><Relationship Id="rId4574" Type="http://schemas.openxmlformats.org/officeDocument/2006/relationships/image" Target="media/image2293.wmf"/><Relationship Id="rId3176" Type="http://schemas.openxmlformats.org/officeDocument/2006/relationships/oleObject" Target="embeddings/oleObject1581.bin"/><Relationship Id="rId3383" Type="http://schemas.openxmlformats.org/officeDocument/2006/relationships/image" Target="media/image1694.wmf"/><Relationship Id="rId3590" Type="http://schemas.openxmlformats.org/officeDocument/2006/relationships/image" Target="media/image1799.wmf"/><Relationship Id="rId4227" Type="http://schemas.openxmlformats.org/officeDocument/2006/relationships/oleObject" Target="embeddings/oleObject2105.bin"/><Relationship Id="rId4434" Type="http://schemas.openxmlformats.org/officeDocument/2006/relationships/image" Target="media/image2223.wmf"/><Relationship Id="rId2192" Type="http://schemas.openxmlformats.org/officeDocument/2006/relationships/oleObject" Target="embeddings/oleObject1089.bin"/><Relationship Id="rId3036" Type="http://schemas.openxmlformats.org/officeDocument/2006/relationships/oleObject" Target="embeddings/oleObject1511.bin"/><Relationship Id="rId3243" Type="http://schemas.openxmlformats.org/officeDocument/2006/relationships/image" Target="media/image1624.wmf"/><Relationship Id="rId4641" Type="http://schemas.openxmlformats.org/officeDocument/2006/relationships/oleObject" Target="embeddings/oleObject2308.bin"/><Relationship Id="rId164" Type="http://schemas.openxmlformats.org/officeDocument/2006/relationships/image" Target="media/image80.wmf"/><Relationship Id="rId371" Type="http://schemas.openxmlformats.org/officeDocument/2006/relationships/oleObject" Target="embeddings/oleObject183.bin"/><Relationship Id="rId2052" Type="http://schemas.openxmlformats.org/officeDocument/2006/relationships/oleObject" Target="embeddings/oleObject1019.bin"/><Relationship Id="rId3450" Type="http://schemas.openxmlformats.org/officeDocument/2006/relationships/oleObject" Target="embeddings/oleObject1718.bin"/><Relationship Id="rId4501" Type="http://schemas.openxmlformats.org/officeDocument/2006/relationships/oleObject" Target="embeddings/oleObject2240.bin"/><Relationship Id="rId3103" Type="http://schemas.openxmlformats.org/officeDocument/2006/relationships/image" Target="media/image1554.wmf"/><Relationship Id="rId3310" Type="http://schemas.openxmlformats.org/officeDocument/2006/relationships/oleObject" Target="embeddings/oleObject1648.bin"/><Relationship Id="rId231" Type="http://schemas.openxmlformats.org/officeDocument/2006/relationships/oleObject" Target="embeddings/oleObject113.bin"/><Relationship Id="rId2869" Type="http://schemas.openxmlformats.org/officeDocument/2006/relationships/image" Target="media/image1437.wmf"/><Relationship Id="rId1678" Type="http://schemas.openxmlformats.org/officeDocument/2006/relationships/image" Target="media/image839.wmf"/><Relationship Id="rId1885" Type="http://schemas.openxmlformats.org/officeDocument/2006/relationships/image" Target="media/image945.wmf"/><Relationship Id="rId2729" Type="http://schemas.openxmlformats.org/officeDocument/2006/relationships/image" Target="media/image1367.wmf"/><Relationship Id="rId2936" Type="http://schemas.openxmlformats.org/officeDocument/2006/relationships/oleObject" Target="embeddings/oleObject1461.bin"/><Relationship Id="rId4084" Type="http://schemas.openxmlformats.org/officeDocument/2006/relationships/image" Target="media/image2046.wmf"/><Relationship Id="rId4291" Type="http://schemas.openxmlformats.org/officeDocument/2006/relationships/image" Target="media/image2150.wmf"/><Relationship Id="rId908" Type="http://schemas.openxmlformats.org/officeDocument/2006/relationships/image" Target="media/image454.wmf"/><Relationship Id="rId1538" Type="http://schemas.openxmlformats.org/officeDocument/2006/relationships/image" Target="media/image769.wmf"/><Relationship Id="rId4151" Type="http://schemas.openxmlformats.org/officeDocument/2006/relationships/oleObject" Target="embeddings/oleObject2067.bin"/><Relationship Id="rId1745" Type="http://schemas.openxmlformats.org/officeDocument/2006/relationships/oleObject" Target="embeddings/oleObject868.bin"/><Relationship Id="rId1952" Type="http://schemas.openxmlformats.org/officeDocument/2006/relationships/oleObject" Target="embeddings/oleObject969.bin"/><Relationship Id="rId4011" Type="http://schemas.openxmlformats.org/officeDocument/2006/relationships/oleObject" Target="embeddings/oleObject1997.bin"/><Relationship Id="rId37" Type="http://schemas.openxmlformats.org/officeDocument/2006/relationships/oleObject" Target="embeddings/oleObject16.bin"/><Relationship Id="rId1605" Type="http://schemas.openxmlformats.org/officeDocument/2006/relationships/oleObject" Target="embeddings/oleObject798.bin"/><Relationship Id="rId1812" Type="http://schemas.openxmlformats.org/officeDocument/2006/relationships/oleObject" Target="embeddings/oleObject901.bin"/><Relationship Id="rId3777" Type="http://schemas.openxmlformats.org/officeDocument/2006/relationships/oleObject" Target="embeddings/oleObject1880.bin"/><Relationship Id="rId3984" Type="http://schemas.openxmlformats.org/officeDocument/2006/relationships/image" Target="media/image1996.wmf"/><Relationship Id="rId698" Type="http://schemas.openxmlformats.org/officeDocument/2006/relationships/oleObject" Target="embeddings/oleObject345.bin"/><Relationship Id="rId2379" Type="http://schemas.openxmlformats.org/officeDocument/2006/relationships/image" Target="media/image1192.wmf"/><Relationship Id="rId2586" Type="http://schemas.openxmlformats.org/officeDocument/2006/relationships/oleObject" Target="embeddings/oleObject1286.bin"/><Relationship Id="rId2793" Type="http://schemas.openxmlformats.org/officeDocument/2006/relationships/image" Target="media/image1399.wmf"/><Relationship Id="rId3637" Type="http://schemas.openxmlformats.org/officeDocument/2006/relationships/oleObject" Target="embeddings/oleObject1810.bin"/><Relationship Id="rId3844" Type="http://schemas.openxmlformats.org/officeDocument/2006/relationships/image" Target="media/image1926.wmf"/><Relationship Id="rId558" Type="http://schemas.openxmlformats.org/officeDocument/2006/relationships/image" Target="media/image277.wmf"/><Relationship Id="rId765" Type="http://schemas.openxmlformats.org/officeDocument/2006/relationships/oleObject" Target="embeddings/oleObject378.bin"/><Relationship Id="rId972" Type="http://schemas.openxmlformats.org/officeDocument/2006/relationships/image" Target="media/image486.wmf"/><Relationship Id="rId1188" Type="http://schemas.openxmlformats.org/officeDocument/2006/relationships/image" Target="media/image594.wmf"/><Relationship Id="rId1395" Type="http://schemas.openxmlformats.org/officeDocument/2006/relationships/oleObject" Target="embeddings/oleObject693.bin"/><Relationship Id="rId2239" Type="http://schemas.openxmlformats.org/officeDocument/2006/relationships/image" Target="media/image1122.wmf"/><Relationship Id="rId2446" Type="http://schemas.openxmlformats.org/officeDocument/2006/relationships/oleObject" Target="embeddings/oleObject1216.bin"/><Relationship Id="rId2653" Type="http://schemas.openxmlformats.org/officeDocument/2006/relationships/image" Target="media/image1329.wmf"/><Relationship Id="rId2860" Type="http://schemas.openxmlformats.org/officeDocument/2006/relationships/oleObject" Target="embeddings/oleObject1423.bin"/><Relationship Id="rId3704" Type="http://schemas.openxmlformats.org/officeDocument/2006/relationships/image" Target="media/image1856.wmf"/><Relationship Id="rId418" Type="http://schemas.openxmlformats.org/officeDocument/2006/relationships/image" Target="media/image207.wmf"/><Relationship Id="rId625" Type="http://schemas.openxmlformats.org/officeDocument/2006/relationships/oleObject" Target="embeddings/oleObject310.bin"/><Relationship Id="rId832" Type="http://schemas.openxmlformats.org/officeDocument/2006/relationships/image" Target="media/image416.wmf"/><Relationship Id="rId1048" Type="http://schemas.openxmlformats.org/officeDocument/2006/relationships/image" Target="media/image524.wmf"/><Relationship Id="rId1255" Type="http://schemas.openxmlformats.org/officeDocument/2006/relationships/oleObject" Target="embeddings/oleObject623.bin"/><Relationship Id="rId1462" Type="http://schemas.openxmlformats.org/officeDocument/2006/relationships/image" Target="media/image731.wmf"/><Relationship Id="rId2306" Type="http://schemas.openxmlformats.org/officeDocument/2006/relationships/oleObject" Target="embeddings/oleObject1146.bin"/><Relationship Id="rId2513" Type="http://schemas.openxmlformats.org/officeDocument/2006/relationships/image" Target="media/image1259.wmf"/><Relationship Id="rId3911" Type="http://schemas.openxmlformats.org/officeDocument/2006/relationships/oleObject" Target="embeddings/oleObject1947.bin"/><Relationship Id="rId1115" Type="http://schemas.openxmlformats.org/officeDocument/2006/relationships/oleObject" Target="embeddings/oleObject553.bin"/><Relationship Id="rId1322" Type="http://schemas.openxmlformats.org/officeDocument/2006/relationships/image" Target="media/image661.wmf"/><Relationship Id="rId2720" Type="http://schemas.openxmlformats.org/officeDocument/2006/relationships/oleObject" Target="embeddings/oleObject1353.bin"/><Relationship Id="rId4478" Type="http://schemas.openxmlformats.org/officeDocument/2006/relationships/image" Target="media/image2245.wmf"/><Relationship Id="rId3287" Type="http://schemas.openxmlformats.org/officeDocument/2006/relationships/image" Target="media/image1646.wmf"/><Relationship Id="rId4338" Type="http://schemas.openxmlformats.org/officeDocument/2006/relationships/image" Target="media/image2173.wmf"/><Relationship Id="rId2096" Type="http://schemas.openxmlformats.org/officeDocument/2006/relationships/oleObject" Target="embeddings/oleObject1041.bin"/><Relationship Id="rId3494" Type="http://schemas.openxmlformats.org/officeDocument/2006/relationships/image" Target="media/image1750.wmf"/><Relationship Id="rId4545" Type="http://schemas.openxmlformats.org/officeDocument/2006/relationships/oleObject" Target="embeddings/oleObject2262.bin"/><Relationship Id="rId3147" Type="http://schemas.openxmlformats.org/officeDocument/2006/relationships/image" Target="media/image1576.wmf"/><Relationship Id="rId3354" Type="http://schemas.openxmlformats.org/officeDocument/2006/relationships/oleObject" Target="embeddings/oleObject1670.bin"/><Relationship Id="rId3561" Type="http://schemas.openxmlformats.org/officeDocument/2006/relationships/image" Target="media/image1784.wmf"/><Relationship Id="rId4405" Type="http://schemas.openxmlformats.org/officeDocument/2006/relationships/oleObject" Target="embeddings/oleObject2192.bin"/><Relationship Id="rId4612" Type="http://schemas.openxmlformats.org/officeDocument/2006/relationships/image" Target="media/image2315.wmf"/><Relationship Id="rId275" Type="http://schemas.openxmlformats.org/officeDocument/2006/relationships/oleObject" Target="embeddings/oleObject135.bin"/><Relationship Id="rId482" Type="http://schemas.openxmlformats.org/officeDocument/2006/relationships/image" Target="media/image239.wmf"/><Relationship Id="rId2163" Type="http://schemas.openxmlformats.org/officeDocument/2006/relationships/image" Target="media/image1084.wmf"/><Relationship Id="rId2370" Type="http://schemas.openxmlformats.org/officeDocument/2006/relationships/oleObject" Target="embeddings/oleObject1178.bin"/><Relationship Id="rId3007" Type="http://schemas.openxmlformats.org/officeDocument/2006/relationships/image" Target="media/image1506.wmf"/><Relationship Id="rId3214" Type="http://schemas.openxmlformats.org/officeDocument/2006/relationships/oleObject" Target="embeddings/oleObject1600.bin"/><Relationship Id="rId3421" Type="http://schemas.openxmlformats.org/officeDocument/2006/relationships/image" Target="media/image1713.wmf"/><Relationship Id="rId135" Type="http://schemas.openxmlformats.org/officeDocument/2006/relationships/oleObject" Target="embeddings/oleObject65.bin"/><Relationship Id="rId342" Type="http://schemas.openxmlformats.org/officeDocument/2006/relationships/image" Target="media/image169.wmf"/><Relationship Id="rId2023" Type="http://schemas.openxmlformats.org/officeDocument/2006/relationships/image" Target="media/image1014.wmf"/><Relationship Id="rId2230" Type="http://schemas.openxmlformats.org/officeDocument/2006/relationships/oleObject" Target="embeddings/oleObject1108.bin"/><Relationship Id="rId202" Type="http://schemas.openxmlformats.org/officeDocument/2006/relationships/image" Target="media/image99.wmf"/><Relationship Id="rId4195" Type="http://schemas.openxmlformats.org/officeDocument/2006/relationships/oleObject" Target="embeddings/oleObject2089.bin"/><Relationship Id="rId1789" Type="http://schemas.openxmlformats.org/officeDocument/2006/relationships/image" Target="media/image895.wmf"/><Relationship Id="rId1996" Type="http://schemas.openxmlformats.org/officeDocument/2006/relationships/oleObject" Target="embeddings/oleObject991.bin"/><Relationship Id="rId4055" Type="http://schemas.openxmlformats.org/officeDocument/2006/relationships/oleObject" Target="embeddings/oleObject2019.bin"/><Relationship Id="rId4262" Type="http://schemas.openxmlformats.org/officeDocument/2006/relationships/oleObject" Target="embeddings/oleObject2122.bin"/><Relationship Id="rId1649" Type="http://schemas.openxmlformats.org/officeDocument/2006/relationships/oleObject" Target="embeddings/oleObject820.bin"/><Relationship Id="rId1856" Type="http://schemas.openxmlformats.org/officeDocument/2006/relationships/oleObject" Target="embeddings/oleObject921.bin"/><Relationship Id="rId2907" Type="http://schemas.openxmlformats.org/officeDocument/2006/relationships/image" Target="media/image1456.wmf"/><Relationship Id="rId3071" Type="http://schemas.openxmlformats.org/officeDocument/2006/relationships/image" Target="media/image1538.wmf"/><Relationship Id="rId1509" Type="http://schemas.openxmlformats.org/officeDocument/2006/relationships/oleObject" Target="embeddings/oleObject750.bin"/><Relationship Id="rId1716" Type="http://schemas.openxmlformats.org/officeDocument/2006/relationships/image" Target="media/image858.wmf"/><Relationship Id="rId1923" Type="http://schemas.openxmlformats.org/officeDocument/2006/relationships/image" Target="media/image964.wmf"/><Relationship Id="rId4122" Type="http://schemas.openxmlformats.org/officeDocument/2006/relationships/image" Target="media/image2065.wmf"/><Relationship Id="rId3888" Type="http://schemas.openxmlformats.org/officeDocument/2006/relationships/image" Target="media/image1948.wmf"/><Relationship Id="rId2697" Type="http://schemas.openxmlformats.org/officeDocument/2006/relationships/image" Target="media/image1351.wmf"/><Relationship Id="rId3748" Type="http://schemas.openxmlformats.org/officeDocument/2006/relationships/image" Target="media/image1878.wmf"/><Relationship Id="rId669" Type="http://schemas.openxmlformats.org/officeDocument/2006/relationships/oleObject" Target="embeddings/oleObject331.bin"/><Relationship Id="rId876" Type="http://schemas.openxmlformats.org/officeDocument/2006/relationships/image" Target="media/image438.wmf"/><Relationship Id="rId1299" Type="http://schemas.openxmlformats.org/officeDocument/2006/relationships/oleObject" Target="embeddings/oleObject645.bin"/><Relationship Id="rId2557" Type="http://schemas.openxmlformats.org/officeDocument/2006/relationships/image" Target="media/image1281.wmf"/><Relationship Id="rId3608" Type="http://schemas.openxmlformats.org/officeDocument/2006/relationships/image" Target="media/image1808.wmf"/><Relationship Id="rId3955" Type="http://schemas.openxmlformats.org/officeDocument/2006/relationships/oleObject" Target="embeddings/oleObject1969.bin"/><Relationship Id="rId529" Type="http://schemas.openxmlformats.org/officeDocument/2006/relationships/oleObject" Target="embeddings/oleObject262.bin"/><Relationship Id="rId736" Type="http://schemas.openxmlformats.org/officeDocument/2006/relationships/image" Target="media/image368.wmf"/><Relationship Id="rId1159" Type="http://schemas.openxmlformats.org/officeDocument/2006/relationships/oleObject" Target="embeddings/oleObject575.bin"/><Relationship Id="rId1366" Type="http://schemas.openxmlformats.org/officeDocument/2006/relationships/image" Target="media/image683.wmf"/><Relationship Id="rId2417" Type="http://schemas.openxmlformats.org/officeDocument/2006/relationships/image" Target="media/image1211.wmf"/><Relationship Id="rId2764" Type="http://schemas.openxmlformats.org/officeDocument/2006/relationships/oleObject" Target="embeddings/oleObject1375.bin"/><Relationship Id="rId2971" Type="http://schemas.openxmlformats.org/officeDocument/2006/relationships/image" Target="media/image1488.wmf"/><Relationship Id="rId3815" Type="http://schemas.openxmlformats.org/officeDocument/2006/relationships/oleObject" Target="embeddings/oleObject1899.bin"/><Relationship Id="rId943" Type="http://schemas.openxmlformats.org/officeDocument/2006/relationships/oleObject" Target="embeddings/oleObject467.bin"/><Relationship Id="rId1019" Type="http://schemas.openxmlformats.org/officeDocument/2006/relationships/oleObject" Target="embeddings/oleObject505.bin"/><Relationship Id="rId1573" Type="http://schemas.openxmlformats.org/officeDocument/2006/relationships/oleObject" Target="embeddings/oleObject782.bin"/><Relationship Id="rId1780" Type="http://schemas.openxmlformats.org/officeDocument/2006/relationships/image" Target="media/image890.png"/><Relationship Id="rId2624" Type="http://schemas.openxmlformats.org/officeDocument/2006/relationships/oleObject" Target="embeddings/oleObject1305.bin"/><Relationship Id="rId2831" Type="http://schemas.openxmlformats.org/officeDocument/2006/relationships/image" Target="media/image1418.wmf"/><Relationship Id="rId72" Type="http://schemas.openxmlformats.org/officeDocument/2006/relationships/image" Target="media/image34.wmf"/><Relationship Id="rId803" Type="http://schemas.openxmlformats.org/officeDocument/2006/relationships/oleObject" Target="embeddings/oleObject397.bin"/><Relationship Id="rId1226" Type="http://schemas.openxmlformats.org/officeDocument/2006/relationships/image" Target="media/image613.wmf"/><Relationship Id="rId1433" Type="http://schemas.openxmlformats.org/officeDocument/2006/relationships/oleObject" Target="embeddings/oleObject712.bin"/><Relationship Id="rId1640" Type="http://schemas.openxmlformats.org/officeDocument/2006/relationships/image" Target="media/image820.wmf"/><Relationship Id="rId4589" Type="http://schemas.openxmlformats.org/officeDocument/2006/relationships/oleObject" Target="embeddings/oleObject2284.bin"/><Relationship Id="rId1500" Type="http://schemas.openxmlformats.org/officeDocument/2006/relationships/image" Target="media/image750.wmf"/><Relationship Id="rId3398" Type="http://schemas.openxmlformats.org/officeDocument/2006/relationships/oleObject" Target="embeddings/oleObject1692.bin"/><Relationship Id="rId4449" Type="http://schemas.openxmlformats.org/officeDocument/2006/relationships/oleObject" Target="embeddings/oleObject2214.bin"/><Relationship Id="rId4656" Type="http://schemas.openxmlformats.org/officeDocument/2006/relationships/theme" Target="theme/theme1.xml"/><Relationship Id="rId3258" Type="http://schemas.openxmlformats.org/officeDocument/2006/relationships/oleObject" Target="embeddings/oleObject1622.bin"/><Relationship Id="rId3465" Type="http://schemas.openxmlformats.org/officeDocument/2006/relationships/image" Target="media/image1735.wmf"/><Relationship Id="rId3672" Type="http://schemas.openxmlformats.org/officeDocument/2006/relationships/image" Target="media/image1840.wmf"/><Relationship Id="rId4309" Type="http://schemas.openxmlformats.org/officeDocument/2006/relationships/image" Target="media/image2159.wmf"/><Relationship Id="rId4516" Type="http://schemas.openxmlformats.org/officeDocument/2006/relationships/image" Target="media/image2264.wmf"/><Relationship Id="rId179" Type="http://schemas.openxmlformats.org/officeDocument/2006/relationships/oleObject" Target="embeddings/oleObject87.bin"/><Relationship Id="rId386" Type="http://schemas.openxmlformats.org/officeDocument/2006/relationships/image" Target="media/image191.wmf"/><Relationship Id="rId593" Type="http://schemas.openxmlformats.org/officeDocument/2006/relationships/oleObject" Target="embeddings/oleObject294.bin"/><Relationship Id="rId2067" Type="http://schemas.openxmlformats.org/officeDocument/2006/relationships/image" Target="media/image1036.wmf"/><Relationship Id="rId2274" Type="http://schemas.openxmlformats.org/officeDocument/2006/relationships/oleObject" Target="embeddings/oleObject1130.bin"/><Relationship Id="rId2481" Type="http://schemas.openxmlformats.org/officeDocument/2006/relationships/image" Target="media/image1243.wmf"/><Relationship Id="rId3118" Type="http://schemas.openxmlformats.org/officeDocument/2006/relationships/oleObject" Target="embeddings/oleObject1552.bin"/><Relationship Id="rId3325" Type="http://schemas.openxmlformats.org/officeDocument/2006/relationships/image" Target="media/image1665.wmf"/><Relationship Id="rId3532" Type="http://schemas.openxmlformats.org/officeDocument/2006/relationships/image" Target="media/image1769.png"/><Relationship Id="rId246" Type="http://schemas.openxmlformats.org/officeDocument/2006/relationships/image" Target="media/image121.wmf"/><Relationship Id="rId453" Type="http://schemas.openxmlformats.org/officeDocument/2006/relationships/oleObject" Target="embeddings/oleObject224.bin"/><Relationship Id="rId660" Type="http://schemas.openxmlformats.org/officeDocument/2006/relationships/oleObject" Target="embeddings/oleObject327.bin"/><Relationship Id="rId1083" Type="http://schemas.openxmlformats.org/officeDocument/2006/relationships/oleObject" Target="embeddings/oleObject537.bin"/><Relationship Id="rId1290" Type="http://schemas.openxmlformats.org/officeDocument/2006/relationships/image" Target="media/image645.wmf"/><Relationship Id="rId2134" Type="http://schemas.openxmlformats.org/officeDocument/2006/relationships/oleObject" Target="embeddings/oleObject1060.bin"/><Relationship Id="rId2341" Type="http://schemas.openxmlformats.org/officeDocument/2006/relationships/image" Target="media/image1173.wmf"/><Relationship Id="rId106" Type="http://schemas.openxmlformats.org/officeDocument/2006/relationships/image" Target="media/image51.wmf"/><Relationship Id="rId313" Type="http://schemas.openxmlformats.org/officeDocument/2006/relationships/oleObject" Target="embeddings/oleObject154.bin"/><Relationship Id="rId1150" Type="http://schemas.openxmlformats.org/officeDocument/2006/relationships/image" Target="media/image575.wmf"/><Relationship Id="rId4099" Type="http://schemas.openxmlformats.org/officeDocument/2006/relationships/oleObject" Target="embeddings/oleObject2041.bin"/><Relationship Id="rId520" Type="http://schemas.openxmlformats.org/officeDocument/2006/relationships/image" Target="media/image258.wmf"/><Relationship Id="rId2201" Type="http://schemas.openxmlformats.org/officeDocument/2006/relationships/image" Target="media/image1103.wmf"/><Relationship Id="rId1010" Type="http://schemas.openxmlformats.org/officeDocument/2006/relationships/image" Target="media/image505.wmf"/><Relationship Id="rId1967" Type="http://schemas.openxmlformats.org/officeDocument/2006/relationships/image" Target="media/image986.wmf"/><Relationship Id="rId4166" Type="http://schemas.openxmlformats.org/officeDocument/2006/relationships/image" Target="media/image2087.wmf"/><Relationship Id="rId4373" Type="http://schemas.openxmlformats.org/officeDocument/2006/relationships/oleObject" Target="embeddings/oleObject2178.bin"/><Relationship Id="rId4580" Type="http://schemas.openxmlformats.org/officeDocument/2006/relationships/image" Target="media/image2296.wmf"/><Relationship Id="rId4026" Type="http://schemas.openxmlformats.org/officeDocument/2006/relationships/image" Target="media/image2017.wmf"/><Relationship Id="rId4440" Type="http://schemas.openxmlformats.org/officeDocument/2006/relationships/image" Target="media/image2226.wmf"/><Relationship Id="rId3042" Type="http://schemas.openxmlformats.org/officeDocument/2006/relationships/oleObject" Target="embeddings/oleObject1514.bin"/><Relationship Id="rId3859" Type="http://schemas.openxmlformats.org/officeDocument/2006/relationships/oleObject" Target="embeddings/oleObject1921.bin"/><Relationship Id="rId2875" Type="http://schemas.openxmlformats.org/officeDocument/2006/relationships/image" Target="media/image1440.wmf"/><Relationship Id="rId3926" Type="http://schemas.openxmlformats.org/officeDocument/2006/relationships/image" Target="media/image1967.wmf"/><Relationship Id="rId847" Type="http://schemas.openxmlformats.org/officeDocument/2006/relationships/oleObject" Target="embeddings/oleObject419.bin"/><Relationship Id="rId1477" Type="http://schemas.openxmlformats.org/officeDocument/2006/relationships/oleObject" Target="embeddings/oleObject734.bin"/><Relationship Id="rId1891" Type="http://schemas.openxmlformats.org/officeDocument/2006/relationships/image" Target="media/image948.wmf"/><Relationship Id="rId2528" Type="http://schemas.openxmlformats.org/officeDocument/2006/relationships/oleObject" Target="embeddings/oleObject1257.bin"/><Relationship Id="rId2942" Type="http://schemas.openxmlformats.org/officeDocument/2006/relationships/oleObject" Target="embeddings/oleObject1464.bin"/><Relationship Id="rId914" Type="http://schemas.openxmlformats.org/officeDocument/2006/relationships/image" Target="media/image457.wmf"/><Relationship Id="rId1544" Type="http://schemas.openxmlformats.org/officeDocument/2006/relationships/image" Target="media/image772.wmf"/><Relationship Id="rId1611" Type="http://schemas.openxmlformats.org/officeDocument/2006/relationships/oleObject" Target="embeddings/oleObject801.bin"/><Relationship Id="rId3369" Type="http://schemas.openxmlformats.org/officeDocument/2006/relationships/image" Target="media/image1687.wmf"/><Relationship Id="rId2385" Type="http://schemas.openxmlformats.org/officeDocument/2006/relationships/image" Target="media/image1195.wmf"/><Relationship Id="rId3783" Type="http://schemas.openxmlformats.org/officeDocument/2006/relationships/oleObject" Target="embeddings/oleObject1883.bin"/><Relationship Id="rId357" Type="http://schemas.openxmlformats.org/officeDocument/2006/relationships/oleObject" Target="embeddings/oleObject176.bin"/><Relationship Id="rId2038" Type="http://schemas.openxmlformats.org/officeDocument/2006/relationships/oleObject" Target="embeddings/oleObject1012.bin"/><Relationship Id="rId3436" Type="http://schemas.openxmlformats.org/officeDocument/2006/relationships/oleObject" Target="embeddings/oleObject1711.bin"/><Relationship Id="rId3850" Type="http://schemas.openxmlformats.org/officeDocument/2006/relationships/image" Target="media/image1929.wmf"/><Relationship Id="rId771" Type="http://schemas.openxmlformats.org/officeDocument/2006/relationships/oleObject" Target="embeddings/oleObject381.bin"/><Relationship Id="rId2452" Type="http://schemas.openxmlformats.org/officeDocument/2006/relationships/oleObject" Target="embeddings/oleObject1219.bin"/><Relationship Id="rId3503" Type="http://schemas.openxmlformats.org/officeDocument/2006/relationships/oleObject" Target="embeddings/oleObject1744.bin"/><Relationship Id="rId424" Type="http://schemas.openxmlformats.org/officeDocument/2006/relationships/image" Target="media/image210.wmf"/><Relationship Id="rId1054" Type="http://schemas.openxmlformats.org/officeDocument/2006/relationships/image" Target="media/image527.wmf"/><Relationship Id="rId2105" Type="http://schemas.openxmlformats.org/officeDocument/2006/relationships/image" Target="media/image1055.wmf"/><Relationship Id="rId1121" Type="http://schemas.openxmlformats.org/officeDocument/2006/relationships/oleObject" Target="embeddings/oleObject556.bin"/><Relationship Id="rId4277" Type="http://schemas.openxmlformats.org/officeDocument/2006/relationships/image" Target="media/image2143.wmf"/><Relationship Id="rId3293" Type="http://schemas.openxmlformats.org/officeDocument/2006/relationships/image" Target="media/image1649.wmf"/><Relationship Id="rId4344" Type="http://schemas.openxmlformats.org/officeDocument/2006/relationships/image" Target="media/image2176.wmf"/><Relationship Id="rId1938" Type="http://schemas.openxmlformats.org/officeDocument/2006/relationships/oleObject" Target="embeddings/oleObject962.bin"/><Relationship Id="rId3360" Type="http://schemas.openxmlformats.org/officeDocument/2006/relationships/oleObject" Target="embeddings/oleObject1673.bin"/><Relationship Id="rId281" Type="http://schemas.openxmlformats.org/officeDocument/2006/relationships/oleObject" Target="embeddings/oleObject138.bin"/><Relationship Id="rId3013" Type="http://schemas.openxmlformats.org/officeDocument/2006/relationships/image" Target="media/image1509.wmf"/><Relationship Id="rId4411" Type="http://schemas.openxmlformats.org/officeDocument/2006/relationships/oleObject" Target="embeddings/oleObject2195.bin"/><Relationship Id="rId2779" Type="http://schemas.openxmlformats.org/officeDocument/2006/relationships/image" Target="media/image1392.wmf"/><Relationship Id="rId1795" Type="http://schemas.openxmlformats.org/officeDocument/2006/relationships/image" Target="media/image898.wmf"/><Relationship Id="rId2846" Type="http://schemas.openxmlformats.org/officeDocument/2006/relationships/oleObject" Target="embeddings/oleObject1416.bin"/><Relationship Id="rId87" Type="http://schemas.openxmlformats.org/officeDocument/2006/relationships/oleObject" Target="embeddings/oleObject41.bin"/><Relationship Id="rId818" Type="http://schemas.openxmlformats.org/officeDocument/2006/relationships/image" Target="media/image409.wmf"/><Relationship Id="rId1448" Type="http://schemas.openxmlformats.org/officeDocument/2006/relationships/image" Target="media/image724.wmf"/><Relationship Id="rId1862" Type="http://schemas.openxmlformats.org/officeDocument/2006/relationships/oleObject" Target="embeddings/oleObject924.bin"/><Relationship Id="rId2913" Type="http://schemas.openxmlformats.org/officeDocument/2006/relationships/image" Target="media/image1459.wmf"/><Relationship Id="rId1515" Type="http://schemas.openxmlformats.org/officeDocument/2006/relationships/oleObject" Target="embeddings/oleObject753.bin"/><Relationship Id="rId3687" Type="http://schemas.openxmlformats.org/officeDocument/2006/relationships/oleObject" Target="embeddings/oleObject1835.bin"/><Relationship Id="rId2289" Type="http://schemas.openxmlformats.org/officeDocument/2006/relationships/image" Target="media/image1147.wmf"/><Relationship Id="rId3754" Type="http://schemas.openxmlformats.org/officeDocument/2006/relationships/image" Target="media/image1881.wmf"/><Relationship Id="rId675" Type="http://schemas.openxmlformats.org/officeDocument/2006/relationships/oleObject" Target="embeddings/oleObject334.bin"/><Relationship Id="rId2356" Type="http://schemas.openxmlformats.org/officeDocument/2006/relationships/oleObject" Target="embeddings/oleObject1171.bin"/><Relationship Id="rId2770" Type="http://schemas.openxmlformats.org/officeDocument/2006/relationships/oleObject" Target="embeddings/oleObject1378.bin"/><Relationship Id="rId3407" Type="http://schemas.openxmlformats.org/officeDocument/2006/relationships/image" Target="media/image1706.wmf"/><Relationship Id="rId3821" Type="http://schemas.openxmlformats.org/officeDocument/2006/relationships/oleObject" Target="embeddings/oleObject1902.bin"/><Relationship Id="rId328" Type="http://schemas.openxmlformats.org/officeDocument/2006/relationships/image" Target="media/image162.wmf"/><Relationship Id="rId742" Type="http://schemas.openxmlformats.org/officeDocument/2006/relationships/image" Target="media/image371.wmf"/><Relationship Id="rId1372" Type="http://schemas.openxmlformats.org/officeDocument/2006/relationships/image" Target="media/image686.wmf"/><Relationship Id="rId2009" Type="http://schemas.openxmlformats.org/officeDocument/2006/relationships/image" Target="media/image1007.wmf"/><Relationship Id="rId2423" Type="http://schemas.openxmlformats.org/officeDocument/2006/relationships/image" Target="media/image1214.wmf"/><Relationship Id="rId1025" Type="http://schemas.openxmlformats.org/officeDocument/2006/relationships/oleObject" Target="embeddings/oleObject508.bin"/><Relationship Id="rId4595" Type="http://schemas.openxmlformats.org/officeDocument/2006/relationships/image" Target="media/image2305.wmf"/><Relationship Id="rId3197" Type="http://schemas.openxmlformats.org/officeDocument/2006/relationships/image" Target="media/image1601.wmf"/><Relationship Id="rId4248" Type="http://schemas.openxmlformats.org/officeDocument/2006/relationships/image" Target="media/image2128.wmf"/><Relationship Id="rId185" Type="http://schemas.openxmlformats.org/officeDocument/2006/relationships/oleObject" Target="embeddings/oleObject90.bin"/><Relationship Id="rId1909" Type="http://schemas.openxmlformats.org/officeDocument/2006/relationships/image" Target="media/image957.wmf"/><Relationship Id="rId3264" Type="http://schemas.openxmlformats.org/officeDocument/2006/relationships/oleObject" Target="embeddings/oleObject1625.bin"/><Relationship Id="rId4315" Type="http://schemas.openxmlformats.org/officeDocument/2006/relationships/image" Target="media/image2162.wmf"/><Relationship Id="rId2280" Type="http://schemas.openxmlformats.org/officeDocument/2006/relationships/oleObject" Target="embeddings/oleObject1133.bin"/><Relationship Id="rId3331" Type="http://schemas.openxmlformats.org/officeDocument/2006/relationships/image" Target="media/image1668.wmf"/><Relationship Id="rId252" Type="http://schemas.openxmlformats.org/officeDocument/2006/relationships/image" Target="media/image124.wmf"/><Relationship Id="rId1699" Type="http://schemas.openxmlformats.org/officeDocument/2006/relationships/oleObject" Target="embeddings/oleObject845.bin"/><Relationship Id="rId2000" Type="http://schemas.openxmlformats.org/officeDocument/2006/relationships/oleObject" Target="embeddings/oleObject993.bin"/><Relationship Id="rId4172" Type="http://schemas.openxmlformats.org/officeDocument/2006/relationships/image" Target="media/image2090.wmf"/><Relationship Id="rId1766" Type="http://schemas.openxmlformats.org/officeDocument/2006/relationships/image" Target="media/image883.wmf"/><Relationship Id="rId2817" Type="http://schemas.openxmlformats.org/officeDocument/2006/relationships/image" Target="media/image1411.wmf"/><Relationship Id="rId58" Type="http://schemas.openxmlformats.org/officeDocument/2006/relationships/image" Target="media/image27.wmf"/><Relationship Id="rId1419" Type="http://schemas.openxmlformats.org/officeDocument/2006/relationships/oleObject" Target="embeddings/oleObject705.bin"/><Relationship Id="rId1833" Type="http://schemas.openxmlformats.org/officeDocument/2006/relationships/image" Target="media/image917.wmf"/><Relationship Id="rId1900" Type="http://schemas.openxmlformats.org/officeDocument/2006/relationships/oleObject" Target="embeddings/oleObject943.bin"/><Relationship Id="rId3658" Type="http://schemas.openxmlformats.org/officeDocument/2006/relationships/image" Target="media/image1833.wmf"/><Relationship Id="rId579" Type="http://schemas.openxmlformats.org/officeDocument/2006/relationships/oleObject" Target="embeddings/oleObject287.bin"/><Relationship Id="rId993" Type="http://schemas.openxmlformats.org/officeDocument/2006/relationships/oleObject" Target="embeddings/oleObject492.bin"/><Relationship Id="rId2674" Type="http://schemas.openxmlformats.org/officeDocument/2006/relationships/oleObject" Target="embeddings/oleObject1330.bin"/><Relationship Id="rId646" Type="http://schemas.openxmlformats.org/officeDocument/2006/relationships/oleObject" Target="embeddings/oleObject320.bin"/><Relationship Id="rId1276" Type="http://schemas.openxmlformats.org/officeDocument/2006/relationships/image" Target="media/image638.wmf"/><Relationship Id="rId2327" Type="http://schemas.openxmlformats.org/officeDocument/2006/relationships/image" Target="media/image1166.wmf"/><Relationship Id="rId3725" Type="http://schemas.openxmlformats.org/officeDocument/2006/relationships/oleObject" Target="embeddings/oleObject1854.bin"/><Relationship Id="rId1690" Type="http://schemas.openxmlformats.org/officeDocument/2006/relationships/image" Target="media/image845.wmf"/><Relationship Id="rId2741" Type="http://schemas.openxmlformats.org/officeDocument/2006/relationships/image" Target="media/image1373.wmf"/><Relationship Id="rId713" Type="http://schemas.openxmlformats.org/officeDocument/2006/relationships/image" Target="media/image356.wmf"/><Relationship Id="rId1343" Type="http://schemas.openxmlformats.org/officeDocument/2006/relationships/oleObject" Target="embeddings/oleObject667.bin"/><Relationship Id="rId4499" Type="http://schemas.openxmlformats.org/officeDocument/2006/relationships/oleObject" Target="embeddings/oleObject2239.bin"/><Relationship Id="rId1410" Type="http://schemas.openxmlformats.org/officeDocument/2006/relationships/image" Target="media/image705.wmf"/><Relationship Id="rId4566" Type="http://schemas.openxmlformats.org/officeDocument/2006/relationships/image" Target="media/image2289.wmf"/><Relationship Id="rId3168" Type="http://schemas.openxmlformats.org/officeDocument/2006/relationships/oleObject" Target="embeddings/oleObject1577.bin"/><Relationship Id="rId3582" Type="http://schemas.openxmlformats.org/officeDocument/2006/relationships/oleObject" Target="embeddings/oleObject1783.bin"/><Relationship Id="rId4219" Type="http://schemas.openxmlformats.org/officeDocument/2006/relationships/oleObject" Target="embeddings/oleObject2101.bin"/><Relationship Id="rId4633" Type="http://schemas.openxmlformats.org/officeDocument/2006/relationships/image" Target="media/image2325.wmf"/><Relationship Id="rId2184" Type="http://schemas.openxmlformats.org/officeDocument/2006/relationships/oleObject" Target="embeddings/oleObject1085.bin"/><Relationship Id="rId3235" Type="http://schemas.openxmlformats.org/officeDocument/2006/relationships/image" Target="media/image1620.wmf"/><Relationship Id="rId156" Type="http://schemas.openxmlformats.org/officeDocument/2006/relationships/image" Target="media/image76.wmf"/><Relationship Id="rId570" Type="http://schemas.openxmlformats.org/officeDocument/2006/relationships/image" Target="media/image283.wmf"/><Relationship Id="rId2251" Type="http://schemas.openxmlformats.org/officeDocument/2006/relationships/image" Target="media/image1128.wmf"/><Relationship Id="rId3302" Type="http://schemas.openxmlformats.org/officeDocument/2006/relationships/oleObject" Target="embeddings/oleObject1644.bin"/><Relationship Id="rId223" Type="http://schemas.openxmlformats.org/officeDocument/2006/relationships/oleObject" Target="embeddings/oleObject109.bin"/><Relationship Id="rId4076" Type="http://schemas.openxmlformats.org/officeDocument/2006/relationships/image" Target="media/image2042.wmf"/><Relationship Id="rId4490" Type="http://schemas.openxmlformats.org/officeDocument/2006/relationships/image" Target="media/image2251.wmf"/><Relationship Id="rId1737" Type="http://schemas.openxmlformats.org/officeDocument/2006/relationships/oleObject" Target="embeddings/oleObject864.bin"/><Relationship Id="rId3092" Type="http://schemas.openxmlformats.org/officeDocument/2006/relationships/oleObject" Target="embeddings/oleObject1539.bin"/><Relationship Id="rId4143" Type="http://schemas.openxmlformats.org/officeDocument/2006/relationships/oleObject" Target="embeddings/oleObject2063.bin"/><Relationship Id="rId29" Type="http://schemas.openxmlformats.org/officeDocument/2006/relationships/oleObject" Target="embeddings/oleObject12.bin"/><Relationship Id="rId4210" Type="http://schemas.openxmlformats.org/officeDocument/2006/relationships/image" Target="media/image2109.wmf"/><Relationship Id="rId1804" Type="http://schemas.openxmlformats.org/officeDocument/2006/relationships/oleObject" Target="embeddings/oleObject897.bin"/><Relationship Id="rId3976" Type="http://schemas.openxmlformats.org/officeDocument/2006/relationships/image" Target="media/image1992.wmf"/><Relationship Id="rId897" Type="http://schemas.openxmlformats.org/officeDocument/2006/relationships/oleObject" Target="embeddings/oleObject444.bin"/><Relationship Id="rId2578" Type="http://schemas.openxmlformats.org/officeDocument/2006/relationships/oleObject" Target="embeddings/oleObject1282.bin"/><Relationship Id="rId2992" Type="http://schemas.openxmlformats.org/officeDocument/2006/relationships/oleObject" Target="embeddings/oleObject1489.bin"/><Relationship Id="rId3629" Type="http://schemas.openxmlformats.org/officeDocument/2006/relationships/oleObject" Target="embeddings/oleObject1806.bin"/><Relationship Id="rId964" Type="http://schemas.openxmlformats.org/officeDocument/2006/relationships/image" Target="media/image482.wmf"/><Relationship Id="rId1594" Type="http://schemas.openxmlformats.org/officeDocument/2006/relationships/image" Target="media/image797.wmf"/><Relationship Id="rId2645" Type="http://schemas.openxmlformats.org/officeDocument/2006/relationships/image" Target="media/image1325.wmf"/><Relationship Id="rId617" Type="http://schemas.openxmlformats.org/officeDocument/2006/relationships/oleObject" Target="embeddings/oleObject306.bin"/><Relationship Id="rId1247" Type="http://schemas.openxmlformats.org/officeDocument/2006/relationships/oleObject" Target="embeddings/oleObject619.bin"/><Relationship Id="rId1661" Type="http://schemas.openxmlformats.org/officeDocument/2006/relationships/oleObject" Target="embeddings/oleObject826.bin"/><Relationship Id="rId2712" Type="http://schemas.openxmlformats.org/officeDocument/2006/relationships/oleObject" Target="embeddings/oleObject1349.bin"/><Relationship Id="rId1314" Type="http://schemas.openxmlformats.org/officeDocument/2006/relationships/image" Target="media/image657.wmf"/><Relationship Id="rId3486" Type="http://schemas.openxmlformats.org/officeDocument/2006/relationships/image" Target="media/image1746.wmf"/><Relationship Id="rId4537" Type="http://schemas.openxmlformats.org/officeDocument/2006/relationships/oleObject" Target="embeddings/oleObject2258.bin"/><Relationship Id="rId20" Type="http://schemas.openxmlformats.org/officeDocument/2006/relationships/image" Target="media/image8.wmf"/><Relationship Id="rId2088" Type="http://schemas.openxmlformats.org/officeDocument/2006/relationships/oleObject" Target="embeddings/oleObject1037.bin"/><Relationship Id="rId3139" Type="http://schemas.openxmlformats.org/officeDocument/2006/relationships/image" Target="media/image1572.wmf"/><Relationship Id="rId474" Type="http://schemas.openxmlformats.org/officeDocument/2006/relationships/image" Target="media/image235.wmf"/><Relationship Id="rId2155" Type="http://schemas.openxmlformats.org/officeDocument/2006/relationships/image" Target="media/image1080.wmf"/><Relationship Id="rId3553" Type="http://schemas.openxmlformats.org/officeDocument/2006/relationships/image" Target="media/image1780.wmf"/><Relationship Id="rId4604" Type="http://schemas.openxmlformats.org/officeDocument/2006/relationships/image" Target="media/image2311.wmf"/><Relationship Id="rId127" Type="http://schemas.openxmlformats.org/officeDocument/2006/relationships/oleObject" Target="embeddings/oleObject61.bin"/><Relationship Id="rId3206" Type="http://schemas.openxmlformats.org/officeDocument/2006/relationships/oleObject" Target="embeddings/oleObject1596.bin"/><Relationship Id="rId3620" Type="http://schemas.openxmlformats.org/officeDocument/2006/relationships/image" Target="media/image1814.wmf"/><Relationship Id="rId541" Type="http://schemas.openxmlformats.org/officeDocument/2006/relationships/oleObject" Target="embeddings/oleObject268.bin"/><Relationship Id="rId1171" Type="http://schemas.openxmlformats.org/officeDocument/2006/relationships/oleObject" Target="embeddings/oleObject581.bin"/><Relationship Id="rId2222" Type="http://schemas.openxmlformats.org/officeDocument/2006/relationships/oleObject" Target="embeddings/oleObject1104.bin"/><Relationship Id="rId1988" Type="http://schemas.openxmlformats.org/officeDocument/2006/relationships/oleObject" Target="embeddings/oleObject987.bin"/><Relationship Id="rId4394" Type="http://schemas.openxmlformats.org/officeDocument/2006/relationships/image" Target="media/image2201.png"/><Relationship Id="rId4047" Type="http://schemas.openxmlformats.org/officeDocument/2006/relationships/oleObject" Target="embeddings/oleObject2015.bin"/><Relationship Id="rId4461" Type="http://schemas.openxmlformats.org/officeDocument/2006/relationships/oleObject" Target="embeddings/oleObject2220.bin"/><Relationship Id="rId3063" Type="http://schemas.openxmlformats.org/officeDocument/2006/relationships/image" Target="media/image1534.wmf"/><Relationship Id="rId4114" Type="http://schemas.openxmlformats.org/officeDocument/2006/relationships/image" Target="media/image2061.wmf"/><Relationship Id="rId1708" Type="http://schemas.openxmlformats.org/officeDocument/2006/relationships/image" Target="media/image854.wmf"/><Relationship Id="rId3130" Type="http://schemas.openxmlformats.org/officeDocument/2006/relationships/oleObject" Target="embeddings/oleObject1558.bin"/><Relationship Id="rId2896" Type="http://schemas.openxmlformats.org/officeDocument/2006/relationships/oleObject" Target="embeddings/oleObject1441.bin"/><Relationship Id="rId3947" Type="http://schemas.openxmlformats.org/officeDocument/2006/relationships/oleObject" Target="embeddings/oleObject1965.bin"/><Relationship Id="rId868" Type="http://schemas.openxmlformats.org/officeDocument/2006/relationships/image" Target="media/image434.wmf"/><Relationship Id="rId1498" Type="http://schemas.openxmlformats.org/officeDocument/2006/relationships/image" Target="media/image749.wmf"/><Relationship Id="rId2549" Type="http://schemas.openxmlformats.org/officeDocument/2006/relationships/image" Target="media/image1277.wmf"/><Relationship Id="rId2963" Type="http://schemas.openxmlformats.org/officeDocument/2006/relationships/image" Target="media/image1484.wmf"/><Relationship Id="rId935" Type="http://schemas.openxmlformats.org/officeDocument/2006/relationships/oleObject" Target="embeddings/oleObject463.bin"/><Relationship Id="rId1565" Type="http://schemas.openxmlformats.org/officeDocument/2006/relationships/oleObject" Target="embeddings/oleObject778.bin"/><Relationship Id="rId2616" Type="http://schemas.openxmlformats.org/officeDocument/2006/relationships/oleObject" Target="embeddings/oleObject1301.bin"/><Relationship Id="rId1218" Type="http://schemas.openxmlformats.org/officeDocument/2006/relationships/image" Target="media/image609.wmf"/><Relationship Id="rId1632" Type="http://schemas.openxmlformats.org/officeDocument/2006/relationships/image" Target="media/image816.wmf"/><Relationship Id="rId3457" Type="http://schemas.openxmlformats.org/officeDocument/2006/relationships/image" Target="media/image1731.wmf"/><Relationship Id="rId3871" Type="http://schemas.openxmlformats.org/officeDocument/2006/relationships/oleObject" Target="embeddings/oleObject1927.bin"/><Relationship Id="rId4508" Type="http://schemas.openxmlformats.org/officeDocument/2006/relationships/image" Target="media/image2260.wmf"/><Relationship Id="rId378" Type="http://schemas.openxmlformats.org/officeDocument/2006/relationships/image" Target="media/image187.wmf"/><Relationship Id="rId792" Type="http://schemas.openxmlformats.org/officeDocument/2006/relationships/image" Target="media/image396.wmf"/><Relationship Id="rId2059" Type="http://schemas.openxmlformats.org/officeDocument/2006/relationships/image" Target="media/image1032.wmf"/><Relationship Id="rId2473" Type="http://schemas.openxmlformats.org/officeDocument/2006/relationships/image" Target="media/image1239.wmf"/><Relationship Id="rId3524" Type="http://schemas.openxmlformats.org/officeDocument/2006/relationships/image" Target="media/image1765.wmf"/><Relationship Id="rId445" Type="http://schemas.openxmlformats.org/officeDocument/2006/relationships/oleObject" Target="embeddings/oleObject220.bin"/><Relationship Id="rId1075" Type="http://schemas.openxmlformats.org/officeDocument/2006/relationships/oleObject" Target="embeddings/oleObject533.bin"/><Relationship Id="rId2126" Type="http://schemas.openxmlformats.org/officeDocument/2006/relationships/oleObject" Target="embeddings/oleObject1056.bin"/><Relationship Id="rId2540" Type="http://schemas.openxmlformats.org/officeDocument/2006/relationships/oleObject" Target="embeddings/oleObject1263.bin"/><Relationship Id="rId512" Type="http://schemas.openxmlformats.org/officeDocument/2006/relationships/image" Target="media/image254.wmf"/><Relationship Id="rId1142" Type="http://schemas.openxmlformats.org/officeDocument/2006/relationships/image" Target="media/image571.wmf"/><Relationship Id="rId4298" Type="http://schemas.openxmlformats.org/officeDocument/2006/relationships/oleObject" Target="embeddings/oleObject2140.bin"/><Relationship Id="rId4365" Type="http://schemas.openxmlformats.org/officeDocument/2006/relationships/oleObject" Target="embeddings/oleObject2174.bin"/><Relationship Id="rId1959" Type="http://schemas.openxmlformats.org/officeDocument/2006/relationships/image" Target="media/image982.wmf"/><Relationship Id="rId4018" Type="http://schemas.openxmlformats.org/officeDocument/2006/relationships/image" Target="media/image2013.wmf"/><Relationship Id="rId3381" Type="http://schemas.openxmlformats.org/officeDocument/2006/relationships/image" Target="media/image1693.wmf"/><Relationship Id="rId4432" Type="http://schemas.openxmlformats.org/officeDocument/2006/relationships/image" Target="media/image2222.wmf"/><Relationship Id="rId3034" Type="http://schemas.openxmlformats.org/officeDocument/2006/relationships/oleObject" Target="embeddings/oleObject1510.bin"/><Relationship Id="rId2050" Type="http://schemas.openxmlformats.org/officeDocument/2006/relationships/oleObject" Target="embeddings/oleObject1018.bin"/><Relationship Id="rId3101" Type="http://schemas.openxmlformats.org/officeDocument/2006/relationships/image" Target="media/image1553.wmf"/><Relationship Id="rId839" Type="http://schemas.openxmlformats.org/officeDocument/2006/relationships/oleObject" Target="embeddings/oleObject415.bin"/><Relationship Id="rId1469" Type="http://schemas.openxmlformats.org/officeDocument/2006/relationships/oleObject" Target="embeddings/oleObject730.bin"/><Relationship Id="rId2867" Type="http://schemas.openxmlformats.org/officeDocument/2006/relationships/image" Target="media/image1436.wmf"/><Relationship Id="rId3918" Type="http://schemas.openxmlformats.org/officeDocument/2006/relationships/image" Target="media/image1963.wmf"/><Relationship Id="rId1883" Type="http://schemas.openxmlformats.org/officeDocument/2006/relationships/image" Target="media/image944.wmf"/><Relationship Id="rId2934" Type="http://schemas.openxmlformats.org/officeDocument/2006/relationships/oleObject" Target="embeddings/oleObject1460.bin"/><Relationship Id="rId906" Type="http://schemas.openxmlformats.org/officeDocument/2006/relationships/image" Target="media/image453.wmf"/><Relationship Id="rId1536" Type="http://schemas.openxmlformats.org/officeDocument/2006/relationships/image" Target="media/image768.wmf"/><Relationship Id="rId1950" Type="http://schemas.openxmlformats.org/officeDocument/2006/relationships/oleObject" Target="embeddings/oleObject968.bin"/><Relationship Id="rId1603" Type="http://schemas.openxmlformats.org/officeDocument/2006/relationships/oleObject" Target="embeddings/oleObject797.bin"/><Relationship Id="rId3775" Type="http://schemas.openxmlformats.org/officeDocument/2006/relationships/oleObject" Target="embeddings/oleObject1879.bin"/><Relationship Id="rId696" Type="http://schemas.openxmlformats.org/officeDocument/2006/relationships/image" Target="media/image347.png"/><Relationship Id="rId2377" Type="http://schemas.openxmlformats.org/officeDocument/2006/relationships/image" Target="media/image1191.wmf"/><Relationship Id="rId2791" Type="http://schemas.openxmlformats.org/officeDocument/2006/relationships/image" Target="media/image1398.wmf"/><Relationship Id="rId3428" Type="http://schemas.openxmlformats.org/officeDocument/2006/relationships/oleObject" Target="embeddings/oleObject1707.bin"/><Relationship Id="rId349" Type="http://schemas.openxmlformats.org/officeDocument/2006/relationships/oleObject" Target="embeddings/oleObject172.bin"/><Relationship Id="rId763" Type="http://schemas.openxmlformats.org/officeDocument/2006/relationships/oleObject" Target="embeddings/oleObject377.bin"/><Relationship Id="rId1393" Type="http://schemas.openxmlformats.org/officeDocument/2006/relationships/oleObject" Target="embeddings/oleObject692.bin"/><Relationship Id="rId2444" Type="http://schemas.openxmlformats.org/officeDocument/2006/relationships/oleObject" Target="embeddings/oleObject1215.bin"/><Relationship Id="rId3842" Type="http://schemas.openxmlformats.org/officeDocument/2006/relationships/image" Target="media/image1925.wmf"/><Relationship Id="rId416" Type="http://schemas.openxmlformats.org/officeDocument/2006/relationships/image" Target="media/image206.wmf"/><Relationship Id="rId1046" Type="http://schemas.openxmlformats.org/officeDocument/2006/relationships/image" Target="media/image523.wmf"/><Relationship Id="rId830" Type="http://schemas.openxmlformats.org/officeDocument/2006/relationships/image" Target="media/image415.wmf"/><Relationship Id="rId1460" Type="http://schemas.openxmlformats.org/officeDocument/2006/relationships/image" Target="media/image730.wmf"/><Relationship Id="rId2511" Type="http://schemas.openxmlformats.org/officeDocument/2006/relationships/image" Target="media/image1258.wmf"/><Relationship Id="rId1113" Type="http://schemas.openxmlformats.org/officeDocument/2006/relationships/oleObject" Target="embeddings/oleObject552.bin"/><Relationship Id="rId4269" Type="http://schemas.openxmlformats.org/officeDocument/2006/relationships/image" Target="media/image2139.wmf"/><Relationship Id="rId3285" Type="http://schemas.openxmlformats.org/officeDocument/2006/relationships/image" Target="media/image1645.wmf"/><Relationship Id="rId4336" Type="http://schemas.openxmlformats.org/officeDocument/2006/relationships/image" Target="media/image2172.wmf"/><Relationship Id="rId3352" Type="http://schemas.openxmlformats.org/officeDocument/2006/relationships/oleObject" Target="embeddings/oleObject1669.bin"/><Relationship Id="rId4403" Type="http://schemas.openxmlformats.org/officeDocument/2006/relationships/oleObject" Target="embeddings/oleObject2191.bin"/><Relationship Id="rId273" Type="http://schemas.openxmlformats.org/officeDocument/2006/relationships/oleObject" Target="embeddings/oleObject134.bin"/><Relationship Id="rId3005" Type="http://schemas.openxmlformats.org/officeDocument/2006/relationships/image" Target="media/image1505.wmf"/><Relationship Id="rId340" Type="http://schemas.openxmlformats.org/officeDocument/2006/relationships/image" Target="media/image168.wmf"/><Relationship Id="rId2021" Type="http://schemas.openxmlformats.org/officeDocument/2006/relationships/image" Target="media/image1013.wmf"/><Relationship Id="rId4193" Type="http://schemas.openxmlformats.org/officeDocument/2006/relationships/oleObject" Target="embeddings/oleObject2088.bin"/><Relationship Id="rId1787" Type="http://schemas.openxmlformats.org/officeDocument/2006/relationships/image" Target="media/image894.wmf"/><Relationship Id="rId2838" Type="http://schemas.openxmlformats.org/officeDocument/2006/relationships/oleObject" Target="embeddings/oleObject1412.bin"/><Relationship Id="rId79" Type="http://schemas.openxmlformats.org/officeDocument/2006/relationships/oleObject" Target="embeddings/oleObject37.bin"/><Relationship Id="rId1854" Type="http://schemas.openxmlformats.org/officeDocument/2006/relationships/oleObject" Target="embeddings/oleObject920.bin"/><Relationship Id="rId2905" Type="http://schemas.openxmlformats.org/officeDocument/2006/relationships/image" Target="media/image1455.wmf"/><Relationship Id="rId4260" Type="http://schemas.openxmlformats.org/officeDocument/2006/relationships/oleObject" Target="embeddings/oleObject2121.bin"/><Relationship Id="rId1507" Type="http://schemas.openxmlformats.org/officeDocument/2006/relationships/oleObject" Target="embeddings/oleObject749.bin"/><Relationship Id="rId1921" Type="http://schemas.openxmlformats.org/officeDocument/2006/relationships/image" Target="media/image963.wmf"/><Relationship Id="rId3679" Type="http://schemas.openxmlformats.org/officeDocument/2006/relationships/oleObject" Target="embeddings/oleObject1831.bin"/><Relationship Id="rId1297" Type="http://schemas.openxmlformats.org/officeDocument/2006/relationships/oleObject" Target="embeddings/oleObject644.bin"/><Relationship Id="rId2695" Type="http://schemas.openxmlformats.org/officeDocument/2006/relationships/image" Target="media/image1350.wmf"/><Relationship Id="rId3746" Type="http://schemas.openxmlformats.org/officeDocument/2006/relationships/image" Target="media/image1877.wmf"/><Relationship Id="rId667" Type="http://schemas.openxmlformats.org/officeDocument/2006/relationships/oleObject" Target="embeddings/oleObject330.bin"/><Relationship Id="rId2348" Type="http://schemas.openxmlformats.org/officeDocument/2006/relationships/oleObject" Target="embeddings/oleObject1167.bin"/><Relationship Id="rId2762" Type="http://schemas.openxmlformats.org/officeDocument/2006/relationships/oleObject" Target="embeddings/oleObject1374.bin"/><Relationship Id="rId3813" Type="http://schemas.openxmlformats.org/officeDocument/2006/relationships/oleObject" Target="embeddings/oleObject1898.bin"/><Relationship Id="rId734" Type="http://schemas.openxmlformats.org/officeDocument/2006/relationships/image" Target="media/image367.wmf"/><Relationship Id="rId1364" Type="http://schemas.openxmlformats.org/officeDocument/2006/relationships/image" Target="media/image682.wmf"/><Relationship Id="rId2415" Type="http://schemas.openxmlformats.org/officeDocument/2006/relationships/image" Target="media/image1210.wmf"/><Relationship Id="rId70" Type="http://schemas.openxmlformats.org/officeDocument/2006/relationships/image" Target="media/image33.wmf"/><Relationship Id="rId801" Type="http://schemas.openxmlformats.org/officeDocument/2006/relationships/oleObject" Target="embeddings/oleObject396.bin"/><Relationship Id="rId1017" Type="http://schemas.openxmlformats.org/officeDocument/2006/relationships/oleObject" Target="embeddings/oleObject504.bin"/><Relationship Id="rId1431" Type="http://schemas.openxmlformats.org/officeDocument/2006/relationships/oleObject" Target="embeddings/oleObject711.bin"/><Relationship Id="rId4587" Type="http://schemas.openxmlformats.org/officeDocument/2006/relationships/oleObject" Target="embeddings/oleObject2283.bin"/><Relationship Id="rId3189" Type="http://schemas.openxmlformats.org/officeDocument/2006/relationships/image" Target="media/image1597.wmf"/><Relationship Id="rId4654" Type="http://schemas.openxmlformats.org/officeDocument/2006/relationships/oleObject" Target="embeddings/oleObject2315.bin"/><Relationship Id="rId3256" Type="http://schemas.openxmlformats.org/officeDocument/2006/relationships/oleObject" Target="embeddings/oleObject1621.bin"/><Relationship Id="rId4307" Type="http://schemas.openxmlformats.org/officeDocument/2006/relationships/image" Target="media/image2158.wmf"/><Relationship Id="rId177" Type="http://schemas.openxmlformats.org/officeDocument/2006/relationships/oleObject" Target="embeddings/oleObject86.bin"/><Relationship Id="rId591" Type="http://schemas.openxmlformats.org/officeDocument/2006/relationships/oleObject" Target="embeddings/oleObject293.bin"/><Relationship Id="rId2272" Type="http://schemas.openxmlformats.org/officeDocument/2006/relationships/oleObject" Target="embeddings/oleObject1129.bin"/><Relationship Id="rId3670" Type="http://schemas.openxmlformats.org/officeDocument/2006/relationships/image" Target="media/image1839.wmf"/><Relationship Id="rId244" Type="http://schemas.openxmlformats.org/officeDocument/2006/relationships/image" Target="media/image120.wmf"/><Relationship Id="rId3323" Type="http://schemas.openxmlformats.org/officeDocument/2006/relationships/image" Target="media/image1664.wmf"/><Relationship Id="rId311" Type="http://schemas.openxmlformats.org/officeDocument/2006/relationships/oleObject" Target="embeddings/oleObject153.bin"/><Relationship Id="rId4097" Type="http://schemas.openxmlformats.org/officeDocument/2006/relationships/oleObject" Target="embeddings/oleObject2040.bin"/><Relationship Id="rId1758" Type="http://schemas.openxmlformats.org/officeDocument/2006/relationships/image" Target="media/image879.wmf"/><Relationship Id="rId2809" Type="http://schemas.openxmlformats.org/officeDocument/2006/relationships/image" Target="media/image1407.wmf"/><Relationship Id="rId4164" Type="http://schemas.openxmlformats.org/officeDocument/2006/relationships/image" Target="media/image2086.wmf"/><Relationship Id="rId3180" Type="http://schemas.openxmlformats.org/officeDocument/2006/relationships/oleObject" Target="embeddings/oleObject1583.bin"/><Relationship Id="rId4231" Type="http://schemas.openxmlformats.org/officeDocument/2006/relationships/oleObject" Target="embeddings/oleObject2107.bin"/><Relationship Id="rId1825" Type="http://schemas.openxmlformats.org/officeDocument/2006/relationships/image" Target="media/image913.wmf"/><Relationship Id="rId3997" Type="http://schemas.openxmlformats.org/officeDocument/2006/relationships/oleObject" Target="embeddings/oleObject1990.bin"/><Relationship Id="rId2599" Type="http://schemas.openxmlformats.org/officeDocument/2006/relationships/image" Target="media/image1302.wmf"/><Relationship Id="rId985" Type="http://schemas.openxmlformats.org/officeDocument/2006/relationships/oleObject" Target="embeddings/oleObject488.bin"/><Relationship Id="rId2666" Type="http://schemas.openxmlformats.org/officeDocument/2006/relationships/oleObject" Target="embeddings/oleObject1326.bin"/><Relationship Id="rId3717" Type="http://schemas.openxmlformats.org/officeDocument/2006/relationships/oleObject" Target="embeddings/oleObject1850.bin"/><Relationship Id="rId638" Type="http://schemas.openxmlformats.org/officeDocument/2006/relationships/image" Target="media/image317.wmf"/><Relationship Id="rId1268" Type="http://schemas.openxmlformats.org/officeDocument/2006/relationships/image" Target="media/image634.wmf"/><Relationship Id="rId1682" Type="http://schemas.openxmlformats.org/officeDocument/2006/relationships/image" Target="media/image841.wmf"/><Relationship Id="rId2319" Type="http://schemas.openxmlformats.org/officeDocument/2006/relationships/image" Target="media/image1162.wmf"/><Relationship Id="rId2733" Type="http://schemas.openxmlformats.org/officeDocument/2006/relationships/image" Target="media/image1369.wmf"/><Relationship Id="rId705" Type="http://schemas.openxmlformats.org/officeDocument/2006/relationships/image" Target="media/image352.wmf"/><Relationship Id="rId1335" Type="http://schemas.openxmlformats.org/officeDocument/2006/relationships/oleObject" Target="embeddings/oleObject663.bin"/><Relationship Id="rId2800" Type="http://schemas.openxmlformats.org/officeDocument/2006/relationships/oleObject" Target="embeddings/oleObject1393.bin"/><Relationship Id="rId41" Type="http://schemas.openxmlformats.org/officeDocument/2006/relationships/oleObject" Target="embeddings/oleObject18.bin"/><Relationship Id="rId1402" Type="http://schemas.openxmlformats.org/officeDocument/2006/relationships/image" Target="media/image701.wmf"/><Relationship Id="rId4558" Type="http://schemas.openxmlformats.org/officeDocument/2006/relationships/image" Target="media/image2285.wmf"/><Relationship Id="rId3574" Type="http://schemas.openxmlformats.org/officeDocument/2006/relationships/oleObject" Target="embeddings/oleObject1779.bin"/><Relationship Id="rId4625" Type="http://schemas.openxmlformats.org/officeDocument/2006/relationships/oleObject" Target="embeddings/oleObject2299.bin"/><Relationship Id="rId495" Type="http://schemas.openxmlformats.org/officeDocument/2006/relationships/oleObject" Target="embeddings/oleObject245.bin"/><Relationship Id="rId2176" Type="http://schemas.openxmlformats.org/officeDocument/2006/relationships/oleObject" Target="embeddings/oleObject1081.bin"/><Relationship Id="rId2590" Type="http://schemas.openxmlformats.org/officeDocument/2006/relationships/oleObject" Target="embeddings/oleObject1288.bin"/><Relationship Id="rId3227" Type="http://schemas.openxmlformats.org/officeDocument/2006/relationships/image" Target="media/image1616.wmf"/><Relationship Id="rId3641" Type="http://schemas.openxmlformats.org/officeDocument/2006/relationships/oleObject" Target="embeddings/oleObject1812.bin"/><Relationship Id="rId148" Type="http://schemas.openxmlformats.org/officeDocument/2006/relationships/image" Target="media/image72.wmf"/><Relationship Id="rId562" Type="http://schemas.openxmlformats.org/officeDocument/2006/relationships/image" Target="media/image279.wmf"/><Relationship Id="rId1192" Type="http://schemas.openxmlformats.org/officeDocument/2006/relationships/image" Target="media/image596.wmf"/><Relationship Id="rId2243" Type="http://schemas.openxmlformats.org/officeDocument/2006/relationships/image" Target="media/image1124.wmf"/><Relationship Id="rId215" Type="http://schemas.openxmlformats.org/officeDocument/2006/relationships/oleObject" Target="embeddings/oleObject105.bin"/><Relationship Id="rId2310" Type="http://schemas.openxmlformats.org/officeDocument/2006/relationships/oleObject" Target="embeddings/oleObject1148.bin"/><Relationship Id="rId4068" Type="http://schemas.openxmlformats.org/officeDocument/2006/relationships/image" Target="media/image2038.wmf"/><Relationship Id="rId4482" Type="http://schemas.openxmlformats.org/officeDocument/2006/relationships/image" Target="media/image2247.wmf"/><Relationship Id="rId3084" Type="http://schemas.openxmlformats.org/officeDocument/2006/relationships/oleObject" Target="embeddings/oleObject1535.bin"/><Relationship Id="rId4135" Type="http://schemas.openxmlformats.org/officeDocument/2006/relationships/oleObject" Target="embeddings/oleObject2059.bin"/><Relationship Id="rId1729" Type="http://schemas.openxmlformats.org/officeDocument/2006/relationships/oleObject" Target="embeddings/oleObject860.bin"/><Relationship Id="rId3151" Type="http://schemas.openxmlformats.org/officeDocument/2006/relationships/image" Target="media/image1578.wmf"/><Relationship Id="rId4202" Type="http://schemas.openxmlformats.org/officeDocument/2006/relationships/image" Target="media/image2105.wmf"/><Relationship Id="rId3968" Type="http://schemas.openxmlformats.org/officeDocument/2006/relationships/image" Target="media/image1988.wmf"/><Relationship Id="rId5" Type="http://schemas.openxmlformats.org/officeDocument/2006/relationships/webSettings" Target="webSettings.xml"/><Relationship Id="rId889" Type="http://schemas.openxmlformats.org/officeDocument/2006/relationships/oleObject" Target="embeddings/oleObject440.bin"/><Relationship Id="rId1586" Type="http://schemas.openxmlformats.org/officeDocument/2006/relationships/image" Target="media/image793.wmf"/><Relationship Id="rId2984" Type="http://schemas.openxmlformats.org/officeDocument/2006/relationships/oleObject" Target="embeddings/oleObject1485.bin"/><Relationship Id="rId609" Type="http://schemas.openxmlformats.org/officeDocument/2006/relationships/oleObject" Target="embeddings/oleObject302.bin"/><Relationship Id="rId956" Type="http://schemas.openxmlformats.org/officeDocument/2006/relationships/image" Target="media/image478.wmf"/><Relationship Id="rId1239" Type="http://schemas.openxmlformats.org/officeDocument/2006/relationships/oleObject" Target="embeddings/oleObject615.bin"/><Relationship Id="rId2637" Type="http://schemas.openxmlformats.org/officeDocument/2006/relationships/image" Target="media/image1321.wmf"/><Relationship Id="rId1653" Type="http://schemas.openxmlformats.org/officeDocument/2006/relationships/oleObject" Target="embeddings/oleObject822.bin"/><Relationship Id="rId2704" Type="http://schemas.openxmlformats.org/officeDocument/2006/relationships/oleObject" Target="embeddings/oleObject1345.bin"/><Relationship Id="rId1306" Type="http://schemas.openxmlformats.org/officeDocument/2006/relationships/image" Target="media/image653.wmf"/><Relationship Id="rId1720" Type="http://schemas.openxmlformats.org/officeDocument/2006/relationships/image" Target="media/image860.wmf"/><Relationship Id="rId12" Type="http://schemas.openxmlformats.org/officeDocument/2006/relationships/image" Target="media/image4.wmf"/><Relationship Id="rId3478" Type="http://schemas.openxmlformats.org/officeDocument/2006/relationships/image" Target="media/image1742.wmf"/><Relationship Id="rId3892" Type="http://schemas.openxmlformats.org/officeDocument/2006/relationships/image" Target="media/image1950.wmf"/><Relationship Id="rId4529" Type="http://schemas.openxmlformats.org/officeDocument/2006/relationships/oleObject" Target="embeddings/oleObject2254.bin"/><Relationship Id="rId399" Type="http://schemas.openxmlformats.org/officeDocument/2006/relationships/oleObject" Target="embeddings/oleObject197.bin"/><Relationship Id="rId2494" Type="http://schemas.openxmlformats.org/officeDocument/2006/relationships/oleObject" Target="embeddings/oleObject1240.bin"/><Relationship Id="rId3545" Type="http://schemas.openxmlformats.org/officeDocument/2006/relationships/image" Target="media/image177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17581</Words>
  <Characters>100215</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117561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Nguyen Chin Em</cp:lastModifiedBy>
  <cp:revision>2</cp:revision>
  <dcterms:created xsi:type="dcterms:W3CDTF">2021-12-01T18:58:00Z</dcterms:created>
  <dcterms:modified xsi:type="dcterms:W3CDTF">2021-12-01T18:58:00Z</dcterms:modified>
  <cp:category/>
</cp:coreProperties>
</file>