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7AF03" w14:textId="77777777" w:rsidR="00360D38" w:rsidRPr="00360D38" w:rsidRDefault="00360D38" w:rsidP="00360D38">
      <w:pPr>
        <w:jc w:val="both"/>
        <w:rPr>
          <w:rFonts w:ascii="Times New Roman" w:hAnsi="Times New Roman" w:cs="Times New Roman"/>
          <w:b/>
        </w:rPr>
      </w:pPr>
      <w:r w:rsidRPr="00360D38">
        <w:rPr>
          <w:rFonts w:ascii="Times New Roman" w:hAnsi="Times New Roman" w:cs="Times New Roman"/>
          <w:b/>
        </w:rPr>
        <w:t>SỞ GIÁO DỤC ĐÀO TẠO TỈNH BRVT</w:t>
      </w:r>
    </w:p>
    <w:p w14:paraId="1041E939" w14:textId="77777777" w:rsidR="00360D38" w:rsidRPr="00360D38" w:rsidRDefault="00360D38" w:rsidP="00360D38">
      <w:pPr>
        <w:jc w:val="both"/>
        <w:rPr>
          <w:rFonts w:ascii="Times New Roman" w:hAnsi="Times New Roman" w:cs="Times New Roman"/>
          <w:b/>
          <w:u w:val="single"/>
        </w:rPr>
      </w:pPr>
      <w:r w:rsidRPr="00360D38">
        <w:rPr>
          <w:rFonts w:ascii="Times New Roman" w:hAnsi="Times New Roman" w:cs="Times New Roman"/>
          <w:b/>
          <w:u w:val="single"/>
        </w:rPr>
        <w:t>TRƯỜNG THPT TRẦN QUANG KHẢI</w:t>
      </w:r>
    </w:p>
    <w:p w14:paraId="4B9CEF19" w14:textId="77777777" w:rsidR="00360D38" w:rsidRPr="00360D38" w:rsidRDefault="00360D38" w:rsidP="00360D38">
      <w:pPr>
        <w:ind w:left="720"/>
        <w:jc w:val="both"/>
        <w:rPr>
          <w:rFonts w:ascii="Times New Roman" w:hAnsi="Times New Roman" w:cs="Times New Roman"/>
          <w:b/>
          <w:u w:val="single"/>
        </w:rPr>
      </w:pPr>
      <w:r w:rsidRPr="00360D38">
        <w:rPr>
          <w:rFonts w:ascii="Times New Roman" w:hAnsi="Times New Roman" w:cs="Times New Roman"/>
          <w:b/>
        </w:rPr>
        <w:t xml:space="preserve">    </w:t>
      </w:r>
      <w:r w:rsidRPr="00360D38">
        <w:rPr>
          <w:rFonts w:ascii="Times New Roman" w:hAnsi="Times New Roman" w:cs="Times New Roman"/>
          <w:b/>
          <w:u w:val="single"/>
        </w:rPr>
        <w:t>TỔ TOÁN-TIN</w:t>
      </w:r>
    </w:p>
    <w:p w14:paraId="5E8D5F2F" w14:textId="77777777" w:rsidR="00360D38" w:rsidRPr="00360D38" w:rsidRDefault="00360D38" w:rsidP="00360D38">
      <w:pPr>
        <w:jc w:val="center"/>
        <w:rPr>
          <w:rFonts w:ascii="Times New Roman" w:hAnsi="Times New Roman" w:cs="Times New Roman"/>
          <w:b/>
        </w:rPr>
      </w:pPr>
    </w:p>
    <w:p w14:paraId="70896464" w14:textId="3FA2DCEA" w:rsidR="00360D38" w:rsidRPr="00360D38" w:rsidRDefault="00360D38" w:rsidP="00360D38">
      <w:pPr>
        <w:jc w:val="center"/>
        <w:rPr>
          <w:rFonts w:ascii="Times New Roman" w:hAnsi="Times New Roman" w:cs="Times New Roman"/>
          <w:b/>
          <w:lang w:val="vi-VN"/>
        </w:rPr>
      </w:pPr>
      <w:r w:rsidRPr="00360D38">
        <w:rPr>
          <w:rFonts w:ascii="Times New Roman" w:hAnsi="Times New Roman" w:cs="Times New Roman"/>
          <w:b/>
        </w:rPr>
        <w:t xml:space="preserve">ĐỀ CƯƠNG ÔN TẬP </w:t>
      </w:r>
      <w:r w:rsidRPr="00360D38">
        <w:rPr>
          <w:rFonts w:ascii="Times New Roman" w:hAnsi="Times New Roman" w:cs="Times New Roman"/>
          <w:b/>
          <w:lang w:val="vi-VN"/>
        </w:rPr>
        <w:t>KIỂM TRA</w:t>
      </w:r>
      <w:r w:rsidRPr="00360D38">
        <w:rPr>
          <w:rFonts w:ascii="Times New Roman" w:hAnsi="Times New Roman" w:cs="Times New Roman"/>
          <w:b/>
        </w:rPr>
        <w:t xml:space="preserve"> CUỐI KỲ I</w:t>
      </w:r>
      <w:r>
        <w:rPr>
          <w:rFonts w:ascii="Times New Roman" w:hAnsi="Times New Roman" w:cs="Times New Roman"/>
          <w:b/>
        </w:rPr>
        <w:t>I</w:t>
      </w:r>
      <w:r w:rsidRPr="00360D38">
        <w:rPr>
          <w:rFonts w:ascii="Times New Roman" w:hAnsi="Times New Roman" w:cs="Times New Roman"/>
          <w:b/>
        </w:rPr>
        <w:t xml:space="preserve"> NĂM HỌC 2024 - 2025</w:t>
      </w:r>
    </w:p>
    <w:p w14:paraId="61DD33C2" w14:textId="77777777" w:rsidR="00360D38" w:rsidRPr="00360D38" w:rsidRDefault="00360D38" w:rsidP="00360D38">
      <w:pPr>
        <w:jc w:val="center"/>
        <w:rPr>
          <w:rFonts w:ascii="Times New Roman" w:hAnsi="Times New Roman" w:cs="Times New Roman"/>
          <w:b/>
          <w:lang w:val="vi-VN"/>
        </w:rPr>
      </w:pPr>
      <w:r w:rsidRPr="00360D38">
        <w:rPr>
          <w:rFonts w:ascii="Times New Roman" w:hAnsi="Times New Roman" w:cs="Times New Roman"/>
          <w:b/>
          <w:lang w:val="vi-VN"/>
        </w:rPr>
        <w:t>MÔN TOÁN-</w:t>
      </w:r>
      <w:r w:rsidRPr="00360D38">
        <w:rPr>
          <w:rFonts w:ascii="Times New Roman" w:hAnsi="Times New Roman" w:cs="Times New Roman"/>
          <w:b/>
        </w:rPr>
        <w:t xml:space="preserve">KHỐI 10 </w:t>
      </w:r>
    </w:p>
    <w:p w14:paraId="7E1774D0" w14:textId="77777777" w:rsidR="00360D38" w:rsidRPr="00360D38" w:rsidRDefault="00360D38" w:rsidP="00360D38">
      <w:pPr>
        <w:jc w:val="center"/>
        <w:rPr>
          <w:rFonts w:ascii="Times New Roman" w:hAnsi="Times New Roman" w:cs="Times New Roman"/>
          <w:b/>
        </w:rPr>
      </w:pPr>
      <w:r w:rsidRPr="00360D38">
        <w:rPr>
          <w:rFonts w:ascii="Times New Roman" w:hAnsi="Times New Roman" w:cs="Times New Roman"/>
          <w:b/>
        </w:rPr>
        <w:t>THỜI GIAN: 90 phút</w:t>
      </w:r>
    </w:p>
    <w:p w14:paraId="64E93982" w14:textId="77777777" w:rsidR="00360D38" w:rsidRPr="00360D38" w:rsidRDefault="00360D38" w:rsidP="00360D38">
      <w:pPr>
        <w:pStyle w:val="BodyText"/>
        <w:ind w:left="25"/>
        <w:rPr>
          <w:rFonts w:ascii="Times New Roman" w:hAnsi="Times New Roman" w:cs="Times New Roman"/>
          <w:b/>
          <w:bCs/>
          <w:sz w:val="24"/>
          <w:szCs w:val="24"/>
        </w:rPr>
      </w:pPr>
    </w:p>
    <w:p w14:paraId="62502A6F" w14:textId="77777777" w:rsidR="00360D38" w:rsidRPr="00360D38" w:rsidRDefault="00360D38" w:rsidP="00360D38">
      <w:pPr>
        <w:spacing w:after="0" w:line="360" w:lineRule="auto"/>
        <w:contextualSpacing/>
        <w:jc w:val="center"/>
        <w:rPr>
          <w:rFonts w:ascii="Times New Roman" w:hAnsi="Times New Roman" w:cs="Times New Roman"/>
          <w:b/>
          <w:u w:val="single"/>
        </w:rPr>
      </w:pPr>
      <w:r w:rsidRPr="00360D38">
        <w:rPr>
          <w:rFonts w:ascii="Times New Roman" w:hAnsi="Times New Roman" w:cs="Times New Roman"/>
          <w:b/>
          <w:u w:val="single"/>
        </w:rPr>
        <w:t>ĐỀ THAM KHẢO SỐ 01</w:t>
      </w:r>
    </w:p>
    <w:p w14:paraId="1067EF3E" w14:textId="77777777" w:rsidR="007C5B20" w:rsidRPr="00360D38" w:rsidRDefault="007C5B20" w:rsidP="00C20B79">
      <w:pPr>
        <w:pStyle w:val="BodyText"/>
        <w:rPr>
          <w:rFonts w:ascii="Times New Roman" w:hAnsi="Times New Roman" w:cs="Times New Roman"/>
          <w:b/>
          <w:bCs/>
          <w:sz w:val="24"/>
          <w:szCs w:val="24"/>
          <w:u w:val="single"/>
        </w:rPr>
      </w:pPr>
    </w:p>
    <w:p w14:paraId="774038FF" w14:textId="77777777" w:rsidR="00C20B79" w:rsidRPr="00360D38" w:rsidRDefault="00C20B79" w:rsidP="00C20B79">
      <w:pPr>
        <w:rPr>
          <w:rFonts w:ascii="Times New Roman" w:hAnsi="Times New Roman" w:cs="Times New Roman"/>
          <w:i/>
          <w:iCs/>
          <w:sz w:val="24"/>
          <w:szCs w:val="24"/>
        </w:rPr>
      </w:pPr>
      <w:r w:rsidRPr="00360D38">
        <w:rPr>
          <w:rFonts w:ascii="Times New Roman" w:hAnsi="Times New Roman" w:cs="Times New Roman"/>
          <w:b/>
          <w:bCs/>
          <w:sz w:val="24"/>
          <w:szCs w:val="24"/>
        </w:rPr>
        <w:t>PHẦN I. Câu trắc nghiệm nhiều phương án lựa chọn (3.0 điểm).</w:t>
      </w:r>
      <w:r w:rsidRPr="00360D38">
        <w:rPr>
          <w:rFonts w:ascii="Times New Roman" w:hAnsi="Times New Roman" w:cs="Times New Roman"/>
          <w:i/>
          <w:iCs/>
          <w:sz w:val="24"/>
          <w:szCs w:val="24"/>
        </w:rPr>
        <w:t xml:space="preserve"> Thí sinh trả lời từ câu 1 đến câu 12. Mỗi câu thí sinh chỉ chọn một phương án.</w:t>
      </w:r>
    </w:p>
    <w:p w14:paraId="670D19C3" w14:textId="77777777" w:rsidR="00686F6B" w:rsidRPr="00360D38" w:rsidRDefault="00A227D8" w:rsidP="00686F6B">
      <w:pPr>
        <w:shd w:val="clear" w:color="auto" w:fill="FFFFFF"/>
        <w:spacing w:after="0" w:line="240" w:lineRule="auto"/>
        <w:ind w:right="345"/>
        <w:rPr>
          <w:rFonts w:ascii="Times New Roman" w:eastAsia="SimSun" w:hAnsi="Times New Roman" w:cs="Times New Roman"/>
          <w:sz w:val="26"/>
          <w:szCs w:val="26"/>
          <w:lang w:val="vi-VN" w:eastAsia="zh-CN"/>
        </w:rPr>
      </w:pPr>
      <w:r w:rsidRPr="00360D38">
        <w:rPr>
          <w:rFonts w:ascii="Times New Roman" w:eastAsia="Calibri" w:hAnsi="Times New Roman" w:cs="Times New Roman"/>
          <w:b/>
          <w:sz w:val="24"/>
          <w:szCs w:val="24"/>
          <w:lang w:val="vi-VN"/>
        </w:rPr>
        <w:t>Câu 1.</w:t>
      </w:r>
      <w:r w:rsidRPr="00360D38">
        <w:rPr>
          <w:rFonts w:ascii="Times New Roman" w:eastAsia="Calibri" w:hAnsi="Times New Roman" w:cs="Times New Roman"/>
          <w:sz w:val="24"/>
          <w:szCs w:val="24"/>
          <w:lang w:val="vi-VN"/>
        </w:rPr>
        <w:t xml:space="preserve"> </w:t>
      </w:r>
      <w:r w:rsidR="00686F6B" w:rsidRPr="00360D38">
        <w:rPr>
          <w:rFonts w:ascii="Times New Roman" w:eastAsia="SimSun" w:hAnsi="Times New Roman" w:cs="Times New Roman"/>
          <w:sz w:val="24"/>
          <w:szCs w:val="24"/>
          <w:lang w:val="vi-VN" w:eastAsia="zh-CN"/>
        </w:rPr>
        <w:t xml:space="preserve">Bạn Hùng muốn mua một cái áo. Trong cửa hàng, áo thun có ba size </w:t>
      </w:r>
      <w:r w:rsidR="00686F6B" w:rsidRPr="00360D38">
        <w:rPr>
          <w:rFonts w:ascii="Times New Roman" w:eastAsia="SimSun" w:hAnsi="Times New Roman" w:cs="Times New Roman"/>
          <w:position w:val="-6"/>
          <w:sz w:val="24"/>
          <w:szCs w:val="24"/>
          <w:lang w:eastAsia="zh-CN"/>
        </w:rPr>
        <w:object w:dxaOrig="300" w:dyaOrig="279" w14:anchorId="36E46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4.6pt" o:ole="">
            <v:imagedata r:id="rId6" o:title=""/>
          </v:shape>
          <o:OLEObject Type="Embed" ProgID="Equation.DSMT4" ShapeID="_x0000_i1025" DrawAspect="Content" ObjectID="_1806929772" r:id="rId7"/>
        </w:object>
      </w:r>
      <w:r w:rsidR="00686F6B" w:rsidRPr="00360D38">
        <w:rPr>
          <w:rFonts w:ascii="Times New Roman" w:eastAsia="SimSun" w:hAnsi="Times New Roman" w:cs="Times New Roman"/>
          <w:sz w:val="24"/>
          <w:szCs w:val="24"/>
          <w:lang w:val="vi-VN" w:eastAsia="zh-CN"/>
        </w:rPr>
        <w:t xml:space="preserve">, </w:t>
      </w:r>
      <w:r w:rsidR="00686F6B" w:rsidRPr="00360D38">
        <w:rPr>
          <w:rFonts w:ascii="Times New Roman" w:eastAsia="SimSun" w:hAnsi="Times New Roman" w:cs="Times New Roman"/>
          <w:position w:val="-6"/>
          <w:sz w:val="24"/>
          <w:szCs w:val="24"/>
          <w:lang w:eastAsia="zh-CN"/>
        </w:rPr>
        <w:object w:dxaOrig="300" w:dyaOrig="279" w14:anchorId="7262FBCD">
          <v:shape id="_x0000_i1026" type="#_x0000_t75" style="width:15.05pt;height:14.6pt" o:ole="">
            <v:imagedata r:id="rId8" o:title=""/>
          </v:shape>
          <o:OLEObject Type="Embed" ProgID="Equation.DSMT4" ShapeID="_x0000_i1026" DrawAspect="Content" ObjectID="_1806929773" r:id="rId9"/>
        </w:object>
      </w:r>
      <w:r w:rsidR="00686F6B" w:rsidRPr="00360D38">
        <w:rPr>
          <w:rFonts w:ascii="Times New Roman" w:eastAsia="SimSun" w:hAnsi="Times New Roman" w:cs="Times New Roman"/>
          <w:sz w:val="24"/>
          <w:szCs w:val="24"/>
          <w:lang w:val="vi-VN" w:eastAsia="zh-CN"/>
        </w:rPr>
        <w:t xml:space="preserve"> và </w:t>
      </w:r>
      <w:r w:rsidR="00686F6B" w:rsidRPr="00360D38">
        <w:rPr>
          <w:rFonts w:ascii="Times New Roman" w:eastAsia="SimSun" w:hAnsi="Times New Roman" w:cs="Times New Roman"/>
          <w:position w:val="-6"/>
          <w:sz w:val="24"/>
          <w:szCs w:val="24"/>
          <w:lang w:eastAsia="zh-CN"/>
        </w:rPr>
        <w:object w:dxaOrig="320" w:dyaOrig="279" w14:anchorId="5A62EB6C">
          <v:shape id="_x0000_i1027" type="#_x0000_t75" style="width:15.5pt;height:14.6pt" o:ole="">
            <v:imagedata r:id="rId10" o:title=""/>
          </v:shape>
          <o:OLEObject Type="Embed" ProgID="Equation.DSMT4" ShapeID="_x0000_i1027" DrawAspect="Content" ObjectID="_1806929774" r:id="rId11"/>
        </w:object>
      </w:r>
      <w:r w:rsidR="00686F6B" w:rsidRPr="00360D38">
        <w:rPr>
          <w:rFonts w:ascii="Times New Roman" w:eastAsia="SimSun" w:hAnsi="Times New Roman" w:cs="Times New Roman"/>
          <w:sz w:val="24"/>
          <w:szCs w:val="24"/>
          <w:lang w:val="vi-VN" w:eastAsia="zh-CN"/>
        </w:rPr>
        <w:t xml:space="preserve">; áo sơ mi có hai size </w:t>
      </w:r>
      <w:r w:rsidR="00686F6B" w:rsidRPr="00360D38">
        <w:rPr>
          <w:rFonts w:ascii="Times New Roman" w:eastAsia="SimSun" w:hAnsi="Times New Roman" w:cs="Times New Roman"/>
          <w:position w:val="-6"/>
          <w:sz w:val="24"/>
          <w:szCs w:val="24"/>
          <w:lang w:eastAsia="zh-CN"/>
        </w:rPr>
        <w:object w:dxaOrig="300" w:dyaOrig="279" w14:anchorId="1FEE6321">
          <v:shape id="_x0000_i1028" type="#_x0000_t75" style="width:15.05pt;height:14.6pt" o:ole="">
            <v:imagedata r:id="rId12" o:title=""/>
          </v:shape>
          <o:OLEObject Type="Embed" ProgID="Equation.DSMT4" ShapeID="_x0000_i1028" DrawAspect="Content" ObjectID="_1806929775" r:id="rId13"/>
        </w:object>
      </w:r>
      <w:r w:rsidR="00686F6B" w:rsidRPr="00360D38">
        <w:rPr>
          <w:rFonts w:ascii="Times New Roman" w:eastAsia="SimSun" w:hAnsi="Times New Roman" w:cs="Times New Roman"/>
          <w:sz w:val="24"/>
          <w:szCs w:val="24"/>
          <w:lang w:val="vi-VN" w:eastAsia="zh-CN"/>
        </w:rPr>
        <w:t xml:space="preserve"> và </w:t>
      </w:r>
      <w:r w:rsidR="00686F6B" w:rsidRPr="00360D38">
        <w:rPr>
          <w:rFonts w:ascii="Times New Roman" w:eastAsia="SimSun" w:hAnsi="Times New Roman" w:cs="Times New Roman"/>
          <w:position w:val="-6"/>
          <w:sz w:val="24"/>
          <w:szCs w:val="24"/>
          <w:lang w:eastAsia="zh-CN"/>
        </w:rPr>
        <w:object w:dxaOrig="320" w:dyaOrig="279" w14:anchorId="175DBB1D">
          <v:shape id="_x0000_i1029" type="#_x0000_t75" style="width:15.5pt;height:14.6pt" o:ole="">
            <v:imagedata r:id="rId14" o:title=""/>
          </v:shape>
          <o:OLEObject Type="Embed" ProgID="Equation.DSMT4" ShapeID="_x0000_i1029" DrawAspect="Content" ObjectID="_1806929776" r:id="rId15"/>
        </w:object>
      </w:r>
      <w:r w:rsidR="00686F6B" w:rsidRPr="00360D38">
        <w:rPr>
          <w:rFonts w:ascii="Times New Roman" w:eastAsia="SimSun" w:hAnsi="Times New Roman" w:cs="Times New Roman"/>
          <w:sz w:val="24"/>
          <w:szCs w:val="24"/>
          <w:lang w:val="vi-VN" w:eastAsia="zh-CN"/>
        </w:rPr>
        <w:t>. Hỏi Hùng có bao nhiêu cách chọn mua một cái áo.</w:t>
      </w:r>
    </w:p>
    <w:p w14:paraId="63C6562F" w14:textId="45025C94" w:rsidR="00A227D8" w:rsidRPr="00360D38" w:rsidRDefault="00686F6B" w:rsidP="00686F6B">
      <w:pPr>
        <w:shd w:val="clear" w:color="auto" w:fill="FFFFFF"/>
        <w:spacing w:after="0" w:line="240" w:lineRule="auto"/>
        <w:ind w:right="345"/>
        <w:rPr>
          <w:rFonts w:ascii="Times New Roman" w:eastAsia="Calibri" w:hAnsi="Times New Roman" w:cs="Times New Roman"/>
          <w:lang w:val="vi-VN"/>
        </w:rPr>
      </w:pPr>
      <w:r w:rsidRPr="00360D38">
        <w:rPr>
          <w:rFonts w:ascii="Times New Roman" w:eastAsia="Times New Roman" w:hAnsi="Times New Roman" w:cs="Times New Roman"/>
          <w:b/>
          <w:sz w:val="24"/>
          <w:szCs w:val="24"/>
          <w:lang w:val="vi-VN"/>
        </w:rPr>
        <w:t xml:space="preserve">            </w:t>
      </w:r>
      <w:r w:rsidR="00A227D8" w:rsidRPr="00360D38">
        <w:rPr>
          <w:rFonts w:ascii="Times New Roman" w:eastAsia="Times New Roman" w:hAnsi="Times New Roman" w:cs="Times New Roman"/>
          <w:b/>
          <w:sz w:val="24"/>
          <w:szCs w:val="24"/>
        </w:rPr>
        <w:t>A.</w:t>
      </w:r>
      <w:r w:rsidRPr="00360D38">
        <w:rPr>
          <w:rFonts w:ascii="Times New Roman" w:eastAsia="Calibri" w:hAnsi="Times New Roman" w:cs="Times New Roman"/>
          <w:sz w:val="24"/>
          <w:szCs w:val="24"/>
          <w:lang w:val="vi-VN"/>
        </w:rPr>
        <w:t xml:space="preserve"> 3</w:t>
      </w:r>
      <w:r w:rsidR="00A227D8" w:rsidRPr="00360D38">
        <w:rPr>
          <w:rFonts w:ascii="Times New Roman" w:eastAsia="Calibri" w:hAnsi="Times New Roman" w:cs="Times New Roman"/>
          <w:sz w:val="24"/>
          <w:szCs w:val="24"/>
          <w:lang w:val="vi-VN"/>
        </w:rPr>
        <w:t>.</w:t>
      </w:r>
      <w:r w:rsidR="00AF0DCD" w:rsidRPr="00360D38">
        <w:rPr>
          <w:rFonts w:ascii="Times New Roman" w:eastAsia="Times New Roman" w:hAnsi="Times New Roman" w:cs="Times New Roman"/>
          <w:sz w:val="24"/>
          <w:szCs w:val="24"/>
        </w:rPr>
        <w:tab/>
      </w:r>
      <w:r w:rsidRPr="00360D38">
        <w:rPr>
          <w:rFonts w:ascii="Times New Roman" w:eastAsia="Times New Roman" w:hAnsi="Times New Roman" w:cs="Times New Roman"/>
          <w:sz w:val="24"/>
          <w:szCs w:val="24"/>
          <w:lang w:val="vi-VN"/>
        </w:rPr>
        <w:t xml:space="preserve">                </w:t>
      </w:r>
      <w:r w:rsidR="00A227D8" w:rsidRPr="00360D38">
        <w:rPr>
          <w:rFonts w:ascii="Times New Roman" w:eastAsia="Times New Roman" w:hAnsi="Times New Roman" w:cs="Times New Roman"/>
          <w:b/>
          <w:sz w:val="24"/>
          <w:szCs w:val="24"/>
        </w:rPr>
        <w:t>B.</w:t>
      </w:r>
      <w:r w:rsidRPr="00360D38">
        <w:rPr>
          <w:rFonts w:ascii="Times New Roman" w:eastAsia="Calibri" w:hAnsi="Times New Roman" w:cs="Times New Roman"/>
          <w:sz w:val="24"/>
          <w:szCs w:val="24"/>
          <w:lang w:val="vi-VN"/>
        </w:rPr>
        <w:t xml:space="preserve"> 2</w:t>
      </w:r>
      <w:r w:rsidR="00A227D8" w:rsidRPr="00360D38">
        <w:rPr>
          <w:rFonts w:ascii="Times New Roman" w:eastAsia="Calibri" w:hAnsi="Times New Roman" w:cs="Times New Roman"/>
          <w:sz w:val="24"/>
          <w:szCs w:val="24"/>
          <w:lang w:val="vi-VN"/>
        </w:rPr>
        <w:t>.</w:t>
      </w:r>
      <w:r w:rsidRPr="00360D38">
        <w:rPr>
          <w:rFonts w:ascii="Times New Roman" w:eastAsia="Calibri" w:hAnsi="Times New Roman" w:cs="Times New Roman"/>
          <w:sz w:val="24"/>
          <w:szCs w:val="24"/>
          <w:lang w:val="vi-VN"/>
        </w:rPr>
        <w:t xml:space="preserve">                          </w:t>
      </w:r>
      <w:r w:rsidR="00AF0DCD" w:rsidRPr="00360D38">
        <w:rPr>
          <w:rFonts w:ascii="Times New Roman" w:eastAsia="Times New Roman" w:hAnsi="Times New Roman" w:cs="Times New Roman"/>
          <w:sz w:val="24"/>
          <w:szCs w:val="24"/>
        </w:rPr>
        <w:tab/>
      </w:r>
      <w:r w:rsidR="00A227D8" w:rsidRPr="00360D38">
        <w:rPr>
          <w:rFonts w:ascii="Times New Roman" w:eastAsia="Times New Roman" w:hAnsi="Times New Roman" w:cs="Times New Roman"/>
          <w:b/>
          <w:sz w:val="24"/>
          <w:szCs w:val="24"/>
        </w:rPr>
        <w:t>C.</w:t>
      </w:r>
      <w:r w:rsidR="00A227D8" w:rsidRPr="00360D38">
        <w:rPr>
          <w:rFonts w:ascii="Times New Roman" w:eastAsia="Times New Roman" w:hAnsi="Times New Roman" w:cs="Times New Roman"/>
          <w:b/>
          <w:sz w:val="24"/>
          <w:szCs w:val="24"/>
          <w:lang w:val="vi-VN"/>
        </w:rPr>
        <w:t xml:space="preserve"> </w:t>
      </w:r>
      <w:r w:rsidRPr="00360D38">
        <w:rPr>
          <w:rFonts w:ascii="Times New Roman" w:eastAsia="Calibri" w:hAnsi="Times New Roman" w:cs="Times New Roman"/>
          <w:sz w:val="24"/>
          <w:szCs w:val="24"/>
          <w:lang w:val="vi-VN"/>
        </w:rPr>
        <w:t>6</w:t>
      </w:r>
      <w:r w:rsidR="00A227D8" w:rsidRPr="00360D38">
        <w:rPr>
          <w:rFonts w:ascii="Times New Roman" w:eastAsia="Calibri" w:hAnsi="Times New Roman" w:cs="Times New Roman"/>
          <w:sz w:val="24"/>
          <w:szCs w:val="24"/>
        </w:rPr>
        <w:t>.</w:t>
      </w:r>
      <w:r w:rsidR="00AF0DCD" w:rsidRPr="00360D38">
        <w:rPr>
          <w:rFonts w:ascii="Times New Roman" w:eastAsia="Times New Roman" w:hAnsi="Times New Roman" w:cs="Times New Roman"/>
          <w:sz w:val="24"/>
          <w:szCs w:val="24"/>
        </w:rPr>
        <w:tab/>
      </w:r>
      <w:r w:rsidRPr="00360D38">
        <w:rPr>
          <w:rFonts w:ascii="Times New Roman" w:eastAsia="Times New Roman" w:hAnsi="Times New Roman" w:cs="Times New Roman"/>
          <w:sz w:val="24"/>
          <w:szCs w:val="24"/>
          <w:lang w:val="vi-VN"/>
        </w:rPr>
        <w:t xml:space="preserve">                 </w:t>
      </w:r>
      <w:r w:rsidR="00A227D8" w:rsidRPr="00360D38">
        <w:rPr>
          <w:rFonts w:ascii="Times New Roman" w:eastAsia="Times New Roman" w:hAnsi="Times New Roman" w:cs="Times New Roman"/>
          <w:b/>
          <w:sz w:val="24"/>
          <w:szCs w:val="24"/>
        </w:rPr>
        <w:t>D.</w:t>
      </w:r>
      <w:r w:rsidR="00A227D8" w:rsidRPr="00360D38">
        <w:rPr>
          <w:rFonts w:ascii="Times New Roman" w:eastAsia="Times New Roman" w:hAnsi="Times New Roman" w:cs="Times New Roman"/>
          <w:spacing w:val="2"/>
          <w:sz w:val="24"/>
          <w:szCs w:val="24"/>
        </w:rPr>
        <w:t xml:space="preserve"> </w:t>
      </w:r>
      <w:r w:rsidRPr="00360D38">
        <w:rPr>
          <w:rFonts w:ascii="Times New Roman" w:eastAsia="Times New Roman" w:hAnsi="Times New Roman" w:cs="Times New Roman"/>
          <w:spacing w:val="2"/>
          <w:sz w:val="24"/>
          <w:szCs w:val="24"/>
          <w:lang w:val="vi-VN"/>
        </w:rPr>
        <w:t>5</w:t>
      </w:r>
      <w:r w:rsidR="00A227D8" w:rsidRPr="00360D38">
        <w:rPr>
          <w:rFonts w:ascii="Times New Roman" w:eastAsia="Times New Roman" w:hAnsi="Times New Roman" w:cs="Times New Roman"/>
          <w:spacing w:val="2"/>
          <w:sz w:val="24"/>
          <w:szCs w:val="24"/>
          <w:lang w:val="vi-VN"/>
        </w:rPr>
        <w:t>.</w:t>
      </w:r>
    </w:p>
    <w:p w14:paraId="55DAA143" w14:textId="04905E5D" w:rsidR="00A227D8" w:rsidRPr="00360D38" w:rsidRDefault="00A227D8" w:rsidP="00A227D8">
      <w:pPr>
        <w:shd w:val="clear" w:color="auto" w:fill="FFFFFF" w:themeFill="background1"/>
        <w:tabs>
          <w:tab w:val="left" w:pos="2552"/>
          <w:tab w:val="left" w:pos="5245"/>
          <w:tab w:val="left" w:pos="8080"/>
        </w:tabs>
        <w:spacing w:after="0" w:line="240" w:lineRule="auto"/>
        <w:ind w:right="9"/>
        <w:rPr>
          <w:rFonts w:ascii="Times New Roman" w:eastAsia="Times New Roman" w:hAnsi="Times New Roman" w:cs="Times New Roman"/>
          <w:color w:val="000000" w:themeColor="text1"/>
          <w:sz w:val="24"/>
          <w:szCs w:val="24"/>
          <w:lang w:val="vi-VN" w:eastAsia="x-none"/>
        </w:rPr>
      </w:pPr>
      <w:r w:rsidRPr="00360D38">
        <w:rPr>
          <w:rFonts w:ascii="Times New Roman" w:eastAsia="Times New Roman" w:hAnsi="Times New Roman" w:cs="Times New Roman"/>
          <w:b/>
          <w:color w:val="000000" w:themeColor="text1"/>
          <w:sz w:val="24"/>
          <w:szCs w:val="24"/>
          <w:lang w:val="x-none" w:eastAsia="x-none"/>
        </w:rPr>
        <w:t xml:space="preserve">Câu </w:t>
      </w:r>
      <w:r w:rsidRPr="00360D38">
        <w:rPr>
          <w:rFonts w:ascii="Times New Roman" w:eastAsia="Times New Roman" w:hAnsi="Times New Roman" w:cs="Times New Roman"/>
          <w:b/>
          <w:color w:val="000000" w:themeColor="text1"/>
          <w:sz w:val="24"/>
          <w:szCs w:val="24"/>
          <w:lang w:eastAsia="x-none"/>
        </w:rPr>
        <w:t>2</w:t>
      </w:r>
      <w:r w:rsidRPr="00360D38">
        <w:rPr>
          <w:rFonts w:ascii="Times New Roman" w:eastAsia="Times New Roman" w:hAnsi="Times New Roman" w:cs="Times New Roman"/>
          <w:b/>
          <w:color w:val="000000" w:themeColor="text1"/>
          <w:sz w:val="24"/>
          <w:szCs w:val="24"/>
          <w:lang w:val="x-none" w:eastAsia="x-none"/>
        </w:rPr>
        <w:t>:</w:t>
      </w:r>
      <w:r w:rsidRPr="00360D38">
        <w:rPr>
          <w:rFonts w:ascii="Times New Roman" w:eastAsia="Times New Roman" w:hAnsi="Times New Roman" w:cs="Times New Roman"/>
          <w:b/>
          <w:color w:val="000000" w:themeColor="text1"/>
          <w:sz w:val="24"/>
          <w:szCs w:val="24"/>
          <w:lang w:eastAsia="x-none"/>
        </w:rPr>
        <w:t xml:space="preserve"> </w:t>
      </w:r>
      <w:r w:rsidR="002C21F0" w:rsidRPr="00360D38">
        <w:rPr>
          <w:rFonts w:ascii="Times New Roman" w:eastAsia="Times New Roman" w:hAnsi="Times New Roman" w:cs="Times New Roman"/>
          <w:color w:val="000000" w:themeColor="text1"/>
          <w:sz w:val="24"/>
          <w:szCs w:val="24"/>
          <w:lang w:val="vi-VN" w:eastAsia="x-none"/>
        </w:rPr>
        <w:t>Chọn mệnh đề SAI</w:t>
      </w:r>
      <w:r w:rsidR="00B0646F" w:rsidRPr="00360D38">
        <w:rPr>
          <w:rFonts w:ascii="Times New Roman" w:eastAsia="Times New Roman" w:hAnsi="Times New Roman" w:cs="Times New Roman"/>
          <w:color w:val="000000" w:themeColor="text1"/>
          <w:sz w:val="24"/>
          <w:szCs w:val="24"/>
          <w:lang w:val="vi-VN" w:eastAsia="x-none"/>
        </w:rPr>
        <w:t>.</w:t>
      </w:r>
    </w:p>
    <w:p w14:paraId="35E44FF7" w14:textId="2A387F56" w:rsidR="00A227D8" w:rsidRPr="00360D38" w:rsidRDefault="00A227D8" w:rsidP="00C8197B">
      <w:pPr>
        <w:shd w:val="clear" w:color="auto" w:fill="FFFFFF" w:themeFill="background1"/>
        <w:tabs>
          <w:tab w:val="left" w:pos="2552"/>
          <w:tab w:val="left" w:pos="5103"/>
          <w:tab w:val="left" w:pos="6804"/>
        </w:tabs>
        <w:spacing w:after="0" w:line="240" w:lineRule="auto"/>
        <w:ind w:right="9" w:firstLine="851"/>
        <w:rPr>
          <w:rFonts w:ascii="Times New Roman" w:hAnsi="Times New Roman" w:cs="Times New Roman"/>
          <w:color w:val="000000" w:themeColor="text1"/>
        </w:rPr>
      </w:pPr>
      <w:r w:rsidRPr="00360D38">
        <w:rPr>
          <w:rFonts w:ascii="Times New Roman" w:eastAsia="Times New Roman" w:hAnsi="Times New Roman" w:cs="Times New Roman"/>
          <w:b/>
          <w:color w:val="000000" w:themeColor="text1"/>
          <w:sz w:val="24"/>
          <w:szCs w:val="24"/>
          <w:lang w:val="x-none" w:eastAsia="x-none"/>
        </w:rPr>
        <w:t>A.</w:t>
      </w:r>
      <w:r w:rsidR="002C21F0" w:rsidRPr="00360D38">
        <w:rPr>
          <w:rFonts w:ascii="Times New Roman" w:eastAsia="SimSun" w:hAnsi="Times New Roman" w:cs="Times New Roman"/>
          <w:b/>
          <w:position w:val="-12"/>
          <w:sz w:val="26"/>
          <w:szCs w:val="26"/>
          <w:lang w:val="pt-BR" w:eastAsia="zh-CN"/>
        </w:rPr>
        <w:object w:dxaOrig="720" w:dyaOrig="360" w14:anchorId="237F5B10">
          <v:shape id="_x0000_i1030" type="#_x0000_t75" style="width:36pt;height:19.15pt" o:ole="">
            <v:imagedata r:id="rId16" o:title=""/>
          </v:shape>
          <o:OLEObject Type="Embed" ProgID="Equation.DSMT4" ShapeID="_x0000_i1030" DrawAspect="Content" ObjectID="_1806929777" r:id="rId17"/>
        </w:object>
      </w:r>
      <w:r w:rsidRPr="00360D38">
        <w:rPr>
          <w:rFonts w:ascii="Times New Roman" w:eastAsia="Times New Roman" w:hAnsi="Times New Roman" w:cs="Times New Roman"/>
          <w:color w:val="000000" w:themeColor="text1"/>
          <w:spacing w:val="-3"/>
          <w:sz w:val="24"/>
          <w:szCs w:val="24"/>
          <w:lang w:val="x-none" w:eastAsia="x-none"/>
        </w:rPr>
        <w:tab/>
      </w:r>
      <w:r w:rsidRPr="00360D38">
        <w:rPr>
          <w:rFonts w:ascii="Times New Roman" w:eastAsia="Times New Roman" w:hAnsi="Times New Roman" w:cs="Times New Roman"/>
          <w:b/>
          <w:color w:val="000000" w:themeColor="text1"/>
          <w:sz w:val="24"/>
          <w:szCs w:val="24"/>
          <w:lang w:val="x-none" w:eastAsia="x-none"/>
        </w:rPr>
        <w:t>B.</w:t>
      </w:r>
      <w:r w:rsidR="00686F6B" w:rsidRPr="00360D38">
        <w:rPr>
          <w:rFonts w:ascii="Times New Roman" w:eastAsia="SimSun" w:hAnsi="Times New Roman" w:cs="Times New Roman"/>
          <w:b/>
          <w:sz w:val="26"/>
          <w:szCs w:val="26"/>
          <w:lang w:val="pt-BR" w:eastAsia="zh-CN"/>
        </w:rPr>
        <w:t xml:space="preserve"> </w:t>
      </w:r>
      <w:r w:rsidR="002C21F0" w:rsidRPr="00360D38">
        <w:rPr>
          <w:rFonts w:ascii="Times New Roman" w:eastAsia="SimSun" w:hAnsi="Times New Roman" w:cs="Times New Roman"/>
          <w:b/>
          <w:position w:val="-32"/>
          <w:sz w:val="26"/>
          <w:szCs w:val="26"/>
          <w:lang w:val="pt-BR" w:eastAsia="zh-CN"/>
        </w:rPr>
        <w:object w:dxaOrig="1320" w:dyaOrig="700" w14:anchorId="6E8081B6">
          <v:shape id="_x0000_i1031" type="#_x0000_t75" style="width:67pt;height:36pt" o:ole="">
            <v:imagedata r:id="rId18" o:title=""/>
          </v:shape>
          <o:OLEObject Type="Embed" ProgID="Equation.DSMT4" ShapeID="_x0000_i1031" DrawAspect="Content" ObjectID="_1806929778" r:id="rId19"/>
        </w:object>
      </w:r>
      <w:r w:rsidR="00AF0DCD" w:rsidRPr="00360D38">
        <w:rPr>
          <w:rFonts w:ascii="Times New Roman" w:hAnsi="Times New Roman" w:cs="Times New Roman"/>
          <w:color w:val="000000" w:themeColor="text1"/>
        </w:rPr>
        <w:tab/>
      </w:r>
      <w:r w:rsidRPr="00360D38">
        <w:rPr>
          <w:rFonts w:ascii="Times New Roman" w:eastAsia="Times New Roman" w:hAnsi="Times New Roman" w:cs="Times New Roman"/>
          <w:b/>
          <w:color w:val="000000" w:themeColor="text1"/>
          <w:sz w:val="24"/>
          <w:szCs w:val="24"/>
          <w:lang w:val="x-none" w:eastAsia="x-none"/>
        </w:rPr>
        <w:t>C.</w:t>
      </w:r>
      <w:r w:rsidR="002C21F0" w:rsidRPr="00360D38">
        <w:rPr>
          <w:rFonts w:ascii="Times New Roman" w:eastAsia="SimSun" w:hAnsi="Times New Roman" w:cs="Times New Roman"/>
          <w:b/>
          <w:sz w:val="26"/>
          <w:szCs w:val="26"/>
          <w:lang w:val="pt-BR" w:eastAsia="zh-CN"/>
        </w:rPr>
        <w:t xml:space="preserve"> </w:t>
      </w:r>
      <w:r w:rsidR="002C21F0" w:rsidRPr="00360D38">
        <w:rPr>
          <w:rFonts w:ascii="Times New Roman" w:eastAsia="SimSun" w:hAnsi="Times New Roman" w:cs="Times New Roman"/>
          <w:b/>
          <w:position w:val="-32"/>
          <w:sz w:val="26"/>
          <w:szCs w:val="26"/>
          <w:lang w:val="pt-BR" w:eastAsia="zh-CN"/>
        </w:rPr>
        <w:object w:dxaOrig="1340" w:dyaOrig="700" w14:anchorId="2332438F">
          <v:shape id="_x0000_i1032" type="#_x0000_t75" style="width:67.9pt;height:36pt" o:ole="">
            <v:imagedata r:id="rId20" o:title=""/>
          </v:shape>
          <o:OLEObject Type="Embed" ProgID="Equation.DSMT4" ShapeID="_x0000_i1032" DrawAspect="Content" ObjectID="_1806929779" r:id="rId21"/>
        </w:object>
      </w:r>
      <w:r w:rsidR="00AF0DCD" w:rsidRPr="00360D38">
        <w:rPr>
          <w:rFonts w:ascii="Times New Roman" w:eastAsia="Times New Roman" w:hAnsi="Times New Roman" w:cs="Times New Roman"/>
          <w:color w:val="000000" w:themeColor="text1"/>
          <w:spacing w:val="-3"/>
          <w:sz w:val="24"/>
          <w:szCs w:val="24"/>
          <w:lang w:val="x-none" w:eastAsia="x-none"/>
        </w:rPr>
        <w:tab/>
      </w:r>
      <w:r w:rsidR="002C21F0" w:rsidRPr="00360D38">
        <w:rPr>
          <w:rFonts w:ascii="Times New Roman" w:eastAsia="Times New Roman" w:hAnsi="Times New Roman" w:cs="Times New Roman"/>
          <w:color w:val="000000" w:themeColor="text1"/>
          <w:spacing w:val="-3"/>
          <w:sz w:val="24"/>
          <w:szCs w:val="24"/>
          <w:lang w:val="x-none" w:eastAsia="x-none"/>
        </w:rPr>
        <w:tab/>
      </w:r>
      <w:r w:rsidR="002C21F0" w:rsidRPr="00360D38">
        <w:rPr>
          <w:rFonts w:ascii="Times New Roman" w:eastAsia="Times New Roman" w:hAnsi="Times New Roman" w:cs="Times New Roman"/>
          <w:color w:val="000000" w:themeColor="text1"/>
          <w:spacing w:val="-3"/>
          <w:sz w:val="24"/>
          <w:szCs w:val="24"/>
          <w:lang w:val="x-none" w:eastAsia="x-none"/>
        </w:rPr>
        <w:tab/>
      </w:r>
      <w:r w:rsidRPr="00360D38">
        <w:rPr>
          <w:rFonts w:ascii="Times New Roman" w:eastAsia="Times New Roman" w:hAnsi="Times New Roman" w:cs="Times New Roman"/>
          <w:b/>
          <w:color w:val="000000" w:themeColor="text1"/>
          <w:sz w:val="24"/>
          <w:szCs w:val="24"/>
          <w:lang w:val="x-none" w:eastAsia="x-none"/>
        </w:rPr>
        <w:t>D.</w:t>
      </w:r>
      <w:r w:rsidR="00686F6B" w:rsidRPr="00360D38">
        <w:rPr>
          <w:rFonts w:ascii="Times New Roman" w:eastAsia="SimSun" w:hAnsi="Times New Roman" w:cs="Times New Roman"/>
          <w:b/>
          <w:sz w:val="26"/>
          <w:szCs w:val="26"/>
          <w:lang w:val="pt-BR" w:eastAsia="zh-CN"/>
        </w:rPr>
        <w:t xml:space="preserve"> </w:t>
      </w:r>
      <w:r w:rsidR="002C21F0" w:rsidRPr="00360D38">
        <w:rPr>
          <w:rFonts w:ascii="Times New Roman" w:eastAsia="SimSun" w:hAnsi="Times New Roman" w:cs="Times New Roman"/>
          <w:b/>
          <w:position w:val="-32"/>
          <w:sz w:val="26"/>
          <w:szCs w:val="26"/>
          <w:lang w:val="pt-BR" w:eastAsia="zh-CN"/>
        </w:rPr>
        <w:object w:dxaOrig="1560" w:dyaOrig="700" w14:anchorId="6D396DD5">
          <v:shape id="_x0000_i1033" type="#_x0000_t75" style="width:78.85pt;height:36pt" o:ole="">
            <v:imagedata r:id="rId22" o:title=""/>
          </v:shape>
          <o:OLEObject Type="Embed" ProgID="Equation.DSMT4" ShapeID="_x0000_i1033" DrawAspect="Content" ObjectID="_1806929780" r:id="rId23"/>
        </w:object>
      </w:r>
    </w:p>
    <w:p w14:paraId="12DC87CE" w14:textId="7CC4F48F" w:rsidR="00A227D8" w:rsidRPr="00360D38" w:rsidRDefault="00A227D8" w:rsidP="00A227D8">
      <w:pPr>
        <w:tabs>
          <w:tab w:val="left" w:pos="283"/>
          <w:tab w:val="left" w:pos="5386"/>
        </w:tabs>
        <w:spacing w:after="0"/>
        <w:jc w:val="both"/>
        <w:rPr>
          <w:rFonts w:ascii="Times New Roman" w:eastAsia="Calibri" w:hAnsi="Times New Roman" w:cs="Times New Roman"/>
          <w:sz w:val="24"/>
          <w:lang w:val="vi-VN"/>
        </w:rPr>
      </w:pPr>
      <w:bookmarkStart w:id="0" w:name="_Hlk89695634"/>
      <w:r w:rsidRPr="00360D38">
        <w:rPr>
          <w:rFonts w:ascii="Times New Roman" w:eastAsia="Times New Roman" w:hAnsi="Times New Roman" w:cs="Times New Roman"/>
          <w:b/>
          <w:color w:val="000000" w:themeColor="text1"/>
          <w:sz w:val="24"/>
          <w:szCs w:val="24"/>
        </w:rPr>
        <w:t xml:space="preserve">Câu </w:t>
      </w:r>
      <w:r w:rsidRPr="00360D38">
        <w:rPr>
          <w:rFonts w:ascii="Times New Roman" w:eastAsia="Times New Roman" w:hAnsi="Times New Roman" w:cs="Times New Roman"/>
          <w:b/>
          <w:color w:val="000000" w:themeColor="text1"/>
          <w:sz w:val="24"/>
          <w:szCs w:val="24"/>
          <w:lang w:val="vi-VN"/>
        </w:rPr>
        <w:t>3</w:t>
      </w:r>
      <w:r w:rsidRPr="00360D38">
        <w:rPr>
          <w:rFonts w:ascii="Times New Roman" w:eastAsia="Times New Roman" w:hAnsi="Times New Roman" w:cs="Times New Roman"/>
          <w:b/>
          <w:color w:val="000000" w:themeColor="text1"/>
          <w:sz w:val="24"/>
          <w:szCs w:val="24"/>
        </w:rPr>
        <w:t xml:space="preserve">. </w:t>
      </w:r>
      <w:bookmarkEnd w:id="0"/>
      <w:r w:rsidR="008B111A" w:rsidRPr="00360D38">
        <w:rPr>
          <w:rFonts w:ascii="Times New Roman" w:eastAsia="Times New Roman" w:hAnsi="Times New Roman" w:cs="Times New Roman"/>
          <w:color w:val="000000" w:themeColor="text1"/>
          <w:sz w:val="24"/>
          <w:szCs w:val="24"/>
          <w:lang w:val="vi-VN"/>
        </w:rPr>
        <w:t xml:space="preserve">Tìm </w:t>
      </w:r>
      <w:r w:rsidR="002C21F0" w:rsidRPr="00360D38">
        <w:rPr>
          <w:rFonts w:ascii="Times New Roman" w:eastAsia="Times New Roman" w:hAnsi="Times New Roman" w:cs="Times New Roman"/>
          <w:color w:val="000000" w:themeColor="text1"/>
          <w:sz w:val="24"/>
          <w:szCs w:val="24"/>
          <w:lang w:val="vi-VN"/>
        </w:rPr>
        <w:t xml:space="preserve">khoảng biến thiên </w:t>
      </w:r>
      <w:r w:rsidR="008B111A" w:rsidRPr="00360D38">
        <w:rPr>
          <w:rFonts w:ascii="Times New Roman" w:eastAsia="Times New Roman" w:hAnsi="Times New Roman" w:cs="Times New Roman"/>
          <w:color w:val="000000" w:themeColor="text1"/>
          <w:sz w:val="24"/>
          <w:szCs w:val="24"/>
          <w:lang w:val="vi-VN"/>
        </w:rPr>
        <w:t>của mẫu số liệu sau:  11     48      62       81         93        99      127</w:t>
      </w:r>
    </w:p>
    <w:p w14:paraId="3152B1D8" w14:textId="4169EFB8" w:rsidR="00A227D8" w:rsidRPr="00360D38" w:rsidRDefault="00A227D8" w:rsidP="00C8197B">
      <w:pPr>
        <w:tabs>
          <w:tab w:val="left" w:pos="2552"/>
          <w:tab w:val="left" w:pos="5103"/>
          <w:tab w:val="left" w:pos="6804"/>
        </w:tabs>
        <w:spacing w:after="0"/>
        <w:ind w:firstLine="851"/>
        <w:jc w:val="both"/>
        <w:rPr>
          <w:rFonts w:ascii="Times New Roman" w:eastAsia="Calibri" w:hAnsi="Times New Roman" w:cs="Times New Roman"/>
          <w:sz w:val="24"/>
          <w:lang w:val="vi-VN"/>
        </w:rPr>
      </w:pPr>
      <w:r w:rsidRPr="00360D38">
        <w:rPr>
          <w:rFonts w:ascii="Times New Roman" w:eastAsia="Calibri" w:hAnsi="Times New Roman" w:cs="Times New Roman"/>
          <w:b/>
          <w:bCs/>
          <w:sz w:val="24"/>
        </w:rPr>
        <w:t>A.</w:t>
      </w:r>
      <w:r w:rsidR="008B111A" w:rsidRPr="00360D38">
        <w:rPr>
          <w:rFonts w:ascii="Times New Roman" w:eastAsia="Calibri" w:hAnsi="Times New Roman" w:cs="Times New Roman"/>
          <w:sz w:val="24"/>
          <w:lang w:val="vi-VN"/>
        </w:rPr>
        <w:t xml:space="preserve"> 81.</w:t>
      </w:r>
      <w:r w:rsidRPr="00360D38">
        <w:rPr>
          <w:rFonts w:ascii="Times New Roman" w:eastAsia="Calibri" w:hAnsi="Times New Roman" w:cs="Times New Roman"/>
          <w:sz w:val="24"/>
        </w:rPr>
        <w:tab/>
      </w:r>
      <w:r w:rsidRPr="00360D38">
        <w:rPr>
          <w:rFonts w:ascii="Times New Roman" w:eastAsia="Calibri" w:hAnsi="Times New Roman" w:cs="Times New Roman"/>
          <w:b/>
          <w:bCs/>
          <w:sz w:val="24"/>
        </w:rPr>
        <w:t>B.</w:t>
      </w:r>
      <w:r w:rsidR="008B111A" w:rsidRPr="00360D38">
        <w:rPr>
          <w:rFonts w:ascii="Times New Roman" w:eastAsia="Calibri" w:hAnsi="Times New Roman" w:cs="Times New Roman"/>
          <w:sz w:val="24"/>
          <w:lang w:val="vi-VN"/>
        </w:rPr>
        <w:t xml:space="preserve"> 48.</w:t>
      </w:r>
      <w:r w:rsidR="00C8197B"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rPr>
        <w:t>C.</w:t>
      </w:r>
      <w:r w:rsidR="002C21F0" w:rsidRPr="00360D38">
        <w:rPr>
          <w:rFonts w:ascii="Times New Roman" w:eastAsia="Calibri" w:hAnsi="Times New Roman" w:cs="Times New Roman"/>
          <w:sz w:val="24"/>
          <w:lang w:val="vi-VN"/>
        </w:rPr>
        <w:t xml:space="preserve"> 116</w:t>
      </w:r>
      <w:r w:rsidR="008B111A" w:rsidRPr="00360D38">
        <w:rPr>
          <w:rFonts w:ascii="Times New Roman" w:eastAsia="Calibri" w:hAnsi="Times New Roman" w:cs="Times New Roman"/>
          <w:sz w:val="24"/>
          <w:lang w:val="vi-VN"/>
        </w:rPr>
        <w:t>.</w:t>
      </w:r>
      <w:r w:rsidR="00C8197B"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rPr>
        <w:t>D.</w:t>
      </w:r>
      <w:r w:rsidRPr="00360D38">
        <w:rPr>
          <w:rFonts w:ascii="Times New Roman" w:eastAsia="Calibri" w:hAnsi="Times New Roman" w:cs="Times New Roman"/>
          <w:sz w:val="24"/>
        </w:rPr>
        <w:t xml:space="preserve"> </w:t>
      </w:r>
      <w:r w:rsidR="008B111A" w:rsidRPr="00360D38">
        <w:rPr>
          <w:rFonts w:ascii="Times New Roman" w:eastAsia="Calibri" w:hAnsi="Times New Roman" w:cs="Times New Roman"/>
          <w:sz w:val="24"/>
          <w:lang w:val="vi-VN"/>
        </w:rPr>
        <w:t>93.</w:t>
      </w:r>
    </w:p>
    <w:p w14:paraId="67584CA3" w14:textId="77777777" w:rsidR="00B0646F" w:rsidRPr="00360D38" w:rsidRDefault="00B0646F" w:rsidP="00B0646F">
      <w:pPr>
        <w:tabs>
          <w:tab w:val="left" w:pos="283"/>
          <w:tab w:val="left" w:pos="5386"/>
        </w:tabs>
        <w:spacing w:after="0"/>
        <w:jc w:val="both"/>
        <w:rPr>
          <w:rFonts w:ascii="Times New Roman" w:eastAsia="Calibri" w:hAnsi="Times New Roman" w:cs="Times New Roman"/>
          <w:sz w:val="24"/>
        </w:rPr>
      </w:pPr>
      <w:r w:rsidRPr="00360D38">
        <w:rPr>
          <w:rFonts w:ascii="Times New Roman" w:eastAsia="Calibri" w:hAnsi="Times New Roman" w:cs="Times New Roman"/>
          <w:b/>
          <w:sz w:val="24"/>
          <w:lang w:val="vi-VN"/>
        </w:rPr>
        <w:t>Câu 4:</w:t>
      </w:r>
      <w:r w:rsidRPr="00360D38">
        <w:rPr>
          <w:rFonts w:ascii="Times New Roman" w:eastAsia="Calibri" w:hAnsi="Times New Roman" w:cs="Times New Roman"/>
          <w:sz w:val="24"/>
          <w:lang w:val="vi-VN"/>
        </w:rPr>
        <w:t xml:space="preserve"> </w:t>
      </w:r>
      <w:r w:rsidRPr="00360D38">
        <w:rPr>
          <w:rFonts w:ascii="Times New Roman" w:eastAsia="Calibri" w:hAnsi="Times New Roman" w:cs="Times New Roman"/>
          <w:sz w:val="24"/>
        </w:rPr>
        <w:t xml:space="preserve">Khai triển của biểu thức </w:t>
      </w:r>
      <w:r w:rsidRPr="00360D38">
        <w:rPr>
          <w:rFonts w:ascii="Times New Roman" w:eastAsia="Calibri" w:hAnsi="Times New Roman" w:cs="Times New Roman"/>
          <w:position w:val="-14"/>
          <w:sz w:val="24"/>
        </w:rPr>
        <w:object w:dxaOrig="740" w:dyaOrig="440" w14:anchorId="14D87F9F">
          <v:shape id="_x0000_i1034" type="#_x0000_t75" style="width:36.9pt;height:21.4pt" o:ole="">
            <v:imagedata r:id="rId24" o:title=""/>
          </v:shape>
          <o:OLEObject Type="Embed" ProgID="Equation.DSMT4" ShapeID="_x0000_i1034" DrawAspect="Content" ObjectID="_1806929781" r:id="rId25"/>
        </w:object>
      </w:r>
      <w:r w:rsidRPr="00360D38">
        <w:rPr>
          <w:rFonts w:ascii="Times New Roman" w:eastAsia="Calibri" w:hAnsi="Times New Roman" w:cs="Times New Roman"/>
          <w:sz w:val="24"/>
        </w:rPr>
        <w:t xml:space="preserve"> là</w:t>
      </w:r>
    </w:p>
    <w:p w14:paraId="4180F496" w14:textId="77777777" w:rsidR="00B0646F" w:rsidRPr="00360D38" w:rsidRDefault="00B0646F" w:rsidP="00B0646F">
      <w:pPr>
        <w:tabs>
          <w:tab w:val="left" w:pos="283"/>
          <w:tab w:val="left" w:pos="5386"/>
        </w:tabs>
        <w:spacing w:after="0"/>
        <w:jc w:val="both"/>
        <w:rPr>
          <w:rFonts w:ascii="Times New Roman" w:eastAsia="Calibri" w:hAnsi="Times New Roman" w:cs="Times New Roman"/>
          <w:sz w:val="24"/>
          <w:lang w:val="fr-FR"/>
        </w:rPr>
      </w:pPr>
      <w:r w:rsidRPr="00360D38">
        <w:rPr>
          <w:rFonts w:ascii="Times New Roman" w:eastAsia="Calibri" w:hAnsi="Times New Roman" w:cs="Times New Roman"/>
          <w:sz w:val="24"/>
        </w:rPr>
        <w:tab/>
      </w:r>
      <w:r w:rsidRPr="00360D38">
        <w:rPr>
          <w:rFonts w:ascii="Times New Roman" w:eastAsia="Calibri" w:hAnsi="Times New Roman" w:cs="Times New Roman"/>
          <w:b/>
          <w:bCs/>
          <w:sz w:val="24"/>
          <w:lang w:val="fr-FR"/>
        </w:rPr>
        <w:t>A.</w:t>
      </w:r>
      <w:r w:rsidRPr="00360D38">
        <w:rPr>
          <w:rFonts w:ascii="Times New Roman" w:eastAsia="Calibri" w:hAnsi="Times New Roman" w:cs="Times New Roman"/>
          <w:sz w:val="24"/>
          <w:lang w:val="fr-FR"/>
        </w:rPr>
        <w:t xml:space="preserve"> </w:t>
      </w:r>
      <w:r w:rsidRPr="00360D38">
        <w:rPr>
          <w:rFonts w:ascii="Times New Roman" w:eastAsia="Calibri" w:hAnsi="Times New Roman" w:cs="Times New Roman"/>
          <w:position w:val="-14"/>
          <w:sz w:val="24"/>
          <w:lang w:val="fr-FR"/>
        </w:rPr>
        <w:object w:dxaOrig="3360" w:dyaOrig="440" w14:anchorId="50A4C30A">
          <v:shape id="_x0000_i1035" type="#_x0000_t75" style="width:168.6pt;height:21.4pt" o:ole="">
            <v:imagedata r:id="rId26" o:title=""/>
          </v:shape>
          <o:OLEObject Type="Embed" ProgID="Equation.DSMT4" ShapeID="_x0000_i1035" DrawAspect="Content" ObjectID="_1806929782" r:id="rId27"/>
        </w:object>
      </w: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B.</w:t>
      </w:r>
      <w:r w:rsidRPr="00360D38">
        <w:rPr>
          <w:rFonts w:ascii="Times New Roman" w:eastAsia="Calibri" w:hAnsi="Times New Roman" w:cs="Times New Roman"/>
          <w:sz w:val="24"/>
          <w:lang w:val="fr-FR"/>
        </w:rPr>
        <w:t xml:space="preserve"> </w:t>
      </w:r>
      <w:r w:rsidRPr="00360D38">
        <w:rPr>
          <w:rFonts w:ascii="Times New Roman" w:eastAsia="Calibri" w:hAnsi="Times New Roman" w:cs="Times New Roman"/>
          <w:position w:val="-14"/>
          <w:sz w:val="24"/>
          <w:lang w:val="fr-FR"/>
        </w:rPr>
        <w:object w:dxaOrig="3320" w:dyaOrig="440" w14:anchorId="5BDB2D06">
          <v:shape id="_x0000_i1036" type="#_x0000_t75" style="width:165.4pt;height:21.4pt" o:ole="">
            <v:imagedata r:id="rId28" o:title=""/>
          </v:shape>
          <o:OLEObject Type="Embed" ProgID="Equation.DSMT4" ShapeID="_x0000_i1036" DrawAspect="Content" ObjectID="_1806929783" r:id="rId29"/>
        </w:object>
      </w:r>
    </w:p>
    <w:p w14:paraId="03D909C7" w14:textId="1F5FEA53" w:rsidR="00B0646F" w:rsidRPr="00360D38" w:rsidRDefault="00B0646F" w:rsidP="00B0646F">
      <w:pPr>
        <w:tabs>
          <w:tab w:val="left" w:pos="0"/>
          <w:tab w:val="left" w:pos="284"/>
          <w:tab w:val="left" w:pos="2835"/>
          <w:tab w:val="left" w:pos="3402"/>
          <w:tab w:val="left" w:pos="5387"/>
          <w:tab w:val="left" w:pos="5670"/>
          <w:tab w:val="left" w:pos="7938"/>
        </w:tabs>
        <w:spacing w:after="0"/>
        <w:rPr>
          <w:rFonts w:ascii="Times New Roman" w:eastAsia="Calibri" w:hAnsi="Times New Roman" w:cs="Times New Roman"/>
          <w:sz w:val="24"/>
          <w:lang w:val="fr-FR"/>
        </w:rPr>
      </w:pP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C.</w:t>
      </w:r>
      <w:r w:rsidRPr="00360D38">
        <w:rPr>
          <w:rFonts w:ascii="Times New Roman" w:eastAsia="Calibri" w:hAnsi="Times New Roman" w:cs="Times New Roman"/>
          <w:sz w:val="24"/>
          <w:lang w:val="fr-FR"/>
        </w:rPr>
        <w:t xml:space="preserve"> </w:t>
      </w:r>
      <w:r w:rsidRPr="00360D38">
        <w:rPr>
          <w:rFonts w:ascii="Times New Roman" w:eastAsia="Calibri" w:hAnsi="Times New Roman" w:cs="Times New Roman"/>
          <w:position w:val="-14"/>
          <w:sz w:val="24"/>
          <w:lang w:val="fr-FR"/>
        </w:rPr>
        <w:object w:dxaOrig="3300" w:dyaOrig="440" w14:anchorId="025B2995">
          <v:shape id="_x0000_i1037" type="#_x0000_t75" style="width:164.05pt;height:21.4pt" o:ole="">
            <v:imagedata r:id="rId30" o:title=""/>
          </v:shape>
          <o:OLEObject Type="Embed" ProgID="Equation.DSMT4" ShapeID="_x0000_i1037" DrawAspect="Content" ObjectID="_1806929784" r:id="rId31"/>
        </w:object>
      </w: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D.</w:t>
      </w:r>
      <w:r w:rsidRPr="00360D38">
        <w:rPr>
          <w:rFonts w:ascii="Times New Roman" w:eastAsia="Calibri" w:hAnsi="Times New Roman" w:cs="Times New Roman"/>
          <w:sz w:val="24"/>
          <w:lang w:val="fr-FR"/>
        </w:rPr>
        <w:t xml:space="preserve"> </w:t>
      </w:r>
      <w:r w:rsidRPr="00360D38">
        <w:rPr>
          <w:rFonts w:ascii="Times New Roman" w:eastAsia="Calibri" w:hAnsi="Times New Roman" w:cs="Times New Roman"/>
          <w:position w:val="-14"/>
          <w:sz w:val="24"/>
          <w:lang w:val="fr-FR"/>
        </w:rPr>
        <w:object w:dxaOrig="3320" w:dyaOrig="440" w14:anchorId="7E56E9E7">
          <v:shape id="_x0000_i1038" type="#_x0000_t75" style="width:165.4pt;height:21.4pt" o:ole="">
            <v:imagedata r:id="rId32" o:title=""/>
          </v:shape>
          <o:OLEObject Type="Embed" ProgID="Equation.DSMT4" ShapeID="_x0000_i1038" DrawAspect="Content" ObjectID="_1806929785" r:id="rId33"/>
        </w:object>
      </w:r>
    </w:p>
    <w:p w14:paraId="407C7FEC" w14:textId="06084E7D" w:rsidR="00B573A2" w:rsidRPr="00360D38" w:rsidRDefault="00B573A2" w:rsidP="00B573A2">
      <w:pPr>
        <w:tabs>
          <w:tab w:val="left" w:pos="0"/>
          <w:tab w:val="left" w:pos="284"/>
          <w:tab w:val="left" w:pos="2835"/>
          <w:tab w:val="left" w:pos="3402"/>
          <w:tab w:val="left" w:pos="5387"/>
          <w:tab w:val="left" w:pos="5670"/>
          <w:tab w:val="left" w:pos="7938"/>
        </w:tabs>
        <w:spacing w:after="0"/>
        <w:ind w:left="900" w:hanging="810"/>
        <w:jc w:val="both"/>
        <w:rPr>
          <w:rFonts w:ascii="Times New Roman" w:eastAsia="Calibri" w:hAnsi="Times New Roman" w:cs="Times New Roman"/>
          <w:sz w:val="24"/>
          <w:szCs w:val="24"/>
          <w:lang w:val="pt-BR"/>
        </w:rPr>
      </w:pPr>
      <w:r w:rsidRPr="00360D38">
        <w:rPr>
          <w:rFonts w:ascii="Times New Roman" w:eastAsia="Times New Roman" w:hAnsi="Times New Roman" w:cs="Times New Roman"/>
          <w:b/>
          <w:color w:val="000000" w:themeColor="text1"/>
          <w:sz w:val="24"/>
          <w:szCs w:val="24"/>
          <w:lang w:val="vi-VN"/>
        </w:rPr>
        <w:t>Câu 5</w:t>
      </w:r>
      <w:r w:rsidR="00A227D8" w:rsidRPr="00360D38">
        <w:rPr>
          <w:rFonts w:ascii="Times New Roman" w:eastAsia="Times New Roman" w:hAnsi="Times New Roman" w:cs="Times New Roman"/>
          <w:b/>
          <w:color w:val="000000" w:themeColor="text1"/>
          <w:sz w:val="24"/>
          <w:szCs w:val="24"/>
          <w:lang w:val="vi-VN"/>
        </w:rPr>
        <w:t xml:space="preserve">. </w:t>
      </w:r>
      <w:r w:rsidRPr="00360D38">
        <w:rPr>
          <w:rFonts w:ascii="Times New Roman" w:eastAsia="Calibri" w:hAnsi="Times New Roman" w:cs="Times New Roman"/>
          <w:sz w:val="24"/>
          <w:szCs w:val="24"/>
          <w:lang w:val="pt-BR"/>
        </w:rPr>
        <w:t xml:space="preserve">Khi sử dụng máy tính bỏ túi với 10 chữ số thập phân ta được: </w:t>
      </w:r>
      <w:r w:rsidRPr="00360D38">
        <w:rPr>
          <w:rFonts w:ascii="Times New Roman" w:eastAsia="Calibri" w:hAnsi="Times New Roman" w:cs="Times New Roman"/>
          <w:position w:val="-10"/>
        </w:rPr>
        <w:object w:dxaOrig="1880" w:dyaOrig="380" w14:anchorId="053F9AD7">
          <v:shape id="_x0000_i1039" type="#_x0000_t75" style="width:93.4pt;height:19.6pt" o:ole="">
            <v:imagedata r:id="rId34" o:title=""/>
          </v:shape>
          <o:OLEObject Type="Embed" ProgID="Equation.DSMT4" ShapeID="_x0000_i1039" DrawAspect="Content" ObjectID="_1806929786" r:id="rId35"/>
        </w:object>
      </w:r>
      <w:r w:rsidRPr="00360D38">
        <w:rPr>
          <w:rFonts w:ascii="Times New Roman" w:eastAsia="Calibri" w:hAnsi="Times New Roman" w:cs="Times New Roman"/>
          <w:sz w:val="24"/>
          <w:szCs w:val="24"/>
          <w:lang w:val="pt-BR"/>
        </w:rPr>
        <w:t xml:space="preserve">. Giá trị gần đúng của </w:t>
      </w:r>
      <w:r w:rsidRPr="00360D38">
        <w:rPr>
          <w:rFonts w:ascii="Times New Roman" w:eastAsia="Calibri" w:hAnsi="Times New Roman" w:cs="Times New Roman"/>
          <w:position w:val="-8"/>
        </w:rPr>
        <w:object w:dxaOrig="360" w:dyaOrig="360" w14:anchorId="7423D9C2">
          <v:shape id="_x0000_i1040" type="#_x0000_t75" style="width:18.7pt;height:18.7pt" o:ole="">
            <v:imagedata r:id="rId36" o:title=""/>
          </v:shape>
          <o:OLEObject Type="Embed" ProgID="Equation.DSMT4" ShapeID="_x0000_i1040" DrawAspect="Content" ObjectID="_1806929787" r:id="rId37"/>
        </w:object>
      </w:r>
      <w:r w:rsidRPr="00360D38">
        <w:rPr>
          <w:rFonts w:ascii="Times New Roman" w:eastAsia="Calibri" w:hAnsi="Times New Roman" w:cs="Times New Roman"/>
          <w:sz w:val="24"/>
          <w:szCs w:val="24"/>
          <w:lang w:val="pt-BR"/>
        </w:rPr>
        <w:t xml:space="preserve"> chính xác đến hàng phần trăm là</w:t>
      </w:r>
    </w:p>
    <w:p w14:paraId="03444B4B" w14:textId="77777777" w:rsidR="00B573A2" w:rsidRPr="00360D38" w:rsidRDefault="00B573A2" w:rsidP="00B573A2">
      <w:pPr>
        <w:tabs>
          <w:tab w:val="left" w:pos="992"/>
          <w:tab w:val="left" w:pos="3060"/>
        </w:tabs>
        <w:spacing w:before="120" w:after="0"/>
        <w:ind w:left="900" w:hanging="810"/>
        <w:jc w:val="both"/>
        <w:rPr>
          <w:rFonts w:ascii="Times New Roman" w:eastAsia="Calibri" w:hAnsi="Times New Roman" w:cs="Times New Roman"/>
          <w:sz w:val="24"/>
          <w:szCs w:val="24"/>
          <w:lang w:val="pt-BR"/>
        </w:rPr>
      </w:pPr>
      <w:r w:rsidRPr="00360D38">
        <w:rPr>
          <w:rFonts w:ascii="Times New Roman" w:eastAsia="Calibri" w:hAnsi="Times New Roman" w:cs="Times New Roman"/>
          <w:b/>
          <w:sz w:val="24"/>
          <w:szCs w:val="24"/>
          <w:lang w:val="pt-BR"/>
        </w:rPr>
        <w:t xml:space="preserve">             A.</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position w:val="-10"/>
        </w:rPr>
        <w:object w:dxaOrig="499" w:dyaOrig="320" w14:anchorId="1E65D566">
          <v:shape id="_x0000_i1041" type="#_x0000_t75" style="width:25.05pt;height:16.4pt" o:ole="">
            <v:imagedata r:id="rId38" o:title=""/>
          </v:shape>
          <o:OLEObject Type="Embed" ProgID="Equation.DSMT4" ShapeID="_x0000_i1041" DrawAspect="Content" ObjectID="_1806929788" r:id="rId39"/>
        </w:object>
      </w:r>
      <w:r w:rsidRPr="00360D38">
        <w:rPr>
          <w:rFonts w:ascii="Times New Roman" w:eastAsia="Calibri" w:hAnsi="Times New Roman" w:cs="Times New Roman"/>
          <w:sz w:val="24"/>
          <w:szCs w:val="24"/>
        </w:rPr>
        <w:t xml:space="preserve">                        </w:t>
      </w:r>
      <w:r w:rsidRPr="00360D38">
        <w:rPr>
          <w:rFonts w:ascii="Times New Roman" w:eastAsia="Calibri" w:hAnsi="Times New Roman" w:cs="Times New Roman"/>
          <w:b/>
          <w:sz w:val="24"/>
          <w:szCs w:val="24"/>
          <w:lang w:val="pt-BR"/>
        </w:rPr>
        <w:t>B.</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position w:val="-10"/>
        </w:rPr>
        <w:object w:dxaOrig="499" w:dyaOrig="320" w14:anchorId="43B86F83">
          <v:shape id="_x0000_i1042" type="#_x0000_t75" style="width:25.05pt;height:16.4pt" o:ole="">
            <v:imagedata r:id="rId40" o:title=""/>
          </v:shape>
          <o:OLEObject Type="Embed" ProgID="Equation.DSMT4" ShapeID="_x0000_i1042" DrawAspect="Content" ObjectID="_1806929789" r:id="rId41"/>
        </w:objec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b/>
          <w:sz w:val="24"/>
          <w:szCs w:val="24"/>
          <w:lang w:val="pt-BR"/>
        </w:rPr>
        <w:t>C.</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position w:val="-10"/>
        </w:rPr>
        <w:object w:dxaOrig="499" w:dyaOrig="320" w14:anchorId="159ADD0B">
          <v:shape id="_x0000_i1043" type="#_x0000_t75" style="width:25.05pt;height:16.4pt" o:ole="">
            <v:imagedata r:id="rId42" o:title=""/>
          </v:shape>
          <o:OLEObject Type="Embed" ProgID="Equation.DSMT4" ShapeID="_x0000_i1043" DrawAspect="Content" ObjectID="_1806929790" r:id="rId43"/>
        </w:object>
      </w:r>
      <w:r w:rsidRPr="00360D38">
        <w:rPr>
          <w:rFonts w:ascii="Times New Roman" w:eastAsia="Calibri" w:hAnsi="Times New Roman" w:cs="Times New Roman"/>
          <w:sz w:val="24"/>
          <w:szCs w:val="24"/>
          <w:lang w:val="pt-BR"/>
        </w:rPr>
        <w:t>.</w:t>
      </w:r>
      <w:r w:rsidRPr="00360D38">
        <w:rPr>
          <w:rFonts w:ascii="Times New Roman" w:eastAsia="Calibri" w:hAnsi="Times New Roman" w:cs="Times New Roman"/>
          <w:b/>
          <w:sz w:val="24"/>
          <w:szCs w:val="24"/>
          <w:lang w:val="pt-BR"/>
        </w:rPr>
        <w:t xml:space="preserve">                    D.</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position w:val="-10"/>
        </w:rPr>
        <w:object w:dxaOrig="499" w:dyaOrig="320" w14:anchorId="711EAA69">
          <v:shape id="_x0000_i1044" type="#_x0000_t75" style="width:25.05pt;height:16.4pt" o:ole="">
            <v:imagedata r:id="rId44" o:title=""/>
          </v:shape>
          <o:OLEObject Type="Embed" ProgID="Equation.DSMT4" ShapeID="_x0000_i1044" DrawAspect="Content" ObjectID="_1806929791" r:id="rId45"/>
        </w:object>
      </w:r>
      <w:r w:rsidRPr="00360D38">
        <w:rPr>
          <w:rFonts w:ascii="Times New Roman" w:eastAsia="Calibri" w:hAnsi="Times New Roman" w:cs="Times New Roman"/>
          <w:sz w:val="24"/>
          <w:szCs w:val="24"/>
          <w:lang w:val="pt-BR"/>
        </w:rPr>
        <w:t>.</w:t>
      </w:r>
    </w:p>
    <w:p w14:paraId="23E99940" w14:textId="4D36C47A" w:rsidR="00B573A2" w:rsidRPr="00360D38" w:rsidRDefault="00B573A2" w:rsidP="00B573A2">
      <w:pPr>
        <w:tabs>
          <w:tab w:val="left" w:pos="283"/>
          <w:tab w:val="left" w:pos="5386"/>
        </w:tabs>
        <w:spacing w:after="0"/>
        <w:jc w:val="both"/>
        <w:rPr>
          <w:rFonts w:ascii="Times New Roman" w:eastAsia="Calibri" w:hAnsi="Times New Roman" w:cs="Times New Roman"/>
          <w:sz w:val="24"/>
        </w:rPr>
      </w:pPr>
      <w:r w:rsidRPr="00360D38">
        <w:rPr>
          <w:rFonts w:ascii="Times New Roman" w:eastAsia="Times New Roman" w:hAnsi="Times New Roman" w:cs="Times New Roman"/>
          <w:b/>
          <w:color w:val="000000" w:themeColor="text1"/>
          <w:sz w:val="24"/>
          <w:szCs w:val="24"/>
          <w:lang w:val="vi-VN" w:eastAsia="vi-VN"/>
        </w:rPr>
        <w:t>Câu 6</w:t>
      </w:r>
      <w:r w:rsidR="00A227D8" w:rsidRPr="00360D38">
        <w:rPr>
          <w:rFonts w:ascii="Times New Roman" w:eastAsia="Times New Roman" w:hAnsi="Times New Roman" w:cs="Times New Roman"/>
          <w:b/>
          <w:color w:val="000000" w:themeColor="text1"/>
          <w:sz w:val="24"/>
          <w:szCs w:val="24"/>
          <w:lang w:val="vi-VN" w:eastAsia="vi-VN"/>
        </w:rPr>
        <w:t xml:space="preserve">. </w:t>
      </w:r>
      <w:r w:rsidRPr="00360D38">
        <w:rPr>
          <w:rFonts w:ascii="Times New Roman" w:eastAsia="SimSun" w:hAnsi="Times New Roman" w:cs="Times New Roman"/>
          <w:sz w:val="24"/>
          <w:szCs w:val="24"/>
          <w:lang w:val="pt-BR" w:eastAsia="zh-CN"/>
        </w:rPr>
        <w:t xml:space="preserve">Cho </w:t>
      </w:r>
      <w:r w:rsidRPr="00360D38">
        <w:rPr>
          <w:rFonts w:ascii="Times New Roman" w:eastAsia="SimSun" w:hAnsi="Times New Roman" w:cs="Times New Roman"/>
          <w:position w:val="-4"/>
          <w:sz w:val="24"/>
          <w:szCs w:val="24"/>
          <w:lang w:eastAsia="zh-CN"/>
        </w:rPr>
        <w:object w:dxaOrig="240" w:dyaOrig="270" w14:anchorId="1C022D0F">
          <v:shape id="_x0000_i1045" type="#_x0000_t75" style="width:10.95pt;height:13.65pt" o:ole="">
            <v:imagedata r:id="rId46" o:title=""/>
          </v:shape>
          <o:OLEObject Type="Embed" ProgID="Equation.DSMT4" ShapeID="_x0000_i1045" DrawAspect="Content" ObjectID="_1806929792" r:id="rId47"/>
        </w:object>
      </w:r>
      <w:r w:rsidRPr="00360D38">
        <w:rPr>
          <w:rFonts w:ascii="Times New Roman" w:eastAsia="SimSun" w:hAnsi="Times New Roman" w:cs="Times New Roman"/>
          <w:sz w:val="24"/>
          <w:szCs w:val="24"/>
          <w:lang w:val="pt-BR" w:eastAsia="zh-CN"/>
        </w:rPr>
        <w:t xml:space="preserve"> và </w:t>
      </w:r>
      <w:r w:rsidRPr="00360D38">
        <w:rPr>
          <w:rFonts w:ascii="Times New Roman" w:eastAsia="SimSun" w:hAnsi="Times New Roman" w:cs="Times New Roman"/>
          <w:position w:val="-4"/>
          <w:sz w:val="24"/>
          <w:szCs w:val="24"/>
          <w:lang w:eastAsia="zh-CN"/>
        </w:rPr>
        <w:object w:dxaOrig="240" w:dyaOrig="315" w14:anchorId="1A876015">
          <v:shape id="_x0000_i1046" type="#_x0000_t75" style="width:10.95pt;height:15.5pt" o:ole="">
            <v:imagedata r:id="rId48" o:title=""/>
          </v:shape>
          <o:OLEObject Type="Embed" ProgID="Equation.DSMT4" ShapeID="_x0000_i1046" DrawAspect="Content" ObjectID="_1806929793" r:id="rId49"/>
        </w:object>
      </w:r>
      <w:r w:rsidRPr="00360D38">
        <w:rPr>
          <w:rFonts w:ascii="Times New Roman" w:eastAsia="SimSun" w:hAnsi="Times New Roman" w:cs="Times New Roman"/>
          <w:sz w:val="24"/>
          <w:szCs w:val="24"/>
          <w:lang w:val="pt-BR" w:eastAsia="zh-CN"/>
        </w:rPr>
        <w:t xml:space="preserve"> là hai biến cố đối nhau. Chọn câu đúng.</w:t>
      </w:r>
    </w:p>
    <w:p w14:paraId="53A8EBF0" w14:textId="77777777" w:rsidR="00B573A2" w:rsidRPr="00360D38" w:rsidRDefault="00B573A2" w:rsidP="00B573A2">
      <w:pPr>
        <w:tabs>
          <w:tab w:val="left" w:pos="283"/>
          <w:tab w:val="left" w:pos="5386"/>
        </w:tabs>
        <w:spacing w:after="0"/>
        <w:jc w:val="both"/>
        <w:rPr>
          <w:rFonts w:ascii="Times New Roman" w:eastAsia="Calibri" w:hAnsi="Times New Roman" w:cs="Times New Roman"/>
          <w:sz w:val="24"/>
          <w:lang w:val="fr-FR"/>
        </w:rPr>
      </w:pPr>
      <w:r w:rsidRPr="00360D38">
        <w:rPr>
          <w:rFonts w:ascii="Times New Roman" w:eastAsia="Calibri" w:hAnsi="Times New Roman" w:cs="Times New Roman"/>
          <w:sz w:val="24"/>
        </w:rPr>
        <w:tab/>
      </w:r>
      <w:r w:rsidRPr="00360D38">
        <w:rPr>
          <w:rFonts w:ascii="Times New Roman" w:eastAsia="Calibri" w:hAnsi="Times New Roman" w:cs="Times New Roman"/>
          <w:b/>
          <w:bCs/>
          <w:sz w:val="24"/>
          <w:lang w:val="fr-FR"/>
        </w:rPr>
        <w:t>A.</w:t>
      </w:r>
      <w:r w:rsidRPr="00360D38">
        <w:rPr>
          <w:rFonts w:ascii="Times New Roman" w:eastAsia="Calibri" w:hAnsi="Times New Roman" w:cs="Times New Roman"/>
          <w:sz w:val="24"/>
          <w:lang w:val="fr-FR"/>
        </w:rPr>
        <w:t xml:space="preserve"> </w:t>
      </w:r>
      <w:r w:rsidRPr="00360D38">
        <w:rPr>
          <w:rFonts w:ascii="Times New Roman" w:eastAsia="SimSun" w:hAnsi="Times New Roman" w:cs="Times New Roman"/>
          <w:position w:val="-18"/>
          <w:sz w:val="26"/>
          <w:szCs w:val="26"/>
          <w:lang w:eastAsia="zh-CN"/>
        </w:rPr>
        <w:object w:dxaOrig="1680" w:dyaOrig="480" w14:anchorId="567DD1FB">
          <v:shape id="_x0000_i1047" type="#_x0000_t75" style="width:82.95pt;height:25.05pt" o:ole="">
            <v:imagedata r:id="rId50" o:title=""/>
          </v:shape>
          <o:OLEObject Type="Embed" ProgID="Equation.DSMT4" ShapeID="_x0000_i1047" DrawAspect="Content" ObjectID="_1806929794" r:id="rId51"/>
        </w:object>
      </w: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B.</w:t>
      </w:r>
      <w:r w:rsidRPr="00360D38">
        <w:rPr>
          <w:rFonts w:ascii="Times New Roman" w:eastAsia="Calibri" w:hAnsi="Times New Roman" w:cs="Times New Roman"/>
          <w:sz w:val="24"/>
          <w:lang w:val="fr-FR"/>
        </w:rPr>
        <w:t xml:space="preserve"> </w:t>
      </w:r>
      <w:r w:rsidRPr="00360D38">
        <w:rPr>
          <w:rFonts w:ascii="Times New Roman" w:eastAsia="SimSun" w:hAnsi="Times New Roman" w:cs="Times New Roman"/>
          <w:position w:val="-18"/>
          <w:sz w:val="26"/>
          <w:szCs w:val="26"/>
          <w:lang w:eastAsia="zh-CN"/>
        </w:rPr>
        <w:object w:dxaOrig="1380" w:dyaOrig="480" w14:anchorId="33ED678C">
          <v:shape id="_x0000_i1048" type="#_x0000_t75" style="width:67.9pt;height:25.05pt" o:ole="">
            <v:imagedata r:id="rId52" o:title=""/>
          </v:shape>
          <o:OLEObject Type="Embed" ProgID="Equation.DSMT4" ShapeID="_x0000_i1048" DrawAspect="Content" ObjectID="_1806929795" r:id="rId53"/>
        </w:object>
      </w:r>
    </w:p>
    <w:p w14:paraId="12703F2A" w14:textId="77777777" w:rsidR="00B573A2" w:rsidRPr="00360D38" w:rsidRDefault="00B573A2" w:rsidP="00B573A2">
      <w:pPr>
        <w:tabs>
          <w:tab w:val="left" w:pos="0"/>
          <w:tab w:val="left" w:pos="284"/>
          <w:tab w:val="left" w:pos="2835"/>
          <w:tab w:val="left" w:pos="3402"/>
          <w:tab w:val="left" w:pos="5387"/>
          <w:tab w:val="left" w:pos="5670"/>
          <w:tab w:val="left" w:pos="7938"/>
        </w:tabs>
        <w:spacing w:after="0"/>
        <w:rPr>
          <w:rFonts w:ascii="Times New Roman" w:eastAsia="Calibri" w:hAnsi="Times New Roman" w:cs="Times New Roman"/>
          <w:sz w:val="24"/>
          <w:lang w:val="fr-FR"/>
        </w:rPr>
      </w:pP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C.</w:t>
      </w:r>
      <w:r w:rsidRPr="00360D38">
        <w:rPr>
          <w:rFonts w:ascii="Times New Roman" w:eastAsia="Calibri" w:hAnsi="Times New Roman" w:cs="Times New Roman"/>
          <w:sz w:val="24"/>
          <w:lang w:val="fr-FR"/>
        </w:rPr>
        <w:t xml:space="preserve"> </w:t>
      </w:r>
      <w:r w:rsidRPr="00360D38">
        <w:rPr>
          <w:rFonts w:ascii="Times New Roman" w:eastAsia="SimSun" w:hAnsi="Times New Roman" w:cs="Times New Roman"/>
          <w:position w:val="-18"/>
          <w:sz w:val="26"/>
          <w:szCs w:val="26"/>
          <w:lang w:eastAsia="zh-CN"/>
        </w:rPr>
        <w:object w:dxaOrig="1710" w:dyaOrig="480" w14:anchorId="35AA25C6">
          <v:shape id="_x0000_i1049" type="#_x0000_t75" style="width:85.65pt;height:25.05pt" o:ole="">
            <v:imagedata r:id="rId54" o:title=""/>
          </v:shape>
          <o:OLEObject Type="Embed" ProgID="Equation.DSMT4" ShapeID="_x0000_i1049" DrawAspect="Content" ObjectID="_1806929796" r:id="rId55"/>
        </w:object>
      </w:r>
      <w:r w:rsidRPr="00360D38">
        <w:rPr>
          <w:rFonts w:ascii="Times New Roman" w:eastAsia="Calibri" w:hAnsi="Times New Roman" w:cs="Times New Roman"/>
          <w:sz w:val="24"/>
          <w:lang w:val="fr-FR"/>
        </w:rPr>
        <w:tab/>
      </w:r>
      <w:r w:rsidRPr="00360D38">
        <w:rPr>
          <w:rFonts w:ascii="Times New Roman" w:eastAsia="Calibri" w:hAnsi="Times New Roman" w:cs="Times New Roman"/>
          <w:sz w:val="24"/>
          <w:lang w:val="fr-FR"/>
        </w:rPr>
        <w:tab/>
      </w: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D.</w:t>
      </w:r>
      <w:r w:rsidRPr="00360D38">
        <w:rPr>
          <w:rFonts w:ascii="Times New Roman" w:eastAsia="Calibri" w:hAnsi="Times New Roman" w:cs="Times New Roman"/>
          <w:sz w:val="24"/>
          <w:lang w:val="fr-FR"/>
        </w:rPr>
        <w:t xml:space="preserve"> </w:t>
      </w:r>
      <w:r w:rsidRPr="00360D38">
        <w:rPr>
          <w:rFonts w:ascii="Times New Roman" w:eastAsia="SimSun" w:hAnsi="Times New Roman" w:cs="Times New Roman"/>
          <w:position w:val="-18"/>
          <w:sz w:val="26"/>
          <w:szCs w:val="26"/>
          <w:lang w:eastAsia="zh-CN"/>
        </w:rPr>
        <w:object w:dxaOrig="1680" w:dyaOrig="480" w14:anchorId="5B77F472">
          <v:shape id="_x0000_i1050" type="#_x0000_t75" style="width:82.95pt;height:25.05pt" o:ole="">
            <v:imagedata r:id="rId56" o:title=""/>
          </v:shape>
          <o:OLEObject Type="Embed" ProgID="Equation.DSMT4" ShapeID="_x0000_i1050" DrawAspect="Content" ObjectID="_1806929797" r:id="rId57"/>
        </w:object>
      </w:r>
    </w:p>
    <w:p w14:paraId="1F8255DF" w14:textId="520ADBE4" w:rsidR="00C101CC" w:rsidRPr="00360D38" w:rsidRDefault="00B573A2" w:rsidP="00B573A2">
      <w:pPr>
        <w:shd w:val="clear" w:color="auto" w:fill="FFFFFF" w:themeFill="background1"/>
        <w:tabs>
          <w:tab w:val="left" w:pos="360"/>
          <w:tab w:val="left" w:pos="1980"/>
          <w:tab w:val="left" w:pos="3960"/>
          <w:tab w:val="left" w:pos="5954"/>
        </w:tabs>
        <w:spacing w:after="0" w:line="240" w:lineRule="auto"/>
        <w:jc w:val="both"/>
        <w:rPr>
          <w:rFonts w:ascii="Times New Roman" w:eastAsia="Calibri" w:hAnsi="Times New Roman" w:cs="Times New Roman"/>
          <w:sz w:val="24"/>
          <w:szCs w:val="24"/>
          <w:lang w:val="vi-VN"/>
        </w:rPr>
      </w:pPr>
      <w:r w:rsidRPr="00360D38">
        <w:rPr>
          <w:rFonts w:ascii="Times New Roman" w:eastAsia="Calibri" w:hAnsi="Times New Roman" w:cs="Times New Roman"/>
          <w:b/>
          <w:color w:val="000000" w:themeColor="text1"/>
          <w:sz w:val="24"/>
          <w:szCs w:val="24"/>
          <w:lang w:val="vi-VN"/>
        </w:rPr>
        <w:t>Câu 7</w:t>
      </w:r>
      <w:r w:rsidR="00A227D8" w:rsidRPr="00360D38">
        <w:rPr>
          <w:rFonts w:ascii="Times New Roman" w:eastAsia="Calibri" w:hAnsi="Times New Roman" w:cs="Times New Roman"/>
          <w:b/>
          <w:color w:val="000000" w:themeColor="text1"/>
          <w:sz w:val="24"/>
          <w:szCs w:val="24"/>
          <w:lang w:val="vi-VN"/>
        </w:rPr>
        <w:t>.</w:t>
      </w:r>
      <w:r w:rsidRPr="00360D38">
        <w:rPr>
          <w:rFonts w:ascii="Times New Roman" w:eastAsia="Calibri" w:hAnsi="Times New Roman" w:cs="Times New Roman"/>
          <w:b/>
          <w:color w:val="000000" w:themeColor="text1"/>
          <w:sz w:val="24"/>
          <w:szCs w:val="24"/>
          <w:lang w:val="vi-VN"/>
        </w:rPr>
        <w:t xml:space="preserve"> </w:t>
      </w:r>
      <w:r w:rsidRPr="00360D38">
        <w:rPr>
          <w:rFonts w:ascii="Times New Roman" w:eastAsia="Calibri" w:hAnsi="Times New Roman" w:cs="Times New Roman"/>
          <w:color w:val="000000" w:themeColor="text1"/>
          <w:sz w:val="24"/>
          <w:szCs w:val="24"/>
          <w:lang w:val="vi-VN"/>
        </w:rPr>
        <w:t xml:space="preserve">Phương trình đường tròn tâm </w:t>
      </w:r>
      <w:r w:rsidRPr="00360D38">
        <w:rPr>
          <w:rFonts w:ascii="Times New Roman" w:eastAsia="Calibri" w:hAnsi="Times New Roman" w:cs="Times New Roman"/>
          <w:position w:val="-14"/>
          <w:sz w:val="26"/>
          <w:szCs w:val="26"/>
        </w:rPr>
        <w:object w:dxaOrig="880" w:dyaOrig="400" w14:anchorId="50FA5C1D">
          <v:shape id="_x0000_i1051" type="#_x0000_t75" style="width:43.3pt;height:20.5pt" o:ole="">
            <v:imagedata r:id="rId58" o:title=""/>
          </v:shape>
          <o:OLEObject Type="Embed" ProgID="Equation.DSMT4" ShapeID="_x0000_i1051" DrawAspect="Content" ObjectID="_1806929798" r:id="rId59"/>
        </w:object>
      </w:r>
      <w:r w:rsidRPr="00360D38">
        <w:rPr>
          <w:rFonts w:ascii="Times New Roman" w:eastAsia="Calibri" w:hAnsi="Times New Roman" w:cs="Times New Roman"/>
          <w:sz w:val="26"/>
          <w:szCs w:val="26"/>
          <w:lang w:val="vi-VN"/>
        </w:rPr>
        <w:t xml:space="preserve"> </w:t>
      </w:r>
      <w:r w:rsidRPr="00360D38">
        <w:rPr>
          <w:rFonts w:ascii="Times New Roman" w:eastAsia="Calibri" w:hAnsi="Times New Roman" w:cs="Times New Roman"/>
          <w:sz w:val="24"/>
          <w:szCs w:val="24"/>
          <w:lang w:val="vi-VN"/>
        </w:rPr>
        <w:t xml:space="preserve">bán kính </w:t>
      </w:r>
      <w:r w:rsidRPr="00360D38">
        <w:rPr>
          <w:rFonts w:ascii="Times New Roman" w:eastAsia="Calibri" w:hAnsi="Times New Roman" w:cs="Times New Roman"/>
          <w:position w:val="-4"/>
          <w:sz w:val="26"/>
          <w:szCs w:val="26"/>
        </w:rPr>
        <w:object w:dxaOrig="600" w:dyaOrig="260" w14:anchorId="12AB41A4">
          <v:shape id="_x0000_i1052" type="#_x0000_t75" style="width:30.1pt;height:13.65pt" o:ole="">
            <v:imagedata r:id="rId60" o:title=""/>
          </v:shape>
          <o:OLEObject Type="Embed" ProgID="Equation.DSMT4" ShapeID="_x0000_i1052" DrawAspect="Content" ObjectID="_1806929799" r:id="rId61"/>
        </w:object>
      </w:r>
      <w:r w:rsidRPr="00360D38">
        <w:rPr>
          <w:rFonts w:ascii="Times New Roman" w:eastAsia="Calibri" w:hAnsi="Times New Roman" w:cs="Times New Roman"/>
          <w:sz w:val="26"/>
          <w:szCs w:val="26"/>
          <w:lang w:val="vi-VN"/>
        </w:rPr>
        <w:t xml:space="preserve"> </w:t>
      </w:r>
      <w:r w:rsidRPr="00360D38">
        <w:rPr>
          <w:rFonts w:ascii="Times New Roman" w:eastAsia="Calibri" w:hAnsi="Times New Roman" w:cs="Times New Roman"/>
          <w:sz w:val="24"/>
          <w:szCs w:val="24"/>
          <w:lang w:val="vi-VN"/>
        </w:rPr>
        <w:t>là</w:t>
      </w:r>
    </w:p>
    <w:p w14:paraId="0A162BD7" w14:textId="535B3DBD" w:rsidR="00B573A2" w:rsidRPr="00360D38" w:rsidRDefault="00B573A2" w:rsidP="00B573A2">
      <w:pPr>
        <w:tabs>
          <w:tab w:val="left" w:pos="283"/>
          <w:tab w:val="left" w:pos="5386"/>
        </w:tabs>
        <w:spacing w:after="0"/>
        <w:ind w:firstLine="284"/>
        <w:jc w:val="both"/>
        <w:rPr>
          <w:rFonts w:ascii="Times New Roman" w:eastAsia="Calibri" w:hAnsi="Times New Roman" w:cs="Times New Roman"/>
          <w:sz w:val="24"/>
          <w:lang w:val="fr-FR"/>
        </w:rPr>
      </w:pPr>
      <w:r w:rsidRPr="00360D38">
        <w:rPr>
          <w:rFonts w:ascii="Times New Roman" w:eastAsia="Calibri" w:hAnsi="Times New Roman" w:cs="Times New Roman"/>
          <w:b/>
          <w:bCs/>
          <w:sz w:val="24"/>
          <w:lang w:val="fr-FR"/>
        </w:rPr>
        <w:t>A.</w:t>
      </w:r>
      <w:r w:rsidRPr="00360D38">
        <w:rPr>
          <w:rFonts w:ascii="Times New Roman" w:eastAsia="Calibri" w:hAnsi="Times New Roman" w:cs="Times New Roman"/>
          <w:sz w:val="24"/>
          <w:lang w:val="fr-FR"/>
        </w:rPr>
        <w:t xml:space="preserve"> </w:t>
      </w:r>
      <w:r w:rsidR="003012C3" w:rsidRPr="00360D38">
        <w:rPr>
          <w:rFonts w:ascii="Times New Roman" w:hAnsi="Times New Roman" w:cs="Times New Roman"/>
          <w:position w:val="-14"/>
          <w:sz w:val="26"/>
          <w:szCs w:val="26"/>
        </w:rPr>
        <w:object w:dxaOrig="2720" w:dyaOrig="440" w14:anchorId="4EFFB152">
          <v:shape id="_x0000_i1053" type="#_x0000_t75" style="width:137.15pt;height:22.35pt" o:ole="">
            <v:imagedata r:id="rId62" o:title=""/>
          </v:shape>
          <o:OLEObject Type="Embed" ProgID="Equation.DSMT4" ShapeID="_x0000_i1053" DrawAspect="Content" ObjectID="_1806929800" r:id="rId63"/>
        </w:object>
      </w: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B.</w:t>
      </w:r>
      <w:r w:rsidRPr="00360D38">
        <w:rPr>
          <w:rFonts w:ascii="Times New Roman" w:eastAsia="Calibri" w:hAnsi="Times New Roman" w:cs="Times New Roman"/>
          <w:sz w:val="24"/>
          <w:lang w:val="fr-FR"/>
        </w:rPr>
        <w:t xml:space="preserve"> </w:t>
      </w:r>
      <w:r w:rsidR="003012C3" w:rsidRPr="00360D38">
        <w:rPr>
          <w:rFonts w:ascii="Times New Roman" w:hAnsi="Times New Roman" w:cs="Times New Roman"/>
          <w:position w:val="-14"/>
          <w:sz w:val="26"/>
          <w:szCs w:val="26"/>
        </w:rPr>
        <w:object w:dxaOrig="2720" w:dyaOrig="440" w14:anchorId="1C586105">
          <v:shape id="_x0000_i1054" type="#_x0000_t75" style="width:137.15pt;height:22.35pt" o:ole="">
            <v:imagedata r:id="rId64" o:title=""/>
          </v:shape>
          <o:OLEObject Type="Embed" ProgID="Equation.DSMT4" ShapeID="_x0000_i1054" DrawAspect="Content" ObjectID="_1806929801" r:id="rId65"/>
        </w:object>
      </w:r>
    </w:p>
    <w:p w14:paraId="0F9C8F9B" w14:textId="43B740E9" w:rsidR="00B573A2" w:rsidRPr="00360D38" w:rsidRDefault="00B573A2" w:rsidP="00B573A2">
      <w:pPr>
        <w:tabs>
          <w:tab w:val="left" w:pos="0"/>
          <w:tab w:val="left" w:pos="284"/>
          <w:tab w:val="left" w:pos="2835"/>
          <w:tab w:val="left" w:pos="3402"/>
          <w:tab w:val="left" w:pos="5387"/>
          <w:tab w:val="left" w:pos="5670"/>
          <w:tab w:val="left" w:pos="7938"/>
        </w:tabs>
        <w:spacing w:after="0"/>
        <w:rPr>
          <w:rFonts w:ascii="Times New Roman" w:eastAsia="Calibri" w:hAnsi="Times New Roman" w:cs="Times New Roman"/>
          <w:sz w:val="24"/>
          <w:lang w:val="fr-FR"/>
        </w:rPr>
      </w:pPr>
      <w:r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C.</w:t>
      </w:r>
      <w:r w:rsidRPr="00360D38">
        <w:rPr>
          <w:rFonts w:ascii="Times New Roman" w:eastAsia="Calibri" w:hAnsi="Times New Roman" w:cs="Times New Roman"/>
          <w:sz w:val="24"/>
          <w:lang w:val="fr-FR"/>
        </w:rPr>
        <w:t xml:space="preserve"> </w:t>
      </w:r>
      <w:r w:rsidR="003012C3" w:rsidRPr="00360D38">
        <w:rPr>
          <w:rFonts w:ascii="Times New Roman" w:hAnsi="Times New Roman" w:cs="Times New Roman"/>
          <w:position w:val="-14"/>
          <w:sz w:val="26"/>
          <w:szCs w:val="26"/>
        </w:rPr>
        <w:object w:dxaOrig="2620" w:dyaOrig="440" w14:anchorId="26B8CE28">
          <v:shape id="_x0000_i1055" type="#_x0000_t75" style="width:132.15pt;height:22.35pt" o:ole="">
            <v:imagedata r:id="rId66" o:title=""/>
          </v:shape>
          <o:OLEObject Type="Embed" ProgID="Equation.DSMT4" ShapeID="_x0000_i1055" DrawAspect="Content" ObjectID="_1806929802" r:id="rId67"/>
        </w:object>
      </w:r>
      <w:r w:rsidRPr="00360D38">
        <w:rPr>
          <w:rFonts w:ascii="Times New Roman" w:eastAsia="Calibri" w:hAnsi="Times New Roman" w:cs="Times New Roman"/>
          <w:sz w:val="24"/>
          <w:lang w:val="fr-FR"/>
        </w:rPr>
        <w:tab/>
      </w:r>
      <w:r w:rsidR="003012C3" w:rsidRPr="00360D38">
        <w:rPr>
          <w:rFonts w:ascii="Times New Roman" w:eastAsia="Calibri" w:hAnsi="Times New Roman" w:cs="Times New Roman"/>
          <w:sz w:val="24"/>
          <w:lang w:val="fr-FR"/>
        </w:rPr>
        <w:tab/>
      </w:r>
      <w:r w:rsidRPr="00360D38">
        <w:rPr>
          <w:rFonts w:ascii="Times New Roman" w:eastAsia="Calibri" w:hAnsi="Times New Roman" w:cs="Times New Roman"/>
          <w:b/>
          <w:bCs/>
          <w:sz w:val="24"/>
          <w:lang w:val="fr-FR"/>
        </w:rPr>
        <w:t>D.</w:t>
      </w:r>
      <w:r w:rsidRPr="00360D38">
        <w:rPr>
          <w:rFonts w:ascii="Times New Roman" w:eastAsia="Calibri" w:hAnsi="Times New Roman" w:cs="Times New Roman"/>
          <w:sz w:val="24"/>
          <w:lang w:val="fr-FR"/>
        </w:rPr>
        <w:t xml:space="preserve"> </w:t>
      </w:r>
      <w:r w:rsidR="003012C3" w:rsidRPr="00360D38">
        <w:rPr>
          <w:rFonts w:ascii="Times New Roman" w:hAnsi="Times New Roman" w:cs="Times New Roman"/>
          <w:position w:val="-14"/>
          <w:sz w:val="26"/>
          <w:szCs w:val="26"/>
        </w:rPr>
        <w:object w:dxaOrig="2680" w:dyaOrig="440" w14:anchorId="33CF0AF3">
          <v:shape id="_x0000_i1056" type="#_x0000_t75" style="width:134.45pt;height:22.35pt" o:ole="">
            <v:imagedata r:id="rId68" o:title=""/>
          </v:shape>
          <o:OLEObject Type="Embed" ProgID="Equation.DSMT4" ShapeID="_x0000_i1056" DrawAspect="Content" ObjectID="_1806929803" r:id="rId69"/>
        </w:object>
      </w:r>
    </w:p>
    <w:p w14:paraId="05A2958B" w14:textId="518C3ECF" w:rsidR="00B573A2" w:rsidRPr="00360D38" w:rsidRDefault="00B573A2" w:rsidP="00B573A2">
      <w:pPr>
        <w:pStyle w:val="ListParagraph"/>
        <w:shd w:val="clear" w:color="auto" w:fill="FFFFFF" w:themeFill="background1"/>
        <w:tabs>
          <w:tab w:val="left" w:pos="360"/>
          <w:tab w:val="left" w:pos="1980"/>
          <w:tab w:val="left" w:pos="3960"/>
          <w:tab w:val="left" w:pos="5954"/>
        </w:tabs>
        <w:spacing w:after="0" w:line="240" w:lineRule="auto"/>
        <w:jc w:val="both"/>
        <w:rPr>
          <w:rFonts w:ascii="Times New Roman" w:eastAsia="Calibri" w:hAnsi="Times New Roman" w:cs="Times New Roman"/>
          <w:sz w:val="24"/>
          <w:szCs w:val="24"/>
          <w:lang w:val="vi-VN"/>
        </w:rPr>
      </w:pPr>
    </w:p>
    <w:p w14:paraId="3B08ADB5" w14:textId="33393932" w:rsidR="007465B2" w:rsidRPr="00360D38" w:rsidRDefault="00A227D8" w:rsidP="007465B2">
      <w:pPr>
        <w:tabs>
          <w:tab w:val="left" w:pos="284"/>
          <w:tab w:val="left" w:pos="3119"/>
          <w:tab w:val="left" w:pos="5670"/>
          <w:tab w:val="left" w:pos="7938"/>
        </w:tabs>
        <w:rPr>
          <w:rFonts w:ascii="Times New Roman" w:eastAsia="Times New Roman" w:hAnsi="Times New Roman" w:cs="Times New Roman"/>
          <w:b/>
          <w:color w:val="000000" w:themeColor="text1"/>
          <w:sz w:val="24"/>
          <w:szCs w:val="24"/>
        </w:rPr>
      </w:pPr>
      <w:r w:rsidRPr="00360D38">
        <w:rPr>
          <w:rFonts w:ascii="Times New Roman" w:eastAsia="Calibri" w:hAnsi="Times New Roman" w:cs="Times New Roman"/>
          <w:b/>
          <w:color w:val="000000" w:themeColor="text1"/>
          <w:sz w:val="24"/>
          <w:szCs w:val="24"/>
        </w:rPr>
        <w:t xml:space="preserve">Câu </w:t>
      </w:r>
      <w:r w:rsidRPr="00360D38">
        <w:rPr>
          <w:rFonts w:ascii="Times New Roman" w:eastAsia="Calibri" w:hAnsi="Times New Roman" w:cs="Times New Roman"/>
          <w:b/>
          <w:color w:val="000000" w:themeColor="text1"/>
          <w:sz w:val="24"/>
          <w:szCs w:val="24"/>
          <w:lang w:val="vi-VN"/>
        </w:rPr>
        <w:t>8</w:t>
      </w:r>
      <w:r w:rsidRPr="00360D38">
        <w:rPr>
          <w:rFonts w:ascii="Times New Roman" w:eastAsia="Calibri" w:hAnsi="Times New Roman" w:cs="Times New Roman"/>
          <w:b/>
          <w:color w:val="000000" w:themeColor="text1"/>
          <w:sz w:val="24"/>
          <w:szCs w:val="24"/>
        </w:rPr>
        <w:t>.</w:t>
      </w:r>
      <w:r w:rsidRPr="00360D38">
        <w:rPr>
          <w:rFonts w:ascii="Times New Roman" w:eastAsia="Calibri" w:hAnsi="Times New Roman" w:cs="Times New Roman"/>
          <w:color w:val="000000" w:themeColor="text1"/>
          <w:sz w:val="24"/>
          <w:szCs w:val="24"/>
        </w:rPr>
        <w:t xml:space="preserve"> </w:t>
      </w:r>
      <w:r w:rsidR="007465B2" w:rsidRPr="00360D38">
        <w:rPr>
          <w:rFonts w:ascii="Times New Roman" w:eastAsia="Calibri" w:hAnsi="Times New Roman" w:cs="Times New Roman"/>
          <w:sz w:val="24"/>
          <w:szCs w:val="24"/>
          <w:lang w:val="vi-VN"/>
        </w:rPr>
        <w:t xml:space="preserve">Phương trình tham số của </w:t>
      </w:r>
      <w:r w:rsidR="007465B2" w:rsidRPr="00360D38">
        <w:rPr>
          <w:rFonts w:ascii="Times New Roman" w:eastAsia="Calibri" w:hAnsi="Times New Roman" w:cs="Times New Roman"/>
          <w:position w:val="-4"/>
          <w:sz w:val="24"/>
          <w:szCs w:val="24"/>
          <w:lang w:val="vi-VN"/>
        </w:rPr>
        <w:object w:dxaOrig="220" w:dyaOrig="260" w14:anchorId="4A2F8570">
          <v:shape id="_x0000_i1057" type="#_x0000_t75" style="width:11.4pt;height:13.65pt" o:ole="">
            <v:imagedata r:id="rId70" o:title=""/>
          </v:shape>
          <o:OLEObject Type="Embed" ProgID="Equation.DSMT4" ShapeID="_x0000_i1057" DrawAspect="Content" ObjectID="_1806929804" r:id="rId71"/>
        </w:object>
      </w:r>
      <w:r w:rsidR="007465B2" w:rsidRPr="00360D38">
        <w:rPr>
          <w:rFonts w:ascii="Times New Roman" w:eastAsia="Calibri" w:hAnsi="Times New Roman" w:cs="Times New Roman"/>
          <w:sz w:val="24"/>
          <w:szCs w:val="24"/>
          <w:lang w:val="vi-VN"/>
        </w:rPr>
        <w:t xml:space="preserve"> có dạng </w:t>
      </w:r>
      <w:r w:rsidR="007465B2" w:rsidRPr="00360D38">
        <w:rPr>
          <w:rFonts w:ascii="Times New Roman" w:hAnsi="Times New Roman" w:cs="Times New Roman"/>
          <w:position w:val="-30"/>
          <w:sz w:val="24"/>
          <w:lang w:val="fr-FR"/>
        </w:rPr>
        <w:object w:dxaOrig="2120" w:dyaOrig="720" w14:anchorId="1C1EFC5F">
          <v:shape id="_x0000_i1058" type="#_x0000_t75" style="width:107.1pt;height:36.9pt" o:ole="">
            <v:imagedata r:id="rId72" o:title=""/>
          </v:shape>
          <o:OLEObject Type="Embed" ProgID="Equation.DSMT4" ShapeID="_x0000_i1058" DrawAspect="Content" ObjectID="_1806929805" r:id="rId73"/>
        </w:object>
      </w:r>
      <w:r w:rsidR="007465B2" w:rsidRPr="00360D38">
        <w:rPr>
          <w:rFonts w:ascii="Times New Roman" w:eastAsia="Calibri" w:hAnsi="Times New Roman" w:cs="Times New Roman"/>
          <w:sz w:val="24"/>
          <w:szCs w:val="24"/>
          <w:lang w:val="vi-VN"/>
        </w:rPr>
        <w:t xml:space="preserve">. Véc tơ chỉ phương của </w:t>
      </w:r>
      <w:r w:rsidR="007465B2" w:rsidRPr="00360D38">
        <w:rPr>
          <w:rFonts w:ascii="Times New Roman" w:eastAsia="Calibri" w:hAnsi="Times New Roman" w:cs="Times New Roman"/>
          <w:position w:val="-4"/>
          <w:sz w:val="24"/>
          <w:szCs w:val="24"/>
          <w:lang w:val="vi-VN"/>
        </w:rPr>
        <w:object w:dxaOrig="220" w:dyaOrig="260" w14:anchorId="6BC48474">
          <v:shape id="_x0000_i1059" type="#_x0000_t75" style="width:11.4pt;height:13.65pt" o:ole="">
            <v:imagedata r:id="rId70" o:title=""/>
          </v:shape>
          <o:OLEObject Type="Embed" ProgID="Equation.DSMT4" ShapeID="_x0000_i1059" DrawAspect="Content" ObjectID="_1806929806" r:id="rId74"/>
        </w:object>
      </w:r>
      <w:r w:rsidR="007465B2" w:rsidRPr="00360D38">
        <w:rPr>
          <w:rFonts w:ascii="Times New Roman" w:eastAsia="Calibri" w:hAnsi="Times New Roman" w:cs="Times New Roman"/>
          <w:sz w:val="24"/>
          <w:szCs w:val="24"/>
          <w:lang w:val="vi-VN"/>
        </w:rPr>
        <w:t xml:space="preserve"> là</w:t>
      </w:r>
      <w:r w:rsidR="007465B2" w:rsidRPr="00360D38">
        <w:rPr>
          <w:rFonts w:ascii="Times New Roman" w:eastAsia="Times New Roman" w:hAnsi="Times New Roman" w:cs="Times New Roman"/>
          <w:b/>
          <w:color w:val="000000" w:themeColor="text1"/>
          <w:sz w:val="24"/>
          <w:szCs w:val="24"/>
        </w:rPr>
        <w:t xml:space="preserve"> </w:t>
      </w:r>
    </w:p>
    <w:p w14:paraId="7465E747" w14:textId="66ED1F48" w:rsidR="007465B2" w:rsidRPr="00360D38" w:rsidRDefault="007465B2" w:rsidP="007465B2">
      <w:pPr>
        <w:shd w:val="clear" w:color="auto" w:fill="FFFFFF"/>
        <w:tabs>
          <w:tab w:val="left" w:pos="5670"/>
        </w:tabs>
        <w:spacing w:after="0" w:line="240" w:lineRule="auto"/>
        <w:ind w:right="380"/>
        <w:rPr>
          <w:rFonts w:ascii="Times New Roman" w:eastAsia="Times New Roman" w:hAnsi="Times New Roman" w:cs="Times New Roman"/>
          <w:b/>
          <w:sz w:val="24"/>
          <w:szCs w:val="24"/>
        </w:rPr>
      </w:pPr>
      <w:r w:rsidRPr="00360D38">
        <w:rPr>
          <w:rFonts w:ascii="Times New Roman" w:eastAsia="Times New Roman" w:hAnsi="Times New Roman" w:cs="Times New Roman"/>
          <w:b/>
          <w:sz w:val="24"/>
          <w:szCs w:val="24"/>
          <w:lang w:val="vi-VN"/>
        </w:rPr>
        <w:t xml:space="preserve">     </w:t>
      </w:r>
      <w:r w:rsidRPr="00360D38">
        <w:rPr>
          <w:rFonts w:ascii="Times New Roman" w:eastAsia="Times New Roman" w:hAnsi="Times New Roman" w:cs="Times New Roman"/>
          <w:b/>
          <w:sz w:val="24"/>
          <w:szCs w:val="24"/>
        </w:rPr>
        <w:t xml:space="preserve">A. </w:t>
      </w:r>
      <w:r w:rsidRPr="00360D38">
        <w:rPr>
          <w:rFonts w:ascii="Times New Roman" w:eastAsia="Times New Roman" w:hAnsi="Times New Roman" w:cs="Times New Roman"/>
          <w:b/>
          <w:position w:val="-14"/>
          <w:sz w:val="24"/>
          <w:szCs w:val="24"/>
        </w:rPr>
        <w:object w:dxaOrig="1200" w:dyaOrig="420" w14:anchorId="5D0305B8">
          <v:shape id="_x0000_i1060" type="#_x0000_t75" style="width:60.6pt;height:21.4pt" o:ole="">
            <v:imagedata r:id="rId75" o:title=""/>
          </v:shape>
          <o:OLEObject Type="Embed" ProgID="Equation.DSMT4" ShapeID="_x0000_i1060" DrawAspect="Content" ObjectID="_1806929807" r:id="rId76"/>
        </w:object>
      </w:r>
      <w:r w:rsidRPr="00360D38">
        <w:rPr>
          <w:rFonts w:ascii="Times New Roman" w:eastAsia="Times New Roman" w:hAnsi="Times New Roman" w:cs="Times New Roman"/>
          <w:b/>
          <w:sz w:val="24"/>
          <w:szCs w:val="24"/>
        </w:rPr>
        <w:tab/>
        <w:t xml:space="preserve">B. </w:t>
      </w:r>
      <w:r w:rsidRPr="00360D38">
        <w:rPr>
          <w:rFonts w:ascii="Times New Roman" w:eastAsia="Times New Roman" w:hAnsi="Times New Roman" w:cs="Times New Roman"/>
          <w:b/>
          <w:position w:val="-14"/>
          <w:sz w:val="24"/>
          <w:szCs w:val="24"/>
        </w:rPr>
        <w:object w:dxaOrig="1060" w:dyaOrig="420" w14:anchorId="57FF3D62">
          <v:shape id="_x0000_i1061" type="#_x0000_t75" style="width:53.3pt;height:21.4pt" o:ole="">
            <v:imagedata r:id="rId77" o:title=""/>
          </v:shape>
          <o:OLEObject Type="Embed" ProgID="Equation.DSMT4" ShapeID="_x0000_i1061" DrawAspect="Content" ObjectID="_1806929808" r:id="rId78"/>
        </w:object>
      </w:r>
    </w:p>
    <w:p w14:paraId="046695F8" w14:textId="21873D51" w:rsidR="007465B2" w:rsidRPr="00360D38" w:rsidRDefault="007465B2" w:rsidP="007465B2">
      <w:pPr>
        <w:tabs>
          <w:tab w:val="left" w:pos="992"/>
          <w:tab w:val="left" w:pos="5670"/>
        </w:tabs>
        <w:spacing w:before="120" w:after="0"/>
        <w:ind w:firstLine="284"/>
        <w:jc w:val="both"/>
        <w:rPr>
          <w:rFonts w:ascii="Times New Roman" w:eastAsia="Times New Roman" w:hAnsi="Times New Roman" w:cs="Times New Roman"/>
          <w:b/>
          <w:sz w:val="24"/>
          <w:szCs w:val="24"/>
        </w:rPr>
      </w:pPr>
      <w:r w:rsidRPr="00360D38">
        <w:rPr>
          <w:rFonts w:ascii="Times New Roman" w:eastAsia="Times New Roman" w:hAnsi="Times New Roman" w:cs="Times New Roman"/>
          <w:b/>
          <w:sz w:val="24"/>
          <w:szCs w:val="24"/>
        </w:rPr>
        <w:t xml:space="preserve">C. </w:t>
      </w:r>
      <w:r w:rsidRPr="00360D38">
        <w:rPr>
          <w:rFonts w:ascii="Times New Roman" w:eastAsia="Times New Roman" w:hAnsi="Times New Roman" w:cs="Times New Roman"/>
          <w:b/>
          <w:position w:val="-14"/>
          <w:sz w:val="24"/>
          <w:szCs w:val="24"/>
        </w:rPr>
        <w:object w:dxaOrig="1060" w:dyaOrig="420" w14:anchorId="75E2B4C3">
          <v:shape id="_x0000_i1062" type="#_x0000_t75" style="width:52.85pt;height:21.4pt" o:ole="">
            <v:imagedata r:id="rId79" o:title=""/>
          </v:shape>
          <o:OLEObject Type="Embed" ProgID="Equation.DSMT4" ShapeID="_x0000_i1062" DrawAspect="Content" ObjectID="_1806929809" r:id="rId80"/>
        </w:object>
      </w:r>
      <w:r w:rsidRPr="00360D38">
        <w:rPr>
          <w:rFonts w:ascii="Times New Roman" w:eastAsia="Times New Roman" w:hAnsi="Times New Roman" w:cs="Times New Roman"/>
          <w:b/>
          <w:sz w:val="24"/>
          <w:szCs w:val="24"/>
        </w:rPr>
        <w:tab/>
        <w:t xml:space="preserve">D. </w:t>
      </w:r>
      <w:r w:rsidRPr="00360D38">
        <w:rPr>
          <w:rFonts w:ascii="Times New Roman" w:eastAsia="Times New Roman" w:hAnsi="Times New Roman" w:cs="Times New Roman"/>
          <w:b/>
          <w:position w:val="-14"/>
          <w:sz w:val="24"/>
          <w:szCs w:val="24"/>
        </w:rPr>
        <w:object w:dxaOrig="920" w:dyaOrig="420" w14:anchorId="153D86B7">
          <v:shape id="_x0000_i1063" type="#_x0000_t75" style="width:46.5pt;height:21.4pt" o:ole="">
            <v:imagedata r:id="rId81" o:title=""/>
          </v:shape>
          <o:OLEObject Type="Embed" ProgID="Equation.DSMT4" ShapeID="_x0000_i1063" DrawAspect="Content" ObjectID="_1806929810" r:id="rId82"/>
        </w:object>
      </w:r>
    </w:p>
    <w:p w14:paraId="1FADF47E" w14:textId="515A919B" w:rsidR="00A227D8" w:rsidRPr="00360D38" w:rsidRDefault="00A227D8" w:rsidP="00A227D8">
      <w:pPr>
        <w:tabs>
          <w:tab w:val="left" w:pos="3402"/>
          <w:tab w:val="left" w:pos="5669"/>
          <w:tab w:val="left" w:pos="7937"/>
        </w:tabs>
        <w:spacing w:after="0"/>
        <w:jc w:val="both"/>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rPr>
        <w:t xml:space="preserve">Câu </w:t>
      </w:r>
      <w:bookmarkStart w:id="1" w:name="c7q"/>
      <w:bookmarkEnd w:id="1"/>
      <w:r w:rsidRPr="00360D38">
        <w:rPr>
          <w:rFonts w:ascii="Times New Roman" w:eastAsia="Calibri" w:hAnsi="Times New Roman" w:cs="Times New Roman"/>
          <w:b/>
          <w:sz w:val="24"/>
          <w:szCs w:val="24"/>
          <w:lang w:val="vi-VN"/>
        </w:rPr>
        <w:t>9</w:t>
      </w:r>
      <w:r w:rsidRPr="00360D38">
        <w:rPr>
          <w:rFonts w:ascii="Times New Roman" w:eastAsia="Calibri" w:hAnsi="Times New Roman" w:cs="Times New Roman"/>
          <w:b/>
          <w:sz w:val="24"/>
          <w:szCs w:val="24"/>
        </w:rPr>
        <w:t>.</w:t>
      </w:r>
      <w:r w:rsidRPr="00360D38">
        <w:rPr>
          <w:rFonts w:ascii="Times New Roman" w:eastAsia="Calibri" w:hAnsi="Times New Roman" w:cs="Times New Roman"/>
          <w:sz w:val="24"/>
          <w:szCs w:val="24"/>
        </w:rPr>
        <w:t xml:space="preserve"> </w:t>
      </w:r>
      <w:r w:rsidR="007465B2" w:rsidRPr="00360D38">
        <w:rPr>
          <w:rFonts w:ascii="Times New Roman" w:eastAsia="Calibri" w:hAnsi="Times New Roman" w:cs="Times New Roman"/>
          <w:sz w:val="24"/>
          <w:szCs w:val="24"/>
          <w:lang w:val="vi-VN"/>
        </w:rPr>
        <w:t>Xét vị trí tương đối của hai đường thẳng:</w:t>
      </w:r>
    </w:p>
    <w:p w14:paraId="1A90C4AC" w14:textId="10F3334F" w:rsidR="007465B2" w:rsidRPr="00360D38" w:rsidRDefault="007465B2" w:rsidP="00124352">
      <w:pPr>
        <w:tabs>
          <w:tab w:val="left" w:pos="3402"/>
          <w:tab w:val="left" w:pos="5669"/>
          <w:tab w:val="left" w:pos="7937"/>
        </w:tabs>
        <w:spacing w:after="0"/>
        <w:jc w:val="center"/>
        <w:rPr>
          <w:rFonts w:ascii="Times New Roman" w:eastAsia="Calibri" w:hAnsi="Times New Roman" w:cs="Times New Roman"/>
          <w:spacing w:val="-6"/>
          <w:sz w:val="24"/>
          <w:szCs w:val="24"/>
          <w:lang w:val="vi-VN"/>
        </w:rPr>
      </w:pPr>
      <w:r w:rsidRPr="00360D38">
        <w:rPr>
          <w:rFonts w:ascii="Times New Roman" w:eastAsia="Calibri" w:hAnsi="Times New Roman" w:cs="Times New Roman"/>
          <w:spacing w:val="-6"/>
          <w:position w:val="-12"/>
          <w:sz w:val="24"/>
          <w:szCs w:val="24"/>
          <w:lang w:val="vi-VN"/>
        </w:rPr>
        <w:object w:dxaOrig="1700" w:dyaOrig="360" w14:anchorId="05C6BDA1">
          <v:shape id="_x0000_i1064" type="#_x0000_t75" style="width:84.3pt;height:18.7pt" o:ole="">
            <v:imagedata r:id="rId83" o:title=""/>
          </v:shape>
          <o:OLEObject Type="Embed" ProgID="Equation.DSMT4" ShapeID="_x0000_i1064" DrawAspect="Content" ObjectID="_1806929811" r:id="rId84"/>
        </w:object>
      </w:r>
      <w:r w:rsidRPr="00360D38">
        <w:rPr>
          <w:rFonts w:ascii="Times New Roman" w:eastAsia="Calibri" w:hAnsi="Times New Roman" w:cs="Times New Roman"/>
          <w:spacing w:val="-6"/>
          <w:sz w:val="24"/>
          <w:szCs w:val="24"/>
          <w:lang w:val="vi-VN"/>
        </w:rPr>
        <w:t xml:space="preserve"> và </w:t>
      </w:r>
      <w:r w:rsidRPr="00360D38">
        <w:rPr>
          <w:rFonts w:ascii="Times New Roman" w:eastAsia="Calibri" w:hAnsi="Times New Roman" w:cs="Times New Roman"/>
          <w:spacing w:val="-6"/>
          <w:position w:val="-12"/>
          <w:sz w:val="24"/>
          <w:szCs w:val="24"/>
          <w:lang w:val="vi-VN"/>
        </w:rPr>
        <w:object w:dxaOrig="2060" w:dyaOrig="360" w14:anchorId="676ECF40">
          <v:shape id="_x0000_i1065" type="#_x0000_t75" style="width:103pt;height:18.7pt" o:ole="">
            <v:imagedata r:id="rId85" o:title=""/>
          </v:shape>
          <o:OLEObject Type="Embed" ProgID="Equation.DSMT4" ShapeID="_x0000_i1065" DrawAspect="Content" ObjectID="_1806929812" r:id="rId86"/>
        </w:object>
      </w:r>
    </w:p>
    <w:p w14:paraId="6F894529" w14:textId="382C4917" w:rsidR="00A227D8" w:rsidRPr="00360D38" w:rsidRDefault="00A227D8" w:rsidP="00A227D8">
      <w:pPr>
        <w:tabs>
          <w:tab w:val="left" w:pos="284"/>
          <w:tab w:val="left" w:pos="5670"/>
        </w:tabs>
        <w:spacing w:after="0"/>
        <w:rPr>
          <w:rFonts w:ascii="Times New Roman" w:eastAsia="Calibri" w:hAnsi="Times New Roman" w:cs="Times New Roman"/>
          <w:sz w:val="24"/>
          <w:szCs w:val="24"/>
          <w:lang w:val="it-IT"/>
        </w:rPr>
      </w:pPr>
      <w:r w:rsidRPr="00360D38">
        <w:rPr>
          <w:rFonts w:ascii="Times New Roman" w:eastAsia="Calibri" w:hAnsi="Times New Roman" w:cs="Times New Roman"/>
          <w:b/>
          <w:sz w:val="24"/>
          <w:szCs w:val="24"/>
          <w:lang w:val="it-IT"/>
        </w:rPr>
        <w:tab/>
        <w:t>A.</w:t>
      </w:r>
      <w:r w:rsidR="007465B2" w:rsidRPr="00360D38">
        <w:rPr>
          <w:rFonts w:ascii="Times New Roman" w:eastAsia="Calibri" w:hAnsi="Times New Roman" w:cs="Times New Roman"/>
          <w:sz w:val="24"/>
          <w:szCs w:val="24"/>
          <w:lang w:val="vi-VN"/>
        </w:rPr>
        <w:t xml:space="preserve"> Trùng nhau.</w:t>
      </w:r>
      <w:r w:rsidRPr="00360D38">
        <w:rPr>
          <w:rFonts w:ascii="Times New Roman" w:eastAsia="Calibri" w:hAnsi="Times New Roman" w:cs="Times New Roman"/>
          <w:b/>
          <w:sz w:val="24"/>
          <w:szCs w:val="24"/>
          <w:lang w:val="it-IT"/>
        </w:rPr>
        <w:tab/>
        <w:t>B.</w:t>
      </w:r>
      <w:r w:rsidR="007465B2" w:rsidRPr="00360D38">
        <w:rPr>
          <w:rFonts w:ascii="Times New Roman" w:eastAsia="Calibri" w:hAnsi="Times New Roman" w:cs="Times New Roman"/>
          <w:b/>
          <w:sz w:val="24"/>
          <w:szCs w:val="24"/>
          <w:lang w:val="vi-VN"/>
        </w:rPr>
        <w:t xml:space="preserve"> </w:t>
      </w:r>
      <w:r w:rsidR="007465B2" w:rsidRPr="00360D38">
        <w:rPr>
          <w:rFonts w:ascii="Times New Roman" w:eastAsia="Calibri" w:hAnsi="Times New Roman" w:cs="Times New Roman"/>
          <w:sz w:val="24"/>
          <w:szCs w:val="24"/>
          <w:lang w:val="vi-VN"/>
        </w:rPr>
        <w:t>Song song.</w:t>
      </w:r>
      <w:r w:rsidRPr="00360D38">
        <w:rPr>
          <w:rFonts w:ascii="Times New Roman" w:eastAsia="Calibri" w:hAnsi="Times New Roman" w:cs="Times New Roman"/>
          <w:sz w:val="24"/>
          <w:szCs w:val="24"/>
          <w:lang w:val="it-IT"/>
        </w:rPr>
        <w:tab/>
      </w:r>
      <w:r w:rsidRPr="00360D38">
        <w:rPr>
          <w:rFonts w:ascii="Times New Roman" w:eastAsia="Calibri" w:hAnsi="Times New Roman" w:cs="Times New Roman"/>
          <w:sz w:val="24"/>
          <w:szCs w:val="24"/>
          <w:lang w:val="it-IT"/>
        </w:rPr>
        <w:tab/>
      </w:r>
    </w:p>
    <w:p w14:paraId="002F295D" w14:textId="13E2DE98" w:rsidR="00A227D8" w:rsidRPr="00360D38" w:rsidRDefault="00A227D8" w:rsidP="00A227D8">
      <w:pPr>
        <w:tabs>
          <w:tab w:val="left" w:pos="284"/>
          <w:tab w:val="left" w:pos="5670"/>
        </w:tabs>
        <w:spacing w:after="0"/>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it-IT"/>
        </w:rPr>
        <w:tab/>
        <w:t>C.</w:t>
      </w:r>
      <w:r w:rsidR="007465B2" w:rsidRPr="00360D38">
        <w:rPr>
          <w:rFonts w:ascii="Times New Roman" w:eastAsia="Calibri" w:hAnsi="Times New Roman" w:cs="Times New Roman"/>
          <w:b/>
          <w:sz w:val="24"/>
          <w:szCs w:val="24"/>
          <w:lang w:val="vi-VN"/>
        </w:rPr>
        <w:t xml:space="preserve"> </w:t>
      </w:r>
      <w:r w:rsidR="007465B2" w:rsidRPr="00360D38">
        <w:rPr>
          <w:rFonts w:ascii="Times New Roman" w:eastAsia="Calibri" w:hAnsi="Times New Roman" w:cs="Times New Roman"/>
          <w:sz w:val="24"/>
          <w:szCs w:val="24"/>
          <w:lang w:val="vi-VN"/>
        </w:rPr>
        <w:t>Vuông góc</w:t>
      </w:r>
      <w:r w:rsidR="00124352" w:rsidRPr="00360D38">
        <w:rPr>
          <w:rFonts w:ascii="Times New Roman" w:eastAsia="Calibri" w:hAnsi="Times New Roman" w:cs="Times New Roman"/>
          <w:sz w:val="24"/>
          <w:szCs w:val="24"/>
          <w:lang w:val="vi-VN"/>
        </w:rPr>
        <w:t xml:space="preserve"> với nhau</w:t>
      </w:r>
      <w:r w:rsidR="007465B2" w:rsidRPr="00360D38">
        <w:rPr>
          <w:rFonts w:ascii="Times New Roman" w:eastAsia="Calibri" w:hAnsi="Times New Roman" w:cs="Times New Roman"/>
          <w:sz w:val="24"/>
          <w:szCs w:val="24"/>
          <w:lang w:val="vi-VN"/>
        </w:rPr>
        <w:t>.</w:t>
      </w:r>
      <w:r w:rsidRPr="00360D38">
        <w:rPr>
          <w:rFonts w:ascii="Times New Roman" w:eastAsia="Calibri" w:hAnsi="Times New Roman" w:cs="Times New Roman"/>
          <w:sz w:val="24"/>
          <w:szCs w:val="24"/>
          <w:lang w:val="it-IT"/>
        </w:rPr>
        <w:tab/>
      </w:r>
      <w:r w:rsidRPr="00360D38">
        <w:rPr>
          <w:rFonts w:ascii="Times New Roman" w:eastAsia="Calibri" w:hAnsi="Times New Roman" w:cs="Times New Roman"/>
          <w:b/>
          <w:sz w:val="24"/>
          <w:szCs w:val="24"/>
          <w:lang w:val="it-IT"/>
        </w:rPr>
        <w:t xml:space="preserve">D. </w:t>
      </w:r>
      <w:r w:rsidR="007465B2" w:rsidRPr="00360D38">
        <w:rPr>
          <w:rFonts w:ascii="Times New Roman" w:eastAsia="Calibri" w:hAnsi="Times New Roman" w:cs="Times New Roman"/>
          <w:sz w:val="24"/>
          <w:szCs w:val="24"/>
          <w:lang w:val="vi-VN"/>
        </w:rPr>
        <w:t>Cắt nhau nhưng không vuông góc</w:t>
      </w:r>
      <w:r w:rsidR="00124352" w:rsidRPr="00360D38">
        <w:rPr>
          <w:rFonts w:ascii="Times New Roman" w:eastAsia="Calibri" w:hAnsi="Times New Roman" w:cs="Times New Roman"/>
          <w:sz w:val="24"/>
          <w:szCs w:val="24"/>
          <w:lang w:val="vi-VN"/>
        </w:rPr>
        <w:t xml:space="preserve"> với nhau</w:t>
      </w:r>
      <w:r w:rsidR="007465B2" w:rsidRPr="00360D38">
        <w:rPr>
          <w:rFonts w:ascii="Times New Roman" w:eastAsia="Calibri" w:hAnsi="Times New Roman" w:cs="Times New Roman"/>
          <w:sz w:val="24"/>
          <w:szCs w:val="24"/>
          <w:lang w:val="vi-VN"/>
        </w:rPr>
        <w:t>.</w:t>
      </w:r>
    </w:p>
    <w:p w14:paraId="2C5284D1" w14:textId="0F2F0826" w:rsidR="00A227D8" w:rsidRPr="00360D38" w:rsidRDefault="00A227D8" w:rsidP="00A227D8">
      <w:pPr>
        <w:tabs>
          <w:tab w:val="left" w:pos="284"/>
          <w:tab w:val="left" w:pos="3119"/>
          <w:tab w:val="left" w:pos="5670"/>
          <w:tab w:val="left" w:pos="7938"/>
        </w:tabs>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Câu 10.</w:t>
      </w:r>
      <w:r w:rsidRPr="00360D38">
        <w:rPr>
          <w:rFonts w:ascii="Times New Roman" w:eastAsia="Calibri" w:hAnsi="Times New Roman" w:cs="Times New Roman"/>
          <w:sz w:val="24"/>
          <w:szCs w:val="24"/>
          <w:lang w:val="vi-VN"/>
        </w:rPr>
        <w:t xml:space="preserve"> Phương trình </w:t>
      </w:r>
      <w:r w:rsidR="00124352" w:rsidRPr="00360D38">
        <w:rPr>
          <w:rFonts w:ascii="Times New Roman" w:eastAsia="Calibri" w:hAnsi="Times New Roman" w:cs="Times New Roman"/>
          <w:sz w:val="24"/>
          <w:szCs w:val="24"/>
          <w:lang w:val="vi-VN"/>
        </w:rPr>
        <w:t>nào sau đây là phương trình đường tròn?</w:t>
      </w:r>
    </w:p>
    <w:p w14:paraId="399107E5" w14:textId="0F4C311B" w:rsidR="00A227D8" w:rsidRPr="00360D38" w:rsidRDefault="00A227D8" w:rsidP="00C8197B">
      <w:pPr>
        <w:shd w:val="clear" w:color="auto" w:fill="FFFFFF"/>
        <w:tabs>
          <w:tab w:val="left" w:pos="5670"/>
        </w:tabs>
        <w:spacing w:after="0" w:line="240" w:lineRule="auto"/>
        <w:ind w:right="380"/>
        <w:rPr>
          <w:rFonts w:ascii="Times New Roman" w:eastAsia="Times New Roman" w:hAnsi="Times New Roman" w:cs="Times New Roman"/>
          <w:b/>
          <w:sz w:val="24"/>
          <w:szCs w:val="24"/>
        </w:rPr>
      </w:pPr>
      <w:r w:rsidRPr="00360D38">
        <w:rPr>
          <w:rFonts w:ascii="Times New Roman" w:eastAsia="Times New Roman" w:hAnsi="Times New Roman" w:cs="Times New Roman"/>
          <w:b/>
          <w:sz w:val="24"/>
          <w:szCs w:val="24"/>
          <w:lang w:val="vi-VN"/>
        </w:rPr>
        <w:t xml:space="preserve">     </w:t>
      </w:r>
      <w:r w:rsidRPr="00360D38">
        <w:rPr>
          <w:rFonts w:ascii="Times New Roman" w:eastAsia="Times New Roman" w:hAnsi="Times New Roman" w:cs="Times New Roman"/>
          <w:b/>
          <w:sz w:val="24"/>
          <w:szCs w:val="24"/>
        </w:rPr>
        <w:t xml:space="preserve">A. </w:t>
      </w:r>
      <w:r w:rsidR="00124352" w:rsidRPr="00360D38">
        <w:rPr>
          <w:rFonts w:ascii="Times New Roman" w:eastAsia="Times New Roman" w:hAnsi="Times New Roman" w:cs="Times New Roman"/>
          <w:b/>
          <w:position w:val="-10"/>
          <w:sz w:val="24"/>
          <w:szCs w:val="24"/>
        </w:rPr>
        <w:object w:dxaOrig="2460" w:dyaOrig="360" w14:anchorId="038371F4">
          <v:shape id="_x0000_i1066" type="#_x0000_t75" style="width:123.05pt;height:18.7pt" o:ole="">
            <v:imagedata r:id="rId87" o:title=""/>
          </v:shape>
          <o:OLEObject Type="Embed" ProgID="Equation.DSMT4" ShapeID="_x0000_i1066" DrawAspect="Content" ObjectID="_1806929813" r:id="rId88"/>
        </w:object>
      </w:r>
      <w:r w:rsidRPr="00360D38">
        <w:rPr>
          <w:rFonts w:ascii="Times New Roman" w:eastAsia="Times New Roman" w:hAnsi="Times New Roman" w:cs="Times New Roman"/>
          <w:b/>
          <w:sz w:val="24"/>
          <w:szCs w:val="24"/>
        </w:rPr>
        <w:tab/>
        <w:t xml:space="preserve">B. </w:t>
      </w:r>
      <w:r w:rsidR="00124352" w:rsidRPr="00360D38">
        <w:rPr>
          <w:rFonts w:ascii="Times New Roman" w:eastAsia="Times New Roman" w:hAnsi="Times New Roman" w:cs="Times New Roman"/>
          <w:b/>
          <w:position w:val="-10"/>
          <w:sz w:val="24"/>
          <w:szCs w:val="24"/>
        </w:rPr>
        <w:object w:dxaOrig="2480" w:dyaOrig="360" w14:anchorId="3556213D">
          <v:shape id="_x0000_i1067" type="#_x0000_t75" style="width:123.95pt;height:18.7pt" o:ole="">
            <v:imagedata r:id="rId89" o:title=""/>
          </v:shape>
          <o:OLEObject Type="Embed" ProgID="Equation.DSMT4" ShapeID="_x0000_i1067" DrawAspect="Content" ObjectID="_1806929814" r:id="rId90"/>
        </w:object>
      </w:r>
    </w:p>
    <w:p w14:paraId="1EB564FB" w14:textId="63D2B9A3" w:rsidR="00D3456D" w:rsidRPr="00360D38" w:rsidRDefault="00A227D8" w:rsidP="00D3456D">
      <w:pPr>
        <w:tabs>
          <w:tab w:val="left" w:pos="992"/>
          <w:tab w:val="left" w:pos="5670"/>
        </w:tabs>
        <w:spacing w:before="120" w:after="0"/>
        <w:ind w:firstLine="284"/>
        <w:jc w:val="both"/>
        <w:rPr>
          <w:rFonts w:ascii="Times New Roman" w:eastAsia="Times New Roman" w:hAnsi="Times New Roman" w:cs="Times New Roman"/>
          <w:b/>
          <w:sz w:val="24"/>
          <w:szCs w:val="24"/>
        </w:rPr>
      </w:pPr>
      <w:r w:rsidRPr="00360D38">
        <w:rPr>
          <w:rFonts w:ascii="Times New Roman" w:eastAsia="Times New Roman" w:hAnsi="Times New Roman" w:cs="Times New Roman"/>
          <w:b/>
          <w:sz w:val="24"/>
          <w:szCs w:val="24"/>
        </w:rPr>
        <w:t xml:space="preserve">C. </w:t>
      </w:r>
      <w:r w:rsidR="00124352" w:rsidRPr="00360D38">
        <w:rPr>
          <w:rFonts w:ascii="Times New Roman" w:eastAsia="Times New Roman" w:hAnsi="Times New Roman" w:cs="Times New Roman"/>
          <w:b/>
          <w:position w:val="-10"/>
          <w:sz w:val="24"/>
          <w:szCs w:val="24"/>
        </w:rPr>
        <w:object w:dxaOrig="2320" w:dyaOrig="360" w14:anchorId="02794F16">
          <v:shape id="_x0000_i1068" type="#_x0000_t75" style="width:116.2pt;height:18.7pt" o:ole="">
            <v:imagedata r:id="rId91" o:title=""/>
          </v:shape>
          <o:OLEObject Type="Embed" ProgID="Equation.DSMT4" ShapeID="_x0000_i1068" DrawAspect="Content" ObjectID="_1806929815" r:id="rId92"/>
        </w:object>
      </w:r>
      <w:r w:rsidRPr="00360D38">
        <w:rPr>
          <w:rFonts w:ascii="Times New Roman" w:eastAsia="Times New Roman" w:hAnsi="Times New Roman" w:cs="Times New Roman"/>
          <w:b/>
          <w:sz w:val="24"/>
          <w:szCs w:val="24"/>
        </w:rPr>
        <w:tab/>
        <w:t xml:space="preserve">D. </w:t>
      </w:r>
      <w:r w:rsidR="00124352" w:rsidRPr="00360D38">
        <w:rPr>
          <w:rFonts w:ascii="Times New Roman" w:eastAsia="Times New Roman" w:hAnsi="Times New Roman" w:cs="Times New Roman"/>
          <w:b/>
          <w:position w:val="-10"/>
          <w:sz w:val="24"/>
          <w:szCs w:val="24"/>
        </w:rPr>
        <w:object w:dxaOrig="2360" w:dyaOrig="360" w14:anchorId="11C901CE">
          <v:shape id="_x0000_i1069" type="#_x0000_t75" style="width:118.05pt;height:18.7pt" o:ole="">
            <v:imagedata r:id="rId93" o:title=""/>
          </v:shape>
          <o:OLEObject Type="Embed" ProgID="Equation.DSMT4" ShapeID="_x0000_i1069" DrawAspect="Content" ObjectID="_1806929816" r:id="rId94"/>
        </w:object>
      </w:r>
    </w:p>
    <w:p w14:paraId="3D64D4F6" w14:textId="28D52ED4" w:rsidR="003012C3" w:rsidRPr="00360D38" w:rsidRDefault="003012C3" w:rsidP="003012C3">
      <w:pPr>
        <w:tabs>
          <w:tab w:val="left" w:pos="992"/>
        </w:tabs>
        <w:spacing w:before="120" w:after="0"/>
        <w:jc w:val="both"/>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rPr>
        <w:t xml:space="preserve">Câu </w:t>
      </w:r>
      <w:bookmarkStart w:id="2" w:name="c3q"/>
      <w:bookmarkEnd w:id="2"/>
      <w:r w:rsidRPr="00360D38">
        <w:rPr>
          <w:rFonts w:ascii="Times New Roman" w:eastAsia="Calibri" w:hAnsi="Times New Roman" w:cs="Times New Roman"/>
          <w:b/>
          <w:sz w:val="24"/>
          <w:szCs w:val="24"/>
          <w:lang w:val="vi-VN"/>
        </w:rPr>
        <w:t>11</w:t>
      </w:r>
      <w:r w:rsidRPr="00360D38">
        <w:rPr>
          <w:rFonts w:ascii="Times New Roman" w:eastAsia="Calibri" w:hAnsi="Times New Roman" w:cs="Times New Roman"/>
          <w:b/>
          <w:sz w:val="24"/>
          <w:szCs w:val="24"/>
        </w:rPr>
        <w:t>.</w:t>
      </w:r>
      <w:r w:rsidRPr="00360D38">
        <w:rPr>
          <w:rFonts w:ascii="Times New Roman" w:eastAsia="Calibri" w:hAnsi="Times New Roman" w:cs="Times New Roman"/>
          <w:sz w:val="24"/>
          <w:szCs w:val="24"/>
          <w:lang w:bidi="he-IL"/>
        </w:rPr>
        <w:t xml:space="preserve"> </w:t>
      </w:r>
      <w:bookmarkStart w:id="3" w:name="_Hlk156981681"/>
      <w:r w:rsidRPr="00360D38">
        <w:rPr>
          <w:rFonts w:ascii="Times New Roman" w:eastAsia="Calibri" w:hAnsi="Times New Roman" w:cs="Times New Roman"/>
          <w:sz w:val="24"/>
          <w:szCs w:val="24"/>
          <w:lang w:val="vi-VN" w:bidi="he-IL"/>
        </w:rPr>
        <w:t>Phương trình nào sau đây là phương trình chính tắc của elip?</w:t>
      </w:r>
    </w:p>
    <w:p w14:paraId="604ABFA0" w14:textId="77777777" w:rsidR="003012C3" w:rsidRPr="00360D38" w:rsidRDefault="003012C3" w:rsidP="003012C3">
      <w:pPr>
        <w:tabs>
          <w:tab w:val="left" w:pos="142"/>
          <w:tab w:val="left" w:pos="3060"/>
        </w:tabs>
        <w:spacing w:before="120" w:after="0"/>
        <w:ind w:left="142" w:hanging="52"/>
        <w:jc w:val="both"/>
        <w:rPr>
          <w:rFonts w:ascii="Times New Roman" w:eastAsia="Calibri" w:hAnsi="Times New Roman" w:cs="Times New Roman"/>
          <w:sz w:val="24"/>
          <w:szCs w:val="24"/>
          <w:lang w:val="pt-BR"/>
        </w:rPr>
      </w:pPr>
      <w:r w:rsidRPr="00360D38">
        <w:rPr>
          <w:rFonts w:ascii="Times New Roman" w:eastAsia="Calibri" w:hAnsi="Times New Roman" w:cs="Times New Roman"/>
          <w:b/>
          <w:sz w:val="24"/>
          <w:szCs w:val="24"/>
          <w:lang w:val="pt-BR"/>
        </w:rPr>
        <w:t xml:space="preserve">             A.</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color w:val="000000"/>
          <w:position w:val="-24"/>
          <w:sz w:val="24"/>
          <w:szCs w:val="24"/>
        </w:rPr>
        <w:object w:dxaOrig="1140" w:dyaOrig="660" w14:anchorId="6BE347D0">
          <v:shape id="_x0000_i1070" type="#_x0000_t75" style="width:56.95pt;height:33.7pt" o:ole="">
            <v:imagedata r:id="rId95" o:title=""/>
          </v:shape>
          <o:OLEObject Type="Embed" ProgID="Equation.DSMT4" ShapeID="_x0000_i1070" DrawAspect="Content" ObjectID="_1806929817" r:id="rId96"/>
        </w:object>
      </w:r>
      <w:r w:rsidRPr="00360D38">
        <w:rPr>
          <w:rFonts w:ascii="Times New Roman" w:eastAsia="Calibri" w:hAnsi="Times New Roman" w:cs="Times New Roman"/>
          <w:sz w:val="24"/>
          <w:szCs w:val="24"/>
        </w:rPr>
        <w:t xml:space="preserve">                        </w:t>
      </w:r>
      <w:r w:rsidRPr="00360D38">
        <w:rPr>
          <w:rFonts w:ascii="Times New Roman" w:eastAsia="Calibri" w:hAnsi="Times New Roman" w:cs="Times New Roman"/>
          <w:b/>
          <w:sz w:val="24"/>
          <w:szCs w:val="24"/>
          <w:lang w:val="pt-BR"/>
        </w:rPr>
        <w:t>B.</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color w:val="000000"/>
          <w:position w:val="-24"/>
          <w:sz w:val="24"/>
          <w:szCs w:val="24"/>
        </w:rPr>
        <w:object w:dxaOrig="1140" w:dyaOrig="660" w14:anchorId="0946DE31">
          <v:shape id="_x0000_i1071" type="#_x0000_t75" style="width:56.95pt;height:33.7pt" o:ole="">
            <v:imagedata r:id="rId97" o:title=""/>
          </v:shape>
          <o:OLEObject Type="Embed" ProgID="Equation.DSMT4" ShapeID="_x0000_i1071" DrawAspect="Content" ObjectID="_1806929818" r:id="rId98"/>
        </w:objec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b/>
          <w:sz w:val="24"/>
          <w:szCs w:val="24"/>
          <w:lang w:val="pt-BR"/>
        </w:rPr>
        <w:t>C.</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color w:val="000000"/>
          <w:position w:val="-24"/>
          <w:sz w:val="24"/>
          <w:szCs w:val="24"/>
        </w:rPr>
        <w:object w:dxaOrig="1140" w:dyaOrig="660" w14:anchorId="7EC6B95E">
          <v:shape id="_x0000_i1072" type="#_x0000_t75" style="width:56.95pt;height:33.7pt" o:ole="">
            <v:imagedata r:id="rId99" o:title=""/>
          </v:shape>
          <o:OLEObject Type="Embed" ProgID="Equation.DSMT4" ShapeID="_x0000_i1072" DrawAspect="Content" ObjectID="_1806929819" r:id="rId100"/>
        </w:object>
      </w:r>
      <w:r w:rsidRPr="00360D38">
        <w:rPr>
          <w:rFonts w:ascii="Times New Roman" w:eastAsia="Calibri" w:hAnsi="Times New Roman" w:cs="Times New Roman"/>
          <w:sz w:val="24"/>
          <w:szCs w:val="24"/>
          <w:lang w:val="pt-BR"/>
        </w:rPr>
        <w:t>.</w:t>
      </w:r>
      <w:r w:rsidRPr="00360D38">
        <w:rPr>
          <w:rFonts w:ascii="Times New Roman" w:eastAsia="Calibri" w:hAnsi="Times New Roman" w:cs="Times New Roman"/>
          <w:b/>
          <w:sz w:val="24"/>
          <w:szCs w:val="24"/>
          <w:lang w:val="pt-BR"/>
        </w:rPr>
        <w:t xml:space="preserve">                    D.</w:t>
      </w:r>
      <w:r w:rsidRPr="00360D38">
        <w:rPr>
          <w:rFonts w:ascii="Times New Roman" w:eastAsia="Calibri" w:hAnsi="Times New Roman" w:cs="Times New Roman"/>
          <w:sz w:val="24"/>
          <w:szCs w:val="24"/>
          <w:lang w:val="pt-BR"/>
        </w:rPr>
        <w:t xml:space="preserve"> </w:t>
      </w:r>
      <w:r w:rsidRPr="00360D38">
        <w:rPr>
          <w:rFonts w:ascii="Times New Roman" w:eastAsia="Calibri" w:hAnsi="Times New Roman" w:cs="Times New Roman"/>
          <w:color w:val="000000"/>
          <w:position w:val="-24"/>
          <w:sz w:val="24"/>
          <w:szCs w:val="24"/>
        </w:rPr>
        <w:object w:dxaOrig="1300" w:dyaOrig="660" w14:anchorId="28C23480">
          <v:shape id="_x0000_i1073" type="#_x0000_t75" style="width:65.15pt;height:33.7pt" o:ole="">
            <v:imagedata r:id="rId101" o:title=""/>
          </v:shape>
          <o:OLEObject Type="Embed" ProgID="Equation.DSMT4" ShapeID="_x0000_i1073" DrawAspect="Content" ObjectID="_1806929820" r:id="rId102"/>
        </w:object>
      </w:r>
      <w:bookmarkEnd w:id="3"/>
    </w:p>
    <w:p w14:paraId="1529AC6D" w14:textId="77777777" w:rsidR="003012C3" w:rsidRPr="00360D38" w:rsidRDefault="003012C3" w:rsidP="003012C3">
      <w:pPr>
        <w:tabs>
          <w:tab w:val="left" w:pos="992"/>
        </w:tabs>
        <w:spacing w:after="0" w:line="240" w:lineRule="auto"/>
        <w:jc w:val="both"/>
        <w:rPr>
          <w:rFonts w:ascii="Times New Roman" w:eastAsia="Calibri" w:hAnsi="Times New Roman" w:cs="Times New Roman"/>
          <w:b/>
          <w:sz w:val="24"/>
          <w:szCs w:val="24"/>
        </w:rPr>
      </w:pPr>
    </w:p>
    <w:p w14:paraId="36078796" w14:textId="451D66CD" w:rsidR="003012C3" w:rsidRPr="00360D38" w:rsidRDefault="00A227D8" w:rsidP="003012C3">
      <w:pPr>
        <w:tabs>
          <w:tab w:val="left" w:pos="992"/>
        </w:tabs>
        <w:spacing w:after="0" w:line="240" w:lineRule="auto"/>
        <w:jc w:val="both"/>
        <w:rPr>
          <w:rFonts w:ascii="Times New Roman" w:eastAsia="Times New Roman" w:hAnsi="Times New Roman" w:cs="Times New Roman"/>
          <w:sz w:val="26"/>
          <w:szCs w:val="26"/>
          <w:lang w:val="vi-VN" w:eastAsia="vi-VN"/>
        </w:rPr>
      </w:pPr>
      <w:r w:rsidRPr="00360D38">
        <w:rPr>
          <w:rFonts w:ascii="Times New Roman" w:eastAsia="Calibri" w:hAnsi="Times New Roman" w:cs="Times New Roman"/>
          <w:b/>
          <w:sz w:val="24"/>
          <w:szCs w:val="24"/>
        </w:rPr>
        <w:t xml:space="preserve">Câu </w:t>
      </w:r>
      <w:r w:rsidR="003012C3" w:rsidRPr="00360D38">
        <w:rPr>
          <w:rFonts w:ascii="Times New Roman" w:eastAsia="Calibri" w:hAnsi="Times New Roman" w:cs="Times New Roman"/>
          <w:b/>
          <w:sz w:val="24"/>
          <w:szCs w:val="24"/>
          <w:lang w:val="vi-VN"/>
        </w:rPr>
        <w:t>12</w:t>
      </w:r>
      <w:r w:rsidRPr="00360D38">
        <w:rPr>
          <w:rFonts w:ascii="Times New Roman" w:eastAsia="Calibri" w:hAnsi="Times New Roman" w:cs="Times New Roman"/>
          <w:b/>
          <w:sz w:val="24"/>
          <w:szCs w:val="24"/>
        </w:rPr>
        <w:t>.</w:t>
      </w:r>
      <w:r w:rsidRPr="00360D38">
        <w:rPr>
          <w:rFonts w:ascii="Times New Roman" w:eastAsia="Calibri" w:hAnsi="Times New Roman" w:cs="Times New Roman"/>
          <w:sz w:val="24"/>
          <w:szCs w:val="24"/>
          <w:lang w:val="pt-BR" w:bidi="he-IL"/>
        </w:rPr>
        <w:t xml:space="preserve">  </w:t>
      </w:r>
      <w:r w:rsidR="003012C3" w:rsidRPr="00360D38">
        <w:rPr>
          <w:rFonts w:ascii="Times New Roman" w:eastAsia="Times New Roman" w:hAnsi="Times New Roman" w:cs="Times New Roman"/>
          <w:sz w:val="26"/>
          <w:szCs w:val="26"/>
          <w:lang w:val="vi-VN" w:eastAsia="vi-VN"/>
        </w:rPr>
        <w:t xml:space="preserve">Tìm các tiêu điểm của Elip </w:t>
      </w:r>
      <w:r w:rsidR="003012C3" w:rsidRPr="00360D38">
        <w:rPr>
          <w:rFonts w:ascii="Times New Roman" w:hAnsi="Times New Roman" w:cs="Times New Roman"/>
          <w:position w:val="-24"/>
          <w:lang w:val="vi-VN" w:eastAsia="vi-VN"/>
        </w:rPr>
        <w:object w:dxaOrig="1140" w:dyaOrig="660" w14:anchorId="61304FEF">
          <v:shape id="_x0000_i1074" type="#_x0000_t75" style="width:56.95pt;height:31.45pt" o:ole="">
            <v:imagedata r:id="rId103" o:title=""/>
          </v:shape>
          <o:OLEObject Type="Embed" ProgID="Equation.DSMT4" ShapeID="_x0000_i1074" DrawAspect="Content" ObjectID="_1806929821" r:id="rId104"/>
        </w:object>
      </w:r>
      <w:r w:rsidR="003012C3" w:rsidRPr="00360D38">
        <w:rPr>
          <w:rFonts w:ascii="Times New Roman" w:eastAsia="Calibri" w:hAnsi="Times New Roman" w:cs="Times New Roman"/>
          <w:sz w:val="26"/>
          <w:szCs w:val="26"/>
          <w:lang w:val="vi-VN" w:eastAsia="vi-VN"/>
        </w:rPr>
        <w:t>.</w:t>
      </w:r>
    </w:p>
    <w:p w14:paraId="59E965B3" w14:textId="0226F9E8" w:rsidR="003012C3" w:rsidRPr="00360D38" w:rsidRDefault="003012C3" w:rsidP="003012C3">
      <w:pPr>
        <w:tabs>
          <w:tab w:val="left" w:pos="3402"/>
          <w:tab w:val="left" w:pos="5669"/>
          <w:tab w:val="left" w:pos="7937"/>
        </w:tabs>
        <w:spacing w:after="0" w:line="240" w:lineRule="auto"/>
        <w:ind w:left="992"/>
        <w:contextualSpacing/>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 xml:space="preserve">A. </w:t>
      </w:r>
      <w:r w:rsidRPr="00360D38">
        <w:rPr>
          <w:rFonts w:ascii="Times New Roman" w:eastAsia="Calibri" w:hAnsi="Times New Roman" w:cs="Times New Roman"/>
          <w:b/>
          <w:position w:val="-14"/>
          <w:sz w:val="26"/>
          <w:szCs w:val="26"/>
          <w:lang w:val="vi-VN"/>
        </w:rPr>
        <w:object w:dxaOrig="880" w:dyaOrig="400" w14:anchorId="157769CE">
          <v:shape id="_x0000_i1075" type="#_x0000_t75" style="width:43.3pt;height:20.5pt" o:ole="">
            <v:imagedata r:id="rId105" o:title=""/>
          </v:shape>
          <o:OLEObject Type="Embed" ProgID="Equation.DSMT4" ShapeID="_x0000_i1075" DrawAspect="Content" ObjectID="_1806929822" r:id="rId106"/>
        </w:object>
      </w:r>
      <w:r w:rsidRPr="00360D38">
        <w:rPr>
          <w:rFonts w:ascii="Times New Roman" w:eastAsia="Calibri" w:hAnsi="Times New Roman" w:cs="Times New Roman"/>
          <w:b/>
          <w:sz w:val="26"/>
          <w:szCs w:val="26"/>
          <w:lang w:val="vi-VN"/>
        </w:rPr>
        <w:t xml:space="preserve"> </w:t>
      </w:r>
      <w:r w:rsidRPr="00360D38">
        <w:rPr>
          <w:rFonts w:ascii="Times New Roman" w:eastAsia="Calibri" w:hAnsi="Times New Roman" w:cs="Times New Roman"/>
          <w:b/>
          <w:position w:val="-14"/>
          <w:sz w:val="26"/>
          <w:szCs w:val="26"/>
          <w:lang w:val="vi-VN"/>
        </w:rPr>
        <w:object w:dxaOrig="999" w:dyaOrig="400" w14:anchorId="2122BF7B">
          <v:shape id="_x0000_i1076" type="#_x0000_t75" style="width:50.6pt;height:20.5pt" o:ole="">
            <v:imagedata r:id="rId107" o:title=""/>
          </v:shape>
          <o:OLEObject Type="Embed" ProgID="Equation.DSMT4" ShapeID="_x0000_i1076" DrawAspect="Content" ObjectID="_1806929823" r:id="rId108"/>
        </w:objec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sz w:val="26"/>
          <w:szCs w:val="26"/>
        </w:rPr>
        <w:t xml:space="preserve">                                  </w:t>
      </w:r>
      <w:r w:rsidRPr="00360D38">
        <w:rPr>
          <w:rFonts w:ascii="Times New Roman" w:eastAsia="Calibri" w:hAnsi="Times New Roman" w:cs="Times New Roman"/>
          <w:sz w:val="26"/>
          <w:szCs w:val="26"/>
          <w:lang w:val="vi-VN"/>
        </w:rPr>
        <w:t xml:space="preserve"> </w:t>
      </w:r>
      <w:r w:rsidRPr="00360D38">
        <w:rPr>
          <w:rFonts w:ascii="Times New Roman" w:eastAsia="Calibri" w:hAnsi="Times New Roman" w:cs="Times New Roman"/>
          <w:b/>
          <w:sz w:val="26"/>
          <w:szCs w:val="26"/>
          <w:lang w:val="vi-VN"/>
        </w:rPr>
        <w:t xml:space="preserve">B. </w:t>
      </w:r>
      <w:r w:rsidRPr="00360D38">
        <w:rPr>
          <w:rFonts w:ascii="Times New Roman" w:eastAsia="Calibri" w:hAnsi="Times New Roman" w:cs="Times New Roman"/>
          <w:b/>
          <w:position w:val="-18"/>
          <w:sz w:val="26"/>
          <w:szCs w:val="26"/>
          <w:lang w:val="vi-VN"/>
        </w:rPr>
        <w:object w:dxaOrig="1060" w:dyaOrig="480" w14:anchorId="4D189BA3">
          <v:shape id="_x0000_i1077" type="#_x0000_t75" style="width:52.85pt;height:24.15pt" o:ole="">
            <v:imagedata r:id="rId109" o:title=""/>
          </v:shape>
          <o:OLEObject Type="Embed" ProgID="Equation.DSMT4" ShapeID="_x0000_i1077" DrawAspect="Content" ObjectID="_1806929824" r:id="rId110"/>
        </w:object>
      </w:r>
      <w:r w:rsidRPr="00360D38">
        <w:rPr>
          <w:rFonts w:ascii="Times New Roman" w:eastAsia="Calibri" w:hAnsi="Times New Roman" w:cs="Times New Roman"/>
          <w:b/>
          <w:sz w:val="26"/>
          <w:szCs w:val="26"/>
          <w:lang w:val="vi-VN"/>
        </w:rPr>
        <w:t xml:space="preserve"> </w:t>
      </w:r>
      <w:r w:rsidRPr="00360D38">
        <w:rPr>
          <w:rFonts w:ascii="Times New Roman" w:eastAsia="Calibri" w:hAnsi="Times New Roman" w:cs="Times New Roman"/>
          <w:b/>
          <w:position w:val="-18"/>
          <w:sz w:val="26"/>
          <w:szCs w:val="26"/>
          <w:lang w:val="vi-VN"/>
        </w:rPr>
        <w:object w:dxaOrig="1180" w:dyaOrig="480" w14:anchorId="4417A0C5">
          <v:shape id="_x0000_i1078" type="#_x0000_t75" style="width:58.35pt;height:24.15pt" o:ole="">
            <v:imagedata r:id="rId111" o:title=""/>
          </v:shape>
          <o:OLEObject Type="Embed" ProgID="Equation.DSMT4" ShapeID="_x0000_i1078" DrawAspect="Content" ObjectID="_1806929825" r:id="rId112"/>
        </w:object>
      </w:r>
      <w:r w:rsidRPr="00360D38">
        <w:rPr>
          <w:rFonts w:ascii="Times New Roman" w:eastAsia="Calibri" w:hAnsi="Times New Roman" w:cs="Times New Roman"/>
          <w:sz w:val="26"/>
          <w:szCs w:val="26"/>
          <w:lang w:val="vi-VN"/>
        </w:rPr>
        <w:t>.</w:t>
      </w:r>
    </w:p>
    <w:p w14:paraId="69EF7205" w14:textId="77777777" w:rsidR="003012C3" w:rsidRPr="00360D38" w:rsidRDefault="003012C3" w:rsidP="003012C3">
      <w:pPr>
        <w:tabs>
          <w:tab w:val="left" w:pos="3402"/>
          <w:tab w:val="left" w:pos="5669"/>
          <w:tab w:val="left" w:pos="7937"/>
        </w:tabs>
        <w:spacing w:after="0" w:line="240" w:lineRule="auto"/>
        <w:ind w:left="992"/>
        <w:contextualSpacing/>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 xml:space="preserve">C. </w:t>
      </w:r>
      <w:r w:rsidRPr="00360D38">
        <w:rPr>
          <w:rFonts w:ascii="Times New Roman" w:eastAsia="Calibri" w:hAnsi="Times New Roman" w:cs="Times New Roman"/>
          <w:b/>
          <w:position w:val="-14"/>
          <w:sz w:val="26"/>
          <w:szCs w:val="26"/>
          <w:lang w:val="vi-VN"/>
        </w:rPr>
        <w:object w:dxaOrig="1020" w:dyaOrig="400" w14:anchorId="597F7643">
          <v:shape id="_x0000_i1079" type="#_x0000_t75" style="width:51.05pt;height:20.5pt" o:ole="">
            <v:imagedata r:id="rId113" o:title=""/>
          </v:shape>
          <o:OLEObject Type="Embed" ProgID="Equation.DSMT4" ShapeID="_x0000_i1079" DrawAspect="Content" ObjectID="_1806929826" r:id="rId114"/>
        </w:object>
      </w:r>
      <w:r w:rsidRPr="00360D38">
        <w:rPr>
          <w:rFonts w:ascii="Times New Roman" w:eastAsia="Calibri" w:hAnsi="Times New Roman" w:cs="Times New Roman"/>
          <w:b/>
          <w:sz w:val="26"/>
          <w:szCs w:val="26"/>
          <w:lang w:val="vi-VN"/>
        </w:rPr>
        <w:t xml:space="preserve"> </w:t>
      </w:r>
      <w:r w:rsidRPr="00360D38">
        <w:rPr>
          <w:rFonts w:ascii="Times New Roman" w:eastAsia="Calibri" w:hAnsi="Times New Roman" w:cs="Times New Roman"/>
          <w:b/>
          <w:position w:val="-14"/>
          <w:sz w:val="26"/>
          <w:szCs w:val="26"/>
          <w:lang w:val="vi-VN"/>
        </w:rPr>
        <w:object w:dxaOrig="999" w:dyaOrig="400" w14:anchorId="09E8DA3C">
          <v:shape id="_x0000_i1080" type="#_x0000_t75" style="width:50.6pt;height:20.5pt" o:ole="">
            <v:imagedata r:id="rId115" o:title=""/>
          </v:shape>
          <o:OLEObject Type="Embed" ProgID="Equation.DSMT4" ShapeID="_x0000_i1080" DrawAspect="Content" ObjectID="_1806929827" r:id="rId116"/>
        </w:objec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b/>
          <w:sz w:val="26"/>
          <w:szCs w:val="26"/>
          <w:lang w:val="vi-VN"/>
        </w:rPr>
        <w:t xml:space="preserve">D. </w:t>
      </w:r>
      <w:r w:rsidRPr="00360D38">
        <w:rPr>
          <w:rFonts w:ascii="Times New Roman" w:eastAsia="Calibri" w:hAnsi="Times New Roman" w:cs="Times New Roman"/>
          <w:b/>
          <w:position w:val="-18"/>
          <w:sz w:val="26"/>
          <w:szCs w:val="26"/>
          <w:lang w:val="vi-VN"/>
        </w:rPr>
        <w:object w:dxaOrig="1200" w:dyaOrig="480" w14:anchorId="4508E6DF">
          <v:shape id="_x0000_i1081" type="#_x0000_t75" style="width:60.15pt;height:24.15pt" o:ole="">
            <v:imagedata r:id="rId117" o:title=""/>
          </v:shape>
          <o:OLEObject Type="Embed" ProgID="Equation.DSMT4" ShapeID="_x0000_i1081" DrawAspect="Content" ObjectID="_1806929828" r:id="rId118"/>
        </w:object>
      </w:r>
      <w:r w:rsidRPr="00360D38">
        <w:rPr>
          <w:rFonts w:ascii="Times New Roman" w:eastAsia="Calibri" w:hAnsi="Times New Roman" w:cs="Times New Roman"/>
          <w:b/>
          <w:sz w:val="26"/>
          <w:szCs w:val="26"/>
          <w:lang w:val="vi-VN"/>
        </w:rPr>
        <w:t xml:space="preserve"> </w:t>
      </w:r>
      <w:r w:rsidRPr="00360D38">
        <w:rPr>
          <w:rFonts w:ascii="Times New Roman" w:eastAsia="Calibri" w:hAnsi="Times New Roman" w:cs="Times New Roman"/>
          <w:b/>
          <w:position w:val="-18"/>
          <w:sz w:val="26"/>
          <w:szCs w:val="26"/>
          <w:lang w:val="vi-VN"/>
        </w:rPr>
        <w:object w:dxaOrig="999" w:dyaOrig="480" w14:anchorId="018DBFE6">
          <v:shape id="_x0000_i1082" type="#_x0000_t75" style="width:50.6pt;height:24.15pt" o:ole="">
            <v:imagedata r:id="rId119" o:title=""/>
          </v:shape>
          <o:OLEObject Type="Embed" ProgID="Equation.DSMT4" ShapeID="_x0000_i1082" DrawAspect="Content" ObjectID="_1806929829" r:id="rId120"/>
        </w:object>
      </w:r>
      <w:r w:rsidRPr="00360D38">
        <w:rPr>
          <w:rFonts w:ascii="Times New Roman" w:eastAsia="Calibri" w:hAnsi="Times New Roman" w:cs="Times New Roman"/>
          <w:sz w:val="26"/>
          <w:szCs w:val="26"/>
          <w:lang w:val="vi-VN"/>
        </w:rPr>
        <w:t>.</w:t>
      </w:r>
    </w:p>
    <w:p w14:paraId="0CE33925" w14:textId="77777777" w:rsidR="0011586E" w:rsidRPr="00360D38" w:rsidRDefault="0011586E" w:rsidP="0011586E">
      <w:pPr>
        <w:tabs>
          <w:tab w:val="left" w:pos="992"/>
          <w:tab w:val="left" w:pos="3402"/>
          <w:tab w:val="left" w:pos="5669"/>
          <w:tab w:val="left" w:pos="7937"/>
        </w:tabs>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ab/>
      </w:r>
    </w:p>
    <w:p w14:paraId="0414096D" w14:textId="77777777" w:rsidR="008A4374" w:rsidRPr="00360D38" w:rsidRDefault="008A4374" w:rsidP="008A4374">
      <w:pPr>
        <w:tabs>
          <w:tab w:val="left" w:pos="3330"/>
          <w:tab w:val="left" w:pos="5580"/>
          <w:tab w:val="left" w:pos="7830"/>
        </w:tabs>
        <w:spacing w:line="240" w:lineRule="auto"/>
        <w:jc w:val="both"/>
        <w:rPr>
          <w:rFonts w:ascii="Times New Roman" w:hAnsi="Times New Roman" w:cs="Times New Roman"/>
          <w:i/>
          <w:iCs/>
          <w:sz w:val="24"/>
          <w:szCs w:val="24"/>
        </w:rPr>
      </w:pPr>
      <w:r w:rsidRPr="00360D38">
        <w:rPr>
          <w:rFonts w:ascii="Times New Roman" w:hAnsi="Times New Roman" w:cs="Times New Roman"/>
          <w:b/>
          <w:bCs/>
          <w:sz w:val="24"/>
          <w:szCs w:val="24"/>
        </w:rPr>
        <w:t>PHẦN II. Câu trắc nghiệm đúng sai (3.0 điểm).</w:t>
      </w:r>
      <w:r w:rsidRPr="00360D38">
        <w:rPr>
          <w:rFonts w:ascii="Times New Roman" w:hAnsi="Times New Roman" w:cs="Times New Roman"/>
          <w:i/>
          <w:iCs/>
          <w:sz w:val="24"/>
          <w:szCs w:val="24"/>
        </w:rPr>
        <w:t xml:space="preserve"> Thí sinh trả lời từ câu 1 đến câu 3. Trong mỗi ý </w:t>
      </w:r>
      <w:r w:rsidRPr="00360D38">
        <w:rPr>
          <w:rFonts w:ascii="Times New Roman" w:hAnsi="Times New Roman" w:cs="Times New Roman"/>
          <w:b/>
          <w:i/>
          <w:iCs/>
          <w:sz w:val="24"/>
          <w:szCs w:val="24"/>
        </w:rPr>
        <w:t>a), b), c), d)</w:t>
      </w:r>
      <w:r w:rsidRPr="00360D38">
        <w:rPr>
          <w:rFonts w:ascii="Times New Roman" w:hAnsi="Times New Roman" w:cs="Times New Roman"/>
          <w:i/>
          <w:iCs/>
          <w:sz w:val="24"/>
          <w:szCs w:val="24"/>
        </w:rPr>
        <w:t xml:space="preserve"> ở mỗi câu, thí sinh chọn đúng (Đ) hoặc sai (S).</w:t>
      </w:r>
    </w:p>
    <w:p w14:paraId="55EBBEE5" w14:textId="072B7B4F" w:rsidR="002476B3" w:rsidRPr="00360D38" w:rsidRDefault="002476B3" w:rsidP="002476B3">
      <w:pPr>
        <w:spacing w:after="0"/>
        <w:jc w:val="both"/>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rPr>
        <w:t xml:space="preserve">Câu </w:t>
      </w:r>
      <w:r w:rsidRPr="00360D38">
        <w:rPr>
          <w:rFonts w:ascii="Times New Roman" w:eastAsia="Calibri" w:hAnsi="Times New Roman" w:cs="Times New Roman"/>
          <w:b/>
          <w:sz w:val="24"/>
          <w:szCs w:val="24"/>
          <w:lang w:val="vi-VN"/>
        </w:rPr>
        <w:t>1</w:t>
      </w:r>
      <w:r w:rsidRPr="00360D38">
        <w:rPr>
          <w:rFonts w:ascii="Times New Roman" w:eastAsia="Calibri" w:hAnsi="Times New Roman" w:cs="Times New Roman"/>
          <w:b/>
          <w:sz w:val="24"/>
          <w:szCs w:val="24"/>
        </w:rPr>
        <w:t>.</w:t>
      </w:r>
      <w:r w:rsidRPr="00360D38">
        <w:rPr>
          <w:rFonts w:ascii="Times New Roman" w:eastAsia="Calibri" w:hAnsi="Times New Roman" w:cs="Times New Roman"/>
          <w:sz w:val="24"/>
          <w:szCs w:val="24"/>
        </w:rPr>
        <w:t xml:space="preserve"> </w:t>
      </w:r>
      <w:r w:rsidRPr="00360D38">
        <w:rPr>
          <w:rFonts w:ascii="Times New Roman" w:eastAsia="Calibri" w:hAnsi="Times New Roman" w:cs="Times New Roman"/>
          <w:sz w:val="24"/>
          <w:szCs w:val="24"/>
          <w:lang w:val="vi-VN"/>
        </w:rPr>
        <w:t xml:space="preserve">Trong mặt phẳng </w:t>
      </w:r>
      <w:r w:rsidRPr="00360D38">
        <w:rPr>
          <w:rFonts w:ascii="Times New Roman" w:eastAsia="Calibri" w:hAnsi="Times New Roman" w:cs="Times New Roman"/>
          <w:position w:val="-10"/>
          <w:sz w:val="24"/>
          <w:szCs w:val="24"/>
        </w:rPr>
        <w:object w:dxaOrig="460" w:dyaOrig="320" w14:anchorId="18D8D52D">
          <v:shape id="_x0000_i1083" type="#_x0000_t75" style="width:22.35pt;height:16.4pt" o:ole="">
            <v:imagedata r:id="rId121" o:title=""/>
          </v:shape>
          <o:OLEObject Type="Embed" ProgID="Equation.DSMT4" ShapeID="_x0000_i1083" DrawAspect="Content" ObjectID="_1806929830" r:id="rId122"/>
        </w:object>
      </w:r>
      <w:r w:rsidRPr="00360D38">
        <w:rPr>
          <w:rFonts w:ascii="Times New Roman" w:eastAsia="Calibri" w:hAnsi="Times New Roman" w:cs="Times New Roman"/>
          <w:sz w:val="24"/>
          <w:szCs w:val="24"/>
          <w:lang w:val="vi-VN"/>
        </w:rPr>
        <w:t xml:space="preserve"> cho </w:t>
      </w:r>
      <w:r w:rsidR="008A6D9B" w:rsidRPr="00360D38">
        <w:rPr>
          <w:rFonts w:ascii="Times New Roman" w:eastAsia="Calibri" w:hAnsi="Times New Roman" w:cs="Times New Roman"/>
          <w:sz w:val="24"/>
          <w:szCs w:val="24"/>
          <w:lang w:val="vi-VN"/>
        </w:rPr>
        <w:t xml:space="preserve">đường thẳng </w:t>
      </w:r>
      <w:r w:rsidR="008A6D9B" w:rsidRPr="00360D38">
        <w:rPr>
          <w:rFonts w:ascii="Times New Roman" w:eastAsia="Calibri" w:hAnsi="Times New Roman" w:cs="Times New Roman"/>
          <w:position w:val="-10"/>
          <w:sz w:val="24"/>
          <w:szCs w:val="24"/>
          <w:lang w:val="vi-VN"/>
        </w:rPr>
        <w:object w:dxaOrig="1640" w:dyaOrig="320" w14:anchorId="7684F919">
          <v:shape id="_x0000_i1084" type="#_x0000_t75" style="width:82.05pt;height:15.95pt" o:ole="">
            <v:imagedata r:id="rId123" o:title=""/>
          </v:shape>
          <o:OLEObject Type="Embed" ProgID="Equation.DSMT4" ShapeID="_x0000_i1084" DrawAspect="Content" ObjectID="_1806929831" r:id="rId124"/>
        </w:object>
      </w:r>
      <w:r w:rsidR="008A6D9B" w:rsidRPr="00360D38">
        <w:rPr>
          <w:rFonts w:ascii="Times New Roman" w:eastAsia="Calibri" w:hAnsi="Times New Roman" w:cs="Times New Roman"/>
          <w:sz w:val="24"/>
          <w:szCs w:val="24"/>
          <w:lang w:val="vi-VN"/>
        </w:rPr>
        <w:t xml:space="preserve"> và hai điểm </w:t>
      </w:r>
      <w:r w:rsidR="008A6D9B" w:rsidRPr="00360D38">
        <w:rPr>
          <w:rFonts w:ascii="Times New Roman" w:eastAsia="Calibri" w:hAnsi="Times New Roman" w:cs="Times New Roman"/>
          <w:position w:val="-14"/>
          <w:sz w:val="24"/>
          <w:szCs w:val="24"/>
          <w:lang w:val="vi-VN"/>
        </w:rPr>
        <w:object w:dxaOrig="900" w:dyaOrig="400" w14:anchorId="2B74F576">
          <v:shape id="_x0000_i1085" type="#_x0000_t75" style="width:45.1pt;height:20.05pt" o:ole="">
            <v:imagedata r:id="rId125" o:title=""/>
          </v:shape>
          <o:OLEObject Type="Embed" ProgID="Equation.DSMT4" ShapeID="_x0000_i1085" DrawAspect="Content" ObjectID="_1806929832" r:id="rId126"/>
        </w:object>
      </w:r>
      <w:r w:rsidR="008A6D9B" w:rsidRPr="00360D38">
        <w:rPr>
          <w:rFonts w:ascii="Times New Roman" w:eastAsia="Calibri" w:hAnsi="Times New Roman" w:cs="Times New Roman"/>
          <w:sz w:val="24"/>
          <w:szCs w:val="24"/>
          <w:lang w:val="vi-VN"/>
        </w:rPr>
        <w:t xml:space="preserve">; </w:t>
      </w:r>
      <w:r w:rsidR="008A6D9B" w:rsidRPr="00360D38">
        <w:rPr>
          <w:rFonts w:ascii="Times New Roman" w:eastAsia="Calibri" w:hAnsi="Times New Roman" w:cs="Times New Roman"/>
          <w:position w:val="-14"/>
          <w:sz w:val="24"/>
          <w:szCs w:val="24"/>
          <w:lang w:val="vi-VN"/>
        </w:rPr>
        <w:object w:dxaOrig="859" w:dyaOrig="400" w14:anchorId="7F999CEF">
          <v:shape id="_x0000_i1086" type="#_x0000_t75" style="width:42.85pt;height:20.05pt" o:ole="">
            <v:imagedata r:id="rId127" o:title=""/>
          </v:shape>
          <o:OLEObject Type="Embed" ProgID="Equation.DSMT4" ShapeID="_x0000_i1086" DrawAspect="Content" ObjectID="_1806929833" r:id="rId128"/>
        </w:object>
      </w:r>
    </w:p>
    <w:p w14:paraId="50073FA4" w14:textId="7C08FB0C" w:rsidR="002476B3" w:rsidRPr="00360D38" w:rsidRDefault="002476B3" w:rsidP="0096288A">
      <w:pPr>
        <w:tabs>
          <w:tab w:val="left" w:pos="284"/>
        </w:tabs>
        <w:spacing w:line="240" w:lineRule="auto"/>
        <w:rPr>
          <w:rFonts w:ascii="Times New Roman" w:eastAsia="Calibri" w:hAnsi="Times New Roman" w:cs="Times New Roman"/>
          <w:sz w:val="24"/>
          <w:szCs w:val="24"/>
          <w:lang w:val="vi-VN"/>
        </w:rPr>
      </w:pPr>
      <w:r w:rsidRPr="00360D38">
        <w:rPr>
          <w:rFonts w:ascii="Times New Roman" w:eastAsia="Calibri" w:hAnsi="Times New Roman" w:cs="Times New Roman"/>
          <w:b/>
          <w:bCs/>
          <w:sz w:val="24"/>
          <w:szCs w:val="24"/>
        </w:rPr>
        <w:tab/>
        <w:t>a)</w:t>
      </w:r>
      <w:r w:rsidRPr="00360D38">
        <w:rPr>
          <w:rFonts w:ascii="Times New Roman" w:eastAsia="Calibri" w:hAnsi="Times New Roman" w:cs="Times New Roman"/>
          <w:bCs/>
          <w:sz w:val="24"/>
          <w:szCs w:val="24"/>
        </w:rPr>
        <w:t xml:space="preserve"> </w:t>
      </w:r>
      <w:r w:rsidR="008A6D9B" w:rsidRPr="00360D38">
        <w:rPr>
          <w:rFonts w:ascii="Times New Roman" w:eastAsia="Calibri" w:hAnsi="Times New Roman" w:cs="Times New Roman"/>
          <w:sz w:val="24"/>
          <w:szCs w:val="24"/>
          <w:lang w:val="vi-VN"/>
        </w:rPr>
        <w:t xml:space="preserve"> Điểm </w:t>
      </w:r>
      <w:r w:rsidR="008A6D9B" w:rsidRPr="00360D38">
        <w:rPr>
          <w:rFonts w:ascii="Times New Roman" w:eastAsia="Calibri" w:hAnsi="Times New Roman" w:cs="Times New Roman"/>
          <w:position w:val="-4"/>
          <w:sz w:val="24"/>
          <w:szCs w:val="24"/>
          <w:lang w:val="vi-VN"/>
        </w:rPr>
        <w:object w:dxaOrig="240" w:dyaOrig="260" w14:anchorId="1D8F3813">
          <v:shape id="_x0000_i1087" type="#_x0000_t75" style="width:11.85pt;height:13.2pt" o:ole="">
            <v:imagedata r:id="rId129" o:title=""/>
          </v:shape>
          <o:OLEObject Type="Embed" ProgID="Equation.DSMT4" ShapeID="_x0000_i1087" DrawAspect="Content" ObjectID="_1806929834" r:id="rId130"/>
        </w:object>
      </w:r>
      <w:r w:rsidR="008A6D9B" w:rsidRPr="00360D38">
        <w:rPr>
          <w:rFonts w:ascii="Times New Roman" w:eastAsia="Calibri" w:hAnsi="Times New Roman" w:cs="Times New Roman"/>
          <w:sz w:val="24"/>
          <w:szCs w:val="24"/>
          <w:lang w:val="vi-VN"/>
        </w:rPr>
        <w:t xml:space="preserve">không thuộc đường thẳng </w:t>
      </w:r>
      <w:r w:rsidR="008A6D9B" w:rsidRPr="00360D38">
        <w:rPr>
          <w:rFonts w:ascii="Times New Roman" w:eastAsia="Calibri" w:hAnsi="Times New Roman" w:cs="Times New Roman"/>
          <w:position w:val="-6"/>
          <w:sz w:val="24"/>
          <w:szCs w:val="24"/>
          <w:lang w:val="vi-VN"/>
        </w:rPr>
        <w:object w:dxaOrig="260" w:dyaOrig="279" w14:anchorId="2F30F45D">
          <v:shape id="_x0000_i1088" type="#_x0000_t75" style="width:13.2pt;height:14.15pt" o:ole="">
            <v:imagedata r:id="rId131" o:title=""/>
          </v:shape>
          <o:OLEObject Type="Embed" ProgID="Equation.DSMT4" ShapeID="_x0000_i1088" DrawAspect="Content" ObjectID="_1806929835" r:id="rId132"/>
        </w:object>
      </w:r>
    </w:p>
    <w:p w14:paraId="4121585C" w14:textId="19123D18" w:rsidR="002476B3" w:rsidRPr="00360D38" w:rsidRDefault="002476B3" w:rsidP="0096288A">
      <w:pPr>
        <w:tabs>
          <w:tab w:val="left" w:pos="284"/>
        </w:tabs>
        <w:spacing w:line="240" w:lineRule="auto"/>
        <w:rPr>
          <w:rFonts w:ascii="Times New Roman" w:eastAsia="Calibri" w:hAnsi="Times New Roman" w:cs="Times New Roman"/>
          <w:sz w:val="24"/>
          <w:szCs w:val="24"/>
          <w:lang w:val="vi-VN"/>
        </w:rPr>
      </w:pPr>
      <w:r w:rsidRPr="00360D38">
        <w:rPr>
          <w:rFonts w:ascii="Times New Roman" w:eastAsia="Calibri" w:hAnsi="Times New Roman" w:cs="Times New Roman"/>
          <w:bCs/>
          <w:sz w:val="24"/>
          <w:szCs w:val="24"/>
        </w:rPr>
        <w:tab/>
      </w:r>
      <w:r w:rsidRPr="00360D38">
        <w:rPr>
          <w:rFonts w:ascii="Times New Roman" w:eastAsia="Calibri" w:hAnsi="Times New Roman" w:cs="Times New Roman"/>
          <w:b/>
          <w:bCs/>
          <w:sz w:val="24"/>
          <w:szCs w:val="24"/>
        </w:rPr>
        <w:t>b)</w:t>
      </w:r>
      <w:r w:rsidRPr="00360D38">
        <w:rPr>
          <w:rFonts w:ascii="Times New Roman" w:eastAsia="Calibri" w:hAnsi="Times New Roman" w:cs="Times New Roman"/>
          <w:bCs/>
          <w:sz w:val="24"/>
          <w:szCs w:val="24"/>
        </w:rPr>
        <w:t xml:space="preserve"> </w:t>
      </w:r>
      <w:r w:rsidR="008A6D9B" w:rsidRPr="00360D38">
        <w:rPr>
          <w:rFonts w:ascii="Times New Roman" w:eastAsia="Calibri" w:hAnsi="Times New Roman" w:cs="Times New Roman"/>
          <w:bCs/>
          <w:sz w:val="24"/>
          <w:szCs w:val="24"/>
          <w:lang w:val="vi-VN"/>
        </w:rPr>
        <w:t xml:space="preserve">Khoảng cách từ điểm </w:t>
      </w:r>
      <w:r w:rsidR="008A6D9B" w:rsidRPr="00360D38">
        <w:rPr>
          <w:rFonts w:ascii="Times New Roman" w:eastAsia="Calibri" w:hAnsi="Times New Roman" w:cs="Times New Roman"/>
          <w:bCs/>
          <w:position w:val="-4"/>
          <w:sz w:val="24"/>
          <w:szCs w:val="24"/>
          <w:lang w:val="vi-VN"/>
        </w:rPr>
        <w:object w:dxaOrig="240" w:dyaOrig="260" w14:anchorId="258545F7">
          <v:shape id="_x0000_i1089" type="#_x0000_t75" style="width:11.85pt;height:13.2pt" o:ole="">
            <v:imagedata r:id="rId133" o:title=""/>
          </v:shape>
          <o:OLEObject Type="Embed" ProgID="Equation.DSMT4" ShapeID="_x0000_i1089" DrawAspect="Content" ObjectID="_1806929836" r:id="rId134"/>
        </w:object>
      </w:r>
      <w:r w:rsidR="008A6D9B" w:rsidRPr="00360D38">
        <w:rPr>
          <w:rFonts w:ascii="Times New Roman" w:eastAsia="Calibri" w:hAnsi="Times New Roman" w:cs="Times New Roman"/>
          <w:bCs/>
          <w:sz w:val="24"/>
          <w:szCs w:val="24"/>
          <w:lang w:val="vi-VN"/>
        </w:rPr>
        <w:t xml:space="preserve"> đến đường thẳng </w:t>
      </w:r>
      <w:r w:rsidR="008A6D9B" w:rsidRPr="00360D38">
        <w:rPr>
          <w:rFonts w:ascii="Times New Roman" w:eastAsia="Calibri" w:hAnsi="Times New Roman" w:cs="Times New Roman"/>
          <w:position w:val="-6"/>
          <w:sz w:val="24"/>
          <w:szCs w:val="24"/>
          <w:lang w:val="vi-VN"/>
        </w:rPr>
        <w:object w:dxaOrig="220" w:dyaOrig="279" w14:anchorId="4F2123C6">
          <v:shape id="_x0000_i1090" type="#_x0000_t75" style="width:10.95pt;height:14.15pt" o:ole="">
            <v:imagedata r:id="rId135" o:title=""/>
          </v:shape>
          <o:OLEObject Type="Embed" ProgID="Equation.DSMT4" ShapeID="_x0000_i1090" DrawAspect="Content" ObjectID="_1806929837" r:id="rId136"/>
        </w:object>
      </w:r>
      <w:r w:rsidR="008A6D9B" w:rsidRPr="00360D38">
        <w:rPr>
          <w:rFonts w:ascii="Times New Roman" w:eastAsia="Calibri" w:hAnsi="Times New Roman" w:cs="Times New Roman"/>
          <w:sz w:val="24"/>
          <w:szCs w:val="24"/>
          <w:lang w:val="vi-VN"/>
        </w:rPr>
        <w:t xml:space="preserve"> là </w:t>
      </w:r>
      <w:r w:rsidR="007433A9" w:rsidRPr="00360D38">
        <w:rPr>
          <w:rFonts w:ascii="Times New Roman" w:eastAsia="Calibri" w:hAnsi="Times New Roman" w:cs="Times New Roman"/>
          <w:position w:val="-24"/>
          <w:sz w:val="24"/>
          <w:szCs w:val="24"/>
          <w:lang w:val="vi-VN"/>
        </w:rPr>
        <w:object w:dxaOrig="620" w:dyaOrig="680" w14:anchorId="5145E70A">
          <v:shape id="_x0000_i1091" type="#_x0000_t75" style="width:31pt;height:34.2pt" o:ole="">
            <v:imagedata r:id="rId137" o:title=""/>
          </v:shape>
          <o:OLEObject Type="Embed" ProgID="Equation.DSMT4" ShapeID="_x0000_i1091" DrawAspect="Content" ObjectID="_1806929838" r:id="rId138"/>
        </w:object>
      </w:r>
      <w:r w:rsidR="007433A9" w:rsidRPr="00360D38">
        <w:rPr>
          <w:rFonts w:ascii="Times New Roman" w:eastAsia="Calibri" w:hAnsi="Times New Roman" w:cs="Times New Roman"/>
          <w:sz w:val="24"/>
          <w:szCs w:val="24"/>
          <w:lang w:val="vi-VN"/>
        </w:rPr>
        <w:t>.</w:t>
      </w:r>
    </w:p>
    <w:p w14:paraId="37479CD6" w14:textId="534393FB" w:rsidR="002476B3" w:rsidRPr="00360D38" w:rsidRDefault="002476B3" w:rsidP="0096288A">
      <w:pPr>
        <w:tabs>
          <w:tab w:val="left" w:pos="284"/>
        </w:tabs>
        <w:spacing w:line="240" w:lineRule="auto"/>
        <w:rPr>
          <w:rFonts w:ascii="Times New Roman" w:eastAsia="Calibri" w:hAnsi="Times New Roman" w:cs="Times New Roman"/>
          <w:sz w:val="24"/>
          <w:szCs w:val="24"/>
          <w:lang w:val="vi-VN"/>
        </w:rPr>
      </w:pPr>
      <w:r w:rsidRPr="00360D38">
        <w:rPr>
          <w:rFonts w:ascii="Times New Roman" w:eastAsia="Calibri" w:hAnsi="Times New Roman" w:cs="Times New Roman"/>
          <w:bCs/>
          <w:sz w:val="24"/>
          <w:szCs w:val="24"/>
        </w:rPr>
        <w:t xml:space="preserve"> </w:t>
      </w:r>
      <w:r w:rsidRPr="00360D38">
        <w:rPr>
          <w:rFonts w:ascii="Times New Roman" w:eastAsia="Calibri" w:hAnsi="Times New Roman" w:cs="Times New Roman"/>
          <w:bCs/>
          <w:sz w:val="24"/>
          <w:szCs w:val="24"/>
        </w:rPr>
        <w:tab/>
      </w:r>
      <w:r w:rsidRPr="00360D38">
        <w:rPr>
          <w:rFonts w:ascii="Times New Roman" w:eastAsia="Calibri" w:hAnsi="Times New Roman" w:cs="Times New Roman"/>
          <w:b/>
          <w:bCs/>
          <w:sz w:val="24"/>
          <w:szCs w:val="24"/>
        </w:rPr>
        <w:t>c)</w:t>
      </w:r>
      <w:r w:rsidRPr="00360D38">
        <w:rPr>
          <w:rFonts w:ascii="Times New Roman" w:eastAsia="Calibri" w:hAnsi="Times New Roman" w:cs="Times New Roman"/>
          <w:bCs/>
          <w:sz w:val="24"/>
          <w:szCs w:val="24"/>
        </w:rPr>
        <w:t xml:space="preserve"> </w:t>
      </w:r>
      <w:r w:rsidR="007433A9" w:rsidRPr="00360D38">
        <w:rPr>
          <w:rFonts w:ascii="Times New Roman" w:eastAsia="Calibri" w:hAnsi="Times New Roman" w:cs="Times New Roman"/>
          <w:bCs/>
          <w:sz w:val="24"/>
          <w:szCs w:val="24"/>
          <w:lang w:val="vi-VN"/>
        </w:rPr>
        <w:t>Phương trình đườ</w:t>
      </w:r>
      <w:r w:rsidR="00492DE2" w:rsidRPr="00360D38">
        <w:rPr>
          <w:rFonts w:ascii="Times New Roman" w:eastAsia="Calibri" w:hAnsi="Times New Roman" w:cs="Times New Roman"/>
          <w:bCs/>
          <w:sz w:val="24"/>
          <w:szCs w:val="24"/>
          <w:lang w:val="vi-VN"/>
        </w:rPr>
        <w:t xml:space="preserve">ng tròn tâm </w:t>
      </w:r>
      <w:r w:rsidR="00492DE2" w:rsidRPr="00360D38">
        <w:rPr>
          <w:rFonts w:ascii="Times New Roman" w:eastAsia="Calibri" w:hAnsi="Times New Roman" w:cs="Times New Roman"/>
          <w:bCs/>
          <w:position w:val="-14"/>
          <w:sz w:val="24"/>
          <w:szCs w:val="24"/>
          <w:lang w:val="vi-VN"/>
        </w:rPr>
        <w:object w:dxaOrig="840" w:dyaOrig="400" w14:anchorId="1A3390E1">
          <v:shape id="_x0000_i1092" type="#_x0000_t75" style="width:41.9pt;height:20.05pt" o:ole="">
            <v:imagedata r:id="rId139" o:title=""/>
          </v:shape>
          <o:OLEObject Type="Embed" ProgID="Equation.DSMT4" ShapeID="_x0000_i1092" DrawAspect="Content" ObjectID="_1806929839" r:id="rId140"/>
        </w:object>
      </w:r>
      <w:r w:rsidR="00492DE2" w:rsidRPr="00360D38">
        <w:rPr>
          <w:rFonts w:ascii="Times New Roman" w:eastAsia="Calibri" w:hAnsi="Times New Roman" w:cs="Times New Roman"/>
          <w:bCs/>
          <w:sz w:val="24"/>
          <w:szCs w:val="24"/>
          <w:lang w:val="vi-VN"/>
        </w:rPr>
        <w:t xml:space="preserve"> và</w:t>
      </w:r>
      <w:r w:rsidR="007433A9" w:rsidRPr="00360D38">
        <w:rPr>
          <w:rFonts w:ascii="Times New Roman" w:eastAsia="Calibri" w:hAnsi="Times New Roman" w:cs="Times New Roman"/>
          <w:bCs/>
          <w:sz w:val="24"/>
          <w:szCs w:val="24"/>
          <w:lang w:val="vi-VN"/>
        </w:rPr>
        <w:t xml:space="preserve"> đi qua </w:t>
      </w:r>
      <w:r w:rsidR="007433A9" w:rsidRPr="00360D38">
        <w:rPr>
          <w:rFonts w:ascii="Times New Roman" w:eastAsia="Calibri" w:hAnsi="Times New Roman" w:cs="Times New Roman"/>
          <w:position w:val="-14"/>
          <w:sz w:val="24"/>
          <w:szCs w:val="24"/>
          <w:lang w:val="vi-VN"/>
        </w:rPr>
        <w:object w:dxaOrig="859" w:dyaOrig="400" w14:anchorId="1A95029B">
          <v:shape id="_x0000_i1093" type="#_x0000_t75" style="width:42.85pt;height:20.05pt" o:ole="">
            <v:imagedata r:id="rId127" o:title=""/>
          </v:shape>
          <o:OLEObject Type="Embed" ProgID="Equation.DSMT4" ShapeID="_x0000_i1093" DrawAspect="Content" ObjectID="_1806929840" r:id="rId141"/>
        </w:object>
      </w:r>
      <w:r w:rsidR="00492DE2" w:rsidRPr="00360D38">
        <w:rPr>
          <w:rFonts w:ascii="Times New Roman" w:eastAsia="Calibri" w:hAnsi="Times New Roman" w:cs="Times New Roman"/>
          <w:sz w:val="24"/>
          <w:szCs w:val="24"/>
          <w:lang w:val="vi-VN"/>
        </w:rPr>
        <w:t xml:space="preserve"> là </w:t>
      </w:r>
      <w:r w:rsidR="00492DE2" w:rsidRPr="00360D38">
        <w:rPr>
          <w:rFonts w:ascii="Times New Roman" w:eastAsia="Calibri" w:hAnsi="Times New Roman" w:cs="Times New Roman"/>
          <w:position w:val="-10"/>
          <w:sz w:val="26"/>
          <w:szCs w:val="26"/>
        </w:rPr>
        <w:object w:dxaOrig="2020" w:dyaOrig="360" w14:anchorId="62FCF7BB">
          <v:shape id="_x0000_i1094" type="#_x0000_t75" style="width:100.7pt;height:18.7pt" o:ole="">
            <v:imagedata r:id="rId142" o:title=""/>
          </v:shape>
          <o:OLEObject Type="Embed" ProgID="Equation.DSMT4" ShapeID="_x0000_i1094" DrawAspect="Content" ObjectID="_1806929841" r:id="rId143"/>
        </w:object>
      </w:r>
      <w:r w:rsidR="00492DE2" w:rsidRPr="00360D38">
        <w:rPr>
          <w:rFonts w:ascii="Times New Roman" w:eastAsia="Calibri" w:hAnsi="Times New Roman" w:cs="Times New Roman"/>
          <w:sz w:val="26"/>
          <w:szCs w:val="26"/>
          <w:lang w:val="vi-VN"/>
        </w:rPr>
        <w:t>.</w:t>
      </w:r>
    </w:p>
    <w:p w14:paraId="25ABF8D4" w14:textId="1572D2F6" w:rsidR="00470AC7" w:rsidRPr="00360D38" w:rsidRDefault="002476B3" w:rsidP="0096288A">
      <w:pPr>
        <w:tabs>
          <w:tab w:val="left" w:pos="284"/>
        </w:tabs>
        <w:spacing w:line="240" w:lineRule="auto"/>
        <w:rPr>
          <w:rFonts w:ascii="Times New Roman" w:eastAsia="Calibri" w:hAnsi="Times New Roman" w:cs="Times New Roman"/>
          <w:bCs/>
          <w:sz w:val="24"/>
          <w:szCs w:val="24"/>
          <w:lang w:val="vi-VN"/>
        </w:rPr>
      </w:pPr>
      <w:r w:rsidRPr="00360D38">
        <w:rPr>
          <w:rFonts w:ascii="Times New Roman" w:eastAsia="Calibri" w:hAnsi="Times New Roman" w:cs="Times New Roman"/>
          <w:bCs/>
          <w:sz w:val="24"/>
          <w:szCs w:val="24"/>
        </w:rPr>
        <w:tab/>
      </w:r>
      <w:r w:rsidRPr="00360D38">
        <w:rPr>
          <w:rFonts w:ascii="Times New Roman" w:eastAsia="Calibri" w:hAnsi="Times New Roman" w:cs="Times New Roman"/>
          <w:b/>
          <w:bCs/>
          <w:sz w:val="24"/>
          <w:szCs w:val="24"/>
        </w:rPr>
        <w:t>d)</w:t>
      </w:r>
      <w:r w:rsidRPr="00360D38">
        <w:rPr>
          <w:rFonts w:ascii="Times New Roman" w:eastAsia="Calibri" w:hAnsi="Times New Roman" w:cs="Times New Roman"/>
          <w:bCs/>
          <w:sz w:val="24"/>
          <w:szCs w:val="24"/>
        </w:rPr>
        <w:t xml:space="preserve"> </w:t>
      </w:r>
      <w:r w:rsidR="00BF504B" w:rsidRPr="00360D38">
        <w:rPr>
          <w:rFonts w:ascii="Times New Roman" w:eastAsia="Calibri" w:hAnsi="Times New Roman" w:cs="Times New Roman"/>
          <w:sz w:val="24"/>
          <w:szCs w:val="24"/>
          <w:lang w:val="sv-SE"/>
        </w:rPr>
        <w:t xml:space="preserve">Phương trình tham số của đường thẳng </w:t>
      </w:r>
      <w:r w:rsidR="00BF504B" w:rsidRPr="00360D38">
        <w:rPr>
          <w:rFonts w:ascii="Times New Roman" w:eastAsia="Calibri" w:hAnsi="Times New Roman" w:cs="Times New Roman"/>
          <w:position w:val="-4"/>
          <w:sz w:val="24"/>
          <w:szCs w:val="24"/>
        </w:rPr>
        <w:object w:dxaOrig="225" w:dyaOrig="255" w14:anchorId="7DB350D5">
          <v:shape id="_x0000_i1095" type="#_x0000_t75" style="width:10.95pt;height:13.65pt" o:ole="">
            <v:imagedata r:id="rId144" o:title=""/>
          </v:shape>
          <o:OLEObject Type="Embed" ProgID="Equation.DSMT4" ShapeID="_x0000_i1095" DrawAspect="Content" ObjectID="_1806929842" r:id="rId145"/>
        </w:object>
      </w:r>
      <w:r w:rsidR="00BF504B" w:rsidRPr="00360D38">
        <w:rPr>
          <w:rFonts w:ascii="Times New Roman" w:eastAsia="Calibri" w:hAnsi="Times New Roman" w:cs="Times New Roman"/>
          <w:sz w:val="24"/>
          <w:szCs w:val="24"/>
          <w:lang w:val="sv-SE"/>
        </w:rPr>
        <w:t xml:space="preserve"> qua </w:t>
      </w:r>
      <w:r w:rsidR="00BF504B" w:rsidRPr="00360D38">
        <w:rPr>
          <w:rFonts w:ascii="Times New Roman" w:eastAsia="Calibri" w:hAnsi="Times New Roman" w:cs="Times New Roman"/>
          <w:position w:val="-4"/>
          <w:sz w:val="24"/>
          <w:szCs w:val="24"/>
        </w:rPr>
        <w:object w:dxaOrig="240" w:dyaOrig="255" w14:anchorId="6330EF84">
          <v:shape id="_x0000_i1096" type="#_x0000_t75" style="width:11.85pt;height:13.65pt" o:ole="">
            <v:imagedata r:id="rId146" o:title=""/>
          </v:shape>
          <o:OLEObject Type="Embed" ProgID="Equation.DSMT4" ShapeID="_x0000_i1096" DrawAspect="Content" ObjectID="_1806929843" r:id="rId147"/>
        </w:object>
      </w:r>
      <w:r w:rsidR="00BF504B" w:rsidRPr="00360D38">
        <w:rPr>
          <w:rFonts w:ascii="Times New Roman" w:eastAsia="Calibri" w:hAnsi="Times New Roman" w:cs="Times New Roman"/>
          <w:sz w:val="24"/>
          <w:szCs w:val="24"/>
          <w:lang w:val="sv-SE"/>
        </w:rPr>
        <w:t xml:space="preserve"> và song song với </w:t>
      </w:r>
      <w:r w:rsidR="00BF504B" w:rsidRPr="00360D38">
        <w:rPr>
          <w:rFonts w:ascii="Times New Roman" w:eastAsia="Calibri" w:hAnsi="Times New Roman" w:cs="Times New Roman"/>
          <w:position w:val="-6"/>
          <w:sz w:val="24"/>
          <w:szCs w:val="24"/>
        </w:rPr>
        <w:object w:dxaOrig="225" w:dyaOrig="285" w14:anchorId="676189C5">
          <v:shape id="_x0000_i1097" type="#_x0000_t75" style="width:10.95pt;height:14.6pt" o:ole="">
            <v:imagedata r:id="rId148" o:title=""/>
          </v:shape>
          <o:OLEObject Type="Embed" ProgID="Equation.DSMT4" ShapeID="_x0000_i1097" DrawAspect="Content" ObjectID="_1806929844" r:id="rId149"/>
        </w:object>
      </w:r>
      <w:r w:rsidR="00BF504B" w:rsidRPr="00360D38">
        <w:rPr>
          <w:rFonts w:ascii="Times New Roman" w:eastAsia="Calibri" w:hAnsi="Times New Roman" w:cs="Times New Roman"/>
          <w:sz w:val="26"/>
          <w:szCs w:val="26"/>
          <w:lang w:val="sv-SE"/>
        </w:rPr>
        <w:t xml:space="preserve"> </w:t>
      </w:r>
      <w:r w:rsidR="00BF504B" w:rsidRPr="00360D38">
        <w:rPr>
          <w:rFonts w:ascii="Times New Roman" w:eastAsia="Calibri" w:hAnsi="Times New Roman" w:cs="Times New Roman"/>
          <w:sz w:val="24"/>
          <w:szCs w:val="24"/>
          <w:lang w:val="vi-VN"/>
        </w:rPr>
        <w:t xml:space="preserve">là </w:t>
      </w:r>
      <w:r w:rsidR="00BF504B" w:rsidRPr="00360D38">
        <w:rPr>
          <w:rFonts w:ascii="Times New Roman" w:eastAsia="Calibri" w:hAnsi="Times New Roman" w:cs="Times New Roman"/>
          <w:position w:val="-30"/>
          <w:sz w:val="26"/>
          <w:szCs w:val="26"/>
        </w:rPr>
        <w:object w:dxaOrig="960" w:dyaOrig="720" w14:anchorId="4A0B55AA">
          <v:shape id="_x0000_i1098" type="#_x0000_t75" style="width:47.85pt;height:36pt" o:ole="">
            <v:imagedata r:id="rId150" o:title=""/>
          </v:shape>
          <o:OLEObject Type="Embed" ProgID="Equation.DSMT4" ShapeID="_x0000_i1098" DrawAspect="Content" ObjectID="_1806929845" r:id="rId151"/>
        </w:object>
      </w:r>
      <w:r w:rsidR="00BF504B" w:rsidRPr="00360D38">
        <w:rPr>
          <w:rFonts w:ascii="Times New Roman" w:eastAsia="Calibri" w:hAnsi="Times New Roman" w:cs="Times New Roman"/>
          <w:sz w:val="26"/>
          <w:szCs w:val="26"/>
          <w:lang w:val="vi-VN"/>
        </w:rPr>
        <w:t>.</w:t>
      </w:r>
    </w:p>
    <w:p w14:paraId="6A91DFF2" w14:textId="3863E408" w:rsidR="002476B3" w:rsidRPr="00360D38" w:rsidRDefault="002476B3" w:rsidP="002476B3">
      <w:pPr>
        <w:spacing w:after="0"/>
        <w:jc w:val="both"/>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b/>
          <w:color w:val="000000" w:themeColor="text1"/>
          <w:sz w:val="24"/>
          <w:szCs w:val="24"/>
        </w:rPr>
        <w:t xml:space="preserve">Câu </w:t>
      </w:r>
      <w:r w:rsidRPr="00360D38">
        <w:rPr>
          <w:rFonts w:ascii="Times New Roman" w:eastAsia="Calibri" w:hAnsi="Times New Roman" w:cs="Times New Roman"/>
          <w:b/>
          <w:color w:val="000000" w:themeColor="text1"/>
          <w:sz w:val="24"/>
          <w:szCs w:val="24"/>
          <w:lang w:val="vi-VN"/>
        </w:rPr>
        <w:t>2</w:t>
      </w:r>
      <w:r w:rsidRPr="00360D38">
        <w:rPr>
          <w:rFonts w:ascii="Times New Roman" w:eastAsia="Calibri" w:hAnsi="Times New Roman" w:cs="Times New Roman"/>
          <w:b/>
          <w:color w:val="000000" w:themeColor="text1"/>
          <w:sz w:val="24"/>
          <w:szCs w:val="24"/>
        </w:rPr>
        <w:t>.</w:t>
      </w:r>
      <w:r w:rsidRPr="00360D38">
        <w:rPr>
          <w:rFonts w:ascii="Times New Roman" w:eastAsia="Calibri" w:hAnsi="Times New Roman" w:cs="Times New Roman"/>
          <w:color w:val="000000" w:themeColor="text1"/>
          <w:sz w:val="24"/>
          <w:szCs w:val="24"/>
        </w:rPr>
        <w:t xml:space="preserve"> </w:t>
      </w:r>
      <w:r w:rsidR="007433A9" w:rsidRPr="00360D38">
        <w:rPr>
          <w:rFonts w:ascii="Times New Roman" w:eastAsia="Calibri" w:hAnsi="Times New Roman" w:cs="Times New Roman"/>
          <w:color w:val="000000" w:themeColor="text1"/>
          <w:sz w:val="24"/>
          <w:szCs w:val="24"/>
          <w:lang w:val="vi-VN"/>
        </w:rPr>
        <w:t>Xét phép thử “Gieo một con xúc xắc hai lần liên tiếp”.</w:t>
      </w:r>
    </w:p>
    <w:p w14:paraId="7949355B" w14:textId="3E41A82C" w:rsidR="002476B3" w:rsidRPr="00360D38" w:rsidRDefault="002476B3" w:rsidP="002476B3">
      <w:pPr>
        <w:ind w:left="360"/>
        <w:jc w:val="both"/>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b/>
          <w:bCs/>
          <w:sz w:val="24"/>
          <w:szCs w:val="24"/>
        </w:rPr>
        <w:t>a)</w:t>
      </w: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color w:val="000000" w:themeColor="text1"/>
          <w:sz w:val="24"/>
          <w:szCs w:val="24"/>
        </w:rPr>
        <w:t xml:space="preserve">Số </w:t>
      </w:r>
      <w:r w:rsidR="007433A9" w:rsidRPr="00360D38">
        <w:rPr>
          <w:rFonts w:ascii="Times New Roman" w:eastAsia="Calibri" w:hAnsi="Times New Roman" w:cs="Times New Roman"/>
          <w:color w:val="000000" w:themeColor="text1"/>
          <w:sz w:val="24"/>
          <w:szCs w:val="24"/>
          <w:lang w:val="vi-VN"/>
        </w:rPr>
        <w:t>phần tử của không gian mẫu là 12.</w:t>
      </w:r>
    </w:p>
    <w:p w14:paraId="0890DA39" w14:textId="0D56A319" w:rsidR="002476B3" w:rsidRPr="00360D38" w:rsidRDefault="002476B3" w:rsidP="002476B3">
      <w:pPr>
        <w:ind w:left="360"/>
        <w:jc w:val="both"/>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b/>
          <w:bCs/>
          <w:sz w:val="24"/>
          <w:szCs w:val="24"/>
        </w:rPr>
        <w:t>b)</w:t>
      </w:r>
      <w:r w:rsidRPr="00360D38">
        <w:rPr>
          <w:rFonts w:ascii="Times New Roman" w:eastAsia="Calibri" w:hAnsi="Times New Roman" w:cs="Times New Roman"/>
          <w:bCs/>
          <w:sz w:val="24"/>
          <w:szCs w:val="24"/>
          <w:lang w:val="vi-VN"/>
        </w:rPr>
        <w:t xml:space="preserve"> </w:t>
      </w:r>
      <w:r w:rsidR="007433A9" w:rsidRPr="00360D38">
        <w:rPr>
          <w:rFonts w:ascii="Times New Roman" w:eastAsia="Calibri" w:hAnsi="Times New Roman" w:cs="Times New Roman"/>
          <w:color w:val="000000" w:themeColor="text1"/>
          <w:sz w:val="24"/>
          <w:szCs w:val="24"/>
          <w:lang w:val="vi-VN"/>
        </w:rPr>
        <w:t>Số phần tử của biến cố</w:t>
      </w:r>
      <w:r w:rsidR="007433A9" w:rsidRPr="00360D38">
        <w:rPr>
          <w:rFonts w:ascii="Times New Roman" w:eastAsia="Calibri" w:hAnsi="Times New Roman" w:cs="Times New Roman"/>
          <w:sz w:val="24"/>
          <w:szCs w:val="24"/>
          <w:lang w:val="vi-VN"/>
        </w:rPr>
        <w:t xml:space="preserve"> </w:t>
      </w:r>
      <w:r w:rsidR="007433A9" w:rsidRPr="00360D38">
        <w:rPr>
          <w:rFonts w:ascii="Times New Roman" w:eastAsia="Calibri" w:hAnsi="Times New Roman" w:cs="Times New Roman"/>
          <w:i/>
          <w:sz w:val="24"/>
          <w:szCs w:val="24"/>
          <w:lang w:val="vi-VN"/>
        </w:rPr>
        <w:t>A</w:t>
      </w:r>
      <w:r w:rsidR="007433A9" w:rsidRPr="00360D38">
        <w:rPr>
          <w:rFonts w:ascii="Times New Roman" w:eastAsia="Calibri" w:hAnsi="Times New Roman" w:cs="Times New Roman"/>
          <w:sz w:val="24"/>
          <w:szCs w:val="24"/>
          <w:lang w:val="vi-VN"/>
        </w:rPr>
        <w:t>: “</w:t>
      </w:r>
      <w:r w:rsidR="001D5E6B" w:rsidRPr="00360D38">
        <w:rPr>
          <w:rFonts w:ascii="Times New Roman" w:eastAsia="Calibri" w:hAnsi="Times New Roman" w:cs="Times New Roman"/>
          <w:sz w:val="24"/>
          <w:szCs w:val="24"/>
          <w:lang w:val="vi-VN"/>
        </w:rPr>
        <w:t>Số chấm trong hai lần gieo đều giống nhau” là 10.</w:t>
      </w:r>
    </w:p>
    <w:p w14:paraId="3810816B" w14:textId="2441CF0D" w:rsidR="002476B3" w:rsidRPr="00360D38" w:rsidRDefault="002476B3" w:rsidP="002476B3">
      <w:pPr>
        <w:ind w:left="360"/>
        <w:jc w:val="both"/>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b/>
          <w:bCs/>
          <w:sz w:val="24"/>
          <w:szCs w:val="24"/>
        </w:rPr>
        <w:t>c)</w:t>
      </w:r>
      <w:r w:rsidRPr="00360D38">
        <w:rPr>
          <w:rFonts w:ascii="Times New Roman" w:eastAsia="Calibri" w:hAnsi="Times New Roman" w:cs="Times New Roman"/>
          <w:bCs/>
          <w:sz w:val="24"/>
          <w:szCs w:val="24"/>
          <w:lang w:val="vi-VN"/>
        </w:rPr>
        <w:t xml:space="preserve"> </w:t>
      </w:r>
      <w:r w:rsidR="001D5E6B" w:rsidRPr="00360D38">
        <w:rPr>
          <w:rFonts w:ascii="Times New Roman" w:eastAsia="Calibri" w:hAnsi="Times New Roman" w:cs="Times New Roman"/>
          <w:color w:val="000000" w:themeColor="text1"/>
          <w:position w:val="-14"/>
          <w:sz w:val="24"/>
          <w:szCs w:val="24"/>
        </w:rPr>
        <w:object w:dxaOrig="4200" w:dyaOrig="400" w14:anchorId="272C4A58">
          <v:shape id="_x0000_i1099" type="#_x0000_t75" style="width:210.1pt;height:20.05pt" o:ole="">
            <v:imagedata r:id="rId152" o:title=""/>
          </v:shape>
          <o:OLEObject Type="Embed" ProgID="Equation.DSMT4" ShapeID="_x0000_i1099" DrawAspect="Content" ObjectID="_1806929846" r:id="rId153"/>
        </w:object>
      </w:r>
      <w:r w:rsidR="001D5E6B" w:rsidRPr="00360D38">
        <w:rPr>
          <w:rFonts w:ascii="Times New Roman" w:eastAsia="Calibri" w:hAnsi="Times New Roman" w:cs="Times New Roman"/>
          <w:color w:val="000000" w:themeColor="text1"/>
          <w:sz w:val="24"/>
          <w:szCs w:val="24"/>
          <w:lang w:val="vi-VN"/>
        </w:rPr>
        <w:t xml:space="preserve"> là biến cố “Số chấm trong lần gieo đầu tiên là 6”.</w:t>
      </w:r>
    </w:p>
    <w:p w14:paraId="115335E1" w14:textId="7E75ED3F" w:rsidR="0011586E" w:rsidRPr="00360D38" w:rsidRDefault="002476B3" w:rsidP="007C5B20">
      <w:pPr>
        <w:ind w:left="360"/>
        <w:jc w:val="both"/>
        <w:rPr>
          <w:rFonts w:ascii="Times New Roman" w:hAnsi="Times New Roman" w:cs="Times New Roman"/>
          <w:sz w:val="24"/>
          <w:szCs w:val="24"/>
        </w:rPr>
      </w:pPr>
      <w:r w:rsidRPr="00360D38">
        <w:rPr>
          <w:rFonts w:ascii="Times New Roman" w:eastAsia="Calibri" w:hAnsi="Times New Roman" w:cs="Times New Roman"/>
          <w:b/>
          <w:bCs/>
          <w:sz w:val="24"/>
          <w:szCs w:val="24"/>
        </w:rPr>
        <w:t>d)</w:t>
      </w:r>
      <w:r w:rsidRPr="00360D38">
        <w:rPr>
          <w:rFonts w:ascii="Times New Roman" w:eastAsia="Calibri" w:hAnsi="Times New Roman" w:cs="Times New Roman"/>
          <w:bCs/>
          <w:sz w:val="24"/>
          <w:szCs w:val="24"/>
          <w:lang w:val="vi-VN"/>
        </w:rPr>
        <w:t xml:space="preserve"> </w:t>
      </w:r>
      <w:r w:rsidR="001D5E6B" w:rsidRPr="00360D38">
        <w:rPr>
          <w:rFonts w:ascii="Times New Roman" w:eastAsia="Calibri" w:hAnsi="Times New Roman" w:cs="Times New Roman"/>
          <w:bCs/>
          <w:position w:val="-24"/>
          <w:sz w:val="24"/>
          <w:szCs w:val="24"/>
          <w:lang w:val="vi-VN"/>
        </w:rPr>
        <w:object w:dxaOrig="1060" w:dyaOrig="620" w14:anchorId="5A18E44D">
          <v:shape id="_x0000_i1100" type="#_x0000_t75" style="width:52.85pt;height:31pt" o:ole="">
            <v:imagedata r:id="rId154" o:title=""/>
          </v:shape>
          <o:OLEObject Type="Embed" ProgID="Equation.DSMT4" ShapeID="_x0000_i1100" DrawAspect="Content" ObjectID="_1806929847" r:id="rId155"/>
        </w:object>
      </w:r>
    </w:p>
    <w:p w14:paraId="1A08ACA5" w14:textId="309DCA8D" w:rsidR="002476B3" w:rsidRPr="00360D38" w:rsidRDefault="00863133" w:rsidP="00863133">
      <w:pPr>
        <w:tabs>
          <w:tab w:val="left" w:pos="992"/>
        </w:tabs>
        <w:jc w:val="both"/>
        <w:rPr>
          <w:rFonts w:ascii="Times New Roman" w:hAnsi="Times New Roman" w:cs="Times New Roman"/>
          <w:i/>
          <w:iCs/>
          <w:sz w:val="24"/>
          <w:szCs w:val="24"/>
        </w:rPr>
      </w:pPr>
      <w:r w:rsidRPr="00360D38">
        <w:rPr>
          <w:rFonts w:ascii="Times New Roman" w:hAnsi="Times New Roman" w:cs="Times New Roman"/>
          <w:b/>
          <w:bCs/>
          <w:sz w:val="24"/>
          <w:szCs w:val="24"/>
        </w:rPr>
        <w:t>PHẦN III. Câu trắc nghiệm trả lời ngắn (2.0 điểm).</w:t>
      </w:r>
      <w:r w:rsidRPr="00360D38">
        <w:rPr>
          <w:rFonts w:ascii="Times New Roman" w:hAnsi="Times New Roman" w:cs="Times New Roman"/>
          <w:i/>
          <w:iCs/>
          <w:sz w:val="24"/>
          <w:szCs w:val="24"/>
        </w:rPr>
        <w:t xml:space="preserve"> Thí sinh trả lời từ câu 1 đến câu </w:t>
      </w:r>
      <w:r w:rsidR="00175BC4" w:rsidRPr="00360D38">
        <w:rPr>
          <w:rFonts w:ascii="Times New Roman" w:hAnsi="Times New Roman" w:cs="Times New Roman"/>
          <w:i/>
          <w:iCs/>
          <w:sz w:val="24"/>
          <w:szCs w:val="24"/>
        </w:rPr>
        <w:t>4.</w:t>
      </w:r>
    </w:p>
    <w:p w14:paraId="65B5FA54" w14:textId="11459D92" w:rsidR="002476B3" w:rsidRPr="00360D38" w:rsidRDefault="002476B3" w:rsidP="002476B3">
      <w:pPr>
        <w:jc w:val="both"/>
        <w:rPr>
          <w:rFonts w:ascii="Times New Roman" w:eastAsia="Calibri" w:hAnsi="Times New Roman" w:cs="Times New Roman"/>
          <w:sz w:val="24"/>
          <w:szCs w:val="24"/>
          <w:lang w:val="vi-VN"/>
        </w:rPr>
      </w:pPr>
      <w:bookmarkStart w:id="4" w:name="_Hlk29158993"/>
      <w:r w:rsidRPr="00360D38">
        <w:rPr>
          <w:rFonts w:ascii="Times New Roman" w:eastAsia="Calibri" w:hAnsi="Times New Roman" w:cs="Times New Roman"/>
          <w:b/>
          <w:sz w:val="24"/>
          <w:szCs w:val="24"/>
        </w:rPr>
        <w:t>Câu 1.</w:t>
      </w:r>
      <w:r w:rsidRPr="00360D38">
        <w:rPr>
          <w:rFonts w:ascii="Times New Roman" w:eastAsia="Calibri" w:hAnsi="Times New Roman" w:cs="Times New Roman"/>
          <w:sz w:val="24"/>
          <w:szCs w:val="24"/>
        </w:rPr>
        <w:t xml:space="preserve"> </w:t>
      </w:r>
      <w:r w:rsidR="002161A5" w:rsidRPr="00360D38">
        <w:rPr>
          <w:rFonts w:ascii="Times New Roman" w:eastAsia="Calibri" w:hAnsi="Times New Roman" w:cs="Times New Roman"/>
          <w:sz w:val="24"/>
          <w:szCs w:val="24"/>
          <w:lang w:val="vi-VN"/>
        </w:rPr>
        <w:t>Một giỏ hoa có 5 bông hoa hồng và 4 bông hoa trắng (mỗi bông đều khác nhau về hình dáng). Có bao nhiêu cách để chọn ra 4 bông hoa trong đó có 3 bông hoa hồng và 1 bông hoa trắng?</w:t>
      </w:r>
    </w:p>
    <w:p w14:paraId="728A621E" w14:textId="56D4E315" w:rsidR="002476B3" w:rsidRPr="00360D38" w:rsidRDefault="002476B3" w:rsidP="000C3196">
      <w:pPr>
        <w:ind w:left="360" w:hanging="360"/>
        <w:jc w:val="both"/>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b/>
          <w:color w:val="000000" w:themeColor="text1"/>
          <w:sz w:val="24"/>
          <w:szCs w:val="24"/>
          <w:lang w:val="vi-VN"/>
        </w:rPr>
        <w:t>Câu 2.</w:t>
      </w:r>
      <w:r w:rsidRPr="00360D38">
        <w:rPr>
          <w:rFonts w:ascii="Times New Roman" w:eastAsia="Calibri" w:hAnsi="Times New Roman" w:cs="Times New Roman"/>
          <w:color w:val="000000" w:themeColor="text1"/>
          <w:sz w:val="24"/>
          <w:szCs w:val="24"/>
          <w:lang w:val="vi-VN"/>
        </w:rPr>
        <w:t xml:space="preserve"> </w:t>
      </w:r>
      <w:r w:rsidR="000C3196" w:rsidRPr="00360D38">
        <w:rPr>
          <w:rFonts w:ascii="Times New Roman" w:eastAsia="Calibri" w:hAnsi="Times New Roman" w:cs="Times New Roman"/>
          <w:color w:val="000000" w:themeColor="text1"/>
          <w:sz w:val="24"/>
          <w:szCs w:val="24"/>
          <w:lang w:val="vi-VN"/>
        </w:rPr>
        <w:t>Thời gian chạy 50m của 20 học sinh được ghi lại trong bảng sau đây:</w:t>
      </w:r>
    </w:p>
    <w:tbl>
      <w:tblPr>
        <w:tblStyle w:val="TableGrid"/>
        <w:tblW w:w="0" w:type="auto"/>
        <w:tblInd w:w="360" w:type="dxa"/>
        <w:tblLook w:val="04A0" w:firstRow="1" w:lastRow="0" w:firstColumn="1" w:lastColumn="0" w:noHBand="0" w:noVBand="1"/>
      </w:tblPr>
      <w:tblGrid>
        <w:gridCol w:w="1336"/>
        <w:gridCol w:w="851"/>
        <w:gridCol w:w="709"/>
        <w:gridCol w:w="708"/>
        <w:gridCol w:w="709"/>
        <w:gridCol w:w="709"/>
      </w:tblGrid>
      <w:tr w:rsidR="000C3196" w:rsidRPr="00360D38" w14:paraId="1F82A954" w14:textId="77777777" w:rsidTr="000C3196">
        <w:tc>
          <w:tcPr>
            <w:tcW w:w="1336" w:type="dxa"/>
            <w:vAlign w:val="center"/>
          </w:tcPr>
          <w:p w14:paraId="6D43751E" w14:textId="15E1FFC5"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Thời gian (giây)</w:t>
            </w:r>
          </w:p>
        </w:tc>
        <w:tc>
          <w:tcPr>
            <w:tcW w:w="851" w:type="dxa"/>
            <w:vAlign w:val="center"/>
          </w:tcPr>
          <w:p w14:paraId="4FF0DFA8" w14:textId="38586B56"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8,3</w:t>
            </w:r>
          </w:p>
        </w:tc>
        <w:tc>
          <w:tcPr>
            <w:tcW w:w="709" w:type="dxa"/>
            <w:vAlign w:val="center"/>
          </w:tcPr>
          <w:p w14:paraId="66C10F43" w14:textId="38574953"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8,4</w:t>
            </w:r>
          </w:p>
        </w:tc>
        <w:tc>
          <w:tcPr>
            <w:tcW w:w="708" w:type="dxa"/>
            <w:vAlign w:val="center"/>
          </w:tcPr>
          <w:p w14:paraId="17737860" w14:textId="03D330DF"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8,5</w:t>
            </w:r>
          </w:p>
        </w:tc>
        <w:tc>
          <w:tcPr>
            <w:tcW w:w="709" w:type="dxa"/>
            <w:vAlign w:val="center"/>
          </w:tcPr>
          <w:p w14:paraId="43DDB817" w14:textId="453B0A2D"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8,7</w:t>
            </w:r>
          </w:p>
        </w:tc>
        <w:tc>
          <w:tcPr>
            <w:tcW w:w="709" w:type="dxa"/>
            <w:vAlign w:val="center"/>
          </w:tcPr>
          <w:p w14:paraId="2BEC338E" w14:textId="1B8559FC"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8,8</w:t>
            </w:r>
          </w:p>
        </w:tc>
      </w:tr>
      <w:tr w:rsidR="000C3196" w:rsidRPr="00360D38" w14:paraId="7BCAE411" w14:textId="77777777" w:rsidTr="000C3196">
        <w:tc>
          <w:tcPr>
            <w:tcW w:w="1336" w:type="dxa"/>
            <w:vAlign w:val="center"/>
          </w:tcPr>
          <w:p w14:paraId="72A6ADB7" w14:textId="09ABBEE5"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Tần số</w:t>
            </w:r>
          </w:p>
        </w:tc>
        <w:tc>
          <w:tcPr>
            <w:tcW w:w="851" w:type="dxa"/>
            <w:vAlign w:val="center"/>
          </w:tcPr>
          <w:p w14:paraId="7F633A24" w14:textId="62FC28AD"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2</w:t>
            </w:r>
          </w:p>
        </w:tc>
        <w:tc>
          <w:tcPr>
            <w:tcW w:w="709" w:type="dxa"/>
            <w:vAlign w:val="center"/>
          </w:tcPr>
          <w:p w14:paraId="1CBA703D" w14:textId="3B8FA6E8"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3</w:t>
            </w:r>
          </w:p>
        </w:tc>
        <w:tc>
          <w:tcPr>
            <w:tcW w:w="708" w:type="dxa"/>
            <w:vAlign w:val="center"/>
          </w:tcPr>
          <w:p w14:paraId="3770A30F" w14:textId="2F476927"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9</w:t>
            </w:r>
          </w:p>
        </w:tc>
        <w:tc>
          <w:tcPr>
            <w:tcW w:w="709" w:type="dxa"/>
            <w:vAlign w:val="center"/>
          </w:tcPr>
          <w:p w14:paraId="772C5A8D" w14:textId="09B8A316"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5</w:t>
            </w:r>
          </w:p>
        </w:tc>
        <w:tc>
          <w:tcPr>
            <w:tcW w:w="709" w:type="dxa"/>
            <w:vAlign w:val="center"/>
          </w:tcPr>
          <w:p w14:paraId="7B9AC6D5" w14:textId="1A0B8E43" w:rsidR="000C3196" w:rsidRPr="00360D38" w:rsidRDefault="000C3196" w:rsidP="000C3196">
            <w:pPr>
              <w:jc w:val="center"/>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1</w:t>
            </w:r>
          </w:p>
        </w:tc>
      </w:tr>
    </w:tbl>
    <w:p w14:paraId="401874D2" w14:textId="3EC4836E" w:rsidR="000C3196" w:rsidRPr="00360D38" w:rsidRDefault="000C3196" w:rsidP="002476B3">
      <w:pPr>
        <w:ind w:left="360"/>
        <w:jc w:val="both"/>
        <w:rPr>
          <w:rFonts w:ascii="Times New Roman" w:eastAsia="Calibri" w:hAnsi="Times New Roman" w:cs="Times New Roman"/>
          <w:color w:val="000000" w:themeColor="text1"/>
          <w:sz w:val="24"/>
          <w:szCs w:val="24"/>
          <w:lang w:val="vi-VN"/>
        </w:rPr>
      </w:pPr>
      <w:r w:rsidRPr="00360D38">
        <w:rPr>
          <w:rFonts w:ascii="Times New Roman" w:eastAsia="Calibri" w:hAnsi="Times New Roman" w:cs="Times New Roman"/>
          <w:color w:val="000000" w:themeColor="text1"/>
          <w:sz w:val="24"/>
          <w:szCs w:val="24"/>
          <w:lang w:val="vi-VN"/>
        </w:rPr>
        <w:t>Hãy tìm độ lệch chuẩn của mẫu số liệu đã cho.</w:t>
      </w:r>
    </w:p>
    <w:p w14:paraId="15E0B7CD" w14:textId="740823A7" w:rsidR="00975D90" w:rsidRPr="00360D38" w:rsidRDefault="002476B3" w:rsidP="00835823">
      <w:pPr>
        <w:tabs>
          <w:tab w:val="left" w:pos="709"/>
        </w:tabs>
        <w:spacing w:after="0" w:line="360" w:lineRule="auto"/>
        <w:jc w:val="both"/>
        <w:rPr>
          <w:rFonts w:ascii="Times New Roman" w:eastAsia="Calibri" w:hAnsi="Times New Roman" w:cs="Times New Roman"/>
          <w:sz w:val="24"/>
          <w:szCs w:val="24"/>
          <w:lang w:val="vi-VN"/>
        </w:rPr>
      </w:pPr>
      <w:bookmarkStart w:id="5" w:name="_Hlk156941180"/>
      <w:bookmarkEnd w:id="4"/>
      <w:r w:rsidRPr="00360D38">
        <w:rPr>
          <w:rFonts w:ascii="Times New Roman" w:eastAsia="Calibri" w:hAnsi="Times New Roman" w:cs="Times New Roman"/>
          <w:b/>
          <w:color w:val="000000" w:themeColor="text1"/>
          <w:sz w:val="24"/>
          <w:szCs w:val="24"/>
        </w:rPr>
        <w:lastRenderedPageBreak/>
        <w:t>Câu 3.</w:t>
      </w:r>
      <w:bookmarkStart w:id="6" w:name="c19q"/>
      <w:bookmarkEnd w:id="5"/>
      <w:bookmarkEnd w:id="6"/>
      <w:r w:rsidRPr="00360D38">
        <w:rPr>
          <w:rFonts w:ascii="Times New Roman" w:eastAsia="Calibri" w:hAnsi="Times New Roman" w:cs="Times New Roman"/>
          <w:sz w:val="24"/>
          <w:szCs w:val="24"/>
        </w:rPr>
        <w:t xml:space="preserve"> </w:t>
      </w:r>
      <w:r w:rsidR="00835823" w:rsidRPr="00360D38">
        <w:rPr>
          <w:rFonts w:ascii="Times New Roman" w:eastAsia="Calibri" w:hAnsi="Times New Roman" w:cs="Times New Roman"/>
          <w:sz w:val="24"/>
          <w:szCs w:val="24"/>
        </w:rPr>
        <w:t xml:space="preserve">Một hộp có 10 quả bóng trắng và 10 quả bóng đỏ; các quả bóng có kích thước và khối lượng giống nhau. Lấy ngẫu nhiên đồng thời 9 quả bóng trong hộp. Xác suất để trong 9 quả bóng được lấy ra có </w:t>
      </w:r>
      <w:r w:rsidR="00835823" w:rsidRPr="00360D38">
        <w:rPr>
          <w:rFonts w:ascii="Times New Roman" w:eastAsia="Calibri" w:hAnsi="Times New Roman" w:cs="Times New Roman"/>
          <w:sz w:val="24"/>
          <w:szCs w:val="24"/>
          <w:lang w:val="vi-VN"/>
        </w:rPr>
        <w:t>nhiều</w:t>
      </w:r>
      <w:r w:rsidR="00835823" w:rsidRPr="00360D38">
        <w:rPr>
          <w:rFonts w:ascii="Times New Roman" w:eastAsia="Calibri" w:hAnsi="Times New Roman" w:cs="Times New Roman"/>
          <w:sz w:val="24"/>
          <w:szCs w:val="24"/>
        </w:rPr>
        <w:t xml:space="preserve"> nhất </w:t>
      </w:r>
      <w:r w:rsidR="00835823" w:rsidRPr="00360D38">
        <w:rPr>
          <w:rFonts w:ascii="Times New Roman" w:eastAsia="Calibri" w:hAnsi="Times New Roman" w:cs="Times New Roman"/>
          <w:sz w:val="24"/>
          <w:szCs w:val="24"/>
          <w:lang w:val="vi-VN"/>
        </w:rPr>
        <w:t>hai</w:t>
      </w:r>
      <w:r w:rsidR="00835823" w:rsidRPr="00360D38">
        <w:rPr>
          <w:rFonts w:ascii="Times New Roman" w:eastAsia="Calibri" w:hAnsi="Times New Roman" w:cs="Times New Roman"/>
          <w:sz w:val="24"/>
          <w:szCs w:val="24"/>
        </w:rPr>
        <w:t xml:space="preserve"> quả bóng màu đỏ</w:t>
      </w:r>
      <w:r w:rsidR="00835823" w:rsidRPr="00360D38">
        <w:rPr>
          <w:rFonts w:ascii="Times New Roman" w:eastAsia="Calibri" w:hAnsi="Times New Roman" w:cs="Times New Roman"/>
          <w:sz w:val="24"/>
          <w:szCs w:val="24"/>
          <w:lang w:val="vi-VN"/>
        </w:rPr>
        <w:t xml:space="preserve"> bằng bao nhiêu?</w:t>
      </w:r>
    </w:p>
    <w:p w14:paraId="37E5ECCD" w14:textId="77777777" w:rsidR="00835823" w:rsidRPr="00360D38" w:rsidRDefault="002476B3" w:rsidP="00835823">
      <w:pPr>
        <w:tabs>
          <w:tab w:val="left" w:pos="0"/>
        </w:tabs>
        <w:spacing w:before="120" w:after="0" w:line="360" w:lineRule="auto"/>
        <w:ind w:firstLine="1"/>
        <w:rPr>
          <w:rFonts w:ascii="Times New Roman" w:eastAsia="Calibri" w:hAnsi="Times New Roman" w:cs="Times New Roman"/>
          <w:sz w:val="24"/>
          <w:szCs w:val="24"/>
        </w:rPr>
      </w:pPr>
      <w:r w:rsidRPr="00360D38">
        <w:rPr>
          <w:rFonts w:ascii="Times New Roman" w:eastAsia="Calibri" w:hAnsi="Times New Roman" w:cs="Times New Roman"/>
          <w:b/>
          <w:color w:val="000000" w:themeColor="text1"/>
          <w:sz w:val="24"/>
          <w:szCs w:val="24"/>
        </w:rPr>
        <w:t xml:space="preserve">Câu </w:t>
      </w:r>
      <w:bookmarkStart w:id="7" w:name="c21q"/>
      <w:bookmarkEnd w:id="7"/>
      <w:r w:rsidRPr="00360D38">
        <w:rPr>
          <w:rFonts w:ascii="Times New Roman" w:eastAsia="Calibri" w:hAnsi="Times New Roman" w:cs="Times New Roman"/>
          <w:b/>
          <w:color w:val="000000" w:themeColor="text1"/>
          <w:sz w:val="24"/>
          <w:szCs w:val="24"/>
        </w:rPr>
        <w:t>4.</w:t>
      </w:r>
      <w:r w:rsidRPr="00360D38">
        <w:rPr>
          <w:rFonts w:ascii="Times New Roman" w:eastAsia="Calibri" w:hAnsi="Times New Roman" w:cs="Times New Roman"/>
          <w:color w:val="000000" w:themeColor="text1"/>
          <w:sz w:val="24"/>
          <w:szCs w:val="24"/>
        </w:rPr>
        <w:t xml:space="preserve"> </w:t>
      </w:r>
      <w:r w:rsidR="00835823" w:rsidRPr="00360D38">
        <w:rPr>
          <w:rFonts w:ascii="Times New Roman" w:eastAsia="Calibri" w:hAnsi="Times New Roman" w:cs="Times New Roman"/>
          <w:sz w:val="24"/>
          <w:szCs w:val="24"/>
        </w:rPr>
        <w:t xml:space="preserve">Một vật chuyển động tròn đều chịu tác động của lực hướng tâm, quỹ đạo chuyển động của vật trong mặt phẳng toạ độ </w:t>
      </w:r>
      <w:r w:rsidR="00835823" w:rsidRPr="00360D38">
        <w:rPr>
          <w:rFonts w:ascii="Times New Roman" w:eastAsia="Calibri" w:hAnsi="Times New Roman" w:cs="Times New Roman"/>
          <w:position w:val="-10"/>
          <w:sz w:val="24"/>
          <w:szCs w:val="24"/>
        </w:rPr>
        <w:object w:dxaOrig="460" w:dyaOrig="320" w14:anchorId="3DE0579E">
          <v:shape id="_x0000_i1101" type="#_x0000_t75" style="width:23.7pt;height:15.95pt" o:ole="">
            <v:imagedata r:id="rId156" o:title=""/>
          </v:shape>
          <o:OLEObject Type="Embed" ProgID="Equation.DSMT4" ShapeID="_x0000_i1101" DrawAspect="Content" ObjectID="_1806929848" r:id="rId157"/>
        </w:object>
      </w:r>
      <w:r w:rsidR="00835823" w:rsidRPr="00360D38">
        <w:rPr>
          <w:rFonts w:ascii="Times New Roman" w:eastAsia="Calibri" w:hAnsi="Times New Roman" w:cs="Times New Roman"/>
          <w:sz w:val="24"/>
          <w:szCs w:val="24"/>
        </w:rPr>
        <w:t xml:space="preserve"> là đường tròn có phương trình </w:t>
      </w:r>
      <w:r w:rsidR="00835823" w:rsidRPr="00360D38">
        <w:rPr>
          <w:rFonts w:ascii="Times New Roman" w:eastAsia="Calibri" w:hAnsi="Times New Roman" w:cs="Times New Roman"/>
          <w:position w:val="-10"/>
          <w:sz w:val="24"/>
          <w:szCs w:val="24"/>
        </w:rPr>
        <w:object w:dxaOrig="1320" w:dyaOrig="360" w14:anchorId="628E15A6">
          <v:shape id="_x0000_i1102" type="#_x0000_t75" style="width:66.55pt;height:17.3pt" o:ole="">
            <v:imagedata r:id="rId158" o:title=""/>
          </v:shape>
          <o:OLEObject Type="Embed" ProgID="Equation.DSMT4" ShapeID="_x0000_i1102" DrawAspect="Content" ObjectID="_1806929849" r:id="rId159"/>
        </w:object>
      </w:r>
      <w:r w:rsidR="00835823" w:rsidRPr="00360D38">
        <w:rPr>
          <w:rFonts w:ascii="Times New Roman" w:eastAsia="Calibri" w:hAnsi="Times New Roman" w:cs="Times New Roman"/>
          <w:sz w:val="24"/>
          <w:szCs w:val="24"/>
        </w:rPr>
        <w:t xml:space="preserve">. Vật chuyển động đến điểm </w:t>
      </w:r>
      <w:r w:rsidR="00835823" w:rsidRPr="00360D38">
        <w:rPr>
          <w:rFonts w:ascii="Times New Roman" w:eastAsia="Calibri" w:hAnsi="Times New Roman" w:cs="Times New Roman"/>
          <w:position w:val="-10"/>
          <w:sz w:val="24"/>
          <w:szCs w:val="24"/>
        </w:rPr>
        <w:object w:dxaOrig="800" w:dyaOrig="320" w14:anchorId="7FE1658E">
          <v:shape id="_x0000_i1103" type="#_x0000_t75" style="width:40.55pt;height:15.95pt" o:ole="">
            <v:imagedata r:id="rId160" o:title=""/>
          </v:shape>
          <o:OLEObject Type="Embed" ProgID="Equation.DSMT4" ShapeID="_x0000_i1103" DrawAspect="Content" ObjectID="_1806929850" r:id="rId161"/>
        </w:object>
      </w:r>
      <w:r w:rsidR="00835823" w:rsidRPr="00360D38">
        <w:rPr>
          <w:rFonts w:ascii="Times New Roman" w:eastAsia="Calibri" w:hAnsi="Times New Roman" w:cs="Times New Roman"/>
          <w:sz w:val="24"/>
          <w:szCs w:val="24"/>
        </w:rPr>
        <w:t xml:space="preserve"> thì bị bay ra ngoài. Trong những giây đầu tiên sau khi vật bay ra ngoài, vật chuyển động trên đường thẳng là tiếp tuyến của đường tròn. Phương trình tiếp tuyến có dạng </w:t>
      </w:r>
      <w:r w:rsidR="00835823" w:rsidRPr="00360D38">
        <w:rPr>
          <w:rFonts w:ascii="Times New Roman" w:eastAsia="Calibri" w:hAnsi="Times New Roman" w:cs="Times New Roman"/>
          <w:position w:val="-10"/>
          <w:sz w:val="24"/>
          <w:szCs w:val="24"/>
        </w:rPr>
        <w:object w:dxaOrig="1420" w:dyaOrig="320" w14:anchorId="0501FA24">
          <v:shape id="_x0000_i1104" type="#_x0000_t75" style="width:71.1pt;height:15.95pt" o:ole="">
            <v:imagedata r:id="rId162" o:title=""/>
          </v:shape>
          <o:OLEObject Type="Embed" ProgID="Equation.DSMT4" ShapeID="_x0000_i1104" DrawAspect="Content" ObjectID="_1806929851" r:id="rId163"/>
        </w:object>
      </w:r>
      <w:r w:rsidR="00835823" w:rsidRPr="00360D38">
        <w:rPr>
          <w:rFonts w:ascii="Times New Roman" w:eastAsia="Calibri" w:hAnsi="Times New Roman" w:cs="Times New Roman"/>
          <w:sz w:val="24"/>
          <w:szCs w:val="24"/>
        </w:rPr>
        <w:t>. Tính a-b+c</w:t>
      </w:r>
    </w:p>
    <w:p w14:paraId="0EB562B0" w14:textId="77777777" w:rsidR="001D602A" w:rsidRPr="00360D38" w:rsidRDefault="001D602A" w:rsidP="001D602A">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PHẦN IV. Tự luận (</w:t>
      </w:r>
      <w:r w:rsidR="00626694" w:rsidRPr="00360D38">
        <w:rPr>
          <w:rFonts w:ascii="Times New Roman" w:hAnsi="Times New Roman" w:cs="Times New Roman"/>
          <w:b/>
          <w:sz w:val="24"/>
          <w:szCs w:val="24"/>
        </w:rPr>
        <w:t>3</w:t>
      </w:r>
      <w:r w:rsidRPr="00360D38">
        <w:rPr>
          <w:rFonts w:ascii="Times New Roman" w:hAnsi="Times New Roman" w:cs="Times New Roman"/>
          <w:b/>
          <w:sz w:val="24"/>
          <w:szCs w:val="24"/>
        </w:rPr>
        <w:t>.0 điểm)</w:t>
      </w:r>
    </w:p>
    <w:p w14:paraId="5F97A578" w14:textId="77777777" w:rsidR="0011586E" w:rsidRPr="00360D38" w:rsidRDefault="0011586E" w:rsidP="00622D13">
      <w:pPr>
        <w:spacing w:after="0" w:line="240" w:lineRule="auto"/>
        <w:rPr>
          <w:rFonts w:ascii="Times New Roman" w:hAnsi="Times New Roman" w:cs="Times New Roman"/>
          <w:sz w:val="24"/>
          <w:szCs w:val="24"/>
        </w:rPr>
      </w:pPr>
    </w:p>
    <w:p w14:paraId="1E9365CA" w14:textId="07322EF0" w:rsidR="009B1F54" w:rsidRPr="00360D38" w:rsidRDefault="002476B3" w:rsidP="009B1F54">
      <w:pPr>
        <w:spacing w:after="0" w:line="240" w:lineRule="auto"/>
        <w:ind w:left="25"/>
        <w:rPr>
          <w:rFonts w:ascii="Times New Roman" w:hAnsi="Times New Roman" w:cs="Times New Roman"/>
          <w:sz w:val="24"/>
          <w:szCs w:val="24"/>
        </w:rPr>
      </w:pPr>
      <w:r w:rsidRPr="00360D38">
        <w:rPr>
          <w:rFonts w:ascii="Times New Roman" w:eastAsia="Calibri" w:hAnsi="Times New Roman" w:cs="Times New Roman"/>
          <w:b/>
          <w:color w:val="000000" w:themeColor="text1"/>
          <w:sz w:val="24"/>
          <w:szCs w:val="24"/>
        </w:rPr>
        <w:t xml:space="preserve">Câu </w:t>
      </w:r>
      <w:r w:rsidRPr="00360D38">
        <w:rPr>
          <w:rFonts w:ascii="Times New Roman" w:eastAsia="Calibri" w:hAnsi="Times New Roman" w:cs="Times New Roman"/>
          <w:b/>
          <w:color w:val="000000" w:themeColor="text1"/>
          <w:sz w:val="24"/>
          <w:szCs w:val="24"/>
          <w:lang w:val="vi-VN"/>
        </w:rPr>
        <w:t>1</w:t>
      </w:r>
      <w:r w:rsidRPr="00360D38">
        <w:rPr>
          <w:rFonts w:ascii="Times New Roman" w:eastAsia="Calibri" w:hAnsi="Times New Roman" w:cs="Times New Roman"/>
          <w:b/>
          <w:color w:val="000000" w:themeColor="text1"/>
          <w:sz w:val="24"/>
          <w:szCs w:val="24"/>
        </w:rPr>
        <w:t xml:space="preserve">. </w:t>
      </w:r>
      <w:r w:rsidR="009B1F54" w:rsidRPr="00360D38">
        <w:rPr>
          <w:rFonts w:ascii="Times New Roman" w:hAnsi="Times New Roman" w:cs="Times New Roman"/>
          <w:b/>
          <w:sz w:val="24"/>
          <w:szCs w:val="24"/>
        </w:rPr>
        <w:t>(</w:t>
      </w:r>
      <w:r w:rsidR="009B1F54" w:rsidRPr="00360D38">
        <w:rPr>
          <w:rFonts w:ascii="Times New Roman" w:hAnsi="Times New Roman" w:cs="Times New Roman"/>
          <w:b/>
          <w:sz w:val="24"/>
          <w:szCs w:val="24"/>
          <w:lang w:val="vi-VN"/>
        </w:rPr>
        <w:t>1</w:t>
      </w:r>
      <w:r w:rsidR="009B1F54" w:rsidRPr="00360D38">
        <w:rPr>
          <w:rFonts w:ascii="Times New Roman" w:hAnsi="Times New Roman" w:cs="Times New Roman"/>
          <w:b/>
          <w:sz w:val="24"/>
          <w:szCs w:val="24"/>
        </w:rPr>
        <w:t>.0 điểm)</w:t>
      </w:r>
    </w:p>
    <w:p w14:paraId="3EC1B72B" w14:textId="1CCD913A" w:rsidR="002476B3" w:rsidRPr="00360D38" w:rsidRDefault="00470276" w:rsidP="002476B3">
      <w:pPr>
        <w:rPr>
          <w:rFonts w:ascii="Times New Roman" w:eastAsia="Calibri" w:hAnsi="Times New Roman" w:cs="Times New Roman"/>
          <w:bCs/>
          <w:color w:val="000000" w:themeColor="text1"/>
          <w:sz w:val="24"/>
          <w:szCs w:val="24"/>
          <w:lang w:val="vi-VN"/>
        </w:rPr>
      </w:pPr>
      <w:r w:rsidRPr="00360D38">
        <w:rPr>
          <w:rFonts w:ascii="Times New Roman" w:eastAsia="Calibri" w:hAnsi="Times New Roman" w:cs="Times New Roman"/>
          <w:bCs/>
          <w:color w:val="000000" w:themeColor="text1"/>
          <w:sz w:val="24"/>
          <w:szCs w:val="24"/>
          <w:lang w:val="vi-VN"/>
        </w:rPr>
        <w:t xml:space="preserve">Cho tập </w:t>
      </w:r>
      <w:r w:rsidRPr="00360D38">
        <w:rPr>
          <w:rFonts w:ascii="Times New Roman" w:eastAsia="Calibri" w:hAnsi="Times New Roman" w:cs="Times New Roman"/>
          <w:bCs/>
          <w:color w:val="000000" w:themeColor="text1"/>
          <w:position w:val="-14"/>
          <w:sz w:val="24"/>
          <w:szCs w:val="24"/>
          <w:lang w:val="vi-VN"/>
        </w:rPr>
        <w:object w:dxaOrig="1939" w:dyaOrig="400" w14:anchorId="6911CD0C">
          <v:shape id="_x0000_i1105" type="#_x0000_t75" style="width:97.05pt;height:20.05pt" o:ole="">
            <v:imagedata r:id="rId164" o:title=""/>
          </v:shape>
          <o:OLEObject Type="Embed" ProgID="Equation.DSMT4" ShapeID="_x0000_i1105" DrawAspect="Content" ObjectID="_1806929852" r:id="rId165"/>
        </w:object>
      </w:r>
      <w:r w:rsidRPr="00360D38">
        <w:rPr>
          <w:rFonts w:ascii="Times New Roman" w:eastAsia="Calibri" w:hAnsi="Times New Roman" w:cs="Times New Roman"/>
          <w:bCs/>
          <w:color w:val="000000" w:themeColor="text1"/>
          <w:sz w:val="24"/>
          <w:szCs w:val="24"/>
          <w:lang w:val="vi-VN"/>
        </w:rPr>
        <w:t>. Chọn ngẫu nhiên ba chữ số để lập thành một số tự nhiên.</w:t>
      </w:r>
    </w:p>
    <w:p w14:paraId="289CB035" w14:textId="20C9882E" w:rsidR="002476B3" w:rsidRPr="00360D38" w:rsidRDefault="002476B3" w:rsidP="002476B3">
      <w:pPr>
        <w:ind w:left="360"/>
        <w:rPr>
          <w:rFonts w:ascii="Times New Roman" w:eastAsia="Calibri" w:hAnsi="Times New Roman" w:cs="Times New Roman"/>
          <w:bCs/>
          <w:color w:val="000000" w:themeColor="text1"/>
          <w:sz w:val="24"/>
          <w:szCs w:val="24"/>
        </w:rPr>
      </w:pPr>
      <w:r w:rsidRPr="00360D38">
        <w:rPr>
          <w:rFonts w:ascii="Times New Roman" w:eastAsia="Calibri" w:hAnsi="Times New Roman" w:cs="Times New Roman"/>
          <w:b/>
          <w:bCs/>
          <w:sz w:val="24"/>
          <w:szCs w:val="24"/>
          <w:lang w:val="vi-VN"/>
        </w:rPr>
        <w:t>a</w:t>
      </w:r>
      <w:r w:rsidRPr="00360D38">
        <w:rPr>
          <w:rFonts w:ascii="Times New Roman" w:eastAsia="Calibri" w:hAnsi="Times New Roman" w:cs="Times New Roman"/>
          <w:b/>
          <w:bCs/>
          <w:sz w:val="24"/>
          <w:szCs w:val="24"/>
        </w:rPr>
        <w:t>)</w:t>
      </w:r>
      <w:r w:rsidRPr="00360D38">
        <w:rPr>
          <w:rFonts w:ascii="Times New Roman" w:eastAsia="Calibri" w:hAnsi="Times New Roman" w:cs="Times New Roman"/>
          <w:bCs/>
          <w:sz w:val="24"/>
          <w:szCs w:val="24"/>
          <w:lang w:val="vi-VN"/>
        </w:rPr>
        <w:t xml:space="preserve"> </w:t>
      </w:r>
      <w:r w:rsidR="00470276" w:rsidRPr="00360D38">
        <w:rPr>
          <w:rFonts w:ascii="Times New Roman" w:eastAsia="Calibri" w:hAnsi="Times New Roman" w:cs="Times New Roman"/>
          <w:bCs/>
          <w:sz w:val="24"/>
          <w:szCs w:val="24"/>
          <w:lang w:val="vi-VN"/>
        </w:rPr>
        <w:t>Lập được bao nhiêu số mà các chữ số đôi một khác nhau?</w:t>
      </w:r>
    </w:p>
    <w:p w14:paraId="1E20B4F4" w14:textId="5C62FCC0" w:rsidR="002476B3" w:rsidRPr="00360D38" w:rsidRDefault="00470276" w:rsidP="00470276">
      <w:pPr>
        <w:tabs>
          <w:tab w:val="left" w:pos="3402"/>
          <w:tab w:val="left" w:pos="5669"/>
          <w:tab w:val="left" w:pos="7937"/>
        </w:tabs>
        <w:spacing w:after="0" w:line="240" w:lineRule="auto"/>
        <w:ind w:left="709" w:hanging="709"/>
        <w:jc w:val="both"/>
        <w:rPr>
          <w:rFonts w:ascii="Times New Roman" w:eastAsia="Calibri" w:hAnsi="Times New Roman" w:cs="Times New Roman"/>
          <w:sz w:val="24"/>
          <w:szCs w:val="24"/>
        </w:rPr>
      </w:pPr>
      <w:r w:rsidRPr="00360D38">
        <w:rPr>
          <w:rFonts w:ascii="Times New Roman" w:eastAsia="Calibri" w:hAnsi="Times New Roman" w:cs="Times New Roman"/>
          <w:b/>
          <w:bCs/>
          <w:sz w:val="24"/>
          <w:szCs w:val="24"/>
          <w:lang w:val="vi-VN"/>
        </w:rPr>
        <w:t xml:space="preserve">      </w:t>
      </w:r>
      <w:r w:rsidR="002476B3" w:rsidRPr="00360D38">
        <w:rPr>
          <w:rFonts w:ascii="Times New Roman" w:eastAsia="Calibri" w:hAnsi="Times New Roman" w:cs="Times New Roman"/>
          <w:b/>
          <w:bCs/>
          <w:sz w:val="24"/>
          <w:szCs w:val="24"/>
          <w:lang w:val="vi-VN"/>
        </w:rPr>
        <w:t>b</w:t>
      </w:r>
      <w:r w:rsidR="002476B3" w:rsidRPr="00360D38">
        <w:rPr>
          <w:rFonts w:ascii="Times New Roman" w:eastAsia="Calibri" w:hAnsi="Times New Roman" w:cs="Times New Roman"/>
          <w:b/>
          <w:bCs/>
          <w:sz w:val="24"/>
          <w:szCs w:val="24"/>
        </w:rPr>
        <w:t>)</w:t>
      </w:r>
      <w:r w:rsidR="002476B3"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bCs/>
          <w:color w:val="000000" w:themeColor="text1"/>
          <w:sz w:val="24"/>
          <w:szCs w:val="24"/>
          <w:lang w:val="vi-VN"/>
        </w:rPr>
        <w:t xml:space="preserve">Lập được </w:t>
      </w:r>
      <w:r w:rsidRPr="00360D38">
        <w:rPr>
          <w:rFonts w:ascii="Times New Roman" w:eastAsia="Calibri" w:hAnsi="Times New Roman" w:cs="Times New Roman"/>
          <w:sz w:val="24"/>
          <w:szCs w:val="24"/>
        </w:rPr>
        <w:t xml:space="preserve">bao nhiêu </w:t>
      </w:r>
      <w:r w:rsidRPr="00360D38">
        <w:rPr>
          <w:rFonts w:ascii="Times New Roman" w:eastAsia="Calibri" w:hAnsi="Times New Roman" w:cs="Times New Roman"/>
          <w:sz w:val="24"/>
          <w:szCs w:val="24"/>
          <w:lang w:val="vi-VN"/>
        </w:rPr>
        <w:t>số</w:t>
      </w:r>
      <w:r w:rsidRPr="00360D38">
        <w:rPr>
          <w:rFonts w:ascii="Times New Roman" w:eastAsia="Calibri" w:hAnsi="Times New Roman" w:cs="Times New Roman"/>
          <w:sz w:val="24"/>
          <w:szCs w:val="24"/>
        </w:rPr>
        <w:t xml:space="preserve"> chia hết cho 2 mà mỗi số có ba chữ số khác nhau?</w:t>
      </w:r>
    </w:p>
    <w:p w14:paraId="1983C5CD" w14:textId="77777777" w:rsidR="00CD562B" w:rsidRPr="00360D38" w:rsidRDefault="002476B3" w:rsidP="00CD562B">
      <w:pPr>
        <w:tabs>
          <w:tab w:val="left" w:pos="992"/>
        </w:tabs>
        <w:spacing w:after="0" w:line="360" w:lineRule="auto"/>
        <w:ind w:left="992" w:hanging="992"/>
        <w:jc w:val="both"/>
        <w:rPr>
          <w:rFonts w:ascii="Times New Roman" w:hAnsi="Times New Roman" w:cs="Times New Roman"/>
          <w:b/>
          <w:sz w:val="24"/>
          <w:szCs w:val="24"/>
          <w:lang w:val="vi-VN"/>
        </w:rPr>
      </w:pPr>
      <w:r w:rsidRPr="00360D38">
        <w:rPr>
          <w:rFonts w:ascii="Times New Roman" w:eastAsia="Calibri" w:hAnsi="Times New Roman" w:cs="Times New Roman"/>
          <w:b/>
          <w:sz w:val="24"/>
          <w:szCs w:val="24"/>
          <w:lang w:val="vi-VN"/>
        </w:rPr>
        <w:t xml:space="preserve">Câu 2. </w:t>
      </w:r>
      <w:r w:rsidR="009B1F54" w:rsidRPr="00360D38">
        <w:rPr>
          <w:rFonts w:ascii="Times New Roman" w:hAnsi="Times New Roman" w:cs="Times New Roman"/>
          <w:b/>
          <w:sz w:val="24"/>
          <w:szCs w:val="24"/>
        </w:rPr>
        <w:t>(</w:t>
      </w:r>
      <w:r w:rsidR="009B1F54" w:rsidRPr="00360D38">
        <w:rPr>
          <w:rFonts w:ascii="Times New Roman" w:hAnsi="Times New Roman" w:cs="Times New Roman"/>
          <w:b/>
          <w:sz w:val="24"/>
          <w:szCs w:val="24"/>
          <w:lang w:val="vi-VN"/>
        </w:rPr>
        <w:t>1</w:t>
      </w:r>
      <w:r w:rsidR="009B1F54" w:rsidRPr="00360D38">
        <w:rPr>
          <w:rFonts w:ascii="Times New Roman" w:hAnsi="Times New Roman" w:cs="Times New Roman"/>
          <w:b/>
          <w:sz w:val="24"/>
          <w:szCs w:val="24"/>
        </w:rPr>
        <w:t>.0 điểm)</w:t>
      </w:r>
      <w:r w:rsidR="00CD562B" w:rsidRPr="00360D38">
        <w:rPr>
          <w:rFonts w:ascii="Times New Roman" w:hAnsi="Times New Roman" w:cs="Times New Roman"/>
          <w:b/>
          <w:sz w:val="24"/>
          <w:szCs w:val="24"/>
          <w:lang w:val="vi-VN"/>
        </w:rPr>
        <w:t xml:space="preserve"> </w:t>
      </w:r>
    </w:p>
    <w:p w14:paraId="39B6E811" w14:textId="7CD47DC8" w:rsidR="009B1F54" w:rsidRPr="00360D38" w:rsidRDefault="00CD562B" w:rsidP="00F40A40">
      <w:pPr>
        <w:tabs>
          <w:tab w:val="left" w:pos="1276"/>
        </w:tabs>
        <w:spacing w:after="0" w:line="360" w:lineRule="auto"/>
        <w:ind w:left="142"/>
        <w:rPr>
          <w:rFonts w:ascii="Times New Roman" w:eastAsia="Calibri" w:hAnsi="Times New Roman" w:cs="Times New Roman"/>
          <w:color w:val="000000"/>
          <w:sz w:val="24"/>
          <w:szCs w:val="24"/>
        </w:rPr>
      </w:pPr>
      <w:r w:rsidRPr="00360D38">
        <w:rPr>
          <w:rFonts w:ascii="Times New Roman" w:eastAsia="Calibri" w:hAnsi="Times New Roman" w:cs="Times New Roman"/>
          <w:color w:val="000000"/>
          <w:sz w:val="24"/>
          <w:szCs w:val="24"/>
          <w:lang w:val="vi-VN"/>
        </w:rPr>
        <w:t>Cho 2 hộp đự</w:t>
      </w:r>
      <w:r w:rsidR="00F40A40" w:rsidRPr="00360D38">
        <w:rPr>
          <w:rFonts w:ascii="Times New Roman" w:eastAsia="Calibri" w:hAnsi="Times New Roman" w:cs="Times New Roman"/>
          <w:color w:val="000000"/>
          <w:sz w:val="24"/>
          <w:szCs w:val="24"/>
          <w:lang w:val="vi-VN"/>
        </w:rPr>
        <w:t>ng bi</w:t>
      </w:r>
      <w:r w:rsidRPr="00360D38">
        <w:rPr>
          <w:rFonts w:ascii="Times New Roman" w:eastAsia="Calibri" w:hAnsi="Times New Roman" w:cs="Times New Roman"/>
          <w:color w:val="000000"/>
          <w:sz w:val="24"/>
          <w:szCs w:val="24"/>
          <w:lang w:val="vi-VN"/>
        </w:rPr>
        <w:t>.</w:t>
      </w:r>
      <w:r w:rsidRPr="00360D38">
        <w:rPr>
          <w:rFonts w:ascii="Times New Roman" w:eastAsia="Calibri" w:hAnsi="Times New Roman" w:cs="Times New Roman"/>
          <w:color w:val="000000"/>
          <w:sz w:val="24"/>
          <w:szCs w:val="24"/>
        </w:rPr>
        <w:t xml:space="preserve"> </w:t>
      </w:r>
      <w:r w:rsidRPr="00360D38">
        <w:rPr>
          <w:rFonts w:ascii="Times New Roman" w:eastAsia="Calibri" w:hAnsi="Times New Roman" w:cs="Times New Roman"/>
          <w:color w:val="000000"/>
          <w:sz w:val="24"/>
          <w:szCs w:val="24"/>
          <w:lang w:val="vi-VN"/>
        </w:rPr>
        <w:t>H</w:t>
      </w:r>
      <w:r w:rsidRPr="00360D38">
        <w:rPr>
          <w:rFonts w:ascii="Times New Roman" w:eastAsia="Calibri" w:hAnsi="Times New Roman" w:cs="Times New Roman"/>
          <w:color w:val="000000"/>
          <w:sz w:val="24"/>
          <w:szCs w:val="24"/>
        </w:rPr>
        <w:t>ộp</w:t>
      </w:r>
      <w:r w:rsidRPr="00360D38">
        <w:rPr>
          <w:rFonts w:ascii="Times New Roman" w:eastAsia="Calibri" w:hAnsi="Times New Roman" w:cs="Times New Roman"/>
          <w:color w:val="000000"/>
          <w:sz w:val="24"/>
          <w:szCs w:val="24"/>
          <w:lang w:val="vi-VN"/>
        </w:rPr>
        <w:t xml:space="preserve"> số 1</w:t>
      </w:r>
      <w:r w:rsidRPr="00360D38">
        <w:rPr>
          <w:rFonts w:ascii="Times New Roman" w:eastAsia="Calibri" w:hAnsi="Times New Roman" w:cs="Times New Roman"/>
          <w:color w:val="000000"/>
          <w:sz w:val="24"/>
          <w:szCs w:val="24"/>
        </w:rPr>
        <w:t xml:space="preserve"> đự</w:t>
      </w:r>
      <w:r w:rsidR="00F40A40" w:rsidRPr="00360D38">
        <w:rPr>
          <w:rFonts w:ascii="Times New Roman" w:eastAsia="Calibri" w:hAnsi="Times New Roman" w:cs="Times New Roman"/>
          <w:color w:val="000000"/>
          <w:sz w:val="24"/>
          <w:szCs w:val="24"/>
        </w:rPr>
        <w:t xml:space="preserve">ng 6 </w:t>
      </w:r>
      <w:r w:rsidR="00F40A40" w:rsidRPr="00360D38">
        <w:rPr>
          <w:rFonts w:ascii="Times New Roman" w:eastAsia="Calibri" w:hAnsi="Times New Roman" w:cs="Times New Roman"/>
          <w:color w:val="000000"/>
          <w:sz w:val="24"/>
          <w:szCs w:val="24"/>
          <w:lang w:val="vi-VN"/>
        </w:rPr>
        <w:t xml:space="preserve">viên bi </w:t>
      </w:r>
      <w:r w:rsidR="00310720" w:rsidRPr="00360D38">
        <w:rPr>
          <w:rFonts w:ascii="Times New Roman" w:eastAsia="Calibri" w:hAnsi="Times New Roman" w:cs="Times New Roman"/>
          <w:color w:val="000000"/>
          <w:sz w:val="24"/>
          <w:szCs w:val="24"/>
          <w:lang w:val="vi-VN"/>
        </w:rPr>
        <w:t>đỏ</w:t>
      </w:r>
      <w:r w:rsidRPr="00360D38">
        <w:rPr>
          <w:rFonts w:ascii="Times New Roman" w:eastAsia="Calibri" w:hAnsi="Times New Roman" w:cs="Times New Roman"/>
          <w:color w:val="000000"/>
          <w:sz w:val="24"/>
          <w:szCs w:val="24"/>
        </w:rPr>
        <w:t>.</w:t>
      </w:r>
      <w:r w:rsidRPr="00360D38">
        <w:rPr>
          <w:rFonts w:ascii="Times New Roman" w:eastAsia="Calibri" w:hAnsi="Times New Roman" w:cs="Times New Roman"/>
          <w:color w:val="000000"/>
          <w:sz w:val="24"/>
          <w:szCs w:val="24"/>
          <w:lang w:val="vi-VN"/>
        </w:rPr>
        <w:t xml:space="preserve"> </w:t>
      </w:r>
      <w:r w:rsidRPr="00360D38">
        <w:rPr>
          <w:rFonts w:ascii="Times New Roman" w:eastAsia="Calibri" w:hAnsi="Times New Roman" w:cs="Times New Roman"/>
          <w:color w:val="000000"/>
          <w:sz w:val="24"/>
          <w:szCs w:val="24"/>
        </w:rPr>
        <w:t>Hộp</w:t>
      </w:r>
      <w:r w:rsidRPr="00360D38">
        <w:rPr>
          <w:rFonts w:ascii="Times New Roman" w:eastAsia="Calibri" w:hAnsi="Times New Roman" w:cs="Times New Roman"/>
          <w:color w:val="000000"/>
          <w:sz w:val="24"/>
          <w:szCs w:val="24"/>
          <w:lang w:val="vi-VN"/>
        </w:rPr>
        <w:t xml:space="preserve"> số</w:t>
      </w:r>
      <w:r w:rsidRPr="00360D38">
        <w:rPr>
          <w:rFonts w:ascii="Times New Roman" w:eastAsia="Calibri" w:hAnsi="Times New Roman" w:cs="Times New Roman"/>
          <w:color w:val="000000"/>
          <w:sz w:val="24"/>
          <w:szCs w:val="24"/>
        </w:rPr>
        <w:t xml:space="preserve"> 2 đự</w:t>
      </w:r>
      <w:r w:rsidR="00310720" w:rsidRPr="00360D38">
        <w:rPr>
          <w:rFonts w:ascii="Times New Roman" w:eastAsia="Calibri" w:hAnsi="Times New Roman" w:cs="Times New Roman"/>
          <w:color w:val="000000"/>
          <w:sz w:val="24"/>
          <w:szCs w:val="24"/>
        </w:rPr>
        <w:t xml:space="preserve">ng 9 </w:t>
      </w:r>
      <w:r w:rsidR="00310720" w:rsidRPr="00360D38">
        <w:rPr>
          <w:rFonts w:ascii="Times New Roman" w:eastAsia="Calibri" w:hAnsi="Times New Roman" w:cs="Times New Roman"/>
          <w:color w:val="000000"/>
          <w:sz w:val="24"/>
          <w:szCs w:val="24"/>
          <w:lang w:val="vi-VN"/>
        </w:rPr>
        <w:t>viên bi xanh</w:t>
      </w:r>
      <w:r w:rsidRPr="00360D38">
        <w:rPr>
          <w:rFonts w:ascii="Times New Roman" w:eastAsia="Calibri" w:hAnsi="Times New Roman" w:cs="Times New Roman"/>
          <w:color w:val="000000"/>
          <w:sz w:val="24"/>
          <w:szCs w:val="24"/>
        </w:rPr>
        <w:t>.</w:t>
      </w:r>
      <w:r w:rsidRPr="00360D38">
        <w:rPr>
          <w:rFonts w:ascii="Times New Roman" w:eastAsia="Calibri" w:hAnsi="Times New Roman" w:cs="Times New Roman"/>
          <w:color w:val="000000"/>
          <w:sz w:val="24"/>
          <w:szCs w:val="24"/>
          <w:lang w:val="vi-VN"/>
        </w:rPr>
        <w:t xml:space="preserve"> </w:t>
      </w:r>
      <w:r w:rsidRPr="00360D38">
        <w:rPr>
          <w:rFonts w:ascii="Times New Roman" w:eastAsia="Calibri" w:hAnsi="Times New Roman" w:cs="Times New Roman"/>
          <w:color w:val="000000"/>
          <w:sz w:val="24"/>
          <w:szCs w:val="24"/>
        </w:rPr>
        <w:t>Chọn ngẫu nhiên</w:t>
      </w:r>
      <w:r w:rsidRPr="00360D38">
        <w:rPr>
          <w:rFonts w:ascii="Times New Roman" w:eastAsia="Calibri" w:hAnsi="Times New Roman" w:cs="Times New Roman"/>
          <w:color w:val="000000"/>
          <w:sz w:val="24"/>
          <w:szCs w:val="24"/>
          <w:lang w:val="vi-VN"/>
        </w:rPr>
        <w:t xml:space="preserve"> mỗi</w:t>
      </w:r>
      <w:r w:rsidRPr="00360D38">
        <w:rPr>
          <w:rFonts w:ascii="Times New Roman" w:eastAsia="Calibri" w:hAnsi="Times New Roman" w:cs="Times New Roman"/>
          <w:color w:val="000000"/>
          <w:sz w:val="24"/>
          <w:szCs w:val="24"/>
        </w:rPr>
        <w:t xml:space="preserve"> hộ</w:t>
      </w:r>
      <w:r w:rsidR="00310720" w:rsidRPr="00360D38">
        <w:rPr>
          <w:rFonts w:ascii="Times New Roman" w:eastAsia="Calibri" w:hAnsi="Times New Roman" w:cs="Times New Roman"/>
          <w:color w:val="000000"/>
          <w:sz w:val="24"/>
          <w:szCs w:val="24"/>
        </w:rPr>
        <w:t xml:space="preserve">p </w:t>
      </w:r>
      <w:r w:rsidR="00310720" w:rsidRPr="00360D38">
        <w:rPr>
          <w:rFonts w:ascii="Times New Roman" w:eastAsia="Calibri" w:hAnsi="Times New Roman" w:cs="Times New Roman"/>
          <w:color w:val="000000"/>
          <w:sz w:val="24"/>
          <w:szCs w:val="24"/>
          <w:lang w:val="vi-VN"/>
        </w:rPr>
        <w:t>ba</w:t>
      </w:r>
      <w:r w:rsidR="00310720" w:rsidRPr="00360D38">
        <w:rPr>
          <w:rFonts w:ascii="Times New Roman" w:eastAsia="Calibri" w:hAnsi="Times New Roman" w:cs="Times New Roman"/>
          <w:color w:val="000000"/>
          <w:sz w:val="24"/>
          <w:szCs w:val="24"/>
        </w:rPr>
        <w:t xml:space="preserve"> </w:t>
      </w:r>
      <w:r w:rsidR="00310720" w:rsidRPr="00360D38">
        <w:rPr>
          <w:rFonts w:ascii="Times New Roman" w:eastAsia="Calibri" w:hAnsi="Times New Roman" w:cs="Times New Roman"/>
          <w:color w:val="000000"/>
          <w:sz w:val="24"/>
          <w:szCs w:val="24"/>
          <w:lang w:val="vi-VN"/>
        </w:rPr>
        <w:t>viên bi</w:t>
      </w:r>
      <w:r w:rsidRPr="00360D38">
        <w:rPr>
          <w:rFonts w:ascii="Times New Roman" w:eastAsia="Calibri" w:hAnsi="Times New Roman" w:cs="Times New Roman"/>
          <w:color w:val="000000"/>
          <w:sz w:val="24"/>
          <w:szCs w:val="24"/>
        </w:rPr>
        <w:t>.</w:t>
      </w:r>
      <w:r w:rsidRPr="00360D38">
        <w:rPr>
          <w:rFonts w:ascii="Times New Roman" w:eastAsia="Calibri" w:hAnsi="Times New Roman" w:cs="Times New Roman"/>
          <w:color w:val="000000"/>
          <w:sz w:val="24"/>
          <w:szCs w:val="24"/>
          <w:lang w:val="vi-VN"/>
        </w:rPr>
        <w:t xml:space="preserve"> </w:t>
      </w:r>
      <w:r w:rsidRPr="00360D38">
        <w:rPr>
          <w:rFonts w:ascii="Times New Roman" w:eastAsia="Calibri" w:hAnsi="Times New Roman" w:cs="Times New Roman"/>
          <w:color w:val="000000"/>
          <w:sz w:val="24"/>
          <w:szCs w:val="24"/>
        </w:rPr>
        <w:t xml:space="preserve">Gọi </w:t>
      </w:r>
      <w:r w:rsidRPr="00360D38">
        <w:rPr>
          <w:rFonts w:ascii="Times New Roman" w:eastAsia="Calibri" w:hAnsi="Times New Roman" w:cs="Times New Roman"/>
          <w:i/>
          <w:color w:val="000000"/>
          <w:sz w:val="24"/>
          <w:szCs w:val="24"/>
        </w:rPr>
        <w:t xml:space="preserve">A </w:t>
      </w:r>
      <w:r w:rsidRPr="00360D38">
        <w:rPr>
          <w:rFonts w:ascii="Times New Roman" w:eastAsia="Calibri" w:hAnsi="Times New Roman" w:cs="Times New Roman"/>
          <w:color w:val="000000"/>
          <w:sz w:val="24"/>
          <w:szCs w:val="24"/>
        </w:rPr>
        <w:t>là biến cố:</w:t>
      </w:r>
      <w:r w:rsidRPr="00360D38">
        <w:rPr>
          <w:rFonts w:ascii="Times New Roman" w:eastAsia="Calibri" w:hAnsi="Times New Roman" w:cs="Times New Roman"/>
          <w:color w:val="000000"/>
          <w:sz w:val="24"/>
          <w:szCs w:val="24"/>
          <w:lang w:val="vi-VN"/>
        </w:rPr>
        <w:t xml:space="preserve"> “</w:t>
      </w:r>
      <w:r w:rsidRPr="00360D38">
        <w:rPr>
          <w:rFonts w:ascii="Times New Roman" w:eastAsia="Calibri" w:hAnsi="Times New Roman" w:cs="Times New Roman"/>
          <w:color w:val="000000"/>
          <w:sz w:val="24"/>
          <w:szCs w:val="24"/>
        </w:rPr>
        <w:t>Lấy đượ</w:t>
      </w:r>
      <w:r w:rsidR="00310720" w:rsidRPr="00360D38">
        <w:rPr>
          <w:rFonts w:ascii="Times New Roman" w:eastAsia="Calibri" w:hAnsi="Times New Roman" w:cs="Times New Roman"/>
          <w:color w:val="000000"/>
          <w:sz w:val="24"/>
          <w:szCs w:val="24"/>
        </w:rPr>
        <w:t xml:space="preserve">c </w:t>
      </w:r>
      <w:r w:rsidR="00310720" w:rsidRPr="00360D38">
        <w:rPr>
          <w:rFonts w:ascii="Times New Roman" w:eastAsia="Calibri" w:hAnsi="Times New Roman" w:cs="Times New Roman"/>
          <w:color w:val="000000"/>
          <w:sz w:val="24"/>
          <w:szCs w:val="24"/>
          <w:lang w:val="vi-VN"/>
        </w:rPr>
        <w:t>3</w:t>
      </w:r>
      <w:r w:rsidR="00310720" w:rsidRPr="00360D38">
        <w:rPr>
          <w:rFonts w:ascii="Times New Roman" w:eastAsia="Calibri" w:hAnsi="Times New Roman" w:cs="Times New Roman"/>
          <w:color w:val="000000"/>
          <w:sz w:val="24"/>
          <w:szCs w:val="24"/>
        </w:rPr>
        <w:t xml:space="preserve"> </w:t>
      </w:r>
      <w:r w:rsidR="00310720" w:rsidRPr="00360D38">
        <w:rPr>
          <w:rFonts w:ascii="Times New Roman" w:eastAsia="Calibri" w:hAnsi="Times New Roman" w:cs="Times New Roman"/>
          <w:color w:val="000000"/>
          <w:sz w:val="24"/>
          <w:szCs w:val="24"/>
          <w:lang w:val="vi-VN"/>
        </w:rPr>
        <w:t>viên bi</w:t>
      </w:r>
      <w:r w:rsidR="00310720" w:rsidRPr="00360D38">
        <w:rPr>
          <w:rFonts w:ascii="Times New Roman" w:eastAsia="Calibri" w:hAnsi="Times New Roman" w:cs="Times New Roman"/>
          <w:color w:val="000000"/>
          <w:sz w:val="24"/>
          <w:szCs w:val="24"/>
        </w:rPr>
        <w:t xml:space="preserve"> </w:t>
      </w:r>
      <w:r w:rsidR="00310720" w:rsidRPr="00360D38">
        <w:rPr>
          <w:rFonts w:ascii="Times New Roman" w:eastAsia="Calibri" w:hAnsi="Times New Roman" w:cs="Times New Roman"/>
          <w:color w:val="000000"/>
          <w:sz w:val="24"/>
          <w:szCs w:val="24"/>
          <w:lang w:val="vi-VN"/>
        </w:rPr>
        <w:t>sao cho có nhiều nhất 2 bi xanh</w:t>
      </w:r>
      <w:r w:rsidRPr="00360D38">
        <w:rPr>
          <w:rFonts w:ascii="Times New Roman" w:eastAsia="Calibri" w:hAnsi="Times New Roman" w:cs="Times New Roman"/>
          <w:color w:val="000000"/>
          <w:sz w:val="24"/>
          <w:szCs w:val="24"/>
          <w:lang w:val="vi-VN"/>
        </w:rPr>
        <w:t>”</w:t>
      </w:r>
      <w:r w:rsidRPr="00360D38">
        <w:rPr>
          <w:rFonts w:ascii="Times New Roman" w:eastAsia="Calibri" w:hAnsi="Times New Roman" w:cs="Times New Roman"/>
          <w:color w:val="000000"/>
          <w:sz w:val="24"/>
          <w:szCs w:val="24"/>
        </w:rPr>
        <w:t>.</w:t>
      </w:r>
    </w:p>
    <w:p w14:paraId="67CAA3FE" w14:textId="602E23AB" w:rsidR="002476B3" w:rsidRPr="00360D38" w:rsidRDefault="002476B3" w:rsidP="007C5B20">
      <w:pPr>
        <w:ind w:left="360"/>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a)</w:t>
      </w:r>
      <w:r w:rsidRPr="00360D38">
        <w:rPr>
          <w:rFonts w:ascii="Times New Roman" w:eastAsia="Calibri" w:hAnsi="Times New Roman" w:cs="Times New Roman"/>
          <w:sz w:val="24"/>
          <w:szCs w:val="24"/>
          <w:lang w:val="vi-VN"/>
        </w:rPr>
        <w:t xml:space="preserve"> </w:t>
      </w:r>
      <w:r w:rsidR="00CD562B" w:rsidRPr="00360D38">
        <w:rPr>
          <w:rFonts w:ascii="Times New Roman" w:eastAsia="Calibri" w:hAnsi="Times New Roman" w:cs="Times New Roman"/>
          <w:sz w:val="24"/>
          <w:szCs w:val="24"/>
          <w:lang w:val="vi-VN"/>
        </w:rPr>
        <w:t xml:space="preserve">Gọi </w:t>
      </w:r>
      <w:r w:rsidR="00397892" w:rsidRPr="00360D38">
        <w:rPr>
          <w:rFonts w:ascii="Times New Roman" w:eastAsia="Calibri" w:hAnsi="Times New Roman" w:cs="Times New Roman"/>
          <w:position w:val="-4"/>
          <w:sz w:val="24"/>
          <w:szCs w:val="24"/>
          <w:lang w:val="vi-VN"/>
        </w:rPr>
        <w:object w:dxaOrig="260" w:dyaOrig="260" w14:anchorId="5645F32B">
          <v:shape id="_x0000_i1106" type="#_x0000_t75" style="width:13.2pt;height:13.2pt" o:ole="">
            <v:imagedata r:id="rId166" o:title=""/>
          </v:shape>
          <o:OLEObject Type="Embed" ProgID="Equation.DSMT4" ShapeID="_x0000_i1106" DrawAspect="Content" ObjectID="_1806929853" r:id="rId167"/>
        </w:object>
      </w:r>
      <w:r w:rsidR="00397892" w:rsidRPr="00360D38">
        <w:rPr>
          <w:rFonts w:ascii="Times New Roman" w:eastAsia="Calibri" w:hAnsi="Times New Roman" w:cs="Times New Roman"/>
          <w:sz w:val="24"/>
          <w:szCs w:val="24"/>
          <w:lang w:val="vi-VN"/>
        </w:rPr>
        <w:t xml:space="preserve"> là không gian mẫu trong trò chơi trên. Tính số phần tử của tập hợp </w:t>
      </w:r>
      <w:r w:rsidR="00397892" w:rsidRPr="00360D38">
        <w:rPr>
          <w:rFonts w:ascii="Times New Roman" w:eastAsia="Calibri" w:hAnsi="Times New Roman" w:cs="Times New Roman"/>
          <w:position w:val="-4"/>
          <w:sz w:val="24"/>
          <w:szCs w:val="24"/>
          <w:lang w:val="vi-VN"/>
        </w:rPr>
        <w:object w:dxaOrig="260" w:dyaOrig="260" w14:anchorId="514FA53A">
          <v:shape id="_x0000_i1107" type="#_x0000_t75" style="width:13.2pt;height:13.2pt" o:ole="">
            <v:imagedata r:id="rId166" o:title=""/>
          </v:shape>
          <o:OLEObject Type="Embed" ProgID="Equation.DSMT4" ShapeID="_x0000_i1107" DrawAspect="Content" ObjectID="_1806929854" r:id="rId168"/>
        </w:object>
      </w:r>
      <w:r w:rsidR="00397892" w:rsidRPr="00360D38">
        <w:rPr>
          <w:rFonts w:ascii="Times New Roman" w:eastAsia="Calibri" w:hAnsi="Times New Roman" w:cs="Times New Roman"/>
          <w:sz w:val="24"/>
          <w:szCs w:val="24"/>
          <w:lang w:val="vi-VN"/>
        </w:rPr>
        <w:t>.</w:t>
      </w:r>
    </w:p>
    <w:p w14:paraId="64023FAE" w14:textId="4ACC9288" w:rsidR="002476B3" w:rsidRPr="00360D38" w:rsidRDefault="002476B3" w:rsidP="002476B3">
      <w:pPr>
        <w:ind w:left="360"/>
        <w:rPr>
          <w:rFonts w:ascii="Times New Roman" w:eastAsia="Calibri" w:hAnsi="Times New Roman" w:cs="Times New Roman"/>
          <w:sz w:val="24"/>
          <w:szCs w:val="24"/>
        </w:rPr>
      </w:pPr>
      <w:r w:rsidRPr="00360D38">
        <w:rPr>
          <w:rFonts w:ascii="Times New Roman" w:eastAsia="Calibri" w:hAnsi="Times New Roman" w:cs="Times New Roman"/>
          <w:b/>
          <w:sz w:val="24"/>
          <w:szCs w:val="24"/>
          <w:lang w:val="vi-VN"/>
        </w:rPr>
        <w:t>b)</w:t>
      </w:r>
      <w:r w:rsidRPr="00360D38">
        <w:rPr>
          <w:rFonts w:ascii="Times New Roman" w:eastAsia="Calibri" w:hAnsi="Times New Roman" w:cs="Times New Roman"/>
          <w:sz w:val="24"/>
          <w:szCs w:val="24"/>
          <w:lang w:val="vi-VN"/>
        </w:rPr>
        <w:t xml:space="preserve"> </w:t>
      </w:r>
      <w:r w:rsidR="00397892" w:rsidRPr="00360D38">
        <w:rPr>
          <w:rFonts w:ascii="Times New Roman" w:eastAsia="Calibri" w:hAnsi="Times New Roman" w:cs="Times New Roman"/>
          <w:sz w:val="24"/>
          <w:szCs w:val="24"/>
          <w:lang w:val="vi-VN"/>
        </w:rPr>
        <w:t xml:space="preserve">Tính xác suất của biến cố </w:t>
      </w:r>
      <w:r w:rsidR="00397892" w:rsidRPr="00360D38">
        <w:rPr>
          <w:rFonts w:ascii="Times New Roman" w:eastAsia="Calibri" w:hAnsi="Times New Roman" w:cs="Times New Roman"/>
          <w:i/>
          <w:sz w:val="24"/>
          <w:szCs w:val="24"/>
          <w:lang w:val="vi-VN"/>
        </w:rPr>
        <w:t>A</w:t>
      </w:r>
      <w:r w:rsidR="00397892" w:rsidRPr="00360D38">
        <w:rPr>
          <w:rFonts w:ascii="Times New Roman" w:eastAsia="Calibri" w:hAnsi="Times New Roman" w:cs="Times New Roman"/>
          <w:sz w:val="24"/>
          <w:szCs w:val="24"/>
          <w:lang w:val="vi-VN"/>
        </w:rPr>
        <w:t>.</w:t>
      </w:r>
    </w:p>
    <w:p w14:paraId="29F415F5" w14:textId="13FB1CDE" w:rsidR="009B1F54" w:rsidRPr="00360D38" w:rsidRDefault="002476B3" w:rsidP="002476B3">
      <w:pPr>
        <w:rPr>
          <w:rFonts w:ascii="Times New Roman" w:eastAsia="Calibri" w:hAnsi="Times New Roman" w:cs="Times New Roman"/>
          <w:b/>
          <w:sz w:val="24"/>
          <w:szCs w:val="24"/>
          <w:lang w:val="vi-VN"/>
        </w:rPr>
      </w:pPr>
      <w:r w:rsidRPr="00360D38">
        <w:rPr>
          <w:rFonts w:ascii="Times New Roman" w:eastAsia="Calibri" w:hAnsi="Times New Roman" w:cs="Times New Roman"/>
          <w:b/>
          <w:sz w:val="24"/>
          <w:szCs w:val="24"/>
          <w:lang w:val="vi-VN"/>
        </w:rPr>
        <w:t xml:space="preserve">Câu 3. </w:t>
      </w:r>
      <w:r w:rsidR="009B1F54" w:rsidRPr="00360D38">
        <w:rPr>
          <w:rFonts w:ascii="Times New Roman" w:hAnsi="Times New Roman" w:cs="Times New Roman"/>
          <w:b/>
          <w:sz w:val="24"/>
          <w:szCs w:val="24"/>
        </w:rPr>
        <w:t>(</w:t>
      </w:r>
      <w:r w:rsidR="009B1F54" w:rsidRPr="00360D38">
        <w:rPr>
          <w:rFonts w:ascii="Times New Roman" w:hAnsi="Times New Roman" w:cs="Times New Roman"/>
          <w:b/>
          <w:sz w:val="24"/>
          <w:szCs w:val="24"/>
          <w:lang w:val="vi-VN"/>
        </w:rPr>
        <w:t>1</w:t>
      </w:r>
      <w:r w:rsidR="009B1F54" w:rsidRPr="00360D38">
        <w:rPr>
          <w:rFonts w:ascii="Times New Roman" w:hAnsi="Times New Roman" w:cs="Times New Roman"/>
          <w:b/>
          <w:sz w:val="24"/>
          <w:szCs w:val="24"/>
        </w:rPr>
        <w:t>.0 điểm)</w:t>
      </w:r>
    </w:p>
    <w:p w14:paraId="4551F271" w14:textId="5962EFB6" w:rsidR="002476B3" w:rsidRPr="00360D38" w:rsidRDefault="002476B3" w:rsidP="002476B3">
      <w:pPr>
        <w:rPr>
          <w:rFonts w:ascii="Times New Roman" w:hAnsi="Times New Roman" w:cs="Times New Roman"/>
          <w:bCs/>
          <w:color w:val="000000"/>
          <w:sz w:val="24"/>
          <w:szCs w:val="24"/>
          <w:lang w:val="vi-VN"/>
        </w:rPr>
      </w:pPr>
      <w:r w:rsidRPr="00360D38">
        <w:rPr>
          <w:rFonts w:ascii="Times New Roman" w:hAnsi="Times New Roman" w:cs="Times New Roman"/>
          <w:bCs/>
          <w:color w:val="000000"/>
          <w:sz w:val="24"/>
          <w:szCs w:val="24"/>
          <w:lang w:val="vi-VN"/>
        </w:rPr>
        <w:t xml:space="preserve">Trong mặt phẳng tọa độ Oxy, cho </w:t>
      </w:r>
      <w:r w:rsidR="001D5E6B" w:rsidRPr="00360D38">
        <w:rPr>
          <w:rFonts w:ascii="Times New Roman" w:hAnsi="Times New Roman" w:cs="Times New Roman"/>
          <w:bCs/>
          <w:color w:val="000000"/>
          <w:sz w:val="24"/>
          <w:szCs w:val="24"/>
          <w:lang w:val="vi-VN"/>
        </w:rPr>
        <w:t xml:space="preserve">phương trình đường tròn </w:t>
      </w:r>
      <w:r w:rsidR="001D5E6B" w:rsidRPr="00360D38">
        <w:rPr>
          <w:rFonts w:ascii="Times New Roman" w:hAnsi="Times New Roman" w:cs="Times New Roman"/>
          <w:bCs/>
          <w:color w:val="000000"/>
          <w:position w:val="-14"/>
          <w:sz w:val="24"/>
          <w:szCs w:val="24"/>
          <w:lang w:val="vi-VN"/>
        </w:rPr>
        <w:object w:dxaOrig="2620" w:dyaOrig="400" w14:anchorId="22670033">
          <v:shape id="_x0000_i1108" type="#_x0000_t75" style="width:131.7pt;height:20.05pt" o:ole="">
            <v:imagedata r:id="rId169" o:title=""/>
          </v:shape>
          <o:OLEObject Type="Embed" ProgID="Equation.DSMT4" ShapeID="_x0000_i1108" DrawAspect="Content" ObjectID="_1806929855" r:id="rId170"/>
        </w:object>
      </w:r>
    </w:p>
    <w:p w14:paraId="73CEB908" w14:textId="6E7ADD51" w:rsidR="002476B3" w:rsidRPr="00360D38" w:rsidRDefault="002476B3" w:rsidP="002476B3">
      <w:pPr>
        <w:ind w:left="360"/>
        <w:rPr>
          <w:rFonts w:ascii="Times New Roman" w:hAnsi="Times New Roman" w:cs="Times New Roman"/>
          <w:bCs/>
          <w:color w:val="000000"/>
          <w:sz w:val="24"/>
          <w:szCs w:val="24"/>
        </w:rPr>
      </w:pPr>
      <w:r w:rsidRPr="00360D38">
        <w:rPr>
          <w:rFonts w:ascii="Times New Roman" w:eastAsia="Calibri" w:hAnsi="Times New Roman" w:cs="Times New Roman"/>
          <w:b/>
          <w:sz w:val="24"/>
          <w:szCs w:val="24"/>
          <w:lang w:val="vi-VN"/>
        </w:rPr>
        <w:t>a</w:t>
      </w:r>
      <w:r w:rsidRPr="00360D38">
        <w:rPr>
          <w:rFonts w:ascii="Times New Roman" w:eastAsia="Calibri" w:hAnsi="Times New Roman" w:cs="Times New Roman"/>
          <w:b/>
          <w:sz w:val="24"/>
          <w:szCs w:val="24"/>
        </w:rPr>
        <w:t>)</w:t>
      </w:r>
      <w:r w:rsidRPr="00360D38">
        <w:rPr>
          <w:rFonts w:ascii="Times New Roman" w:eastAsia="Calibri" w:hAnsi="Times New Roman" w:cs="Times New Roman"/>
          <w:bCs/>
          <w:sz w:val="24"/>
          <w:szCs w:val="24"/>
          <w:lang w:val="vi-VN"/>
        </w:rPr>
        <w:t xml:space="preserve"> </w:t>
      </w:r>
      <w:r w:rsidR="001D5E6B" w:rsidRPr="00360D38">
        <w:rPr>
          <w:rFonts w:ascii="Times New Roman" w:eastAsia="Calibri" w:hAnsi="Times New Roman" w:cs="Times New Roman"/>
          <w:bCs/>
          <w:sz w:val="24"/>
          <w:szCs w:val="24"/>
          <w:lang w:val="vi-VN"/>
        </w:rPr>
        <w:t xml:space="preserve">Xác định tâm, bán kính của đường tròn </w:t>
      </w:r>
      <w:r w:rsidR="001D5E6B" w:rsidRPr="00360D38">
        <w:rPr>
          <w:rFonts w:ascii="Times New Roman" w:eastAsia="Calibri" w:hAnsi="Times New Roman" w:cs="Times New Roman"/>
          <w:bCs/>
          <w:position w:val="-14"/>
          <w:sz w:val="24"/>
          <w:szCs w:val="24"/>
          <w:lang w:val="vi-VN"/>
        </w:rPr>
        <w:object w:dxaOrig="420" w:dyaOrig="400" w14:anchorId="52836591">
          <v:shape id="_x0000_i1109" type="#_x0000_t75" style="width:20.95pt;height:20.05pt" o:ole="">
            <v:imagedata r:id="rId171" o:title=""/>
          </v:shape>
          <o:OLEObject Type="Embed" ProgID="Equation.DSMT4" ShapeID="_x0000_i1109" DrawAspect="Content" ObjectID="_1806929856" r:id="rId172"/>
        </w:object>
      </w:r>
      <w:r w:rsidR="00CD562B" w:rsidRPr="00360D38">
        <w:rPr>
          <w:rFonts w:ascii="Times New Roman" w:eastAsia="Calibri" w:hAnsi="Times New Roman" w:cs="Times New Roman"/>
          <w:bCs/>
          <w:sz w:val="24"/>
          <w:szCs w:val="24"/>
          <w:lang w:val="vi-VN"/>
        </w:rPr>
        <w:t>.</w:t>
      </w:r>
    </w:p>
    <w:p w14:paraId="5C9D5BE5" w14:textId="71459FA8" w:rsidR="002476B3" w:rsidRPr="00360D38" w:rsidRDefault="002476B3" w:rsidP="002476B3">
      <w:pPr>
        <w:ind w:left="360"/>
        <w:rPr>
          <w:rFonts w:ascii="Times New Roman" w:hAnsi="Times New Roman" w:cs="Times New Roman"/>
          <w:bCs/>
          <w:color w:val="000000"/>
          <w:sz w:val="24"/>
          <w:szCs w:val="24"/>
        </w:rPr>
      </w:pPr>
      <w:r w:rsidRPr="00360D38">
        <w:rPr>
          <w:rFonts w:ascii="Times New Roman" w:hAnsi="Times New Roman" w:cs="Times New Roman"/>
          <w:b/>
          <w:color w:val="000000"/>
          <w:sz w:val="24"/>
          <w:szCs w:val="24"/>
          <w:lang w:val="vi-VN"/>
        </w:rPr>
        <w:t>b)</w:t>
      </w:r>
      <w:r w:rsidRPr="00360D38">
        <w:rPr>
          <w:rFonts w:ascii="Times New Roman" w:hAnsi="Times New Roman" w:cs="Times New Roman"/>
          <w:bCs/>
          <w:color w:val="000000"/>
          <w:sz w:val="24"/>
          <w:szCs w:val="24"/>
          <w:lang w:val="vi-VN"/>
        </w:rPr>
        <w:t xml:space="preserve"> </w:t>
      </w:r>
      <w:r w:rsidR="001D5E6B" w:rsidRPr="00360D38">
        <w:rPr>
          <w:rFonts w:ascii="Times New Roman" w:hAnsi="Times New Roman" w:cs="Times New Roman"/>
          <w:bCs/>
          <w:color w:val="000000"/>
          <w:sz w:val="24"/>
          <w:szCs w:val="24"/>
          <w:lang w:val="vi-VN"/>
        </w:rPr>
        <w:t>Viết phương trình tiếp tuyến</w:t>
      </w:r>
      <w:r w:rsidR="00F40A40" w:rsidRPr="00360D38">
        <w:rPr>
          <w:rFonts w:ascii="Times New Roman" w:hAnsi="Times New Roman" w:cs="Times New Roman"/>
          <w:bCs/>
          <w:color w:val="000000"/>
          <w:sz w:val="24"/>
          <w:szCs w:val="24"/>
          <w:lang w:val="vi-VN"/>
        </w:rPr>
        <w:t xml:space="preserve"> </w:t>
      </w:r>
      <w:r w:rsidR="00F40A40" w:rsidRPr="00360D38">
        <w:rPr>
          <w:rFonts w:ascii="Times New Roman" w:hAnsi="Times New Roman" w:cs="Times New Roman"/>
          <w:bCs/>
          <w:color w:val="000000"/>
          <w:position w:val="-4"/>
          <w:sz w:val="24"/>
          <w:szCs w:val="24"/>
          <w:lang w:val="vi-VN"/>
        </w:rPr>
        <w:object w:dxaOrig="220" w:dyaOrig="260" w14:anchorId="58D9F667">
          <v:shape id="_x0000_i1110" type="#_x0000_t75" style="width:10.95pt;height:13.2pt" o:ole="">
            <v:imagedata r:id="rId173" o:title=""/>
          </v:shape>
          <o:OLEObject Type="Embed" ProgID="Equation.DSMT4" ShapeID="_x0000_i1110" DrawAspect="Content" ObjectID="_1806929857" r:id="rId174"/>
        </w:object>
      </w:r>
      <w:r w:rsidR="001D5E6B" w:rsidRPr="00360D38">
        <w:rPr>
          <w:rFonts w:ascii="Times New Roman" w:hAnsi="Times New Roman" w:cs="Times New Roman"/>
          <w:bCs/>
          <w:color w:val="000000"/>
          <w:sz w:val="24"/>
          <w:szCs w:val="24"/>
          <w:lang w:val="vi-VN"/>
        </w:rPr>
        <w:t xml:space="preserve"> </w:t>
      </w:r>
      <w:r w:rsidR="00F40A40" w:rsidRPr="00360D38">
        <w:rPr>
          <w:rFonts w:ascii="Times New Roman" w:hAnsi="Times New Roman" w:cs="Times New Roman"/>
          <w:bCs/>
          <w:color w:val="000000"/>
          <w:sz w:val="24"/>
          <w:szCs w:val="24"/>
          <w:lang w:val="vi-VN"/>
        </w:rPr>
        <w:t>của</w:t>
      </w:r>
      <w:r w:rsidR="00CD562B" w:rsidRPr="00360D38">
        <w:rPr>
          <w:rFonts w:ascii="Times New Roman" w:hAnsi="Times New Roman" w:cs="Times New Roman"/>
          <w:bCs/>
          <w:color w:val="000000"/>
          <w:sz w:val="24"/>
          <w:szCs w:val="24"/>
          <w:lang w:val="vi-VN"/>
        </w:rPr>
        <w:t xml:space="preserve"> đường tròn </w:t>
      </w:r>
      <w:r w:rsidR="00CD562B" w:rsidRPr="00360D38">
        <w:rPr>
          <w:rFonts w:ascii="Times New Roman" w:eastAsia="Calibri" w:hAnsi="Times New Roman" w:cs="Times New Roman"/>
          <w:bCs/>
          <w:position w:val="-14"/>
          <w:sz w:val="24"/>
          <w:szCs w:val="24"/>
          <w:lang w:val="vi-VN"/>
        </w:rPr>
        <w:object w:dxaOrig="420" w:dyaOrig="400" w14:anchorId="02A143B2">
          <v:shape id="_x0000_i1111" type="#_x0000_t75" style="width:20.95pt;height:20.05pt" o:ole="">
            <v:imagedata r:id="rId171" o:title=""/>
          </v:shape>
          <o:OLEObject Type="Embed" ProgID="Equation.DSMT4" ShapeID="_x0000_i1111" DrawAspect="Content" ObjectID="_1806929858" r:id="rId175"/>
        </w:object>
      </w:r>
      <w:r w:rsidR="00F40A40" w:rsidRPr="00360D38">
        <w:rPr>
          <w:rFonts w:ascii="Times New Roman" w:eastAsia="Calibri" w:hAnsi="Times New Roman" w:cs="Times New Roman"/>
          <w:bCs/>
          <w:sz w:val="24"/>
          <w:szCs w:val="24"/>
          <w:lang w:val="vi-VN"/>
        </w:rPr>
        <w:t xml:space="preserve"> biết </w:t>
      </w:r>
      <w:r w:rsidR="00F40A40" w:rsidRPr="00360D38">
        <w:rPr>
          <w:rFonts w:ascii="Times New Roman" w:hAnsi="Times New Roman" w:cs="Times New Roman"/>
          <w:bCs/>
          <w:color w:val="000000"/>
          <w:position w:val="-4"/>
          <w:sz w:val="24"/>
          <w:szCs w:val="24"/>
          <w:lang w:val="vi-VN"/>
        </w:rPr>
        <w:object w:dxaOrig="220" w:dyaOrig="260" w14:anchorId="0721D11F">
          <v:shape id="_x0000_i1112" type="#_x0000_t75" style="width:10.95pt;height:13.2pt" o:ole="">
            <v:imagedata r:id="rId173" o:title=""/>
          </v:shape>
          <o:OLEObject Type="Embed" ProgID="Equation.DSMT4" ShapeID="_x0000_i1112" DrawAspect="Content" ObjectID="_1806929859" r:id="rId176"/>
        </w:object>
      </w:r>
      <w:r w:rsidR="00F40A40" w:rsidRPr="00360D38">
        <w:rPr>
          <w:rFonts w:ascii="Times New Roman" w:hAnsi="Times New Roman" w:cs="Times New Roman"/>
          <w:bCs/>
          <w:color w:val="000000"/>
          <w:sz w:val="24"/>
          <w:szCs w:val="24"/>
          <w:lang w:val="vi-VN"/>
        </w:rPr>
        <w:t xml:space="preserve"> song song với đường thẳng </w:t>
      </w:r>
      <w:r w:rsidR="00F40A40" w:rsidRPr="00360D38">
        <w:rPr>
          <w:rFonts w:ascii="Times New Roman" w:hAnsi="Times New Roman" w:cs="Times New Roman"/>
          <w:bCs/>
          <w:color w:val="000000"/>
          <w:position w:val="-10"/>
          <w:sz w:val="24"/>
          <w:szCs w:val="24"/>
          <w:lang w:val="vi-VN"/>
        </w:rPr>
        <w:object w:dxaOrig="1640" w:dyaOrig="320" w14:anchorId="01BE650D">
          <v:shape id="_x0000_i1113" type="#_x0000_t75" style="width:82.05pt;height:15.95pt" o:ole="">
            <v:imagedata r:id="rId177" o:title=""/>
          </v:shape>
          <o:OLEObject Type="Embed" ProgID="Equation.DSMT4" ShapeID="_x0000_i1113" DrawAspect="Content" ObjectID="_1806929860" r:id="rId178"/>
        </w:object>
      </w:r>
      <w:r w:rsidR="00CD562B" w:rsidRPr="00360D38">
        <w:rPr>
          <w:rFonts w:ascii="Times New Roman" w:eastAsia="Calibri" w:hAnsi="Times New Roman" w:cs="Times New Roman"/>
          <w:bCs/>
          <w:sz w:val="24"/>
          <w:szCs w:val="24"/>
          <w:lang w:val="vi-VN"/>
        </w:rPr>
        <w:t>.</w:t>
      </w:r>
    </w:p>
    <w:p w14:paraId="7364F60A" w14:textId="77777777" w:rsidR="0011586E" w:rsidRPr="00360D38" w:rsidRDefault="00E9586F" w:rsidP="004A7CD3">
      <w:pPr>
        <w:spacing w:after="0" w:line="240" w:lineRule="auto"/>
        <w:ind w:left="25"/>
        <w:jc w:val="center"/>
        <w:rPr>
          <w:rFonts w:ascii="Times New Roman" w:hAnsi="Times New Roman" w:cs="Times New Roman"/>
          <w:b/>
          <w:bCs/>
          <w:sz w:val="24"/>
          <w:szCs w:val="24"/>
        </w:rPr>
      </w:pPr>
      <w:r w:rsidRPr="00360D38">
        <w:rPr>
          <w:rFonts w:ascii="Times New Roman" w:hAnsi="Times New Roman" w:cs="Times New Roman"/>
          <w:b/>
          <w:bCs/>
          <w:sz w:val="24"/>
          <w:szCs w:val="24"/>
        </w:rPr>
        <w:t>-----HẾT-----</w:t>
      </w:r>
    </w:p>
    <w:p w14:paraId="033FC603" w14:textId="77777777" w:rsidR="00C85B37" w:rsidRPr="00360D38" w:rsidRDefault="00C85B37" w:rsidP="0011586E">
      <w:pPr>
        <w:spacing w:after="0" w:line="240" w:lineRule="auto"/>
        <w:ind w:left="25"/>
        <w:jc w:val="center"/>
        <w:rPr>
          <w:rFonts w:ascii="Times New Roman" w:hAnsi="Times New Roman" w:cs="Times New Roman"/>
          <w:sz w:val="24"/>
          <w:szCs w:val="24"/>
        </w:rPr>
      </w:pPr>
    </w:p>
    <w:p w14:paraId="2E1B0107" w14:textId="77777777" w:rsidR="007C5B20" w:rsidRPr="00360D38" w:rsidRDefault="007C5B20" w:rsidP="007C5B20">
      <w:pPr>
        <w:pStyle w:val="BodyText"/>
        <w:rPr>
          <w:rFonts w:ascii="Times New Roman" w:hAnsi="Times New Roman" w:cs="Times New Roman"/>
          <w:b/>
          <w:bCs/>
          <w:sz w:val="24"/>
          <w:szCs w:val="24"/>
          <w:u w:val="single"/>
        </w:rPr>
      </w:pPr>
    </w:p>
    <w:p w14:paraId="5D0323B0" w14:textId="023E88EA" w:rsidR="007C5B20" w:rsidRPr="00360D38" w:rsidRDefault="007C5B20" w:rsidP="00360D38">
      <w:pPr>
        <w:pStyle w:val="BodyText"/>
        <w:jc w:val="center"/>
        <w:rPr>
          <w:rFonts w:ascii="Times New Roman" w:hAnsi="Times New Roman" w:cs="Times New Roman"/>
          <w:b/>
          <w:bCs/>
          <w:sz w:val="24"/>
          <w:szCs w:val="24"/>
          <w:u w:val="single"/>
        </w:rPr>
      </w:pPr>
      <w:r w:rsidRPr="00360D38">
        <w:rPr>
          <w:rFonts w:ascii="Times New Roman" w:hAnsi="Times New Roman" w:cs="Times New Roman"/>
          <w:b/>
          <w:bCs/>
          <w:sz w:val="24"/>
          <w:szCs w:val="24"/>
          <w:u w:val="single"/>
        </w:rPr>
        <w:t>ĐỀ THAM KHẢO SỐ 2</w:t>
      </w:r>
    </w:p>
    <w:p w14:paraId="5C7CEEFA" w14:textId="77777777" w:rsidR="007C5B20" w:rsidRPr="00360D38" w:rsidRDefault="007C5B20" w:rsidP="007C5B20">
      <w:pPr>
        <w:rPr>
          <w:rFonts w:ascii="Times New Roman" w:hAnsi="Times New Roman" w:cs="Times New Roman"/>
          <w:i/>
          <w:iCs/>
          <w:sz w:val="24"/>
          <w:szCs w:val="24"/>
        </w:rPr>
      </w:pPr>
      <w:r w:rsidRPr="00360D38">
        <w:rPr>
          <w:rFonts w:ascii="Times New Roman" w:hAnsi="Times New Roman" w:cs="Times New Roman"/>
          <w:b/>
          <w:bCs/>
          <w:sz w:val="24"/>
          <w:szCs w:val="24"/>
        </w:rPr>
        <w:t>PHẦN I. Câu trắc nghiệm nhiều phương án lựa chọn (3.0 điểm).</w:t>
      </w:r>
      <w:r w:rsidRPr="00360D38">
        <w:rPr>
          <w:rFonts w:ascii="Times New Roman" w:hAnsi="Times New Roman" w:cs="Times New Roman"/>
          <w:i/>
          <w:iCs/>
          <w:sz w:val="24"/>
          <w:szCs w:val="24"/>
        </w:rPr>
        <w:t xml:space="preserve"> Thí sinh trả lời từ câu 1 đến câu 12. Mỗi câu thí sinh chỉ chọn một phương án.</w:t>
      </w:r>
    </w:p>
    <w:p w14:paraId="3FE8D712" w14:textId="77777777" w:rsidR="007C5B20" w:rsidRPr="00360D38" w:rsidRDefault="007C5B20" w:rsidP="007C5B20">
      <w:pPr>
        <w:spacing w:after="0" w:line="240" w:lineRule="auto"/>
        <w:jc w:val="both"/>
        <w:rPr>
          <w:rFonts w:ascii="Times New Roman" w:eastAsia="Times New Roman" w:hAnsi="Times New Roman" w:cs="Times New Roman"/>
          <w:sz w:val="24"/>
          <w:szCs w:val="24"/>
          <w:lang w:val="vi-VN"/>
        </w:rPr>
      </w:pPr>
      <w:r w:rsidRPr="00360D38">
        <w:rPr>
          <w:rFonts w:ascii="Times New Roman" w:hAnsi="Times New Roman" w:cs="Times New Roman"/>
          <w:b/>
          <w:sz w:val="24"/>
          <w:szCs w:val="24"/>
        </w:rPr>
        <w:t>Câu 1.</w:t>
      </w:r>
      <w:r w:rsidRPr="00360D38">
        <w:rPr>
          <w:rFonts w:ascii="Times New Roman" w:hAnsi="Times New Roman" w:cs="Times New Roman"/>
          <w:sz w:val="24"/>
          <w:szCs w:val="24"/>
        </w:rPr>
        <w:t xml:space="preserve"> </w:t>
      </w:r>
      <w:r w:rsidRPr="00360D38">
        <w:rPr>
          <w:rFonts w:ascii="Times New Roman" w:hAnsi="Times New Roman" w:cs="Times New Roman"/>
          <w:sz w:val="24"/>
          <w:szCs w:val="24"/>
          <w:lang w:val="vi-VN"/>
        </w:rPr>
        <w:t xml:space="preserve">Trong một hộp có </w:t>
      </w:r>
      <w:r w:rsidRPr="00360D38">
        <w:rPr>
          <w:rFonts w:ascii="Times New Roman" w:hAnsi="Times New Roman" w:cs="Times New Roman"/>
          <w:sz w:val="24"/>
          <w:szCs w:val="24"/>
        </w:rPr>
        <w:t>4 cây</w:t>
      </w:r>
      <w:r w:rsidRPr="00360D38">
        <w:rPr>
          <w:rFonts w:ascii="Times New Roman" w:hAnsi="Times New Roman" w:cs="Times New Roman"/>
          <w:sz w:val="24"/>
          <w:szCs w:val="24"/>
          <w:lang w:val="vi-VN"/>
        </w:rPr>
        <w:t xml:space="preserve"> b</w:t>
      </w:r>
      <w:r w:rsidRPr="00360D38">
        <w:rPr>
          <w:rFonts w:ascii="Times New Roman" w:hAnsi="Times New Roman" w:cs="Times New Roman"/>
          <w:sz w:val="24"/>
          <w:szCs w:val="24"/>
        </w:rPr>
        <w:t>út</w:t>
      </w:r>
      <w:r w:rsidRPr="00360D38">
        <w:rPr>
          <w:rFonts w:ascii="Times New Roman" w:hAnsi="Times New Roman" w:cs="Times New Roman"/>
          <w:sz w:val="24"/>
          <w:szCs w:val="24"/>
          <w:lang w:val="vi-VN"/>
        </w:rPr>
        <w:t xml:space="preserve"> </w:t>
      </w:r>
      <w:r w:rsidRPr="00360D38">
        <w:rPr>
          <w:rFonts w:ascii="Times New Roman" w:hAnsi="Times New Roman" w:cs="Times New Roman"/>
          <w:sz w:val="24"/>
          <w:szCs w:val="24"/>
        </w:rPr>
        <w:t>xanh</w:t>
      </w:r>
      <w:r w:rsidRPr="00360D38">
        <w:rPr>
          <w:rFonts w:ascii="Times New Roman" w:hAnsi="Times New Roman" w:cs="Times New Roman"/>
          <w:sz w:val="24"/>
          <w:szCs w:val="24"/>
          <w:lang w:val="vi-VN"/>
        </w:rPr>
        <w:t>,</w:t>
      </w:r>
      <w:r w:rsidRPr="00360D38">
        <w:rPr>
          <w:rFonts w:ascii="Times New Roman" w:hAnsi="Times New Roman" w:cs="Times New Roman"/>
          <w:sz w:val="24"/>
          <w:szCs w:val="24"/>
        </w:rPr>
        <w:t>5 cây</w:t>
      </w:r>
      <w:r w:rsidRPr="00360D38">
        <w:rPr>
          <w:rFonts w:ascii="Times New Roman" w:hAnsi="Times New Roman" w:cs="Times New Roman"/>
          <w:sz w:val="24"/>
          <w:szCs w:val="24"/>
          <w:lang w:val="vi-VN"/>
        </w:rPr>
        <w:t xml:space="preserve"> b</w:t>
      </w:r>
      <w:r w:rsidRPr="00360D38">
        <w:rPr>
          <w:rFonts w:ascii="Times New Roman" w:hAnsi="Times New Roman" w:cs="Times New Roman"/>
          <w:sz w:val="24"/>
          <w:szCs w:val="24"/>
        </w:rPr>
        <w:t>út</w:t>
      </w:r>
      <w:r w:rsidRPr="00360D38">
        <w:rPr>
          <w:rFonts w:ascii="Times New Roman" w:hAnsi="Times New Roman" w:cs="Times New Roman"/>
          <w:sz w:val="24"/>
          <w:szCs w:val="24"/>
          <w:lang w:val="vi-VN"/>
        </w:rPr>
        <w:t xml:space="preserve"> </w:t>
      </w:r>
      <w:r w:rsidRPr="00360D38">
        <w:rPr>
          <w:rFonts w:ascii="Times New Roman" w:hAnsi="Times New Roman" w:cs="Times New Roman"/>
          <w:sz w:val="24"/>
          <w:szCs w:val="24"/>
        </w:rPr>
        <w:t>đỏ</w:t>
      </w:r>
      <w:r w:rsidRPr="00360D38">
        <w:rPr>
          <w:rFonts w:ascii="Times New Roman" w:hAnsi="Times New Roman" w:cs="Times New Roman"/>
          <w:sz w:val="24"/>
          <w:szCs w:val="24"/>
          <w:lang w:val="vi-VN"/>
        </w:rPr>
        <w:t xml:space="preserve"> và </w:t>
      </w:r>
      <w:r w:rsidRPr="00360D38">
        <w:rPr>
          <w:rFonts w:ascii="Times New Roman" w:hAnsi="Times New Roman" w:cs="Times New Roman"/>
          <w:sz w:val="24"/>
          <w:szCs w:val="24"/>
        </w:rPr>
        <w:t>6 cây bút đen</w:t>
      </w:r>
      <w:r w:rsidRPr="00360D38">
        <w:rPr>
          <w:rFonts w:ascii="Times New Roman" w:hAnsi="Times New Roman" w:cs="Times New Roman"/>
          <w:sz w:val="24"/>
          <w:szCs w:val="24"/>
          <w:lang w:val="vi-VN"/>
        </w:rPr>
        <w:t xml:space="preserve">. Hỏi có bao nhiêu cách để lấy một </w:t>
      </w:r>
      <w:r w:rsidRPr="00360D38">
        <w:rPr>
          <w:rFonts w:ascii="Times New Roman" w:hAnsi="Times New Roman" w:cs="Times New Roman"/>
          <w:sz w:val="24"/>
          <w:szCs w:val="24"/>
        </w:rPr>
        <w:t>cây bút từ hộp</w:t>
      </w:r>
      <w:r w:rsidRPr="00360D38">
        <w:rPr>
          <w:rFonts w:ascii="Times New Roman" w:hAnsi="Times New Roman" w:cs="Times New Roman"/>
          <w:sz w:val="24"/>
          <w:szCs w:val="24"/>
          <w:lang w:val="vi-VN"/>
        </w:rPr>
        <w:t>?</w:t>
      </w:r>
    </w:p>
    <w:p w14:paraId="628F96BE" w14:textId="77777777" w:rsidR="007C5B20" w:rsidRPr="00360D38" w:rsidRDefault="007C5B20" w:rsidP="007C5B20">
      <w:pPr>
        <w:spacing w:after="0" w:line="240" w:lineRule="auto"/>
        <w:ind w:firstLine="720"/>
        <w:jc w:val="both"/>
        <w:rPr>
          <w:rFonts w:ascii="Times New Roman" w:eastAsia="Times New Roman" w:hAnsi="Times New Roman" w:cs="Times New Roman"/>
          <w:sz w:val="24"/>
          <w:szCs w:val="24"/>
          <w:lang w:val="vi-VN"/>
        </w:rPr>
      </w:pPr>
      <w:r w:rsidRPr="00360D38">
        <w:rPr>
          <w:rFonts w:ascii="Times New Roman" w:eastAsia="Times New Roman" w:hAnsi="Times New Roman" w:cs="Times New Roman"/>
          <w:b/>
          <w:bCs/>
          <w:sz w:val="24"/>
          <w:szCs w:val="24"/>
          <w:lang w:val="vi-VN"/>
        </w:rPr>
        <w:t>A.</w:t>
      </w:r>
      <w:r w:rsidRPr="00360D38">
        <w:rPr>
          <w:rFonts w:ascii="Times New Roman" w:eastAsia="Times New Roman" w:hAnsi="Times New Roman" w:cs="Times New Roman"/>
          <w:sz w:val="24"/>
          <w:szCs w:val="24"/>
          <w:lang w:val="vi-VN"/>
        </w:rPr>
        <w:t xml:space="preserve"> </w:t>
      </w:r>
      <w:r w:rsidRPr="00360D38">
        <w:rPr>
          <w:rFonts w:ascii="Times New Roman" w:eastAsia="Times New Roman" w:hAnsi="Times New Roman" w:cs="Times New Roman"/>
          <w:sz w:val="24"/>
          <w:szCs w:val="24"/>
        </w:rPr>
        <w:t>120</w:t>
      </w:r>
      <w:r w:rsidRPr="00360D38">
        <w:rPr>
          <w:rFonts w:ascii="Times New Roman" w:eastAsia="Times New Roman" w:hAnsi="Times New Roman" w:cs="Times New Roman"/>
          <w:sz w:val="24"/>
          <w:szCs w:val="24"/>
          <w:lang w:val="vi-VN"/>
        </w:rPr>
        <w:t>.</w: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b/>
          <w:bCs/>
          <w:sz w:val="24"/>
          <w:szCs w:val="24"/>
          <w:lang w:val="vi-VN"/>
        </w:rPr>
        <w:t>B.</w:t>
      </w:r>
      <w:r w:rsidRPr="00360D38">
        <w:rPr>
          <w:rFonts w:ascii="Times New Roman" w:eastAsia="Times New Roman" w:hAnsi="Times New Roman" w:cs="Times New Roman"/>
          <w:sz w:val="24"/>
          <w:szCs w:val="24"/>
          <w:lang w:val="vi-VN"/>
        </w:rPr>
        <w:t xml:space="preserve"> 1</w:t>
      </w:r>
      <w:r w:rsidRPr="00360D38">
        <w:rPr>
          <w:rFonts w:ascii="Times New Roman" w:eastAsia="Times New Roman" w:hAnsi="Times New Roman" w:cs="Times New Roman"/>
          <w:sz w:val="24"/>
          <w:szCs w:val="24"/>
        </w:rPr>
        <w:t>5</w:t>
      </w:r>
      <w:r w:rsidRPr="00360D38">
        <w:rPr>
          <w:rFonts w:ascii="Times New Roman" w:eastAsia="Times New Roman" w:hAnsi="Times New Roman" w:cs="Times New Roman"/>
          <w:sz w:val="24"/>
          <w:szCs w:val="24"/>
          <w:lang w:val="vi-VN"/>
        </w:rPr>
        <w:t>.</w: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b/>
          <w:bCs/>
          <w:sz w:val="24"/>
          <w:szCs w:val="24"/>
          <w:lang w:val="vi-VN"/>
        </w:rPr>
        <w:t>C.</w:t>
      </w:r>
      <w:r w:rsidRPr="00360D38">
        <w:rPr>
          <w:rFonts w:ascii="Times New Roman" w:eastAsia="Times New Roman" w:hAnsi="Times New Roman" w:cs="Times New Roman"/>
          <w:sz w:val="24"/>
          <w:szCs w:val="24"/>
          <w:lang w:val="vi-VN"/>
        </w:rPr>
        <w:t xml:space="preserve"> </w:t>
      </w:r>
      <w:r w:rsidRPr="00360D38">
        <w:rPr>
          <w:rFonts w:ascii="Times New Roman" w:eastAsia="Times New Roman" w:hAnsi="Times New Roman" w:cs="Times New Roman"/>
          <w:sz w:val="24"/>
          <w:szCs w:val="24"/>
        </w:rPr>
        <w:t>5</w:t>
      </w:r>
      <w:r w:rsidRPr="00360D38">
        <w:rPr>
          <w:rFonts w:ascii="Times New Roman" w:eastAsia="Times New Roman" w:hAnsi="Times New Roman" w:cs="Times New Roman"/>
          <w:sz w:val="24"/>
          <w:szCs w:val="24"/>
          <w:lang w:val="vi-VN"/>
        </w:rPr>
        <w:t>.</w: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b/>
          <w:bCs/>
          <w:sz w:val="24"/>
          <w:szCs w:val="24"/>
          <w:lang w:val="vi-VN"/>
        </w:rPr>
        <w:t>D.</w:t>
      </w:r>
      <w:r w:rsidRPr="00360D38">
        <w:rPr>
          <w:rFonts w:ascii="Times New Roman" w:eastAsia="Times New Roman" w:hAnsi="Times New Roman" w:cs="Times New Roman"/>
          <w:sz w:val="24"/>
          <w:szCs w:val="24"/>
          <w:lang w:val="vi-VN"/>
        </w:rPr>
        <w:t xml:space="preserve"> </w:t>
      </w:r>
      <w:r w:rsidRPr="00360D38">
        <w:rPr>
          <w:rFonts w:ascii="Times New Roman" w:eastAsia="Times New Roman" w:hAnsi="Times New Roman" w:cs="Times New Roman"/>
          <w:sz w:val="24"/>
          <w:szCs w:val="24"/>
        </w:rPr>
        <w:t>9</w:t>
      </w:r>
      <w:r w:rsidRPr="00360D38">
        <w:rPr>
          <w:rFonts w:ascii="Times New Roman" w:eastAsia="Times New Roman" w:hAnsi="Times New Roman" w:cs="Times New Roman"/>
          <w:sz w:val="24"/>
          <w:szCs w:val="24"/>
          <w:lang w:val="vi-VN"/>
        </w:rPr>
        <w:t>.</w:t>
      </w:r>
    </w:p>
    <w:p w14:paraId="3996E29F" w14:textId="77777777" w:rsidR="007C5B20" w:rsidRPr="00360D38" w:rsidRDefault="007C5B20" w:rsidP="007C5B20">
      <w:pPr>
        <w:tabs>
          <w:tab w:val="left" w:pos="1260"/>
        </w:tabs>
        <w:spacing w:after="0" w:line="480" w:lineRule="auto"/>
        <w:mirrorIndents/>
        <w:rPr>
          <w:rFonts w:ascii="Times New Roman" w:hAnsi="Times New Roman" w:cs="Times New Roman"/>
          <w:sz w:val="24"/>
          <w:szCs w:val="24"/>
        </w:rPr>
      </w:pPr>
      <w:r w:rsidRPr="00360D38">
        <w:rPr>
          <w:rFonts w:ascii="Times New Roman" w:hAnsi="Times New Roman" w:cs="Times New Roman"/>
          <w:b/>
          <w:sz w:val="24"/>
          <w:szCs w:val="24"/>
        </w:rPr>
        <w:t>Câu 2.</w:t>
      </w:r>
      <w:r w:rsidRPr="00360D38">
        <w:rPr>
          <w:rFonts w:ascii="Times New Roman" w:hAnsi="Times New Roman" w:cs="Times New Roman"/>
          <w:sz w:val="24"/>
          <w:szCs w:val="24"/>
        </w:rPr>
        <w:t xml:space="preserve"> Số tổ hợp chập 2 của 11 là</w:t>
      </w:r>
    </w:p>
    <w:p w14:paraId="6C80C14E" w14:textId="77777777" w:rsidR="007C5B20" w:rsidRPr="00360D38" w:rsidRDefault="007C5B20" w:rsidP="007C5B20">
      <w:pPr>
        <w:spacing w:after="0" w:line="240" w:lineRule="auto"/>
        <w:ind w:firstLine="720"/>
        <w:jc w:val="both"/>
        <w:rPr>
          <w:rFonts w:ascii="Times New Roman" w:hAnsi="Times New Roman" w:cs="Times New Roman"/>
          <w:sz w:val="24"/>
          <w:szCs w:val="24"/>
        </w:rPr>
      </w:pPr>
      <w:r w:rsidRPr="00360D38">
        <w:rPr>
          <w:rFonts w:ascii="Times New Roman" w:hAnsi="Times New Roman" w:cs="Times New Roman"/>
          <w:b/>
          <w:sz w:val="24"/>
          <w:szCs w:val="24"/>
        </w:rPr>
        <w:t xml:space="preserve">A. </w:t>
      </w:r>
      <w:r w:rsidRPr="00360D38">
        <w:rPr>
          <w:rFonts w:ascii="Times New Roman" w:eastAsia="Times New Roman" w:hAnsi="Times New Roman" w:cs="Times New Roman"/>
          <w:b/>
          <w:position w:val="-12"/>
          <w:sz w:val="24"/>
          <w:szCs w:val="24"/>
        </w:rPr>
        <w:object w:dxaOrig="330" w:dyaOrig="375" w14:anchorId="52642390">
          <v:shape id="_x0000_i1114" type="#_x0000_t75" style="width:15.95pt;height:19.15pt" o:ole="">
            <v:imagedata r:id="rId179" o:title=""/>
          </v:shape>
          <o:OLEObject Type="Embed" ProgID="Equation.DSMT4" ShapeID="_x0000_i1114" DrawAspect="Content" ObjectID="_1806929861" r:id="rId180"/>
        </w:object>
      </w:r>
      <w:r w:rsidRPr="00360D38">
        <w:rPr>
          <w:rFonts w:ascii="Times New Roman" w:hAnsi="Times New Roman" w:cs="Times New Roman"/>
          <w:sz w:val="24"/>
          <w:szCs w:val="24"/>
        </w:rPr>
        <w:t>.</w:t>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b/>
          <w:sz w:val="24"/>
          <w:szCs w:val="24"/>
        </w:rPr>
        <w:t xml:space="preserve">B. </w:t>
      </w:r>
      <w:r w:rsidRPr="00360D38">
        <w:rPr>
          <w:rFonts w:ascii="Times New Roman" w:eastAsia="Times New Roman" w:hAnsi="Times New Roman" w:cs="Times New Roman"/>
          <w:b/>
          <w:position w:val="-6"/>
          <w:sz w:val="24"/>
          <w:szCs w:val="24"/>
        </w:rPr>
        <w:object w:dxaOrig="260" w:dyaOrig="279" w14:anchorId="66B532F0">
          <v:shape id="_x0000_i1115" type="#_x0000_t75" style="width:13.2pt;height:14.6pt" o:ole="">
            <v:imagedata r:id="rId181" o:title=""/>
          </v:shape>
          <o:OLEObject Type="Embed" ProgID="Equation.DSMT4" ShapeID="_x0000_i1115" DrawAspect="Content" ObjectID="_1806929862" r:id="rId182"/>
        </w:object>
      </w:r>
      <w:r w:rsidRPr="00360D38">
        <w:rPr>
          <w:rFonts w:ascii="Times New Roman" w:hAnsi="Times New Roman" w:cs="Times New Roman"/>
          <w:sz w:val="24"/>
          <w:szCs w:val="24"/>
        </w:rPr>
        <w:t>.</w:t>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b/>
          <w:sz w:val="24"/>
          <w:szCs w:val="24"/>
        </w:rPr>
        <w:t xml:space="preserve">C. </w:t>
      </w:r>
      <w:r w:rsidRPr="00360D38">
        <w:rPr>
          <w:rFonts w:ascii="Times New Roman" w:eastAsia="Times New Roman" w:hAnsi="Times New Roman" w:cs="Times New Roman"/>
          <w:b/>
          <w:position w:val="-12"/>
          <w:sz w:val="24"/>
          <w:szCs w:val="24"/>
        </w:rPr>
        <w:object w:dxaOrig="330" w:dyaOrig="375" w14:anchorId="5070030B">
          <v:shape id="_x0000_i1116" type="#_x0000_t75" style="width:15.95pt;height:19.15pt" o:ole="">
            <v:imagedata r:id="rId183" o:title=""/>
          </v:shape>
          <o:OLEObject Type="Embed" ProgID="Equation.DSMT4" ShapeID="_x0000_i1116" DrawAspect="Content" ObjectID="_1806929863" r:id="rId184"/>
        </w:object>
      </w:r>
      <w:r w:rsidRPr="00360D38">
        <w:rPr>
          <w:rFonts w:ascii="Times New Roman" w:hAnsi="Times New Roman" w:cs="Times New Roman"/>
          <w:sz w:val="24"/>
          <w:szCs w:val="24"/>
        </w:rPr>
        <w:t>.</w:t>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b/>
          <w:sz w:val="24"/>
          <w:szCs w:val="24"/>
        </w:rPr>
        <w:t xml:space="preserve">D. </w:t>
      </w:r>
      <w:r w:rsidRPr="00360D38">
        <w:rPr>
          <w:rFonts w:ascii="Times New Roman" w:eastAsia="Times New Roman" w:hAnsi="Times New Roman" w:cs="Times New Roman"/>
          <w:b/>
          <w:position w:val="-6"/>
          <w:sz w:val="24"/>
          <w:szCs w:val="24"/>
        </w:rPr>
        <w:object w:dxaOrig="320" w:dyaOrig="279" w14:anchorId="74319F60">
          <v:shape id="_x0000_i1117" type="#_x0000_t75" style="width:16.85pt;height:14.6pt" o:ole="">
            <v:imagedata r:id="rId185" o:title=""/>
          </v:shape>
          <o:OLEObject Type="Embed" ProgID="Equation.DSMT4" ShapeID="_x0000_i1117" DrawAspect="Content" ObjectID="_1806929864" r:id="rId186"/>
        </w:object>
      </w:r>
      <w:r w:rsidRPr="00360D38">
        <w:rPr>
          <w:rFonts w:ascii="Times New Roman" w:hAnsi="Times New Roman" w:cs="Times New Roman"/>
          <w:sz w:val="24"/>
          <w:szCs w:val="24"/>
        </w:rPr>
        <w:t>.</w:t>
      </w:r>
    </w:p>
    <w:p w14:paraId="2284BB7C" w14:textId="77777777" w:rsidR="007C5B20" w:rsidRPr="00360D38" w:rsidRDefault="007C5B20" w:rsidP="007C5B20">
      <w:pPr>
        <w:tabs>
          <w:tab w:val="left" w:pos="1170"/>
        </w:tabs>
        <w:spacing w:before="60" w:after="60" w:line="360" w:lineRule="auto"/>
        <w:contextualSpacing/>
        <w:rPr>
          <w:rFonts w:ascii="Times New Roman" w:eastAsia="Times New Roman" w:hAnsi="Times New Roman" w:cs="Times New Roman"/>
          <w:sz w:val="24"/>
          <w:szCs w:val="24"/>
          <w:lang w:val="fr-FR"/>
        </w:rPr>
      </w:pPr>
      <w:r w:rsidRPr="00360D38">
        <w:rPr>
          <w:rFonts w:ascii="Times New Roman" w:hAnsi="Times New Roman" w:cs="Times New Roman"/>
          <w:b/>
          <w:sz w:val="24"/>
          <w:szCs w:val="24"/>
        </w:rPr>
        <w:t>Câu 3.</w:t>
      </w:r>
      <w:r w:rsidRPr="00360D38">
        <w:rPr>
          <w:rFonts w:ascii="Times New Roman" w:hAnsi="Times New Roman" w:cs="Times New Roman"/>
          <w:sz w:val="24"/>
          <w:szCs w:val="24"/>
        </w:rPr>
        <w:t xml:space="preserve"> </w:t>
      </w:r>
      <w:r w:rsidRPr="00360D38">
        <w:rPr>
          <w:rFonts w:ascii="Times New Roman" w:eastAsia="Times New Roman" w:hAnsi="Times New Roman" w:cs="Times New Roman"/>
          <w:sz w:val="24"/>
          <w:szCs w:val="24"/>
          <w:lang w:val="fr-FR"/>
        </w:rPr>
        <w:t>Tiền thưởng (triệu đồng) của cán bộ và nhân viên trong một công ty được cho ở bảng dưới đây</w:t>
      </w:r>
    </w:p>
    <w:p w14:paraId="5919381F" w14:textId="77777777" w:rsidR="007C5B20" w:rsidRPr="00360D38" w:rsidRDefault="007C5B20" w:rsidP="007C5B20">
      <w:pPr>
        <w:tabs>
          <w:tab w:val="left" w:pos="1170"/>
        </w:tabs>
        <w:spacing w:after="0" w:line="360" w:lineRule="auto"/>
        <w:ind w:hanging="2"/>
        <w:contextualSpacing/>
        <w:jc w:val="center"/>
        <w:rPr>
          <w:rFonts w:ascii="Times New Roman" w:eastAsia="Times New Roman" w:hAnsi="Times New Roman" w:cs="Times New Roman"/>
          <w:sz w:val="24"/>
          <w:szCs w:val="24"/>
        </w:rPr>
      </w:pPr>
      <w:r w:rsidRPr="00360D38">
        <w:rPr>
          <w:rFonts w:ascii="Times New Roman" w:eastAsia="Times New Roman" w:hAnsi="Times New Roman" w:cs="Times New Roman"/>
          <w:noProof/>
          <w:sz w:val="24"/>
          <w:szCs w:val="24"/>
        </w:rPr>
        <w:drawing>
          <wp:inline distT="0" distB="0" distL="0" distR="0" wp14:anchorId="2B8D33A3" wp14:editId="6302BADF">
            <wp:extent cx="4371975" cy="571500"/>
            <wp:effectExtent l="0" t="0" r="9525" b="0"/>
            <wp:docPr id="293" name="Picture 136550885" descr="A white rectangular object with black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136550885" descr="A white rectangular object with black numbers&#10;&#10;AI-generated content may be incorrect."/>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371975" cy="571500"/>
                    </a:xfrm>
                    <a:prstGeom prst="rect">
                      <a:avLst/>
                    </a:prstGeom>
                    <a:noFill/>
                    <a:ln>
                      <a:noFill/>
                    </a:ln>
                  </pic:spPr>
                </pic:pic>
              </a:graphicData>
            </a:graphic>
          </wp:inline>
        </w:drawing>
      </w:r>
    </w:p>
    <w:p w14:paraId="378AE051" w14:textId="77777777" w:rsidR="007C5B20" w:rsidRPr="00360D38" w:rsidRDefault="007C5B20" w:rsidP="007C5B20">
      <w:pPr>
        <w:tabs>
          <w:tab w:val="left" w:pos="1170"/>
        </w:tabs>
        <w:spacing w:after="0" w:line="360" w:lineRule="auto"/>
        <w:ind w:hanging="2"/>
        <w:contextualSpacing/>
        <w:rPr>
          <w:rFonts w:ascii="Times New Roman" w:eastAsia="Times New Roman" w:hAnsi="Times New Roman" w:cs="Times New Roman"/>
          <w:b/>
          <w:sz w:val="24"/>
          <w:szCs w:val="24"/>
          <w:lang w:val="fr-FR"/>
        </w:rPr>
      </w:pPr>
      <w:r w:rsidRPr="00360D38">
        <w:rPr>
          <w:rFonts w:ascii="Times New Roman" w:eastAsia="Times New Roman" w:hAnsi="Times New Roman" w:cs="Times New Roman"/>
          <w:sz w:val="24"/>
          <w:szCs w:val="24"/>
        </w:rPr>
        <w:lastRenderedPageBreak/>
        <w:t xml:space="preserve">Tính mốt </w:t>
      </w:r>
      <w:r w:rsidRPr="00360D38">
        <w:rPr>
          <w:rFonts w:ascii="Times New Roman" w:eastAsia="Arial" w:hAnsi="Times New Roman" w:cs="Times New Roman"/>
          <w:position w:val="-12"/>
          <w:sz w:val="24"/>
          <w:szCs w:val="24"/>
        </w:rPr>
        <w:object w:dxaOrig="390" w:dyaOrig="360" w14:anchorId="2EBC12AC">
          <v:shape id="_x0000_i1118" type="#_x0000_t75" style="width:19.6pt;height:18.7pt" o:ole="">
            <v:imagedata r:id="rId188" o:title=""/>
          </v:shape>
          <o:OLEObject Type="Embed" ProgID="Equation.DSMT4" ShapeID="_x0000_i1118" DrawAspect="Content" ObjectID="_1806929865" r:id="rId189"/>
        </w:object>
      </w:r>
    </w:p>
    <w:p w14:paraId="65CC6235" w14:textId="77777777" w:rsidR="007C5B20" w:rsidRPr="00360D38" w:rsidRDefault="007C5B20" w:rsidP="007C5B20">
      <w:pPr>
        <w:spacing w:after="0" w:line="240" w:lineRule="auto"/>
        <w:ind w:firstLine="720"/>
        <w:jc w:val="both"/>
        <w:rPr>
          <w:rFonts w:ascii="Times New Roman" w:hAnsi="Times New Roman" w:cs="Times New Roman"/>
          <w:sz w:val="24"/>
          <w:szCs w:val="24"/>
        </w:rPr>
      </w:pPr>
      <w:r w:rsidRPr="00360D38">
        <w:rPr>
          <w:rFonts w:ascii="Times New Roman" w:eastAsia="Times New Roman" w:hAnsi="Times New Roman" w:cs="Times New Roman"/>
          <w:b/>
          <w:sz w:val="24"/>
          <w:szCs w:val="24"/>
        </w:rPr>
        <w:t xml:space="preserve">A. </w:t>
      </w:r>
      <w:r w:rsidRPr="00360D38">
        <w:rPr>
          <w:rFonts w:ascii="Times New Roman" w:eastAsia="Arial" w:hAnsi="Times New Roman" w:cs="Times New Roman"/>
          <w:position w:val="-6"/>
          <w:sz w:val="24"/>
          <w:szCs w:val="24"/>
        </w:rPr>
        <w:object w:dxaOrig="285" w:dyaOrig="285" w14:anchorId="00252070">
          <v:shape id="_x0000_i1119" type="#_x0000_t75" style="width:14.15pt;height:14.15pt" o:ole="">
            <v:imagedata r:id="rId190" o:title=""/>
          </v:shape>
          <o:OLEObject Type="Embed" ProgID="Equation.DSMT4" ShapeID="_x0000_i1119" DrawAspect="Content" ObjectID="_1806929866" r:id="rId191"/>
        </w:object>
      </w:r>
      <w:r w:rsidRPr="00360D38">
        <w:rPr>
          <w:rFonts w:ascii="Times New Roman" w:eastAsia="Times New Roman" w:hAnsi="Times New Roman" w:cs="Times New Roman"/>
          <w:sz w:val="24"/>
          <w:szCs w:val="24"/>
        </w:rPr>
        <w:t>.</w:t>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t xml:space="preserve">B. </w:t>
      </w:r>
      <w:r w:rsidRPr="00360D38">
        <w:rPr>
          <w:rFonts w:ascii="Times New Roman" w:eastAsia="Arial" w:hAnsi="Times New Roman" w:cs="Times New Roman"/>
          <w:position w:val="-4"/>
          <w:sz w:val="24"/>
          <w:szCs w:val="24"/>
        </w:rPr>
        <w:object w:dxaOrig="285" w:dyaOrig="255" w14:anchorId="2B5A14E6">
          <v:shape id="_x0000_i1120" type="#_x0000_t75" style="width:14.15pt;height:12.3pt" o:ole="">
            <v:imagedata r:id="rId192" o:title=""/>
          </v:shape>
          <o:OLEObject Type="Embed" ProgID="Equation.DSMT4" ShapeID="_x0000_i1120" DrawAspect="Content" ObjectID="_1806929867" r:id="rId193"/>
        </w:object>
      </w:r>
      <w:r w:rsidRPr="00360D38">
        <w:rPr>
          <w:rFonts w:ascii="Times New Roman" w:eastAsia="Times New Roman" w:hAnsi="Times New Roman" w:cs="Times New Roman"/>
          <w:sz w:val="24"/>
          <w:szCs w:val="24"/>
        </w:rPr>
        <w:t>.</w:t>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t xml:space="preserve">C. </w:t>
      </w:r>
      <w:r w:rsidRPr="00360D38">
        <w:rPr>
          <w:rFonts w:ascii="Times New Roman" w:eastAsia="Arial" w:hAnsi="Times New Roman" w:cs="Times New Roman"/>
          <w:position w:val="-6"/>
          <w:sz w:val="24"/>
          <w:szCs w:val="24"/>
        </w:rPr>
        <w:object w:dxaOrig="285" w:dyaOrig="285" w14:anchorId="39E0757A">
          <v:shape id="_x0000_i1121" type="#_x0000_t75" style="width:14.15pt;height:14.15pt" o:ole="">
            <v:imagedata r:id="rId194" o:title=""/>
          </v:shape>
          <o:OLEObject Type="Embed" ProgID="Equation.DSMT4" ShapeID="_x0000_i1121" DrawAspect="Content" ObjectID="_1806929868" r:id="rId195"/>
        </w:object>
      </w:r>
      <w:r w:rsidRPr="00360D38">
        <w:rPr>
          <w:rFonts w:ascii="Times New Roman" w:eastAsia="Times New Roman" w:hAnsi="Times New Roman" w:cs="Times New Roman"/>
          <w:sz w:val="24"/>
          <w:szCs w:val="24"/>
        </w:rPr>
        <w:t>.</w:t>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r>
      <w:r w:rsidRPr="00360D38">
        <w:rPr>
          <w:rFonts w:ascii="Times New Roman" w:eastAsia="Times New Roman" w:hAnsi="Times New Roman" w:cs="Times New Roman"/>
          <w:b/>
          <w:sz w:val="24"/>
          <w:szCs w:val="24"/>
        </w:rPr>
        <w:tab/>
        <w:t xml:space="preserve">D. </w:t>
      </w:r>
      <w:r w:rsidRPr="00360D38">
        <w:rPr>
          <w:rFonts w:ascii="Times New Roman" w:eastAsia="Arial" w:hAnsi="Times New Roman" w:cs="Times New Roman"/>
          <w:position w:val="-6"/>
          <w:sz w:val="24"/>
          <w:szCs w:val="24"/>
        </w:rPr>
        <w:object w:dxaOrig="285" w:dyaOrig="285" w14:anchorId="73079AD7">
          <v:shape id="_x0000_i1122" type="#_x0000_t75" style="width:14.15pt;height:14.15pt" o:ole="">
            <v:imagedata r:id="rId196" o:title=""/>
          </v:shape>
          <o:OLEObject Type="Embed" ProgID="Equation.DSMT4" ShapeID="_x0000_i1122" DrawAspect="Content" ObjectID="_1806929869" r:id="rId197"/>
        </w:object>
      </w:r>
      <w:r w:rsidRPr="00360D38">
        <w:rPr>
          <w:rFonts w:ascii="Times New Roman" w:eastAsia="Times New Roman" w:hAnsi="Times New Roman" w:cs="Times New Roman"/>
          <w:sz w:val="24"/>
          <w:szCs w:val="24"/>
        </w:rPr>
        <w:t>.</w:t>
      </w:r>
    </w:p>
    <w:p w14:paraId="6CE082D6" w14:textId="77777777" w:rsidR="007C5B20" w:rsidRPr="00360D38" w:rsidRDefault="007C5B20" w:rsidP="007C5B20">
      <w:pPr>
        <w:spacing w:after="0"/>
        <w:jc w:val="both"/>
        <w:rPr>
          <w:rFonts w:ascii="Times New Roman" w:hAnsi="Times New Roman" w:cs="Times New Roman"/>
          <w:sz w:val="24"/>
          <w:szCs w:val="24"/>
          <w:lang w:val="fr-FR"/>
        </w:rPr>
      </w:pPr>
      <w:r w:rsidRPr="00360D38">
        <w:rPr>
          <w:rFonts w:ascii="Times New Roman" w:hAnsi="Times New Roman" w:cs="Times New Roman"/>
          <w:b/>
          <w:sz w:val="24"/>
          <w:szCs w:val="24"/>
        </w:rPr>
        <w:t>Câu 4.</w:t>
      </w:r>
      <w:r w:rsidRPr="00360D38">
        <w:rPr>
          <w:rFonts w:ascii="Times New Roman" w:hAnsi="Times New Roman" w:cs="Times New Roman"/>
          <w:b/>
          <w:sz w:val="24"/>
          <w:szCs w:val="24"/>
          <w:lang w:val="vi-VN"/>
        </w:rPr>
        <w:t xml:space="preserve"> :</w:t>
      </w:r>
      <w:r w:rsidRPr="00360D38">
        <w:rPr>
          <w:rFonts w:ascii="Times New Roman" w:hAnsi="Times New Roman" w:cs="Times New Roman"/>
          <w:sz w:val="24"/>
          <w:szCs w:val="24"/>
          <w:lang w:val="vi-VN"/>
        </w:rPr>
        <w:t xml:space="preserve"> Khai triển của nhị thức</w:t>
      </w:r>
      <w:r w:rsidRPr="00360D38">
        <w:rPr>
          <w:rFonts w:ascii="Times New Roman" w:hAnsi="Times New Roman" w:cs="Times New Roman"/>
          <w:position w:val="-14"/>
          <w:sz w:val="24"/>
          <w:szCs w:val="24"/>
          <w:lang w:val="vi-VN"/>
        </w:rPr>
        <w:t xml:space="preserve"> </w:t>
      </w:r>
      <w:bookmarkStart w:id="8" w:name="_Hlk191373250"/>
      <w:r w:rsidRPr="00360D38">
        <w:rPr>
          <w:rFonts w:ascii="Times New Roman" w:eastAsia="Times New Roman" w:hAnsi="Times New Roman" w:cs="Times New Roman"/>
          <w:position w:val="-14"/>
          <w:sz w:val="24"/>
          <w:szCs w:val="24"/>
        </w:rPr>
        <w:object w:dxaOrig="880" w:dyaOrig="440" w14:anchorId="05CC1BED">
          <v:shape id="_x0000_i1123" type="#_x0000_t75" style="width:44.2pt;height:21.85pt" o:ole="">
            <v:imagedata r:id="rId198" o:title=""/>
          </v:shape>
          <o:OLEObject Type="Embed" ProgID="Equation.DSMT4" ShapeID="_x0000_i1123" DrawAspect="Content" ObjectID="_1806929870" r:id="rId199"/>
        </w:object>
      </w:r>
      <w:bookmarkEnd w:id="8"/>
      <w:r w:rsidRPr="00360D38">
        <w:rPr>
          <w:rFonts w:ascii="Times New Roman" w:hAnsi="Times New Roman" w:cs="Times New Roman"/>
          <w:sz w:val="24"/>
          <w:szCs w:val="24"/>
          <w:lang w:val="vi-VN"/>
        </w:rPr>
        <w:t xml:space="preserve"> là:</w:t>
      </w:r>
    </w:p>
    <w:p w14:paraId="7C08480B" w14:textId="77777777" w:rsidR="007C5B20" w:rsidRPr="00360D38" w:rsidRDefault="007C5B20" w:rsidP="007C5B20">
      <w:pPr>
        <w:spacing w:after="0" w:line="240" w:lineRule="auto"/>
        <w:ind w:firstLine="720"/>
        <w:jc w:val="both"/>
        <w:rPr>
          <w:rFonts w:ascii="Times New Roman" w:eastAsia="Times New Roman" w:hAnsi="Times New Roman" w:cs="Times New Roman"/>
          <w:b/>
          <w:bCs/>
          <w:sz w:val="24"/>
          <w:szCs w:val="24"/>
          <w:lang w:val="fr-FR"/>
        </w:rPr>
      </w:pPr>
      <w:r w:rsidRPr="00360D38">
        <w:rPr>
          <w:rFonts w:ascii="Times New Roman" w:eastAsia="Times New Roman" w:hAnsi="Times New Roman" w:cs="Times New Roman"/>
          <w:b/>
          <w:bCs/>
          <w:sz w:val="24"/>
          <w:szCs w:val="24"/>
          <w:lang w:val="fr-FR"/>
        </w:rPr>
        <w:t xml:space="preserve">A. </w:t>
      </w:r>
      <w:r w:rsidRPr="00360D38">
        <w:rPr>
          <w:rFonts w:ascii="Times New Roman" w:eastAsia="Times New Roman" w:hAnsi="Times New Roman" w:cs="Times New Roman"/>
          <w:b/>
          <w:bCs/>
          <w:position w:val="-6"/>
          <w:sz w:val="24"/>
          <w:szCs w:val="24"/>
        </w:rPr>
        <w:object w:dxaOrig="2720" w:dyaOrig="320" w14:anchorId="02580348">
          <v:shape id="_x0000_i1124" type="#_x0000_t75" style="width:135.8pt;height:15.95pt" o:ole="">
            <v:imagedata r:id="rId200" o:title=""/>
          </v:shape>
          <o:OLEObject Type="Embed" ProgID="Equation.DSMT4" ShapeID="_x0000_i1124" DrawAspect="Content" ObjectID="_1806929871" r:id="rId201"/>
        </w:object>
      </w:r>
      <w:r w:rsidRPr="00360D38">
        <w:rPr>
          <w:rFonts w:ascii="Times New Roman" w:eastAsia="Times New Roman" w:hAnsi="Times New Roman" w:cs="Times New Roman"/>
          <w:b/>
          <w:bCs/>
          <w:sz w:val="24"/>
          <w:szCs w:val="24"/>
          <w:lang w:val="fr-FR"/>
        </w:rPr>
        <w:t>.</w:t>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t xml:space="preserve">B. </w:t>
      </w:r>
      <w:r w:rsidRPr="00360D38">
        <w:rPr>
          <w:rFonts w:ascii="Times New Roman" w:eastAsia="Times New Roman" w:hAnsi="Times New Roman" w:cs="Times New Roman"/>
          <w:b/>
          <w:bCs/>
          <w:position w:val="-6"/>
          <w:sz w:val="24"/>
          <w:szCs w:val="24"/>
        </w:rPr>
        <w:object w:dxaOrig="2740" w:dyaOrig="320" w14:anchorId="05828CC5">
          <v:shape id="_x0000_i1125" type="#_x0000_t75" style="width:137.15pt;height:15.95pt" o:ole="">
            <v:imagedata r:id="rId202" o:title=""/>
          </v:shape>
          <o:OLEObject Type="Embed" ProgID="Equation.DSMT4" ShapeID="_x0000_i1125" DrawAspect="Content" ObjectID="_1806929872" r:id="rId203"/>
        </w:object>
      </w:r>
      <w:r w:rsidRPr="00360D38">
        <w:rPr>
          <w:rFonts w:ascii="Times New Roman" w:hAnsi="Times New Roman" w:cs="Times New Roman"/>
          <w:b/>
          <w:bCs/>
          <w:sz w:val="24"/>
          <w:szCs w:val="24"/>
          <w:lang w:val="fr-FR"/>
        </w:rPr>
        <w:t>.</w:t>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r>
    </w:p>
    <w:p w14:paraId="64C0DB62" w14:textId="77777777" w:rsidR="007C5B20" w:rsidRPr="00360D38" w:rsidRDefault="007C5B20" w:rsidP="007C5B20">
      <w:pPr>
        <w:spacing w:after="0" w:line="360" w:lineRule="auto"/>
        <w:ind w:firstLine="720"/>
        <w:contextualSpacing/>
        <w:jc w:val="both"/>
        <w:rPr>
          <w:rFonts w:ascii="Times New Roman" w:hAnsi="Times New Roman" w:cs="Times New Roman"/>
          <w:b/>
          <w:bCs/>
          <w:sz w:val="24"/>
          <w:szCs w:val="24"/>
          <w:lang w:val="vi-VN"/>
        </w:rPr>
      </w:pPr>
      <w:r w:rsidRPr="00360D38">
        <w:rPr>
          <w:rFonts w:ascii="Times New Roman" w:eastAsia="Times New Roman" w:hAnsi="Times New Roman" w:cs="Times New Roman"/>
          <w:b/>
          <w:bCs/>
          <w:sz w:val="24"/>
          <w:szCs w:val="24"/>
          <w:lang w:val="fr-FR"/>
        </w:rPr>
        <w:t xml:space="preserve">C. </w:t>
      </w:r>
      <w:r w:rsidRPr="00360D38">
        <w:rPr>
          <w:rFonts w:ascii="Times New Roman" w:eastAsia="Times New Roman" w:hAnsi="Times New Roman" w:cs="Times New Roman"/>
          <w:b/>
          <w:bCs/>
          <w:position w:val="-6"/>
          <w:sz w:val="24"/>
          <w:szCs w:val="24"/>
        </w:rPr>
        <w:object w:dxaOrig="2500" w:dyaOrig="320" w14:anchorId="7C5F0A1A">
          <v:shape id="_x0000_i1126" type="#_x0000_t75" style="width:124.85pt;height:15.95pt" o:ole="">
            <v:imagedata r:id="rId204" o:title=""/>
          </v:shape>
          <o:OLEObject Type="Embed" ProgID="Equation.DSMT4" ShapeID="_x0000_i1126" DrawAspect="Content" ObjectID="_1806929873" r:id="rId205"/>
        </w:object>
      </w:r>
      <w:r w:rsidRPr="00360D38">
        <w:rPr>
          <w:rFonts w:ascii="Times New Roman" w:hAnsi="Times New Roman" w:cs="Times New Roman"/>
          <w:b/>
          <w:bCs/>
          <w:sz w:val="24"/>
          <w:szCs w:val="24"/>
          <w:lang w:val="fr-FR"/>
        </w:rPr>
        <w:t>.</w:t>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t xml:space="preserve">D. </w:t>
      </w:r>
      <w:r w:rsidRPr="00360D38">
        <w:rPr>
          <w:rFonts w:ascii="Times New Roman" w:eastAsia="Times New Roman" w:hAnsi="Times New Roman" w:cs="Times New Roman"/>
          <w:b/>
          <w:bCs/>
          <w:position w:val="-6"/>
          <w:sz w:val="24"/>
          <w:szCs w:val="24"/>
        </w:rPr>
        <w:object w:dxaOrig="2520" w:dyaOrig="320" w14:anchorId="6513828B">
          <v:shape id="_x0000_i1127" type="#_x0000_t75" style="width:126.7pt;height:15.95pt" o:ole="">
            <v:imagedata r:id="rId206" o:title=""/>
          </v:shape>
          <o:OLEObject Type="Embed" ProgID="Equation.DSMT4" ShapeID="_x0000_i1127" DrawAspect="Content" ObjectID="_1806929874" r:id="rId207"/>
        </w:object>
      </w:r>
      <w:r w:rsidRPr="00360D38">
        <w:rPr>
          <w:rFonts w:ascii="Times New Roman" w:hAnsi="Times New Roman" w:cs="Times New Roman"/>
          <w:b/>
          <w:bCs/>
          <w:sz w:val="24"/>
          <w:szCs w:val="24"/>
          <w:lang w:val="fr-FR"/>
        </w:rPr>
        <w:t>.</w:t>
      </w:r>
    </w:p>
    <w:p w14:paraId="55AD3583" w14:textId="77777777" w:rsidR="007C5B20" w:rsidRPr="00360D38" w:rsidRDefault="007C5B20" w:rsidP="007C5B20">
      <w:pPr>
        <w:jc w:val="both"/>
        <w:rPr>
          <w:rFonts w:ascii="Times New Roman" w:hAnsi="Times New Roman" w:cs="Times New Roman"/>
          <w:sz w:val="24"/>
          <w:szCs w:val="24"/>
          <w:lang w:val="vi-VN"/>
        </w:rPr>
      </w:pPr>
      <w:r w:rsidRPr="00360D38">
        <w:rPr>
          <w:rFonts w:ascii="Times New Roman" w:hAnsi="Times New Roman" w:cs="Times New Roman"/>
          <w:b/>
          <w:sz w:val="24"/>
          <w:szCs w:val="24"/>
        </w:rPr>
        <w:t>Câu 5.</w:t>
      </w:r>
      <w:r w:rsidRPr="00360D38">
        <w:rPr>
          <w:rFonts w:ascii="Times New Roman" w:hAnsi="Times New Roman" w:cs="Times New Roman"/>
          <w:sz w:val="24"/>
          <w:szCs w:val="24"/>
        </w:rPr>
        <w:t xml:space="preserve"> </w:t>
      </w:r>
      <w:bookmarkStart w:id="9" w:name="_Hlk191962226"/>
      <w:r w:rsidRPr="00360D38">
        <w:rPr>
          <w:rFonts w:ascii="Times New Roman" w:hAnsi="Times New Roman" w:cs="Times New Roman"/>
          <w:sz w:val="24"/>
          <w:szCs w:val="24"/>
          <w:lang w:val="vi-VN"/>
        </w:rPr>
        <w:t>Quy tròn số 3,</w:t>
      </w:r>
      <w:r w:rsidRPr="00360D38">
        <w:rPr>
          <w:rFonts w:ascii="Times New Roman" w:hAnsi="Times New Roman" w:cs="Times New Roman"/>
          <w:sz w:val="24"/>
          <w:szCs w:val="24"/>
        </w:rPr>
        <w:t>547812</w:t>
      </w:r>
      <w:r w:rsidRPr="00360D38">
        <w:rPr>
          <w:rFonts w:ascii="Times New Roman" w:hAnsi="Times New Roman" w:cs="Times New Roman"/>
          <w:sz w:val="24"/>
          <w:szCs w:val="24"/>
          <w:lang w:val="vi-VN"/>
        </w:rPr>
        <w:t xml:space="preserve"> đến hàng phần </w:t>
      </w:r>
      <w:r w:rsidRPr="00360D38">
        <w:rPr>
          <w:rFonts w:ascii="Times New Roman" w:hAnsi="Times New Roman" w:cs="Times New Roman"/>
          <w:sz w:val="24"/>
          <w:szCs w:val="24"/>
        </w:rPr>
        <w:t>chục</w:t>
      </w:r>
      <w:r w:rsidRPr="00360D38">
        <w:rPr>
          <w:rFonts w:ascii="Times New Roman" w:hAnsi="Times New Roman" w:cs="Times New Roman"/>
          <w:sz w:val="24"/>
          <w:szCs w:val="24"/>
          <w:lang w:val="vi-VN"/>
        </w:rPr>
        <w:t xml:space="preserve"> là:</w:t>
      </w:r>
    </w:p>
    <w:p w14:paraId="70EAC68B" w14:textId="77777777" w:rsidR="007C5B20" w:rsidRPr="00360D38" w:rsidRDefault="007C5B20" w:rsidP="007C5B20">
      <w:pPr>
        <w:spacing w:after="0" w:line="240" w:lineRule="auto"/>
        <w:ind w:firstLine="720"/>
        <w:jc w:val="both"/>
        <w:rPr>
          <w:rFonts w:ascii="Times New Roman" w:hAnsi="Times New Roman" w:cs="Times New Roman"/>
          <w:b/>
          <w:bCs/>
          <w:sz w:val="24"/>
          <w:szCs w:val="24"/>
          <w:lang w:eastAsia="vi-VN"/>
        </w:rPr>
      </w:pPr>
      <w:r w:rsidRPr="00360D38">
        <w:rPr>
          <w:rFonts w:ascii="Times New Roman" w:hAnsi="Times New Roman" w:cs="Times New Roman"/>
          <w:b/>
          <w:bCs/>
          <w:sz w:val="24"/>
          <w:szCs w:val="24"/>
          <w:lang w:val="fr-FR"/>
        </w:rPr>
        <w:t>A.</w:t>
      </w:r>
      <w:r w:rsidRPr="00360D38">
        <w:rPr>
          <w:rFonts w:ascii="Times New Roman" w:hAnsi="Times New Roman" w:cs="Times New Roman"/>
          <w:sz w:val="24"/>
          <w:szCs w:val="24"/>
          <w:lang w:val="fr-FR"/>
        </w:rPr>
        <w:t xml:space="preserve"> </w:t>
      </w:r>
      <w:r w:rsidRPr="00360D38">
        <w:rPr>
          <w:rFonts w:ascii="Times New Roman" w:hAnsi="Times New Roman" w:cs="Times New Roman"/>
          <w:sz w:val="24"/>
          <w:szCs w:val="24"/>
        </w:rPr>
        <w:t>3</w:t>
      </w:r>
      <w:r w:rsidRPr="00360D38">
        <w:rPr>
          <w:rFonts w:ascii="Times New Roman" w:hAnsi="Times New Roman" w:cs="Times New Roman"/>
          <w:sz w:val="24"/>
          <w:szCs w:val="24"/>
          <w:lang w:val="vi-VN"/>
        </w:rPr>
        <w:t>,</w:t>
      </w:r>
      <w:r w:rsidRPr="00360D38">
        <w:rPr>
          <w:rFonts w:ascii="Times New Roman" w:hAnsi="Times New Roman" w:cs="Times New Roman"/>
          <w:sz w:val="24"/>
          <w:szCs w:val="24"/>
        </w:rPr>
        <w:t>5</w:t>
      </w:r>
      <w:r w:rsidRPr="00360D38">
        <w:rPr>
          <w:rFonts w:ascii="Times New Roman" w:hAnsi="Times New Roman" w:cs="Times New Roman"/>
          <w:sz w:val="24"/>
          <w:szCs w:val="24"/>
          <w:lang w:val="vi-VN"/>
        </w:rPr>
        <w:t>4</w:t>
      </w:r>
      <w:r w:rsidRPr="00360D38">
        <w:rPr>
          <w:rFonts w:ascii="Times New Roman" w:hAnsi="Times New Roman" w:cs="Times New Roman"/>
          <w:b/>
          <w:bCs/>
          <w:sz w:val="24"/>
          <w:szCs w:val="24"/>
          <w:lang w:val="vi-VN" w:eastAsia="vi-VN"/>
        </w:rPr>
        <w:tab/>
      </w:r>
      <w:r w:rsidRPr="00360D38">
        <w:rPr>
          <w:rFonts w:ascii="Times New Roman" w:hAnsi="Times New Roman" w:cs="Times New Roman"/>
          <w:b/>
          <w:bCs/>
          <w:sz w:val="24"/>
          <w:szCs w:val="24"/>
          <w:lang w:eastAsia="vi-VN"/>
        </w:rPr>
        <w:tab/>
      </w:r>
      <w:r w:rsidRPr="00360D38">
        <w:rPr>
          <w:rFonts w:ascii="Times New Roman" w:hAnsi="Times New Roman" w:cs="Times New Roman"/>
          <w:b/>
          <w:bCs/>
          <w:sz w:val="24"/>
          <w:szCs w:val="24"/>
          <w:lang w:eastAsia="vi-VN"/>
        </w:rPr>
        <w:tab/>
      </w:r>
      <w:r w:rsidRPr="00360D38">
        <w:rPr>
          <w:rFonts w:ascii="Times New Roman" w:hAnsi="Times New Roman" w:cs="Times New Roman"/>
          <w:b/>
          <w:bCs/>
          <w:sz w:val="24"/>
          <w:szCs w:val="24"/>
          <w:lang w:val="fr-FR"/>
        </w:rPr>
        <w:t>B.</w:t>
      </w:r>
      <w:r w:rsidRPr="00360D38">
        <w:rPr>
          <w:rFonts w:ascii="Times New Roman" w:hAnsi="Times New Roman" w:cs="Times New Roman"/>
          <w:sz w:val="24"/>
          <w:szCs w:val="24"/>
          <w:lang w:val="fr-FR"/>
        </w:rPr>
        <w:t xml:space="preserve"> </w:t>
      </w:r>
      <w:r w:rsidRPr="00360D38">
        <w:rPr>
          <w:rFonts w:ascii="Times New Roman" w:hAnsi="Times New Roman" w:cs="Times New Roman"/>
          <w:sz w:val="24"/>
          <w:szCs w:val="24"/>
        </w:rPr>
        <w:t>3</w:t>
      </w:r>
      <w:r w:rsidRPr="00360D38">
        <w:rPr>
          <w:rFonts w:ascii="Times New Roman" w:hAnsi="Times New Roman" w:cs="Times New Roman"/>
          <w:sz w:val="24"/>
          <w:szCs w:val="24"/>
          <w:lang w:val="vi-VN"/>
        </w:rPr>
        <w:t>,</w:t>
      </w:r>
      <w:r w:rsidRPr="00360D38">
        <w:rPr>
          <w:rFonts w:ascii="Times New Roman" w:hAnsi="Times New Roman" w:cs="Times New Roman"/>
          <w:sz w:val="24"/>
          <w:szCs w:val="24"/>
        </w:rPr>
        <w:t>6</w:t>
      </w:r>
      <w:r w:rsidRPr="00360D38">
        <w:rPr>
          <w:rFonts w:ascii="Times New Roman" w:hAnsi="Times New Roman" w:cs="Times New Roman"/>
          <w:sz w:val="24"/>
          <w:szCs w:val="24"/>
          <w:lang w:val="vi-VN"/>
        </w:rPr>
        <w:tab/>
      </w:r>
      <w:r w:rsidRPr="00360D38">
        <w:rPr>
          <w:rFonts w:ascii="Times New Roman" w:hAnsi="Times New Roman" w:cs="Times New Roman"/>
          <w:sz w:val="24"/>
          <w:szCs w:val="24"/>
          <w:lang w:val="vi-VN"/>
        </w:rPr>
        <w:tab/>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b/>
          <w:bCs/>
          <w:sz w:val="24"/>
          <w:szCs w:val="24"/>
          <w:lang w:val="fr-FR"/>
        </w:rPr>
        <w:t xml:space="preserve">C. </w:t>
      </w:r>
      <w:r w:rsidRPr="00360D38">
        <w:rPr>
          <w:rFonts w:ascii="Times New Roman" w:hAnsi="Times New Roman" w:cs="Times New Roman"/>
          <w:sz w:val="24"/>
          <w:szCs w:val="24"/>
        </w:rPr>
        <w:t>3</w:t>
      </w:r>
      <w:r w:rsidRPr="00360D38">
        <w:rPr>
          <w:rFonts w:ascii="Times New Roman" w:hAnsi="Times New Roman" w:cs="Times New Roman"/>
          <w:sz w:val="24"/>
          <w:szCs w:val="24"/>
          <w:lang w:val="vi-VN"/>
        </w:rPr>
        <w:t>,</w:t>
      </w:r>
      <w:r w:rsidRPr="00360D38">
        <w:rPr>
          <w:rFonts w:ascii="Times New Roman" w:hAnsi="Times New Roman" w:cs="Times New Roman"/>
          <w:sz w:val="24"/>
          <w:szCs w:val="24"/>
        </w:rPr>
        <w:t>5</w:t>
      </w:r>
      <w:r w:rsidRPr="00360D38">
        <w:rPr>
          <w:rFonts w:ascii="Times New Roman" w:eastAsia="Times New Roman" w:hAnsi="Times New Roman" w:cs="Times New Roman"/>
          <w:sz w:val="24"/>
          <w:szCs w:val="24"/>
          <w:lang w:val="vi-VN"/>
        </w:rPr>
        <w:t>;</w: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rPr>
        <w:tab/>
      </w:r>
      <w:r w:rsidRPr="00360D38">
        <w:rPr>
          <w:rFonts w:ascii="Times New Roman" w:hAnsi="Times New Roman" w:cs="Times New Roman"/>
          <w:b/>
          <w:bCs/>
          <w:sz w:val="24"/>
          <w:szCs w:val="24"/>
          <w:lang w:val="fr-FR"/>
        </w:rPr>
        <w:t>D.</w:t>
      </w:r>
      <w:r w:rsidRPr="00360D38">
        <w:rPr>
          <w:rFonts w:ascii="Times New Roman" w:hAnsi="Times New Roman" w:cs="Times New Roman"/>
          <w:sz w:val="24"/>
          <w:szCs w:val="24"/>
          <w:lang w:val="fr-FR"/>
        </w:rPr>
        <w:t xml:space="preserve"> </w:t>
      </w:r>
      <w:r w:rsidRPr="00360D38">
        <w:rPr>
          <w:rFonts w:ascii="Times New Roman" w:hAnsi="Times New Roman" w:cs="Times New Roman"/>
          <w:sz w:val="24"/>
          <w:szCs w:val="24"/>
        </w:rPr>
        <w:t>4</w:t>
      </w:r>
    </w:p>
    <w:bookmarkEnd w:id="9"/>
    <w:p w14:paraId="79CFA82C" w14:textId="77777777" w:rsidR="007C5B20" w:rsidRPr="00360D38" w:rsidRDefault="007C5B20" w:rsidP="007C5B20">
      <w:pPr>
        <w:spacing w:after="0" w:line="240" w:lineRule="auto"/>
        <w:ind w:left="25"/>
        <w:rPr>
          <w:rFonts w:ascii="Times New Roman" w:hAnsi="Times New Roman" w:cs="Times New Roman"/>
          <w:sz w:val="24"/>
          <w:szCs w:val="24"/>
        </w:rPr>
      </w:pPr>
    </w:p>
    <w:p w14:paraId="2E738C8F"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Câu 6.</w:t>
      </w:r>
      <w:r w:rsidRPr="00360D38">
        <w:rPr>
          <w:rFonts w:ascii="Times New Roman" w:hAnsi="Times New Roman" w:cs="Times New Roman"/>
          <w:sz w:val="24"/>
          <w:szCs w:val="24"/>
        </w:rPr>
        <w:t xml:space="preserve"> Xét phép thử T với không gian mẫu </w:t>
      </w:r>
      <w:r w:rsidRPr="00360D38">
        <w:rPr>
          <w:rFonts w:ascii="Times New Roman" w:eastAsia="Arial" w:hAnsi="Times New Roman" w:cs="Times New Roman"/>
          <w:position w:val="-10"/>
          <w:sz w:val="24"/>
          <w:szCs w:val="24"/>
        </w:rPr>
        <w:object w:dxaOrig="320" w:dyaOrig="320" w14:anchorId="3883E9D6">
          <v:shape id="_x0000_i1128" type="#_x0000_t75" style="width:15.95pt;height:15.95pt" o:ole="">
            <v:imagedata r:id="rId208" o:title=""/>
          </v:shape>
          <o:OLEObject Type="Embed" ProgID="Equation.DSMT4" ShapeID="_x0000_i1128" DrawAspect="Content" ObjectID="_1806929875" r:id="rId209"/>
        </w:object>
      </w:r>
      <w:r w:rsidRPr="00360D38">
        <w:rPr>
          <w:rFonts w:ascii="Times New Roman" w:eastAsia="Arial" w:hAnsi="Times New Roman" w:cs="Times New Roman"/>
          <w:sz w:val="24"/>
          <w:szCs w:val="24"/>
        </w:rPr>
        <w:t>A là một biến cố của phép thử T. Khẳng định nào sau đây sai</w:t>
      </w:r>
    </w:p>
    <w:p w14:paraId="21E40512" w14:textId="77777777" w:rsidR="007C5B20" w:rsidRPr="00360D38" w:rsidRDefault="007C5B20" w:rsidP="007C5B20">
      <w:pPr>
        <w:spacing w:after="0" w:line="240" w:lineRule="auto"/>
        <w:ind w:firstLine="720"/>
        <w:jc w:val="both"/>
        <w:rPr>
          <w:rFonts w:ascii="Times New Roman" w:hAnsi="Times New Roman" w:cs="Times New Roman"/>
          <w:sz w:val="24"/>
          <w:szCs w:val="24"/>
        </w:rPr>
      </w:pPr>
      <w:r w:rsidRPr="00360D38">
        <w:rPr>
          <w:rFonts w:ascii="Times New Roman" w:hAnsi="Times New Roman" w:cs="Times New Roman"/>
          <w:b/>
          <w:sz w:val="24"/>
          <w:szCs w:val="24"/>
        </w:rPr>
        <w:t xml:space="preserve">A. </w:t>
      </w:r>
      <w:r w:rsidRPr="00360D38">
        <w:rPr>
          <w:rFonts w:ascii="Times New Roman" w:eastAsia="Times New Roman" w:hAnsi="Times New Roman" w:cs="Times New Roman"/>
          <w:b/>
          <w:position w:val="-10"/>
          <w:sz w:val="24"/>
          <w:szCs w:val="24"/>
        </w:rPr>
        <w:object w:dxaOrig="880" w:dyaOrig="320" w14:anchorId="37AE7A54">
          <v:shape id="_x0000_i1129" type="#_x0000_t75" style="width:41.9pt;height:15.95pt" o:ole="">
            <v:imagedata r:id="rId210" o:title=""/>
          </v:shape>
          <o:OLEObject Type="Embed" ProgID="Equation.DSMT4" ShapeID="_x0000_i1129" DrawAspect="Content" ObjectID="_1806929876" r:id="rId211"/>
        </w:object>
      </w:r>
      <w:r w:rsidRPr="00360D38">
        <w:rPr>
          <w:rFonts w:ascii="Times New Roman" w:hAnsi="Times New Roman" w:cs="Times New Roman"/>
          <w:sz w:val="24"/>
          <w:szCs w:val="24"/>
        </w:rPr>
        <w:t>.</w:t>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b/>
          <w:sz w:val="24"/>
          <w:szCs w:val="24"/>
        </w:rPr>
        <w:t xml:space="preserve">B. </w:t>
      </w:r>
      <w:r w:rsidRPr="00360D38">
        <w:rPr>
          <w:rFonts w:ascii="Times New Roman" w:eastAsia="Times New Roman" w:hAnsi="Times New Roman" w:cs="Times New Roman"/>
          <w:b/>
          <w:position w:val="-14"/>
          <w:sz w:val="24"/>
          <w:szCs w:val="24"/>
        </w:rPr>
        <w:object w:dxaOrig="940" w:dyaOrig="400" w14:anchorId="3B97BC36">
          <v:shape id="_x0000_i1130" type="#_x0000_t75" style="width:46.95pt;height:20.95pt" o:ole="">
            <v:imagedata r:id="rId212" o:title=""/>
          </v:shape>
          <o:OLEObject Type="Embed" ProgID="Equation.DSMT4" ShapeID="_x0000_i1130" DrawAspect="Content" ObjectID="_1806929877" r:id="rId213"/>
        </w:object>
      </w:r>
      <w:r w:rsidRPr="00360D38">
        <w:rPr>
          <w:rFonts w:ascii="Times New Roman" w:hAnsi="Times New Roman" w:cs="Times New Roman"/>
          <w:sz w:val="24"/>
          <w:szCs w:val="24"/>
        </w:rPr>
        <w:t>.</w:t>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b/>
          <w:sz w:val="24"/>
          <w:szCs w:val="24"/>
        </w:rPr>
        <w:t xml:space="preserve">C. </w:t>
      </w:r>
      <w:r w:rsidRPr="00360D38">
        <w:rPr>
          <w:rFonts w:ascii="Times New Roman" w:eastAsia="Times New Roman" w:hAnsi="Times New Roman" w:cs="Times New Roman"/>
          <w:b/>
          <w:position w:val="-10"/>
          <w:sz w:val="24"/>
          <w:szCs w:val="24"/>
        </w:rPr>
        <w:object w:dxaOrig="1579" w:dyaOrig="380" w14:anchorId="471C3956">
          <v:shape id="_x0000_i1131" type="#_x0000_t75" style="width:75.65pt;height:19.15pt" o:ole="">
            <v:imagedata r:id="rId214" o:title=""/>
          </v:shape>
          <o:OLEObject Type="Embed" ProgID="Equation.DSMT4" ShapeID="_x0000_i1131" DrawAspect="Content" ObjectID="_1806929878" r:id="rId215"/>
        </w:object>
      </w:r>
      <w:r w:rsidRPr="00360D38">
        <w:rPr>
          <w:rFonts w:ascii="Times New Roman" w:hAnsi="Times New Roman" w:cs="Times New Roman"/>
          <w:sz w:val="24"/>
          <w:szCs w:val="24"/>
        </w:rPr>
        <w:t>.</w:t>
      </w:r>
      <w:r w:rsidRPr="00360D38">
        <w:rPr>
          <w:rFonts w:ascii="Times New Roman" w:hAnsi="Times New Roman" w:cs="Times New Roman"/>
          <w:sz w:val="24"/>
          <w:szCs w:val="24"/>
        </w:rPr>
        <w:tab/>
      </w:r>
      <w:r w:rsidRPr="00360D38">
        <w:rPr>
          <w:rFonts w:ascii="Times New Roman" w:hAnsi="Times New Roman" w:cs="Times New Roman"/>
          <w:sz w:val="24"/>
          <w:szCs w:val="24"/>
        </w:rPr>
        <w:tab/>
      </w:r>
      <w:r w:rsidRPr="00360D38">
        <w:rPr>
          <w:rFonts w:ascii="Times New Roman" w:hAnsi="Times New Roman" w:cs="Times New Roman"/>
          <w:b/>
          <w:sz w:val="24"/>
          <w:szCs w:val="24"/>
        </w:rPr>
        <w:t xml:space="preserve">D. </w:t>
      </w:r>
      <w:r w:rsidRPr="00360D38">
        <w:rPr>
          <w:rFonts w:ascii="Times New Roman" w:eastAsia="Times New Roman" w:hAnsi="Times New Roman" w:cs="Times New Roman"/>
          <w:b/>
          <w:position w:val="-10"/>
          <w:sz w:val="24"/>
          <w:szCs w:val="24"/>
        </w:rPr>
        <w:object w:dxaOrig="1219" w:dyaOrig="320" w14:anchorId="20D06A4A">
          <v:shape id="_x0000_i1132" type="#_x0000_t75" style="width:64.7pt;height:16.85pt" o:ole="">
            <v:imagedata r:id="rId216" o:title=""/>
          </v:shape>
          <o:OLEObject Type="Embed" ProgID="Equation.DSMT4" ShapeID="_x0000_i1132" DrawAspect="Content" ObjectID="_1806929879" r:id="rId217"/>
        </w:object>
      </w:r>
      <w:r w:rsidRPr="00360D38">
        <w:rPr>
          <w:rFonts w:ascii="Times New Roman" w:hAnsi="Times New Roman" w:cs="Times New Roman"/>
          <w:sz w:val="24"/>
          <w:szCs w:val="24"/>
        </w:rPr>
        <w:t>.</w:t>
      </w:r>
    </w:p>
    <w:p w14:paraId="43A34314" w14:textId="77777777" w:rsidR="007C5B20" w:rsidRPr="00360D38" w:rsidRDefault="007C5B20" w:rsidP="007C5B20">
      <w:pPr>
        <w:tabs>
          <w:tab w:val="left" w:pos="1260"/>
        </w:tabs>
        <w:autoSpaceDE w:val="0"/>
        <w:autoSpaceDN w:val="0"/>
        <w:adjustRightInd w:val="0"/>
        <w:spacing w:after="0" w:line="360" w:lineRule="auto"/>
        <w:ind w:hanging="2"/>
        <w:mirrorIndents/>
        <w:rPr>
          <w:rFonts w:ascii="Times New Roman" w:eastAsia="Calibri" w:hAnsi="Times New Roman" w:cs="Times New Roman"/>
          <w:b/>
          <w:sz w:val="24"/>
          <w:szCs w:val="24"/>
          <w:lang w:val="sv-SE"/>
        </w:rPr>
      </w:pPr>
      <w:r w:rsidRPr="00360D38">
        <w:rPr>
          <w:rFonts w:ascii="Times New Roman" w:hAnsi="Times New Roman" w:cs="Times New Roman"/>
          <w:b/>
          <w:sz w:val="24"/>
          <w:szCs w:val="24"/>
        </w:rPr>
        <w:t>Câu 7.</w:t>
      </w:r>
      <w:r w:rsidRPr="00360D38">
        <w:rPr>
          <w:rFonts w:ascii="Times New Roman" w:hAnsi="Times New Roman" w:cs="Times New Roman"/>
          <w:sz w:val="24"/>
          <w:szCs w:val="24"/>
        </w:rPr>
        <w:t xml:space="preserve"> </w:t>
      </w:r>
      <w:r w:rsidRPr="00360D38">
        <w:rPr>
          <w:rFonts w:ascii="Times New Roman" w:eastAsia="Calibri" w:hAnsi="Times New Roman" w:cs="Times New Roman"/>
          <w:sz w:val="24"/>
          <w:szCs w:val="24"/>
          <w:lang w:val="sv-SE"/>
        </w:rPr>
        <w:t xml:space="preserve">Đường tròn tâm </w:t>
      </w:r>
      <w:r w:rsidRPr="00360D38">
        <w:rPr>
          <w:rFonts w:ascii="Times New Roman" w:eastAsia="Calibri" w:hAnsi="Times New Roman" w:cs="Times New Roman"/>
          <w:position w:val="-10"/>
          <w:sz w:val="24"/>
          <w:szCs w:val="24"/>
          <w:lang w:val="sv-SE"/>
        </w:rPr>
        <w:object w:dxaOrig="780" w:dyaOrig="315" w14:anchorId="768A6EBF">
          <v:shape id="_x0000_i1133" type="#_x0000_t75" style="width:39.2pt;height:15.95pt" o:ole="">
            <v:imagedata r:id="rId218" o:title=""/>
          </v:shape>
          <o:OLEObject Type="Embed" ProgID="Equation.DSMT4" ShapeID="_x0000_i1133" DrawAspect="Content" ObjectID="_1806929880" r:id="rId219"/>
        </w:object>
      </w:r>
      <w:r w:rsidRPr="00360D38">
        <w:rPr>
          <w:rFonts w:ascii="Times New Roman" w:eastAsia="Calibri" w:hAnsi="Times New Roman" w:cs="Times New Roman"/>
          <w:sz w:val="24"/>
          <w:szCs w:val="24"/>
          <w:lang w:val="sv-SE"/>
        </w:rPr>
        <w:t xml:space="preserve"> và bán kính </w:t>
      </w:r>
      <w:r w:rsidRPr="00360D38">
        <w:rPr>
          <w:rFonts w:ascii="Times New Roman" w:eastAsia="Calibri" w:hAnsi="Times New Roman" w:cs="Times New Roman"/>
          <w:position w:val="-4"/>
          <w:sz w:val="24"/>
          <w:szCs w:val="24"/>
          <w:lang w:val="sv-SE"/>
        </w:rPr>
        <w:object w:dxaOrig="600" w:dyaOrig="255" w14:anchorId="37C79BBC">
          <v:shape id="_x0000_i1134" type="#_x0000_t75" style="width:30.1pt;height:13.2pt" o:ole="">
            <v:imagedata r:id="rId220" o:title=""/>
          </v:shape>
          <o:OLEObject Type="Embed" ProgID="Equation.DSMT4" ShapeID="_x0000_i1134" DrawAspect="Content" ObjectID="_1806929881" r:id="rId221"/>
        </w:object>
      </w:r>
      <w:r w:rsidRPr="00360D38">
        <w:rPr>
          <w:rFonts w:ascii="Times New Roman" w:eastAsia="Calibri" w:hAnsi="Times New Roman" w:cs="Times New Roman"/>
          <w:sz w:val="24"/>
          <w:szCs w:val="24"/>
          <w:lang w:val="sv-SE"/>
        </w:rPr>
        <w:t xml:space="preserve"> có phương trình là</w:t>
      </w:r>
    </w:p>
    <w:p w14:paraId="6951314D" w14:textId="77777777" w:rsidR="007C5B20" w:rsidRPr="00360D38" w:rsidRDefault="007C5B20" w:rsidP="007C5B20">
      <w:pPr>
        <w:spacing w:after="0" w:line="240" w:lineRule="auto"/>
        <w:ind w:firstLine="720"/>
        <w:jc w:val="both"/>
        <w:rPr>
          <w:rFonts w:ascii="Times New Roman" w:eastAsia="Calibri" w:hAnsi="Times New Roman" w:cs="Times New Roman"/>
          <w:sz w:val="24"/>
          <w:szCs w:val="24"/>
          <w:lang w:val="sv-SE"/>
        </w:rPr>
      </w:pPr>
      <w:r w:rsidRPr="00360D38">
        <w:rPr>
          <w:rFonts w:ascii="Times New Roman" w:eastAsia="Calibri" w:hAnsi="Times New Roman" w:cs="Times New Roman"/>
          <w:b/>
          <w:sz w:val="24"/>
          <w:szCs w:val="24"/>
          <w:lang w:val="sv-SE"/>
        </w:rPr>
        <w:t xml:space="preserve">A. </w:t>
      </w:r>
      <w:r w:rsidRPr="00360D38">
        <w:rPr>
          <w:rFonts w:ascii="Times New Roman" w:eastAsia="Calibri" w:hAnsi="Times New Roman" w:cs="Times New Roman"/>
          <w:b/>
          <w:position w:val="-10"/>
          <w:sz w:val="24"/>
          <w:szCs w:val="24"/>
          <w:lang w:val="sv-SE"/>
        </w:rPr>
        <w:object w:dxaOrig="2040" w:dyaOrig="375" w14:anchorId="7FAE48FE">
          <v:shape id="_x0000_i1135" type="#_x0000_t75" style="width:102.1pt;height:19.15pt" o:ole="">
            <v:imagedata r:id="rId222" o:title=""/>
          </v:shape>
          <o:OLEObject Type="Embed" ProgID="Equation.DSMT4" ShapeID="_x0000_i1135" DrawAspect="Content" ObjectID="_1806929882" r:id="rId223"/>
        </w:object>
      </w:r>
      <w:r w:rsidRPr="00360D38">
        <w:rPr>
          <w:rFonts w:ascii="Times New Roman" w:eastAsia="Calibri" w:hAnsi="Times New Roman" w:cs="Times New Roman"/>
          <w:sz w:val="24"/>
          <w:szCs w:val="24"/>
          <w:lang w:val="sv-SE"/>
        </w:rPr>
        <w:t>.</w:t>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b/>
          <w:sz w:val="24"/>
          <w:szCs w:val="24"/>
          <w:lang w:val="sv-SE"/>
        </w:rPr>
        <w:t xml:space="preserve">B. </w:t>
      </w:r>
      <w:r w:rsidRPr="00360D38">
        <w:rPr>
          <w:rFonts w:ascii="Times New Roman" w:eastAsia="Calibri" w:hAnsi="Times New Roman" w:cs="Times New Roman"/>
          <w:b/>
          <w:position w:val="-10"/>
          <w:sz w:val="24"/>
          <w:szCs w:val="24"/>
          <w:lang w:val="sv-SE"/>
        </w:rPr>
        <w:object w:dxaOrig="2040" w:dyaOrig="375" w14:anchorId="5C334656">
          <v:shape id="_x0000_i1136" type="#_x0000_t75" style="width:102.1pt;height:19.15pt" o:ole="">
            <v:imagedata r:id="rId224" o:title=""/>
          </v:shape>
          <o:OLEObject Type="Embed" ProgID="Equation.DSMT4" ShapeID="_x0000_i1136" DrawAspect="Content" ObjectID="_1806929883" r:id="rId225"/>
        </w:object>
      </w:r>
      <w:r w:rsidRPr="00360D38">
        <w:rPr>
          <w:rFonts w:ascii="Times New Roman" w:eastAsia="Calibri" w:hAnsi="Times New Roman" w:cs="Times New Roman"/>
          <w:sz w:val="24"/>
          <w:szCs w:val="24"/>
          <w:lang w:val="sv-SE"/>
        </w:rPr>
        <w:t>.</w:t>
      </w:r>
    </w:p>
    <w:p w14:paraId="6ADD4B69" w14:textId="77777777" w:rsidR="007C5B20" w:rsidRPr="00360D38" w:rsidRDefault="007C5B20" w:rsidP="007C5B20">
      <w:pPr>
        <w:spacing w:after="0" w:line="240" w:lineRule="auto"/>
        <w:ind w:firstLine="720"/>
        <w:jc w:val="both"/>
        <w:rPr>
          <w:rFonts w:ascii="Times New Roman" w:eastAsia="Calibri" w:hAnsi="Times New Roman" w:cs="Times New Roman"/>
          <w:sz w:val="24"/>
          <w:szCs w:val="24"/>
          <w:lang w:val="sv-SE"/>
        </w:rPr>
      </w:pPr>
      <w:r w:rsidRPr="00360D38">
        <w:rPr>
          <w:rFonts w:ascii="Times New Roman" w:eastAsia="Calibri" w:hAnsi="Times New Roman" w:cs="Times New Roman"/>
          <w:b/>
          <w:sz w:val="24"/>
          <w:szCs w:val="24"/>
          <w:lang w:val="sv-SE"/>
        </w:rPr>
        <w:t xml:space="preserve">C. </w:t>
      </w:r>
      <w:r w:rsidRPr="00360D38">
        <w:rPr>
          <w:rFonts w:ascii="Times New Roman" w:eastAsia="Calibri" w:hAnsi="Times New Roman" w:cs="Times New Roman"/>
          <w:b/>
          <w:position w:val="-10"/>
          <w:sz w:val="24"/>
          <w:szCs w:val="24"/>
          <w:lang w:val="sv-SE"/>
        </w:rPr>
        <w:object w:dxaOrig="2040" w:dyaOrig="375" w14:anchorId="361E3A11">
          <v:shape id="_x0000_i1137" type="#_x0000_t75" style="width:102.1pt;height:19.15pt" o:ole="">
            <v:imagedata r:id="rId226" o:title=""/>
          </v:shape>
          <o:OLEObject Type="Embed" ProgID="Equation.DSMT4" ShapeID="_x0000_i1137" DrawAspect="Content" ObjectID="_1806929884" r:id="rId227"/>
        </w:object>
      </w:r>
      <w:r w:rsidRPr="00360D38">
        <w:rPr>
          <w:rFonts w:ascii="Times New Roman" w:eastAsia="Calibri" w:hAnsi="Times New Roman" w:cs="Times New Roman"/>
          <w:sz w:val="24"/>
          <w:szCs w:val="24"/>
          <w:lang w:val="sv-SE"/>
        </w:rPr>
        <w:t>.</w:t>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sz w:val="24"/>
          <w:szCs w:val="24"/>
          <w:lang w:val="sv-SE"/>
        </w:rPr>
        <w:tab/>
      </w:r>
      <w:r w:rsidRPr="00360D38">
        <w:rPr>
          <w:rFonts w:ascii="Times New Roman" w:eastAsia="Calibri" w:hAnsi="Times New Roman" w:cs="Times New Roman"/>
          <w:b/>
          <w:sz w:val="24"/>
          <w:szCs w:val="24"/>
          <w:lang w:val="sv-SE"/>
        </w:rPr>
        <w:t xml:space="preserve">D. </w:t>
      </w:r>
      <w:r w:rsidRPr="00360D38">
        <w:rPr>
          <w:rFonts w:ascii="Times New Roman" w:eastAsia="Calibri" w:hAnsi="Times New Roman" w:cs="Times New Roman"/>
          <w:b/>
          <w:position w:val="-10"/>
          <w:sz w:val="24"/>
          <w:szCs w:val="24"/>
          <w:lang w:val="sv-SE"/>
        </w:rPr>
        <w:object w:dxaOrig="2055" w:dyaOrig="375" w14:anchorId="40A67C70">
          <v:shape id="_x0000_i1138" type="#_x0000_t75" style="width:103pt;height:19.15pt" o:ole="">
            <v:imagedata r:id="rId228" o:title=""/>
          </v:shape>
          <o:OLEObject Type="Embed" ProgID="Equation.DSMT4" ShapeID="_x0000_i1138" DrawAspect="Content" ObjectID="_1806929885" r:id="rId229"/>
        </w:object>
      </w:r>
      <w:r w:rsidRPr="00360D38">
        <w:rPr>
          <w:rFonts w:ascii="Times New Roman" w:eastAsia="Calibri" w:hAnsi="Times New Roman" w:cs="Times New Roman"/>
          <w:sz w:val="24"/>
          <w:szCs w:val="24"/>
          <w:lang w:val="sv-SE"/>
        </w:rPr>
        <w:t>.</w:t>
      </w:r>
    </w:p>
    <w:p w14:paraId="46A2DF53" w14:textId="77777777" w:rsidR="007C5B20" w:rsidRPr="00360D38" w:rsidRDefault="007C5B20" w:rsidP="007C5B20">
      <w:pPr>
        <w:spacing w:after="0" w:line="240" w:lineRule="auto"/>
        <w:ind w:left="25"/>
        <w:rPr>
          <w:rFonts w:ascii="Times New Roman" w:hAnsi="Times New Roman" w:cs="Times New Roman"/>
          <w:sz w:val="24"/>
          <w:szCs w:val="24"/>
        </w:rPr>
      </w:pPr>
    </w:p>
    <w:p w14:paraId="715E4772" w14:textId="77777777" w:rsidR="007C5B20" w:rsidRPr="00360D38" w:rsidRDefault="007C5B20" w:rsidP="007C5B20">
      <w:pPr>
        <w:tabs>
          <w:tab w:val="left" w:pos="1260"/>
        </w:tabs>
        <w:spacing w:after="0" w:line="360" w:lineRule="auto"/>
        <w:ind w:hanging="2"/>
        <w:mirrorIndents/>
        <w:rPr>
          <w:rFonts w:ascii="Times New Roman" w:eastAsia="Calibri" w:hAnsi="Times New Roman" w:cs="Times New Roman"/>
          <w:sz w:val="24"/>
          <w:szCs w:val="24"/>
          <w:lang w:val="nl-NL"/>
        </w:rPr>
      </w:pPr>
      <w:r w:rsidRPr="00360D38">
        <w:rPr>
          <w:rFonts w:ascii="Times New Roman" w:hAnsi="Times New Roman" w:cs="Times New Roman"/>
          <w:b/>
          <w:sz w:val="24"/>
          <w:szCs w:val="24"/>
        </w:rPr>
        <w:t>Câu 8.</w:t>
      </w:r>
      <w:r w:rsidRPr="00360D38">
        <w:rPr>
          <w:rFonts w:ascii="Times New Roman" w:hAnsi="Times New Roman" w:cs="Times New Roman"/>
          <w:sz w:val="24"/>
          <w:szCs w:val="24"/>
        </w:rPr>
        <w:t xml:space="preserve"> </w:t>
      </w:r>
      <w:r w:rsidRPr="00360D38">
        <w:rPr>
          <w:rFonts w:ascii="Times New Roman" w:eastAsia="Calibri" w:hAnsi="Times New Roman" w:cs="Times New Roman"/>
          <w:sz w:val="24"/>
          <w:szCs w:val="24"/>
          <w:lang w:val="nl-NL"/>
        </w:rPr>
        <w:t xml:space="preserve">Một vectơ chỉ phương của đường thẳng </w:t>
      </w:r>
      <w:r w:rsidRPr="00360D38">
        <w:rPr>
          <w:rFonts w:ascii="Times New Roman" w:eastAsia="Calibri" w:hAnsi="Times New Roman" w:cs="Times New Roman"/>
          <w:position w:val="-30"/>
          <w:sz w:val="24"/>
          <w:szCs w:val="24"/>
        </w:rPr>
        <w:object w:dxaOrig="1095" w:dyaOrig="720" w14:anchorId="4E009B7F">
          <v:shape id="_x0000_i1139" type="#_x0000_t75" style="width:55.15pt;height:36pt" o:ole="">
            <v:imagedata r:id="rId230" o:title=""/>
          </v:shape>
          <o:OLEObject Type="Embed" ProgID="Equation.DSMT4" ShapeID="_x0000_i1139" DrawAspect="Content" ObjectID="_1806929886" r:id="rId231"/>
        </w:object>
      </w:r>
      <w:r w:rsidRPr="00360D38">
        <w:rPr>
          <w:rFonts w:ascii="Times New Roman" w:eastAsia="Calibri" w:hAnsi="Times New Roman" w:cs="Times New Roman"/>
          <w:sz w:val="24"/>
          <w:szCs w:val="24"/>
          <w:lang w:val="nl-NL"/>
        </w:rPr>
        <w:t xml:space="preserve"> là:</w:t>
      </w:r>
    </w:p>
    <w:p w14:paraId="48E7C784" w14:textId="77777777" w:rsidR="007C5B20" w:rsidRPr="00360D38" w:rsidRDefault="007C5B20" w:rsidP="007C5B20">
      <w:pPr>
        <w:spacing w:after="0" w:line="240" w:lineRule="auto"/>
        <w:ind w:firstLine="720"/>
        <w:jc w:val="both"/>
        <w:rPr>
          <w:rFonts w:ascii="Times New Roman" w:eastAsia="Calibri" w:hAnsi="Times New Roman" w:cs="Times New Roman"/>
          <w:sz w:val="24"/>
          <w:szCs w:val="24"/>
          <w:lang w:val="nl-NL"/>
        </w:rPr>
      </w:pPr>
      <w:r w:rsidRPr="00360D38">
        <w:rPr>
          <w:rFonts w:ascii="Times New Roman" w:eastAsia="Calibri" w:hAnsi="Times New Roman" w:cs="Times New Roman"/>
          <w:b/>
          <w:sz w:val="24"/>
          <w:szCs w:val="24"/>
          <w:lang w:val="nl-NL"/>
        </w:rPr>
        <w:t xml:space="preserve">A. </w:t>
      </w:r>
      <w:r w:rsidRPr="00360D38">
        <w:rPr>
          <w:rFonts w:ascii="Times New Roman" w:eastAsia="Calibri" w:hAnsi="Times New Roman" w:cs="Times New Roman"/>
          <w:position w:val="-14"/>
          <w:sz w:val="24"/>
          <w:szCs w:val="24"/>
        </w:rPr>
        <w:object w:dxaOrig="1200" w:dyaOrig="420" w14:anchorId="085A2391">
          <v:shape id="_x0000_i1140" type="#_x0000_t75" style="width:60.15pt;height:20.95pt" o:ole="">
            <v:imagedata r:id="rId232" o:title=""/>
          </v:shape>
          <o:OLEObject Type="Embed" ProgID="Equation.DSMT4" ShapeID="_x0000_i1140" DrawAspect="Content" ObjectID="_1806929887" r:id="rId233"/>
        </w:object>
      </w:r>
      <w:r w:rsidRPr="00360D38">
        <w:rPr>
          <w:rFonts w:ascii="Times New Roman" w:eastAsia="Calibri" w:hAnsi="Times New Roman" w:cs="Times New Roman"/>
          <w:sz w:val="24"/>
          <w:szCs w:val="24"/>
          <w:lang w:val="nl-NL"/>
        </w:rPr>
        <w:tab/>
      </w:r>
      <w:r w:rsidRPr="00360D38">
        <w:rPr>
          <w:rFonts w:ascii="Times New Roman" w:eastAsia="Calibri" w:hAnsi="Times New Roman" w:cs="Times New Roman"/>
          <w:b/>
          <w:sz w:val="24"/>
          <w:szCs w:val="24"/>
          <w:lang w:val="nl-NL"/>
        </w:rPr>
        <w:t xml:space="preserve">B. </w:t>
      </w:r>
      <w:r w:rsidRPr="00360D38">
        <w:rPr>
          <w:rFonts w:ascii="Times New Roman" w:eastAsia="Calibri" w:hAnsi="Times New Roman" w:cs="Times New Roman"/>
          <w:position w:val="-14"/>
          <w:sz w:val="24"/>
          <w:szCs w:val="24"/>
        </w:rPr>
        <w:object w:dxaOrig="1200" w:dyaOrig="420" w14:anchorId="05132FA5">
          <v:shape id="_x0000_i1141" type="#_x0000_t75" style="width:60.15pt;height:20.95pt" o:ole="">
            <v:imagedata r:id="rId234" o:title=""/>
          </v:shape>
          <o:OLEObject Type="Embed" ProgID="Equation.DSMT4" ShapeID="_x0000_i1141" DrawAspect="Content" ObjectID="_1806929888" r:id="rId235"/>
        </w:object>
      </w:r>
      <w:r w:rsidRPr="00360D38">
        <w:rPr>
          <w:rFonts w:ascii="Times New Roman" w:eastAsia="Calibri" w:hAnsi="Times New Roman" w:cs="Times New Roman"/>
          <w:sz w:val="24"/>
          <w:szCs w:val="24"/>
          <w:lang w:val="nl-NL"/>
        </w:rPr>
        <w:tab/>
      </w:r>
      <w:r w:rsidRPr="00360D38">
        <w:rPr>
          <w:rFonts w:ascii="Times New Roman" w:eastAsia="Calibri" w:hAnsi="Times New Roman" w:cs="Times New Roman"/>
          <w:sz w:val="24"/>
          <w:szCs w:val="24"/>
          <w:lang w:val="nl-NL"/>
        </w:rPr>
        <w:tab/>
      </w:r>
      <w:r w:rsidRPr="00360D38">
        <w:rPr>
          <w:rFonts w:ascii="Times New Roman" w:eastAsia="Calibri" w:hAnsi="Times New Roman" w:cs="Times New Roman"/>
          <w:b/>
          <w:sz w:val="24"/>
          <w:szCs w:val="24"/>
          <w:lang w:val="nl-NL"/>
        </w:rPr>
        <w:t xml:space="preserve">C. </w:t>
      </w:r>
      <w:r w:rsidRPr="00360D38">
        <w:rPr>
          <w:rFonts w:ascii="Times New Roman" w:eastAsia="Calibri" w:hAnsi="Times New Roman" w:cs="Times New Roman"/>
          <w:position w:val="-14"/>
          <w:sz w:val="24"/>
          <w:szCs w:val="24"/>
        </w:rPr>
        <w:object w:dxaOrig="1125" w:dyaOrig="420" w14:anchorId="4C1788BC">
          <v:shape id="_x0000_i1142" type="#_x0000_t75" style="width:56.5pt;height:20.95pt" o:ole="">
            <v:imagedata r:id="rId236" o:title=""/>
          </v:shape>
          <o:OLEObject Type="Embed" ProgID="Equation.DSMT4" ShapeID="_x0000_i1142" DrawAspect="Content" ObjectID="_1806929889" r:id="rId237"/>
        </w:object>
      </w:r>
      <w:r w:rsidRPr="00360D38">
        <w:rPr>
          <w:rFonts w:ascii="Times New Roman" w:eastAsia="Calibri" w:hAnsi="Times New Roman" w:cs="Times New Roman"/>
          <w:sz w:val="24"/>
          <w:szCs w:val="24"/>
          <w:lang w:val="nl-NL"/>
        </w:rPr>
        <w:tab/>
      </w:r>
      <w:r w:rsidRPr="00360D38">
        <w:rPr>
          <w:rFonts w:ascii="Times New Roman" w:eastAsia="Calibri" w:hAnsi="Times New Roman" w:cs="Times New Roman"/>
          <w:sz w:val="24"/>
          <w:szCs w:val="24"/>
          <w:lang w:val="nl-NL"/>
        </w:rPr>
        <w:tab/>
      </w:r>
      <w:r w:rsidRPr="00360D38">
        <w:rPr>
          <w:rFonts w:ascii="Times New Roman" w:eastAsia="Calibri" w:hAnsi="Times New Roman" w:cs="Times New Roman"/>
          <w:b/>
          <w:sz w:val="24"/>
          <w:szCs w:val="24"/>
          <w:lang w:val="nl-NL"/>
        </w:rPr>
        <w:t xml:space="preserve">D. </w:t>
      </w:r>
      <w:r w:rsidRPr="00360D38">
        <w:rPr>
          <w:rFonts w:ascii="Times New Roman" w:eastAsia="Calibri" w:hAnsi="Times New Roman" w:cs="Times New Roman"/>
          <w:position w:val="-14"/>
          <w:sz w:val="24"/>
          <w:szCs w:val="24"/>
        </w:rPr>
        <w:object w:dxaOrig="1140" w:dyaOrig="420" w14:anchorId="3DE56C30">
          <v:shape id="_x0000_i1143" type="#_x0000_t75" style="width:56.95pt;height:20.95pt" o:ole="">
            <v:imagedata r:id="rId238" o:title=""/>
          </v:shape>
          <o:OLEObject Type="Embed" ProgID="Equation.DSMT4" ShapeID="_x0000_i1143" DrawAspect="Content" ObjectID="_1806929890" r:id="rId239"/>
        </w:object>
      </w:r>
    </w:p>
    <w:p w14:paraId="7EDDEA64" w14:textId="77777777" w:rsidR="007C5B20" w:rsidRPr="00360D38" w:rsidRDefault="007C5B20" w:rsidP="007C5B20">
      <w:pPr>
        <w:spacing w:after="0" w:line="240" w:lineRule="auto"/>
        <w:ind w:left="25"/>
        <w:rPr>
          <w:rFonts w:ascii="Times New Roman" w:hAnsi="Times New Roman" w:cs="Times New Roman"/>
          <w:sz w:val="24"/>
          <w:szCs w:val="24"/>
        </w:rPr>
      </w:pPr>
    </w:p>
    <w:p w14:paraId="2275FD8F"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Câu 9.</w:t>
      </w:r>
      <w:r w:rsidRPr="00360D38">
        <w:rPr>
          <w:rFonts w:ascii="Times New Roman" w:hAnsi="Times New Roman" w:cs="Times New Roman"/>
          <w:sz w:val="24"/>
          <w:szCs w:val="24"/>
        </w:rPr>
        <w:t xml:space="preserve"> Cho </w:t>
      </w:r>
      <w:r w:rsidRPr="00360D38">
        <w:rPr>
          <w:rFonts w:ascii="Times New Roman" w:eastAsia="Calibri" w:hAnsi="Times New Roman" w:cs="Times New Roman"/>
          <w:position w:val="-12"/>
          <w:sz w:val="24"/>
          <w:szCs w:val="24"/>
        </w:rPr>
        <w:object w:dxaOrig="1500" w:dyaOrig="360" w14:anchorId="257449C0">
          <v:shape id="_x0000_i1144" type="#_x0000_t75" style="width:75.2pt;height:18.25pt" o:ole="">
            <v:imagedata r:id="rId240" o:title=""/>
          </v:shape>
          <o:OLEObject Type="Embed" ProgID="Equation.DSMT4" ShapeID="_x0000_i1144" DrawAspect="Content" ObjectID="_1806929891" r:id="rId241"/>
        </w:object>
      </w:r>
      <w:r w:rsidRPr="00360D38">
        <w:rPr>
          <w:rFonts w:ascii="Times New Roman" w:eastAsia="Calibri" w:hAnsi="Times New Roman" w:cs="Times New Roman"/>
          <w:sz w:val="24"/>
          <w:szCs w:val="24"/>
        </w:rPr>
        <w:t xml:space="preserve"> và </w:t>
      </w:r>
      <w:r w:rsidRPr="00360D38">
        <w:rPr>
          <w:rFonts w:ascii="Times New Roman" w:eastAsia="Calibri" w:hAnsi="Times New Roman" w:cs="Times New Roman"/>
          <w:position w:val="-12"/>
          <w:sz w:val="24"/>
          <w:szCs w:val="24"/>
        </w:rPr>
        <w:object w:dxaOrig="1960" w:dyaOrig="360" w14:anchorId="793E1C32">
          <v:shape id="_x0000_i1145" type="#_x0000_t75" style="width:97.95pt;height:18.25pt" o:ole="">
            <v:imagedata r:id="rId242" o:title=""/>
          </v:shape>
          <o:OLEObject Type="Embed" ProgID="Equation.DSMT4" ShapeID="_x0000_i1145" DrawAspect="Content" ObjectID="_1806929892" r:id="rId243"/>
        </w:object>
      </w:r>
      <w:r w:rsidRPr="00360D38">
        <w:rPr>
          <w:rFonts w:ascii="Times New Roman" w:eastAsia="Calibri" w:hAnsi="Times New Roman" w:cs="Times New Roman"/>
          <w:sz w:val="24"/>
          <w:szCs w:val="24"/>
        </w:rPr>
        <w:t xml:space="preserve">. Vị trí tương đối của hai đường thẳng </w:t>
      </w:r>
      <w:r w:rsidRPr="00360D38">
        <w:rPr>
          <w:rFonts w:ascii="Times New Roman" w:eastAsia="Calibri" w:hAnsi="Times New Roman" w:cs="Times New Roman"/>
          <w:position w:val="-12"/>
          <w:sz w:val="24"/>
          <w:szCs w:val="24"/>
        </w:rPr>
        <w:object w:dxaOrig="560" w:dyaOrig="360" w14:anchorId="5ECC9503">
          <v:shape id="_x0000_i1146" type="#_x0000_t75" style="width:27.8pt;height:18.25pt" o:ole="">
            <v:imagedata r:id="rId244" o:title=""/>
          </v:shape>
          <o:OLEObject Type="Embed" ProgID="Equation.DSMT4" ShapeID="_x0000_i1146" DrawAspect="Content" ObjectID="_1806929893" r:id="rId245"/>
        </w:object>
      </w:r>
      <w:r w:rsidRPr="00360D38">
        <w:rPr>
          <w:rFonts w:ascii="Times New Roman" w:eastAsia="Calibri" w:hAnsi="Times New Roman" w:cs="Times New Roman"/>
          <w:sz w:val="24"/>
          <w:szCs w:val="24"/>
        </w:rPr>
        <w:t xml:space="preserve"> là</w:t>
      </w:r>
    </w:p>
    <w:p w14:paraId="238D1AE9" w14:textId="77777777" w:rsidR="007C5B20" w:rsidRPr="00360D38" w:rsidRDefault="007C5B20" w:rsidP="007C5B20">
      <w:pPr>
        <w:spacing w:after="0" w:line="240" w:lineRule="auto"/>
        <w:ind w:firstLine="720"/>
        <w:jc w:val="both"/>
        <w:rPr>
          <w:rFonts w:ascii="Times New Roman" w:eastAsia="Calibri" w:hAnsi="Times New Roman" w:cs="Times New Roman"/>
          <w:bCs/>
          <w:sz w:val="24"/>
          <w:szCs w:val="24"/>
          <w:lang w:val="sv-SE"/>
        </w:rPr>
      </w:pPr>
      <w:r w:rsidRPr="00360D38">
        <w:rPr>
          <w:rFonts w:ascii="Times New Roman" w:eastAsia="Calibri" w:hAnsi="Times New Roman" w:cs="Times New Roman"/>
          <w:b/>
          <w:sz w:val="24"/>
          <w:szCs w:val="24"/>
          <w:lang w:val="sv-SE"/>
        </w:rPr>
        <w:t>A.</w:t>
      </w:r>
      <w:r w:rsidRPr="00360D38">
        <w:rPr>
          <w:rFonts w:ascii="Times New Roman" w:eastAsia="Calibri" w:hAnsi="Times New Roman" w:cs="Times New Roman"/>
          <w:bCs/>
          <w:sz w:val="24"/>
          <w:szCs w:val="24"/>
          <w:lang w:val="sv-SE"/>
        </w:rPr>
        <w:t xml:space="preserve"> Cắt nhau.</w:t>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
          <w:sz w:val="24"/>
          <w:szCs w:val="24"/>
          <w:lang w:val="sv-SE"/>
        </w:rPr>
        <w:t>B.</w:t>
      </w:r>
      <w:r w:rsidRPr="00360D38">
        <w:rPr>
          <w:rFonts w:ascii="Times New Roman" w:eastAsia="Calibri" w:hAnsi="Times New Roman" w:cs="Times New Roman"/>
          <w:bCs/>
          <w:sz w:val="24"/>
          <w:szCs w:val="24"/>
          <w:lang w:val="sv-SE"/>
        </w:rPr>
        <w:t xml:space="preserve"> Song song.</w:t>
      </w:r>
    </w:p>
    <w:p w14:paraId="774E2CD1" w14:textId="77777777" w:rsidR="007C5B20" w:rsidRPr="00360D38" w:rsidRDefault="007C5B20" w:rsidP="007C5B20">
      <w:pPr>
        <w:spacing w:after="0" w:line="240" w:lineRule="auto"/>
        <w:ind w:firstLine="720"/>
        <w:jc w:val="both"/>
        <w:rPr>
          <w:rFonts w:ascii="Times New Roman" w:eastAsia="Calibri" w:hAnsi="Times New Roman" w:cs="Times New Roman"/>
          <w:bCs/>
          <w:sz w:val="24"/>
          <w:szCs w:val="24"/>
          <w:lang w:val="sv-SE"/>
        </w:rPr>
      </w:pPr>
      <w:r w:rsidRPr="00360D38">
        <w:rPr>
          <w:rFonts w:ascii="Times New Roman" w:eastAsia="Calibri" w:hAnsi="Times New Roman" w:cs="Times New Roman"/>
          <w:b/>
          <w:sz w:val="24"/>
          <w:szCs w:val="24"/>
          <w:lang w:val="sv-SE"/>
        </w:rPr>
        <w:t>C.</w:t>
      </w:r>
      <w:r w:rsidRPr="00360D38">
        <w:rPr>
          <w:rFonts w:ascii="Times New Roman" w:eastAsia="Calibri" w:hAnsi="Times New Roman" w:cs="Times New Roman"/>
          <w:bCs/>
          <w:sz w:val="24"/>
          <w:szCs w:val="24"/>
          <w:lang w:val="sv-SE"/>
        </w:rPr>
        <w:t xml:space="preserve"> Trùng nhau.</w:t>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Cs/>
          <w:sz w:val="24"/>
          <w:szCs w:val="24"/>
          <w:lang w:val="sv-SE"/>
        </w:rPr>
        <w:tab/>
      </w:r>
      <w:r w:rsidRPr="00360D38">
        <w:rPr>
          <w:rFonts w:ascii="Times New Roman" w:eastAsia="Calibri" w:hAnsi="Times New Roman" w:cs="Times New Roman"/>
          <w:b/>
          <w:sz w:val="24"/>
          <w:szCs w:val="24"/>
          <w:lang w:val="sv-SE"/>
        </w:rPr>
        <w:t>D.</w:t>
      </w:r>
      <w:r w:rsidRPr="00360D38">
        <w:rPr>
          <w:rFonts w:ascii="Times New Roman" w:eastAsia="Calibri" w:hAnsi="Times New Roman" w:cs="Times New Roman"/>
          <w:bCs/>
          <w:sz w:val="24"/>
          <w:szCs w:val="24"/>
          <w:lang w:val="sv-SE"/>
        </w:rPr>
        <w:t xml:space="preserve"> Cắt và vuông góc.</w:t>
      </w:r>
    </w:p>
    <w:p w14:paraId="0D1A3568" w14:textId="77777777" w:rsidR="007C5B20" w:rsidRPr="00360D38" w:rsidRDefault="007C5B20" w:rsidP="007C5B20">
      <w:pPr>
        <w:spacing w:after="0" w:line="240" w:lineRule="auto"/>
        <w:ind w:left="25"/>
        <w:rPr>
          <w:rFonts w:ascii="Times New Roman" w:hAnsi="Times New Roman" w:cs="Times New Roman"/>
          <w:sz w:val="24"/>
          <w:szCs w:val="24"/>
        </w:rPr>
      </w:pPr>
    </w:p>
    <w:p w14:paraId="417F846A" w14:textId="77777777" w:rsidR="007C5B20" w:rsidRPr="00360D38" w:rsidRDefault="007C5B20" w:rsidP="007C5B20">
      <w:pPr>
        <w:tabs>
          <w:tab w:val="left" w:pos="1260"/>
        </w:tabs>
        <w:spacing w:after="0" w:line="360" w:lineRule="auto"/>
        <w:ind w:hanging="2"/>
        <w:mirrorIndents/>
        <w:rPr>
          <w:rFonts w:ascii="Times New Roman" w:eastAsia="Calibri" w:hAnsi="Times New Roman" w:cs="Times New Roman"/>
          <w:b/>
          <w:sz w:val="24"/>
          <w:szCs w:val="24"/>
          <w:lang w:val="nl-NL"/>
        </w:rPr>
      </w:pPr>
      <w:r w:rsidRPr="00360D38">
        <w:rPr>
          <w:rFonts w:ascii="Times New Roman" w:hAnsi="Times New Roman" w:cs="Times New Roman"/>
          <w:b/>
          <w:sz w:val="24"/>
          <w:szCs w:val="24"/>
        </w:rPr>
        <w:t>Câu 10.</w:t>
      </w:r>
      <w:r w:rsidRPr="00360D38">
        <w:rPr>
          <w:rFonts w:ascii="Times New Roman" w:hAnsi="Times New Roman" w:cs="Times New Roman"/>
          <w:sz w:val="24"/>
          <w:szCs w:val="24"/>
        </w:rPr>
        <w:t xml:space="preserve"> </w:t>
      </w:r>
      <w:r w:rsidRPr="00360D38">
        <w:rPr>
          <w:rFonts w:ascii="Times New Roman" w:eastAsia="Calibri" w:hAnsi="Times New Roman" w:cs="Times New Roman"/>
          <w:sz w:val="24"/>
          <w:szCs w:val="24"/>
          <w:lang w:val="nl-NL"/>
        </w:rPr>
        <w:t>Phương trình nào sau đây là phương trình của đường tròn?</w:t>
      </w:r>
    </w:p>
    <w:p w14:paraId="5407A1BC" w14:textId="77777777" w:rsidR="007C5B20" w:rsidRPr="00360D38" w:rsidRDefault="007C5B20" w:rsidP="007C5B20">
      <w:pPr>
        <w:tabs>
          <w:tab w:val="left" w:pos="1260"/>
        </w:tabs>
        <w:spacing w:after="0" w:line="360" w:lineRule="auto"/>
        <w:ind w:hanging="2"/>
        <w:mirrorIndents/>
        <w:rPr>
          <w:rFonts w:ascii="Times New Roman" w:eastAsia="Calibri" w:hAnsi="Times New Roman" w:cs="Times New Roman"/>
          <w:sz w:val="24"/>
          <w:szCs w:val="24"/>
        </w:rPr>
      </w:pP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t xml:space="preserve">(I) </w:t>
      </w:r>
      <w:r w:rsidRPr="00360D38">
        <w:rPr>
          <w:rFonts w:ascii="Times New Roman" w:eastAsia="Calibri" w:hAnsi="Times New Roman" w:cs="Times New Roman"/>
          <w:position w:val="-10"/>
          <w:sz w:val="24"/>
          <w:szCs w:val="24"/>
        </w:rPr>
        <w:object w:dxaOrig="2550" w:dyaOrig="375" w14:anchorId="697D6ED3">
          <v:shape id="_x0000_i1147" type="#_x0000_t75" style="width:127.6pt;height:19.15pt" o:ole="">
            <v:imagedata r:id="rId246" o:title=""/>
          </v:shape>
          <o:OLEObject Type="Embed" ProgID="Equation.DSMT4" ShapeID="_x0000_i1147" DrawAspect="Content" ObjectID="_1806929894" r:id="rId247"/>
        </w:object>
      </w:r>
      <w:r w:rsidRPr="00360D38">
        <w:rPr>
          <w:rFonts w:ascii="Times New Roman" w:eastAsia="Calibri" w:hAnsi="Times New Roman" w:cs="Times New Roman"/>
          <w:sz w:val="24"/>
          <w:szCs w:val="24"/>
        </w:rPr>
        <w:t>.</w:t>
      </w:r>
    </w:p>
    <w:p w14:paraId="43D49139" w14:textId="77777777" w:rsidR="007C5B20" w:rsidRPr="00360D38" w:rsidRDefault="007C5B20" w:rsidP="007C5B20">
      <w:pPr>
        <w:tabs>
          <w:tab w:val="left" w:pos="1260"/>
        </w:tabs>
        <w:spacing w:after="0" w:line="360" w:lineRule="auto"/>
        <w:ind w:hanging="2"/>
        <w:mirrorIndents/>
        <w:rPr>
          <w:rFonts w:ascii="Times New Roman" w:eastAsia="Calibri" w:hAnsi="Times New Roman" w:cs="Times New Roman"/>
          <w:sz w:val="24"/>
          <w:szCs w:val="24"/>
        </w:rPr>
      </w:pP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t xml:space="preserve">(II) </w:t>
      </w:r>
      <w:r w:rsidRPr="00360D38">
        <w:rPr>
          <w:rFonts w:ascii="Times New Roman" w:eastAsia="Calibri" w:hAnsi="Times New Roman" w:cs="Times New Roman"/>
          <w:position w:val="-10"/>
          <w:sz w:val="24"/>
          <w:szCs w:val="24"/>
        </w:rPr>
        <w:object w:dxaOrig="2475" w:dyaOrig="375" w14:anchorId="0C119396">
          <v:shape id="_x0000_i1148" type="#_x0000_t75" style="width:123.95pt;height:19.15pt" o:ole="">
            <v:imagedata r:id="rId248" o:title=""/>
          </v:shape>
          <o:OLEObject Type="Embed" ProgID="Equation.DSMT4" ShapeID="_x0000_i1148" DrawAspect="Content" ObjectID="_1806929895" r:id="rId249"/>
        </w:object>
      </w:r>
      <w:r w:rsidRPr="00360D38">
        <w:rPr>
          <w:rFonts w:ascii="Times New Roman" w:eastAsia="Calibri" w:hAnsi="Times New Roman" w:cs="Times New Roman"/>
          <w:sz w:val="24"/>
          <w:szCs w:val="24"/>
        </w:rPr>
        <w:t>.</w:t>
      </w: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t xml:space="preserve">(III) </w:t>
      </w:r>
      <w:r w:rsidRPr="00360D38">
        <w:rPr>
          <w:rFonts w:ascii="Times New Roman" w:eastAsia="Calibri" w:hAnsi="Times New Roman" w:cs="Times New Roman"/>
          <w:position w:val="-10"/>
          <w:sz w:val="24"/>
          <w:szCs w:val="24"/>
        </w:rPr>
        <w:object w:dxaOrig="2580" w:dyaOrig="375" w14:anchorId="1957896F">
          <v:shape id="_x0000_i1149" type="#_x0000_t75" style="width:128.95pt;height:19.15pt" o:ole="">
            <v:imagedata r:id="rId250" o:title=""/>
          </v:shape>
          <o:OLEObject Type="Embed" ProgID="Equation.DSMT4" ShapeID="_x0000_i1149" DrawAspect="Content" ObjectID="_1806929896" r:id="rId251"/>
        </w:object>
      </w:r>
      <w:r w:rsidRPr="00360D38">
        <w:rPr>
          <w:rFonts w:ascii="Times New Roman" w:eastAsia="Calibri" w:hAnsi="Times New Roman" w:cs="Times New Roman"/>
          <w:sz w:val="24"/>
          <w:szCs w:val="24"/>
        </w:rPr>
        <w:t>.</w:t>
      </w:r>
    </w:p>
    <w:p w14:paraId="4CD40F13" w14:textId="77777777" w:rsidR="007C5B20" w:rsidRPr="00360D38" w:rsidRDefault="007C5B20" w:rsidP="007C5B20">
      <w:pPr>
        <w:spacing w:after="0" w:line="240" w:lineRule="auto"/>
        <w:ind w:firstLine="720"/>
        <w:jc w:val="both"/>
        <w:rPr>
          <w:rFonts w:ascii="Times New Roman" w:eastAsia="Calibri" w:hAnsi="Times New Roman" w:cs="Times New Roman"/>
          <w:sz w:val="24"/>
          <w:szCs w:val="24"/>
        </w:rPr>
      </w:pPr>
      <w:r w:rsidRPr="00360D38">
        <w:rPr>
          <w:rFonts w:ascii="Times New Roman" w:eastAsia="Calibri" w:hAnsi="Times New Roman" w:cs="Times New Roman"/>
          <w:b/>
          <w:sz w:val="24"/>
          <w:szCs w:val="24"/>
        </w:rPr>
        <w:t xml:space="preserve">A. </w:t>
      </w:r>
      <w:r w:rsidRPr="00360D38">
        <w:rPr>
          <w:rFonts w:ascii="Times New Roman" w:eastAsia="Calibri" w:hAnsi="Times New Roman" w:cs="Times New Roman"/>
          <w:sz w:val="24"/>
          <w:szCs w:val="24"/>
        </w:rPr>
        <w:t>Chỉ (I).</w:t>
      </w: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r>
      <w:r w:rsidRPr="00360D38">
        <w:rPr>
          <w:rFonts w:ascii="Times New Roman" w:eastAsia="Calibri" w:hAnsi="Times New Roman" w:cs="Times New Roman"/>
          <w:b/>
          <w:sz w:val="24"/>
          <w:szCs w:val="24"/>
        </w:rPr>
        <w:t xml:space="preserve">B. </w:t>
      </w:r>
      <w:r w:rsidRPr="00360D38">
        <w:rPr>
          <w:rFonts w:ascii="Times New Roman" w:eastAsia="Calibri" w:hAnsi="Times New Roman" w:cs="Times New Roman"/>
          <w:sz w:val="24"/>
          <w:szCs w:val="24"/>
        </w:rPr>
        <w:t>Chỉ (II).</w:t>
      </w: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r>
      <w:r w:rsidRPr="00360D38">
        <w:rPr>
          <w:rFonts w:ascii="Times New Roman" w:eastAsia="Calibri" w:hAnsi="Times New Roman" w:cs="Times New Roman"/>
          <w:b/>
          <w:sz w:val="24"/>
          <w:szCs w:val="24"/>
        </w:rPr>
        <w:t xml:space="preserve">C. </w:t>
      </w:r>
      <w:r w:rsidRPr="00360D38">
        <w:rPr>
          <w:rFonts w:ascii="Times New Roman" w:eastAsia="Calibri" w:hAnsi="Times New Roman" w:cs="Times New Roman"/>
          <w:sz w:val="24"/>
          <w:szCs w:val="24"/>
        </w:rPr>
        <w:t>Chỉ (III).</w:t>
      </w: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r>
      <w:r w:rsidRPr="00360D38">
        <w:rPr>
          <w:rFonts w:ascii="Times New Roman" w:eastAsia="Calibri" w:hAnsi="Times New Roman" w:cs="Times New Roman"/>
          <w:sz w:val="24"/>
          <w:szCs w:val="24"/>
        </w:rPr>
        <w:tab/>
      </w:r>
      <w:r w:rsidRPr="00360D38">
        <w:rPr>
          <w:rFonts w:ascii="Times New Roman" w:eastAsia="Calibri" w:hAnsi="Times New Roman" w:cs="Times New Roman"/>
          <w:b/>
          <w:sz w:val="24"/>
          <w:szCs w:val="24"/>
        </w:rPr>
        <w:t xml:space="preserve">D. </w:t>
      </w:r>
      <w:r w:rsidRPr="00360D38">
        <w:rPr>
          <w:rFonts w:ascii="Times New Roman" w:eastAsia="Calibri" w:hAnsi="Times New Roman" w:cs="Times New Roman"/>
          <w:sz w:val="24"/>
          <w:szCs w:val="24"/>
        </w:rPr>
        <w:t>Chỉ (I) và (III).</w:t>
      </w:r>
    </w:p>
    <w:p w14:paraId="7E531DCC" w14:textId="77777777" w:rsidR="007C5B20" w:rsidRPr="00360D38" w:rsidRDefault="007C5B20" w:rsidP="007C5B20">
      <w:pPr>
        <w:spacing w:after="0" w:line="240" w:lineRule="auto"/>
        <w:ind w:left="25"/>
        <w:rPr>
          <w:rFonts w:ascii="Times New Roman" w:hAnsi="Times New Roman" w:cs="Times New Roman"/>
          <w:sz w:val="24"/>
          <w:szCs w:val="24"/>
        </w:rPr>
      </w:pPr>
    </w:p>
    <w:p w14:paraId="55AB0967" w14:textId="77777777" w:rsidR="007C5B20" w:rsidRPr="00360D38" w:rsidRDefault="007C5B20" w:rsidP="007C5B20">
      <w:pPr>
        <w:tabs>
          <w:tab w:val="left" w:pos="720"/>
        </w:tabs>
        <w:spacing w:after="0" w:line="360" w:lineRule="auto"/>
        <w:mirrorIndents/>
        <w:rPr>
          <w:rFonts w:ascii="Times New Roman" w:eastAsia="Calibri" w:hAnsi="Times New Roman" w:cs="Times New Roman"/>
          <w:sz w:val="24"/>
          <w:szCs w:val="24"/>
          <w:lang w:val="fr-FR"/>
        </w:rPr>
      </w:pPr>
      <w:r w:rsidRPr="00360D38">
        <w:rPr>
          <w:rFonts w:ascii="Times New Roman" w:hAnsi="Times New Roman" w:cs="Times New Roman"/>
          <w:b/>
          <w:sz w:val="24"/>
          <w:szCs w:val="24"/>
        </w:rPr>
        <w:t>Câu 11.</w:t>
      </w:r>
      <w:r w:rsidRPr="00360D38">
        <w:rPr>
          <w:rFonts w:ascii="Times New Roman" w:hAnsi="Times New Roman" w:cs="Times New Roman"/>
          <w:sz w:val="24"/>
          <w:szCs w:val="24"/>
        </w:rPr>
        <w:t xml:space="preserve"> </w:t>
      </w:r>
      <w:r w:rsidRPr="00360D38">
        <w:rPr>
          <w:rFonts w:ascii="Times New Roman" w:eastAsia="Calibri" w:hAnsi="Times New Roman" w:cs="Times New Roman"/>
          <w:sz w:val="24"/>
          <w:szCs w:val="24"/>
          <w:lang w:val="fr-FR"/>
        </w:rPr>
        <w:t>Trong các phương trình sau, phương trình nào là phương trình chính tắc của elip</w:t>
      </w:r>
    </w:p>
    <w:p w14:paraId="1D949CA5" w14:textId="77777777" w:rsidR="007C5B20" w:rsidRPr="00360D38" w:rsidRDefault="007C5B20" w:rsidP="007C5B20">
      <w:pPr>
        <w:spacing w:after="0" w:line="240" w:lineRule="auto"/>
        <w:ind w:firstLine="720"/>
        <w:jc w:val="both"/>
        <w:rPr>
          <w:rFonts w:ascii="Times New Roman" w:eastAsia="Calibri" w:hAnsi="Times New Roman" w:cs="Times New Roman"/>
          <w:sz w:val="24"/>
          <w:szCs w:val="24"/>
          <w:lang w:val="fr-FR"/>
        </w:rPr>
      </w:pPr>
      <w:r w:rsidRPr="00360D38">
        <w:rPr>
          <w:rFonts w:ascii="Times New Roman" w:eastAsia="Calibri" w:hAnsi="Times New Roman" w:cs="Times New Roman"/>
          <w:b/>
          <w:sz w:val="24"/>
          <w:szCs w:val="24"/>
          <w:lang w:val="fr-FR"/>
        </w:rPr>
        <w:t xml:space="preserve">A. </w:t>
      </w:r>
      <w:r w:rsidRPr="00360D38">
        <w:rPr>
          <w:rFonts w:ascii="Times New Roman" w:eastAsia="Calibri" w:hAnsi="Times New Roman" w:cs="Times New Roman"/>
          <w:position w:val="-26"/>
          <w:sz w:val="24"/>
          <w:szCs w:val="24"/>
        </w:rPr>
        <w:object w:dxaOrig="1200" w:dyaOrig="680" w14:anchorId="4E4013AE">
          <v:shape id="_x0000_i1150" type="#_x0000_t75" style="width:60.15pt;height:34.2pt" o:ole="">
            <v:imagedata r:id="rId252" o:title=""/>
          </v:shape>
          <o:OLEObject Type="Embed" ProgID="Equation.DSMT4" ShapeID="_x0000_i1150" DrawAspect="Content" ObjectID="_1806929897" r:id="rId253"/>
        </w:object>
      </w:r>
      <w:r w:rsidRPr="00360D38">
        <w:rPr>
          <w:rFonts w:ascii="Times New Roman" w:eastAsia="Calibri" w:hAnsi="Times New Roman" w:cs="Times New Roman"/>
          <w:sz w:val="24"/>
          <w:szCs w:val="24"/>
          <w:lang w:val="fr-FR"/>
        </w:rPr>
        <w:t>.</w:t>
      </w:r>
      <w:r w:rsidRPr="00360D38">
        <w:rPr>
          <w:rFonts w:ascii="Times New Roman" w:eastAsia="Calibri" w:hAnsi="Times New Roman" w:cs="Times New Roman"/>
          <w:sz w:val="24"/>
          <w:szCs w:val="24"/>
          <w:lang w:val="fr-FR"/>
        </w:rPr>
        <w:tab/>
      </w:r>
      <w:r w:rsidRPr="00360D38">
        <w:rPr>
          <w:rFonts w:ascii="Times New Roman" w:eastAsia="Calibri" w:hAnsi="Times New Roman" w:cs="Times New Roman"/>
          <w:b/>
          <w:sz w:val="24"/>
          <w:szCs w:val="24"/>
          <w:lang w:val="fr-FR"/>
        </w:rPr>
        <w:t xml:space="preserve">B. </w:t>
      </w:r>
      <w:r w:rsidRPr="00360D38">
        <w:rPr>
          <w:rFonts w:ascii="Times New Roman" w:eastAsia="Calibri" w:hAnsi="Times New Roman" w:cs="Times New Roman"/>
          <w:position w:val="-26"/>
          <w:sz w:val="24"/>
          <w:szCs w:val="24"/>
        </w:rPr>
        <w:object w:dxaOrig="1200" w:dyaOrig="680" w14:anchorId="0B3FE86F">
          <v:shape id="_x0000_i1151" type="#_x0000_t75" style="width:60.15pt;height:34.2pt" o:ole="">
            <v:imagedata r:id="rId254" o:title=""/>
          </v:shape>
          <o:OLEObject Type="Embed" ProgID="Equation.DSMT4" ShapeID="_x0000_i1151" DrawAspect="Content" ObjectID="_1806929898" r:id="rId255"/>
        </w:object>
      </w:r>
      <w:r w:rsidRPr="00360D38">
        <w:rPr>
          <w:rFonts w:ascii="Times New Roman" w:eastAsia="Calibri" w:hAnsi="Times New Roman" w:cs="Times New Roman"/>
          <w:sz w:val="24"/>
          <w:szCs w:val="24"/>
          <w:lang w:val="fr-FR"/>
        </w:rPr>
        <w:t>.</w:t>
      </w:r>
      <w:r w:rsidRPr="00360D38">
        <w:rPr>
          <w:rFonts w:ascii="Times New Roman" w:eastAsia="Calibri" w:hAnsi="Times New Roman" w:cs="Times New Roman"/>
          <w:sz w:val="24"/>
          <w:szCs w:val="24"/>
          <w:lang w:val="fr-FR"/>
        </w:rPr>
        <w:tab/>
      </w:r>
      <w:r w:rsidRPr="00360D38">
        <w:rPr>
          <w:rFonts w:ascii="Times New Roman" w:eastAsia="Calibri" w:hAnsi="Times New Roman" w:cs="Times New Roman"/>
          <w:sz w:val="24"/>
          <w:szCs w:val="24"/>
          <w:lang w:val="fr-FR"/>
        </w:rPr>
        <w:tab/>
      </w:r>
      <w:r w:rsidRPr="00360D38">
        <w:rPr>
          <w:rFonts w:ascii="Times New Roman" w:eastAsia="Calibri" w:hAnsi="Times New Roman" w:cs="Times New Roman"/>
          <w:b/>
          <w:sz w:val="24"/>
          <w:szCs w:val="24"/>
          <w:lang w:val="fr-FR"/>
        </w:rPr>
        <w:t xml:space="preserve">C. </w:t>
      </w:r>
      <w:r w:rsidRPr="00360D38">
        <w:rPr>
          <w:rFonts w:ascii="Times New Roman" w:eastAsia="Calibri" w:hAnsi="Times New Roman" w:cs="Times New Roman"/>
          <w:position w:val="-26"/>
          <w:sz w:val="24"/>
          <w:szCs w:val="24"/>
        </w:rPr>
        <w:object w:dxaOrig="1400" w:dyaOrig="680" w14:anchorId="2DC4A538">
          <v:shape id="_x0000_i1152" type="#_x0000_t75" style="width:70.2pt;height:34.2pt" o:ole="">
            <v:imagedata r:id="rId256" o:title=""/>
          </v:shape>
          <o:OLEObject Type="Embed" ProgID="Equation.DSMT4" ShapeID="_x0000_i1152" DrawAspect="Content" ObjectID="_1806929899" r:id="rId257"/>
        </w:object>
      </w:r>
      <w:r w:rsidRPr="00360D38">
        <w:rPr>
          <w:rFonts w:ascii="Times New Roman" w:eastAsia="Calibri" w:hAnsi="Times New Roman" w:cs="Times New Roman"/>
          <w:sz w:val="24"/>
          <w:szCs w:val="24"/>
          <w:lang w:val="fr-FR"/>
        </w:rPr>
        <w:t>.</w:t>
      </w:r>
      <w:r w:rsidRPr="00360D38">
        <w:rPr>
          <w:rFonts w:ascii="Times New Roman" w:eastAsia="Calibri" w:hAnsi="Times New Roman" w:cs="Times New Roman"/>
          <w:sz w:val="24"/>
          <w:szCs w:val="24"/>
          <w:lang w:val="fr-FR"/>
        </w:rPr>
        <w:tab/>
      </w:r>
      <w:r w:rsidRPr="00360D38">
        <w:rPr>
          <w:rFonts w:ascii="Times New Roman" w:eastAsia="Calibri" w:hAnsi="Times New Roman" w:cs="Times New Roman"/>
          <w:sz w:val="24"/>
          <w:szCs w:val="24"/>
          <w:lang w:val="fr-FR"/>
        </w:rPr>
        <w:tab/>
      </w:r>
      <w:r w:rsidRPr="00360D38">
        <w:rPr>
          <w:rFonts w:ascii="Times New Roman" w:eastAsia="Calibri" w:hAnsi="Times New Roman" w:cs="Times New Roman"/>
          <w:b/>
          <w:sz w:val="24"/>
          <w:szCs w:val="24"/>
          <w:lang w:val="fr-FR"/>
        </w:rPr>
        <w:t xml:space="preserve">D. </w:t>
      </w:r>
      <w:r w:rsidRPr="00360D38">
        <w:rPr>
          <w:rFonts w:ascii="Times New Roman" w:eastAsia="Calibri" w:hAnsi="Times New Roman" w:cs="Times New Roman"/>
          <w:position w:val="-26"/>
          <w:sz w:val="24"/>
          <w:szCs w:val="24"/>
        </w:rPr>
        <w:object w:dxaOrig="1200" w:dyaOrig="680" w14:anchorId="6C032657">
          <v:shape id="_x0000_i1153" type="#_x0000_t75" style="width:60.15pt;height:34.2pt" o:ole="">
            <v:imagedata r:id="rId258" o:title=""/>
          </v:shape>
          <o:OLEObject Type="Embed" ProgID="Equation.DSMT4" ShapeID="_x0000_i1153" DrawAspect="Content" ObjectID="_1806929900" r:id="rId259"/>
        </w:object>
      </w:r>
      <w:r w:rsidRPr="00360D38">
        <w:rPr>
          <w:rFonts w:ascii="Times New Roman" w:eastAsia="Calibri" w:hAnsi="Times New Roman" w:cs="Times New Roman"/>
          <w:sz w:val="24"/>
          <w:szCs w:val="24"/>
          <w:lang w:val="fr-FR"/>
        </w:rPr>
        <w:t>.</w:t>
      </w:r>
    </w:p>
    <w:p w14:paraId="694A32D1" w14:textId="77777777" w:rsidR="007C5B20" w:rsidRPr="00360D38" w:rsidRDefault="007C5B20" w:rsidP="007C5B20">
      <w:pPr>
        <w:spacing w:after="0" w:line="240" w:lineRule="auto"/>
        <w:ind w:left="25"/>
        <w:rPr>
          <w:rFonts w:ascii="Times New Roman" w:hAnsi="Times New Roman" w:cs="Times New Roman"/>
          <w:sz w:val="24"/>
          <w:szCs w:val="24"/>
        </w:rPr>
      </w:pPr>
    </w:p>
    <w:p w14:paraId="5E8C63B3" w14:textId="77777777" w:rsidR="007C5B20" w:rsidRPr="00360D38" w:rsidRDefault="007C5B20" w:rsidP="007C5B20">
      <w:pPr>
        <w:tabs>
          <w:tab w:val="left" w:pos="720"/>
        </w:tabs>
        <w:spacing w:after="0" w:line="360" w:lineRule="auto"/>
        <w:mirrorIndents/>
        <w:rPr>
          <w:rFonts w:ascii="Times New Roman" w:eastAsia="Calibri" w:hAnsi="Times New Roman" w:cs="Times New Roman"/>
          <w:sz w:val="24"/>
          <w:szCs w:val="24"/>
        </w:rPr>
      </w:pPr>
      <w:r w:rsidRPr="00360D38">
        <w:rPr>
          <w:rFonts w:ascii="Times New Roman" w:hAnsi="Times New Roman" w:cs="Times New Roman"/>
          <w:b/>
          <w:sz w:val="24"/>
          <w:szCs w:val="24"/>
        </w:rPr>
        <w:t>Câu 12.</w:t>
      </w:r>
      <w:r w:rsidRPr="00360D38">
        <w:rPr>
          <w:rFonts w:ascii="Times New Roman" w:hAnsi="Times New Roman" w:cs="Times New Roman"/>
          <w:sz w:val="24"/>
          <w:szCs w:val="24"/>
        </w:rPr>
        <w:t xml:space="preserve"> </w:t>
      </w:r>
      <w:r w:rsidRPr="00360D38">
        <w:rPr>
          <w:rFonts w:ascii="Times New Roman" w:eastAsia="Calibri" w:hAnsi="Times New Roman" w:cs="Times New Roman"/>
          <w:sz w:val="24"/>
          <w:szCs w:val="24"/>
          <w:lang w:val="vi-VN"/>
        </w:rPr>
        <w:t xml:space="preserve">Trong mặt phẳng </w:t>
      </w:r>
      <w:r w:rsidRPr="00360D38">
        <w:rPr>
          <w:rFonts w:ascii="Times New Roman" w:eastAsia="Calibri" w:hAnsi="Times New Roman" w:cs="Times New Roman"/>
          <w:position w:val="-14"/>
          <w:sz w:val="24"/>
          <w:szCs w:val="24"/>
          <w:lang w:val="vi-VN"/>
        </w:rPr>
        <w:object w:dxaOrig="630" w:dyaOrig="405" w14:anchorId="4FE2BF02">
          <v:shape id="_x0000_i1154" type="#_x0000_t75" style="width:31.45pt;height:20.5pt" o:ole="">
            <v:imagedata r:id="rId260" o:title=""/>
          </v:shape>
          <o:OLEObject Type="Embed" ProgID="Equation.DSMT4" ShapeID="_x0000_i1154" DrawAspect="Content" ObjectID="_1806929901" r:id="rId261"/>
        </w:object>
      </w:r>
      <w:r w:rsidRPr="00360D38">
        <w:rPr>
          <w:rFonts w:ascii="Times New Roman" w:eastAsia="Calibri" w:hAnsi="Times New Roman" w:cs="Times New Roman"/>
          <w:sz w:val="24"/>
          <w:szCs w:val="24"/>
          <w:lang w:val="vi-VN"/>
        </w:rPr>
        <w:t xml:space="preserve">, cho elip </w:t>
      </w:r>
      <w:r w:rsidRPr="00360D38">
        <w:rPr>
          <w:rFonts w:ascii="Times New Roman" w:eastAsia="Calibri" w:hAnsi="Times New Roman" w:cs="Times New Roman"/>
          <w:position w:val="-14"/>
          <w:sz w:val="24"/>
          <w:szCs w:val="24"/>
          <w:lang w:val="vi-VN"/>
        </w:rPr>
        <w:object w:dxaOrig="405" w:dyaOrig="405" w14:anchorId="48C67CAD">
          <v:shape id="_x0000_i1155" type="#_x0000_t75" style="width:20.5pt;height:20.5pt" o:ole="">
            <v:imagedata r:id="rId262" o:title=""/>
          </v:shape>
          <o:OLEObject Type="Embed" ProgID="Equation.DSMT4" ShapeID="_x0000_i1155" DrawAspect="Content" ObjectID="_1806929902" r:id="rId263"/>
        </w:object>
      </w:r>
      <w:r w:rsidRPr="00360D38">
        <w:rPr>
          <w:rFonts w:ascii="Times New Roman" w:eastAsia="Calibri" w:hAnsi="Times New Roman" w:cs="Times New Roman"/>
          <w:sz w:val="24"/>
          <w:szCs w:val="24"/>
          <w:lang w:val="vi-VN"/>
        </w:rPr>
        <w:t xml:space="preserve"> có phương trình </w:t>
      </w:r>
      <w:r w:rsidRPr="00360D38">
        <w:rPr>
          <w:rFonts w:ascii="Times New Roman" w:eastAsia="Calibri" w:hAnsi="Times New Roman" w:cs="Times New Roman"/>
          <w:position w:val="-24"/>
          <w:sz w:val="24"/>
          <w:szCs w:val="24"/>
          <w:lang w:val="vi-VN"/>
        </w:rPr>
        <w:object w:dxaOrig="1185" w:dyaOrig="645" w14:anchorId="01A9E799">
          <v:shape id="_x0000_i1156" type="#_x0000_t75" style="width:59.7pt;height:32.35pt" o:ole="">
            <v:imagedata r:id="rId264" o:title=""/>
          </v:shape>
          <o:OLEObject Type="Embed" ProgID="Equation.DSMT4" ShapeID="_x0000_i1156" DrawAspect="Content" ObjectID="_1806929903" r:id="rId265"/>
        </w:objec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 xml:space="preserve">Tìm tiêu cự của </w:t>
      </w:r>
      <w:r w:rsidRPr="00360D38">
        <w:rPr>
          <w:rFonts w:ascii="Times New Roman" w:eastAsia="Calibri" w:hAnsi="Times New Roman" w:cs="Times New Roman"/>
          <w:position w:val="-14"/>
          <w:sz w:val="24"/>
          <w:szCs w:val="24"/>
        </w:rPr>
        <w:object w:dxaOrig="405" w:dyaOrig="405" w14:anchorId="6E267786">
          <v:shape id="_x0000_i1157" type="#_x0000_t75" style="width:20.5pt;height:20.5pt" o:ole="">
            <v:imagedata r:id="rId266" o:title=""/>
          </v:shape>
          <o:OLEObject Type="Embed" ProgID="Equation.DSMT4" ShapeID="_x0000_i1157" DrawAspect="Content" ObjectID="_1806929904" r:id="rId267"/>
        </w:object>
      </w:r>
      <w:r w:rsidRPr="00360D38">
        <w:rPr>
          <w:rFonts w:ascii="Times New Roman" w:eastAsia="Calibri" w:hAnsi="Times New Roman" w:cs="Times New Roman"/>
          <w:sz w:val="24"/>
          <w:szCs w:val="24"/>
        </w:rPr>
        <w:t>.</w:t>
      </w:r>
    </w:p>
    <w:p w14:paraId="4AD9B9D2" w14:textId="77777777" w:rsidR="007C5B20" w:rsidRPr="00360D38" w:rsidRDefault="007C5B20" w:rsidP="007C5B20">
      <w:pPr>
        <w:spacing w:after="0" w:line="240" w:lineRule="auto"/>
        <w:ind w:firstLine="720"/>
        <w:jc w:val="both"/>
        <w:rPr>
          <w:rFonts w:ascii="Times New Roman" w:eastAsia="Times New Roman" w:hAnsi="Times New Roman" w:cs="Times New Roman"/>
          <w:sz w:val="24"/>
          <w:szCs w:val="24"/>
          <w:lang w:val="fr-FR"/>
        </w:rPr>
      </w:pPr>
      <w:r w:rsidRPr="00360D38">
        <w:rPr>
          <w:rFonts w:ascii="Times New Roman" w:eastAsia="Times New Roman" w:hAnsi="Times New Roman" w:cs="Times New Roman"/>
          <w:b/>
          <w:sz w:val="24"/>
          <w:szCs w:val="24"/>
          <w:lang w:val="fr-FR"/>
        </w:rPr>
        <w:t xml:space="preserve">A. </w:t>
      </w:r>
      <w:r w:rsidRPr="00360D38">
        <w:rPr>
          <w:rFonts w:ascii="Times New Roman" w:eastAsia="Times New Roman" w:hAnsi="Times New Roman" w:cs="Times New Roman"/>
          <w:position w:val="-12"/>
          <w:sz w:val="24"/>
          <w:szCs w:val="24"/>
          <w:lang w:val="fr-FR"/>
        </w:rPr>
        <w:object w:dxaOrig="900" w:dyaOrig="360" w14:anchorId="54C4508E">
          <v:shape id="_x0000_i1158" type="#_x0000_t75" style="width:45.1pt;height:18.25pt" o:ole="">
            <v:imagedata r:id="rId268" o:title=""/>
          </v:shape>
          <o:OLEObject Type="Embed" ProgID="Equation.DSMT4" ShapeID="_x0000_i1158" DrawAspect="Content" ObjectID="_1806929905" r:id="rId269"/>
        </w:object>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b/>
          <w:sz w:val="24"/>
          <w:szCs w:val="24"/>
          <w:lang w:val="fr-FR"/>
        </w:rPr>
        <w:t xml:space="preserve">B. </w:t>
      </w:r>
      <w:r w:rsidRPr="00360D38">
        <w:rPr>
          <w:rFonts w:ascii="Times New Roman" w:eastAsia="Times New Roman" w:hAnsi="Times New Roman" w:cs="Times New Roman"/>
          <w:position w:val="-12"/>
          <w:sz w:val="24"/>
          <w:szCs w:val="24"/>
          <w:lang w:val="fr-FR"/>
        </w:rPr>
        <w:object w:dxaOrig="810" w:dyaOrig="360" w14:anchorId="0A534D27">
          <v:shape id="_x0000_i1159" type="#_x0000_t75" style="width:40.55pt;height:18.25pt" o:ole="">
            <v:imagedata r:id="rId270" o:title=""/>
          </v:shape>
          <o:OLEObject Type="Embed" ProgID="Equation.DSMT4" ShapeID="_x0000_i1159" DrawAspect="Content" ObjectID="_1806929906" r:id="rId271"/>
        </w:object>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b/>
          <w:sz w:val="24"/>
          <w:szCs w:val="24"/>
          <w:lang w:val="fr-FR"/>
        </w:rPr>
        <w:t xml:space="preserve">C. </w:t>
      </w:r>
      <w:r w:rsidRPr="00360D38">
        <w:rPr>
          <w:rFonts w:ascii="Times New Roman" w:eastAsia="Times New Roman" w:hAnsi="Times New Roman" w:cs="Times New Roman"/>
          <w:position w:val="-12"/>
          <w:sz w:val="24"/>
          <w:szCs w:val="24"/>
          <w:lang w:val="fr-FR"/>
        </w:rPr>
        <w:object w:dxaOrig="1110" w:dyaOrig="405" w14:anchorId="38C3846B">
          <v:shape id="_x0000_i1160" type="#_x0000_t75" style="width:55.6pt;height:20.5pt" o:ole="">
            <v:imagedata r:id="rId272" o:title=""/>
          </v:shape>
          <o:OLEObject Type="Embed" ProgID="Equation.DSMT4" ShapeID="_x0000_i1160" DrawAspect="Content" ObjectID="_1806929907" r:id="rId273"/>
        </w:object>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b/>
          <w:sz w:val="24"/>
          <w:szCs w:val="24"/>
          <w:lang w:val="fr-FR"/>
        </w:rPr>
        <w:t xml:space="preserve">D. </w:t>
      </w:r>
      <w:r w:rsidRPr="00360D38">
        <w:rPr>
          <w:rFonts w:ascii="Times New Roman" w:eastAsia="Times New Roman" w:hAnsi="Times New Roman" w:cs="Times New Roman"/>
          <w:position w:val="-12"/>
          <w:sz w:val="24"/>
          <w:szCs w:val="24"/>
          <w:lang w:val="fr-FR"/>
        </w:rPr>
        <w:object w:dxaOrig="1110" w:dyaOrig="405" w14:anchorId="3FBBE000">
          <v:shape id="_x0000_i1161" type="#_x0000_t75" style="width:55.6pt;height:20.5pt" o:ole="">
            <v:imagedata r:id="rId274" o:title=""/>
          </v:shape>
          <o:OLEObject Type="Embed" ProgID="Equation.DSMT4" ShapeID="_x0000_i1161" DrawAspect="Content" ObjectID="_1806929908" r:id="rId275"/>
        </w:object>
      </w:r>
    </w:p>
    <w:p w14:paraId="1DBA876E" w14:textId="77777777" w:rsidR="007C5B20" w:rsidRPr="00360D38" w:rsidRDefault="007C5B20" w:rsidP="007C5B20">
      <w:pPr>
        <w:tabs>
          <w:tab w:val="left" w:pos="3330"/>
          <w:tab w:val="left" w:pos="5580"/>
          <w:tab w:val="left" w:pos="7830"/>
        </w:tabs>
        <w:spacing w:line="240" w:lineRule="auto"/>
        <w:jc w:val="both"/>
        <w:rPr>
          <w:rFonts w:ascii="Times New Roman" w:hAnsi="Times New Roman" w:cs="Times New Roman"/>
          <w:i/>
          <w:iCs/>
          <w:sz w:val="24"/>
          <w:szCs w:val="24"/>
        </w:rPr>
      </w:pPr>
      <w:r w:rsidRPr="00360D38">
        <w:rPr>
          <w:rFonts w:ascii="Times New Roman" w:hAnsi="Times New Roman" w:cs="Times New Roman"/>
          <w:b/>
          <w:bCs/>
          <w:sz w:val="24"/>
          <w:szCs w:val="24"/>
        </w:rPr>
        <w:t>PHẦN II. Câu trắc nghiệm đúng sai (3.0 điểm).</w:t>
      </w:r>
      <w:r w:rsidRPr="00360D38">
        <w:rPr>
          <w:rFonts w:ascii="Times New Roman" w:hAnsi="Times New Roman" w:cs="Times New Roman"/>
          <w:i/>
          <w:iCs/>
          <w:sz w:val="24"/>
          <w:szCs w:val="24"/>
        </w:rPr>
        <w:t xml:space="preserve"> Thí sinh trả lời từ câu 1 đến câu 3. Trong mỗi ý </w:t>
      </w:r>
      <w:r w:rsidRPr="00360D38">
        <w:rPr>
          <w:rFonts w:ascii="Times New Roman" w:hAnsi="Times New Roman" w:cs="Times New Roman"/>
          <w:b/>
          <w:i/>
          <w:iCs/>
          <w:sz w:val="24"/>
          <w:szCs w:val="24"/>
        </w:rPr>
        <w:t>a), b), c), d)</w:t>
      </w:r>
      <w:r w:rsidRPr="00360D38">
        <w:rPr>
          <w:rFonts w:ascii="Times New Roman" w:hAnsi="Times New Roman" w:cs="Times New Roman"/>
          <w:i/>
          <w:iCs/>
          <w:sz w:val="24"/>
          <w:szCs w:val="24"/>
        </w:rPr>
        <w:t xml:space="preserve"> ở mỗi câu, thí sinh chọn đúng (Đ) hoặc sai (S).</w:t>
      </w:r>
    </w:p>
    <w:p w14:paraId="17EA4E25"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Câu 1.</w:t>
      </w:r>
      <w:r w:rsidRPr="00360D38">
        <w:rPr>
          <w:rFonts w:ascii="Times New Roman" w:hAnsi="Times New Roman" w:cs="Times New Roman"/>
          <w:sz w:val="24"/>
          <w:szCs w:val="24"/>
        </w:rPr>
        <w:t xml:space="preserve"> Cho đường thẳng d: </w:t>
      </w:r>
      <w:r w:rsidRPr="00360D38">
        <w:rPr>
          <w:rFonts w:ascii="Times New Roman" w:eastAsia="Times New Roman" w:hAnsi="Times New Roman" w:cs="Times New Roman"/>
          <w:position w:val="-10"/>
          <w:sz w:val="24"/>
          <w:szCs w:val="24"/>
        </w:rPr>
        <w:object w:dxaOrig="1440" w:dyaOrig="330" w14:anchorId="258D45C1">
          <v:shape id="_x0000_i1162" type="#_x0000_t75" style="width:1in;height:16.4pt" o:ole="">
            <v:imagedata r:id="rId276" o:title=""/>
          </v:shape>
          <o:OLEObject Type="Embed" ProgID="Equation.DSMT4" ShapeID="_x0000_i1162" DrawAspect="Content" ObjectID="_1806929909" r:id="rId277"/>
        </w:object>
      </w:r>
      <w:r w:rsidRPr="00360D38">
        <w:rPr>
          <w:rFonts w:ascii="Times New Roman" w:eastAsia="Times New Roman" w:hAnsi="Times New Roman" w:cs="Times New Roman"/>
          <w:sz w:val="24"/>
          <w:szCs w:val="24"/>
        </w:rPr>
        <w:t xml:space="preserve"> và hai điểm </w:t>
      </w:r>
      <w:r w:rsidRPr="00360D38">
        <w:rPr>
          <w:rFonts w:ascii="Times New Roman" w:eastAsia="Times New Roman" w:hAnsi="Times New Roman" w:cs="Times New Roman"/>
          <w:position w:val="-14"/>
          <w:sz w:val="24"/>
          <w:szCs w:val="24"/>
        </w:rPr>
        <w:object w:dxaOrig="1780" w:dyaOrig="400" w14:anchorId="37B9CA37">
          <v:shape id="_x0000_i1163" type="#_x0000_t75" style="width:88.85pt;height:20.05pt" o:ole="">
            <v:imagedata r:id="rId278" o:title=""/>
          </v:shape>
          <o:OLEObject Type="Embed" ProgID="Equation.DSMT4" ShapeID="_x0000_i1163" DrawAspect="Content" ObjectID="_1806929910" r:id="rId279"/>
        </w:object>
      </w:r>
    </w:p>
    <w:p w14:paraId="12C4AA5A"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ab/>
        <w:t>a)</w:t>
      </w:r>
      <w:r w:rsidRPr="00360D38">
        <w:rPr>
          <w:rFonts w:ascii="Times New Roman" w:hAnsi="Times New Roman" w:cs="Times New Roman"/>
          <w:sz w:val="24"/>
          <w:szCs w:val="24"/>
        </w:rPr>
        <w:t xml:space="preserve"> Điểm A nằm trên đường thẳng d</w:t>
      </w:r>
    </w:p>
    <w:p w14:paraId="1DC7E80F" w14:textId="77777777" w:rsidR="007C5B20" w:rsidRPr="00360D38" w:rsidRDefault="007C5B20" w:rsidP="007C5B20">
      <w:pPr>
        <w:spacing w:after="0" w:line="240" w:lineRule="auto"/>
        <w:ind w:left="25"/>
        <w:rPr>
          <w:rFonts w:ascii="Times New Roman" w:hAnsi="Times New Roman" w:cs="Times New Roman"/>
          <w:b/>
          <w:sz w:val="24"/>
          <w:szCs w:val="24"/>
        </w:rPr>
      </w:pPr>
      <w:r w:rsidRPr="00360D38">
        <w:rPr>
          <w:rFonts w:ascii="Times New Roman" w:hAnsi="Times New Roman" w:cs="Times New Roman"/>
          <w:b/>
          <w:sz w:val="24"/>
          <w:szCs w:val="24"/>
        </w:rPr>
        <w:tab/>
        <w:t xml:space="preserve">b) </w:t>
      </w:r>
      <w:r w:rsidRPr="00360D38">
        <w:rPr>
          <w:rFonts w:ascii="Times New Roman" w:hAnsi="Times New Roman" w:cs="Times New Roman"/>
          <w:bCs/>
          <w:sz w:val="24"/>
          <w:szCs w:val="24"/>
        </w:rPr>
        <w:t xml:space="preserve">Khoảng cách từ điểm B đến đường thẳng d bằng </w:t>
      </w:r>
      <w:r w:rsidRPr="00360D38">
        <w:rPr>
          <w:rFonts w:ascii="Times New Roman" w:eastAsia="Times New Roman" w:hAnsi="Times New Roman" w:cs="Times New Roman"/>
          <w:bCs/>
          <w:position w:val="-28"/>
          <w:sz w:val="24"/>
          <w:szCs w:val="24"/>
        </w:rPr>
        <w:object w:dxaOrig="499" w:dyaOrig="660" w14:anchorId="6D8F764C">
          <v:shape id="_x0000_i1164" type="#_x0000_t75" style="width:25.05pt;height:32.8pt" o:ole="">
            <v:imagedata r:id="rId280" o:title=""/>
          </v:shape>
          <o:OLEObject Type="Embed" ProgID="Equation.DSMT4" ShapeID="_x0000_i1164" DrawAspect="Content" ObjectID="_1806929911" r:id="rId281"/>
        </w:object>
      </w:r>
    </w:p>
    <w:p w14:paraId="191E451E"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ab/>
        <w:t>c)</w:t>
      </w:r>
      <w:r w:rsidRPr="00360D38">
        <w:rPr>
          <w:rFonts w:ascii="Times New Roman" w:hAnsi="Times New Roman" w:cs="Times New Roman"/>
          <w:sz w:val="24"/>
          <w:szCs w:val="24"/>
        </w:rPr>
        <w:t xml:space="preserve"> Phương trình đường tròn tâm A và đi qua B là </w:t>
      </w:r>
      <w:r w:rsidRPr="00360D38">
        <w:rPr>
          <w:rFonts w:ascii="Times New Roman" w:eastAsia="Times New Roman" w:hAnsi="Times New Roman" w:cs="Times New Roman"/>
          <w:position w:val="-14"/>
          <w:sz w:val="24"/>
          <w:szCs w:val="24"/>
        </w:rPr>
        <w:object w:dxaOrig="2299" w:dyaOrig="440" w14:anchorId="33BA250A">
          <v:shape id="_x0000_i1165" type="#_x0000_t75" style="width:114.85pt;height:21.85pt" o:ole="">
            <v:imagedata r:id="rId282" o:title=""/>
          </v:shape>
          <o:OLEObject Type="Embed" ProgID="Equation.DSMT4" ShapeID="_x0000_i1165" DrawAspect="Content" ObjectID="_1806929912" r:id="rId283"/>
        </w:object>
      </w:r>
    </w:p>
    <w:p w14:paraId="394E562F" w14:textId="77777777" w:rsidR="007C5B20" w:rsidRPr="00360D38" w:rsidRDefault="007C5B20" w:rsidP="007C5B20">
      <w:pPr>
        <w:spacing w:after="0" w:line="240" w:lineRule="auto"/>
        <w:ind w:firstLine="720"/>
        <w:rPr>
          <w:rFonts w:ascii="Times New Roman" w:hAnsi="Times New Roman" w:cs="Times New Roman"/>
          <w:sz w:val="24"/>
          <w:szCs w:val="24"/>
        </w:rPr>
      </w:pPr>
      <w:r w:rsidRPr="00360D38">
        <w:rPr>
          <w:rFonts w:ascii="Times New Roman" w:hAnsi="Times New Roman" w:cs="Times New Roman"/>
          <w:b/>
          <w:sz w:val="24"/>
          <w:szCs w:val="24"/>
        </w:rPr>
        <w:t>d)</w:t>
      </w:r>
      <w:r w:rsidRPr="00360D38">
        <w:rPr>
          <w:rFonts w:ascii="Times New Roman" w:hAnsi="Times New Roman" w:cs="Times New Roman"/>
          <w:sz w:val="24"/>
          <w:szCs w:val="24"/>
        </w:rPr>
        <w:t xml:space="preserve"> Điểm M(2; 5) thuộc đường thẳng d thì MA + MB ngắn nhất</w:t>
      </w:r>
    </w:p>
    <w:p w14:paraId="0D4D0B17" w14:textId="77777777" w:rsidR="007C5B20" w:rsidRPr="00360D38" w:rsidRDefault="007C5B20" w:rsidP="007C5B20">
      <w:pPr>
        <w:spacing w:after="0" w:line="240" w:lineRule="auto"/>
        <w:ind w:firstLine="720"/>
        <w:rPr>
          <w:rFonts w:ascii="Times New Roman" w:hAnsi="Times New Roman" w:cs="Times New Roman"/>
          <w:sz w:val="24"/>
          <w:szCs w:val="24"/>
        </w:rPr>
      </w:pPr>
    </w:p>
    <w:p w14:paraId="5FAF25CE"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Câu 2.</w:t>
      </w:r>
      <w:r w:rsidRPr="00360D38">
        <w:rPr>
          <w:rFonts w:ascii="Times New Roman" w:hAnsi="Times New Roman" w:cs="Times New Roman"/>
          <w:sz w:val="24"/>
          <w:szCs w:val="24"/>
        </w:rPr>
        <w:t xml:space="preserve"> Gieo con xúc xắc 2 lần. Xét các biến cố</w:t>
      </w:r>
    </w:p>
    <w:p w14:paraId="5D4A2F5E"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lastRenderedPageBreak/>
        <w:tab/>
        <w:t>A:</w:t>
      </w:r>
      <w:r w:rsidRPr="00360D38">
        <w:rPr>
          <w:rFonts w:ascii="Times New Roman" w:hAnsi="Times New Roman" w:cs="Times New Roman"/>
          <w:sz w:val="24"/>
          <w:szCs w:val="24"/>
        </w:rPr>
        <w:t xml:space="preserve"> “Số chấm ở hai lần gieo giống nhau”, B: “Tổng số chấm ở hai lần gieo không bé hơn 10”</w:t>
      </w:r>
    </w:p>
    <w:p w14:paraId="020819B2" w14:textId="77777777" w:rsidR="007C5B20" w:rsidRPr="00360D38" w:rsidRDefault="007C5B20" w:rsidP="007C5B20">
      <w:pPr>
        <w:spacing w:after="0" w:line="240" w:lineRule="auto"/>
        <w:ind w:left="25" w:firstLine="695"/>
        <w:rPr>
          <w:rFonts w:ascii="Times New Roman" w:hAnsi="Times New Roman" w:cs="Times New Roman"/>
          <w:sz w:val="24"/>
          <w:szCs w:val="24"/>
        </w:rPr>
      </w:pPr>
      <w:r w:rsidRPr="00360D38">
        <w:rPr>
          <w:rFonts w:ascii="Times New Roman" w:hAnsi="Times New Roman" w:cs="Times New Roman"/>
          <w:b/>
          <w:sz w:val="24"/>
          <w:szCs w:val="24"/>
        </w:rPr>
        <w:t>a)</w:t>
      </w:r>
      <w:r w:rsidRPr="00360D38">
        <w:rPr>
          <w:rFonts w:ascii="Times New Roman" w:hAnsi="Times New Roman" w:cs="Times New Roman"/>
          <w:sz w:val="24"/>
          <w:szCs w:val="24"/>
        </w:rPr>
        <w:t xml:space="preserve">  Số phần tử của không gian mẫu bằng 12</w:t>
      </w:r>
    </w:p>
    <w:p w14:paraId="0BCE6E66" w14:textId="77777777" w:rsidR="007C5B20" w:rsidRPr="00360D38" w:rsidRDefault="007C5B20" w:rsidP="007C5B20">
      <w:pPr>
        <w:spacing w:after="0" w:line="240" w:lineRule="auto"/>
        <w:ind w:left="25"/>
        <w:rPr>
          <w:rFonts w:ascii="Times New Roman" w:hAnsi="Times New Roman" w:cs="Times New Roman"/>
          <w:b/>
          <w:sz w:val="24"/>
          <w:szCs w:val="24"/>
        </w:rPr>
      </w:pPr>
      <w:r w:rsidRPr="00360D38">
        <w:rPr>
          <w:rFonts w:ascii="Times New Roman" w:hAnsi="Times New Roman" w:cs="Times New Roman"/>
          <w:b/>
          <w:sz w:val="24"/>
          <w:szCs w:val="24"/>
        </w:rPr>
        <w:tab/>
        <w:t xml:space="preserve">b) </w:t>
      </w:r>
      <w:r w:rsidRPr="00360D38">
        <w:rPr>
          <w:rFonts w:ascii="Times New Roman" w:eastAsia="Times New Roman" w:hAnsi="Times New Roman" w:cs="Times New Roman"/>
          <w:position w:val="-14"/>
          <w:sz w:val="24"/>
          <w:szCs w:val="24"/>
        </w:rPr>
        <w:object w:dxaOrig="4080" w:dyaOrig="400" w14:anchorId="072BCBF9">
          <v:shape id="_x0000_i1166" type="#_x0000_t75" style="width:204.15pt;height:20.05pt" o:ole="">
            <v:imagedata r:id="rId284" o:title=""/>
          </v:shape>
          <o:OLEObject Type="Embed" ProgID="Equation.DSMT4" ShapeID="_x0000_i1166" DrawAspect="Content" ObjectID="_1806929913" r:id="rId285"/>
        </w:object>
      </w:r>
    </w:p>
    <w:p w14:paraId="096E0365"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ab/>
        <w:t>c)</w:t>
      </w:r>
      <w:r w:rsidRPr="00360D38">
        <w:rPr>
          <w:rFonts w:ascii="Times New Roman" w:hAnsi="Times New Roman" w:cs="Times New Roman"/>
          <w:sz w:val="24"/>
          <w:szCs w:val="24"/>
        </w:rPr>
        <w:t xml:space="preserve">  </w:t>
      </w:r>
      <w:r w:rsidRPr="00360D38">
        <w:rPr>
          <w:rFonts w:ascii="Times New Roman" w:eastAsia="Times New Roman" w:hAnsi="Times New Roman" w:cs="Times New Roman"/>
          <w:position w:val="-14"/>
          <w:sz w:val="24"/>
          <w:szCs w:val="24"/>
        </w:rPr>
        <w:object w:dxaOrig="2360" w:dyaOrig="400" w14:anchorId="363CD30B">
          <v:shape id="_x0000_i1167" type="#_x0000_t75" style="width:118.05pt;height:20.05pt" o:ole="">
            <v:imagedata r:id="rId286" o:title=""/>
          </v:shape>
          <o:OLEObject Type="Embed" ProgID="Equation.DSMT4" ShapeID="_x0000_i1167" DrawAspect="Content" ObjectID="_1806929914" r:id="rId287"/>
        </w:object>
      </w:r>
    </w:p>
    <w:p w14:paraId="5C84F6F9"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ab/>
        <w:t>d)</w:t>
      </w:r>
      <w:r w:rsidRPr="00360D38">
        <w:rPr>
          <w:rFonts w:ascii="Times New Roman" w:hAnsi="Times New Roman" w:cs="Times New Roman"/>
          <w:sz w:val="24"/>
          <w:szCs w:val="24"/>
        </w:rPr>
        <w:t xml:space="preserve"> </w:t>
      </w:r>
      <w:r w:rsidRPr="00360D38">
        <w:rPr>
          <w:rFonts w:ascii="Times New Roman" w:eastAsia="Times New Roman" w:hAnsi="Times New Roman" w:cs="Times New Roman"/>
          <w:position w:val="-24"/>
          <w:sz w:val="24"/>
          <w:szCs w:val="24"/>
        </w:rPr>
        <w:object w:dxaOrig="1100" w:dyaOrig="620" w14:anchorId="567920B1">
          <v:shape id="_x0000_i1168" type="#_x0000_t75" style="width:55.15pt;height:31pt" o:ole="">
            <v:imagedata r:id="rId288" o:title=""/>
          </v:shape>
          <o:OLEObject Type="Embed" ProgID="Equation.DSMT4" ShapeID="_x0000_i1168" DrawAspect="Content" ObjectID="_1806929915" r:id="rId289"/>
        </w:object>
      </w:r>
    </w:p>
    <w:p w14:paraId="46EA3732" w14:textId="77777777" w:rsidR="007C5B20" w:rsidRPr="00360D38" w:rsidRDefault="007C5B20" w:rsidP="007C5B20">
      <w:pPr>
        <w:tabs>
          <w:tab w:val="left" w:pos="992"/>
        </w:tabs>
        <w:jc w:val="both"/>
        <w:rPr>
          <w:rFonts w:ascii="Times New Roman" w:hAnsi="Times New Roman" w:cs="Times New Roman"/>
          <w:b/>
          <w:bCs/>
          <w:sz w:val="24"/>
          <w:szCs w:val="24"/>
        </w:rPr>
      </w:pPr>
    </w:p>
    <w:p w14:paraId="74038F5D" w14:textId="443BD86A" w:rsidR="007C5B20" w:rsidRPr="00360D38" w:rsidRDefault="007C5B20" w:rsidP="007C5B20">
      <w:pPr>
        <w:tabs>
          <w:tab w:val="left" w:pos="992"/>
        </w:tabs>
        <w:jc w:val="both"/>
        <w:rPr>
          <w:rFonts w:ascii="Times New Roman" w:hAnsi="Times New Roman" w:cs="Times New Roman"/>
          <w:i/>
          <w:iCs/>
          <w:sz w:val="24"/>
          <w:szCs w:val="24"/>
        </w:rPr>
      </w:pPr>
      <w:r w:rsidRPr="00360D38">
        <w:rPr>
          <w:rFonts w:ascii="Times New Roman" w:hAnsi="Times New Roman" w:cs="Times New Roman"/>
          <w:b/>
          <w:bCs/>
          <w:sz w:val="24"/>
          <w:szCs w:val="24"/>
        </w:rPr>
        <w:t>PHẦN III. Câu trắc nghiệm trả lời ngắn (2.0 điểm).</w:t>
      </w:r>
      <w:r w:rsidRPr="00360D38">
        <w:rPr>
          <w:rFonts w:ascii="Times New Roman" w:hAnsi="Times New Roman" w:cs="Times New Roman"/>
          <w:i/>
          <w:iCs/>
          <w:sz w:val="24"/>
          <w:szCs w:val="24"/>
        </w:rPr>
        <w:t xml:space="preserve"> Thí sinh trả lời từ câu 1 đến câu 4.</w:t>
      </w:r>
    </w:p>
    <w:p w14:paraId="479FE516"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Câu 1.</w:t>
      </w:r>
      <w:r w:rsidRPr="00360D38">
        <w:rPr>
          <w:rFonts w:ascii="Times New Roman" w:hAnsi="Times New Roman" w:cs="Times New Roman"/>
          <w:sz w:val="24"/>
          <w:szCs w:val="24"/>
        </w:rPr>
        <w:t xml:space="preserve"> Tính số cách xếp 4 quyển sách lên kệ hàng ngang.</w:t>
      </w:r>
    </w:p>
    <w:p w14:paraId="5C245209" w14:textId="77777777" w:rsidR="007C5B20" w:rsidRPr="00360D38" w:rsidRDefault="007C5B20" w:rsidP="007C5B20">
      <w:pPr>
        <w:spacing w:after="0" w:line="240" w:lineRule="auto"/>
        <w:ind w:left="25"/>
        <w:rPr>
          <w:rFonts w:ascii="Times New Roman" w:hAnsi="Times New Roman" w:cs="Times New Roman"/>
          <w:sz w:val="24"/>
          <w:szCs w:val="24"/>
        </w:rPr>
      </w:pPr>
    </w:p>
    <w:p w14:paraId="786C0353" w14:textId="77777777" w:rsidR="007C5B20" w:rsidRPr="00360D38" w:rsidRDefault="007C5B20" w:rsidP="007C5B20">
      <w:pPr>
        <w:tabs>
          <w:tab w:val="left" w:pos="992"/>
        </w:tabs>
        <w:spacing w:after="0" w:line="360" w:lineRule="auto"/>
        <w:contextualSpacing/>
        <w:rPr>
          <w:rFonts w:ascii="Times New Roman" w:hAnsi="Times New Roman" w:cs="Times New Roman"/>
          <w:sz w:val="24"/>
          <w:szCs w:val="24"/>
        </w:rPr>
      </w:pPr>
      <w:r w:rsidRPr="00360D38">
        <w:rPr>
          <w:rFonts w:ascii="Times New Roman" w:hAnsi="Times New Roman" w:cs="Times New Roman"/>
          <w:b/>
          <w:sz w:val="24"/>
          <w:szCs w:val="24"/>
        </w:rPr>
        <w:t>Câu 2.</w:t>
      </w:r>
      <w:r w:rsidRPr="00360D38">
        <w:rPr>
          <w:rFonts w:ascii="Times New Roman" w:hAnsi="Times New Roman" w:cs="Times New Roman"/>
          <w:sz w:val="24"/>
          <w:szCs w:val="24"/>
        </w:rPr>
        <w:t xml:space="preserve"> Sản lượng lúa (đơn vị: tạ) của 40 thửa ruộng thí nghiệm có cùng diện tích được trình bày trong bảng tần số sau đây:</w:t>
      </w:r>
    </w:p>
    <w:tbl>
      <w:tblPr>
        <w:tblStyle w:val="TableGrid2"/>
        <w:tblW w:w="0" w:type="auto"/>
        <w:tblLook w:val="00A0" w:firstRow="1" w:lastRow="0" w:firstColumn="1" w:lastColumn="0" w:noHBand="0" w:noVBand="0"/>
      </w:tblPr>
      <w:tblGrid>
        <w:gridCol w:w="1558"/>
        <w:gridCol w:w="1558"/>
        <w:gridCol w:w="1558"/>
        <w:gridCol w:w="1558"/>
        <w:gridCol w:w="1559"/>
        <w:gridCol w:w="1559"/>
      </w:tblGrid>
      <w:tr w:rsidR="007C5B20" w:rsidRPr="00360D38" w14:paraId="3662E83A" w14:textId="77777777" w:rsidTr="0010504E">
        <w:tc>
          <w:tcPr>
            <w:tcW w:w="1558" w:type="dxa"/>
          </w:tcPr>
          <w:p w14:paraId="62C8821C"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Sản lượng </w:t>
            </w:r>
          </w:p>
        </w:tc>
        <w:tc>
          <w:tcPr>
            <w:tcW w:w="1558" w:type="dxa"/>
          </w:tcPr>
          <w:p w14:paraId="413448DC"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20 </w:t>
            </w:r>
          </w:p>
        </w:tc>
        <w:tc>
          <w:tcPr>
            <w:tcW w:w="1558" w:type="dxa"/>
          </w:tcPr>
          <w:p w14:paraId="0DDBEDDA"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21 </w:t>
            </w:r>
          </w:p>
        </w:tc>
        <w:tc>
          <w:tcPr>
            <w:tcW w:w="1558" w:type="dxa"/>
          </w:tcPr>
          <w:p w14:paraId="49407413"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22 </w:t>
            </w:r>
          </w:p>
        </w:tc>
        <w:tc>
          <w:tcPr>
            <w:tcW w:w="1559" w:type="dxa"/>
          </w:tcPr>
          <w:p w14:paraId="48B1D95D"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23 </w:t>
            </w:r>
          </w:p>
        </w:tc>
        <w:tc>
          <w:tcPr>
            <w:tcW w:w="1559" w:type="dxa"/>
          </w:tcPr>
          <w:p w14:paraId="69ECA42B"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24 </w:t>
            </w:r>
          </w:p>
        </w:tc>
      </w:tr>
      <w:tr w:rsidR="007C5B20" w:rsidRPr="00360D38" w14:paraId="4578444B" w14:textId="77777777" w:rsidTr="0010504E">
        <w:tc>
          <w:tcPr>
            <w:tcW w:w="1558" w:type="dxa"/>
          </w:tcPr>
          <w:p w14:paraId="0B73D469"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Tần số </w:t>
            </w:r>
          </w:p>
        </w:tc>
        <w:tc>
          <w:tcPr>
            <w:tcW w:w="1558" w:type="dxa"/>
          </w:tcPr>
          <w:p w14:paraId="75A883BA"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5 </w:t>
            </w:r>
          </w:p>
        </w:tc>
        <w:tc>
          <w:tcPr>
            <w:tcW w:w="1558" w:type="dxa"/>
          </w:tcPr>
          <w:p w14:paraId="5CD270A1"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8 </w:t>
            </w:r>
          </w:p>
        </w:tc>
        <w:tc>
          <w:tcPr>
            <w:tcW w:w="1558" w:type="dxa"/>
          </w:tcPr>
          <w:p w14:paraId="1037A649"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11 </w:t>
            </w:r>
          </w:p>
        </w:tc>
        <w:tc>
          <w:tcPr>
            <w:tcW w:w="1559" w:type="dxa"/>
          </w:tcPr>
          <w:p w14:paraId="41F2F12C"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10 </w:t>
            </w:r>
          </w:p>
        </w:tc>
        <w:tc>
          <w:tcPr>
            <w:tcW w:w="1559" w:type="dxa"/>
          </w:tcPr>
          <w:p w14:paraId="201AF6BC" w14:textId="77777777" w:rsidR="007C5B20" w:rsidRPr="00360D38" w:rsidRDefault="007C5B20" w:rsidP="0010504E">
            <w:pPr>
              <w:spacing w:line="360" w:lineRule="auto"/>
              <w:rPr>
                <w:rFonts w:ascii="Times New Roman" w:hAnsi="Times New Roman" w:cs="Times New Roman"/>
                <w:sz w:val="24"/>
                <w:szCs w:val="24"/>
              </w:rPr>
            </w:pPr>
            <w:r w:rsidRPr="00360D38">
              <w:rPr>
                <w:rFonts w:ascii="Times New Roman" w:hAnsi="Times New Roman" w:cs="Times New Roman"/>
                <w:sz w:val="24"/>
                <w:szCs w:val="24"/>
              </w:rPr>
              <w:t xml:space="preserve"> 6 </w:t>
            </w:r>
          </w:p>
        </w:tc>
      </w:tr>
    </w:tbl>
    <w:p w14:paraId="31E0BB5A" w14:textId="77777777" w:rsidR="007C5B20" w:rsidRPr="00360D38" w:rsidRDefault="007C5B20" w:rsidP="007C5B20">
      <w:pPr>
        <w:spacing w:after="160" w:line="360" w:lineRule="auto"/>
        <w:rPr>
          <w:rFonts w:ascii="Times New Roman" w:hAnsi="Times New Roman" w:cs="Times New Roman"/>
          <w:sz w:val="24"/>
          <w:szCs w:val="24"/>
        </w:rPr>
      </w:pPr>
      <w:r w:rsidRPr="00360D38">
        <w:rPr>
          <w:rFonts w:ascii="Times New Roman" w:hAnsi="Times New Roman" w:cs="Times New Roman"/>
          <w:sz w:val="24"/>
          <w:szCs w:val="24"/>
        </w:rPr>
        <w:t>Tìm độ lệch chuẩn của mẫu số liệu đã cho.</w:t>
      </w:r>
    </w:p>
    <w:p w14:paraId="158037D3"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Câu 3.</w:t>
      </w:r>
      <w:r w:rsidRPr="00360D38">
        <w:rPr>
          <w:rFonts w:ascii="Times New Roman" w:hAnsi="Times New Roman" w:cs="Times New Roman"/>
          <w:sz w:val="24"/>
          <w:szCs w:val="24"/>
        </w:rPr>
        <w:t xml:space="preserve"> Một hợp có 6 tấm bìa cùng loại, mỗi tấm bìa được ghi một trong các số 1, 2, 3, 4, 5, 6; hai tấm bìa khác nhau thì ghi hai số khác nhau. Rút ngẫu hiên đồng thời 3 tấm bìa từ trong hộp. Tính xác suất biến cố    “Số trên 3 tấm bìa lập thành một số tự nhiên có 3 chữ số thỏa chữ số đứng sau phải lớn hơn chữ số đứng ngay trước nó”</w:t>
      </w:r>
    </w:p>
    <w:p w14:paraId="72EA621B" w14:textId="77777777" w:rsidR="007C5B20" w:rsidRPr="00360D38" w:rsidRDefault="007C5B20" w:rsidP="007C5B20">
      <w:pPr>
        <w:spacing w:after="0" w:line="240" w:lineRule="auto"/>
        <w:ind w:left="25"/>
        <w:rPr>
          <w:rFonts w:ascii="Times New Roman" w:hAnsi="Times New Roman" w:cs="Times New Roman"/>
          <w:b/>
          <w:sz w:val="24"/>
          <w:szCs w:val="24"/>
        </w:rPr>
      </w:pPr>
    </w:p>
    <w:p w14:paraId="24C29873" w14:textId="77777777" w:rsidR="007C5B20" w:rsidRPr="00360D38" w:rsidRDefault="007C5B20" w:rsidP="007C5B20">
      <w:pPr>
        <w:spacing w:after="0" w:line="240" w:lineRule="auto"/>
        <w:ind w:left="25"/>
        <w:rPr>
          <w:rFonts w:ascii="Times New Roman" w:hAnsi="Times New Roman" w:cs="Times New Roman"/>
          <w:sz w:val="24"/>
          <w:szCs w:val="24"/>
        </w:rPr>
      </w:pPr>
      <w:r w:rsidRPr="00360D38">
        <w:rPr>
          <w:rFonts w:ascii="Times New Roman" w:hAnsi="Times New Roman" w:cs="Times New Roman"/>
          <w:b/>
          <w:sz w:val="24"/>
          <w:szCs w:val="24"/>
        </w:rPr>
        <w:t>Câu 4.</w:t>
      </w:r>
      <w:r w:rsidRPr="00360D38">
        <w:rPr>
          <w:rFonts w:ascii="Times New Roman" w:hAnsi="Times New Roman" w:cs="Times New Roman"/>
          <w:sz w:val="24"/>
          <w:szCs w:val="24"/>
        </w:rPr>
        <w:t xml:space="preserve"> Một mảnh vưởn hình chữ nhật ABCD với đỉnh A(0;-3), B(7;-10), hai đỉnh C, D nằm trên đường thẳng  </w:t>
      </w:r>
      <w:r w:rsidRPr="00360D38">
        <w:rPr>
          <w:rFonts w:ascii="Times New Roman" w:eastAsia="Times New Roman" w:hAnsi="Times New Roman" w:cs="Times New Roman"/>
          <w:position w:val="-10"/>
          <w:sz w:val="24"/>
          <w:szCs w:val="24"/>
        </w:rPr>
        <w:object w:dxaOrig="1219" w:dyaOrig="320" w14:anchorId="7FE7FC04">
          <v:shape id="_x0000_i1169" type="#_x0000_t75" style="width:61.05pt;height:15.95pt" o:ole="">
            <v:imagedata r:id="rId290" o:title=""/>
          </v:shape>
          <o:OLEObject Type="Embed" ProgID="Equation.DSMT4" ShapeID="_x0000_i1169" DrawAspect="Content" ObjectID="_1806929916" r:id="rId291"/>
        </w:object>
      </w:r>
      <w:r w:rsidRPr="00360D38">
        <w:rPr>
          <w:rFonts w:ascii="Times New Roman" w:hAnsi="Times New Roman" w:cs="Times New Roman"/>
          <w:sz w:val="24"/>
          <w:szCs w:val="24"/>
        </w:rPr>
        <w:t>. Hỏi chi phí để trồng hoa trong một bồn hoa hình tròn có tâm là tâm của hình chữ nhật và tiếp xúc với hai cạnh của hình chữ nhật là bao nhiêu (hình vẽ). Biết rằng 1m</w:t>
      </w:r>
      <w:r w:rsidRPr="00360D38">
        <w:rPr>
          <w:rFonts w:ascii="Times New Roman" w:hAnsi="Times New Roman" w:cs="Times New Roman"/>
          <w:sz w:val="24"/>
          <w:szCs w:val="24"/>
          <w:vertAlign w:val="superscript"/>
        </w:rPr>
        <w:t>2</w:t>
      </w:r>
      <w:r w:rsidRPr="00360D38">
        <w:rPr>
          <w:rFonts w:ascii="Times New Roman" w:hAnsi="Times New Roman" w:cs="Times New Roman"/>
          <w:sz w:val="24"/>
          <w:szCs w:val="24"/>
        </w:rPr>
        <w:t xml:space="preserve"> trồng hoa tốn 500 000 đồng</w:t>
      </w:r>
      <w:r w:rsidRPr="00360D38">
        <w:rPr>
          <w:rFonts w:ascii="Times New Roman" w:hAnsi="Times New Roman" w:cs="Times New Roman"/>
          <w:sz w:val="24"/>
          <w:szCs w:val="24"/>
          <w:vertAlign w:val="superscript"/>
        </w:rPr>
        <w:t xml:space="preserve"> </w:t>
      </w:r>
      <w:r w:rsidRPr="00360D38">
        <w:rPr>
          <w:rFonts w:ascii="Times New Roman" w:hAnsi="Times New Roman" w:cs="Times New Roman"/>
          <w:sz w:val="24"/>
          <w:szCs w:val="24"/>
        </w:rPr>
        <w:t>(Độ dài các cạnh của hình chữ nhật được tính theo đơn vị m)</w:t>
      </w:r>
    </w:p>
    <w:p w14:paraId="585F4A52" w14:textId="77777777" w:rsidR="007C5B20" w:rsidRPr="00360D38" w:rsidRDefault="007C5B20" w:rsidP="007C5B20">
      <w:pPr>
        <w:spacing w:after="0" w:line="240" w:lineRule="auto"/>
        <w:rPr>
          <w:rFonts w:ascii="Times New Roman" w:hAnsi="Times New Roman" w:cs="Times New Roman"/>
          <w:sz w:val="24"/>
          <w:szCs w:val="24"/>
        </w:rPr>
      </w:pPr>
      <w:r w:rsidRPr="00360D38">
        <w:rPr>
          <w:rFonts w:ascii="Times New Roman" w:hAnsi="Times New Roman" w:cs="Times New Roman"/>
          <w:noProof/>
          <w:sz w:val="24"/>
          <w:szCs w:val="24"/>
        </w:rPr>
        <w:drawing>
          <wp:inline distT="0" distB="0" distL="0" distR="0" wp14:anchorId="7AC7E1DD" wp14:editId="6130C7DB">
            <wp:extent cx="2292350" cy="1036170"/>
            <wp:effectExtent l="0" t="0" r="0" b="0"/>
            <wp:docPr id="24448804" name="Picture 1" descr="A black circle with a point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8804" name="Picture 1" descr="A black circle with a point in the center&#10;&#10;AI-generated content may be incorrect."/>
                    <pic:cNvPicPr/>
                  </pic:nvPicPr>
                  <pic:blipFill>
                    <a:blip r:embed="rId292"/>
                    <a:stretch>
                      <a:fillRect/>
                    </a:stretch>
                  </pic:blipFill>
                  <pic:spPr>
                    <a:xfrm>
                      <a:off x="0" y="0"/>
                      <a:ext cx="2303941" cy="1041409"/>
                    </a:xfrm>
                    <a:prstGeom prst="rect">
                      <a:avLst/>
                    </a:prstGeom>
                  </pic:spPr>
                </pic:pic>
              </a:graphicData>
            </a:graphic>
          </wp:inline>
        </w:drawing>
      </w:r>
    </w:p>
    <w:p w14:paraId="5AB2FDC2" w14:textId="1638139A" w:rsidR="007C5B20" w:rsidRPr="00360D38" w:rsidRDefault="007C5B20" w:rsidP="007C5B20">
      <w:pPr>
        <w:spacing w:after="0" w:line="240" w:lineRule="auto"/>
        <w:rPr>
          <w:rFonts w:ascii="Times New Roman" w:hAnsi="Times New Roman" w:cs="Times New Roman"/>
          <w:sz w:val="24"/>
          <w:szCs w:val="24"/>
        </w:rPr>
      </w:pPr>
      <w:bookmarkStart w:id="10" w:name="SoF"/>
      <w:bookmarkEnd w:id="10"/>
    </w:p>
    <w:p w14:paraId="1FBDF0BE" w14:textId="77777777" w:rsidR="007C5B20" w:rsidRPr="00360D38" w:rsidRDefault="007C5B20" w:rsidP="007C5B20">
      <w:pPr>
        <w:spacing w:after="0" w:line="240" w:lineRule="auto"/>
        <w:ind w:left="25"/>
        <w:rPr>
          <w:rFonts w:ascii="Times New Roman" w:hAnsi="Times New Roman" w:cs="Times New Roman"/>
          <w:sz w:val="24"/>
          <w:szCs w:val="24"/>
        </w:rPr>
      </w:pPr>
    </w:p>
    <w:p w14:paraId="54C966C3" w14:textId="77777777" w:rsidR="007C5B20" w:rsidRPr="00360D38" w:rsidRDefault="007C5B20" w:rsidP="007C5B20">
      <w:pPr>
        <w:spacing w:after="0" w:line="240" w:lineRule="auto"/>
        <w:ind w:left="25"/>
        <w:rPr>
          <w:rFonts w:ascii="Times New Roman" w:hAnsi="Times New Roman" w:cs="Times New Roman"/>
          <w:b/>
          <w:sz w:val="24"/>
          <w:szCs w:val="24"/>
        </w:rPr>
      </w:pPr>
      <w:r w:rsidRPr="00360D38">
        <w:rPr>
          <w:rFonts w:ascii="Times New Roman" w:hAnsi="Times New Roman" w:cs="Times New Roman"/>
          <w:b/>
          <w:sz w:val="24"/>
          <w:szCs w:val="24"/>
        </w:rPr>
        <w:t xml:space="preserve">PHẦN IV. Tự luận (3.0 điểm) </w:t>
      </w:r>
    </w:p>
    <w:p w14:paraId="4D783A74" w14:textId="77777777" w:rsidR="007C5B20" w:rsidRPr="00360D38" w:rsidRDefault="007C5B20" w:rsidP="007C5B20">
      <w:pPr>
        <w:spacing w:after="0" w:line="240" w:lineRule="auto"/>
        <w:rPr>
          <w:rFonts w:ascii="Times New Roman" w:hAnsi="Times New Roman" w:cs="Times New Roman"/>
          <w:bCs/>
          <w:sz w:val="24"/>
          <w:szCs w:val="24"/>
        </w:rPr>
      </w:pPr>
    </w:p>
    <w:p w14:paraId="18675866" w14:textId="77777777" w:rsidR="007C5B20" w:rsidRPr="00360D38" w:rsidRDefault="007C5B20" w:rsidP="007C5B20">
      <w:pPr>
        <w:spacing w:after="0" w:line="240" w:lineRule="auto"/>
        <w:ind w:left="25"/>
        <w:rPr>
          <w:rFonts w:ascii="Times New Roman" w:hAnsi="Times New Roman" w:cs="Times New Roman"/>
          <w:bCs/>
          <w:sz w:val="24"/>
          <w:szCs w:val="24"/>
        </w:rPr>
      </w:pPr>
      <w:r w:rsidRPr="00360D38">
        <w:rPr>
          <w:rFonts w:ascii="Times New Roman" w:hAnsi="Times New Roman" w:cs="Times New Roman"/>
          <w:b/>
          <w:sz w:val="24"/>
          <w:szCs w:val="24"/>
        </w:rPr>
        <w:t>Câu 1</w:t>
      </w:r>
      <w:r w:rsidRPr="00360D38">
        <w:rPr>
          <w:rFonts w:ascii="Times New Roman" w:hAnsi="Times New Roman" w:cs="Times New Roman"/>
          <w:bCs/>
          <w:sz w:val="24"/>
          <w:szCs w:val="24"/>
        </w:rPr>
        <w:t xml:space="preserve">. (1.0 điểm) Cho </w:t>
      </w:r>
      <w:r w:rsidRPr="00360D38">
        <w:rPr>
          <w:rFonts w:ascii="Times New Roman" w:eastAsia="Times New Roman" w:hAnsi="Times New Roman" w:cs="Times New Roman"/>
          <w:bCs/>
          <w:position w:val="-14"/>
          <w:sz w:val="24"/>
          <w:szCs w:val="24"/>
        </w:rPr>
        <w:object w:dxaOrig="1740" w:dyaOrig="400" w14:anchorId="01BC1DDE">
          <v:shape id="_x0000_i1170" type="#_x0000_t75" style="width:87.05pt;height:20.05pt" o:ole="">
            <v:imagedata r:id="rId293" o:title=""/>
          </v:shape>
          <o:OLEObject Type="Embed" ProgID="Equation.DSMT4" ShapeID="_x0000_i1170" DrawAspect="Content" ObjectID="_1806929917" r:id="rId294"/>
        </w:object>
      </w:r>
      <w:r w:rsidRPr="00360D38">
        <w:rPr>
          <w:rFonts w:ascii="Times New Roman" w:eastAsia="Times New Roman" w:hAnsi="Times New Roman" w:cs="Times New Roman"/>
          <w:bCs/>
          <w:sz w:val="24"/>
          <w:szCs w:val="24"/>
        </w:rPr>
        <w:t>. Từ các số của tập A có thể lập được bao nhiêu số tự nhiên thỏa</w:t>
      </w:r>
    </w:p>
    <w:p w14:paraId="4FB6F5E1" w14:textId="77777777" w:rsidR="007C5B20" w:rsidRPr="00360D38" w:rsidRDefault="007C5B20" w:rsidP="007C5B20">
      <w:pPr>
        <w:spacing w:after="0" w:line="240" w:lineRule="auto"/>
        <w:ind w:firstLine="25"/>
        <w:rPr>
          <w:rFonts w:ascii="Times New Roman" w:hAnsi="Times New Roman" w:cs="Times New Roman"/>
          <w:bCs/>
          <w:sz w:val="24"/>
          <w:szCs w:val="24"/>
        </w:rPr>
      </w:pPr>
      <w:r w:rsidRPr="00360D38">
        <w:rPr>
          <w:rFonts w:ascii="Times New Roman" w:hAnsi="Times New Roman" w:cs="Times New Roman"/>
          <w:bCs/>
          <w:sz w:val="24"/>
          <w:szCs w:val="24"/>
        </w:rPr>
        <w:t>a) Có 3 chữ số bất kì?</w:t>
      </w:r>
    </w:p>
    <w:p w14:paraId="390394C0" w14:textId="77777777" w:rsidR="007C5B20" w:rsidRPr="00360D38" w:rsidRDefault="007C5B20" w:rsidP="007C5B20">
      <w:pPr>
        <w:spacing w:after="0" w:line="240" w:lineRule="auto"/>
        <w:ind w:firstLine="25"/>
        <w:rPr>
          <w:rFonts w:ascii="Times New Roman" w:hAnsi="Times New Roman" w:cs="Times New Roman"/>
          <w:bCs/>
          <w:sz w:val="24"/>
          <w:szCs w:val="24"/>
        </w:rPr>
      </w:pPr>
      <w:r w:rsidRPr="00360D38">
        <w:rPr>
          <w:rFonts w:ascii="Times New Roman" w:hAnsi="Times New Roman" w:cs="Times New Roman"/>
          <w:bCs/>
          <w:sz w:val="24"/>
          <w:szCs w:val="24"/>
        </w:rPr>
        <w:t>b) Có 4 chữ số và chữ số sau luôn nhỏ hơn chữ số đứng ngay trước nó, đồng thời luôn xuất hiện số 2</w:t>
      </w:r>
    </w:p>
    <w:p w14:paraId="596E65B0" w14:textId="77777777" w:rsidR="007C5B20" w:rsidRPr="00360D38" w:rsidRDefault="007C5B20" w:rsidP="007C5B20">
      <w:pPr>
        <w:spacing w:after="0" w:line="240" w:lineRule="auto"/>
        <w:ind w:left="25"/>
        <w:rPr>
          <w:rFonts w:ascii="Times New Roman" w:hAnsi="Times New Roman" w:cs="Times New Roman"/>
          <w:bCs/>
          <w:sz w:val="24"/>
          <w:szCs w:val="24"/>
        </w:rPr>
      </w:pPr>
      <w:r w:rsidRPr="00360D38">
        <w:rPr>
          <w:rFonts w:ascii="Times New Roman" w:hAnsi="Times New Roman" w:cs="Times New Roman"/>
          <w:b/>
          <w:sz w:val="24"/>
          <w:szCs w:val="24"/>
        </w:rPr>
        <w:t>Câu 2.</w:t>
      </w:r>
      <w:r w:rsidRPr="00360D38">
        <w:rPr>
          <w:rFonts w:ascii="Times New Roman" w:hAnsi="Times New Roman" w:cs="Times New Roman"/>
          <w:bCs/>
          <w:sz w:val="24"/>
          <w:szCs w:val="24"/>
        </w:rPr>
        <w:t xml:space="preserve"> (1.0 điểm) Có 6 viên bi vàng và 4 viên bi xanh trong một chiếc hộp. Lấy ngẫu nhiên 4 viên bi từ hộp.</w:t>
      </w:r>
    </w:p>
    <w:p w14:paraId="7B3FE5E7" w14:textId="77777777" w:rsidR="007C5B20" w:rsidRPr="00360D38" w:rsidRDefault="007C5B20" w:rsidP="007C5B20">
      <w:pPr>
        <w:spacing w:after="0" w:line="240" w:lineRule="auto"/>
        <w:ind w:firstLine="25"/>
        <w:rPr>
          <w:rFonts w:ascii="Times New Roman" w:hAnsi="Times New Roman" w:cs="Times New Roman"/>
          <w:bCs/>
          <w:sz w:val="24"/>
          <w:szCs w:val="24"/>
        </w:rPr>
      </w:pPr>
      <w:r w:rsidRPr="00360D38">
        <w:rPr>
          <w:rFonts w:ascii="Times New Roman" w:hAnsi="Times New Roman" w:cs="Times New Roman"/>
          <w:bCs/>
          <w:sz w:val="24"/>
          <w:szCs w:val="24"/>
        </w:rPr>
        <w:t>a) Tính số phần tử của không gian mẫu.</w:t>
      </w:r>
    </w:p>
    <w:p w14:paraId="5D63CE5F" w14:textId="77777777" w:rsidR="007C5B20" w:rsidRPr="00360D38" w:rsidRDefault="007C5B20" w:rsidP="007C5B20">
      <w:pPr>
        <w:spacing w:after="0" w:line="240" w:lineRule="auto"/>
        <w:ind w:firstLine="25"/>
        <w:rPr>
          <w:rFonts w:ascii="Times New Roman" w:hAnsi="Times New Roman" w:cs="Times New Roman"/>
          <w:bCs/>
          <w:sz w:val="24"/>
          <w:szCs w:val="24"/>
        </w:rPr>
      </w:pPr>
      <w:r w:rsidRPr="00360D38">
        <w:rPr>
          <w:rFonts w:ascii="Times New Roman" w:hAnsi="Times New Roman" w:cs="Times New Roman"/>
          <w:bCs/>
          <w:sz w:val="24"/>
          <w:szCs w:val="24"/>
        </w:rPr>
        <w:t>b) Tính xác suất của biến cố  A: “Số viên bi xanh không ít hơn số viên bi vàng”</w:t>
      </w:r>
    </w:p>
    <w:p w14:paraId="58F0EB4D" w14:textId="77777777" w:rsidR="007C5B20" w:rsidRPr="00360D38" w:rsidRDefault="007C5B20" w:rsidP="007C5B20">
      <w:pPr>
        <w:spacing w:after="0" w:line="240" w:lineRule="auto"/>
        <w:ind w:left="25"/>
        <w:rPr>
          <w:rFonts w:ascii="Times New Roman" w:hAnsi="Times New Roman" w:cs="Times New Roman"/>
          <w:bCs/>
          <w:sz w:val="24"/>
          <w:szCs w:val="24"/>
        </w:rPr>
      </w:pPr>
      <w:r w:rsidRPr="00360D38">
        <w:rPr>
          <w:rFonts w:ascii="Times New Roman" w:hAnsi="Times New Roman" w:cs="Times New Roman"/>
          <w:b/>
          <w:sz w:val="24"/>
          <w:szCs w:val="24"/>
        </w:rPr>
        <w:t>Câu 3</w:t>
      </w:r>
      <w:r w:rsidRPr="00360D38">
        <w:rPr>
          <w:rFonts w:ascii="Times New Roman" w:hAnsi="Times New Roman" w:cs="Times New Roman"/>
          <w:bCs/>
          <w:sz w:val="24"/>
          <w:szCs w:val="24"/>
        </w:rPr>
        <w:t xml:space="preserve">. (1.0 điểm) Cho đường tròn </w:t>
      </w:r>
      <w:r w:rsidRPr="00360D38">
        <w:rPr>
          <w:rFonts w:ascii="Times New Roman" w:eastAsia="Times New Roman" w:hAnsi="Times New Roman" w:cs="Times New Roman"/>
          <w:bCs/>
          <w:position w:val="-10"/>
          <w:sz w:val="24"/>
          <w:szCs w:val="24"/>
        </w:rPr>
        <w:object w:dxaOrig="2840" w:dyaOrig="360" w14:anchorId="28D27D3B">
          <v:shape id="_x0000_i1171" type="#_x0000_t75" style="width:142.2pt;height:18.25pt" o:ole="">
            <v:imagedata r:id="rId295" o:title=""/>
          </v:shape>
          <o:OLEObject Type="Embed" ProgID="Equation.DSMT4" ShapeID="_x0000_i1171" DrawAspect="Content" ObjectID="_1806929918" r:id="rId296"/>
        </w:object>
      </w:r>
    </w:p>
    <w:p w14:paraId="2D7FCC2E" w14:textId="77777777" w:rsidR="007C5B20" w:rsidRPr="00360D38" w:rsidRDefault="007C5B20" w:rsidP="007C5B20">
      <w:pPr>
        <w:spacing w:after="0" w:line="240" w:lineRule="auto"/>
        <w:ind w:firstLine="25"/>
        <w:rPr>
          <w:rFonts w:ascii="Times New Roman" w:hAnsi="Times New Roman" w:cs="Times New Roman"/>
          <w:bCs/>
          <w:sz w:val="24"/>
          <w:szCs w:val="24"/>
        </w:rPr>
      </w:pPr>
      <w:r w:rsidRPr="00360D38">
        <w:rPr>
          <w:rFonts w:ascii="Times New Roman" w:hAnsi="Times New Roman" w:cs="Times New Roman"/>
          <w:bCs/>
          <w:sz w:val="24"/>
          <w:szCs w:val="24"/>
        </w:rPr>
        <w:t>a) Xác định tâm và bán kính của đường tròn.</w:t>
      </w:r>
    </w:p>
    <w:p w14:paraId="1AC8C712" w14:textId="77777777" w:rsidR="007C5B20" w:rsidRPr="00360D38" w:rsidRDefault="007C5B20" w:rsidP="007C5B20">
      <w:pPr>
        <w:spacing w:after="0" w:line="240" w:lineRule="auto"/>
        <w:ind w:firstLine="25"/>
        <w:rPr>
          <w:rFonts w:ascii="Times New Roman" w:hAnsi="Times New Roman" w:cs="Times New Roman"/>
          <w:bCs/>
          <w:sz w:val="24"/>
          <w:szCs w:val="24"/>
        </w:rPr>
      </w:pPr>
      <w:r w:rsidRPr="00360D38">
        <w:rPr>
          <w:rFonts w:ascii="Times New Roman" w:hAnsi="Times New Roman" w:cs="Times New Roman"/>
          <w:bCs/>
          <w:sz w:val="24"/>
          <w:szCs w:val="24"/>
        </w:rPr>
        <w:t>b) Viết phương trình tiếp tuyến với đường tròn (C ) tại A(2; 6)</w:t>
      </w:r>
    </w:p>
    <w:p w14:paraId="2389C685" w14:textId="77777777" w:rsidR="007C5B20" w:rsidRPr="00360D38" w:rsidRDefault="007C5B20" w:rsidP="007C5B20">
      <w:pPr>
        <w:spacing w:after="0" w:line="240" w:lineRule="auto"/>
        <w:ind w:left="25"/>
        <w:rPr>
          <w:rFonts w:ascii="Times New Roman" w:hAnsi="Times New Roman" w:cs="Times New Roman"/>
          <w:bCs/>
          <w:sz w:val="24"/>
          <w:szCs w:val="24"/>
        </w:rPr>
      </w:pPr>
    </w:p>
    <w:p w14:paraId="7791B301" w14:textId="77777777" w:rsidR="007C5B20" w:rsidRPr="00360D38" w:rsidRDefault="007C5B20" w:rsidP="007C5B20">
      <w:pPr>
        <w:spacing w:after="0" w:line="240" w:lineRule="auto"/>
        <w:ind w:left="25"/>
        <w:jc w:val="center"/>
        <w:rPr>
          <w:rFonts w:ascii="Times New Roman" w:hAnsi="Times New Roman" w:cs="Times New Roman"/>
          <w:b/>
          <w:bCs/>
          <w:sz w:val="24"/>
          <w:szCs w:val="24"/>
        </w:rPr>
      </w:pPr>
      <w:r w:rsidRPr="00360D38">
        <w:rPr>
          <w:rFonts w:ascii="Times New Roman" w:hAnsi="Times New Roman" w:cs="Times New Roman"/>
          <w:bCs/>
          <w:sz w:val="24"/>
          <w:szCs w:val="24"/>
        </w:rPr>
        <w:t>-----</w:t>
      </w:r>
      <w:r w:rsidRPr="00360D38">
        <w:rPr>
          <w:rFonts w:ascii="Times New Roman" w:hAnsi="Times New Roman" w:cs="Times New Roman"/>
          <w:b/>
          <w:bCs/>
          <w:sz w:val="24"/>
          <w:szCs w:val="24"/>
        </w:rPr>
        <w:t>HẾT-----</w:t>
      </w:r>
    </w:p>
    <w:p w14:paraId="350EEB71" w14:textId="77777777" w:rsidR="007C5B20" w:rsidRDefault="007C5B20" w:rsidP="007C5B20">
      <w:pPr>
        <w:pStyle w:val="BodyText"/>
        <w:rPr>
          <w:rFonts w:ascii="Times New Roman" w:hAnsi="Times New Roman" w:cs="Times New Roman"/>
          <w:b/>
          <w:bCs/>
          <w:sz w:val="26"/>
          <w:szCs w:val="26"/>
          <w:u w:val="single"/>
        </w:rPr>
      </w:pPr>
    </w:p>
    <w:p w14:paraId="71709F6C" w14:textId="77777777" w:rsidR="00360D38" w:rsidRDefault="00360D38" w:rsidP="007C5B20">
      <w:pPr>
        <w:pStyle w:val="BodyText"/>
        <w:rPr>
          <w:rFonts w:ascii="Times New Roman" w:hAnsi="Times New Roman" w:cs="Times New Roman"/>
          <w:b/>
          <w:bCs/>
          <w:sz w:val="26"/>
          <w:szCs w:val="26"/>
          <w:u w:val="single"/>
        </w:rPr>
      </w:pPr>
    </w:p>
    <w:p w14:paraId="1E8206E4" w14:textId="77777777" w:rsidR="00360D38" w:rsidRDefault="00360D38" w:rsidP="007C5B20">
      <w:pPr>
        <w:pStyle w:val="BodyText"/>
        <w:rPr>
          <w:rFonts w:ascii="Times New Roman" w:hAnsi="Times New Roman" w:cs="Times New Roman"/>
          <w:b/>
          <w:bCs/>
          <w:sz w:val="26"/>
          <w:szCs w:val="26"/>
          <w:u w:val="single"/>
        </w:rPr>
      </w:pPr>
    </w:p>
    <w:p w14:paraId="6071D1A6" w14:textId="77777777" w:rsidR="00360D38" w:rsidRPr="00360D38" w:rsidRDefault="00360D38" w:rsidP="007C5B20">
      <w:pPr>
        <w:pStyle w:val="BodyText"/>
        <w:rPr>
          <w:rFonts w:ascii="Times New Roman" w:hAnsi="Times New Roman" w:cs="Times New Roman"/>
          <w:b/>
          <w:bCs/>
          <w:sz w:val="26"/>
          <w:szCs w:val="26"/>
          <w:u w:val="single"/>
        </w:rPr>
      </w:pPr>
    </w:p>
    <w:p w14:paraId="186B13F7" w14:textId="276F269D" w:rsidR="007C5B20" w:rsidRDefault="007C5B20" w:rsidP="00360D38">
      <w:pPr>
        <w:pStyle w:val="BodyText"/>
        <w:jc w:val="center"/>
        <w:rPr>
          <w:rFonts w:ascii="Times New Roman" w:hAnsi="Times New Roman" w:cs="Times New Roman"/>
          <w:b/>
          <w:bCs/>
          <w:sz w:val="26"/>
          <w:szCs w:val="26"/>
          <w:u w:val="single"/>
        </w:rPr>
      </w:pPr>
      <w:r w:rsidRPr="00360D38">
        <w:rPr>
          <w:rFonts w:ascii="Times New Roman" w:hAnsi="Times New Roman" w:cs="Times New Roman"/>
          <w:b/>
          <w:bCs/>
          <w:sz w:val="26"/>
          <w:szCs w:val="26"/>
          <w:u w:val="single"/>
        </w:rPr>
        <w:lastRenderedPageBreak/>
        <w:t>ĐỀ THAM KHẢO</w:t>
      </w:r>
      <w:r w:rsidRPr="00360D38">
        <w:rPr>
          <w:rFonts w:ascii="Times New Roman" w:hAnsi="Times New Roman" w:cs="Times New Roman"/>
          <w:b/>
          <w:bCs/>
          <w:sz w:val="26"/>
          <w:szCs w:val="26"/>
          <w:u w:val="single"/>
          <w:lang w:val="vi-VN"/>
        </w:rPr>
        <w:t xml:space="preserve"> </w:t>
      </w:r>
      <w:r w:rsidRPr="00360D38">
        <w:rPr>
          <w:rFonts w:ascii="Times New Roman" w:hAnsi="Times New Roman" w:cs="Times New Roman"/>
          <w:b/>
          <w:bCs/>
          <w:sz w:val="26"/>
          <w:szCs w:val="26"/>
          <w:u w:val="single"/>
        </w:rPr>
        <w:t>SỐ 3</w:t>
      </w:r>
    </w:p>
    <w:p w14:paraId="41E1BE8B" w14:textId="77777777" w:rsidR="00360D38" w:rsidRPr="00360D38" w:rsidRDefault="00360D38" w:rsidP="00360D38">
      <w:pPr>
        <w:pStyle w:val="BodyText"/>
        <w:jc w:val="center"/>
        <w:rPr>
          <w:rFonts w:ascii="Times New Roman" w:hAnsi="Times New Roman" w:cs="Times New Roman"/>
          <w:b/>
          <w:bCs/>
          <w:sz w:val="26"/>
          <w:szCs w:val="26"/>
          <w:u w:val="single"/>
        </w:rPr>
      </w:pPr>
    </w:p>
    <w:p w14:paraId="5EE9A0E7" w14:textId="77777777" w:rsidR="007C5B20" w:rsidRPr="00360D38" w:rsidRDefault="007C5B20" w:rsidP="007C5B20">
      <w:pPr>
        <w:rPr>
          <w:rFonts w:ascii="Times New Roman" w:hAnsi="Times New Roman" w:cs="Times New Roman"/>
          <w:i/>
          <w:iCs/>
          <w:sz w:val="26"/>
          <w:szCs w:val="26"/>
        </w:rPr>
      </w:pPr>
      <w:r w:rsidRPr="00360D38">
        <w:rPr>
          <w:rFonts w:ascii="Times New Roman" w:hAnsi="Times New Roman" w:cs="Times New Roman"/>
          <w:b/>
          <w:bCs/>
          <w:sz w:val="26"/>
          <w:szCs w:val="26"/>
        </w:rPr>
        <w:t>PHẦN I. Câu trắc nghiệm nhiều phương án lựa chọn (3.0 điểm).</w:t>
      </w:r>
      <w:r w:rsidRPr="00360D38">
        <w:rPr>
          <w:rFonts w:ascii="Times New Roman" w:hAnsi="Times New Roman" w:cs="Times New Roman"/>
          <w:i/>
          <w:iCs/>
          <w:sz w:val="26"/>
          <w:szCs w:val="26"/>
        </w:rPr>
        <w:t xml:space="preserve"> Thí sinh trả lời từ câu 1 đến câu 12. Mỗi câu thí sinh chỉ chọn một phương án.</w:t>
      </w:r>
    </w:p>
    <w:p w14:paraId="43CEA445" w14:textId="77777777" w:rsidR="007C5B20" w:rsidRPr="00360D38" w:rsidRDefault="007C5B20" w:rsidP="007C5B20">
      <w:pPr>
        <w:spacing w:after="0" w:line="240" w:lineRule="auto"/>
        <w:jc w:val="both"/>
        <w:rPr>
          <w:rFonts w:ascii="Times New Roman" w:eastAsia="Times New Roman" w:hAnsi="Times New Roman" w:cs="Times New Roman"/>
          <w:sz w:val="26"/>
          <w:szCs w:val="26"/>
          <w:lang w:val="vi-VN"/>
        </w:rPr>
      </w:pPr>
      <w:r w:rsidRPr="00360D38">
        <w:rPr>
          <w:rFonts w:ascii="Times New Roman" w:hAnsi="Times New Roman" w:cs="Times New Roman"/>
          <w:b/>
          <w:sz w:val="26"/>
          <w:szCs w:val="26"/>
          <w:lang w:val="vi-VN"/>
        </w:rPr>
        <w:t>Câu 1</w:t>
      </w:r>
      <w:r w:rsidRPr="00360D38">
        <w:rPr>
          <w:rFonts w:ascii="Times New Roman" w:hAnsi="Times New Roman" w:cs="Times New Roman"/>
          <w:b/>
          <w:sz w:val="26"/>
          <w:szCs w:val="26"/>
        </w:rPr>
        <w:t>.</w:t>
      </w:r>
      <w:r w:rsidRPr="00360D38">
        <w:rPr>
          <w:rFonts w:ascii="Times New Roman" w:hAnsi="Times New Roman" w:cs="Times New Roman"/>
          <w:sz w:val="26"/>
          <w:szCs w:val="26"/>
          <w:lang w:val="vi-VN"/>
        </w:rPr>
        <w:t xml:space="preserve"> Trong một hộp có 4 bi đỏ, 5 bi vàng và 3 bi xanh. Hỏi có bao nhiêu cách để lấy một bi?</w:t>
      </w:r>
    </w:p>
    <w:p w14:paraId="6980C98C" w14:textId="77777777" w:rsidR="007C5B20" w:rsidRPr="00360D38" w:rsidRDefault="007C5B20" w:rsidP="007C5B20">
      <w:pPr>
        <w:spacing w:after="0" w:line="240" w:lineRule="auto"/>
        <w:jc w:val="both"/>
        <w:rPr>
          <w:rFonts w:ascii="Times New Roman" w:eastAsia="Times New Roman" w:hAnsi="Times New Roman" w:cs="Times New Roman"/>
          <w:sz w:val="26"/>
          <w:szCs w:val="26"/>
          <w:lang w:val="vi-VN"/>
        </w:rPr>
      </w:pPr>
      <w:r w:rsidRPr="00360D38">
        <w:rPr>
          <w:rFonts w:ascii="Times New Roman" w:eastAsia="Times New Roman" w:hAnsi="Times New Roman" w:cs="Times New Roman"/>
          <w:b/>
          <w:bCs/>
          <w:sz w:val="26"/>
          <w:szCs w:val="26"/>
          <w:lang w:val="vi-VN"/>
        </w:rPr>
        <w:t>A.</w:t>
      </w:r>
      <w:r w:rsidRPr="00360D38">
        <w:rPr>
          <w:rFonts w:ascii="Times New Roman" w:eastAsia="Times New Roman" w:hAnsi="Times New Roman" w:cs="Times New Roman"/>
          <w:sz w:val="26"/>
          <w:szCs w:val="26"/>
          <w:lang w:val="vi-VN"/>
        </w:rPr>
        <w:t xml:space="preserve"> 5.</w:t>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b/>
          <w:bCs/>
          <w:sz w:val="26"/>
          <w:szCs w:val="26"/>
          <w:lang w:val="vi-VN"/>
        </w:rPr>
        <w:t>B.</w:t>
      </w:r>
      <w:r w:rsidRPr="00360D38">
        <w:rPr>
          <w:rFonts w:ascii="Times New Roman" w:eastAsia="Times New Roman" w:hAnsi="Times New Roman" w:cs="Times New Roman"/>
          <w:sz w:val="26"/>
          <w:szCs w:val="26"/>
          <w:lang w:val="vi-VN"/>
        </w:rPr>
        <w:t xml:space="preserve"> 12.</w:t>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b/>
          <w:bCs/>
          <w:sz w:val="26"/>
          <w:szCs w:val="26"/>
          <w:lang w:val="vi-VN"/>
        </w:rPr>
        <w:t>C.</w:t>
      </w:r>
      <w:r w:rsidRPr="00360D38">
        <w:rPr>
          <w:rFonts w:ascii="Times New Roman" w:eastAsia="Times New Roman" w:hAnsi="Times New Roman" w:cs="Times New Roman"/>
          <w:sz w:val="26"/>
          <w:szCs w:val="26"/>
          <w:lang w:val="vi-VN"/>
        </w:rPr>
        <w:t xml:space="preserve"> 7.</w:t>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b/>
          <w:bCs/>
          <w:sz w:val="26"/>
          <w:szCs w:val="26"/>
          <w:lang w:val="vi-VN"/>
        </w:rPr>
        <w:t>D.</w:t>
      </w:r>
      <w:r w:rsidRPr="00360D38">
        <w:rPr>
          <w:rFonts w:ascii="Times New Roman" w:eastAsia="Times New Roman" w:hAnsi="Times New Roman" w:cs="Times New Roman"/>
          <w:sz w:val="26"/>
          <w:szCs w:val="26"/>
          <w:lang w:val="vi-VN"/>
        </w:rPr>
        <w:t xml:space="preserve"> 6.</w:t>
      </w:r>
    </w:p>
    <w:p w14:paraId="0CC101F0" w14:textId="77777777" w:rsidR="007C5B20" w:rsidRPr="00360D38" w:rsidRDefault="007C5B20" w:rsidP="007C5B20">
      <w:pPr>
        <w:shd w:val="clear" w:color="auto" w:fill="FFFFFF" w:themeFill="background1"/>
        <w:tabs>
          <w:tab w:val="left" w:pos="2552"/>
          <w:tab w:val="left" w:pos="5245"/>
          <w:tab w:val="left" w:pos="8080"/>
        </w:tabs>
        <w:spacing w:after="0" w:line="240" w:lineRule="auto"/>
        <w:ind w:right="9"/>
        <w:rPr>
          <w:rFonts w:ascii="Times New Roman" w:eastAsia="Times New Roman" w:hAnsi="Times New Roman" w:cs="Times New Roman"/>
          <w:sz w:val="26"/>
          <w:szCs w:val="26"/>
          <w:lang w:val="vi-VN" w:eastAsia="x-none"/>
        </w:rPr>
      </w:pPr>
      <w:r w:rsidRPr="00360D38">
        <w:rPr>
          <w:rFonts w:ascii="Times New Roman" w:eastAsia="Times New Roman" w:hAnsi="Times New Roman" w:cs="Times New Roman"/>
          <w:b/>
          <w:sz w:val="26"/>
          <w:szCs w:val="26"/>
          <w:lang w:val="x-none" w:eastAsia="x-none"/>
        </w:rPr>
        <w:t xml:space="preserve">Câu </w:t>
      </w:r>
      <w:r w:rsidRPr="00360D38">
        <w:rPr>
          <w:rFonts w:ascii="Times New Roman" w:eastAsia="Times New Roman" w:hAnsi="Times New Roman" w:cs="Times New Roman"/>
          <w:b/>
          <w:sz w:val="26"/>
          <w:szCs w:val="26"/>
          <w:lang w:val="vi-VN" w:eastAsia="x-none"/>
        </w:rPr>
        <w:t>2</w:t>
      </w:r>
      <w:r w:rsidRPr="00360D38">
        <w:rPr>
          <w:rFonts w:ascii="Times New Roman" w:eastAsia="Times New Roman" w:hAnsi="Times New Roman" w:cs="Times New Roman"/>
          <w:b/>
          <w:sz w:val="26"/>
          <w:szCs w:val="26"/>
          <w:lang w:val="x-none" w:eastAsia="x-none"/>
        </w:rPr>
        <w:t>.</w:t>
      </w:r>
      <w:r w:rsidRPr="00360D38">
        <w:rPr>
          <w:rFonts w:ascii="Times New Roman" w:eastAsia="Times New Roman" w:hAnsi="Times New Roman" w:cs="Times New Roman"/>
          <w:b/>
          <w:sz w:val="26"/>
          <w:szCs w:val="26"/>
          <w:lang w:val="vi-VN" w:eastAsia="x-none"/>
        </w:rPr>
        <w:t xml:space="preserve"> </w:t>
      </w:r>
      <w:r w:rsidRPr="00360D38">
        <w:rPr>
          <w:rFonts w:ascii="Times New Roman" w:eastAsia="Times New Roman" w:hAnsi="Times New Roman" w:cs="Times New Roman"/>
          <w:sz w:val="26"/>
          <w:szCs w:val="26"/>
          <w:lang w:val="vi-VN" w:eastAsia="x-none"/>
        </w:rPr>
        <w:t>Chọn mệnh đề Đúng .</w:t>
      </w:r>
    </w:p>
    <w:p w14:paraId="63741440" w14:textId="77777777" w:rsidR="007C5B20" w:rsidRPr="00360D38" w:rsidRDefault="007C5B20" w:rsidP="007C5B20">
      <w:pPr>
        <w:shd w:val="clear" w:color="auto" w:fill="FFFFFF" w:themeFill="background1"/>
        <w:tabs>
          <w:tab w:val="left" w:pos="2552"/>
          <w:tab w:val="left" w:pos="5103"/>
          <w:tab w:val="left" w:pos="6804"/>
        </w:tabs>
        <w:spacing w:after="0" w:line="240" w:lineRule="auto"/>
        <w:ind w:right="9"/>
        <w:rPr>
          <w:rFonts w:ascii="Times New Roman" w:hAnsi="Times New Roman" w:cs="Times New Roman"/>
          <w:sz w:val="26"/>
          <w:szCs w:val="26"/>
          <w:lang w:val="vi-VN"/>
        </w:rPr>
      </w:pPr>
      <w:r w:rsidRPr="00360D38">
        <w:rPr>
          <w:rFonts w:ascii="Times New Roman" w:eastAsia="Times New Roman" w:hAnsi="Times New Roman" w:cs="Times New Roman"/>
          <w:b/>
          <w:sz w:val="26"/>
          <w:szCs w:val="26"/>
          <w:lang w:val="x-none" w:eastAsia="x-none"/>
        </w:rPr>
        <w:t>A.</w:t>
      </w:r>
      <w:r w:rsidRPr="00360D38">
        <w:rPr>
          <w:rFonts w:ascii="Times New Roman" w:eastAsia="SimSun" w:hAnsi="Times New Roman" w:cs="Times New Roman"/>
          <w:b/>
          <w:sz w:val="26"/>
          <w:szCs w:val="26"/>
          <w:lang w:val="pt-BR" w:eastAsia="zh-CN"/>
        </w:rPr>
        <w:t xml:space="preserve"> </w:t>
      </w:r>
      <w:r w:rsidRPr="00360D38">
        <w:rPr>
          <w:rFonts w:ascii="Times New Roman" w:eastAsia="SimSun" w:hAnsi="Times New Roman" w:cs="Times New Roman"/>
          <w:b/>
          <w:position w:val="-32"/>
          <w:sz w:val="26"/>
          <w:szCs w:val="26"/>
          <w:lang w:val="pt-BR" w:eastAsia="zh-CN"/>
        </w:rPr>
        <w:object w:dxaOrig="1560" w:dyaOrig="700" w14:anchorId="15250155">
          <v:shape id="_x0000_i1172" type="#_x0000_t75" style="width:79.3pt;height:36pt" o:ole="">
            <v:imagedata r:id="rId297" o:title=""/>
          </v:shape>
          <o:OLEObject Type="Embed" ProgID="Equation.DSMT4" ShapeID="_x0000_i1172" DrawAspect="Content" ObjectID="_1806929919" r:id="rId298"/>
        </w:object>
      </w:r>
      <w:r w:rsidRPr="00360D38">
        <w:rPr>
          <w:rFonts w:ascii="Times New Roman" w:eastAsia="Times New Roman" w:hAnsi="Times New Roman" w:cs="Times New Roman"/>
          <w:spacing w:val="-3"/>
          <w:sz w:val="26"/>
          <w:szCs w:val="26"/>
          <w:lang w:val="x-none" w:eastAsia="x-none"/>
        </w:rPr>
        <w:tab/>
      </w:r>
      <w:r w:rsidRPr="00360D38">
        <w:rPr>
          <w:rFonts w:ascii="Times New Roman" w:eastAsia="Times New Roman" w:hAnsi="Times New Roman" w:cs="Times New Roman"/>
          <w:b/>
          <w:sz w:val="26"/>
          <w:szCs w:val="26"/>
          <w:lang w:val="x-none" w:eastAsia="x-none"/>
        </w:rPr>
        <w:t>B.</w:t>
      </w:r>
      <w:r w:rsidRPr="00360D38">
        <w:rPr>
          <w:rFonts w:ascii="Times New Roman" w:eastAsia="SimSun" w:hAnsi="Times New Roman" w:cs="Times New Roman"/>
          <w:b/>
          <w:sz w:val="26"/>
          <w:szCs w:val="26"/>
          <w:lang w:val="vi-VN" w:eastAsia="zh-CN"/>
        </w:rPr>
        <w:t xml:space="preserve"> </w:t>
      </w:r>
      <w:bookmarkStart w:id="11" w:name="_Hlk195596724"/>
      <w:r w:rsidRPr="00360D38">
        <w:rPr>
          <w:rFonts w:ascii="Times New Roman" w:eastAsia="SimSun" w:hAnsi="Times New Roman" w:cs="Times New Roman"/>
          <w:b/>
          <w:position w:val="-32"/>
          <w:sz w:val="26"/>
          <w:szCs w:val="26"/>
          <w:lang w:val="pt-BR" w:eastAsia="zh-CN"/>
        </w:rPr>
        <w:object w:dxaOrig="1340" w:dyaOrig="700" w14:anchorId="47B0E3E8">
          <v:shape id="_x0000_i1173" type="#_x0000_t75" style="width:68.35pt;height:36pt" o:ole="">
            <v:imagedata r:id="rId299" o:title=""/>
          </v:shape>
          <o:OLEObject Type="Embed" ProgID="Equation.DSMT4" ShapeID="_x0000_i1173" DrawAspect="Content" ObjectID="_1806929920" r:id="rId300"/>
        </w:object>
      </w:r>
      <w:bookmarkEnd w:id="11"/>
      <w:r w:rsidRPr="00360D38">
        <w:rPr>
          <w:rFonts w:ascii="Times New Roman" w:hAnsi="Times New Roman" w:cs="Times New Roman"/>
          <w:sz w:val="26"/>
          <w:szCs w:val="26"/>
          <w:lang w:val="vi-VN"/>
        </w:rPr>
        <w:tab/>
      </w:r>
      <w:r w:rsidRPr="00360D38">
        <w:rPr>
          <w:rFonts w:ascii="Times New Roman" w:eastAsia="Times New Roman" w:hAnsi="Times New Roman" w:cs="Times New Roman"/>
          <w:b/>
          <w:sz w:val="26"/>
          <w:szCs w:val="26"/>
          <w:lang w:val="x-none" w:eastAsia="x-none"/>
        </w:rPr>
        <w:t>C.</w:t>
      </w:r>
      <w:r w:rsidRPr="00360D38">
        <w:rPr>
          <w:rFonts w:ascii="Times New Roman" w:eastAsia="SimSun" w:hAnsi="Times New Roman" w:cs="Times New Roman"/>
          <w:b/>
          <w:sz w:val="26"/>
          <w:szCs w:val="26"/>
          <w:lang w:val="vi-VN" w:eastAsia="zh-CN"/>
        </w:rPr>
        <w:t xml:space="preserve"> </w:t>
      </w:r>
      <w:r w:rsidRPr="00360D38">
        <w:rPr>
          <w:rFonts w:ascii="Times New Roman" w:eastAsia="SimSun" w:hAnsi="Times New Roman" w:cs="Times New Roman"/>
          <w:b/>
          <w:position w:val="-32"/>
          <w:sz w:val="26"/>
          <w:szCs w:val="26"/>
          <w:lang w:val="pt-BR" w:eastAsia="zh-CN"/>
        </w:rPr>
        <w:object w:dxaOrig="1340" w:dyaOrig="700" w14:anchorId="682426CD">
          <v:shape id="_x0000_i1174" type="#_x0000_t75" style="width:68.35pt;height:36pt" o:ole="">
            <v:imagedata r:id="rId20" o:title=""/>
          </v:shape>
          <o:OLEObject Type="Embed" ProgID="Equation.DSMT4" ShapeID="_x0000_i1174" DrawAspect="Content" ObjectID="_1806929921" r:id="rId301"/>
        </w:object>
      </w:r>
      <w:r w:rsidRPr="00360D38">
        <w:rPr>
          <w:rFonts w:ascii="Times New Roman" w:eastAsia="Times New Roman" w:hAnsi="Times New Roman" w:cs="Times New Roman"/>
          <w:spacing w:val="-3"/>
          <w:sz w:val="26"/>
          <w:szCs w:val="26"/>
          <w:lang w:val="x-none" w:eastAsia="x-none"/>
        </w:rPr>
        <w:tab/>
      </w:r>
      <w:r w:rsidRPr="00360D38">
        <w:rPr>
          <w:rFonts w:ascii="Times New Roman" w:eastAsia="Times New Roman" w:hAnsi="Times New Roman" w:cs="Times New Roman"/>
          <w:spacing w:val="-3"/>
          <w:sz w:val="26"/>
          <w:szCs w:val="26"/>
          <w:lang w:val="x-none" w:eastAsia="x-none"/>
        </w:rPr>
        <w:tab/>
      </w:r>
      <w:r w:rsidRPr="00360D38">
        <w:rPr>
          <w:rFonts w:ascii="Times New Roman" w:eastAsia="Times New Roman" w:hAnsi="Times New Roman" w:cs="Times New Roman"/>
          <w:spacing w:val="-3"/>
          <w:sz w:val="26"/>
          <w:szCs w:val="26"/>
          <w:lang w:val="x-none" w:eastAsia="x-none"/>
        </w:rPr>
        <w:tab/>
      </w:r>
      <w:r w:rsidRPr="00360D38">
        <w:rPr>
          <w:rFonts w:ascii="Times New Roman" w:eastAsia="Times New Roman" w:hAnsi="Times New Roman" w:cs="Times New Roman"/>
          <w:b/>
          <w:sz w:val="26"/>
          <w:szCs w:val="26"/>
          <w:lang w:val="x-none" w:eastAsia="x-none"/>
        </w:rPr>
        <w:t>D.</w:t>
      </w:r>
      <w:r w:rsidRPr="00360D38">
        <w:rPr>
          <w:rFonts w:ascii="Times New Roman" w:eastAsia="SimSun" w:hAnsi="Times New Roman" w:cs="Times New Roman"/>
          <w:b/>
          <w:sz w:val="26"/>
          <w:szCs w:val="26"/>
          <w:lang w:val="vi-VN" w:eastAsia="zh-CN"/>
        </w:rPr>
        <w:t xml:space="preserve"> </w:t>
      </w:r>
      <w:r w:rsidRPr="00360D38">
        <w:rPr>
          <w:rFonts w:ascii="Times New Roman" w:eastAsia="SimSun" w:hAnsi="Times New Roman" w:cs="Times New Roman"/>
          <w:b/>
          <w:position w:val="-32"/>
          <w:sz w:val="26"/>
          <w:szCs w:val="26"/>
          <w:lang w:val="pt-BR" w:eastAsia="zh-CN"/>
        </w:rPr>
        <w:object w:dxaOrig="1560" w:dyaOrig="700" w14:anchorId="4DF1796A">
          <v:shape id="_x0000_i1175" type="#_x0000_t75" style="width:79.3pt;height:36pt" o:ole="">
            <v:imagedata r:id="rId22" o:title=""/>
          </v:shape>
          <o:OLEObject Type="Embed" ProgID="Equation.DSMT4" ShapeID="_x0000_i1175" DrawAspect="Content" ObjectID="_1806929922" r:id="rId302"/>
        </w:object>
      </w:r>
    </w:p>
    <w:p w14:paraId="7739C0B3" w14:textId="77777777" w:rsidR="007C5B20" w:rsidRPr="00360D38" w:rsidRDefault="007C5B20" w:rsidP="007C5B20">
      <w:pPr>
        <w:rPr>
          <w:rFonts w:ascii="Times New Roman" w:eastAsia="Calibri" w:hAnsi="Times New Roman" w:cs="Times New Roman"/>
          <w:sz w:val="26"/>
          <w:szCs w:val="26"/>
          <w:lang w:val="fr-FR"/>
        </w:rPr>
      </w:pPr>
      <w:r w:rsidRPr="00360D38">
        <w:rPr>
          <w:rFonts w:ascii="Times New Roman" w:eastAsia="Calibri" w:hAnsi="Times New Roman" w:cs="Times New Roman"/>
          <w:b/>
          <w:sz w:val="26"/>
          <w:szCs w:val="26"/>
          <w:lang w:val="fr-FR"/>
        </w:rPr>
        <w:t>Câu 3</w:t>
      </w:r>
      <w:r w:rsidRPr="00360D38">
        <w:rPr>
          <w:rFonts w:ascii="Times New Roman" w:eastAsia="Calibri" w:hAnsi="Times New Roman" w:cs="Times New Roman"/>
          <w:b/>
          <w:sz w:val="26"/>
          <w:szCs w:val="26"/>
          <w:lang w:val="pt-BR"/>
        </w:rPr>
        <w:t>.</w:t>
      </w:r>
      <w:r w:rsidRPr="00360D38">
        <w:rPr>
          <w:rFonts w:ascii="Times New Roman" w:eastAsia="Calibri" w:hAnsi="Times New Roman" w:cs="Times New Roman"/>
          <w:sz w:val="26"/>
          <w:szCs w:val="26"/>
          <w:lang w:val="fr-FR"/>
        </w:rPr>
        <w:t xml:space="preserve"> Cho</w:t>
      </w:r>
      <w:r w:rsidRPr="00360D38">
        <w:rPr>
          <w:rFonts w:ascii="Times New Roman" w:eastAsia="Calibri" w:hAnsi="Times New Roman" w:cs="Times New Roman"/>
          <w:sz w:val="26"/>
          <w:szCs w:val="26"/>
          <w:lang w:val="vi-VN"/>
        </w:rPr>
        <w:t xml:space="preserve"> mẫu số liệu</w:t>
      </w:r>
      <w:r w:rsidRPr="00360D38">
        <w:rPr>
          <w:rFonts w:ascii="Times New Roman" w:eastAsia="Calibri" w:hAnsi="Times New Roman" w:cs="Times New Roman"/>
          <w:sz w:val="26"/>
          <w:szCs w:val="26"/>
          <w:lang w:val="fr-FR"/>
        </w:rPr>
        <w:t xml:space="preserve"> sau: </w:t>
      </w:r>
      <w:r w:rsidRPr="00360D38">
        <w:rPr>
          <w:rFonts w:ascii="Times New Roman" w:eastAsia="Aptos" w:hAnsi="Times New Roman" w:cs="Times New Roman"/>
          <w:position w:val="-10"/>
          <w:sz w:val="26"/>
          <w:szCs w:val="26"/>
        </w:rPr>
        <w:object w:dxaOrig="2720" w:dyaOrig="320" w14:anchorId="43CBA369">
          <v:shape id="_x0000_i1176" type="#_x0000_t75" style="width:135.35pt;height:15.5pt" o:ole="">
            <v:imagedata r:id="rId303" o:title=""/>
          </v:shape>
          <o:OLEObject Type="Embed" ProgID="Equation.DSMT4" ShapeID="_x0000_i1176" DrawAspect="Content" ObjectID="_1806929923" r:id="rId304"/>
        </w:object>
      </w:r>
      <w:r w:rsidRPr="00360D38">
        <w:rPr>
          <w:rFonts w:ascii="Times New Roman" w:eastAsia="Calibri" w:hAnsi="Times New Roman" w:cs="Times New Roman"/>
          <w:sz w:val="26"/>
          <w:szCs w:val="26"/>
          <w:lang w:val="fr-FR"/>
        </w:rPr>
        <w:t xml:space="preserve">. Mốt của mẫu số liệu đã cho là : </w:t>
      </w:r>
    </w:p>
    <w:p w14:paraId="7DA290FA" w14:textId="77777777" w:rsidR="007C5B20" w:rsidRPr="00360D38" w:rsidRDefault="007C5B20" w:rsidP="007C5B20">
      <w:pPr>
        <w:tabs>
          <w:tab w:val="left" w:pos="1080"/>
          <w:tab w:val="left" w:pos="3420"/>
          <w:tab w:val="left" w:pos="5760"/>
          <w:tab w:val="left" w:pos="8100"/>
        </w:tabs>
        <w:spacing w:line="240" w:lineRule="auto"/>
        <w:jc w:val="both"/>
        <w:rPr>
          <w:rFonts w:ascii="Times New Roman" w:eastAsia="Calibri" w:hAnsi="Times New Roman" w:cs="Times New Roman"/>
          <w:sz w:val="26"/>
          <w:szCs w:val="26"/>
          <w:lang w:val="nl-NL"/>
        </w:rPr>
      </w:pPr>
      <w:r w:rsidRPr="00360D38">
        <w:rPr>
          <w:rFonts w:ascii="Times New Roman" w:eastAsia="Calibri" w:hAnsi="Times New Roman" w:cs="Times New Roman"/>
          <w:b/>
          <w:sz w:val="26"/>
          <w:szCs w:val="26"/>
          <w:lang w:val="nl-NL"/>
        </w:rPr>
        <w:t xml:space="preserve"> A. </w:t>
      </w:r>
      <w:r w:rsidRPr="00360D38">
        <w:rPr>
          <w:rFonts w:ascii="Times New Roman" w:eastAsia="Calibri" w:hAnsi="Times New Roman" w:cs="Times New Roman"/>
          <w:sz w:val="26"/>
          <w:szCs w:val="26"/>
          <w:lang w:val="fr-FR"/>
        </w:rPr>
        <w:t>0</w:t>
      </w:r>
      <w:r w:rsidRPr="00360D38">
        <w:rPr>
          <w:rFonts w:ascii="Times New Roman" w:eastAsia="Calibri" w:hAnsi="Times New Roman" w:cs="Times New Roman"/>
          <w:sz w:val="26"/>
          <w:szCs w:val="26"/>
          <w:lang w:val="nl-NL"/>
        </w:rPr>
        <w:t>.</w:t>
      </w:r>
      <w:r w:rsidRPr="00360D38">
        <w:rPr>
          <w:rFonts w:ascii="Times New Roman" w:eastAsia="Calibri" w:hAnsi="Times New Roman" w:cs="Times New Roman"/>
          <w:b/>
          <w:sz w:val="26"/>
          <w:szCs w:val="26"/>
          <w:lang w:val="nl-NL"/>
        </w:rPr>
        <w:tab/>
        <w:t xml:space="preserve">              B. </w:t>
      </w:r>
      <w:r w:rsidRPr="00360D38">
        <w:rPr>
          <w:rFonts w:ascii="Times New Roman" w:eastAsia="Calibri" w:hAnsi="Times New Roman" w:cs="Times New Roman"/>
          <w:sz w:val="26"/>
          <w:szCs w:val="26"/>
          <w:lang w:val="fr-FR"/>
        </w:rPr>
        <w:t>1</w:t>
      </w:r>
      <w:r w:rsidRPr="00360D38">
        <w:rPr>
          <w:rFonts w:ascii="Times New Roman" w:eastAsia="Calibri" w:hAnsi="Times New Roman" w:cs="Times New Roman"/>
          <w:sz w:val="26"/>
          <w:szCs w:val="26"/>
          <w:lang w:val="nl-NL"/>
        </w:rPr>
        <w:t>.</w:t>
      </w:r>
      <w:r w:rsidRPr="00360D38">
        <w:rPr>
          <w:rFonts w:ascii="Times New Roman" w:eastAsia="Calibri" w:hAnsi="Times New Roman" w:cs="Times New Roman"/>
          <w:b/>
          <w:sz w:val="26"/>
          <w:szCs w:val="26"/>
          <w:lang w:val="nl-NL"/>
        </w:rPr>
        <w:tab/>
        <w:t xml:space="preserve">C. </w:t>
      </w:r>
      <w:r w:rsidRPr="00360D38">
        <w:rPr>
          <w:rFonts w:ascii="Times New Roman" w:eastAsia="Calibri" w:hAnsi="Times New Roman" w:cs="Times New Roman"/>
          <w:sz w:val="26"/>
          <w:szCs w:val="26"/>
          <w:lang w:val="nl-NL"/>
        </w:rPr>
        <w:t>10.</w:t>
      </w:r>
      <w:r w:rsidRPr="00360D38">
        <w:rPr>
          <w:rFonts w:ascii="Times New Roman" w:eastAsia="Calibri" w:hAnsi="Times New Roman" w:cs="Times New Roman"/>
          <w:b/>
          <w:sz w:val="26"/>
          <w:szCs w:val="26"/>
          <w:lang w:val="nl-NL"/>
        </w:rPr>
        <w:tab/>
        <w:t xml:space="preserve">D. </w:t>
      </w:r>
      <w:r w:rsidRPr="00360D38">
        <w:rPr>
          <w:rFonts w:ascii="Times New Roman" w:eastAsia="Calibri" w:hAnsi="Times New Roman" w:cs="Times New Roman"/>
          <w:sz w:val="26"/>
          <w:szCs w:val="26"/>
          <w:lang w:val="nl-NL"/>
        </w:rPr>
        <w:t>2</w:t>
      </w:r>
    </w:p>
    <w:p w14:paraId="60A0D40F" w14:textId="77777777" w:rsidR="007C5B20" w:rsidRPr="00360D38" w:rsidRDefault="007C5B20" w:rsidP="007C5B20">
      <w:pPr>
        <w:spacing w:after="0"/>
        <w:jc w:val="both"/>
        <w:rPr>
          <w:rFonts w:ascii="Times New Roman" w:hAnsi="Times New Roman" w:cs="Times New Roman"/>
          <w:sz w:val="26"/>
          <w:szCs w:val="26"/>
          <w:lang w:val="fr-FR"/>
        </w:rPr>
      </w:pPr>
      <w:r w:rsidRPr="00360D38">
        <w:rPr>
          <w:rFonts w:ascii="Times New Roman" w:hAnsi="Times New Roman" w:cs="Times New Roman"/>
          <w:b/>
          <w:sz w:val="26"/>
          <w:szCs w:val="26"/>
          <w:lang w:val="vi-VN"/>
        </w:rPr>
        <w:t xml:space="preserve">Câu </w:t>
      </w:r>
      <w:r w:rsidRPr="00360D38">
        <w:rPr>
          <w:rFonts w:ascii="Times New Roman" w:hAnsi="Times New Roman" w:cs="Times New Roman"/>
          <w:b/>
          <w:sz w:val="26"/>
          <w:szCs w:val="26"/>
          <w:lang w:val="fr-FR"/>
        </w:rPr>
        <w:t>4.</w:t>
      </w:r>
      <w:r w:rsidRPr="00360D38">
        <w:rPr>
          <w:rFonts w:ascii="Times New Roman" w:hAnsi="Times New Roman" w:cs="Times New Roman"/>
          <w:sz w:val="26"/>
          <w:szCs w:val="26"/>
          <w:lang w:val="vi-VN"/>
        </w:rPr>
        <w:t xml:space="preserve"> Khai triển của nhị thức</w:t>
      </w:r>
      <w:r w:rsidRPr="00360D38">
        <w:rPr>
          <w:rFonts w:ascii="Times New Roman" w:hAnsi="Times New Roman" w:cs="Times New Roman"/>
          <w:position w:val="-14"/>
          <w:sz w:val="26"/>
          <w:szCs w:val="26"/>
          <w:lang w:val="vi-VN"/>
        </w:rPr>
        <w:t xml:space="preserve"> </w:t>
      </w:r>
      <w:r w:rsidRPr="00360D38">
        <w:rPr>
          <w:rFonts w:ascii="Times New Roman" w:eastAsia="Times New Roman" w:hAnsi="Times New Roman" w:cs="Times New Roman"/>
          <w:position w:val="-14"/>
          <w:sz w:val="26"/>
          <w:szCs w:val="26"/>
        </w:rPr>
        <w:object w:dxaOrig="780" w:dyaOrig="435" w14:anchorId="7648CD0E">
          <v:shape id="_x0000_i1177" type="#_x0000_t75" style="width:39.2pt;height:21.85pt" o:ole="">
            <v:imagedata r:id="rId305" o:title=""/>
          </v:shape>
          <o:OLEObject Type="Embed" ProgID="Equation.DSMT4" ShapeID="_x0000_i1177" DrawAspect="Content" ObjectID="_1806929924" r:id="rId306"/>
        </w:object>
      </w:r>
      <w:r w:rsidRPr="00360D38">
        <w:rPr>
          <w:rFonts w:ascii="Times New Roman" w:hAnsi="Times New Roman" w:cs="Times New Roman"/>
          <w:sz w:val="26"/>
          <w:szCs w:val="26"/>
          <w:lang w:val="vi-VN"/>
        </w:rPr>
        <w:t xml:space="preserve"> là:</w:t>
      </w:r>
    </w:p>
    <w:p w14:paraId="14F42C6D" w14:textId="77777777" w:rsidR="007C5B20" w:rsidRPr="00360D38" w:rsidRDefault="007C5B20" w:rsidP="007C5B20">
      <w:pPr>
        <w:spacing w:after="0" w:line="240" w:lineRule="auto"/>
        <w:jc w:val="both"/>
        <w:rPr>
          <w:rFonts w:ascii="Times New Roman" w:eastAsia="Times New Roman" w:hAnsi="Times New Roman" w:cs="Times New Roman"/>
          <w:sz w:val="26"/>
          <w:szCs w:val="26"/>
          <w:lang w:val="fr-FR"/>
        </w:rPr>
      </w:pPr>
      <w:r w:rsidRPr="00360D38">
        <w:rPr>
          <w:rFonts w:ascii="Times New Roman" w:eastAsia="Times New Roman" w:hAnsi="Times New Roman" w:cs="Times New Roman"/>
          <w:sz w:val="26"/>
          <w:szCs w:val="26"/>
          <w:lang w:val="fr-FR"/>
        </w:rPr>
        <w:t xml:space="preserve">A. </w:t>
      </w:r>
      <w:r w:rsidRPr="00360D38">
        <w:rPr>
          <w:rFonts w:ascii="Times New Roman" w:eastAsia="Times New Roman" w:hAnsi="Times New Roman" w:cs="Times New Roman"/>
          <w:b/>
          <w:position w:val="-6"/>
          <w:sz w:val="26"/>
          <w:szCs w:val="26"/>
        </w:rPr>
        <w:object w:dxaOrig="3465" w:dyaOrig="315" w14:anchorId="61EF9116">
          <v:shape id="_x0000_i1178" type="#_x0000_t75" style="width:173.6pt;height:15.95pt" o:ole="">
            <v:imagedata r:id="rId307" o:title=""/>
          </v:shape>
          <o:OLEObject Type="Embed" ProgID="Equation.DSMT4" ShapeID="_x0000_i1178" DrawAspect="Content" ObjectID="_1806929925" r:id="rId308"/>
        </w:object>
      </w:r>
      <w:r w:rsidRPr="00360D38">
        <w:rPr>
          <w:rFonts w:ascii="Times New Roman" w:eastAsia="Times New Roman" w:hAnsi="Times New Roman" w:cs="Times New Roman"/>
          <w:sz w:val="26"/>
          <w:szCs w:val="26"/>
          <w:lang w:val="fr-FR"/>
        </w:rPr>
        <w:t>.</w:t>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t xml:space="preserve">B. </w:t>
      </w:r>
      <w:r w:rsidRPr="00360D38">
        <w:rPr>
          <w:rFonts w:ascii="Times New Roman" w:eastAsia="Times New Roman" w:hAnsi="Times New Roman" w:cs="Times New Roman"/>
          <w:b/>
          <w:position w:val="-6"/>
          <w:sz w:val="26"/>
          <w:szCs w:val="26"/>
        </w:rPr>
        <w:object w:dxaOrig="3945" w:dyaOrig="315" w14:anchorId="3E9DF4B3">
          <v:shape id="_x0000_i1179" type="#_x0000_t75" style="width:197.3pt;height:15.95pt" o:ole="">
            <v:imagedata r:id="rId309" o:title=""/>
          </v:shape>
          <o:OLEObject Type="Embed" ProgID="Equation.DSMT4" ShapeID="_x0000_i1179" DrawAspect="Content" ObjectID="_1806929926" r:id="rId310"/>
        </w:object>
      </w:r>
      <w:r w:rsidRPr="00360D38">
        <w:rPr>
          <w:rFonts w:ascii="Times New Roman" w:hAnsi="Times New Roman" w:cs="Times New Roman"/>
          <w:sz w:val="26"/>
          <w:szCs w:val="26"/>
          <w:lang w:val="fr-FR"/>
        </w:rPr>
        <w:t>.</w:t>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r>
    </w:p>
    <w:p w14:paraId="7659176E" w14:textId="77777777" w:rsidR="007C5B20" w:rsidRPr="00360D38" w:rsidRDefault="007C5B20" w:rsidP="007C5B20">
      <w:pPr>
        <w:spacing w:after="0" w:line="240" w:lineRule="auto"/>
        <w:jc w:val="both"/>
        <w:rPr>
          <w:rFonts w:ascii="Times New Roman" w:eastAsia="Times New Roman" w:hAnsi="Times New Roman" w:cs="Times New Roman"/>
          <w:sz w:val="26"/>
          <w:szCs w:val="26"/>
          <w:lang w:val="fr-FR"/>
        </w:rPr>
      </w:pPr>
      <w:r w:rsidRPr="00360D38">
        <w:rPr>
          <w:rFonts w:ascii="Times New Roman" w:eastAsia="Times New Roman" w:hAnsi="Times New Roman" w:cs="Times New Roman"/>
          <w:sz w:val="26"/>
          <w:szCs w:val="26"/>
          <w:lang w:val="fr-FR"/>
        </w:rPr>
        <w:t xml:space="preserve">C. </w:t>
      </w:r>
      <w:r w:rsidRPr="00360D38">
        <w:rPr>
          <w:rFonts w:ascii="Times New Roman" w:eastAsia="Times New Roman" w:hAnsi="Times New Roman" w:cs="Times New Roman"/>
          <w:b/>
          <w:position w:val="-6"/>
          <w:sz w:val="26"/>
          <w:szCs w:val="26"/>
        </w:rPr>
        <w:object w:dxaOrig="3555" w:dyaOrig="315" w14:anchorId="4CC14C98">
          <v:shape id="_x0000_i1180" type="#_x0000_t75" style="width:177.7pt;height:15.95pt" o:ole="">
            <v:imagedata r:id="rId311" o:title=""/>
          </v:shape>
          <o:OLEObject Type="Embed" ProgID="Equation.DSMT4" ShapeID="_x0000_i1180" DrawAspect="Content" ObjectID="_1806929927" r:id="rId312"/>
        </w:object>
      </w:r>
      <w:r w:rsidRPr="00360D38">
        <w:rPr>
          <w:rFonts w:ascii="Times New Roman" w:hAnsi="Times New Roman" w:cs="Times New Roman"/>
          <w:sz w:val="26"/>
          <w:szCs w:val="26"/>
          <w:lang w:val="fr-FR"/>
        </w:rPr>
        <w:t>.</w:t>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t xml:space="preserve">D. </w:t>
      </w:r>
      <w:r w:rsidRPr="00360D38">
        <w:rPr>
          <w:rFonts w:ascii="Times New Roman" w:eastAsia="Times New Roman" w:hAnsi="Times New Roman" w:cs="Times New Roman"/>
          <w:b/>
          <w:position w:val="-6"/>
          <w:sz w:val="26"/>
          <w:szCs w:val="26"/>
        </w:rPr>
        <w:object w:dxaOrig="3495" w:dyaOrig="315" w14:anchorId="2EA44DB1">
          <v:shape id="_x0000_i1181" type="#_x0000_t75" style="width:175pt;height:15.95pt" o:ole="">
            <v:imagedata r:id="rId313" o:title=""/>
          </v:shape>
          <o:OLEObject Type="Embed" ProgID="Equation.DSMT4" ShapeID="_x0000_i1181" DrawAspect="Content" ObjectID="_1806929928" r:id="rId314"/>
        </w:object>
      </w:r>
      <w:r w:rsidRPr="00360D38">
        <w:rPr>
          <w:rFonts w:ascii="Times New Roman" w:hAnsi="Times New Roman" w:cs="Times New Roman"/>
          <w:sz w:val="26"/>
          <w:szCs w:val="26"/>
          <w:lang w:val="fr-FR"/>
        </w:rPr>
        <w:t>.</w:t>
      </w:r>
    </w:p>
    <w:p w14:paraId="52E4BBE3" w14:textId="77777777" w:rsidR="007C5B20" w:rsidRPr="00360D38" w:rsidRDefault="007C5B20" w:rsidP="007C5B20">
      <w:pPr>
        <w:rPr>
          <w:rFonts w:ascii="Times New Roman" w:hAnsi="Times New Roman" w:cs="Times New Roman"/>
          <w:sz w:val="26"/>
          <w:szCs w:val="26"/>
          <w:lang w:val="vi-VN"/>
        </w:rPr>
      </w:pPr>
      <w:r w:rsidRPr="00360D38">
        <w:rPr>
          <w:rFonts w:ascii="Times New Roman" w:hAnsi="Times New Roman" w:cs="Times New Roman"/>
          <w:b/>
          <w:bCs/>
          <w:sz w:val="26"/>
          <w:szCs w:val="26"/>
          <w:lang w:val="vi-VN"/>
        </w:rPr>
        <w:t xml:space="preserve">Câu </w:t>
      </w:r>
      <w:r w:rsidRPr="00360D38">
        <w:rPr>
          <w:rFonts w:ascii="Times New Roman" w:hAnsi="Times New Roman" w:cs="Times New Roman"/>
          <w:b/>
          <w:bCs/>
          <w:sz w:val="26"/>
          <w:szCs w:val="26"/>
          <w:lang w:val="fr-FR"/>
        </w:rPr>
        <w:t xml:space="preserve">5. </w:t>
      </w:r>
      <w:r w:rsidRPr="00360D38">
        <w:rPr>
          <w:rFonts w:ascii="Times New Roman" w:hAnsi="Times New Roman" w:cs="Times New Roman"/>
          <w:sz w:val="26"/>
          <w:szCs w:val="26"/>
          <w:lang w:val="vi-VN"/>
        </w:rPr>
        <w:t>Quy tròn số 3,141 đến hàng phần trăm là:</w:t>
      </w:r>
    </w:p>
    <w:p w14:paraId="2C08E715" w14:textId="77777777" w:rsidR="007C5B20" w:rsidRPr="00360D38" w:rsidRDefault="007C5B20" w:rsidP="007C5B20">
      <w:pPr>
        <w:spacing w:after="0"/>
        <w:jc w:val="both"/>
        <w:rPr>
          <w:rFonts w:ascii="Times New Roman" w:hAnsi="Times New Roman" w:cs="Times New Roman"/>
          <w:b/>
          <w:bCs/>
          <w:sz w:val="26"/>
          <w:szCs w:val="26"/>
          <w:lang w:val="vi-VN" w:eastAsia="vi-VN"/>
        </w:rPr>
      </w:pPr>
      <w:r w:rsidRPr="00360D38">
        <w:rPr>
          <w:rFonts w:ascii="Times New Roman" w:hAnsi="Times New Roman" w:cs="Times New Roman"/>
          <w:b/>
          <w:bCs/>
          <w:sz w:val="26"/>
          <w:szCs w:val="26"/>
          <w:lang w:val="fr-FR"/>
        </w:rPr>
        <w:t>A.</w:t>
      </w:r>
      <w:r w:rsidRPr="00360D38">
        <w:rPr>
          <w:rFonts w:ascii="Times New Roman" w:hAnsi="Times New Roman" w:cs="Times New Roman"/>
          <w:sz w:val="26"/>
          <w:szCs w:val="26"/>
          <w:lang w:val="fr-FR"/>
        </w:rPr>
        <w:t xml:space="preserve"> </w:t>
      </w:r>
      <w:r w:rsidRPr="00360D38">
        <w:rPr>
          <w:rFonts w:ascii="Times New Roman" w:hAnsi="Times New Roman" w:cs="Times New Roman"/>
          <w:sz w:val="26"/>
          <w:szCs w:val="26"/>
          <w:lang w:val="vi-VN"/>
        </w:rPr>
        <w:t>3,14</w:t>
      </w:r>
      <w:r w:rsidRPr="00360D38">
        <w:rPr>
          <w:rFonts w:ascii="Times New Roman" w:hAnsi="Times New Roman" w:cs="Times New Roman"/>
          <w:b/>
          <w:bCs/>
          <w:sz w:val="26"/>
          <w:szCs w:val="26"/>
          <w:lang w:val="vi-VN" w:eastAsia="vi-VN"/>
        </w:rPr>
        <w:tab/>
      </w:r>
      <w:r w:rsidRPr="00360D38">
        <w:rPr>
          <w:rFonts w:ascii="Times New Roman" w:hAnsi="Times New Roman" w:cs="Times New Roman"/>
          <w:b/>
          <w:bCs/>
          <w:sz w:val="26"/>
          <w:szCs w:val="26"/>
          <w:lang w:val="vi-VN" w:eastAsia="vi-VN"/>
        </w:rPr>
        <w:tab/>
      </w:r>
      <w:r w:rsidRPr="00360D38">
        <w:rPr>
          <w:rFonts w:ascii="Times New Roman" w:hAnsi="Times New Roman" w:cs="Times New Roman"/>
          <w:b/>
          <w:bCs/>
          <w:sz w:val="26"/>
          <w:szCs w:val="26"/>
          <w:lang w:val="vi-VN" w:eastAsia="vi-VN"/>
        </w:rPr>
        <w:tab/>
      </w:r>
      <w:r w:rsidRPr="00360D38">
        <w:rPr>
          <w:rFonts w:ascii="Times New Roman" w:hAnsi="Times New Roman" w:cs="Times New Roman"/>
          <w:b/>
          <w:bCs/>
          <w:sz w:val="26"/>
          <w:szCs w:val="26"/>
          <w:lang w:val="fr-FR"/>
        </w:rPr>
        <w:t>B.</w:t>
      </w:r>
      <w:r w:rsidRPr="00360D38">
        <w:rPr>
          <w:rFonts w:ascii="Times New Roman" w:hAnsi="Times New Roman" w:cs="Times New Roman"/>
          <w:sz w:val="26"/>
          <w:szCs w:val="26"/>
          <w:lang w:val="fr-FR"/>
        </w:rPr>
        <w:t xml:space="preserve"> </w:t>
      </w:r>
      <w:r w:rsidRPr="00360D38">
        <w:rPr>
          <w:rFonts w:ascii="Times New Roman" w:hAnsi="Times New Roman" w:cs="Times New Roman"/>
          <w:sz w:val="26"/>
          <w:szCs w:val="26"/>
          <w:lang w:val="vi-VN"/>
        </w:rPr>
        <w:t>3,1</w:t>
      </w:r>
      <w:r w:rsidRPr="00360D38">
        <w:rPr>
          <w:rFonts w:ascii="Times New Roman" w:hAnsi="Times New Roman" w:cs="Times New Roman"/>
          <w:sz w:val="26"/>
          <w:szCs w:val="26"/>
          <w:lang w:val="vi-VN"/>
        </w:rPr>
        <w:tab/>
      </w:r>
      <w:r w:rsidRPr="00360D38">
        <w:rPr>
          <w:rFonts w:ascii="Times New Roman" w:hAnsi="Times New Roman" w:cs="Times New Roman"/>
          <w:sz w:val="26"/>
          <w:szCs w:val="26"/>
          <w:lang w:val="vi-VN"/>
        </w:rPr>
        <w:tab/>
      </w:r>
      <w:r w:rsidRPr="00360D38">
        <w:rPr>
          <w:rFonts w:ascii="Times New Roman" w:hAnsi="Times New Roman" w:cs="Times New Roman"/>
          <w:sz w:val="26"/>
          <w:szCs w:val="26"/>
          <w:lang w:val="vi-VN"/>
        </w:rPr>
        <w:tab/>
      </w:r>
      <w:r w:rsidRPr="00360D38">
        <w:rPr>
          <w:rFonts w:ascii="Times New Roman" w:hAnsi="Times New Roman" w:cs="Times New Roman"/>
          <w:b/>
          <w:bCs/>
          <w:sz w:val="26"/>
          <w:szCs w:val="26"/>
          <w:lang w:val="fr-FR"/>
        </w:rPr>
        <w:t xml:space="preserve">C. </w:t>
      </w:r>
      <w:r w:rsidRPr="00360D38">
        <w:rPr>
          <w:rFonts w:ascii="Times New Roman" w:hAnsi="Times New Roman" w:cs="Times New Roman"/>
          <w:sz w:val="26"/>
          <w:szCs w:val="26"/>
          <w:lang w:val="vi-VN"/>
        </w:rPr>
        <w:t>3,2</w:t>
      </w:r>
      <w:r w:rsidRPr="00360D38">
        <w:rPr>
          <w:rFonts w:ascii="Times New Roman" w:eastAsia="Times New Roman" w:hAnsi="Times New Roman" w:cs="Times New Roman"/>
          <w:sz w:val="26"/>
          <w:szCs w:val="26"/>
          <w:lang w:val="vi-VN"/>
        </w:rPr>
        <w:t>;</w:t>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eastAsia="Times New Roman" w:hAnsi="Times New Roman" w:cs="Times New Roman"/>
          <w:sz w:val="26"/>
          <w:szCs w:val="26"/>
          <w:lang w:val="vi-VN"/>
        </w:rPr>
        <w:tab/>
      </w:r>
      <w:r w:rsidRPr="00360D38">
        <w:rPr>
          <w:rFonts w:ascii="Times New Roman" w:hAnsi="Times New Roman" w:cs="Times New Roman"/>
          <w:b/>
          <w:bCs/>
          <w:sz w:val="26"/>
          <w:szCs w:val="26"/>
          <w:lang w:val="fr-FR"/>
        </w:rPr>
        <w:t>D.</w:t>
      </w:r>
      <w:r w:rsidRPr="00360D38">
        <w:rPr>
          <w:rFonts w:ascii="Times New Roman" w:hAnsi="Times New Roman" w:cs="Times New Roman"/>
          <w:sz w:val="26"/>
          <w:szCs w:val="26"/>
          <w:lang w:val="fr-FR"/>
        </w:rPr>
        <w:t xml:space="preserve"> </w:t>
      </w:r>
      <w:r w:rsidRPr="00360D38">
        <w:rPr>
          <w:rFonts w:ascii="Times New Roman" w:hAnsi="Times New Roman" w:cs="Times New Roman"/>
          <w:sz w:val="26"/>
          <w:szCs w:val="26"/>
          <w:lang w:val="vi-VN"/>
        </w:rPr>
        <w:t>3,141</w:t>
      </w:r>
    </w:p>
    <w:p w14:paraId="6C95CE84" w14:textId="77777777" w:rsidR="007C5B20" w:rsidRPr="00360D38" w:rsidRDefault="007C5B20" w:rsidP="007C5B20">
      <w:pPr>
        <w:tabs>
          <w:tab w:val="left" w:pos="283"/>
          <w:tab w:val="left" w:pos="5386"/>
        </w:tabs>
        <w:spacing w:after="0"/>
        <w:jc w:val="both"/>
        <w:rPr>
          <w:rFonts w:ascii="Times New Roman" w:eastAsia="Calibri" w:hAnsi="Times New Roman" w:cs="Times New Roman"/>
          <w:sz w:val="26"/>
          <w:szCs w:val="26"/>
          <w:lang w:val="fr-FR"/>
        </w:rPr>
      </w:pPr>
      <w:r w:rsidRPr="00360D38">
        <w:rPr>
          <w:rFonts w:ascii="Times New Roman" w:eastAsia="Times New Roman" w:hAnsi="Times New Roman" w:cs="Times New Roman"/>
          <w:b/>
          <w:sz w:val="26"/>
          <w:szCs w:val="26"/>
          <w:lang w:val="vi-VN" w:eastAsia="vi-VN"/>
        </w:rPr>
        <w:t xml:space="preserve">Câu 6. </w:t>
      </w:r>
      <w:r w:rsidRPr="00360D38">
        <w:rPr>
          <w:rFonts w:ascii="Times New Roman" w:eastAsia="SimSun" w:hAnsi="Times New Roman" w:cs="Times New Roman"/>
          <w:sz w:val="26"/>
          <w:szCs w:val="26"/>
          <w:lang w:val="fr-FR" w:eastAsia="zh-CN"/>
        </w:rPr>
        <w:t xml:space="preserve">Cho </w:t>
      </w:r>
      <w:r w:rsidRPr="00360D38">
        <w:rPr>
          <w:rFonts w:ascii="Times New Roman" w:eastAsia="SimSun" w:hAnsi="Times New Roman" w:cs="Times New Roman"/>
          <w:position w:val="-4"/>
          <w:sz w:val="26"/>
          <w:szCs w:val="26"/>
          <w:lang w:eastAsia="zh-CN"/>
        </w:rPr>
        <w:object w:dxaOrig="240" w:dyaOrig="270" w14:anchorId="70455D68">
          <v:shape id="_x0000_i1182" type="#_x0000_t75" style="width:11.4pt;height:13.65pt" o:ole="">
            <v:imagedata r:id="rId46" o:title=""/>
          </v:shape>
          <o:OLEObject Type="Embed" ProgID="Equation.DSMT4" ShapeID="_x0000_i1182" DrawAspect="Content" ObjectID="_1806929929" r:id="rId315"/>
        </w:object>
      </w:r>
      <w:r w:rsidRPr="00360D38">
        <w:rPr>
          <w:rFonts w:ascii="Times New Roman" w:eastAsia="SimSun" w:hAnsi="Times New Roman" w:cs="Times New Roman"/>
          <w:sz w:val="26"/>
          <w:szCs w:val="26"/>
          <w:lang w:val="fr-FR" w:eastAsia="zh-CN"/>
        </w:rPr>
        <w:t xml:space="preserve"> và </w:t>
      </w:r>
      <w:r w:rsidRPr="00360D38">
        <w:rPr>
          <w:rFonts w:ascii="Times New Roman" w:eastAsia="SimSun" w:hAnsi="Times New Roman" w:cs="Times New Roman"/>
          <w:position w:val="-4"/>
          <w:sz w:val="26"/>
          <w:szCs w:val="26"/>
          <w:lang w:eastAsia="zh-CN"/>
        </w:rPr>
        <w:object w:dxaOrig="240" w:dyaOrig="315" w14:anchorId="301D6461">
          <v:shape id="_x0000_i1183" type="#_x0000_t75" style="width:11.4pt;height:15.95pt" o:ole="">
            <v:imagedata r:id="rId48" o:title=""/>
          </v:shape>
          <o:OLEObject Type="Embed" ProgID="Equation.DSMT4" ShapeID="_x0000_i1183" DrawAspect="Content" ObjectID="_1806929930" r:id="rId316"/>
        </w:object>
      </w:r>
      <w:r w:rsidRPr="00360D38">
        <w:rPr>
          <w:rFonts w:ascii="Times New Roman" w:eastAsia="SimSun" w:hAnsi="Times New Roman" w:cs="Times New Roman"/>
          <w:sz w:val="26"/>
          <w:szCs w:val="26"/>
          <w:lang w:val="fr-FR" w:eastAsia="zh-CN"/>
        </w:rPr>
        <w:t xml:space="preserve"> là hai biến cố đối nhau. Chọn câu đúng.</w:t>
      </w:r>
    </w:p>
    <w:p w14:paraId="4A209F81" w14:textId="77777777" w:rsidR="007C5B20" w:rsidRPr="00360D38" w:rsidRDefault="007C5B20" w:rsidP="007C5B20">
      <w:pPr>
        <w:tabs>
          <w:tab w:val="left" w:pos="283"/>
          <w:tab w:val="left" w:pos="5386"/>
        </w:tabs>
        <w:spacing w:after="0"/>
        <w:jc w:val="both"/>
        <w:rPr>
          <w:rFonts w:ascii="Times New Roman" w:eastAsia="SimSun" w:hAnsi="Times New Roman" w:cs="Times New Roman"/>
          <w:sz w:val="26"/>
          <w:szCs w:val="26"/>
          <w:lang w:val="vi-VN" w:eastAsia="zh-CN"/>
        </w:rPr>
      </w:pPr>
      <w:r w:rsidRPr="00360D38">
        <w:rPr>
          <w:rFonts w:ascii="Times New Roman" w:eastAsia="Calibri" w:hAnsi="Times New Roman" w:cs="Times New Roman"/>
          <w:sz w:val="26"/>
          <w:szCs w:val="26"/>
          <w:lang w:val="fr-FR"/>
        </w:rPr>
        <w:tab/>
      </w:r>
      <w:r w:rsidRPr="00360D38">
        <w:rPr>
          <w:rFonts w:ascii="Times New Roman" w:eastAsia="Calibri" w:hAnsi="Times New Roman" w:cs="Times New Roman"/>
          <w:b/>
          <w:bCs/>
          <w:sz w:val="26"/>
          <w:szCs w:val="26"/>
          <w:lang w:val="fr-FR"/>
        </w:rPr>
        <w:t>A.</w:t>
      </w:r>
      <w:r w:rsidRPr="00360D38">
        <w:rPr>
          <w:rFonts w:ascii="Times New Roman" w:eastAsia="Calibri" w:hAnsi="Times New Roman" w:cs="Times New Roman"/>
          <w:sz w:val="26"/>
          <w:szCs w:val="26"/>
          <w:lang w:val="fr-FR"/>
        </w:rPr>
        <w:t xml:space="preserve"> </w:t>
      </w:r>
      <w:r w:rsidRPr="00360D38">
        <w:rPr>
          <w:rFonts w:ascii="Times New Roman" w:eastAsia="SimSun" w:hAnsi="Times New Roman" w:cs="Times New Roman"/>
          <w:position w:val="-18"/>
          <w:sz w:val="26"/>
          <w:szCs w:val="26"/>
          <w:lang w:eastAsia="zh-CN"/>
        </w:rPr>
        <w:object w:dxaOrig="1719" w:dyaOrig="480" w14:anchorId="72A0B1FB">
          <v:shape id="_x0000_i1184" type="#_x0000_t75" style="width:85.65pt;height:24.6pt" o:ole="">
            <v:imagedata r:id="rId317" o:title=""/>
          </v:shape>
          <o:OLEObject Type="Embed" ProgID="Equation.DSMT4" ShapeID="_x0000_i1184" DrawAspect="Content" ObjectID="_1806929931" r:id="rId318"/>
        </w:object>
      </w:r>
      <w:r w:rsidRPr="00360D38">
        <w:rPr>
          <w:rFonts w:ascii="Times New Roman" w:eastAsia="Calibri" w:hAnsi="Times New Roman" w:cs="Times New Roman"/>
          <w:sz w:val="26"/>
          <w:szCs w:val="26"/>
          <w:lang w:val="fr-FR"/>
        </w:rPr>
        <w:tab/>
      </w:r>
      <w:r w:rsidRPr="00360D38">
        <w:rPr>
          <w:rFonts w:ascii="Times New Roman" w:eastAsia="Calibri" w:hAnsi="Times New Roman" w:cs="Times New Roman"/>
          <w:b/>
          <w:bCs/>
          <w:sz w:val="26"/>
          <w:szCs w:val="26"/>
          <w:lang w:val="fr-FR"/>
        </w:rPr>
        <w:t>B.</w:t>
      </w:r>
      <w:r w:rsidRPr="00360D38">
        <w:rPr>
          <w:rFonts w:ascii="Times New Roman" w:eastAsia="Calibri" w:hAnsi="Times New Roman" w:cs="Times New Roman"/>
          <w:sz w:val="26"/>
          <w:szCs w:val="26"/>
          <w:lang w:val="fr-FR"/>
        </w:rPr>
        <w:t xml:space="preserve"> </w:t>
      </w:r>
      <w:r w:rsidRPr="00360D38">
        <w:rPr>
          <w:rFonts w:ascii="Times New Roman" w:eastAsia="SimSun" w:hAnsi="Times New Roman" w:cs="Times New Roman"/>
          <w:position w:val="-18"/>
          <w:sz w:val="26"/>
          <w:szCs w:val="26"/>
          <w:lang w:eastAsia="zh-CN"/>
        </w:rPr>
        <w:object w:dxaOrig="1680" w:dyaOrig="480" w14:anchorId="19D8D4BC">
          <v:shape id="_x0000_i1185" type="#_x0000_t75" style="width:82.95pt;height:24.6pt" o:ole="">
            <v:imagedata r:id="rId56" o:title=""/>
          </v:shape>
          <o:OLEObject Type="Embed" ProgID="Equation.DSMT4" ShapeID="_x0000_i1185" DrawAspect="Content" ObjectID="_1806929932" r:id="rId319"/>
        </w:object>
      </w:r>
    </w:p>
    <w:p w14:paraId="6093F3F3" w14:textId="77777777" w:rsidR="007C5B20" w:rsidRPr="00360D38" w:rsidRDefault="007C5B20" w:rsidP="007C5B20">
      <w:pPr>
        <w:tabs>
          <w:tab w:val="left" w:pos="284"/>
          <w:tab w:val="left" w:pos="5387"/>
        </w:tabs>
        <w:spacing w:after="0"/>
        <w:jc w:val="both"/>
        <w:rPr>
          <w:rFonts w:ascii="Times New Roman" w:eastAsia="Calibri" w:hAnsi="Times New Roman" w:cs="Times New Roman"/>
          <w:sz w:val="26"/>
          <w:szCs w:val="26"/>
          <w:lang w:val="fr-FR"/>
        </w:rPr>
      </w:pPr>
      <w:r w:rsidRPr="00360D38">
        <w:rPr>
          <w:rFonts w:ascii="Times New Roman" w:eastAsia="SimSun" w:hAnsi="Times New Roman" w:cs="Times New Roman"/>
          <w:sz w:val="26"/>
          <w:szCs w:val="26"/>
          <w:lang w:val="vi-VN" w:eastAsia="zh-CN"/>
        </w:rPr>
        <w:tab/>
      </w:r>
      <w:r w:rsidRPr="00360D38">
        <w:rPr>
          <w:rFonts w:ascii="Times New Roman" w:eastAsia="Calibri" w:hAnsi="Times New Roman" w:cs="Times New Roman"/>
          <w:b/>
          <w:bCs/>
          <w:sz w:val="26"/>
          <w:szCs w:val="26"/>
          <w:lang w:val="fr-FR"/>
        </w:rPr>
        <w:t>C.</w:t>
      </w:r>
      <w:r w:rsidRPr="00360D38">
        <w:rPr>
          <w:rFonts w:ascii="Times New Roman" w:eastAsia="Calibri" w:hAnsi="Times New Roman" w:cs="Times New Roman"/>
          <w:sz w:val="26"/>
          <w:szCs w:val="26"/>
          <w:lang w:val="fr-FR"/>
        </w:rPr>
        <w:t xml:space="preserve"> </w:t>
      </w:r>
      <w:r w:rsidRPr="00360D38">
        <w:rPr>
          <w:rFonts w:ascii="Times New Roman" w:eastAsia="SimSun" w:hAnsi="Times New Roman" w:cs="Times New Roman"/>
          <w:position w:val="-18"/>
          <w:sz w:val="26"/>
          <w:szCs w:val="26"/>
          <w:lang w:eastAsia="zh-CN"/>
        </w:rPr>
        <w:object w:dxaOrig="1680" w:dyaOrig="480" w14:anchorId="2E65EF2A">
          <v:shape id="_x0000_i1186" type="#_x0000_t75" style="width:82.95pt;height:24.6pt" o:ole="">
            <v:imagedata r:id="rId50" o:title=""/>
          </v:shape>
          <o:OLEObject Type="Embed" ProgID="Equation.DSMT4" ShapeID="_x0000_i1186" DrawAspect="Content" ObjectID="_1806929933" r:id="rId320"/>
        </w:object>
      </w:r>
      <w:r w:rsidRPr="00360D38">
        <w:rPr>
          <w:rFonts w:ascii="Times New Roman" w:eastAsia="Calibri" w:hAnsi="Times New Roman" w:cs="Times New Roman"/>
          <w:sz w:val="26"/>
          <w:szCs w:val="26"/>
          <w:lang w:val="fr-FR"/>
        </w:rPr>
        <w:tab/>
      </w:r>
      <w:r w:rsidRPr="00360D38">
        <w:rPr>
          <w:rFonts w:ascii="Times New Roman" w:eastAsia="Calibri" w:hAnsi="Times New Roman" w:cs="Times New Roman"/>
          <w:b/>
          <w:bCs/>
          <w:sz w:val="26"/>
          <w:szCs w:val="26"/>
          <w:lang w:val="fr-FR"/>
        </w:rPr>
        <w:t>D.</w:t>
      </w:r>
      <w:r w:rsidRPr="00360D38">
        <w:rPr>
          <w:rFonts w:ascii="Times New Roman" w:eastAsia="Calibri" w:hAnsi="Times New Roman" w:cs="Times New Roman"/>
          <w:sz w:val="26"/>
          <w:szCs w:val="26"/>
          <w:lang w:val="fr-FR"/>
        </w:rPr>
        <w:t xml:space="preserve"> </w:t>
      </w:r>
      <w:r w:rsidRPr="00360D38">
        <w:rPr>
          <w:rFonts w:ascii="Times New Roman" w:eastAsia="SimSun" w:hAnsi="Times New Roman" w:cs="Times New Roman"/>
          <w:position w:val="-18"/>
          <w:sz w:val="26"/>
          <w:szCs w:val="26"/>
          <w:lang w:eastAsia="zh-CN"/>
        </w:rPr>
        <w:object w:dxaOrig="1380" w:dyaOrig="480" w14:anchorId="1794E0F2">
          <v:shape id="_x0000_i1187" type="#_x0000_t75" style="width:67.9pt;height:24.6pt" o:ole="">
            <v:imagedata r:id="rId52" o:title=""/>
          </v:shape>
          <o:OLEObject Type="Embed" ProgID="Equation.DSMT4" ShapeID="_x0000_i1187" DrawAspect="Content" ObjectID="_1806929934" r:id="rId321"/>
        </w:object>
      </w:r>
    </w:p>
    <w:p w14:paraId="2702942F" w14:textId="77777777" w:rsidR="007C5B20" w:rsidRPr="00360D38" w:rsidRDefault="007C5B20" w:rsidP="007C5B20">
      <w:pPr>
        <w:spacing w:before="120" w:after="0"/>
        <w:jc w:val="both"/>
        <w:rPr>
          <w:rFonts w:ascii="Times New Roman" w:eastAsia="Calibri" w:hAnsi="Times New Roman" w:cs="Times New Roman"/>
          <w:b/>
          <w:sz w:val="26"/>
          <w:szCs w:val="26"/>
          <w:lang w:val="vi-VN"/>
        </w:rPr>
      </w:pPr>
      <w:r w:rsidRPr="00360D38">
        <w:rPr>
          <w:rFonts w:ascii="Times New Roman" w:eastAsia="Times New Roman" w:hAnsi="Times New Roman" w:cs="Times New Roman"/>
          <w:b/>
          <w:sz w:val="26"/>
          <w:szCs w:val="26"/>
          <w:lang w:val="vi-VN" w:eastAsia="vi-VN"/>
        </w:rPr>
        <w:t xml:space="preserve">Câu </w:t>
      </w:r>
      <w:r w:rsidRPr="00360D38">
        <w:rPr>
          <w:rFonts w:ascii="Times New Roman" w:eastAsia="Times New Roman" w:hAnsi="Times New Roman" w:cs="Times New Roman"/>
          <w:b/>
          <w:sz w:val="26"/>
          <w:szCs w:val="26"/>
          <w:lang w:val="fr-FR" w:eastAsia="vi-VN"/>
        </w:rPr>
        <w:t>7</w:t>
      </w:r>
      <w:r w:rsidRPr="00360D38">
        <w:rPr>
          <w:rFonts w:ascii="Times New Roman" w:eastAsia="Times New Roman" w:hAnsi="Times New Roman" w:cs="Times New Roman"/>
          <w:b/>
          <w:sz w:val="26"/>
          <w:szCs w:val="26"/>
          <w:lang w:val="vi-VN" w:eastAsia="vi-VN"/>
        </w:rPr>
        <w:t xml:space="preserve">. </w:t>
      </w:r>
      <w:r w:rsidRPr="00360D38">
        <w:rPr>
          <w:rFonts w:ascii="Times New Roman" w:eastAsia="Calibri" w:hAnsi="Times New Roman" w:cs="Times New Roman"/>
          <w:sz w:val="26"/>
          <w:szCs w:val="26"/>
          <w:lang w:val="vi-VN"/>
        </w:rPr>
        <w:t xml:space="preserve">Tâm và bán kính của đường tròn </w:t>
      </w:r>
      <w:r w:rsidRPr="00360D38">
        <w:rPr>
          <w:rFonts w:ascii="Times New Roman" w:hAnsi="Times New Roman" w:cs="Times New Roman"/>
          <w:position w:val="-14"/>
          <w:sz w:val="26"/>
          <w:szCs w:val="26"/>
        </w:rPr>
        <w:object w:dxaOrig="2740" w:dyaOrig="440" w14:anchorId="458670B7">
          <v:shape id="_x0000_i1188" type="#_x0000_t75" style="width:137.6pt;height:21.85pt" o:ole="">
            <v:imagedata r:id="rId322" o:title=""/>
          </v:shape>
          <o:OLEObject Type="Embed" ProgID="Equation.DSMT4" ShapeID="_x0000_i1188" DrawAspect="Content" ObjectID="_1806929935" r:id="rId323"/>
        </w:object>
      </w:r>
    </w:p>
    <w:p w14:paraId="28FB9FEC" w14:textId="77777777" w:rsidR="007C5B20" w:rsidRPr="00360D38" w:rsidRDefault="007C5B20" w:rsidP="007C5B20">
      <w:pPr>
        <w:tabs>
          <w:tab w:val="left" w:pos="283"/>
          <w:tab w:val="left" w:pos="2835"/>
          <w:tab w:val="left" w:pos="5386"/>
          <w:tab w:val="left" w:pos="7937"/>
        </w:tabs>
        <w:spacing w:after="0"/>
        <w:ind w:left="283"/>
        <w:contextualSpacing/>
        <w:jc w:val="both"/>
        <w:rPr>
          <w:rFonts w:ascii="Times New Roman" w:eastAsia="Calibri" w:hAnsi="Times New Roman" w:cs="Times New Roman"/>
          <w:b/>
          <w:sz w:val="26"/>
          <w:szCs w:val="26"/>
          <w:lang w:val="vi-VN"/>
        </w:rPr>
      </w:pPr>
      <w:r w:rsidRPr="00360D38">
        <w:rPr>
          <w:rFonts w:ascii="Times New Roman" w:eastAsia="Calibri" w:hAnsi="Times New Roman" w:cs="Times New Roman"/>
          <w:b/>
          <w:sz w:val="26"/>
          <w:szCs w:val="26"/>
          <w:lang w:val="vi-VN"/>
        </w:rPr>
        <w:t xml:space="preserve">A. </w:t>
      </w:r>
      <w:r w:rsidRPr="00360D38">
        <w:rPr>
          <w:rFonts w:ascii="Times New Roman" w:eastAsia="Calibri" w:hAnsi="Times New Roman" w:cs="Times New Roman"/>
          <w:sz w:val="26"/>
          <w:szCs w:val="26"/>
          <w:lang w:val="vi-VN"/>
        </w:rPr>
        <w:t xml:space="preserve">Tâm </w:t>
      </w:r>
      <w:r w:rsidRPr="00360D38">
        <w:rPr>
          <w:rFonts w:ascii="Times New Roman" w:eastAsia="Calibri" w:hAnsi="Times New Roman" w:cs="Times New Roman"/>
          <w:position w:val="-14"/>
          <w:sz w:val="26"/>
          <w:szCs w:val="26"/>
        </w:rPr>
        <w:object w:dxaOrig="954" w:dyaOrig="393" w14:anchorId="519EFD49">
          <v:shape id="_x0000_i1189" type="#_x0000_t75" style="width:47.85pt;height:19.6pt" o:ole="">
            <v:imagedata r:id="rId324" o:title=""/>
          </v:shape>
          <o:OLEObject Type="Embed" ProgID="Equation.DSMT4" ShapeID="_x0000_i1189" DrawAspect="Content" ObjectID="_1806929936" r:id="rId325"/>
        </w:object>
      </w:r>
      <w:r w:rsidRPr="00360D38">
        <w:rPr>
          <w:rFonts w:ascii="Times New Roman" w:eastAsia="Calibri" w:hAnsi="Times New Roman" w:cs="Times New Roman"/>
          <w:sz w:val="26"/>
          <w:szCs w:val="26"/>
          <w:lang w:val="vi-VN"/>
        </w:rPr>
        <w:t xml:space="preserve"> bán kính </w:t>
      </w:r>
      <w:r w:rsidRPr="00360D38">
        <w:rPr>
          <w:rFonts w:ascii="Times New Roman" w:eastAsia="Calibri" w:hAnsi="Times New Roman" w:cs="Times New Roman"/>
          <w:position w:val="-6"/>
          <w:sz w:val="26"/>
          <w:szCs w:val="26"/>
        </w:rPr>
        <w:object w:dxaOrig="580" w:dyaOrig="281" w14:anchorId="5B67CD6F">
          <v:shape id="_x0000_i1190" type="#_x0000_t75" style="width:29.6pt;height:14.15pt" o:ole="">
            <v:imagedata r:id="rId326" o:title=""/>
          </v:shape>
          <o:OLEObject Type="Embed" ProgID="Equation.DSMT4" ShapeID="_x0000_i1190" DrawAspect="Content" ObjectID="_1806929937" r:id="rId327"/>
        </w:objec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b/>
          <w:sz w:val="26"/>
          <w:szCs w:val="26"/>
          <w:lang w:val="vi-VN"/>
        </w:rPr>
        <w:t xml:space="preserve">B. </w:t>
      </w:r>
      <w:r w:rsidRPr="00360D38">
        <w:rPr>
          <w:rFonts w:ascii="Times New Roman" w:eastAsia="Calibri" w:hAnsi="Times New Roman" w:cs="Times New Roman"/>
          <w:sz w:val="26"/>
          <w:szCs w:val="26"/>
          <w:lang w:val="vi-VN"/>
        </w:rPr>
        <w:t xml:space="preserve">Tâm </w:t>
      </w:r>
      <w:r w:rsidRPr="00360D38">
        <w:rPr>
          <w:rFonts w:ascii="Times New Roman" w:eastAsia="Calibri" w:hAnsi="Times New Roman" w:cs="Times New Roman"/>
          <w:position w:val="-14"/>
          <w:sz w:val="26"/>
          <w:szCs w:val="26"/>
        </w:rPr>
        <w:object w:dxaOrig="954" w:dyaOrig="393" w14:anchorId="3840F517">
          <v:shape id="_x0000_i1191" type="#_x0000_t75" style="width:47.85pt;height:19.6pt" o:ole="">
            <v:imagedata r:id="rId324" o:title=""/>
          </v:shape>
          <o:OLEObject Type="Embed" ProgID="Equation.DSMT4" ShapeID="_x0000_i1191" DrawAspect="Content" ObjectID="_1806929938" r:id="rId328"/>
        </w:object>
      </w:r>
      <w:r w:rsidRPr="00360D38">
        <w:rPr>
          <w:rFonts w:ascii="Times New Roman" w:eastAsia="Calibri" w:hAnsi="Times New Roman" w:cs="Times New Roman"/>
          <w:sz w:val="26"/>
          <w:szCs w:val="26"/>
          <w:lang w:val="vi-VN"/>
        </w:rPr>
        <w:t xml:space="preserve"> bán kính </w:t>
      </w:r>
      <w:r w:rsidRPr="00360D38">
        <w:rPr>
          <w:rFonts w:ascii="Times New Roman" w:eastAsia="Calibri" w:hAnsi="Times New Roman" w:cs="Times New Roman"/>
          <w:position w:val="-6"/>
          <w:sz w:val="26"/>
          <w:szCs w:val="26"/>
        </w:rPr>
        <w:object w:dxaOrig="580" w:dyaOrig="281" w14:anchorId="2F073E0F">
          <v:shape id="_x0000_i1192" type="#_x0000_t75" style="width:29.6pt;height:14.15pt" o:ole="">
            <v:imagedata r:id="rId329" o:title=""/>
          </v:shape>
          <o:OLEObject Type="Embed" ProgID="Equation.DSMT4" ShapeID="_x0000_i1192" DrawAspect="Content" ObjectID="_1806929939" r:id="rId330"/>
        </w:object>
      </w:r>
      <w:r w:rsidRPr="00360D38">
        <w:rPr>
          <w:rFonts w:ascii="Times New Roman" w:eastAsia="Calibri" w:hAnsi="Times New Roman" w:cs="Times New Roman"/>
          <w:sz w:val="26"/>
          <w:szCs w:val="26"/>
          <w:lang w:val="vi-VN"/>
        </w:rPr>
        <w:t>.</w:t>
      </w:r>
    </w:p>
    <w:p w14:paraId="5832FA33" w14:textId="77777777" w:rsidR="007C5B20" w:rsidRPr="00360D38" w:rsidRDefault="007C5B20" w:rsidP="007C5B20">
      <w:pPr>
        <w:tabs>
          <w:tab w:val="left" w:pos="283"/>
          <w:tab w:val="left" w:pos="2835"/>
          <w:tab w:val="left" w:pos="5386"/>
          <w:tab w:val="left" w:pos="7937"/>
        </w:tabs>
        <w:spacing w:after="0"/>
        <w:ind w:left="283"/>
        <w:contextualSpacing/>
        <w:jc w:val="both"/>
        <w:rPr>
          <w:rFonts w:ascii="Times New Roman" w:eastAsia="Calibri" w:hAnsi="Times New Roman" w:cs="Times New Roman"/>
          <w:b/>
          <w:sz w:val="26"/>
          <w:szCs w:val="26"/>
          <w:lang w:val="vi-VN"/>
        </w:rPr>
      </w:pPr>
      <w:r w:rsidRPr="00360D38">
        <w:rPr>
          <w:rFonts w:ascii="Times New Roman" w:eastAsia="Calibri" w:hAnsi="Times New Roman" w:cs="Times New Roman"/>
          <w:b/>
          <w:sz w:val="26"/>
          <w:szCs w:val="26"/>
          <w:lang w:val="vi-VN"/>
        </w:rPr>
        <w:t xml:space="preserve">C. </w:t>
      </w:r>
      <w:r w:rsidRPr="00360D38">
        <w:rPr>
          <w:rFonts w:ascii="Times New Roman" w:eastAsia="Calibri" w:hAnsi="Times New Roman" w:cs="Times New Roman"/>
          <w:sz w:val="26"/>
          <w:szCs w:val="26"/>
          <w:lang w:val="vi-VN"/>
        </w:rPr>
        <w:t xml:space="preserve">Tâm </w:t>
      </w:r>
      <w:r w:rsidRPr="00360D38">
        <w:rPr>
          <w:rFonts w:ascii="Times New Roman" w:eastAsia="Calibri" w:hAnsi="Times New Roman" w:cs="Times New Roman"/>
          <w:position w:val="-14"/>
          <w:sz w:val="26"/>
          <w:szCs w:val="26"/>
        </w:rPr>
        <w:object w:dxaOrig="916" w:dyaOrig="393" w14:anchorId="43E4A2F6">
          <v:shape id="_x0000_i1193" type="#_x0000_t75" style="width:46.05pt;height:19.6pt" o:ole="">
            <v:imagedata r:id="rId331" o:title=""/>
          </v:shape>
          <o:OLEObject Type="Embed" ProgID="Equation.DSMT4" ShapeID="_x0000_i1193" DrawAspect="Content" ObjectID="_1806929940" r:id="rId332"/>
        </w:object>
      </w:r>
      <w:r w:rsidRPr="00360D38">
        <w:rPr>
          <w:rFonts w:ascii="Times New Roman" w:eastAsia="Calibri" w:hAnsi="Times New Roman" w:cs="Times New Roman"/>
          <w:sz w:val="26"/>
          <w:szCs w:val="26"/>
          <w:lang w:val="vi-VN"/>
        </w:rPr>
        <w:t xml:space="preserve">bán kính </w:t>
      </w:r>
      <w:r w:rsidRPr="00360D38">
        <w:rPr>
          <w:rFonts w:ascii="Times New Roman" w:eastAsia="Calibri" w:hAnsi="Times New Roman" w:cs="Times New Roman"/>
          <w:position w:val="-6"/>
          <w:sz w:val="26"/>
          <w:szCs w:val="26"/>
        </w:rPr>
        <w:object w:dxaOrig="580" w:dyaOrig="281" w14:anchorId="354C8538">
          <v:shape id="_x0000_i1194" type="#_x0000_t75" style="width:29.6pt;height:14.15pt" o:ole="">
            <v:imagedata r:id="rId326" o:title=""/>
          </v:shape>
          <o:OLEObject Type="Embed" ProgID="Equation.DSMT4" ShapeID="_x0000_i1194" DrawAspect="Content" ObjectID="_1806929941" r:id="rId333"/>
        </w:objec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b/>
          <w:sz w:val="26"/>
          <w:szCs w:val="26"/>
          <w:lang w:val="vi-VN"/>
        </w:rPr>
        <w:t xml:space="preserve">D. </w:t>
      </w:r>
      <w:r w:rsidRPr="00360D38">
        <w:rPr>
          <w:rFonts w:ascii="Times New Roman" w:eastAsia="Calibri" w:hAnsi="Times New Roman" w:cs="Times New Roman"/>
          <w:sz w:val="26"/>
          <w:szCs w:val="26"/>
          <w:lang w:val="vi-VN"/>
        </w:rPr>
        <w:t xml:space="preserve">Tâm </w:t>
      </w:r>
      <w:r w:rsidRPr="00360D38">
        <w:rPr>
          <w:rFonts w:ascii="Times New Roman" w:eastAsia="Calibri" w:hAnsi="Times New Roman" w:cs="Times New Roman"/>
          <w:position w:val="-14"/>
          <w:sz w:val="26"/>
          <w:szCs w:val="26"/>
        </w:rPr>
        <w:object w:dxaOrig="916" w:dyaOrig="393" w14:anchorId="539F849E">
          <v:shape id="_x0000_i1195" type="#_x0000_t75" style="width:46.05pt;height:19.6pt" o:ole="">
            <v:imagedata r:id="rId334" o:title=""/>
          </v:shape>
          <o:OLEObject Type="Embed" ProgID="Equation.DSMT4" ShapeID="_x0000_i1195" DrawAspect="Content" ObjectID="_1806929942" r:id="rId335"/>
        </w:object>
      </w:r>
      <w:r w:rsidRPr="00360D38">
        <w:rPr>
          <w:rFonts w:ascii="Times New Roman" w:eastAsia="Calibri" w:hAnsi="Times New Roman" w:cs="Times New Roman"/>
          <w:sz w:val="26"/>
          <w:szCs w:val="26"/>
          <w:lang w:val="vi-VN"/>
        </w:rPr>
        <w:t xml:space="preserve">bán kính </w:t>
      </w:r>
      <w:r w:rsidRPr="00360D38">
        <w:rPr>
          <w:rFonts w:ascii="Times New Roman" w:eastAsia="Calibri" w:hAnsi="Times New Roman" w:cs="Times New Roman"/>
          <w:position w:val="-6"/>
          <w:sz w:val="26"/>
          <w:szCs w:val="26"/>
        </w:rPr>
        <w:object w:dxaOrig="580" w:dyaOrig="281" w14:anchorId="29AF81FC">
          <v:shape id="_x0000_i1196" type="#_x0000_t75" style="width:29.6pt;height:14.15pt" o:ole="">
            <v:imagedata r:id="rId336" o:title=""/>
          </v:shape>
          <o:OLEObject Type="Embed" ProgID="Equation.DSMT4" ShapeID="_x0000_i1196" DrawAspect="Content" ObjectID="_1806929943" r:id="rId337"/>
        </w:object>
      </w:r>
      <w:r w:rsidRPr="00360D38">
        <w:rPr>
          <w:rFonts w:ascii="Times New Roman" w:eastAsia="Calibri" w:hAnsi="Times New Roman" w:cs="Times New Roman"/>
          <w:sz w:val="26"/>
          <w:szCs w:val="26"/>
          <w:lang w:val="vi-VN"/>
        </w:rPr>
        <w:t>.</w:t>
      </w:r>
    </w:p>
    <w:p w14:paraId="36B54BB9" w14:textId="77777777" w:rsidR="007C5B20" w:rsidRPr="00360D38" w:rsidRDefault="007C5B20" w:rsidP="007C5B20">
      <w:pPr>
        <w:tabs>
          <w:tab w:val="left" w:pos="284"/>
          <w:tab w:val="left" w:pos="3119"/>
          <w:tab w:val="left" w:pos="5670"/>
          <w:tab w:val="left" w:pos="7938"/>
        </w:tabs>
        <w:rPr>
          <w:rFonts w:ascii="Times New Roman" w:eastAsia="Times New Roman" w:hAnsi="Times New Roman" w:cs="Times New Roman"/>
          <w:b/>
          <w:sz w:val="26"/>
          <w:szCs w:val="26"/>
          <w:lang w:val="vi-VN"/>
        </w:rPr>
      </w:pPr>
      <w:r w:rsidRPr="00360D38">
        <w:rPr>
          <w:rFonts w:ascii="Times New Roman" w:eastAsia="Calibri" w:hAnsi="Times New Roman" w:cs="Times New Roman"/>
          <w:b/>
          <w:sz w:val="26"/>
          <w:szCs w:val="26"/>
          <w:lang w:val="vi-VN"/>
        </w:rPr>
        <w:t>Câu 8.</w:t>
      </w:r>
      <w:r w:rsidRPr="00360D38">
        <w:rPr>
          <w:rFonts w:ascii="Times New Roman" w:eastAsia="Calibri" w:hAnsi="Times New Roman" w:cs="Times New Roman"/>
          <w:sz w:val="26"/>
          <w:szCs w:val="26"/>
          <w:lang w:val="vi-VN"/>
        </w:rPr>
        <w:t xml:space="preserve"> Phương trình tham số của </w:t>
      </w:r>
      <w:r w:rsidRPr="00360D38">
        <w:rPr>
          <w:rFonts w:ascii="Times New Roman" w:eastAsia="Calibri" w:hAnsi="Times New Roman" w:cs="Times New Roman"/>
          <w:position w:val="-4"/>
          <w:sz w:val="26"/>
          <w:szCs w:val="26"/>
          <w:lang w:val="vi-VN"/>
        </w:rPr>
        <w:object w:dxaOrig="220" w:dyaOrig="260" w14:anchorId="4D1A5931">
          <v:shape id="_x0000_i1197" type="#_x0000_t75" style="width:11.85pt;height:13.65pt" o:ole="">
            <v:imagedata r:id="rId70" o:title=""/>
          </v:shape>
          <o:OLEObject Type="Embed" ProgID="Equation.DSMT4" ShapeID="_x0000_i1197" DrawAspect="Content" ObjectID="_1806929944" r:id="rId338"/>
        </w:object>
      </w:r>
      <w:r w:rsidRPr="00360D38">
        <w:rPr>
          <w:rFonts w:ascii="Times New Roman" w:eastAsia="Calibri" w:hAnsi="Times New Roman" w:cs="Times New Roman"/>
          <w:sz w:val="26"/>
          <w:szCs w:val="26"/>
          <w:lang w:val="vi-VN"/>
        </w:rPr>
        <w:t xml:space="preserve"> có dạng </w:t>
      </w:r>
      <w:r w:rsidRPr="00360D38">
        <w:rPr>
          <w:rFonts w:ascii="Times New Roman" w:hAnsi="Times New Roman" w:cs="Times New Roman"/>
          <w:position w:val="-34"/>
          <w:sz w:val="26"/>
          <w:szCs w:val="26"/>
        </w:rPr>
        <w:object w:dxaOrig="2299" w:dyaOrig="800" w14:anchorId="06DC92EF">
          <v:shape id="_x0000_i1198" type="#_x0000_t75" style="width:106.2pt;height:39.2pt" o:ole="">
            <v:imagedata r:id="rId339" o:title=""/>
          </v:shape>
          <o:OLEObject Type="Embed" ProgID="Equation.DSMT4" ShapeID="_x0000_i1198" DrawAspect="Content" ObjectID="_1806929945" r:id="rId340"/>
        </w:object>
      </w:r>
      <w:r w:rsidRPr="00360D38">
        <w:rPr>
          <w:rFonts w:ascii="Times New Roman" w:eastAsia="Calibri" w:hAnsi="Times New Roman" w:cs="Times New Roman"/>
          <w:sz w:val="26"/>
          <w:szCs w:val="26"/>
          <w:lang w:val="vi-VN"/>
        </w:rPr>
        <w:t xml:space="preserve">. Véc tơ chỉ phương của </w:t>
      </w:r>
      <w:r w:rsidRPr="00360D38">
        <w:rPr>
          <w:rFonts w:ascii="Times New Roman" w:eastAsia="Calibri" w:hAnsi="Times New Roman" w:cs="Times New Roman"/>
          <w:position w:val="-4"/>
          <w:sz w:val="26"/>
          <w:szCs w:val="26"/>
          <w:lang w:val="vi-VN"/>
        </w:rPr>
        <w:object w:dxaOrig="220" w:dyaOrig="260" w14:anchorId="56FD7E0A">
          <v:shape id="_x0000_i1199" type="#_x0000_t75" style="width:11.85pt;height:13.65pt" o:ole="">
            <v:imagedata r:id="rId70" o:title=""/>
          </v:shape>
          <o:OLEObject Type="Embed" ProgID="Equation.DSMT4" ShapeID="_x0000_i1199" DrawAspect="Content" ObjectID="_1806929946" r:id="rId341"/>
        </w:object>
      </w:r>
      <w:r w:rsidRPr="00360D38">
        <w:rPr>
          <w:rFonts w:ascii="Times New Roman" w:eastAsia="Calibri" w:hAnsi="Times New Roman" w:cs="Times New Roman"/>
          <w:sz w:val="26"/>
          <w:szCs w:val="26"/>
          <w:lang w:val="vi-VN"/>
        </w:rPr>
        <w:t xml:space="preserve"> là</w:t>
      </w:r>
      <w:r w:rsidRPr="00360D38">
        <w:rPr>
          <w:rFonts w:ascii="Times New Roman" w:eastAsia="Times New Roman" w:hAnsi="Times New Roman" w:cs="Times New Roman"/>
          <w:b/>
          <w:sz w:val="26"/>
          <w:szCs w:val="26"/>
          <w:lang w:val="vi-VN"/>
        </w:rPr>
        <w:t xml:space="preserve"> </w:t>
      </w:r>
    </w:p>
    <w:p w14:paraId="6426BFD6" w14:textId="77777777" w:rsidR="007C5B20" w:rsidRPr="00360D38" w:rsidRDefault="007C5B20" w:rsidP="007C5B20">
      <w:pPr>
        <w:shd w:val="clear" w:color="auto" w:fill="FFFFFF"/>
        <w:tabs>
          <w:tab w:val="left" w:pos="5670"/>
        </w:tabs>
        <w:spacing w:after="0" w:line="240" w:lineRule="auto"/>
        <w:ind w:right="380"/>
        <w:rPr>
          <w:rFonts w:ascii="Times New Roman" w:eastAsia="Times New Roman" w:hAnsi="Times New Roman" w:cs="Times New Roman"/>
          <w:b/>
          <w:sz w:val="26"/>
          <w:szCs w:val="26"/>
          <w:lang w:val="vi-VN"/>
        </w:rPr>
      </w:pPr>
      <w:r w:rsidRPr="00360D38">
        <w:rPr>
          <w:rFonts w:ascii="Times New Roman" w:eastAsia="Times New Roman" w:hAnsi="Times New Roman" w:cs="Times New Roman"/>
          <w:b/>
          <w:sz w:val="26"/>
          <w:szCs w:val="26"/>
          <w:lang w:val="vi-VN"/>
        </w:rPr>
        <w:t xml:space="preserve">     A. </w:t>
      </w:r>
      <w:r w:rsidRPr="00360D38">
        <w:rPr>
          <w:rFonts w:ascii="Times New Roman" w:eastAsia="Times New Roman" w:hAnsi="Times New Roman" w:cs="Times New Roman"/>
          <w:b/>
          <w:position w:val="-14"/>
          <w:sz w:val="26"/>
          <w:szCs w:val="26"/>
        </w:rPr>
        <w:object w:dxaOrig="900" w:dyaOrig="420" w14:anchorId="55D92DB5">
          <v:shape id="_x0000_i1200" type="#_x0000_t75" style="width:45.1pt;height:21.85pt" o:ole="">
            <v:imagedata r:id="rId342" o:title=""/>
          </v:shape>
          <o:OLEObject Type="Embed" ProgID="Equation.DSMT4" ShapeID="_x0000_i1200" DrawAspect="Content" ObjectID="_1806929947" r:id="rId343"/>
        </w:object>
      </w:r>
      <w:r w:rsidRPr="00360D38">
        <w:rPr>
          <w:rFonts w:ascii="Times New Roman" w:eastAsia="Times New Roman" w:hAnsi="Times New Roman" w:cs="Times New Roman"/>
          <w:b/>
          <w:sz w:val="26"/>
          <w:szCs w:val="26"/>
          <w:lang w:val="vi-VN"/>
        </w:rPr>
        <w:tab/>
        <w:t xml:space="preserve">B. </w:t>
      </w:r>
      <w:r w:rsidRPr="00360D38">
        <w:rPr>
          <w:rFonts w:ascii="Times New Roman" w:eastAsia="Times New Roman" w:hAnsi="Times New Roman" w:cs="Times New Roman"/>
          <w:b/>
          <w:position w:val="-18"/>
          <w:sz w:val="26"/>
          <w:szCs w:val="26"/>
        </w:rPr>
        <w:object w:dxaOrig="1200" w:dyaOrig="480" w14:anchorId="07BB5E10">
          <v:shape id="_x0000_i1201" type="#_x0000_t75" style="width:61.05pt;height:24.6pt" o:ole="">
            <v:imagedata r:id="rId344" o:title=""/>
          </v:shape>
          <o:OLEObject Type="Embed" ProgID="Equation.DSMT4" ShapeID="_x0000_i1201" DrawAspect="Content" ObjectID="_1806929948" r:id="rId345"/>
        </w:object>
      </w:r>
    </w:p>
    <w:p w14:paraId="3D9A6775" w14:textId="77777777" w:rsidR="007C5B20" w:rsidRPr="00360D38" w:rsidRDefault="007C5B20" w:rsidP="007C5B20">
      <w:pPr>
        <w:tabs>
          <w:tab w:val="left" w:pos="992"/>
          <w:tab w:val="left" w:pos="5670"/>
        </w:tabs>
        <w:spacing w:before="120" w:after="0"/>
        <w:ind w:firstLine="284"/>
        <w:jc w:val="both"/>
        <w:rPr>
          <w:rFonts w:ascii="Times New Roman" w:eastAsia="Times New Roman" w:hAnsi="Times New Roman" w:cs="Times New Roman"/>
          <w:b/>
          <w:sz w:val="26"/>
          <w:szCs w:val="26"/>
          <w:lang w:val="vi-VN"/>
        </w:rPr>
      </w:pPr>
      <w:r w:rsidRPr="00360D38">
        <w:rPr>
          <w:rFonts w:ascii="Times New Roman" w:eastAsia="Times New Roman" w:hAnsi="Times New Roman" w:cs="Times New Roman"/>
          <w:b/>
          <w:sz w:val="26"/>
          <w:szCs w:val="26"/>
          <w:lang w:val="vi-VN"/>
        </w:rPr>
        <w:t xml:space="preserve">C. </w:t>
      </w:r>
      <w:r w:rsidRPr="00360D38">
        <w:rPr>
          <w:rFonts w:ascii="Times New Roman" w:eastAsia="Times New Roman" w:hAnsi="Times New Roman" w:cs="Times New Roman"/>
          <w:b/>
          <w:position w:val="-14"/>
          <w:sz w:val="26"/>
          <w:szCs w:val="26"/>
        </w:rPr>
        <w:object w:dxaOrig="1200" w:dyaOrig="420" w14:anchorId="3A142F1B">
          <v:shape id="_x0000_i1202" type="#_x0000_t75" style="width:60.15pt;height:21.85pt" o:ole="">
            <v:imagedata r:id="rId346" o:title=""/>
          </v:shape>
          <o:OLEObject Type="Embed" ProgID="Equation.DSMT4" ShapeID="_x0000_i1202" DrawAspect="Content" ObjectID="_1806929949" r:id="rId347"/>
        </w:object>
      </w:r>
      <w:r w:rsidRPr="00360D38">
        <w:rPr>
          <w:rFonts w:ascii="Times New Roman" w:eastAsia="Times New Roman" w:hAnsi="Times New Roman" w:cs="Times New Roman"/>
          <w:b/>
          <w:sz w:val="26"/>
          <w:szCs w:val="26"/>
          <w:lang w:val="vi-VN"/>
        </w:rPr>
        <w:tab/>
        <w:t xml:space="preserve">D. </w:t>
      </w:r>
      <w:r w:rsidRPr="00360D38">
        <w:rPr>
          <w:rFonts w:ascii="Times New Roman" w:eastAsia="Times New Roman" w:hAnsi="Times New Roman" w:cs="Times New Roman"/>
          <w:b/>
          <w:position w:val="-18"/>
          <w:sz w:val="26"/>
          <w:szCs w:val="26"/>
        </w:rPr>
        <w:object w:dxaOrig="1219" w:dyaOrig="480" w14:anchorId="335FE77D">
          <v:shape id="_x0000_i1203" type="#_x0000_t75" style="width:61.5pt;height:24.6pt" o:ole="">
            <v:imagedata r:id="rId348" o:title=""/>
          </v:shape>
          <o:OLEObject Type="Embed" ProgID="Equation.DSMT4" ShapeID="_x0000_i1203" DrawAspect="Content" ObjectID="_1806929950" r:id="rId349"/>
        </w:object>
      </w:r>
    </w:p>
    <w:p w14:paraId="677FD0DD" w14:textId="77777777" w:rsidR="007C5B20" w:rsidRPr="00360D38" w:rsidRDefault="007C5B20" w:rsidP="007C5B20">
      <w:pPr>
        <w:tabs>
          <w:tab w:val="left" w:pos="3402"/>
          <w:tab w:val="left" w:pos="5669"/>
          <w:tab w:val="left" w:pos="7937"/>
        </w:tabs>
        <w:spacing w:after="0"/>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Câu 9.</w:t>
      </w:r>
      <w:r w:rsidRPr="00360D38">
        <w:rPr>
          <w:rFonts w:ascii="Times New Roman" w:eastAsia="Calibri" w:hAnsi="Times New Roman" w:cs="Times New Roman"/>
          <w:sz w:val="26"/>
          <w:szCs w:val="26"/>
          <w:lang w:val="vi-VN"/>
        </w:rPr>
        <w:t xml:space="preserve"> Xét vị trí tương đối của hai đường thẳng: </w:t>
      </w:r>
      <w:r w:rsidRPr="00360D38">
        <w:rPr>
          <w:rFonts w:ascii="Times New Roman" w:eastAsia="Calibri" w:hAnsi="Times New Roman" w:cs="Times New Roman"/>
          <w:spacing w:val="-6"/>
          <w:position w:val="-12"/>
          <w:sz w:val="26"/>
          <w:szCs w:val="26"/>
          <w:lang w:val="vi-VN"/>
        </w:rPr>
        <w:object w:dxaOrig="3660" w:dyaOrig="360" w14:anchorId="01408799">
          <v:shape id="_x0000_i1204" type="#_x0000_t75" style="width:191.85pt;height:18.25pt" o:ole="">
            <v:imagedata r:id="rId350" o:title=""/>
          </v:shape>
          <o:OLEObject Type="Embed" ProgID="Equation.DSMT4" ShapeID="_x0000_i1204" DrawAspect="Content" ObjectID="_1806929951" r:id="rId351"/>
        </w:object>
      </w:r>
      <w:r w:rsidRPr="00360D38">
        <w:rPr>
          <w:rFonts w:ascii="Times New Roman" w:eastAsia="Calibri" w:hAnsi="Times New Roman" w:cs="Times New Roman"/>
          <w:spacing w:val="-6"/>
          <w:sz w:val="26"/>
          <w:szCs w:val="26"/>
          <w:lang w:val="vi-VN"/>
        </w:rPr>
        <w:t xml:space="preserve"> </w:t>
      </w:r>
    </w:p>
    <w:p w14:paraId="2D7C9490" w14:textId="77777777" w:rsidR="007C5B20" w:rsidRPr="00360D38" w:rsidRDefault="007C5B20" w:rsidP="007C5B20">
      <w:pPr>
        <w:tabs>
          <w:tab w:val="left" w:pos="284"/>
          <w:tab w:val="left" w:pos="5387"/>
        </w:tabs>
        <w:spacing w:after="0"/>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ab/>
        <w:t>A.</w:t>
      </w:r>
      <w:r w:rsidRPr="00360D38">
        <w:rPr>
          <w:rFonts w:ascii="Times New Roman" w:eastAsia="Calibri" w:hAnsi="Times New Roman" w:cs="Times New Roman"/>
          <w:sz w:val="26"/>
          <w:szCs w:val="26"/>
          <w:lang w:val="vi-VN"/>
        </w:rPr>
        <w:t xml:space="preserve"> Song song</w:t>
      </w:r>
      <w:r w:rsidRPr="00360D38">
        <w:rPr>
          <w:rFonts w:ascii="Times New Roman" w:eastAsia="Calibri" w:hAnsi="Times New Roman" w:cs="Times New Roman"/>
          <w:sz w:val="26"/>
          <w:szCs w:val="26"/>
          <w:lang w:val="nb-NO"/>
        </w:rPr>
        <w:t xml:space="preserve"> với nhau</w: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b/>
          <w:sz w:val="26"/>
          <w:szCs w:val="26"/>
          <w:lang w:val="nb-NO"/>
        </w:rPr>
        <w:tab/>
      </w:r>
      <w:r w:rsidRPr="00360D38">
        <w:rPr>
          <w:rFonts w:ascii="Times New Roman" w:eastAsia="Calibri" w:hAnsi="Times New Roman" w:cs="Times New Roman"/>
          <w:b/>
          <w:sz w:val="26"/>
          <w:szCs w:val="26"/>
          <w:lang w:val="vi-VN"/>
        </w:rPr>
        <w:t>B.</w:t>
      </w:r>
      <w:r w:rsidRPr="00360D38">
        <w:rPr>
          <w:rFonts w:ascii="Times New Roman" w:eastAsia="Calibri" w:hAnsi="Times New Roman" w:cs="Times New Roman"/>
          <w:sz w:val="26"/>
          <w:szCs w:val="26"/>
          <w:lang w:val="vi-VN"/>
        </w:rPr>
        <w:t xml:space="preserve"> Vuông góc với nhau.</w:t>
      </w:r>
      <w:r w:rsidRPr="00360D38">
        <w:rPr>
          <w:rFonts w:ascii="Times New Roman" w:eastAsia="Calibri" w:hAnsi="Times New Roman" w:cs="Times New Roman"/>
          <w:sz w:val="26"/>
          <w:szCs w:val="26"/>
          <w:lang w:val="vi-VN"/>
        </w:rPr>
        <w:tab/>
      </w:r>
    </w:p>
    <w:p w14:paraId="1F5C2FD5" w14:textId="77777777" w:rsidR="007C5B20" w:rsidRPr="00360D38" w:rsidRDefault="007C5B20" w:rsidP="007C5B20">
      <w:pPr>
        <w:tabs>
          <w:tab w:val="left" w:pos="284"/>
          <w:tab w:val="left" w:pos="5387"/>
        </w:tabs>
        <w:spacing w:after="0"/>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ab/>
        <w:t xml:space="preserve">C. </w:t>
      </w:r>
      <w:r w:rsidRPr="00360D38">
        <w:rPr>
          <w:rFonts w:ascii="Times New Roman" w:eastAsia="Calibri" w:hAnsi="Times New Roman" w:cs="Times New Roman"/>
          <w:sz w:val="26"/>
          <w:szCs w:val="26"/>
          <w:lang w:val="vi-VN"/>
        </w:rPr>
        <w:t>Trùng nhau.</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b/>
          <w:sz w:val="26"/>
          <w:szCs w:val="26"/>
          <w:lang w:val="vi-VN"/>
        </w:rPr>
        <w:t xml:space="preserve">D. </w:t>
      </w:r>
      <w:r w:rsidRPr="00360D38">
        <w:rPr>
          <w:rFonts w:ascii="Times New Roman" w:eastAsia="Calibri" w:hAnsi="Times New Roman" w:cs="Times New Roman"/>
          <w:sz w:val="26"/>
          <w:szCs w:val="26"/>
          <w:lang w:val="vi-VN"/>
        </w:rPr>
        <w:t>Cắt nhau nhưng không vuông góc với nhau.</w:t>
      </w:r>
    </w:p>
    <w:p w14:paraId="2EA3B7DA" w14:textId="77777777" w:rsidR="007C5B20" w:rsidRPr="00360D38" w:rsidRDefault="007C5B20" w:rsidP="007C5B20">
      <w:pPr>
        <w:tabs>
          <w:tab w:val="left" w:pos="284"/>
          <w:tab w:val="left" w:pos="3119"/>
          <w:tab w:val="left" w:pos="5670"/>
          <w:tab w:val="left" w:pos="7938"/>
        </w:tabs>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Câu 10.</w:t>
      </w:r>
      <w:r w:rsidRPr="00360D38">
        <w:rPr>
          <w:rFonts w:ascii="Times New Roman" w:eastAsia="Calibri" w:hAnsi="Times New Roman" w:cs="Times New Roman"/>
          <w:sz w:val="26"/>
          <w:szCs w:val="26"/>
          <w:lang w:val="vi-VN"/>
        </w:rPr>
        <w:t xml:space="preserve"> Phương trình nào sau đây là không phải phương trình đường tròn?</w:t>
      </w:r>
    </w:p>
    <w:p w14:paraId="59D0E5E2" w14:textId="77777777" w:rsidR="007C5B20" w:rsidRPr="00360D38" w:rsidRDefault="007C5B20" w:rsidP="007C5B20">
      <w:pPr>
        <w:shd w:val="clear" w:color="auto" w:fill="FFFFFF"/>
        <w:tabs>
          <w:tab w:val="left" w:pos="5670"/>
        </w:tabs>
        <w:spacing w:after="0" w:line="240" w:lineRule="auto"/>
        <w:ind w:right="380"/>
        <w:rPr>
          <w:rFonts w:ascii="Times New Roman" w:eastAsia="Times New Roman" w:hAnsi="Times New Roman" w:cs="Times New Roman"/>
          <w:b/>
          <w:sz w:val="26"/>
          <w:szCs w:val="26"/>
        </w:rPr>
      </w:pPr>
      <w:r w:rsidRPr="00360D38">
        <w:rPr>
          <w:rFonts w:ascii="Times New Roman" w:eastAsia="Times New Roman" w:hAnsi="Times New Roman" w:cs="Times New Roman"/>
          <w:b/>
          <w:sz w:val="26"/>
          <w:szCs w:val="26"/>
          <w:lang w:val="vi-VN"/>
        </w:rPr>
        <w:t xml:space="preserve">     </w:t>
      </w:r>
      <w:r w:rsidRPr="00360D38">
        <w:rPr>
          <w:rFonts w:ascii="Times New Roman" w:eastAsia="Times New Roman" w:hAnsi="Times New Roman" w:cs="Times New Roman"/>
          <w:b/>
          <w:sz w:val="26"/>
          <w:szCs w:val="26"/>
        </w:rPr>
        <w:t xml:space="preserve">A. </w:t>
      </w:r>
      <w:r w:rsidRPr="00360D38">
        <w:rPr>
          <w:rFonts w:ascii="Times New Roman" w:eastAsia="Times New Roman" w:hAnsi="Times New Roman" w:cs="Times New Roman"/>
          <w:b/>
          <w:position w:val="-10"/>
          <w:sz w:val="26"/>
          <w:szCs w:val="26"/>
        </w:rPr>
        <w:object w:dxaOrig="2320" w:dyaOrig="360" w14:anchorId="239E9C40">
          <v:shape id="_x0000_i1205" type="#_x0000_t75" style="width:116.2pt;height:18.25pt" o:ole="">
            <v:imagedata r:id="rId352" o:title=""/>
          </v:shape>
          <o:OLEObject Type="Embed" ProgID="Equation.DSMT4" ShapeID="_x0000_i1205" DrawAspect="Content" ObjectID="_1806929952" r:id="rId353"/>
        </w:object>
      </w:r>
      <w:r w:rsidRPr="00360D38">
        <w:rPr>
          <w:rFonts w:ascii="Times New Roman" w:eastAsia="Times New Roman" w:hAnsi="Times New Roman" w:cs="Times New Roman"/>
          <w:b/>
          <w:sz w:val="26"/>
          <w:szCs w:val="26"/>
        </w:rPr>
        <w:tab/>
        <w:t xml:space="preserve">B. </w:t>
      </w:r>
      <w:r w:rsidRPr="00360D38">
        <w:rPr>
          <w:rFonts w:ascii="Times New Roman" w:eastAsia="Times New Roman" w:hAnsi="Times New Roman" w:cs="Times New Roman"/>
          <w:b/>
          <w:position w:val="-10"/>
          <w:sz w:val="26"/>
          <w:szCs w:val="26"/>
        </w:rPr>
        <w:object w:dxaOrig="2500" w:dyaOrig="360" w14:anchorId="16DD086A">
          <v:shape id="_x0000_i1206" type="#_x0000_t75" style="width:125.3pt;height:18.25pt" o:ole="">
            <v:imagedata r:id="rId354" o:title=""/>
          </v:shape>
          <o:OLEObject Type="Embed" ProgID="Equation.DSMT4" ShapeID="_x0000_i1206" DrawAspect="Content" ObjectID="_1806929953" r:id="rId355"/>
        </w:object>
      </w:r>
    </w:p>
    <w:p w14:paraId="3E0FF814" w14:textId="77777777" w:rsidR="007C5B20" w:rsidRPr="00360D38" w:rsidRDefault="007C5B20" w:rsidP="007C5B20">
      <w:pPr>
        <w:tabs>
          <w:tab w:val="left" w:pos="992"/>
          <w:tab w:val="left" w:pos="5670"/>
        </w:tabs>
        <w:spacing w:before="120" w:after="0"/>
        <w:ind w:firstLine="284"/>
        <w:jc w:val="both"/>
        <w:rPr>
          <w:rFonts w:ascii="Times New Roman" w:eastAsia="Times New Roman" w:hAnsi="Times New Roman" w:cs="Times New Roman"/>
          <w:b/>
          <w:sz w:val="26"/>
          <w:szCs w:val="26"/>
        </w:rPr>
      </w:pPr>
      <w:r w:rsidRPr="00360D38">
        <w:rPr>
          <w:rFonts w:ascii="Times New Roman" w:eastAsia="Times New Roman" w:hAnsi="Times New Roman" w:cs="Times New Roman"/>
          <w:b/>
          <w:sz w:val="26"/>
          <w:szCs w:val="26"/>
        </w:rPr>
        <w:t xml:space="preserve">C. </w:t>
      </w:r>
      <w:r w:rsidRPr="00360D38">
        <w:rPr>
          <w:rFonts w:ascii="Times New Roman" w:eastAsia="Times New Roman" w:hAnsi="Times New Roman" w:cs="Times New Roman"/>
          <w:b/>
          <w:position w:val="-10"/>
          <w:sz w:val="26"/>
          <w:szCs w:val="26"/>
        </w:rPr>
        <w:object w:dxaOrig="2580" w:dyaOrig="360" w14:anchorId="38987C39">
          <v:shape id="_x0000_i1207" type="#_x0000_t75" style="width:128.95pt;height:18.25pt" o:ole="">
            <v:imagedata r:id="rId356" o:title=""/>
          </v:shape>
          <o:OLEObject Type="Embed" ProgID="Equation.DSMT4" ShapeID="_x0000_i1207" DrawAspect="Content" ObjectID="_1806929954" r:id="rId357"/>
        </w:object>
      </w:r>
      <w:r w:rsidRPr="00360D38">
        <w:rPr>
          <w:rFonts w:ascii="Times New Roman" w:eastAsia="Times New Roman" w:hAnsi="Times New Roman" w:cs="Times New Roman"/>
          <w:b/>
          <w:sz w:val="26"/>
          <w:szCs w:val="26"/>
        </w:rPr>
        <w:tab/>
        <w:t xml:space="preserve">D. </w:t>
      </w:r>
      <w:r w:rsidRPr="00360D38">
        <w:rPr>
          <w:rFonts w:ascii="Times New Roman" w:eastAsia="Times New Roman" w:hAnsi="Times New Roman" w:cs="Times New Roman"/>
          <w:b/>
          <w:position w:val="-10"/>
          <w:sz w:val="26"/>
          <w:szCs w:val="26"/>
        </w:rPr>
        <w:object w:dxaOrig="2360" w:dyaOrig="360" w14:anchorId="4CE27142">
          <v:shape id="_x0000_i1208" type="#_x0000_t75" style="width:118.05pt;height:18.25pt" o:ole="">
            <v:imagedata r:id="rId358" o:title=""/>
          </v:shape>
          <o:OLEObject Type="Embed" ProgID="Equation.DSMT4" ShapeID="_x0000_i1208" DrawAspect="Content" ObjectID="_1806929955" r:id="rId359"/>
        </w:object>
      </w:r>
    </w:p>
    <w:p w14:paraId="05ACDD1A" w14:textId="77777777" w:rsidR="007C5B20" w:rsidRPr="00360D38" w:rsidRDefault="007C5B20" w:rsidP="007C5B20">
      <w:pPr>
        <w:tabs>
          <w:tab w:val="left" w:pos="283"/>
          <w:tab w:val="left" w:pos="567"/>
        </w:tabs>
        <w:spacing w:before="120" w:after="0"/>
        <w:jc w:val="both"/>
        <w:rPr>
          <w:rFonts w:ascii="Times New Roman" w:eastAsia="Calibri" w:hAnsi="Times New Roman" w:cs="Times New Roman"/>
          <w:b/>
          <w:sz w:val="26"/>
          <w:szCs w:val="26"/>
          <w:lang w:val="vi-VN"/>
        </w:rPr>
      </w:pPr>
      <w:r w:rsidRPr="00360D38">
        <w:rPr>
          <w:rFonts w:ascii="Times New Roman" w:eastAsia="Calibri" w:hAnsi="Times New Roman" w:cs="Times New Roman"/>
          <w:b/>
          <w:sz w:val="26"/>
          <w:szCs w:val="26"/>
        </w:rPr>
        <w:t xml:space="preserve">Câu </w:t>
      </w:r>
      <w:r w:rsidRPr="00360D38">
        <w:rPr>
          <w:rFonts w:ascii="Times New Roman" w:eastAsia="Calibri" w:hAnsi="Times New Roman" w:cs="Times New Roman"/>
          <w:b/>
          <w:sz w:val="26"/>
          <w:szCs w:val="26"/>
          <w:lang w:val="vi-VN"/>
        </w:rPr>
        <w:t>11</w:t>
      </w:r>
      <w:r w:rsidRPr="00360D38">
        <w:rPr>
          <w:rFonts w:ascii="Times New Roman" w:eastAsia="Calibri" w:hAnsi="Times New Roman" w:cs="Times New Roman"/>
          <w:b/>
          <w:sz w:val="26"/>
          <w:szCs w:val="26"/>
        </w:rPr>
        <w:t>.</w:t>
      </w:r>
      <w:r w:rsidRPr="00360D38">
        <w:rPr>
          <w:rFonts w:ascii="Times New Roman" w:eastAsia="Calibri" w:hAnsi="Times New Roman" w:cs="Times New Roman"/>
          <w:sz w:val="26"/>
          <w:szCs w:val="26"/>
          <w:lang w:bidi="he-IL"/>
        </w:rPr>
        <w:t xml:space="preserve"> </w:t>
      </w:r>
      <w:r w:rsidRPr="00360D38">
        <w:rPr>
          <w:rFonts w:ascii="Times New Roman" w:eastAsia="Calibri" w:hAnsi="Times New Roman" w:cs="Times New Roman"/>
          <w:sz w:val="26"/>
          <w:szCs w:val="26"/>
          <w:lang w:val="vi-VN"/>
        </w:rPr>
        <w:t xml:space="preserve">Phương trình  nào sau đây là phương trình chính tắc của </w:t>
      </w:r>
      <w:r w:rsidRPr="00360D38">
        <w:rPr>
          <w:rFonts w:ascii="Times New Roman" w:hAnsi="Times New Roman" w:cs="Times New Roman"/>
          <w:position w:val="-14"/>
          <w:sz w:val="26"/>
          <w:szCs w:val="26"/>
        </w:rPr>
        <w:object w:dxaOrig="420" w:dyaOrig="400" w14:anchorId="261FCB58">
          <v:shape id="_x0000_i1209" type="#_x0000_t75" style="width:20.95pt;height:20.95pt" o:ole="">
            <v:imagedata r:id="rId360" o:title=""/>
          </v:shape>
          <o:OLEObject Type="Embed" ProgID="Equation.DSMT4" ShapeID="_x0000_i1209" DrawAspect="Content" ObjectID="_1806929956" r:id="rId361"/>
        </w:object>
      </w:r>
      <w:r w:rsidRPr="00360D38">
        <w:rPr>
          <w:rFonts w:ascii="Times New Roman" w:eastAsia="Calibri" w:hAnsi="Times New Roman" w:cs="Times New Roman"/>
          <w:sz w:val="26"/>
          <w:szCs w:val="26"/>
          <w:lang w:val="vi-VN"/>
        </w:rPr>
        <w:t xml:space="preserve"> </w:t>
      </w:r>
    </w:p>
    <w:p w14:paraId="53AAED02" w14:textId="77777777" w:rsidR="007C5B20" w:rsidRPr="00360D38" w:rsidRDefault="007C5B20" w:rsidP="007C5B20">
      <w:pPr>
        <w:pStyle w:val="ListParagraph"/>
        <w:tabs>
          <w:tab w:val="left" w:pos="283"/>
          <w:tab w:val="left" w:pos="2835"/>
          <w:tab w:val="left" w:pos="5386"/>
          <w:tab w:val="left" w:pos="7937"/>
        </w:tabs>
        <w:spacing w:before="120" w:after="0"/>
        <w:ind w:left="283"/>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 xml:space="preserve">A. </w:t>
      </w:r>
      <w:r w:rsidRPr="00360D38">
        <w:rPr>
          <w:rFonts w:ascii="Times New Roman" w:eastAsia="Calibri" w:hAnsi="Times New Roman" w:cs="Times New Roman"/>
          <w:position w:val="-24"/>
          <w:sz w:val="26"/>
          <w:szCs w:val="26"/>
        </w:rPr>
        <w:object w:dxaOrig="1260" w:dyaOrig="660" w14:anchorId="2CC8A4B2">
          <v:shape id="_x0000_i1210" type="#_x0000_t75" style="width:61.95pt;height:31.9pt" o:ole="">
            <v:imagedata r:id="rId362" o:title=""/>
          </v:shape>
          <o:OLEObject Type="Embed" ProgID="Equation.DSMT4" ShapeID="_x0000_i1210" DrawAspect="Content" ObjectID="_1806929957" r:id="rId363"/>
        </w:objec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b/>
          <w:sz w:val="26"/>
          <w:szCs w:val="26"/>
          <w:lang w:val="vi-VN"/>
        </w:rPr>
        <w:t>B.</w:t>
      </w:r>
      <w:r w:rsidRPr="00360D38">
        <w:rPr>
          <w:rFonts w:ascii="Times New Roman" w:eastAsia="Calibri" w:hAnsi="Times New Roman" w:cs="Times New Roman"/>
          <w:position w:val="-24"/>
          <w:sz w:val="26"/>
          <w:szCs w:val="26"/>
        </w:rPr>
        <w:object w:dxaOrig="1160" w:dyaOrig="660" w14:anchorId="2862FD35">
          <v:shape id="_x0000_i1211" type="#_x0000_t75" style="width:58.35pt;height:31.9pt" o:ole="">
            <v:imagedata r:id="rId364" o:title=""/>
          </v:shape>
          <o:OLEObject Type="Embed" ProgID="Equation.DSMT4" ShapeID="_x0000_i1211" DrawAspect="Content" ObjectID="_1806929958" r:id="rId365"/>
        </w:objec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b/>
          <w:sz w:val="26"/>
          <w:szCs w:val="26"/>
          <w:lang w:val="vi-VN"/>
        </w:rPr>
        <w:t>C.</w:t>
      </w:r>
      <w:r w:rsidRPr="00360D38">
        <w:rPr>
          <w:rFonts w:ascii="Times New Roman" w:eastAsia="Calibri" w:hAnsi="Times New Roman" w:cs="Times New Roman"/>
          <w:position w:val="-24"/>
          <w:sz w:val="26"/>
          <w:szCs w:val="26"/>
        </w:rPr>
        <w:object w:dxaOrig="1140" w:dyaOrig="660" w14:anchorId="7898AB19">
          <v:shape id="_x0000_i1212" type="#_x0000_t75" style="width:57.4pt;height:31.9pt" o:ole="">
            <v:imagedata r:id="rId366" o:title=""/>
          </v:shape>
          <o:OLEObject Type="Embed" ProgID="Equation.DSMT4" ShapeID="_x0000_i1212" DrawAspect="Content" ObjectID="_1806929959" r:id="rId367"/>
        </w:object>
      </w:r>
      <w:r w:rsidRPr="00360D38">
        <w:rPr>
          <w:rFonts w:ascii="Times New Roman" w:eastAsia="Calibri" w:hAnsi="Times New Roman" w:cs="Times New Roman"/>
          <w:sz w:val="26"/>
          <w:szCs w:val="26"/>
          <w:lang w:val="vi-VN"/>
        </w:rPr>
        <w:t>.</w:t>
      </w:r>
      <w:r w:rsidRPr="00360D38">
        <w:rPr>
          <w:rFonts w:ascii="Times New Roman" w:eastAsia="Calibri" w:hAnsi="Times New Roman" w:cs="Times New Roman"/>
          <w:sz w:val="26"/>
          <w:szCs w:val="26"/>
          <w:lang w:val="vi-VN"/>
        </w:rPr>
        <w:tab/>
      </w:r>
      <w:r w:rsidRPr="00360D38">
        <w:rPr>
          <w:rFonts w:ascii="Times New Roman" w:eastAsia="Calibri" w:hAnsi="Times New Roman" w:cs="Times New Roman"/>
          <w:b/>
          <w:sz w:val="26"/>
          <w:szCs w:val="26"/>
          <w:lang w:val="vi-VN"/>
        </w:rPr>
        <w:t xml:space="preserve">D. </w:t>
      </w:r>
      <w:r w:rsidRPr="00360D38">
        <w:rPr>
          <w:rFonts w:ascii="Times New Roman" w:eastAsia="Calibri" w:hAnsi="Times New Roman" w:cs="Times New Roman"/>
          <w:position w:val="-24"/>
          <w:sz w:val="26"/>
          <w:szCs w:val="26"/>
        </w:rPr>
        <w:object w:dxaOrig="1200" w:dyaOrig="660" w14:anchorId="13E8DDEA">
          <v:shape id="_x0000_i1213" type="#_x0000_t75" style="width:61.05pt;height:31.9pt" o:ole="">
            <v:imagedata r:id="rId368" o:title=""/>
          </v:shape>
          <o:OLEObject Type="Embed" ProgID="Equation.DSMT4" ShapeID="_x0000_i1213" DrawAspect="Content" ObjectID="_1806929960" r:id="rId369"/>
        </w:object>
      </w:r>
      <w:r w:rsidRPr="00360D38">
        <w:rPr>
          <w:rFonts w:ascii="Times New Roman" w:eastAsia="Calibri" w:hAnsi="Times New Roman" w:cs="Times New Roman"/>
          <w:sz w:val="26"/>
          <w:szCs w:val="26"/>
          <w:lang w:val="vi-VN"/>
        </w:rPr>
        <w:t>.</w:t>
      </w:r>
    </w:p>
    <w:p w14:paraId="5F535944" w14:textId="77777777" w:rsidR="007C5B20" w:rsidRPr="00360D38" w:rsidRDefault="007C5B20" w:rsidP="007C5B20">
      <w:pPr>
        <w:tabs>
          <w:tab w:val="left" w:pos="992"/>
        </w:tabs>
        <w:spacing w:before="120" w:after="0"/>
        <w:jc w:val="both"/>
        <w:rPr>
          <w:rFonts w:ascii="Times New Roman" w:eastAsia="Calibri" w:hAnsi="Times New Roman" w:cs="Times New Roman"/>
          <w:b/>
          <w:sz w:val="26"/>
          <w:szCs w:val="26"/>
          <w:lang w:val="vi-VN"/>
        </w:rPr>
      </w:pPr>
    </w:p>
    <w:p w14:paraId="1B9462FE" w14:textId="77777777" w:rsidR="007C5B20" w:rsidRPr="00360D38" w:rsidRDefault="007C5B20" w:rsidP="007C5B20">
      <w:pPr>
        <w:tabs>
          <w:tab w:val="left" w:pos="720"/>
        </w:tabs>
        <w:spacing w:after="0" w:line="360" w:lineRule="auto"/>
        <w:mirrorIndents/>
        <w:rPr>
          <w:rFonts w:ascii="Times New Roman" w:eastAsia="Calibri" w:hAnsi="Times New Roman" w:cs="Times New Roman"/>
          <w:sz w:val="26"/>
          <w:szCs w:val="26"/>
          <w:lang w:val="vi-VN"/>
        </w:rPr>
      </w:pPr>
      <w:r w:rsidRPr="00360D38">
        <w:rPr>
          <w:rFonts w:ascii="Times New Roman" w:hAnsi="Times New Roman" w:cs="Times New Roman"/>
          <w:b/>
          <w:sz w:val="26"/>
          <w:szCs w:val="26"/>
          <w:lang w:val="vi-VN"/>
        </w:rPr>
        <w:lastRenderedPageBreak/>
        <w:t>Câu 12.</w:t>
      </w:r>
      <w:r w:rsidRPr="00360D38">
        <w:rPr>
          <w:rFonts w:ascii="Times New Roman" w:hAnsi="Times New Roman" w:cs="Times New Roman"/>
          <w:sz w:val="26"/>
          <w:szCs w:val="26"/>
          <w:lang w:val="vi-VN"/>
        </w:rPr>
        <w:t xml:space="preserve"> </w:t>
      </w:r>
      <w:r w:rsidRPr="00360D38">
        <w:rPr>
          <w:rFonts w:ascii="Times New Roman" w:eastAsia="Calibri" w:hAnsi="Times New Roman" w:cs="Times New Roman"/>
          <w:sz w:val="26"/>
          <w:szCs w:val="26"/>
          <w:lang w:val="vi-VN"/>
        </w:rPr>
        <w:t xml:space="preserve">Trong mặt phẳng </w:t>
      </w:r>
      <w:r w:rsidRPr="00360D38">
        <w:rPr>
          <w:rFonts w:ascii="Times New Roman" w:eastAsia="Calibri" w:hAnsi="Times New Roman" w:cs="Times New Roman"/>
          <w:position w:val="-14"/>
          <w:sz w:val="26"/>
          <w:szCs w:val="26"/>
          <w:lang w:val="vi-VN"/>
        </w:rPr>
        <w:object w:dxaOrig="630" w:dyaOrig="405" w14:anchorId="679608FC">
          <v:shape id="_x0000_i1214" type="#_x0000_t75" style="width:31.45pt;height:20.5pt" o:ole="">
            <v:imagedata r:id="rId260" o:title=""/>
          </v:shape>
          <o:OLEObject Type="Embed" ProgID="Equation.DSMT4" ShapeID="_x0000_i1214" DrawAspect="Content" ObjectID="_1806929961" r:id="rId370"/>
        </w:object>
      </w:r>
      <w:r w:rsidRPr="00360D38">
        <w:rPr>
          <w:rFonts w:ascii="Times New Roman" w:eastAsia="Calibri" w:hAnsi="Times New Roman" w:cs="Times New Roman"/>
          <w:sz w:val="26"/>
          <w:szCs w:val="26"/>
          <w:lang w:val="vi-VN"/>
        </w:rPr>
        <w:t xml:space="preserve">, cho elip </w:t>
      </w:r>
      <w:r w:rsidRPr="00360D38">
        <w:rPr>
          <w:rFonts w:ascii="Times New Roman" w:eastAsia="Calibri" w:hAnsi="Times New Roman" w:cs="Times New Roman"/>
          <w:position w:val="-14"/>
          <w:sz w:val="26"/>
          <w:szCs w:val="26"/>
          <w:lang w:val="vi-VN"/>
        </w:rPr>
        <w:object w:dxaOrig="405" w:dyaOrig="405" w14:anchorId="01E3A77B">
          <v:shape id="_x0000_i1215" type="#_x0000_t75" style="width:20.5pt;height:20.5pt" o:ole="">
            <v:imagedata r:id="rId262" o:title=""/>
          </v:shape>
          <o:OLEObject Type="Embed" ProgID="Equation.DSMT4" ShapeID="_x0000_i1215" DrawAspect="Content" ObjectID="_1806929962" r:id="rId371"/>
        </w:object>
      </w:r>
      <w:r w:rsidRPr="00360D38">
        <w:rPr>
          <w:rFonts w:ascii="Times New Roman" w:eastAsia="Calibri" w:hAnsi="Times New Roman" w:cs="Times New Roman"/>
          <w:sz w:val="26"/>
          <w:szCs w:val="26"/>
          <w:lang w:val="vi-VN"/>
        </w:rPr>
        <w:t xml:space="preserve"> có phương trình </w:t>
      </w:r>
      <w:r w:rsidRPr="00360D38">
        <w:rPr>
          <w:rFonts w:ascii="Times New Roman" w:eastAsia="Calibri" w:hAnsi="Times New Roman" w:cs="Times New Roman"/>
          <w:position w:val="-24"/>
          <w:sz w:val="26"/>
          <w:szCs w:val="26"/>
          <w:lang w:val="vi-VN"/>
        </w:rPr>
        <w:object w:dxaOrig="1160" w:dyaOrig="660" w14:anchorId="159CDDCC">
          <v:shape id="_x0000_i1216" type="#_x0000_t75" style="width:58.35pt;height:32.8pt" o:ole="">
            <v:imagedata r:id="rId372" o:title=""/>
          </v:shape>
          <o:OLEObject Type="Embed" ProgID="Equation.DSMT4" ShapeID="_x0000_i1216" DrawAspect="Content" ObjectID="_1806929963" r:id="rId373"/>
        </w:object>
      </w:r>
      <w:r w:rsidRPr="00360D38">
        <w:rPr>
          <w:rFonts w:ascii="Times New Roman" w:eastAsia="Calibri" w:hAnsi="Times New Roman" w:cs="Times New Roman"/>
          <w:sz w:val="26"/>
          <w:szCs w:val="26"/>
          <w:lang w:val="vi-VN"/>
        </w:rPr>
        <w:t>. Chọn khẳng định đúng:</w:t>
      </w:r>
    </w:p>
    <w:p w14:paraId="26A66339" w14:textId="77777777" w:rsidR="007C5B20" w:rsidRPr="00360D38" w:rsidRDefault="007C5B20" w:rsidP="007C5B20">
      <w:pPr>
        <w:spacing w:after="0" w:line="240" w:lineRule="auto"/>
        <w:ind w:firstLine="720"/>
        <w:jc w:val="both"/>
        <w:rPr>
          <w:rFonts w:ascii="Times New Roman" w:eastAsia="Times New Roman" w:hAnsi="Times New Roman" w:cs="Times New Roman"/>
          <w:sz w:val="26"/>
          <w:szCs w:val="26"/>
          <w:lang w:val="fr-FR"/>
        </w:rPr>
      </w:pPr>
      <w:r w:rsidRPr="00360D38">
        <w:rPr>
          <w:rFonts w:ascii="Times New Roman" w:eastAsia="Times New Roman" w:hAnsi="Times New Roman" w:cs="Times New Roman"/>
          <w:b/>
          <w:sz w:val="26"/>
          <w:szCs w:val="26"/>
          <w:lang w:val="fr-FR"/>
        </w:rPr>
        <w:t xml:space="preserve">A. </w:t>
      </w:r>
      <w:r w:rsidRPr="00360D38">
        <w:rPr>
          <w:rFonts w:ascii="Times New Roman" w:eastAsia="Times New Roman" w:hAnsi="Times New Roman" w:cs="Times New Roman"/>
          <w:position w:val="-12"/>
          <w:sz w:val="26"/>
          <w:szCs w:val="26"/>
          <w:lang w:val="fr-FR"/>
        </w:rPr>
        <w:object w:dxaOrig="800" w:dyaOrig="360" w14:anchorId="3DF592DC">
          <v:shape id="_x0000_i1217" type="#_x0000_t75" style="width:40.1pt;height:18.25pt" o:ole="">
            <v:imagedata r:id="rId374" o:title=""/>
          </v:shape>
          <o:OLEObject Type="Embed" ProgID="Equation.DSMT4" ShapeID="_x0000_i1217" DrawAspect="Content" ObjectID="_1806929964" r:id="rId375"/>
        </w:object>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b/>
          <w:sz w:val="26"/>
          <w:szCs w:val="26"/>
          <w:lang w:val="fr-FR"/>
        </w:rPr>
        <w:t xml:space="preserve">B. </w:t>
      </w:r>
      <w:r w:rsidRPr="00360D38">
        <w:rPr>
          <w:rFonts w:ascii="Times New Roman" w:eastAsia="Times New Roman" w:hAnsi="Times New Roman" w:cs="Times New Roman"/>
          <w:position w:val="-12"/>
          <w:sz w:val="26"/>
          <w:szCs w:val="26"/>
          <w:lang w:val="fr-FR"/>
        </w:rPr>
        <w:object w:dxaOrig="900" w:dyaOrig="360" w14:anchorId="110FD1CC">
          <v:shape id="_x0000_i1218" type="#_x0000_t75" style="width:45.1pt;height:18.25pt" o:ole="">
            <v:imagedata r:id="rId376" o:title=""/>
          </v:shape>
          <o:OLEObject Type="Embed" ProgID="Equation.DSMT4" ShapeID="_x0000_i1218" DrawAspect="Content" ObjectID="_1806929965" r:id="rId377"/>
        </w:object>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b/>
          <w:sz w:val="26"/>
          <w:szCs w:val="26"/>
          <w:lang w:val="fr-FR"/>
        </w:rPr>
        <w:t xml:space="preserve">C. </w:t>
      </w:r>
      <w:r w:rsidRPr="00360D38">
        <w:rPr>
          <w:rFonts w:ascii="Times New Roman" w:eastAsia="Times New Roman" w:hAnsi="Times New Roman" w:cs="Times New Roman"/>
          <w:position w:val="-12"/>
          <w:sz w:val="26"/>
          <w:szCs w:val="26"/>
          <w:lang w:val="fr-FR"/>
        </w:rPr>
        <w:object w:dxaOrig="980" w:dyaOrig="400" w14:anchorId="26F04AB7">
          <v:shape id="_x0000_i1219" type="#_x0000_t75" style="width:49.2pt;height:20.5pt" o:ole="">
            <v:imagedata r:id="rId378" o:title=""/>
          </v:shape>
          <o:OLEObject Type="Embed" ProgID="Equation.DSMT4" ShapeID="_x0000_i1219" DrawAspect="Content" ObjectID="_1806929966" r:id="rId379"/>
        </w:object>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sz w:val="26"/>
          <w:szCs w:val="26"/>
          <w:lang w:val="fr-FR"/>
        </w:rPr>
        <w:tab/>
      </w:r>
      <w:r w:rsidRPr="00360D38">
        <w:rPr>
          <w:rFonts w:ascii="Times New Roman" w:eastAsia="Times New Roman" w:hAnsi="Times New Roman" w:cs="Times New Roman"/>
          <w:b/>
          <w:sz w:val="26"/>
          <w:szCs w:val="26"/>
          <w:lang w:val="fr-FR"/>
        </w:rPr>
        <w:t xml:space="preserve">D. </w:t>
      </w:r>
      <w:r w:rsidRPr="00360D38">
        <w:rPr>
          <w:rFonts w:ascii="Times New Roman" w:eastAsia="Times New Roman" w:hAnsi="Times New Roman" w:cs="Times New Roman"/>
          <w:position w:val="-12"/>
          <w:sz w:val="26"/>
          <w:szCs w:val="26"/>
          <w:lang w:val="fr-FR"/>
        </w:rPr>
        <w:object w:dxaOrig="1100" w:dyaOrig="400" w14:anchorId="6B6F0C85">
          <v:shape id="_x0000_i1220" type="#_x0000_t75" style="width:54.7pt;height:20.5pt" o:ole="">
            <v:imagedata r:id="rId380" o:title=""/>
          </v:shape>
          <o:OLEObject Type="Embed" ProgID="Equation.DSMT4" ShapeID="_x0000_i1220" DrawAspect="Content" ObjectID="_1806929967" r:id="rId381"/>
        </w:object>
      </w:r>
    </w:p>
    <w:p w14:paraId="583936FB" w14:textId="77777777" w:rsidR="007C5B20" w:rsidRPr="00360D38" w:rsidRDefault="007C5B20" w:rsidP="007C5B20">
      <w:pPr>
        <w:tabs>
          <w:tab w:val="left" w:pos="992"/>
          <w:tab w:val="left" w:pos="3402"/>
          <w:tab w:val="left" w:pos="5669"/>
          <w:tab w:val="left" w:pos="7937"/>
        </w:tabs>
        <w:spacing w:after="0" w:line="240" w:lineRule="auto"/>
        <w:ind w:left="25"/>
        <w:rPr>
          <w:rFonts w:ascii="Times New Roman" w:hAnsi="Times New Roman" w:cs="Times New Roman"/>
          <w:sz w:val="26"/>
          <w:szCs w:val="26"/>
          <w:lang w:val="vi-VN"/>
        </w:rPr>
      </w:pPr>
      <w:r w:rsidRPr="00360D38">
        <w:rPr>
          <w:rFonts w:ascii="Times New Roman" w:hAnsi="Times New Roman" w:cs="Times New Roman"/>
          <w:b/>
          <w:sz w:val="26"/>
          <w:szCs w:val="26"/>
          <w:lang w:val="vi-VN"/>
        </w:rPr>
        <w:tab/>
      </w:r>
    </w:p>
    <w:p w14:paraId="25FF1AA5" w14:textId="77777777" w:rsidR="007C5B20" w:rsidRPr="00360D38" w:rsidRDefault="007C5B20" w:rsidP="007C5B20">
      <w:pPr>
        <w:tabs>
          <w:tab w:val="left" w:pos="3330"/>
          <w:tab w:val="left" w:pos="5580"/>
          <w:tab w:val="left" w:pos="7830"/>
        </w:tabs>
        <w:spacing w:line="240" w:lineRule="auto"/>
        <w:jc w:val="both"/>
        <w:rPr>
          <w:rFonts w:ascii="Times New Roman" w:hAnsi="Times New Roman" w:cs="Times New Roman"/>
          <w:i/>
          <w:iCs/>
          <w:sz w:val="26"/>
          <w:szCs w:val="26"/>
          <w:lang w:val="vi-VN"/>
        </w:rPr>
      </w:pPr>
      <w:r w:rsidRPr="00360D38">
        <w:rPr>
          <w:rFonts w:ascii="Times New Roman" w:hAnsi="Times New Roman" w:cs="Times New Roman"/>
          <w:b/>
          <w:bCs/>
          <w:sz w:val="26"/>
          <w:szCs w:val="26"/>
          <w:lang w:val="vi-VN"/>
        </w:rPr>
        <w:t>PHẦN II. Câu trắc nghiệm đúng sai (3.0 điểm).</w:t>
      </w:r>
      <w:r w:rsidRPr="00360D38">
        <w:rPr>
          <w:rFonts w:ascii="Times New Roman" w:hAnsi="Times New Roman" w:cs="Times New Roman"/>
          <w:i/>
          <w:iCs/>
          <w:sz w:val="26"/>
          <w:szCs w:val="26"/>
          <w:lang w:val="vi-VN"/>
        </w:rPr>
        <w:t xml:space="preserve"> Thí sinh trả lời từ câu 1 đến câu 3. Trong mỗi ý </w:t>
      </w:r>
      <w:r w:rsidRPr="00360D38">
        <w:rPr>
          <w:rFonts w:ascii="Times New Roman" w:hAnsi="Times New Roman" w:cs="Times New Roman"/>
          <w:b/>
          <w:i/>
          <w:iCs/>
          <w:sz w:val="26"/>
          <w:szCs w:val="26"/>
          <w:lang w:val="vi-VN"/>
        </w:rPr>
        <w:t>a), b), c), d)</w:t>
      </w:r>
      <w:r w:rsidRPr="00360D38">
        <w:rPr>
          <w:rFonts w:ascii="Times New Roman" w:hAnsi="Times New Roman" w:cs="Times New Roman"/>
          <w:i/>
          <w:iCs/>
          <w:sz w:val="26"/>
          <w:szCs w:val="26"/>
          <w:lang w:val="vi-VN"/>
        </w:rPr>
        <w:t xml:space="preserve"> ở mỗi câu, thí sinh chọn đúng (Đ) hoặc sai (S).</w:t>
      </w:r>
    </w:p>
    <w:p w14:paraId="46ADEF27" w14:textId="77777777" w:rsidR="007C5B20" w:rsidRPr="00360D38" w:rsidRDefault="007C5B20" w:rsidP="007C5B20">
      <w:pPr>
        <w:spacing w:after="0"/>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Câu 1.</w:t>
      </w:r>
      <w:r w:rsidRPr="00360D38">
        <w:rPr>
          <w:rFonts w:ascii="Times New Roman" w:eastAsia="Calibri" w:hAnsi="Times New Roman" w:cs="Times New Roman"/>
          <w:sz w:val="26"/>
          <w:szCs w:val="26"/>
          <w:lang w:val="vi-VN"/>
        </w:rPr>
        <w:t xml:space="preserve"> Trong mặt phẳng </w:t>
      </w:r>
      <w:r w:rsidRPr="00360D38">
        <w:rPr>
          <w:rFonts w:ascii="Times New Roman" w:eastAsia="Calibri" w:hAnsi="Times New Roman" w:cs="Times New Roman"/>
          <w:position w:val="-10"/>
          <w:sz w:val="26"/>
          <w:szCs w:val="26"/>
        </w:rPr>
        <w:object w:dxaOrig="460" w:dyaOrig="320" w14:anchorId="1E403371">
          <v:shape id="_x0000_i1221" type="#_x0000_t75" style="width:22.35pt;height:16.4pt" o:ole="">
            <v:imagedata r:id="rId121" o:title=""/>
          </v:shape>
          <o:OLEObject Type="Embed" ProgID="Equation.DSMT4" ShapeID="_x0000_i1221" DrawAspect="Content" ObjectID="_1806929968" r:id="rId382"/>
        </w:object>
      </w:r>
      <w:r w:rsidRPr="00360D38">
        <w:rPr>
          <w:rFonts w:ascii="Times New Roman" w:eastAsia="Calibri" w:hAnsi="Times New Roman" w:cs="Times New Roman"/>
          <w:sz w:val="26"/>
          <w:szCs w:val="26"/>
          <w:lang w:val="vi-VN"/>
        </w:rPr>
        <w:t xml:space="preserve"> cho đường thẳng </w:t>
      </w:r>
      <w:bookmarkStart w:id="12" w:name="_Hlk195598457"/>
      <w:r w:rsidRPr="00360D38">
        <w:rPr>
          <w:rFonts w:ascii="Times New Roman" w:eastAsia="Calibri" w:hAnsi="Times New Roman" w:cs="Times New Roman"/>
          <w:position w:val="-10"/>
          <w:sz w:val="26"/>
          <w:szCs w:val="26"/>
          <w:lang w:val="vi-VN"/>
        </w:rPr>
        <w:object w:dxaOrig="1740" w:dyaOrig="320" w14:anchorId="200249E6">
          <v:shape id="_x0000_i1222" type="#_x0000_t75" style="width:87.05pt;height:15.5pt" o:ole="">
            <v:imagedata r:id="rId383" o:title=""/>
          </v:shape>
          <o:OLEObject Type="Embed" ProgID="Equation.DSMT4" ShapeID="_x0000_i1222" DrawAspect="Content" ObjectID="_1806929969" r:id="rId384"/>
        </w:object>
      </w:r>
      <w:bookmarkEnd w:id="12"/>
      <w:r w:rsidRPr="00360D38">
        <w:rPr>
          <w:rFonts w:ascii="Times New Roman" w:eastAsia="Calibri" w:hAnsi="Times New Roman" w:cs="Times New Roman"/>
          <w:sz w:val="26"/>
          <w:szCs w:val="26"/>
          <w:lang w:val="vi-VN"/>
        </w:rPr>
        <w:t xml:space="preserve"> và hai điểm </w:t>
      </w:r>
      <w:r w:rsidRPr="00360D38">
        <w:rPr>
          <w:rFonts w:ascii="Times New Roman" w:eastAsia="Calibri" w:hAnsi="Times New Roman" w:cs="Times New Roman"/>
          <w:position w:val="-14"/>
          <w:sz w:val="26"/>
          <w:szCs w:val="26"/>
          <w:lang w:val="vi-VN"/>
        </w:rPr>
        <w:object w:dxaOrig="840" w:dyaOrig="400" w14:anchorId="12D9B9D9">
          <v:shape id="_x0000_i1223" type="#_x0000_t75" style="width:41.9pt;height:20.5pt" o:ole="">
            <v:imagedata r:id="rId385" o:title=""/>
          </v:shape>
          <o:OLEObject Type="Embed" ProgID="Equation.DSMT4" ShapeID="_x0000_i1223" DrawAspect="Content" ObjectID="_1806929970" r:id="rId386"/>
        </w:object>
      </w:r>
      <w:r w:rsidRPr="00360D38">
        <w:rPr>
          <w:rFonts w:ascii="Times New Roman" w:eastAsia="Calibri" w:hAnsi="Times New Roman" w:cs="Times New Roman"/>
          <w:sz w:val="26"/>
          <w:szCs w:val="26"/>
          <w:lang w:val="vi-VN"/>
        </w:rPr>
        <w:t xml:space="preserve">; </w:t>
      </w:r>
      <w:r w:rsidRPr="00360D38">
        <w:rPr>
          <w:rFonts w:ascii="Times New Roman" w:eastAsia="Calibri" w:hAnsi="Times New Roman" w:cs="Times New Roman"/>
          <w:position w:val="-14"/>
          <w:sz w:val="26"/>
          <w:szCs w:val="26"/>
          <w:lang w:val="vi-VN"/>
        </w:rPr>
        <w:object w:dxaOrig="859" w:dyaOrig="400" w14:anchorId="45BB83A3">
          <v:shape id="_x0000_i1224" type="#_x0000_t75" style="width:43.3pt;height:20.5pt" o:ole="">
            <v:imagedata r:id="rId387" o:title=""/>
          </v:shape>
          <o:OLEObject Type="Embed" ProgID="Equation.DSMT4" ShapeID="_x0000_i1224" DrawAspect="Content" ObjectID="_1806929971" r:id="rId388"/>
        </w:object>
      </w:r>
    </w:p>
    <w:p w14:paraId="19BC8263" w14:textId="77777777" w:rsidR="007C5B20" w:rsidRPr="00360D38" w:rsidRDefault="007C5B20" w:rsidP="007C5B20">
      <w:pPr>
        <w:tabs>
          <w:tab w:val="left" w:pos="284"/>
        </w:tabs>
        <w:spacing w:line="240" w:lineRule="auto"/>
        <w:rPr>
          <w:rFonts w:ascii="Times New Roman" w:eastAsia="Calibri" w:hAnsi="Times New Roman" w:cs="Times New Roman"/>
          <w:sz w:val="26"/>
          <w:szCs w:val="26"/>
          <w:lang w:val="vi-VN"/>
        </w:rPr>
      </w:pPr>
      <w:r w:rsidRPr="00360D38">
        <w:rPr>
          <w:rFonts w:ascii="Times New Roman" w:eastAsia="Calibri" w:hAnsi="Times New Roman" w:cs="Times New Roman"/>
          <w:b/>
          <w:bCs/>
          <w:sz w:val="26"/>
          <w:szCs w:val="26"/>
          <w:lang w:val="vi-VN"/>
        </w:rPr>
        <w:tab/>
        <w:t>a)</w:t>
      </w:r>
      <w:r w:rsidRPr="00360D38">
        <w:rPr>
          <w:rFonts w:ascii="Times New Roman" w:eastAsia="Calibri" w:hAnsi="Times New Roman" w:cs="Times New Roman"/>
          <w:bCs/>
          <w:sz w:val="26"/>
          <w:szCs w:val="26"/>
          <w:lang w:val="vi-VN"/>
        </w:rPr>
        <w:t xml:space="preserve"> </w:t>
      </w:r>
      <w:r w:rsidRPr="00360D38">
        <w:rPr>
          <w:rFonts w:ascii="Times New Roman" w:eastAsia="Calibri" w:hAnsi="Times New Roman" w:cs="Times New Roman"/>
          <w:sz w:val="26"/>
          <w:szCs w:val="26"/>
          <w:lang w:val="vi-VN"/>
        </w:rPr>
        <w:t xml:space="preserve"> Điểm </w:t>
      </w:r>
      <w:r w:rsidRPr="00360D38">
        <w:rPr>
          <w:rFonts w:ascii="Times New Roman" w:eastAsia="Calibri" w:hAnsi="Times New Roman" w:cs="Times New Roman"/>
          <w:position w:val="-4"/>
          <w:sz w:val="26"/>
          <w:szCs w:val="26"/>
          <w:lang w:val="vi-VN"/>
        </w:rPr>
        <w:object w:dxaOrig="240" w:dyaOrig="260" w14:anchorId="45B5DAD5">
          <v:shape id="_x0000_i1225" type="#_x0000_t75" style="width:11.85pt;height:13.2pt" o:ole="">
            <v:imagedata r:id="rId129" o:title=""/>
          </v:shape>
          <o:OLEObject Type="Embed" ProgID="Equation.DSMT4" ShapeID="_x0000_i1225" DrawAspect="Content" ObjectID="_1806929972" r:id="rId389"/>
        </w:object>
      </w:r>
      <w:r w:rsidRPr="00360D38">
        <w:rPr>
          <w:rFonts w:ascii="Times New Roman" w:eastAsia="Calibri" w:hAnsi="Times New Roman" w:cs="Times New Roman"/>
          <w:sz w:val="26"/>
          <w:szCs w:val="26"/>
          <w:lang w:val="vi-VN"/>
        </w:rPr>
        <w:t xml:space="preserve"> thuộc đường thẳng </w:t>
      </w:r>
      <w:r w:rsidRPr="00360D38">
        <w:rPr>
          <w:rFonts w:ascii="Times New Roman" w:eastAsia="Calibri" w:hAnsi="Times New Roman" w:cs="Times New Roman"/>
          <w:position w:val="-6"/>
          <w:sz w:val="26"/>
          <w:szCs w:val="26"/>
          <w:lang w:val="vi-VN"/>
        </w:rPr>
        <w:object w:dxaOrig="260" w:dyaOrig="279" w14:anchorId="6C98F651">
          <v:shape id="_x0000_i1226" type="#_x0000_t75" style="width:13.2pt;height:13.65pt" o:ole="">
            <v:imagedata r:id="rId131" o:title=""/>
          </v:shape>
          <o:OLEObject Type="Embed" ProgID="Equation.DSMT4" ShapeID="_x0000_i1226" DrawAspect="Content" ObjectID="_1806929973" r:id="rId390"/>
        </w:object>
      </w:r>
    </w:p>
    <w:p w14:paraId="6FE2D3EC" w14:textId="77777777" w:rsidR="007C5B20" w:rsidRPr="00360D38" w:rsidRDefault="007C5B20" w:rsidP="007C5B20">
      <w:pPr>
        <w:tabs>
          <w:tab w:val="left" w:pos="284"/>
        </w:tabs>
        <w:spacing w:line="240" w:lineRule="auto"/>
        <w:rPr>
          <w:rFonts w:ascii="Times New Roman" w:eastAsia="Calibri" w:hAnsi="Times New Roman" w:cs="Times New Roman"/>
          <w:sz w:val="26"/>
          <w:szCs w:val="26"/>
          <w:lang w:val="vi-VN"/>
        </w:rPr>
      </w:pPr>
      <w:r w:rsidRPr="00360D38">
        <w:rPr>
          <w:rFonts w:ascii="Times New Roman" w:eastAsia="Calibri" w:hAnsi="Times New Roman" w:cs="Times New Roman"/>
          <w:bCs/>
          <w:sz w:val="26"/>
          <w:szCs w:val="26"/>
          <w:lang w:val="vi-VN"/>
        </w:rPr>
        <w:tab/>
      </w:r>
      <w:r w:rsidRPr="00360D38">
        <w:rPr>
          <w:rFonts w:ascii="Times New Roman" w:eastAsia="Calibri" w:hAnsi="Times New Roman" w:cs="Times New Roman"/>
          <w:b/>
          <w:bCs/>
          <w:sz w:val="26"/>
          <w:szCs w:val="26"/>
          <w:lang w:val="vi-VN"/>
        </w:rPr>
        <w:t>b)</w:t>
      </w:r>
      <w:r w:rsidRPr="00360D38">
        <w:rPr>
          <w:rFonts w:ascii="Times New Roman" w:eastAsia="Calibri" w:hAnsi="Times New Roman" w:cs="Times New Roman"/>
          <w:bCs/>
          <w:sz w:val="26"/>
          <w:szCs w:val="26"/>
          <w:lang w:val="vi-VN"/>
        </w:rPr>
        <w:t xml:space="preserve"> Khoảng cách từ điểm </w:t>
      </w:r>
      <w:r w:rsidRPr="00360D38">
        <w:rPr>
          <w:rFonts w:ascii="Times New Roman" w:eastAsia="Calibri" w:hAnsi="Times New Roman" w:cs="Times New Roman"/>
          <w:bCs/>
          <w:position w:val="-4"/>
          <w:sz w:val="26"/>
          <w:szCs w:val="26"/>
          <w:lang w:val="vi-VN"/>
        </w:rPr>
        <w:object w:dxaOrig="240" w:dyaOrig="260" w14:anchorId="432E7291">
          <v:shape id="_x0000_i1227" type="#_x0000_t75" style="width:11.85pt;height:13.2pt" o:ole="">
            <v:imagedata r:id="rId133" o:title=""/>
          </v:shape>
          <o:OLEObject Type="Embed" ProgID="Equation.DSMT4" ShapeID="_x0000_i1227" DrawAspect="Content" ObjectID="_1806929974" r:id="rId391"/>
        </w:object>
      </w:r>
      <w:r w:rsidRPr="00360D38">
        <w:rPr>
          <w:rFonts w:ascii="Times New Roman" w:eastAsia="Calibri" w:hAnsi="Times New Roman" w:cs="Times New Roman"/>
          <w:bCs/>
          <w:sz w:val="26"/>
          <w:szCs w:val="26"/>
          <w:lang w:val="vi-VN"/>
        </w:rPr>
        <w:t xml:space="preserve"> đến đường thẳng </w:t>
      </w:r>
      <w:r w:rsidRPr="00360D38">
        <w:rPr>
          <w:rFonts w:ascii="Times New Roman" w:eastAsia="Calibri" w:hAnsi="Times New Roman" w:cs="Times New Roman"/>
          <w:position w:val="-6"/>
          <w:sz w:val="26"/>
          <w:szCs w:val="26"/>
          <w:lang w:val="vi-VN"/>
        </w:rPr>
        <w:object w:dxaOrig="220" w:dyaOrig="279" w14:anchorId="67EE094D">
          <v:shape id="_x0000_i1228" type="#_x0000_t75" style="width:11.4pt;height:13.65pt" o:ole="">
            <v:imagedata r:id="rId135" o:title=""/>
          </v:shape>
          <o:OLEObject Type="Embed" ProgID="Equation.DSMT4" ShapeID="_x0000_i1228" DrawAspect="Content" ObjectID="_1806929975" r:id="rId392"/>
        </w:object>
      </w:r>
      <w:r w:rsidRPr="00360D38">
        <w:rPr>
          <w:rFonts w:ascii="Times New Roman" w:eastAsia="Calibri" w:hAnsi="Times New Roman" w:cs="Times New Roman"/>
          <w:sz w:val="26"/>
          <w:szCs w:val="26"/>
          <w:lang w:val="vi-VN"/>
        </w:rPr>
        <w:t xml:space="preserve"> là </w:t>
      </w:r>
      <w:r w:rsidRPr="00360D38">
        <w:rPr>
          <w:rFonts w:ascii="Times New Roman" w:eastAsia="Calibri" w:hAnsi="Times New Roman" w:cs="Times New Roman"/>
          <w:position w:val="-24"/>
          <w:sz w:val="26"/>
          <w:szCs w:val="26"/>
          <w:lang w:val="vi-VN"/>
        </w:rPr>
        <w:object w:dxaOrig="620" w:dyaOrig="680" w14:anchorId="31E7CD01">
          <v:shape id="_x0000_i1229" type="#_x0000_t75" style="width:31pt;height:34.2pt" o:ole="">
            <v:imagedata r:id="rId393" o:title=""/>
          </v:shape>
          <o:OLEObject Type="Embed" ProgID="Equation.DSMT4" ShapeID="_x0000_i1229" DrawAspect="Content" ObjectID="_1806929976" r:id="rId394"/>
        </w:object>
      </w:r>
      <w:r w:rsidRPr="00360D38">
        <w:rPr>
          <w:rFonts w:ascii="Times New Roman" w:eastAsia="Calibri" w:hAnsi="Times New Roman" w:cs="Times New Roman"/>
          <w:sz w:val="26"/>
          <w:szCs w:val="26"/>
          <w:lang w:val="vi-VN"/>
        </w:rPr>
        <w:t>.</w:t>
      </w:r>
    </w:p>
    <w:p w14:paraId="6BE8FB45" w14:textId="77777777" w:rsidR="007C5B20" w:rsidRPr="00360D38" w:rsidRDefault="007C5B20" w:rsidP="007C5B20">
      <w:pPr>
        <w:tabs>
          <w:tab w:val="left" w:pos="284"/>
        </w:tabs>
        <w:spacing w:line="240" w:lineRule="auto"/>
        <w:rPr>
          <w:rFonts w:ascii="Times New Roman" w:eastAsia="Calibri" w:hAnsi="Times New Roman" w:cs="Times New Roman"/>
          <w:bCs/>
          <w:sz w:val="26"/>
          <w:szCs w:val="26"/>
          <w:lang w:val="vi-VN"/>
        </w:rPr>
      </w:pPr>
      <w:r w:rsidRPr="00360D38">
        <w:rPr>
          <w:rFonts w:ascii="Times New Roman" w:eastAsia="Calibri" w:hAnsi="Times New Roman" w:cs="Times New Roman"/>
          <w:bCs/>
          <w:sz w:val="26"/>
          <w:szCs w:val="26"/>
          <w:lang w:val="vi-VN"/>
        </w:rPr>
        <w:t xml:space="preserve"> </w:t>
      </w:r>
      <w:r w:rsidRPr="00360D38">
        <w:rPr>
          <w:rFonts w:ascii="Times New Roman" w:eastAsia="Calibri" w:hAnsi="Times New Roman" w:cs="Times New Roman"/>
          <w:bCs/>
          <w:sz w:val="26"/>
          <w:szCs w:val="26"/>
          <w:lang w:val="vi-VN"/>
        </w:rPr>
        <w:tab/>
      </w:r>
      <w:r w:rsidRPr="00360D38">
        <w:rPr>
          <w:rFonts w:ascii="Times New Roman" w:eastAsia="Calibri" w:hAnsi="Times New Roman" w:cs="Times New Roman"/>
          <w:b/>
          <w:bCs/>
          <w:sz w:val="26"/>
          <w:szCs w:val="26"/>
          <w:lang w:val="vi-VN"/>
        </w:rPr>
        <w:t>c)</w:t>
      </w:r>
      <w:r w:rsidRPr="00360D38">
        <w:rPr>
          <w:rFonts w:ascii="Times New Roman" w:eastAsia="Calibri" w:hAnsi="Times New Roman" w:cs="Times New Roman"/>
          <w:bCs/>
          <w:sz w:val="26"/>
          <w:szCs w:val="26"/>
          <w:lang w:val="vi-VN"/>
        </w:rPr>
        <w:t xml:space="preserve"> P</w:t>
      </w:r>
      <w:r w:rsidRPr="00360D38">
        <w:rPr>
          <w:rFonts w:ascii="Times New Roman" w:hAnsi="Times New Roman" w:cs="Times New Roman"/>
          <w:sz w:val="26"/>
          <w:szCs w:val="26"/>
          <w:lang w:val="vi-VN"/>
        </w:rPr>
        <w:t xml:space="preserve">hương trình đường tròn tâm  </w:t>
      </w:r>
      <w:r w:rsidRPr="00360D38">
        <w:rPr>
          <w:rFonts w:ascii="Times New Roman" w:eastAsia="Calibri" w:hAnsi="Times New Roman" w:cs="Times New Roman"/>
          <w:position w:val="-14"/>
          <w:sz w:val="26"/>
          <w:szCs w:val="26"/>
          <w:lang w:val="vi-VN"/>
        </w:rPr>
        <w:object w:dxaOrig="840" w:dyaOrig="400" w14:anchorId="24B066C6">
          <v:shape id="_x0000_i1230" type="#_x0000_t75" style="width:41.9pt;height:20.5pt" o:ole="">
            <v:imagedata r:id="rId385" o:title=""/>
          </v:shape>
          <o:OLEObject Type="Embed" ProgID="Equation.DSMT4" ShapeID="_x0000_i1230" DrawAspect="Content" ObjectID="_1806929977" r:id="rId395"/>
        </w:object>
      </w:r>
      <w:r w:rsidRPr="00360D38">
        <w:rPr>
          <w:rFonts w:ascii="Times New Roman" w:hAnsi="Times New Roman" w:cs="Times New Roman"/>
          <w:sz w:val="26"/>
          <w:szCs w:val="26"/>
          <w:lang w:val="vi-VN"/>
        </w:rPr>
        <w:t xml:space="preserve">  và đi qua </w:t>
      </w:r>
      <w:r w:rsidRPr="00360D38">
        <w:rPr>
          <w:rFonts w:ascii="Times New Roman" w:eastAsia="Calibri" w:hAnsi="Times New Roman" w:cs="Times New Roman"/>
          <w:position w:val="-14"/>
          <w:sz w:val="26"/>
          <w:szCs w:val="26"/>
          <w:lang w:val="vi-VN"/>
        </w:rPr>
        <w:object w:dxaOrig="859" w:dyaOrig="400" w14:anchorId="1E637161">
          <v:shape id="_x0000_i1231" type="#_x0000_t75" style="width:43.3pt;height:20.5pt" o:ole="">
            <v:imagedata r:id="rId387" o:title=""/>
          </v:shape>
          <o:OLEObject Type="Embed" ProgID="Equation.DSMT4" ShapeID="_x0000_i1231" DrawAspect="Content" ObjectID="_1806929978" r:id="rId396"/>
        </w:object>
      </w:r>
      <w:r w:rsidRPr="00360D38">
        <w:rPr>
          <w:rFonts w:ascii="Times New Roman" w:eastAsia="Calibri" w:hAnsi="Times New Roman" w:cs="Times New Roman"/>
          <w:sz w:val="26"/>
          <w:szCs w:val="26"/>
          <w:lang w:val="vi-VN"/>
        </w:rPr>
        <w:t xml:space="preserve"> có dạng: </w:t>
      </w:r>
      <w:r w:rsidRPr="00360D38">
        <w:rPr>
          <w:rFonts w:ascii="Times New Roman" w:eastAsia="Times New Roman" w:hAnsi="Times New Roman" w:cs="Times New Roman"/>
          <w:position w:val="-14"/>
          <w:sz w:val="26"/>
          <w:szCs w:val="26"/>
        </w:rPr>
        <w:object w:dxaOrig="2659" w:dyaOrig="440" w14:anchorId="68015999">
          <v:shape id="_x0000_i1232" type="#_x0000_t75" style="width:132.6pt;height:21.85pt" o:ole="">
            <v:imagedata r:id="rId397" o:title=""/>
          </v:shape>
          <o:OLEObject Type="Embed" ProgID="Equation.DSMT4" ShapeID="_x0000_i1232" DrawAspect="Content" ObjectID="_1806929979" r:id="rId398"/>
        </w:object>
      </w:r>
      <w:r w:rsidRPr="00360D38">
        <w:rPr>
          <w:rFonts w:ascii="Times New Roman" w:eastAsia="Calibri" w:hAnsi="Times New Roman" w:cs="Times New Roman"/>
          <w:bCs/>
          <w:sz w:val="26"/>
          <w:szCs w:val="26"/>
          <w:lang w:val="vi-VN"/>
        </w:rPr>
        <w:tab/>
      </w:r>
      <w:r w:rsidRPr="00360D38">
        <w:rPr>
          <w:rFonts w:ascii="Times New Roman" w:eastAsia="Calibri" w:hAnsi="Times New Roman" w:cs="Times New Roman"/>
          <w:b/>
          <w:bCs/>
          <w:sz w:val="26"/>
          <w:szCs w:val="26"/>
          <w:lang w:val="vi-VN"/>
        </w:rPr>
        <w:t>d)</w:t>
      </w:r>
      <w:r w:rsidRPr="00360D38">
        <w:rPr>
          <w:rFonts w:ascii="Times New Roman" w:eastAsia="Calibri" w:hAnsi="Times New Roman" w:cs="Times New Roman"/>
          <w:bCs/>
          <w:sz w:val="26"/>
          <w:szCs w:val="26"/>
          <w:lang w:val="vi-VN"/>
        </w:rPr>
        <w:t xml:space="preserve"> </w:t>
      </w:r>
      <w:r w:rsidRPr="00360D38">
        <w:rPr>
          <w:rFonts w:ascii="Times New Roman" w:eastAsia="Calibri" w:hAnsi="Times New Roman" w:cs="Times New Roman"/>
          <w:sz w:val="26"/>
          <w:szCs w:val="26"/>
          <w:lang w:val="vi-VN"/>
        </w:rPr>
        <w:t xml:space="preserve">Phương trình của đường thẳng </w:t>
      </w:r>
      <w:r w:rsidRPr="00360D38">
        <w:rPr>
          <w:rFonts w:ascii="Times New Roman" w:eastAsia="Calibri" w:hAnsi="Times New Roman" w:cs="Times New Roman"/>
          <w:position w:val="-6"/>
          <w:sz w:val="26"/>
          <w:szCs w:val="26"/>
        </w:rPr>
        <w:object w:dxaOrig="279" w:dyaOrig="279" w14:anchorId="16D727BD">
          <v:shape id="_x0000_i1233" type="#_x0000_t75" style="width:13.65pt;height:14.6pt" o:ole="">
            <v:imagedata r:id="rId399" o:title=""/>
          </v:shape>
          <o:OLEObject Type="Embed" ProgID="Equation.DSMT4" ShapeID="_x0000_i1233" DrawAspect="Content" ObjectID="_1806929980" r:id="rId400"/>
        </w:object>
      </w:r>
      <w:r w:rsidRPr="00360D38">
        <w:rPr>
          <w:rFonts w:ascii="Times New Roman" w:eastAsia="Calibri" w:hAnsi="Times New Roman" w:cs="Times New Roman"/>
          <w:sz w:val="26"/>
          <w:szCs w:val="26"/>
          <w:lang w:val="vi-VN"/>
        </w:rPr>
        <w:t xml:space="preserve"> qua </w:t>
      </w:r>
      <w:r w:rsidRPr="00360D38">
        <w:rPr>
          <w:rFonts w:ascii="Times New Roman" w:eastAsia="Calibri" w:hAnsi="Times New Roman" w:cs="Times New Roman"/>
          <w:position w:val="-4"/>
          <w:sz w:val="26"/>
          <w:szCs w:val="26"/>
        </w:rPr>
        <w:object w:dxaOrig="240" w:dyaOrig="255" w14:anchorId="571C3960">
          <v:shape id="_x0000_i1234" type="#_x0000_t75" style="width:11.85pt;height:13.65pt" o:ole="">
            <v:imagedata r:id="rId146" o:title=""/>
          </v:shape>
          <o:OLEObject Type="Embed" ProgID="Equation.DSMT4" ShapeID="_x0000_i1234" DrawAspect="Content" ObjectID="_1806929981" r:id="rId401"/>
        </w:object>
      </w:r>
      <w:r w:rsidRPr="00360D38">
        <w:rPr>
          <w:rFonts w:ascii="Times New Roman" w:eastAsia="Calibri" w:hAnsi="Times New Roman" w:cs="Times New Roman"/>
          <w:sz w:val="26"/>
          <w:szCs w:val="26"/>
          <w:lang w:val="vi-VN"/>
        </w:rPr>
        <w:t xml:space="preserve"> và vuông góc với </w:t>
      </w:r>
      <w:r w:rsidRPr="00360D38">
        <w:rPr>
          <w:rFonts w:ascii="Times New Roman" w:eastAsia="Calibri" w:hAnsi="Times New Roman" w:cs="Times New Roman"/>
          <w:position w:val="-6"/>
          <w:sz w:val="26"/>
          <w:szCs w:val="26"/>
        </w:rPr>
        <w:object w:dxaOrig="225" w:dyaOrig="285" w14:anchorId="70D20F28">
          <v:shape id="_x0000_i1235" type="#_x0000_t75" style="width:11.4pt;height:14.6pt" o:ole="">
            <v:imagedata r:id="rId148" o:title=""/>
          </v:shape>
          <o:OLEObject Type="Embed" ProgID="Equation.DSMT4" ShapeID="_x0000_i1235" DrawAspect="Content" ObjectID="_1806929982" r:id="rId402"/>
        </w:object>
      </w:r>
      <w:r w:rsidRPr="00360D38">
        <w:rPr>
          <w:rFonts w:ascii="Times New Roman" w:eastAsia="Calibri" w:hAnsi="Times New Roman" w:cs="Times New Roman"/>
          <w:sz w:val="26"/>
          <w:szCs w:val="26"/>
          <w:lang w:val="vi-VN"/>
        </w:rPr>
        <w:t xml:space="preserve"> có dạng là: </w:t>
      </w:r>
      <w:r w:rsidRPr="00360D38">
        <w:rPr>
          <w:rFonts w:ascii="Times New Roman" w:eastAsia="Calibri" w:hAnsi="Times New Roman" w:cs="Times New Roman"/>
          <w:position w:val="-10"/>
          <w:sz w:val="26"/>
          <w:szCs w:val="26"/>
          <w:lang w:val="vi-VN"/>
        </w:rPr>
        <w:object w:dxaOrig="1420" w:dyaOrig="320" w14:anchorId="459C7854">
          <v:shape id="_x0000_i1236" type="#_x0000_t75" style="width:70.65pt;height:15.5pt" o:ole="">
            <v:imagedata r:id="rId403" o:title=""/>
          </v:shape>
          <o:OLEObject Type="Embed" ProgID="Equation.DSMT4" ShapeID="_x0000_i1236" DrawAspect="Content" ObjectID="_1806929983" r:id="rId404"/>
        </w:object>
      </w:r>
    </w:p>
    <w:p w14:paraId="63FC6DB1" w14:textId="77777777" w:rsidR="007C5B20" w:rsidRPr="00360D38" w:rsidRDefault="007C5B20" w:rsidP="007C5B20">
      <w:pPr>
        <w:rPr>
          <w:rFonts w:ascii="Times New Roman" w:hAnsi="Times New Roman" w:cs="Times New Roman"/>
          <w:sz w:val="26"/>
          <w:szCs w:val="26"/>
          <w:lang w:val="vi-VN"/>
        </w:rPr>
      </w:pPr>
      <w:r w:rsidRPr="00360D38">
        <w:rPr>
          <w:rFonts w:ascii="Times New Roman" w:eastAsia="Calibri" w:hAnsi="Times New Roman" w:cs="Times New Roman"/>
          <w:b/>
          <w:sz w:val="26"/>
          <w:szCs w:val="26"/>
          <w:lang w:val="vi-VN"/>
        </w:rPr>
        <w:t>Câu 2.</w:t>
      </w:r>
      <w:r w:rsidRPr="00360D38">
        <w:rPr>
          <w:rFonts w:ascii="Times New Roman" w:eastAsia="Calibri" w:hAnsi="Times New Roman" w:cs="Times New Roman"/>
          <w:sz w:val="26"/>
          <w:szCs w:val="26"/>
          <w:lang w:val="vi-VN"/>
        </w:rPr>
        <w:t xml:space="preserve"> </w:t>
      </w:r>
      <w:r w:rsidRPr="00360D38">
        <w:rPr>
          <w:rFonts w:ascii="Times New Roman" w:hAnsi="Times New Roman" w:cs="Times New Roman"/>
          <w:sz w:val="26"/>
          <w:szCs w:val="26"/>
          <w:lang w:val="vi-VN"/>
        </w:rPr>
        <w:t>Gieo một con xúc xắc 2 lần liên tiếp</w:t>
      </w:r>
    </w:p>
    <w:p w14:paraId="6609013B" w14:textId="77777777" w:rsidR="007C5B20" w:rsidRPr="00360D38" w:rsidRDefault="007C5B20" w:rsidP="007C5B20">
      <w:pPr>
        <w:ind w:left="360"/>
        <w:jc w:val="both"/>
        <w:rPr>
          <w:rFonts w:ascii="Times New Roman" w:eastAsia="Calibri" w:hAnsi="Times New Roman" w:cs="Times New Roman"/>
          <w:sz w:val="26"/>
          <w:szCs w:val="26"/>
          <w:lang w:val="vi-VN"/>
        </w:rPr>
      </w:pPr>
      <w:r w:rsidRPr="00360D38">
        <w:rPr>
          <w:rFonts w:ascii="Times New Roman" w:eastAsia="Calibri" w:hAnsi="Times New Roman" w:cs="Times New Roman"/>
          <w:b/>
          <w:bCs/>
          <w:sz w:val="26"/>
          <w:szCs w:val="26"/>
          <w:lang w:val="vi-VN"/>
        </w:rPr>
        <w:t>a)</w:t>
      </w:r>
      <w:r w:rsidRPr="00360D38">
        <w:rPr>
          <w:rFonts w:ascii="Times New Roman" w:eastAsia="Calibri" w:hAnsi="Times New Roman" w:cs="Times New Roman"/>
          <w:bCs/>
          <w:sz w:val="26"/>
          <w:szCs w:val="26"/>
          <w:lang w:val="vi-VN"/>
        </w:rPr>
        <w:t xml:space="preserve"> </w:t>
      </w:r>
      <w:r w:rsidRPr="00360D38">
        <w:rPr>
          <w:rFonts w:ascii="Times New Roman" w:eastAsia="Calibri" w:hAnsi="Times New Roman" w:cs="Times New Roman"/>
          <w:sz w:val="26"/>
          <w:szCs w:val="26"/>
          <w:lang w:val="vi-VN"/>
        </w:rPr>
        <w:t>Số phần tử của không gian mẫu là 36.</w:t>
      </w:r>
    </w:p>
    <w:p w14:paraId="02811DC9" w14:textId="77777777" w:rsidR="007C5B20" w:rsidRPr="00360D38" w:rsidRDefault="007C5B20" w:rsidP="007C5B20">
      <w:pPr>
        <w:ind w:left="360"/>
        <w:jc w:val="both"/>
        <w:rPr>
          <w:rFonts w:ascii="Times New Roman" w:eastAsia="Calibri" w:hAnsi="Times New Roman" w:cs="Times New Roman"/>
          <w:color w:val="000000" w:themeColor="text1"/>
          <w:sz w:val="26"/>
          <w:szCs w:val="26"/>
          <w:lang w:val="vi-VN"/>
        </w:rPr>
      </w:pPr>
      <w:r w:rsidRPr="00360D38">
        <w:rPr>
          <w:rFonts w:ascii="Times New Roman" w:eastAsia="Calibri" w:hAnsi="Times New Roman" w:cs="Times New Roman"/>
          <w:b/>
          <w:bCs/>
          <w:sz w:val="26"/>
          <w:szCs w:val="26"/>
          <w:lang w:val="vi-VN"/>
        </w:rPr>
        <w:t>b)</w:t>
      </w:r>
      <w:r w:rsidRPr="00360D38">
        <w:rPr>
          <w:rFonts w:ascii="Times New Roman" w:eastAsia="Calibri" w:hAnsi="Times New Roman" w:cs="Times New Roman"/>
          <w:bCs/>
          <w:sz w:val="26"/>
          <w:szCs w:val="26"/>
          <w:lang w:val="vi-VN"/>
        </w:rPr>
        <w:t xml:space="preserve"> </w:t>
      </w:r>
      <w:r w:rsidRPr="00360D38">
        <w:rPr>
          <w:rFonts w:ascii="Times New Roman" w:eastAsia="Calibri" w:hAnsi="Times New Roman" w:cs="Times New Roman"/>
          <w:color w:val="000000" w:themeColor="text1"/>
          <w:position w:val="-14"/>
          <w:sz w:val="26"/>
          <w:szCs w:val="26"/>
        </w:rPr>
        <w:object w:dxaOrig="4120" w:dyaOrig="400" w14:anchorId="1EC0FFAA">
          <v:shape id="_x0000_i1237" type="#_x0000_t75" style="width:205.95pt;height:20.5pt" o:ole="">
            <v:imagedata r:id="rId405" o:title=""/>
          </v:shape>
          <o:OLEObject Type="Embed" ProgID="Equation.DSMT4" ShapeID="_x0000_i1237" DrawAspect="Content" ObjectID="_1806929984" r:id="rId406"/>
        </w:object>
      </w:r>
      <w:r w:rsidRPr="00360D38">
        <w:rPr>
          <w:rFonts w:ascii="Times New Roman" w:eastAsia="Calibri" w:hAnsi="Times New Roman" w:cs="Times New Roman"/>
          <w:color w:val="000000" w:themeColor="text1"/>
          <w:sz w:val="26"/>
          <w:szCs w:val="26"/>
          <w:lang w:val="vi-VN"/>
        </w:rPr>
        <w:t xml:space="preserve"> là biến cố “Số chấm trong lần gieo đầu tiên là 3”.</w:t>
      </w:r>
    </w:p>
    <w:p w14:paraId="2E606A55" w14:textId="77777777" w:rsidR="007C5B20" w:rsidRPr="00360D38" w:rsidRDefault="007C5B20" w:rsidP="007C5B20">
      <w:pPr>
        <w:ind w:left="360"/>
        <w:jc w:val="both"/>
        <w:rPr>
          <w:rFonts w:ascii="Times New Roman" w:eastAsia="Calibri" w:hAnsi="Times New Roman" w:cs="Times New Roman"/>
          <w:color w:val="000000" w:themeColor="text1"/>
          <w:sz w:val="26"/>
          <w:szCs w:val="26"/>
          <w:lang w:val="vi-VN"/>
        </w:rPr>
      </w:pPr>
      <w:r w:rsidRPr="00360D38">
        <w:rPr>
          <w:rFonts w:ascii="Times New Roman" w:eastAsia="Calibri" w:hAnsi="Times New Roman" w:cs="Times New Roman"/>
          <w:b/>
          <w:bCs/>
          <w:sz w:val="26"/>
          <w:szCs w:val="26"/>
          <w:lang w:val="vi-VN"/>
        </w:rPr>
        <w:t>c)</w:t>
      </w:r>
      <w:r w:rsidRPr="00360D38">
        <w:rPr>
          <w:rFonts w:ascii="Times New Roman" w:eastAsia="Calibri" w:hAnsi="Times New Roman" w:cs="Times New Roman"/>
          <w:bCs/>
          <w:sz w:val="26"/>
          <w:szCs w:val="26"/>
          <w:lang w:val="vi-VN"/>
        </w:rPr>
        <w:t xml:space="preserve"> </w:t>
      </w:r>
      <w:r w:rsidRPr="00360D38">
        <w:rPr>
          <w:rFonts w:ascii="Times New Roman" w:eastAsia="Calibri" w:hAnsi="Times New Roman" w:cs="Times New Roman"/>
          <w:color w:val="000000" w:themeColor="text1"/>
          <w:position w:val="-14"/>
          <w:sz w:val="26"/>
          <w:szCs w:val="26"/>
        </w:rPr>
        <w:object w:dxaOrig="3500" w:dyaOrig="400" w14:anchorId="6D1CEBBB">
          <v:shape id="_x0000_i1238" type="#_x0000_t75" style="width:175pt;height:20.5pt" o:ole="">
            <v:imagedata r:id="rId407" o:title=""/>
          </v:shape>
          <o:OLEObject Type="Embed" ProgID="Equation.DSMT4" ShapeID="_x0000_i1238" DrawAspect="Content" ObjectID="_1806929985" r:id="rId408"/>
        </w:object>
      </w:r>
      <w:r w:rsidRPr="00360D38">
        <w:rPr>
          <w:rFonts w:ascii="Times New Roman" w:eastAsia="Calibri" w:hAnsi="Times New Roman" w:cs="Times New Roman"/>
          <w:color w:val="000000" w:themeColor="text1"/>
          <w:sz w:val="26"/>
          <w:szCs w:val="26"/>
          <w:lang w:val="vi-VN"/>
        </w:rPr>
        <w:t xml:space="preserve"> là biến cố “</w:t>
      </w:r>
      <w:r w:rsidRPr="00360D38">
        <w:rPr>
          <w:rFonts w:ascii="Times New Roman" w:hAnsi="Times New Roman" w:cs="Times New Roman"/>
          <w:sz w:val="26"/>
          <w:szCs w:val="26"/>
          <w:lang w:val="vi-VN"/>
        </w:rPr>
        <w:t>Tổng hai lần gieo là một số chẵn</w:t>
      </w:r>
      <w:r w:rsidRPr="00360D38">
        <w:rPr>
          <w:rFonts w:ascii="Times New Roman" w:eastAsia="Calibri" w:hAnsi="Times New Roman" w:cs="Times New Roman"/>
          <w:color w:val="000000" w:themeColor="text1"/>
          <w:sz w:val="26"/>
          <w:szCs w:val="26"/>
          <w:lang w:val="vi-VN"/>
        </w:rPr>
        <w:t>”.</w:t>
      </w:r>
    </w:p>
    <w:p w14:paraId="43DC0F34" w14:textId="77777777" w:rsidR="007C5B20" w:rsidRPr="00360D38" w:rsidRDefault="007C5B20" w:rsidP="007C5B20">
      <w:pPr>
        <w:ind w:left="360"/>
        <w:jc w:val="both"/>
        <w:rPr>
          <w:rFonts w:ascii="Times New Roman" w:hAnsi="Times New Roman" w:cs="Times New Roman"/>
          <w:sz w:val="26"/>
          <w:szCs w:val="26"/>
          <w:lang w:val="vi-VN"/>
        </w:rPr>
      </w:pPr>
      <w:r w:rsidRPr="00360D38">
        <w:rPr>
          <w:rFonts w:ascii="Times New Roman" w:eastAsia="Calibri" w:hAnsi="Times New Roman" w:cs="Times New Roman"/>
          <w:b/>
          <w:bCs/>
          <w:sz w:val="26"/>
          <w:szCs w:val="26"/>
          <w:lang w:val="vi-VN"/>
        </w:rPr>
        <w:t>d)</w:t>
      </w:r>
      <w:r w:rsidRPr="00360D38">
        <w:rPr>
          <w:rFonts w:ascii="Times New Roman" w:eastAsia="Calibri" w:hAnsi="Times New Roman" w:cs="Times New Roman"/>
          <w:bCs/>
          <w:sz w:val="26"/>
          <w:szCs w:val="26"/>
          <w:lang w:val="vi-VN"/>
        </w:rPr>
        <w:t xml:space="preserve"> </w:t>
      </w:r>
      <w:r w:rsidRPr="00360D38">
        <w:rPr>
          <w:rFonts w:ascii="Times New Roman" w:eastAsia="Calibri" w:hAnsi="Times New Roman" w:cs="Times New Roman"/>
          <w:bCs/>
          <w:position w:val="-24"/>
          <w:sz w:val="26"/>
          <w:szCs w:val="26"/>
          <w:lang w:val="vi-VN"/>
        </w:rPr>
        <w:object w:dxaOrig="1080" w:dyaOrig="620" w14:anchorId="098C5003">
          <v:shape id="_x0000_i1239" type="#_x0000_t75" style="width:54.25pt;height:31pt" o:ole="">
            <v:imagedata r:id="rId409" o:title=""/>
          </v:shape>
          <o:OLEObject Type="Embed" ProgID="Equation.DSMT4" ShapeID="_x0000_i1239" DrawAspect="Content" ObjectID="_1806929986" r:id="rId410"/>
        </w:object>
      </w:r>
    </w:p>
    <w:p w14:paraId="6C4023F1" w14:textId="77777777" w:rsidR="007C5B20" w:rsidRPr="00360D38" w:rsidRDefault="007C5B20" w:rsidP="007C5B20">
      <w:pPr>
        <w:tabs>
          <w:tab w:val="left" w:pos="992"/>
        </w:tabs>
        <w:jc w:val="both"/>
        <w:rPr>
          <w:rFonts w:ascii="Times New Roman" w:hAnsi="Times New Roman" w:cs="Times New Roman"/>
          <w:i/>
          <w:iCs/>
          <w:sz w:val="26"/>
          <w:szCs w:val="26"/>
          <w:lang w:val="vi-VN"/>
        </w:rPr>
      </w:pPr>
      <w:r w:rsidRPr="00360D38">
        <w:rPr>
          <w:rFonts w:ascii="Times New Roman" w:hAnsi="Times New Roman" w:cs="Times New Roman"/>
          <w:b/>
          <w:bCs/>
          <w:sz w:val="26"/>
          <w:szCs w:val="26"/>
          <w:lang w:val="vi-VN"/>
        </w:rPr>
        <w:t>PHẦN III. Câu trắc nghiệm trả lời ngắn (2.0 điểm).</w:t>
      </w:r>
      <w:r w:rsidRPr="00360D38">
        <w:rPr>
          <w:rFonts w:ascii="Times New Roman" w:hAnsi="Times New Roman" w:cs="Times New Roman"/>
          <w:i/>
          <w:iCs/>
          <w:sz w:val="26"/>
          <w:szCs w:val="26"/>
          <w:lang w:val="vi-VN"/>
        </w:rPr>
        <w:t xml:space="preserve"> Thí sinh trả lời từ câu 1 đến câu 4.</w:t>
      </w:r>
    </w:p>
    <w:p w14:paraId="73AFBD86" w14:textId="77777777" w:rsidR="007C5B20" w:rsidRPr="00360D38" w:rsidRDefault="007C5B20" w:rsidP="007C5B20">
      <w:pPr>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Câu 1.</w:t>
      </w:r>
      <w:r w:rsidRPr="00360D38">
        <w:rPr>
          <w:rFonts w:ascii="Times New Roman" w:eastAsia="Calibri" w:hAnsi="Times New Roman" w:cs="Times New Roman"/>
          <w:sz w:val="26"/>
          <w:szCs w:val="26"/>
          <w:lang w:val="vi-VN"/>
        </w:rPr>
        <w:t xml:space="preserve"> Số cách xếp 10 bạn học sinh tổ 1 lớp 10A chuyên Toán thành một hàng ngang?</w:t>
      </w:r>
    </w:p>
    <w:p w14:paraId="3806A9F4" w14:textId="77777777" w:rsidR="007C5B20" w:rsidRPr="00360D38" w:rsidRDefault="007C5B20" w:rsidP="007C5B20">
      <w:pPr>
        <w:spacing w:after="0"/>
        <w:jc w:val="both"/>
        <w:rPr>
          <w:rFonts w:ascii="Times New Roman" w:hAnsi="Times New Roman" w:cs="Times New Roman"/>
          <w:sz w:val="26"/>
          <w:szCs w:val="26"/>
          <w:lang w:val="nl-NL"/>
        </w:rPr>
      </w:pPr>
      <w:r w:rsidRPr="00360D38">
        <w:rPr>
          <w:rFonts w:ascii="Times New Roman" w:eastAsia="Calibri" w:hAnsi="Times New Roman" w:cs="Times New Roman"/>
          <w:b/>
          <w:sz w:val="26"/>
          <w:szCs w:val="26"/>
          <w:lang w:val="vi-VN"/>
        </w:rPr>
        <w:t>Câu 2.</w:t>
      </w:r>
      <w:r w:rsidRPr="00360D38">
        <w:rPr>
          <w:rFonts w:ascii="Times New Roman" w:eastAsia="Calibri" w:hAnsi="Times New Roman" w:cs="Times New Roman"/>
          <w:sz w:val="26"/>
          <w:szCs w:val="26"/>
          <w:lang w:val="vi-VN"/>
        </w:rPr>
        <w:t xml:space="preserve"> </w:t>
      </w:r>
      <w:r w:rsidRPr="00360D38">
        <w:rPr>
          <w:rFonts w:ascii="Times New Roman" w:hAnsi="Times New Roman" w:cs="Times New Roman"/>
          <w:sz w:val="26"/>
          <w:szCs w:val="26"/>
          <w:lang w:val="nl-NL"/>
        </w:rPr>
        <w:t>Điểm thi môn Toán lớp 10A của một trường THPT được trình bày ở bảng phân bố tần số sau:</w:t>
      </w:r>
    </w:p>
    <w:p w14:paraId="72B2BB3F" w14:textId="77777777" w:rsidR="007C5B20" w:rsidRPr="00360D38" w:rsidRDefault="007C5B20" w:rsidP="007C5B20">
      <w:pPr>
        <w:spacing w:after="0"/>
        <w:jc w:val="center"/>
        <w:rPr>
          <w:rFonts w:ascii="Times New Roman" w:hAnsi="Times New Roman" w:cs="Times New Roman"/>
          <w:sz w:val="26"/>
          <w:szCs w:val="26"/>
        </w:rPr>
      </w:pPr>
      <w:r w:rsidRPr="00360D38">
        <w:rPr>
          <w:rFonts w:ascii="Times New Roman" w:hAnsi="Times New Roman" w:cs="Times New Roman"/>
          <w:noProof/>
          <w:sz w:val="26"/>
          <w:szCs w:val="26"/>
        </w:rPr>
        <w:drawing>
          <wp:inline distT="0" distB="0" distL="0" distR="0" wp14:anchorId="3341CDB0" wp14:editId="7E7CADC1">
            <wp:extent cx="5067300" cy="49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5067300" cy="495300"/>
                    </a:xfrm>
                    <a:prstGeom prst="rect">
                      <a:avLst/>
                    </a:prstGeom>
                    <a:noFill/>
                    <a:ln>
                      <a:noFill/>
                    </a:ln>
                  </pic:spPr>
                </pic:pic>
              </a:graphicData>
            </a:graphic>
          </wp:inline>
        </w:drawing>
      </w:r>
    </w:p>
    <w:p w14:paraId="4DC65646" w14:textId="77777777" w:rsidR="007C5B20" w:rsidRPr="00360D38" w:rsidRDefault="007C5B20" w:rsidP="007C5B20">
      <w:pPr>
        <w:ind w:left="360"/>
        <w:jc w:val="both"/>
        <w:rPr>
          <w:rFonts w:ascii="Times New Roman" w:eastAsia="Calibri" w:hAnsi="Times New Roman" w:cs="Times New Roman"/>
          <w:sz w:val="26"/>
          <w:szCs w:val="26"/>
        </w:rPr>
      </w:pPr>
      <w:r w:rsidRPr="00360D38">
        <w:rPr>
          <w:rFonts w:ascii="Times New Roman" w:eastAsia="Calibri" w:hAnsi="Times New Roman" w:cs="Times New Roman"/>
          <w:sz w:val="26"/>
          <w:szCs w:val="26"/>
        </w:rPr>
        <w:t>T</w:t>
      </w:r>
      <w:r w:rsidRPr="00360D38">
        <w:rPr>
          <w:rFonts w:ascii="Times New Roman" w:eastAsia="Calibri" w:hAnsi="Times New Roman" w:cs="Times New Roman"/>
          <w:sz w:val="26"/>
          <w:szCs w:val="26"/>
          <w:lang w:val="vi-VN"/>
        </w:rPr>
        <w:t xml:space="preserve">ìm </w:t>
      </w:r>
      <w:r w:rsidRPr="00360D38">
        <w:rPr>
          <w:rFonts w:ascii="Times New Roman" w:eastAsia="Calibri" w:hAnsi="Times New Roman" w:cs="Times New Roman"/>
          <w:sz w:val="26"/>
          <w:szCs w:val="26"/>
        </w:rPr>
        <w:t>phương sai</w:t>
      </w:r>
      <w:r w:rsidRPr="00360D38">
        <w:rPr>
          <w:rFonts w:ascii="Times New Roman" w:eastAsia="Calibri" w:hAnsi="Times New Roman" w:cs="Times New Roman"/>
          <w:sz w:val="26"/>
          <w:szCs w:val="26"/>
          <w:lang w:val="vi-VN"/>
        </w:rPr>
        <w:t xml:space="preserve"> của mẫu số liệu đã cho</w:t>
      </w:r>
      <w:r w:rsidRPr="00360D38">
        <w:rPr>
          <w:rFonts w:ascii="Times New Roman" w:eastAsia="Calibri" w:hAnsi="Times New Roman" w:cs="Times New Roman"/>
          <w:sz w:val="26"/>
          <w:szCs w:val="26"/>
        </w:rPr>
        <w:t>( Làm tròn đến hàng phần trăm)</w:t>
      </w:r>
    </w:p>
    <w:p w14:paraId="4CE894F8" w14:textId="77777777" w:rsidR="007C5B20" w:rsidRPr="00360D38" w:rsidRDefault="007C5B20" w:rsidP="007C5B20">
      <w:pPr>
        <w:tabs>
          <w:tab w:val="left" w:pos="709"/>
        </w:tabs>
        <w:spacing w:after="0" w:line="360" w:lineRule="auto"/>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Câu 3.</w:t>
      </w:r>
      <w:r w:rsidRPr="00360D38">
        <w:rPr>
          <w:rFonts w:ascii="Times New Roman" w:eastAsia="Calibri" w:hAnsi="Times New Roman" w:cs="Times New Roman"/>
          <w:sz w:val="26"/>
          <w:szCs w:val="26"/>
          <w:lang w:val="vi-VN"/>
        </w:rPr>
        <w:t xml:space="preserve"> </w:t>
      </w:r>
      <w:r w:rsidRPr="00360D38">
        <w:rPr>
          <w:rFonts w:ascii="Times New Roman" w:hAnsi="Times New Roman" w:cs="Times New Roman"/>
          <w:sz w:val="26"/>
          <w:szCs w:val="26"/>
          <w:lang w:val="vi-VN"/>
        </w:rPr>
        <w:t xml:space="preserve">Một hộp có 10 quả bóng đánh số từ 1 đến 10, đồng thời các quả bóng từ 1 đến 6 được sơn màu vàng và các quả bóng còn lại được sơn màu xanh; các quả bóng có kích thước và khối lượng như nhau. Lấy ngẫu nhiên một quả bóng trong hộp. Xác suất của biến cố </w:t>
      </w:r>
      <w:r w:rsidRPr="00360D38">
        <w:rPr>
          <w:rFonts w:ascii="Times New Roman" w:eastAsia="Calibri" w:hAnsi="Times New Roman" w:cs="Times New Roman"/>
          <w:position w:val="-4"/>
          <w:sz w:val="26"/>
          <w:szCs w:val="26"/>
        </w:rPr>
        <w:object w:dxaOrig="240" w:dyaOrig="255" w14:anchorId="66E625EE">
          <v:shape id="_x0000_i1240" type="#_x0000_t75" style="width:11.85pt;height:13.65pt" o:ole="">
            <v:imagedata r:id="rId146" o:title=""/>
          </v:shape>
          <o:OLEObject Type="Embed" ProgID="Equation.DSMT4" ShapeID="_x0000_i1240" DrawAspect="Content" ObjectID="_1806929987" r:id="rId412"/>
        </w:object>
      </w:r>
      <w:r w:rsidRPr="00360D38">
        <w:rPr>
          <w:rFonts w:ascii="Times New Roman" w:hAnsi="Times New Roman" w:cs="Times New Roman"/>
          <w:sz w:val="26"/>
          <w:szCs w:val="26"/>
          <w:lang w:val="vi-VN"/>
        </w:rPr>
        <w:t xml:space="preserve">: “Quả bóng được chọn ra màu vàng và ghi số chẵn” có dạng </w:t>
      </w:r>
      <w:r w:rsidRPr="00360D38">
        <w:rPr>
          <w:rFonts w:ascii="Times New Roman" w:eastAsia="Calibri" w:hAnsi="Times New Roman" w:cs="Times New Roman"/>
          <w:bCs/>
          <w:position w:val="-24"/>
          <w:sz w:val="26"/>
          <w:szCs w:val="26"/>
          <w:lang w:val="vi-VN"/>
        </w:rPr>
        <w:object w:dxaOrig="1080" w:dyaOrig="620" w14:anchorId="264A070F">
          <v:shape id="_x0000_i1241" type="#_x0000_t75" style="width:54.25pt;height:31pt" o:ole="">
            <v:imagedata r:id="rId413" o:title=""/>
          </v:shape>
          <o:OLEObject Type="Embed" ProgID="Equation.DSMT4" ShapeID="_x0000_i1241" DrawAspect="Content" ObjectID="_1806929988" r:id="rId414"/>
        </w:object>
      </w:r>
      <w:r w:rsidRPr="00360D38">
        <w:rPr>
          <w:rFonts w:ascii="Times New Roman" w:eastAsia="Calibri" w:hAnsi="Times New Roman" w:cs="Times New Roman"/>
          <w:bCs/>
          <w:sz w:val="26"/>
          <w:szCs w:val="26"/>
          <w:lang w:val="vi-VN"/>
        </w:rPr>
        <w:t xml:space="preserve">Tính </w:t>
      </w:r>
      <w:r w:rsidRPr="00360D38">
        <w:rPr>
          <w:rFonts w:ascii="Times New Roman" w:eastAsia="Calibri" w:hAnsi="Times New Roman" w:cs="Times New Roman"/>
          <w:position w:val="-6"/>
          <w:sz w:val="26"/>
          <w:szCs w:val="26"/>
        </w:rPr>
        <w:object w:dxaOrig="920" w:dyaOrig="279" w14:anchorId="00FD9E00">
          <v:shape id="_x0000_i1242" type="#_x0000_t75" style="width:46.05pt;height:14.6pt" o:ole="">
            <v:imagedata r:id="rId415" o:title=""/>
          </v:shape>
          <o:OLEObject Type="Embed" ProgID="Equation.DSMT4" ShapeID="_x0000_i1242" DrawAspect="Content" ObjectID="_1806929989" r:id="rId416"/>
        </w:object>
      </w:r>
    </w:p>
    <w:p w14:paraId="11A7CA42" w14:textId="77777777" w:rsidR="007C5B20" w:rsidRPr="00360D38" w:rsidRDefault="007C5B20" w:rsidP="007C5B20">
      <w:pPr>
        <w:tabs>
          <w:tab w:val="left" w:pos="0"/>
        </w:tabs>
        <w:spacing w:before="120" w:after="0" w:line="360" w:lineRule="auto"/>
        <w:ind w:firstLine="1"/>
        <w:jc w:val="both"/>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Câu 4.</w:t>
      </w:r>
      <w:r w:rsidRPr="00360D38">
        <w:rPr>
          <w:rFonts w:ascii="Times New Roman" w:eastAsia="Calibri" w:hAnsi="Times New Roman" w:cs="Times New Roman"/>
          <w:sz w:val="26"/>
          <w:szCs w:val="26"/>
          <w:lang w:val="vi-VN"/>
        </w:rPr>
        <w:t xml:space="preserve"> Một vật chuyển động tròn đều chịu tác động của lực hướng tâm, quỹ đạo chuyển động của vật trong mặt phẳng toạ độ </w:t>
      </w:r>
      <w:r w:rsidRPr="00360D38">
        <w:rPr>
          <w:rFonts w:ascii="Times New Roman" w:eastAsia="Calibri" w:hAnsi="Times New Roman" w:cs="Times New Roman"/>
          <w:position w:val="-10"/>
          <w:sz w:val="26"/>
          <w:szCs w:val="26"/>
        </w:rPr>
        <w:object w:dxaOrig="460" w:dyaOrig="320" w14:anchorId="1CA3076C">
          <v:shape id="_x0000_i1243" type="#_x0000_t75" style="width:23.7pt;height:15.5pt" o:ole="">
            <v:imagedata r:id="rId156" o:title=""/>
          </v:shape>
          <o:OLEObject Type="Embed" ProgID="Equation.DSMT4" ShapeID="_x0000_i1243" DrawAspect="Content" ObjectID="_1806929990" r:id="rId417"/>
        </w:object>
      </w:r>
      <w:r w:rsidRPr="00360D38">
        <w:rPr>
          <w:rFonts w:ascii="Times New Roman" w:eastAsia="Calibri" w:hAnsi="Times New Roman" w:cs="Times New Roman"/>
          <w:sz w:val="26"/>
          <w:szCs w:val="26"/>
          <w:lang w:val="vi-VN"/>
        </w:rPr>
        <w:t xml:space="preserve"> là đường tròn có phương trình </w:t>
      </w:r>
      <w:r w:rsidRPr="00360D38">
        <w:rPr>
          <w:rFonts w:ascii="Times New Roman" w:eastAsia="Calibri" w:hAnsi="Times New Roman" w:cs="Times New Roman"/>
          <w:position w:val="-10"/>
          <w:sz w:val="26"/>
          <w:szCs w:val="26"/>
        </w:rPr>
        <w:object w:dxaOrig="1320" w:dyaOrig="360" w14:anchorId="35606E29">
          <v:shape id="_x0000_i1244" type="#_x0000_t75" style="width:66.55pt;height:18.25pt" o:ole="">
            <v:imagedata r:id="rId158" o:title=""/>
          </v:shape>
          <o:OLEObject Type="Embed" ProgID="Equation.DSMT4" ShapeID="_x0000_i1244" DrawAspect="Content" ObjectID="_1806929991" r:id="rId418"/>
        </w:object>
      </w:r>
      <w:r w:rsidRPr="00360D38">
        <w:rPr>
          <w:rFonts w:ascii="Times New Roman" w:eastAsia="Calibri" w:hAnsi="Times New Roman" w:cs="Times New Roman"/>
          <w:sz w:val="26"/>
          <w:szCs w:val="26"/>
          <w:lang w:val="vi-VN"/>
        </w:rPr>
        <w:t xml:space="preserve">. Vật chuyển động đến điểm </w:t>
      </w:r>
      <w:r w:rsidRPr="00360D38">
        <w:rPr>
          <w:rFonts w:ascii="Times New Roman" w:eastAsia="Calibri" w:hAnsi="Times New Roman" w:cs="Times New Roman"/>
          <w:position w:val="-10"/>
          <w:sz w:val="26"/>
          <w:szCs w:val="26"/>
        </w:rPr>
        <w:object w:dxaOrig="800" w:dyaOrig="320" w14:anchorId="4F6EFB84">
          <v:shape id="_x0000_i1245" type="#_x0000_t75" style="width:40.55pt;height:15.5pt" o:ole="">
            <v:imagedata r:id="rId160" o:title=""/>
          </v:shape>
          <o:OLEObject Type="Embed" ProgID="Equation.DSMT4" ShapeID="_x0000_i1245" DrawAspect="Content" ObjectID="_1806929992" r:id="rId419"/>
        </w:object>
      </w:r>
      <w:r w:rsidRPr="00360D38">
        <w:rPr>
          <w:rFonts w:ascii="Times New Roman" w:eastAsia="Calibri" w:hAnsi="Times New Roman" w:cs="Times New Roman"/>
          <w:sz w:val="26"/>
          <w:szCs w:val="26"/>
          <w:lang w:val="vi-VN"/>
        </w:rPr>
        <w:t xml:space="preserve"> thì bị bay ra ngoài. Trong những giây đầu tiên sau khi vật bay ra ngoài, vật chuyển động trên đường thẳng là tiếp tuyến của đường tròn. Phương trình tiếp tuyến có dạng </w:t>
      </w:r>
      <w:bookmarkStart w:id="13" w:name="_Hlk195600761"/>
      <w:r w:rsidRPr="00360D38">
        <w:rPr>
          <w:rFonts w:ascii="Times New Roman" w:eastAsia="Calibri" w:hAnsi="Times New Roman" w:cs="Times New Roman"/>
          <w:position w:val="-10"/>
          <w:sz w:val="26"/>
          <w:szCs w:val="26"/>
        </w:rPr>
        <w:object w:dxaOrig="1420" w:dyaOrig="320" w14:anchorId="6FB3C643">
          <v:shape id="_x0000_i1246" type="#_x0000_t75" style="width:71.55pt;height:15.5pt" o:ole="">
            <v:imagedata r:id="rId162" o:title=""/>
          </v:shape>
          <o:OLEObject Type="Embed" ProgID="Equation.DSMT4" ShapeID="_x0000_i1246" DrawAspect="Content" ObjectID="_1806929993" r:id="rId420"/>
        </w:object>
      </w:r>
      <w:bookmarkEnd w:id="13"/>
      <w:r w:rsidRPr="00360D38">
        <w:rPr>
          <w:rFonts w:ascii="Times New Roman" w:eastAsia="Calibri" w:hAnsi="Times New Roman" w:cs="Times New Roman"/>
          <w:sz w:val="26"/>
          <w:szCs w:val="26"/>
          <w:lang w:val="vi-VN"/>
        </w:rPr>
        <w:t xml:space="preserve">. Tính </w:t>
      </w:r>
      <w:bookmarkStart w:id="14" w:name="_Hlk195601426"/>
      <w:r w:rsidRPr="00360D38">
        <w:rPr>
          <w:rFonts w:ascii="Times New Roman" w:eastAsia="Calibri" w:hAnsi="Times New Roman" w:cs="Times New Roman"/>
          <w:position w:val="-6"/>
          <w:sz w:val="26"/>
          <w:szCs w:val="26"/>
        </w:rPr>
        <w:object w:dxaOrig="1359" w:dyaOrig="279" w14:anchorId="5EC9EFA0">
          <v:shape id="_x0000_i1247" type="#_x0000_t75" style="width:67.9pt;height:14.6pt" o:ole="">
            <v:imagedata r:id="rId421" o:title=""/>
          </v:shape>
          <o:OLEObject Type="Embed" ProgID="Equation.DSMT4" ShapeID="_x0000_i1247" DrawAspect="Content" ObjectID="_1806929994" r:id="rId422"/>
        </w:object>
      </w:r>
      <w:bookmarkEnd w:id="14"/>
    </w:p>
    <w:p w14:paraId="6D07097C" w14:textId="77777777" w:rsidR="007C5B20" w:rsidRPr="00360D38" w:rsidRDefault="007C5B20" w:rsidP="007C5B20">
      <w:pPr>
        <w:jc w:val="both"/>
        <w:rPr>
          <w:rFonts w:ascii="Times New Roman" w:hAnsi="Times New Roman" w:cs="Times New Roman"/>
          <w:sz w:val="26"/>
          <w:szCs w:val="26"/>
          <w:lang w:val="vi-VN"/>
        </w:rPr>
      </w:pPr>
    </w:p>
    <w:p w14:paraId="4203CD23" w14:textId="77777777" w:rsidR="007C5B20" w:rsidRPr="00360D38" w:rsidRDefault="007C5B20" w:rsidP="007C5B20">
      <w:pPr>
        <w:spacing w:after="0" w:line="240" w:lineRule="auto"/>
        <w:ind w:left="25"/>
        <w:rPr>
          <w:rFonts w:ascii="Times New Roman" w:hAnsi="Times New Roman" w:cs="Times New Roman"/>
          <w:sz w:val="26"/>
          <w:szCs w:val="26"/>
          <w:lang w:val="vi-VN"/>
        </w:rPr>
      </w:pPr>
      <w:r w:rsidRPr="00360D38">
        <w:rPr>
          <w:rFonts w:ascii="Times New Roman" w:hAnsi="Times New Roman" w:cs="Times New Roman"/>
          <w:b/>
          <w:sz w:val="26"/>
          <w:szCs w:val="26"/>
          <w:lang w:val="vi-VN"/>
        </w:rPr>
        <w:lastRenderedPageBreak/>
        <w:t>PHẦN IV. Tự luận (3.0 điểm)</w:t>
      </w:r>
    </w:p>
    <w:p w14:paraId="26E1918E" w14:textId="77777777" w:rsidR="007C5B20" w:rsidRPr="00360D38" w:rsidRDefault="007C5B20" w:rsidP="007C5B20">
      <w:pPr>
        <w:spacing w:after="0" w:line="240" w:lineRule="auto"/>
        <w:rPr>
          <w:rFonts w:ascii="Times New Roman" w:hAnsi="Times New Roman" w:cs="Times New Roman"/>
          <w:sz w:val="26"/>
          <w:szCs w:val="26"/>
          <w:lang w:val="vi-VN"/>
        </w:rPr>
      </w:pPr>
    </w:p>
    <w:p w14:paraId="3699C642" w14:textId="77777777" w:rsidR="007C5B20" w:rsidRPr="00360D38" w:rsidRDefault="007C5B20" w:rsidP="007C5B20">
      <w:pPr>
        <w:spacing w:after="0" w:line="240" w:lineRule="auto"/>
        <w:ind w:left="25"/>
        <w:rPr>
          <w:rFonts w:ascii="Times New Roman" w:hAnsi="Times New Roman" w:cs="Times New Roman"/>
          <w:sz w:val="26"/>
          <w:szCs w:val="26"/>
          <w:lang w:val="vi-VN"/>
        </w:rPr>
      </w:pPr>
      <w:r w:rsidRPr="00360D38">
        <w:rPr>
          <w:rFonts w:ascii="Times New Roman" w:eastAsia="Calibri" w:hAnsi="Times New Roman" w:cs="Times New Roman"/>
          <w:b/>
          <w:sz w:val="26"/>
          <w:szCs w:val="26"/>
          <w:lang w:val="vi-VN"/>
        </w:rPr>
        <w:t xml:space="preserve">Câu 1. </w:t>
      </w:r>
      <w:r w:rsidRPr="00360D38">
        <w:rPr>
          <w:rFonts w:ascii="Times New Roman" w:hAnsi="Times New Roman" w:cs="Times New Roman"/>
          <w:b/>
          <w:sz w:val="26"/>
          <w:szCs w:val="26"/>
          <w:lang w:val="vi-VN"/>
        </w:rPr>
        <w:t>(1.0 điểm)</w:t>
      </w:r>
    </w:p>
    <w:p w14:paraId="4457AB5E" w14:textId="77777777" w:rsidR="007C5B20" w:rsidRPr="00360D38" w:rsidRDefault="007C5B20" w:rsidP="007C5B20">
      <w:pPr>
        <w:tabs>
          <w:tab w:val="left" w:pos="283"/>
          <w:tab w:val="left" w:pos="2835"/>
          <w:tab w:val="left" w:pos="5386"/>
          <w:tab w:val="left" w:pos="7937"/>
        </w:tabs>
        <w:jc w:val="both"/>
        <w:rPr>
          <w:rFonts w:ascii="Times New Roman" w:hAnsi="Times New Roman" w:cs="Times New Roman"/>
          <w:bCs/>
          <w:sz w:val="26"/>
          <w:szCs w:val="26"/>
          <w:lang w:val="vi-VN"/>
        </w:rPr>
      </w:pPr>
      <w:r w:rsidRPr="00360D38">
        <w:rPr>
          <w:rFonts w:ascii="Times New Roman" w:hAnsi="Times New Roman" w:cs="Times New Roman"/>
          <w:bCs/>
          <w:sz w:val="26"/>
          <w:szCs w:val="26"/>
          <w:lang w:val="vi-VN"/>
        </w:rPr>
        <w:t xml:space="preserve">    Từ các số 1, 2, 3, 4, 5 .</w:t>
      </w:r>
    </w:p>
    <w:p w14:paraId="7256035F" w14:textId="77777777" w:rsidR="007C5B20" w:rsidRPr="00360D38" w:rsidRDefault="007C5B20" w:rsidP="007C5B20">
      <w:pPr>
        <w:tabs>
          <w:tab w:val="left" w:pos="283"/>
          <w:tab w:val="left" w:pos="2835"/>
          <w:tab w:val="left" w:pos="5386"/>
          <w:tab w:val="left" w:pos="7937"/>
        </w:tabs>
        <w:jc w:val="both"/>
        <w:rPr>
          <w:rFonts w:ascii="Times New Roman" w:hAnsi="Times New Roman" w:cs="Times New Roman"/>
          <w:bCs/>
          <w:sz w:val="26"/>
          <w:szCs w:val="26"/>
          <w:lang w:val="vi-VN"/>
        </w:rPr>
      </w:pPr>
      <w:r w:rsidRPr="00360D38">
        <w:rPr>
          <w:rFonts w:ascii="Times New Roman" w:hAnsi="Times New Roman" w:cs="Times New Roman"/>
          <w:b/>
          <w:sz w:val="26"/>
          <w:szCs w:val="26"/>
          <w:lang w:val="vi-VN"/>
        </w:rPr>
        <w:tab/>
        <w:t>a)</w:t>
      </w:r>
      <w:r w:rsidRPr="00360D38">
        <w:rPr>
          <w:rFonts w:ascii="Times New Roman" w:hAnsi="Times New Roman" w:cs="Times New Roman"/>
          <w:bCs/>
          <w:sz w:val="26"/>
          <w:szCs w:val="26"/>
          <w:lang w:val="vi-VN"/>
        </w:rPr>
        <w:t xml:space="preserve"> Lập được bao nhiêu số tự nhiên có 3 chữ số ?</w:t>
      </w:r>
    </w:p>
    <w:p w14:paraId="68CC45A0" w14:textId="77777777" w:rsidR="007C5B20" w:rsidRPr="00360D38" w:rsidRDefault="007C5B20" w:rsidP="007C5B20">
      <w:pPr>
        <w:tabs>
          <w:tab w:val="left" w:pos="283"/>
          <w:tab w:val="left" w:pos="2835"/>
          <w:tab w:val="left" w:pos="5386"/>
          <w:tab w:val="left" w:pos="7937"/>
        </w:tabs>
        <w:jc w:val="both"/>
        <w:rPr>
          <w:rFonts w:ascii="Times New Roman" w:hAnsi="Times New Roman" w:cs="Times New Roman"/>
          <w:b/>
          <w:bCs/>
          <w:sz w:val="26"/>
          <w:szCs w:val="26"/>
          <w:lang w:val="vi-VN"/>
        </w:rPr>
      </w:pPr>
      <w:r w:rsidRPr="00360D38">
        <w:rPr>
          <w:rFonts w:ascii="Times New Roman" w:hAnsi="Times New Roman" w:cs="Times New Roman"/>
          <w:b/>
          <w:bCs/>
          <w:sz w:val="26"/>
          <w:szCs w:val="26"/>
          <w:lang w:val="vi-VN"/>
        </w:rPr>
        <w:tab/>
        <w:t xml:space="preserve">b) </w:t>
      </w:r>
      <w:r w:rsidRPr="00360D38">
        <w:rPr>
          <w:rFonts w:ascii="Times New Roman" w:hAnsi="Times New Roman" w:cs="Times New Roman"/>
          <w:sz w:val="26"/>
          <w:szCs w:val="26"/>
          <w:lang w:val="vi-VN"/>
        </w:rPr>
        <w:t>Lập được bao nhiêu chữ số có bốn chữ số đôi một khác nhau và chia hết cho 2</w:t>
      </w:r>
    </w:p>
    <w:p w14:paraId="7F97FD89" w14:textId="77777777" w:rsidR="007C5B20" w:rsidRPr="00360D38" w:rsidRDefault="007C5B20" w:rsidP="007C5B20">
      <w:pPr>
        <w:tabs>
          <w:tab w:val="left" w:pos="992"/>
        </w:tabs>
        <w:spacing w:after="0" w:line="360" w:lineRule="auto"/>
        <w:ind w:left="992" w:hanging="992"/>
        <w:jc w:val="both"/>
        <w:rPr>
          <w:rFonts w:ascii="Times New Roman" w:hAnsi="Times New Roman" w:cs="Times New Roman"/>
          <w:b/>
          <w:sz w:val="26"/>
          <w:szCs w:val="26"/>
          <w:lang w:val="vi-VN"/>
        </w:rPr>
      </w:pPr>
      <w:r w:rsidRPr="00360D38">
        <w:rPr>
          <w:rFonts w:ascii="Times New Roman" w:eastAsia="Calibri" w:hAnsi="Times New Roman" w:cs="Times New Roman"/>
          <w:b/>
          <w:sz w:val="26"/>
          <w:szCs w:val="26"/>
          <w:lang w:val="vi-VN"/>
        </w:rPr>
        <w:t xml:space="preserve">Câu 2. </w:t>
      </w:r>
      <w:r w:rsidRPr="00360D38">
        <w:rPr>
          <w:rFonts w:ascii="Times New Roman" w:hAnsi="Times New Roman" w:cs="Times New Roman"/>
          <w:b/>
          <w:sz w:val="26"/>
          <w:szCs w:val="26"/>
          <w:lang w:val="vi-VN"/>
        </w:rPr>
        <w:t xml:space="preserve">(1.0 điểm) </w:t>
      </w:r>
    </w:p>
    <w:p w14:paraId="04E67EFD" w14:textId="77777777" w:rsidR="007C5B20" w:rsidRPr="00360D38" w:rsidRDefault="007C5B20" w:rsidP="007C5B20">
      <w:pPr>
        <w:spacing w:after="0" w:line="240" w:lineRule="auto"/>
        <w:ind w:left="25"/>
        <w:rPr>
          <w:rFonts w:ascii="Times New Roman" w:hAnsi="Times New Roman" w:cs="Times New Roman"/>
          <w:bCs/>
          <w:sz w:val="26"/>
          <w:szCs w:val="26"/>
          <w:lang w:val="vi-VN"/>
        </w:rPr>
      </w:pPr>
      <w:r w:rsidRPr="00360D38">
        <w:rPr>
          <w:rFonts w:ascii="Times New Roman" w:hAnsi="Times New Roman" w:cs="Times New Roman"/>
          <w:bCs/>
          <w:sz w:val="26"/>
          <w:szCs w:val="26"/>
          <w:lang w:val="vi-VN"/>
        </w:rPr>
        <w:t xml:space="preserve">Một hộp có 5 viên bi xanh và 7 viên bi đỏ . Lấy ngẫu nhiên 3 viên bi từ hộp. </w:t>
      </w:r>
      <w:r w:rsidRPr="00360D38">
        <w:rPr>
          <w:rFonts w:ascii="Times New Roman" w:eastAsia="Calibri" w:hAnsi="Times New Roman" w:cs="Times New Roman"/>
          <w:sz w:val="26"/>
          <w:szCs w:val="26"/>
          <w:lang w:val="vi-VN"/>
        </w:rPr>
        <w:t xml:space="preserve">Xét </w:t>
      </w:r>
      <w:r w:rsidRPr="00360D38">
        <w:rPr>
          <w:rFonts w:ascii="Times New Roman" w:eastAsia="Calibri" w:hAnsi="Times New Roman" w:cs="Times New Roman"/>
          <w:i/>
          <w:sz w:val="26"/>
          <w:szCs w:val="26"/>
          <w:lang w:val="vi-VN"/>
        </w:rPr>
        <w:t xml:space="preserve">A </w:t>
      </w:r>
      <w:r w:rsidRPr="00360D38">
        <w:rPr>
          <w:rFonts w:ascii="Times New Roman" w:eastAsia="Calibri" w:hAnsi="Times New Roman" w:cs="Times New Roman"/>
          <w:sz w:val="26"/>
          <w:szCs w:val="26"/>
          <w:lang w:val="vi-VN"/>
        </w:rPr>
        <w:t>là biến cố: “Số bi lấy ra có đủ hai màu”.</w:t>
      </w:r>
    </w:p>
    <w:p w14:paraId="19A25A19" w14:textId="77777777" w:rsidR="007C5B20" w:rsidRPr="00360D38" w:rsidRDefault="007C5B20" w:rsidP="007C5B20">
      <w:pPr>
        <w:ind w:firstLine="142"/>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 xml:space="preserve">   a)</w:t>
      </w:r>
      <w:r w:rsidRPr="00360D38">
        <w:rPr>
          <w:rFonts w:ascii="Times New Roman" w:eastAsia="Calibri" w:hAnsi="Times New Roman" w:cs="Times New Roman"/>
          <w:sz w:val="26"/>
          <w:szCs w:val="26"/>
          <w:lang w:val="vi-VN"/>
        </w:rPr>
        <w:t xml:space="preserve"> Tính số phần tử của không gian mẫu. </w:t>
      </w:r>
    </w:p>
    <w:p w14:paraId="04672EAD" w14:textId="77777777" w:rsidR="007C5B20" w:rsidRPr="00360D38" w:rsidRDefault="007C5B20" w:rsidP="007C5B20">
      <w:pPr>
        <w:ind w:left="360"/>
        <w:rPr>
          <w:rFonts w:ascii="Times New Roman" w:eastAsia="Calibri" w:hAnsi="Times New Roman" w:cs="Times New Roman"/>
          <w:sz w:val="26"/>
          <w:szCs w:val="26"/>
          <w:lang w:val="vi-VN"/>
        </w:rPr>
      </w:pPr>
      <w:r w:rsidRPr="00360D38">
        <w:rPr>
          <w:rFonts w:ascii="Times New Roman" w:eastAsia="Calibri" w:hAnsi="Times New Roman" w:cs="Times New Roman"/>
          <w:b/>
          <w:sz w:val="26"/>
          <w:szCs w:val="26"/>
          <w:lang w:val="vi-VN"/>
        </w:rPr>
        <w:t>b)</w:t>
      </w:r>
      <w:r w:rsidRPr="00360D38">
        <w:rPr>
          <w:rFonts w:ascii="Times New Roman" w:eastAsia="Calibri" w:hAnsi="Times New Roman" w:cs="Times New Roman"/>
          <w:sz w:val="26"/>
          <w:szCs w:val="26"/>
          <w:lang w:val="vi-VN"/>
        </w:rPr>
        <w:t xml:space="preserve"> Tính xác suất của biến cố </w:t>
      </w:r>
      <w:r w:rsidRPr="00360D38">
        <w:rPr>
          <w:rFonts w:ascii="Times New Roman" w:eastAsia="Calibri" w:hAnsi="Times New Roman" w:cs="Times New Roman"/>
          <w:i/>
          <w:sz w:val="26"/>
          <w:szCs w:val="26"/>
          <w:lang w:val="vi-VN"/>
        </w:rPr>
        <w:t>A</w:t>
      </w:r>
      <w:r w:rsidRPr="00360D38">
        <w:rPr>
          <w:rFonts w:ascii="Times New Roman" w:eastAsia="Calibri" w:hAnsi="Times New Roman" w:cs="Times New Roman"/>
          <w:sz w:val="26"/>
          <w:szCs w:val="26"/>
          <w:lang w:val="vi-VN"/>
        </w:rPr>
        <w:t>.</w:t>
      </w:r>
    </w:p>
    <w:p w14:paraId="0576622A" w14:textId="77777777" w:rsidR="007C5B20" w:rsidRPr="00360D38" w:rsidRDefault="007C5B20" w:rsidP="007C5B20">
      <w:pPr>
        <w:rPr>
          <w:rFonts w:ascii="Times New Roman" w:eastAsia="Calibri" w:hAnsi="Times New Roman" w:cs="Times New Roman"/>
          <w:b/>
          <w:sz w:val="26"/>
          <w:szCs w:val="26"/>
          <w:lang w:val="vi-VN"/>
        </w:rPr>
      </w:pPr>
      <w:r w:rsidRPr="00360D38">
        <w:rPr>
          <w:rFonts w:ascii="Times New Roman" w:eastAsia="Calibri" w:hAnsi="Times New Roman" w:cs="Times New Roman"/>
          <w:b/>
          <w:sz w:val="26"/>
          <w:szCs w:val="26"/>
          <w:lang w:val="vi-VN"/>
        </w:rPr>
        <w:t xml:space="preserve">Câu 3. </w:t>
      </w:r>
      <w:r w:rsidRPr="00360D38">
        <w:rPr>
          <w:rFonts w:ascii="Times New Roman" w:hAnsi="Times New Roman" w:cs="Times New Roman"/>
          <w:b/>
          <w:sz w:val="26"/>
          <w:szCs w:val="26"/>
          <w:lang w:val="vi-VN"/>
        </w:rPr>
        <w:t>(1.0 điểm)</w:t>
      </w:r>
    </w:p>
    <w:p w14:paraId="29A0AB64" w14:textId="77777777" w:rsidR="007C5B20" w:rsidRPr="00360D38" w:rsidRDefault="007C5B20" w:rsidP="007C5B20">
      <w:pPr>
        <w:rPr>
          <w:rFonts w:ascii="Times New Roman" w:hAnsi="Times New Roman" w:cs="Times New Roman"/>
          <w:bCs/>
          <w:sz w:val="26"/>
          <w:szCs w:val="26"/>
          <w:lang w:val="vi-VN"/>
        </w:rPr>
      </w:pPr>
      <w:r w:rsidRPr="00360D38">
        <w:rPr>
          <w:rFonts w:ascii="Times New Roman" w:hAnsi="Times New Roman" w:cs="Times New Roman"/>
          <w:bCs/>
          <w:sz w:val="26"/>
          <w:szCs w:val="26"/>
          <w:lang w:val="vi-VN"/>
        </w:rPr>
        <w:t xml:space="preserve"> Trong mặt phẳng tọa độ Oxy, cho phương trình đường tròn </w:t>
      </w:r>
      <w:r w:rsidRPr="00360D38">
        <w:rPr>
          <w:rFonts w:ascii="Times New Roman" w:eastAsia="Times New Roman" w:hAnsi="Times New Roman" w:cs="Times New Roman"/>
          <w:position w:val="-14"/>
          <w:sz w:val="26"/>
          <w:szCs w:val="26"/>
        </w:rPr>
        <w:object w:dxaOrig="2740" w:dyaOrig="440" w14:anchorId="03FAAD90">
          <v:shape id="_x0000_i1248" type="#_x0000_t75" style="width:136.25pt;height:21.85pt" o:ole="">
            <v:imagedata r:id="rId423" o:title=""/>
          </v:shape>
          <o:OLEObject Type="Embed" ProgID="Equation.DSMT4" ShapeID="_x0000_i1248" DrawAspect="Content" ObjectID="_1806929995" r:id="rId424"/>
        </w:object>
      </w:r>
    </w:p>
    <w:p w14:paraId="13DBF5C5" w14:textId="77777777" w:rsidR="007C5B20" w:rsidRPr="00360D38" w:rsidRDefault="007C5B20" w:rsidP="007C5B20">
      <w:pPr>
        <w:ind w:left="360"/>
        <w:rPr>
          <w:rFonts w:ascii="Times New Roman" w:hAnsi="Times New Roman" w:cs="Times New Roman"/>
          <w:bCs/>
          <w:sz w:val="26"/>
          <w:szCs w:val="26"/>
          <w:lang w:val="vi-VN"/>
        </w:rPr>
      </w:pPr>
      <w:r w:rsidRPr="00360D38">
        <w:rPr>
          <w:rFonts w:ascii="Times New Roman" w:eastAsia="Calibri" w:hAnsi="Times New Roman" w:cs="Times New Roman"/>
          <w:b/>
          <w:sz w:val="26"/>
          <w:szCs w:val="26"/>
          <w:lang w:val="vi-VN"/>
        </w:rPr>
        <w:t>a)</w:t>
      </w:r>
      <w:r w:rsidRPr="00360D38">
        <w:rPr>
          <w:rFonts w:ascii="Times New Roman" w:eastAsia="Calibri" w:hAnsi="Times New Roman" w:cs="Times New Roman"/>
          <w:bCs/>
          <w:sz w:val="26"/>
          <w:szCs w:val="26"/>
          <w:lang w:val="vi-VN"/>
        </w:rPr>
        <w:t xml:space="preserve"> Xác định tâm, bán kính của đường tròn </w:t>
      </w:r>
      <w:r w:rsidRPr="00360D38">
        <w:rPr>
          <w:rFonts w:ascii="Times New Roman" w:eastAsia="Calibri" w:hAnsi="Times New Roman" w:cs="Times New Roman"/>
          <w:bCs/>
          <w:position w:val="-14"/>
          <w:sz w:val="26"/>
          <w:szCs w:val="26"/>
          <w:lang w:val="vi-VN"/>
        </w:rPr>
        <w:object w:dxaOrig="420" w:dyaOrig="400" w14:anchorId="42E11806">
          <v:shape id="_x0000_i1249" type="#_x0000_t75" style="width:20.95pt;height:20.5pt" o:ole="">
            <v:imagedata r:id="rId171" o:title=""/>
          </v:shape>
          <o:OLEObject Type="Embed" ProgID="Equation.DSMT4" ShapeID="_x0000_i1249" DrawAspect="Content" ObjectID="_1806929996" r:id="rId425"/>
        </w:object>
      </w:r>
      <w:r w:rsidRPr="00360D38">
        <w:rPr>
          <w:rFonts w:ascii="Times New Roman" w:eastAsia="Calibri" w:hAnsi="Times New Roman" w:cs="Times New Roman"/>
          <w:bCs/>
          <w:sz w:val="26"/>
          <w:szCs w:val="26"/>
          <w:lang w:val="vi-VN"/>
        </w:rPr>
        <w:t>.</w:t>
      </w:r>
    </w:p>
    <w:p w14:paraId="78704341" w14:textId="77777777" w:rsidR="007C5B20" w:rsidRPr="00360D38" w:rsidRDefault="007C5B20" w:rsidP="007C5B20">
      <w:pPr>
        <w:ind w:left="360"/>
        <w:rPr>
          <w:rFonts w:ascii="Times New Roman" w:hAnsi="Times New Roman" w:cs="Times New Roman"/>
          <w:bCs/>
          <w:sz w:val="26"/>
          <w:szCs w:val="26"/>
          <w:lang w:val="vi-VN"/>
        </w:rPr>
      </w:pPr>
      <w:r w:rsidRPr="00360D38">
        <w:rPr>
          <w:rFonts w:ascii="Times New Roman" w:hAnsi="Times New Roman" w:cs="Times New Roman"/>
          <w:b/>
          <w:sz w:val="26"/>
          <w:szCs w:val="26"/>
          <w:lang w:val="vi-VN"/>
        </w:rPr>
        <w:t>b)</w:t>
      </w:r>
      <w:r w:rsidRPr="00360D38">
        <w:rPr>
          <w:rFonts w:ascii="Times New Roman" w:hAnsi="Times New Roman" w:cs="Times New Roman"/>
          <w:bCs/>
          <w:sz w:val="26"/>
          <w:szCs w:val="26"/>
          <w:lang w:val="vi-VN"/>
        </w:rPr>
        <w:t xml:space="preserve"> Viết phương trình tiếp tuyến </w:t>
      </w:r>
      <w:r w:rsidRPr="00360D38">
        <w:rPr>
          <w:rFonts w:ascii="Times New Roman" w:hAnsi="Times New Roman" w:cs="Times New Roman"/>
          <w:bCs/>
          <w:position w:val="-4"/>
          <w:sz w:val="26"/>
          <w:szCs w:val="26"/>
          <w:lang w:val="vi-VN"/>
        </w:rPr>
        <w:object w:dxaOrig="220" w:dyaOrig="260" w14:anchorId="5063662F">
          <v:shape id="_x0000_i1250" type="#_x0000_t75" style="width:11.4pt;height:13.2pt" o:ole="">
            <v:imagedata r:id="rId173" o:title=""/>
          </v:shape>
          <o:OLEObject Type="Embed" ProgID="Equation.DSMT4" ShapeID="_x0000_i1250" DrawAspect="Content" ObjectID="_1806929997" r:id="rId426"/>
        </w:object>
      </w:r>
      <w:r w:rsidRPr="00360D38">
        <w:rPr>
          <w:rFonts w:ascii="Times New Roman" w:hAnsi="Times New Roman" w:cs="Times New Roman"/>
          <w:bCs/>
          <w:sz w:val="26"/>
          <w:szCs w:val="26"/>
          <w:lang w:val="vi-VN"/>
        </w:rPr>
        <w:t xml:space="preserve"> của đường tròn </w:t>
      </w:r>
      <w:r w:rsidRPr="00360D38">
        <w:rPr>
          <w:rFonts w:ascii="Times New Roman" w:eastAsia="Calibri" w:hAnsi="Times New Roman" w:cs="Times New Roman"/>
          <w:bCs/>
          <w:position w:val="-14"/>
          <w:sz w:val="26"/>
          <w:szCs w:val="26"/>
          <w:lang w:val="vi-VN"/>
        </w:rPr>
        <w:object w:dxaOrig="420" w:dyaOrig="400" w14:anchorId="10540845">
          <v:shape id="_x0000_i1251" type="#_x0000_t75" style="width:20.95pt;height:20.5pt" o:ole="">
            <v:imagedata r:id="rId171" o:title=""/>
          </v:shape>
          <o:OLEObject Type="Embed" ProgID="Equation.DSMT4" ShapeID="_x0000_i1251" DrawAspect="Content" ObjectID="_1806929998" r:id="rId427"/>
        </w:object>
      </w:r>
      <w:r w:rsidRPr="00360D38">
        <w:rPr>
          <w:rFonts w:ascii="Times New Roman" w:eastAsia="Calibri" w:hAnsi="Times New Roman" w:cs="Times New Roman"/>
          <w:bCs/>
          <w:sz w:val="26"/>
          <w:szCs w:val="26"/>
          <w:lang w:val="vi-VN"/>
        </w:rPr>
        <w:t xml:space="preserve"> tại </w:t>
      </w:r>
      <w:r w:rsidRPr="00360D38">
        <w:rPr>
          <w:rFonts w:ascii="Times New Roman" w:hAnsi="Times New Roman" w:cs="Times New Roman"/>
          <w:bCs/>
          <w:position w:val="-14"/>
          <w:sz w:val="26"/>
          <w:szCs w:val="26"/>
          <w:lang w:val="vi-VN"/>
        </w:rPr>
        <w:object w:dxaOrig="1219" w:dyaOrig="400" w14:anchorId="02CE07D3">
          <v:shape id="_x0000_i1252" type="#_x0000_t75" style="width:61.95pt;height:19.6pt" o:ole="">
            <v:imagedata r:id="rId428" o:title=""/>
          </v:shape>
          <o:OLEObject Type="Embed" ProgID="Equation.DSMT4" ShapeID="_x0000_i1252" DrawAspect="Content" ObjectID="_1806929999" r:id="rId429"/>
        </w:object>
      </w:r>
      <w:r w:rsidRPr="00360D38">
        <w:rPr>
          <w:rFonts w:ascii="Times New Roman" w:hAnsi="Times New Roman" w:cs="Times New Roman"/>
          <w:bCs/>
          <w:sz w:val="26"/>
          <w:szCs w:val="26"/>
          <w:lang w:val="vi-VN"/>
        </w:rPr>
        <w:t xml:space="preserve"> </w:t>
      </w:r>
    </w:p>
    <w:p w14:paraId="05D119C4" w14:textId="77777777" w:rsidR="007C5B20" w:rsidRPr="00360D38" w:rsidRDefault="007C5B20" w:rsidP="007C5B20">
      <w:pPr>
        <w:spacing w:after="0" w:line="240" w:lineRule="auto"/>
        <w:ind w:left="25"/>
        <w:rPr>
          <w:rFonts w:ascii="Times New Roman" w:hAnsi="Times New Roman" w:cs="Times New Roman"/>
          <w:bCs/>
          <w:sz w:val="26"/>
          <w:szCs w:val="26"/>
          <w:lang w:val="vi-VN"/>
        </w:rPr>
      </w:pPr>
    </w:p>
    <w:p w14:paraId="41D61F23" w14:textId="77777777" w:rsidR="007C5B20" w:rsidRPr="00360D38" w:rsidRDefault="007C5B20" w:rsidP="007C5B20">
      <w:pPr>
        <w:spacing w:after="0" w:line="240" w:lineRule="auto"/>
        <w:ind w:left="25"/>
        <w:jc w:val="center"/>
        <w:rPr>
          <w:rFonts w:ascii="Times New Roman" w:hAnsi="Times New Roman" w:cs="Times New Roman"/>
          <w:b/>
          <w:bCs/>
          <w:sz w:val="26"/>
          <w:szCs w:val="26"/>
        </w:rPr>
      </w:pPr>
      <w:r w:rsidRPr="00360D38">
        <w:rPr>
          <w:rFonts w:ascii="Times New Roman" w:hAnsi="Times New Roman" w:cs="Times New Roman"/>
          <w:b/>
          <w:bCs/>
          <w:sz w:val="26"/>
          <w:szCs w:val="26"/>
        </w:rPr>
        <w:t>-----HẾT-----</w:t>
      </w:r>
    </w:p>
    <w:p w14:paraId="4E755EA0" w14:textId="77777777" w:rsidR="007C5B20" w:rsidRPr="00360D38" w:rsidRDefault="007C5B20" w:rsidP="007C5B20">
      <w:pPr>
        <w:spacing w:after="0" w:line="240" w:lineRule="auto"/>
        <w:ind w:left="25"/>
        <w:jc w:val="center"/>
        <w:rPr>
          <w:rFonts w:ascii="Times New Roman" w:hAnsi="Times New Roman" w:cs="Times New Roman"/>
          <w:sz w:val="26"/>
          <w:szCs w:val="26"/>
        </w:rPr>
      </w:pPr>
    </w:p>
    <w:p w14:paraId="26555E2B" w14:textId="6579ECB7" w:rsidR="007C5B20" w:rsidRDefault="007C5B20" w:rsidP="00360D38">
      <w:pPr>
        <w:pStyle w:val="BodyText"/>
        <w:jc w:val="center"/>
        <w:rPr>
          <w:rFonts w:ascii="Times New Roman" w:hAnsi="Times New Roman" w:cs="Times New Roman"/>
          <w:b/>
          <w:bCs/>
          <w:sz w:val="24"/>
          <w:szCs w:val="24"/>
          <w:u w:val="single"/>
        </w:rPr>
      </w:pPr>
      <w:r w:rsidRPr="00360D38">
        <w:rPr>
          <w:rFonts w:ascii="Times New Roman" w:hAnsi="Times New Roman" w:cs="Times New Roman"/>
          <w:b/>
          <w:bCs/>
          <w:sz w:val="24"/>
          <w:szCs w:val="24"/>
          <w:u w:val="single"/>
        </w:rPr>
        <w:t>ĐỀ THAM KHẢO</w:t>
      </w:r>
      <w:r w:rsidR="00F76E1D" w:rsidRPr="00360D38">
        <w:rPr>
          <w:rFonts w:ascii="Times New Roman" w:hAnsi="Times New Roman" w:cs="Times New Roman"/>
          <w:b/>
          <w:bCs/>
          <w:sz w:val="24"/>
          <w:szCs w:val="24"/>
          <w:u w:val="single"/>
        </w:rPr>
        <w:t xml:space="preserve"> SỐ 4</w:t>
      </w:r>
    </w:p>
    <w:p w14:paraId="1BE79654" w14:textId="77777777" w:rsidR="00360D38" w:rsidRPr="00360D38" w:rsidRDefault="00360D38" w:rsidP="00360D38">
      <w:pPr>
        <w:pStyle w:val="BodyText"/>
        <w:jc w:val="center"/>
        <w:rPr>
          <w:rFonts w:ascii="Times New Roman" w:hAnsi="Times New Roman" w:cs="Times New Roman"/>
          <w:b/>
          <w:bCs/>
          <w:sz w:val="24"/>
          <w:szCs w:val="24"/>
          <w:u w:val="single"/>
        </w:rPr>
      </w:pPr>
    </w:p>
    <w:p w14:paraId="340A6B51" w14:textId="77777777" w:rsidR="007C5B20" w:rsidRPr="00360D38" w:rsidRDefault="007C5B20" w:rsidP="007C5B20">
      <w:pPr>
        <w:rPr>
          <w:rFonts w:ascii="Times New Roman" w:hAnsi="Times New Roman" w:cs="Times New Roman"/>
          <w:i/>
          <w:iCs/>
          <w:sz w:val="24"/>
          <w:szCs w:val="24"/>
        </w:rPr>
      </w:pPr>
      <w:r w:rsidRPr="00360D38">
        <w:rPr>
          <w:rFonts w:ascii="Times New Roman" w:hAnsi="Times New Roman" w:cs="Times New Roman"/>
          <w:b/>
          <w:bCs/>
          <w:sz w:val="24"/>
          <w:szCs w:val="24"/>
        </w:rPr>
        <w:t>PHẦN I. Câu trắc nghiệm nhiều phương án lựa chọn (3.0 điểm).</w:t>
      </w:r>
      <w:r w:rsidRPr="00360D38">
        <w:rPr>
          <w:rFonts w:ascii="Times New Roman" w:hAnsi="Times New Roman" w:cs="Times New Roman"/>
          <w:i/>
          <w:iCs/>
          <w:sz w:val="24"/>
          <w:szCs w:val="24"/>
        </w:rPr>
        <w:t xml:space="preserve"> Thí sinh trả lời từ câu 1 đến câu 12. Mỗi câu thí sinh chỉ chọn một phương án.</w:t>
      </w:r>
    </w:p>
    <w:p w14:paraId="0EC3D826" w14:textId="77777777" w:rsidR="007C5B20" w:rsidRPr="00360D38" w:rsidRDefault="007C5B20" w:rsidP="007C5B20">
      <w:pPr>
        <w:spacing w:after="0" w:line="240" w:lineRule="auto"/>
        <w:jc w:val="both"/>
        <w:rPr>
          <w:rFonts w:ascii="Times New Roman" w:eastAsia="Times New Roman" w:hAnsi="Times New Roman" w:cs="Times New Roman"/>
          <w:sz w:val="24"/>
          <w:szCs w:val="24"/>
        </w:rPr>
      </w:pPr>
      <w:r w:rsidRPr="00360D38">
        <w:rPr>
          <w:rFonts w:ascii="Times New Roman" w:hAnsi="Times New Roman" w:cs="Times New Roman"/>
          <w:b/>
          <w:sz w:val="24"/>
          <w:szCs w:val="24"/>
          <w:lang w:val="vi-VN"/>
        </w:rPr>
        <w:t>Câu 1</w:t>
      </w:r>
      <w:r w:rsidRPr="00360D38">
        <w:rPr>
          <w:rFonts w:ascii="Times New Roman" w:hAnsi="Times New Roman" w:cs="Times New Roman"/>
          <w:b/>
          <w:sz w:val="24"/>
          <w:szCs w:val="24"/>
        </w:rPr>
        <w:t>.</w:t>
      </w:r>
      <w:r w:rsidRPr="00360D38">
        <w:rPr>
          <w:rFonts w:ascii="Times New Roman" w:hAnsi="Times New Roman" w:cs="Times New Roman"/>
          <w:sz w:val="24"/>
          <w:szCs w:val="24"/>
          <w:lang w:val="vi-VN"/>
        </w:rPr>
        <w:t xml:space="preserve"> </w:t>
      </w:r>
      <w:r w:rsidRPr="00360D38">
        <w:rPr>
          <w:rFonts w:ascii="Times New Roman" w:hAnsi="Times New Roman" w:cs="Times New Roman"/>
          <w:sz w:val="24"/>
          <w:szCs w:val="24"/>
        </w:rPr>
        <w:t>Từ Vũng Tàu đến Thành Phố Hồ Chí Minh có thể di chuyển bằng ba loại phương tiện: xe máy; xe khách hoặc tàu thủy. Từ Thành Phố Hồ Chí Minh đi Đà lạt có thể di chuyển bằng hai phương tiện: xe khách hoặc máy bay. Hỏi có bao nhiêu cách lựa chọn phương tiện từ Vũng Tàu đến Đà Lạt mà phải qua Thành Phố Hồ Chí Minh?</w:t>
      </w:r>
    </w:p>
    <w:p w14:paraId="0A47D57E" w14:textId="77777777" w:rsidR="007C5B20" w:rsidRPr="00360D38" w:rsidRDefault="007C5B20" w:rsidP="007C5B20">
      <w:pPr>
        <w:spacing w:after="0" w:line="240" w:lineRule="auto"/>
        <w:jc w:val="both"/>
        <w:rPr>
          <w:rFonts w:ascii="Times New Roman" w:eastAsia="Times New Roman" w:hAnsi="Times New Roman" w:cs="Times New Roman"/>
          <w:sz w:val="24"/>
          <w:szCs w:val="24"/>
          <w:lang w:val="vi-VN"/>
        </w:rPr>
      </w:pPr>
      <w:r w:rsidRPr="00360D38">
        <w:rPr>
          <w:rFonts w:ascii="Times New Roman" w:eastAsia="Times New Roman" w:hAnsi="Times New Roman" w:cs="Times New Roman"/>
          <w:b/>
          <w:bCs/>
          <w:sz w:val="24"/>
          <w:szCs w:val="24"/>
          <w:lang w:val="vi-VN"/>
        </w:rPr>
        <w:t>A.</w:t>
      </w:r>
      <w:r w:rsidRPr="00360D38">
        <w:rPr>
          <w:rFonts w:ascii="Times New Roman" w:eastAsia="Times New Roman" w:hAnsi="Times New Roman" w:cs="Times New Roman"/>
          <w:sz w:val="24"/>
          <w:szCs w:val="24"/>
          <w:lang w:val="vi-VN"/>
        </w:rPr>
        <w:t xml:space="preserve"> </w:t>
      </w:r>
      <w:r w:rsidRPr="00360D38">
        <w:rPr>
          <w:rFonts w:ascii="Times New Roman" w:eastAsia="Times New Roman" w:hAnsi="Times New Roman" w:cs="Times New Roman"/>
          <w:sz w:val="24"/>
          <w:szCs w:val="24"/>
        </w:rPr>
        <w:t>6</w:t>
      </w:r>
      <w:r w:rsidRPr="00360D38">
        <w:rPr>
          <w:rFonts w:ascii="Times New Roman" w:eastAsia="Times New Roman" w:hAnsi="Times New Roman" w:cs="Times New Roman"/>
          <w:sz w:val="24"/>
          <w:szCs w:val="24"/>
          <w:lang w:val="vi-VN"/>
        </w:rPr>
        <w:t>.</w: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b/>
          <w:bCs/>
          <w:sz w:val="24"/>
          <w:szCs w:val="24"/>
          <w:lang w:val="vi-VN"/>
        </w:rPr>
        <w:t>B.</w:t>
      </w:r>
      <w:r w:rsidRPr="00360D38">
        <w:rPr>
          <w:rFonts w:ascii="Times New Roman" w:eastAsia="Times New Roman" w:hAnsi="Times New Roman" w:cs="Times New Roman"/>
          <w:sz w:val="24"/>
          <w:szCs w:val="24"/>
          <w:lang w:val="vi-VN"/>
        </w:rPr>
        <w:t xml:space="preserve"> </w:t>
      </w:r>
      <w:r w:rsidRPr="00360D38">
        <w:rPr>
          <w:rFonts w:ascii="Times New Roman" w:eastAsia="Times New Roman" w:hAnsi="Times New Roman" w:cs="Times New Roman"/>
          <w:sz w:val="24"/>
          <w:szCs w:val="24"/>
        </w:rPr>
        <w:t>5</w:t>
      </w:r>
      <w:r w:rsidRPr="00360D38">
        <w:rPr>
          <w:rFonts w:ascii="Times New Roman" w:eastAsia="Times New Roman" w:hAnsi="Times New Roman" w:cs="Times New Roman"/>
          <w:sz w:val="24"/>
          <w:szCs w:val="24"/>
          <w:lang w:val="vi-VN"/>
        </w:rPr>
        <w:t>.</w: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b/>
          <w:bCs/>
          <w:sz w:val="24"/>
          <w:szCs w:val="24"/>
          <w:lang w:val="vi-VN"/>
        </w:rPr>
        <w:t>C.</w:t>
      </w:r>
      <w:r w:rsidRPr="00360D38">
        <w:rPr>
          <w:rFonts w:ascii="Times New Roman" w:eastAsia="Times New Roman" w:hAnsi="Times New Roman" w:cs="Times New Roman"/>
          <w:sz w:val="24"/>
          <w:szCs w:val="24"/>
          <w:lang w:val="vi-VN"/>
        </w:rPr>
        <w:t xml:space="preserve"> </w:t>
      </w:r>
      <w:r w:rsidRPr="00360D38">
        <w:rPr>
          <w:rFonts w:ascii="Times New Roman" w:eastAsia="Times New Roman" w:hAnsi="Times New Roman" w:cs="Times New Roman"/>
          <w:sz w:val="24"/>
          <w:szCs w:val="24"/>
        </w:rPr>
        <w:t>4</w:t>
      </w:r>
      <w:r w:rsidRPr="00360D38">
        <w:rPr>
          <w:rFonts w:ascii="Times New Roman" w:eastAsia="Times New Roman" w:hAnsi="Times New Roman" w:cs="Times New Roman"/>
          <w:sz w:val="24"/>
          <w:szCs w:val="24"/>
          <w:lang w:val="vi-VN"/>
        </w:rPr>
        <w:t>.</w: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b/>
          <w:bCs/>
          <w:sz w:val="24"/>
          <w:szCs w:val="24"/>
          <w:lang w:val="vi-VN"/>
        </w:rPr>
        <w:t>D.</w:t>
      </w:r>
      <w:r w:rsidRPr="00360D38">
        <w:rPr>
          <w:rFonts w:ascii="Times New Roman" w:eastAsia="Times New Roman" w:hAnsi="Times New Roman" w:cs="Times New Roman"/>
          <w:sz w:val="24"/>
          <w:szCs w:val="24"/>
          <w:lang w:val="vi-VN"/>
        </w:rPr>
        <w:t xml:space="preserve"> </w:t>
      </w:r>
      <w:r w:rsidRPr="00360D38">
        <w:rPr>
          <w:rFonts w:ascii="Times New Roman" w:eastAsia="Times New Roman" w:hAnsi="Times New Roman" w:cs="Times New Roman"/>
          <w:sz w:val="24"/>
          <w:szCs w:val="24"/>
        </w:rPr>
        <w:t>3</w:t>
      </w:r>
      <w:r w:rsidRPr="00360D38">
        <w:rPr>
          <w:rFonts w:ascii="Times New Roman" w:eastAsia="Times New Roman" w:hAnsi="Times New Roman" w:cs="Times New Roman"/>
          <w:sz w:val="24"/>
          <w:szCs w:val="24"/>
          <w:lang w:val="vi-VN"/>
        </w:rPr>
        <w:t>.</w:t>
      </w:r>
    </w:p>
    <w:p w14:paraId="00D5F248" w14:textId="77777777" w:rsidR="007C5B20" w:rsidRPr="00360D38" w:rsidRDefault="007C5B20" w:rsidP="007C5B20">
      <w:pPr>
        <w:shd w:val="clear" w:color="auto" w:fill="FFFFFF" w:themeFill="background1"/>
        <w:tabs>
          <w:tab w:val="left" w:pos="2552"/>
          <w:tab w:val="left" w:pos="5245"/>
          <w:tab w:val="left" w:pos="8080"/>
        </w:tabs>
        <w:spacing w:after="0" w:line="240" w:lineRule="auto"/>
        <w:ind w:right="9"/>
        <w:rPr>
          <w:rFonts w:ascii="Times New Roman" w:eastAsia="Times New Roman" w:hAnsi="Times New Roman" w:cs="Times New Roman"/>
          <w:sz w:val="24"/>
          <w:szCs w:val="24"/>
          <w:lang w:val="vi-VN" w:eastAsia="x-none"/>
        </w:rPr>
      </w:pPr>
      <w:r w:rsidRPr="00360D38">
        <w:rPr>
          <w:rFonts w:ascii="Times New Roman" w:eastAsia="Times New Roman" w:hAnsi="Times New Roman" w:cs="Times New Roman"/>
          <w:b/>
          <w:sz w:val="24"/>
          <w:szCs w:val="24"/>
          <w:lang w:val="x-none" w:eastAsia="x-none"/>
        </w:rPr>
        <w:t xml:space="preserve">Câu </w:t>
      </w:r>
      <w:r w:rsidRPr="00360D38">
        <w:rPr>
          <w:rFonts w:ascii="Times New Roman" w:eastAsia="Times New Roman" w:hAnsi="Times New Roman" w:cs="Times New Roman"/>
          <w:b/>
          <w:sz w:val="24"/>
          <w:szCs w:val="24"/>
          <w:lang w:val="vi-VN" w:eastAsia="x-none"/>
        </w:rPr>
        <w:t>2</w:t>
      </w:r>
      <w:r w:rsidRPr="00360D38">
        <w:rPr>
          <w:rFonts w:ascii="Times New Roman" w:eastAsia="Times New Roman" w:hAnsi="Times New Roman" w:cs="Times New Roman"/>
          <w:b/>
          <w:sz w:val="24"/>
          <w:szCs w:val="24"/>
          <w:lang w:val="x-none" w:eastAsia="x-none"/>
        </w:rPr>
        <w:t>.</w:t>
      </w:r>
      <w:r w:rsidRPr="00360D38">
        <w:rPr>
          <w:rFonts w:ascii="Times New Roman" w:eastAsia="Times New Roman" w:hAnsi="Times New Roman" w:cs="Times New Roman"/>
          <w:b/>
          <w:sz w:val="24"/>
          <w:szCs w:val="24"/>
          <w:lang w:val="vi-VN" w:eastAsia="x-none"/>
        </w:rPr>
        <w:t xml:space="preserve"> </w:t>
      </w:r>
      <w:r w:rsidRPr="00360D38">
        <w:rPr>
          <w:rFonts w:ascii="Times New Roman" w:eastAsia="Times New Roman" w:hAnsi="Times New Roman" w:cs="Times New Roman"/>
          <w:sz w:val="24"/>
          <w:szCs w:val="24"/>
          <w:lang w:val="vi-VN" w:eastAsia="x-none"/>
        </w:rPr>
        <w:t xml:space="preserve">Chọn mệnh đề </w:t>
      </w:r>
      <w:r w:rsidRPr="00360D38">
        <w:rPr>
          <w:rFonts w:ascii="Times New Roman" w:eastAsia="Times New Roman" w:hAnsi="Times New Roman" w:cs="Times New Roman"/>
          <w:b/>
          <w:bCs/>
          <w:sz w:val="24"/>
          <w:szCs w:val="24"/>
          <w:lang w:eastAsia="x-none"/>
        </w:rPr>
        <w:t>SAI</w:t>
      </w:r>
      <w:r w:rsidRPr="00360D38">
        <w:rPr>
          <w:rFonts w:ascii="Times New Roman" w:eastAsia="Times New Roman" w:hAnsi="Times New Roman" w:cs="Times New Roman"/>
          <w:sz w:val="24"/>
          <w:szCs w:val="24"/>
          <w:lang w:val="vi-VN" w:eastAsia="x-none"/>
        </w:rPr>
        <w:t xml:space="preserve"> .</w:t>
      </w:r>
    </w:p>
    <w:p w14:paraId="2ABC6DC7" w14:textId="77777777" w:rsidR="007C5B20" w:rsidRPr="00360D38" w:rsidRDefault="007C5B20" w:rsidP="007C5B20">
      <w:pPr>
        <w:shd w:val="clear" w:color="auto" w:fill="FFFFFF" w:themeFill="background1"/>
        <w:tabs>
          <w:tab w:val="left" w:pos="2552"/>
          <w:tab w:val="left" w:pos="5103"/>
          <w:tab w:val="left" w:pos="6804"/>
        </w:tabs>
        <w:spacing w:after="0" w:line="240" w:lineRule="auto"/>
        <w:ind w:right="9"/>
        <w:rPr>
          <w:rFonts w:ascii="Times New Roman" w:hAnsi="Times New Roman" w:cs="Times New Roman"/>
          <w:sz w:val="24"/>
          <w:szCs w:val="24"/>
          <w:lang w:val="vi-VN"/>
        </w:rPr>
      </w:pPr>
      <w:r w:rsidRPr="00360D38">
        <w:rPr>
          <w:rFonts w:ascii="Times New Roman" w:eastAsia="Times New Roman" w:hAnsi="Times New Roman" w:cs="Times New Roman"/>
          <w:b/>
          <w:sz w:val="24"/>
          <w:szCs w:val="24"/>
          <w:lang w:val="x-none" w:eastAsia="x-none"/>
        </w:rPr>
        <w:t>A.</w:t>
      </w:r>
      <w:r w:rsidRPr="00360D38">
        <w:rPr>
          <w:rFonts w:ascii="Times New Roman" w:eastAsia="SimSun" w:hAnsi="Times New Roman" w:cs="Times New Roman"/>
          <w:b/>
          <w:sz w:val="24"/>
          <w:szCs w:val="24"/>
          <w:lang w:val="pt-BR" w:eastAsia="zh-CN"/>
        </w:rPr>
        <w:t xml:space="preserve"> </w:t>
      </w:r>
      <w:r w:rsidRPr="00360D38">
        <w:rPr>
          <w:rFonts w:ascii="Times New Roman" w:eastAsia="SimSun" w:hAnsi="Times New Roman" w:cs="Times New Roman"/>
          <w:b/>
          <w:position w:val="-32"/>
          <w:sz w:val="24"/>
          <w:szCs w:val="24"/>
          <w:lang w:val="pt-BR" w:eastAsia="zh-CN"/>
        </w:rPr>
        <w:object w:dxaOrig="1320" w:dyaOrig="700" w14:anchorId="348A3514">
          <v:shape id="_x0000_i1253" type="#_x0000_t75" style="width:67.9pt;height:36pt" o:ole="">
            <v:imagedata r:id="rId430" o:title=""/>
          </v:shape>
          <o:OLEObject Type="Embed" ProgID="Equation.DSMT4" ShapeID="_x0000_i1253" DrawAspect="Content" ObjectID="_1806930000" r:id="rId431"/>
        </w:object>
      </w:r>
      <w:r w:rsidRPr="00360D38">
        <w:rPr>
          <w:rFonts w:ascii="Times New Roman" w:eastAsia="Times New Roman" w:hAnsi="Times New Roman" w:cs="Times New Roman"/>
          <w:spacing w:val="-3"/>
          <w:sz w:val="24"/>
          <w:szCs w:val="24"/>
          <w:lang w:val="x-none" w:eastAsia="x-none"/>
        </w:rPr>
        <w:tab/>
      </w:r>
      <w:r w:rsidRPr="00360D38">
        <w:rPr>
          <w:rFonts w:ascii="Times New Roman" w:eastAsia="Times New Roman" w:hAnsi="Times New Roman" w:cs="Times New Roman"/>
          <w:b/>
          <w:sz w:val="24"/>
          <w:szCs w:val="24"/>
          <w:lang w:val="x-none" w:eastAsia="x-none"/>
        </w:rPr>
        <w:t>B.</w:t>
      </w:r>
      <w:r w:rsidRPr="00360D38">
        <w:rPr>
          <w:rFonts w:ascii="Times New Roman" w:eastAsia="SimSun" w:hAnsi="Times New Roman" w:cs="Times New Roman"/>
          <w:b/>
          <w:sz w:val="24"/>
          <w:szCs w:val="24"/>
          <w:lang w:val="vi-VN" w:eastAsia="zh-CN"/>
        </w:rPr>
        <w:t xml:space="preserve"> </w:t>
      </w:r>
      <w:r w:rsidRPr="00360D38">
        <w:rPr>
          <w:rFonts w:ascii="Times New Roman" w:eastAsia="SimSun" w:hAnsi="Times New Roman" w:cs="Times New Roman"/>
          <w:b/>
          <w:position w:val="-12"/>
          <w:sz w:val="24"/>
          <w:szCs w:val="24"/>
          <w:lang w:val="pt-BR" w:eastAsia="zh-CN"/>
        </w:rPr>
        <w:object w:dxaOrig="720" w:dyaOrig="360" w14:anchorId="35230CEB">
          <v:shape id="_x0000_i1254" type="#_x0000_t75" style="width:36.45pt;height:18.7pt" o:ole="">
            <v:imagedata r:id="rId432" o:title=""/>
          </v:shape>
          <o:OLEObject Type="Embed" ProgID="Equation.DSMT4" ShapeID="_x0000_i1254" DrawAspect="Content" ObjectID="_1806930001" r:id="rId433"/>
        </w:object>
      </w:r>
      <w:r w:rsidRPr="00360D38">
        <w:rPr>
          <w:rFonts w:ascii="Times New Roman" w:hAnsi="Times New Roman" w:cs="Times New Roman"/>
          <w:sz w:val="24"/>
          <w:szCs w:val="24"/>
          <w:lang w:val="vi-VN"/>
        </w:rPr>
        <w:tab/>
      </w:r>
      <w:r w:rsidRPr="00360D38">
        <w:rPr>
          <w:rFonts w:ascii="Times New Roman" w:eastAsia="Times New Roman" w:hAnsi="Times New Roman" w:cs="Times New Roman"/>
          <w:b/>
          <w:sz w:val="24"/>
          <w:szCs w:val="24"/>
          <w:lang w:val="x-none" w:eastAsia="x-none"/>
        </w:rPr>
        <w:t>C.</w:t>
      </w:r>
      <w:r w:rsidRPr="00360D38">
        <w:rPr>
          <w:rFonts w:ascii="Times New Roman" w:eastAsia="SimSun" w:hAnsi="Times New Roman" w:cs="Times New Roman"/>
          <w:b/>
          <w:sz w:val="24"/>
          <w:szCs w:val="24"/>
          <w:lang w:val="vi-VN" w:eastAsia="zh-CN"/>
        </w:rPr>
        <w:t xml:space="preserve"> </w:t>
      </w:r>
      <w:r w:rsidRPr="00360D38">
        <w:rPr>
          <w:rFonts w:ascii="Times New Roman" w:eastAsia="SimSun" w:hAnsi="Times New Roman" w:cs="Times New Roman"/>
          <w:b/>
          <w:position w:val="-32"/>
          <w:sz w:val="24"/>
          <w:szCs w:val="24"/>
          <w:lang w:val="pt-BR" w:eastAsia="zh-CN"/>
        </w:rPr>
        <w:object w:dxaOrig="1620" w:dyaOrig="700" w14:anchorId="1CB3663F">
          <v:shape id="_x0000_i1255" type="#_x0000_t75" style="width:82.95pt;height:36pt" o:ole="">
            <v:imagedata r:id="rId434" o:title=""/>
          </v:shape>
          <o:OLEObject Type="Embed" ProgID="Equation.DSMT4" ShapeID="_x0000_i1255" DrawAspect="Content" ObjectID="_1806930002" r:id="rId435"/>
        </w:object>
      </w:r>
      <w:r w:rsidRPr="00360D38">
        <w:rPr>
          <w:rFonts w:ascii="Times New Roman" w:eastAsia="Times New Roman" w:hAnsi="Times New Roman" w:cs="Times New Roman"/>
          <w:spacing w:val="-3"/>
          <w:sz w:val="24"/>
          <w:szCs w:val="24"/>
          <w:lang w:val="x-none" w:eastAsia="x-none"/>
        </w:rPr>
        <w:tab/>
      </w:r>
      <w:r w:rsidRPr="00360D38">
        <w:rPr>
          <w:rFonts w:ascii="Times New Roman" w:eastAsia="Times New Roman" w:hAnsi="Times New Roman" w:cs="Times New Roman"/>
          <w:spacing w:val="-3"/>
          <w:sz w:val="24"/>
          <w:szCs w:val="24"/>
          <w:lang w:val="x-none" w:eastAsia="x-none"/>
        </w:rPr>
        <w:tab/>
      </w:r>
      <w:r w:rsidRPr="00360D38">
        <w:rPr>
          <w:rFonts w:ascii="Times New Roman" w:eastAsia="Times New Roman" w:hAnsi="Times New Roman" w:cs="Times New Roman"/>
          <w:b/>
          <w:sz w:val="24"/>
          <w:szCs w:val="24"/>
          <w:lang w:val="x-none" w:eastAsia="x-none"/>
        </w:rPr>
        <w:t>D.</w:t>
      </w:r>
      <w:r w:rsidRPr="00360D38">
        <w:rPr>
          <w:rFonts w:ascii="Times New Roman" w:eastAsia="SimSun" w:hAnsi="Times New Roman" w:cs="Times New Roman"/>
          <w:b/>
          <w:sz w:val="24"/>
          <w:szCs w:val="24"/>
          <w:lang w:val="vi-VN" w:eastAsia="zh-CN"/>
        </w:rPr>
        <w:t xml:space="preserve"> </w:t>
      </w:r>
      <w:r w:rsidRPr="00360D38">
        <w:rPr>
          <w:rFonts w:ascii="Times New Roman" w:eastAsia="SimSun" w:hAnsi="Times New Roman" w:cs="Times New Roman"/>
          <w:b/>
          <w:position w:val="-32"/>
          <w:sz w:val="24"/>
          <w:szCs w:val="24"/>
          <w:lang w:val="pt-BR" w:eastAsia="zh-CN"/>
        </w:rPr>
        <w:object w:dxaOrig="1560" w:dyaOrig="700" w14:anchorId="29662E51">
          <v:shape id="_x0000_i1256" type="#_x0000_t75" style="width:80.2pt;height:36pt" o:ole="">
            <v:imagedata r:id="rId436" o:title=""/>
          </v:shape>
          <o:OLEObject Type="Embed" ProgID="Equation.DSMT4" ShapeID="_x0000_i1256" DrawAspect="Content" ObjectID="_1806930003" r:id="rId437"/>
        </w:object>
      </w:r>
    </w:p>
    <w:p w14:paraId="19CC38EC" w14:textId="77777777" w:rsidR="007C5B20" w:rsidRPr="00360D38" w:rsidRDefault="007C5B20" w:rsidP="007C5B20">
      <w:pPr>
        <w:rPr>
          <w:rFonts w:ascii="Times New Roman" w:eastAsia="Calibri" w:hAnsi="Times New Roman" w:cs="Times New Roman"/>
          <w:sz w:val="24"/>
          <w:szCs w:val="24"/>
          <w:lang w:val="fr-FR"/>
        </w:rPr>
      </w:pPr>
      <w:r w:rsidRPr="00360D38">
        <w:rPr>
          <w:rFonts w:ascii="Times New Roman" w:eastAsia="Calibri" w:hAnsi="Times New Roman" w:cs="Times New Roman"/>
          <w:b/>
          <w:sz w:val="24"/>
          <w:szCs w:val="24"/>
          <w:lang w:val="fr-FR"/>
        </w:rPr>
        <w:t>Câu 3</w:t>
      </w:r>
      <w:r w:rsidRPr="00360D38">
        <w:rPr>
          <w:rFonts w:ascii="Times New Roman" w:eastAsia="Calibri" w:hAnsi="Times New Roman" w:cs="Times New Roman"/>
          <w:b/>
          <w:sz w:val="24"/>
          <w:szCs w:val="24"/>
          <w:lang w:val="pt-BR"/>
        </w:rPr>
        <w:t>.</w:t>
      </w:r>
      <w:r w:rsidRPr="00360D38">
        <w:rPr>
          <w:rFonts w:ascii="Times New Roman" w:eastAsia="Calibri" w:hAnsi="Times New Roman" w:cs="Times New Roman"/>
          <w:sz w:val="24"/>
          <w:szCs w:val="24"/>
          <w:lang w:val="fr-FR"/>
        </w:rPr>
        <w:t xml:space="preserve"> Cho</w:t>
      </w:r>
      <w:r w:rsidRPr="00360D38">
        <w:rPr>
          <w:rFonts w:ascii="Times New Roman" w:eastAsia="Calibri" w:hAnsi="Times New Roman" w:cs="Times New Roman"/>
          <w:sz w:val="24"/>
          <w:szCs w:val="24"/>
          <w:lang w:val="vi-VN"/>
        </w:rPr>
        <w:t xml:space="preserve"> mẫu số liệu</w:t>
      </w:r>
      <w:r w:rsidRPr="00360D38">
        <w:rPr>
          <w:rFonts w:ascii="Times New Roman" w:eastAsia="Calibri" w:hAnsi="Times New Roman" w:cs="Times New Roman"/>
          <w:sz w:val="24"/>
          <w:szCs w:val="24"/>
          <w:lang w:val="fr-FR"/>
        </w:rPr>
        <w:t xml:space="preserve"> sau: </w:t>
      </w:r>
      <w:r w:rsidRPr="00360D38">
        <w:rPr>
          <w:rFonts w:ascii="Times New Roman" w:eastAsia="Aptos" w:hAnsi="Times New Roman" w:cs="Times New Roman"/>
          <w:position w:val="-6"/>
          <w:sz w:val="24"/>
          <w:szCs w:val="24"/>
        </w:rPr>
        <w:object w:dxaOrig="5340" w:dyaOrig="279" w14:anchorId="500BB271">
          <v:shape id="_x0000_i1257" type="#_x0000_t75" style="width:266.6pt;height:14.15pt" o:ole="">
            <v:imagedata r:id="rId438" o:title=""/>
          </v:shape>
          <o:OLEObject Type="Embed" ProgID="Equation.DSMT4" ShapeID="_x0000_i1257" DrawAspect="Content" ObjectID="_1806930004" r:id="rId439"/>
        </w:object>
      </w:r>
      <w:r w:rsidRPr="00360D38">
        <w:rPr>
          <w:rFonts w:ascii="Times New Roman" w:eastAsia="Calibri" w:hAnsi="Times New Roman" w:cs="Times New Roman"/>
          <w:sz w:val="24"/>
          <w:szCs w:val="24"/>
          <w:lang w:val="fr-FR"/>
        </w:rPr>
        <w:t>. Khoảng biến thiên của mẫu số liệu là :</w:t>
      </w:r>
    </w:p>
    <w:p w14:paraId="4AB07B9B" w14:textId="77777777" w:rsidR="007C5B20" w:rsidRPr="00360D38" w:rsidRDefault="007C5B20" w:rsidP="007C5B20">
      <w:pPr>
        <w:tabs>
          <w:tab w:val="left" w:pos="1080"/>
          <w:tab w:val="left" w:pos="3420"/>
          <w:tab w:val="left" w:pos="5760"/>
          <w:tab w:val="left" w:pos="8100"/>
        </w:tabs>
        <w:spacing w:line="240" w:lineRule="auto"/>
        <w:jc w:val="both"/>
        <w:rPr>
          <w:rFonts w:ascii="Times New Roman" w:eastAsia="Calibri" w:hAnsi="Times New Roman" w:cs="Times New Roman"/>
          <w:sz w:val="24"/>
          <w:szCs w:val="24"/>
          <w:lang w:val="nl-NL"/>
        </w:rPr>
      </w:pPr>
      <w:r w:rsidRPr="00360D38">
        <w:rPr>
          <w:rFonts w:ascii="Times New Roman" w:eastAsia="Calibri" w:hAnsi="Times New Roman" w:cs="Times New Roman"/>
          <w:b/>
          <w:sz w:val="24"/>
          <w:szCs w:val="24"/>
          <w:lang w:val="nl-NL"/>
        </w:rPr>
        <w:t xml:space="preserve"> A. </w:t>
      </w:r>
      <w:r w:rsidRPr="00360D38">
        <w:rPr>
          <w:rFonts w:ascii="Times New Roman" w:eastAsia="Calibri" w:hAnsi="Times New Roman" w:cs="Times New Roman"/>
          <w:sz w:val="24"/>
          <w:szCs w:val="24"/>
          <w:lang w:val="fr-FR"/>
        </w:rPr>
        <w:t>10</w:t>
      </w:r>
      <w:r w:rsidRPr="00360D38">
        <w:rPr>
          <w:rFonts w:ascii="Times New Roman" w:eastAsia="Calibri" w:hAnsi="Times New Roman" w:cs="Times New Roman"/>
          <w:sz w:val="24"/>
          <w:szCs w:val="24"/>
          <w:lang w:val="nl-NL"/>
        </w:rPr>
        <w:t>.</w:t>
      </w:r>
      <w:r w:rsidRPr="00360D38">
        <w:rPr>
          <w:rFonts w:ascii="Times New Roman" w:eastAsia="Calibri" w:hAnsi="Times New Roman" w:cs="Times New Roman"/>
          <w:b/>
          <w:sz w:val="24"/>
          <w:szCs w:val="24"/>
          <w:lang w:val="nl-NL"/>
        </w:rPr>
        <w:tab/>
        <w:t xml:space="preserve">            </w:t>
      </w:r>
      <w:r w:rsidRPr="00360D38">
        <w:rPr>
          <w:rFonts w:ascii="Times New Roman" w:eastAsia="Calibri" w:hAnsi="Times New Roman" w:cs="Times New Roman"/>
          <w:b/>
          <w:sz w:val="24"/>
          <w:szCs w:val="24"/>
          <w:lang w:val="nl-NL"/>
        </w:rPr>
        <w:tab/>
        <w:t xml:space="preserve">  B. </w:t>
      </w:r>
      <w:r w:rsidRPr="00360D38">
        <w:rPr>
          <w:rFonts w:ascii="Times New Roman" w:eastAsia="Calibri" w:hAnsi="Times New Roman" w:cs="Times New Roman"/>
          <w:sz w:val="24"/>
          <w:szCs w:val="24"/>
          <w:lang w:val="fr-FR"/>
        </w:rPr>
        <w:t>11</w:t>
      </w:r>
      <w:r w:rsidRPr="00360D38">
        <w:rPr>
          <w:rFonts w:ascii="Times New Roman" w:eastAsia="Calibri" w:hAnsi="Times New Roman" w:cs="Times New Roman"/>
          <w:sz w:val="24"/>
          <w:szCs w:val="24"/>
          <w:lang w:val="nl-NL"/>
        </w:rPr>
        <w:t>.</w:t>
      </w:r>
      <w:r w:rsidRPr="00360D38">
        <w:rPr>
          <w:rFonts w:ascii="Times New Roman" w:eastAsia="Calibri" w:hAnsi="Times New Roman" w:cs="Times New Roman"/>
          <w:b/>
          <w:sz w:val="24"/>
          <w:szCs w:val="24"/>
          <w:lang w:val="nl-NL"/>
        </w:rPr>
        <w:tab/>
        <w:t xml:space="preserve">C. </w:t>
      </w:r>
      <w:r w:rsidRPr="00360D38">
        <w:rPr>
          <w:rFonts w:ascii="Times New Roman" w:eastAsia="Calibri" w:hAnsi="Times New Roman" w:cs="Times New Roman"/>
          <w:sz w:val="24"/>
          <w:szCs w:val="24"/>
          <w:lang w:val="nl-NL"/>
        </w:rPr>
        <w:t>8.</w:t>
      </w:r>
      <w:r w:rsidRPr="00360D38">
        <w:rPr>
          <w:rFonts w:ascii="Times New Roman" w:eastAsia="Calibri" w:hAnsi="Times New Roman" w:cs="Times New Roman"/>
          <w:b/>
          <w:sz w:val="24"/>
          <w:szCs w:val="24"/>
          <w:lang w:val="nl-NL"/>
        </w:rPr>
        <w:tab/>
        <w:t xml:space="preserve">D. </w:t>
      </w:r>
      <w:r w:rsidRPr="00360D38">
        <w:rPr>
          <w:rFonts w:ascii="Times New Roman" w:eastAsia="Calibri" w:hAnsi="Times New Roman" w:cs="Times New Roman"/>
          <w:sz w:val="24"/>
          <w:szCs w:val="24"/>
          <w:lang w:val="nl-NL"/>
        </w:rPr>
        <w:t>9</w:t>
      </w:r>
      <w:r w:rsidRPr="00360D38">
        <w:rPr>
          <w:rFonts w:ascii="Times New Roman" w:eastAsia="Calibri" w:hAnsi="Times New Roman" w:cs="Times New Roman"/>
          <w:sz w:val="24"/>
          <w:szCs w:val="24"/>
          <w:lang w:val="nl-NL"/>
        </w:rPr>
        <w:tab/>
      </w:r>
    </w:p>
    <w:p w14:paraId="6F82BE89" w14:textId="77777777" w:rsidR="007C5B20" w:rsidRPr="00360D38" w:rsidRDefault="007C5B20" w:rsidP="007C5B20">
      <w:pPr>
        <w:spacing w:after="0"/>
        <w:jc w:val="both"/>
        <w:rPr>
          <w:rFonts w:ascii="Times New Roman" w:hAnsi="Times New Roman" w:cs="Times New Roman"/>
          <w:sz w:val="24"/>
          <w:szCs w:val="24"/>
          <w:lang w:val="fr-FR"/>
        </w:rPr>
      </w:pPr>
      <w:r w:rsidRPr="00360D38">
        <w:rPr>
          <w:rFonts w:ascii="Times New Roman" w:hAnsi="Times New Roman" w:cs="Times New Roman"/>
          <w:b/>
          <w:sz w:val="24"/>
          <w:szCs w:val="24"/>
          <w:lang w:val="vi-VN"/>
        </w:rPr>
        <w:t xml:space="preserve">Câu </w:t>
      </w:r>
      <w:r w:rsidRPr="00360D38">
        <w:rPr>
          <w:rFonts w:ascii="Times New Roman" w:hAnsi="Times New Roman" w:cs="Times New Roman"/>
          <w:b/>
          <w:sz w:val="24"/>
          <w:szCs w:val="24"/>
          <w:lang w:val="fr-FR"/>
        </w:rPr>
        <w:t>4.</w:t>
      </w:r>
      <w:r w:rsidRPr="00360D38">
        <w:rPr>
          <w:rFonts w:ascii="Times New Roman" w:hAnsi="Times New Roman" w:cs="Times New Roman"/>
          <w:sz w:val="24"/>
          <w:szCs w:val="24"/>
          <w:lang w:val="vi-VN"/>
        </w:rPr>
        <w:t xml:space="preserve"> Khai triển của nhị thức</w:t>
      </w:r>
      <w:r w:rsidRPr="00360D38">
        <w:rPr>
          <w:rFonts w:ascii="Times New Roman" w:hAnsi="Times New Roman" w:cs="Times New Roman"/>
          <w:position w:val="-14"/>
          <w:sz w:val="24"/>
          <w:szCs w:val="24"/>
          <w:lang w:val="vi-VN"/>
        </w:rPr>
        <w:t xml:space="preserve"> </w:t>
      </w:r>
      <w:r w:rsidRPr="00360D38">
        <w:rPr>
          <w:rFonts w:ascii="Times New Roman" w:eastAsia="Times New Roman" w:hAnsi="Times New Roman" w:cs="Times New Roman"/>
          <w:position w:val="-14"/>
          <w:sz w:val="24"/>
          <w:szCs w:val="24"/>
        </w:rPr>
        <w:object w:dxaOrig="920" w:dyaOrig="440" w14:anchorId="6BC96ACC">
          <v:shape id="_x0000_i1258" type="#_x0000_t75" style="width:46.05pt;height:21.4pt" o:ole="">
            <v:imagedata r:id="rId440" o:title=""/>
          </v:shape>
          <o:OLEObject Type="Embed" ProgID="Equation.DSMT4" ShapeID="_x0000_i1258" DrawAspect="Content" ObjectID="_1806930005" r:id="rId441"/>
        </w:object>
      </w:r>
      <w:r w:rsidRPr="00360D38">
        <w:rPr>
          <w:rFonts w:ascii="Times New Roman" w:hAnsi="Times New Roman" w:cs="Times New Roman"/>
          <w:sz w:val="24"/>
          <w:szCs w:val="24"/>
          <w:lang w:val="vi-VN"/>
        </w:rPr>
        <w:t xml:space="preserve"> là:</w:t>
      </w:r>
    </w:p>
    <w:p w14:paraId="05D49266" w14:textId="77777777" w:rsidR="007C5B20" w:rsidRPr="00360D38" w:rsidRDefault="007C5B20" w:rsidP="007C5B20">
      <w:pPr>
        <w:spacing w:after="0" w:line="240" w:lineRule="auto"/>
        <w:jc w:val="both"/>
        <w:rPr>
          <w:rFonts w:ascii="Times New Roman" w:eastAsia="Times New Roman" w:hAnsi="Times New Roman" w:cs="Times New Roman"/>
          <w:b/>
          <w:bCs/>
          <w:sz w:val="24"/>
          <w:szCs w:val="24"/>
          <w:lang w:val="fr-FR"/>
        </w:rPr>
      </w:pPr>
      <w:r w:rsidRPr="00360D38">
        <w:rPr>
          <w:rFonts w:ascii="Times New Roman" w:eastAsia="Times New Roman" w:hAnsi="Times New Roman" w:cs="Times New Roman"/>
          <w:b/>
          <w:bCs/>
          <w:sz w:val="24"/>
          <w:szCs w:val="24"/>
          <w:lang w:val="fr-FR"/>
        </w:rPr>
        <w:t>A.</w:t>
      </w:r>
      <w:r w:rsidRPr="00360D38">
        <w:rPr>
          <w:rFonts w:ascii="Times New Roman" w:eastAsia="Times New Roman" w:hAnsi="Times New Roman" w:cs="Times New Roman"/>
          <w:b/>
          <w:bCs/>
          <w:position w:val="-10"/>
          <w:sz w:val="24"/>
          <w:szCs w:val="24"/>
        </w:rPr>
        <w:object w:dxaOrig="2920" w:dyaOrig="360" w14:anchorId="2912F478">
          <v:shape id="_x0000_i1259" type="#_x0000_t75" style="width:146.3pt;height:18.25pt" o:ole="">
            <v:imagedata r:id="rId442" o:title=""/>
          </v:shape>
          <o:OLEObject Type="Embed" ProgID="Equation.DSMT4" ShapeID="_x0000_i1259" DrawAspect="Content" ObjectID="_1806930006" r:id="rId443"/>
        </w:object>
      </w:r>
      <w:r w:rsidRPr="00360D38">
        <w:rPr>
          <w:rFonts w:ascii="Times New Roman" w:eastAsia="Times New Roman" w:hAnsi="Times New Roman" w:cs="Times New Roman"/>
          <w:b/>
          <w:bCs/>
          <w:sz w:val="24"/>
          <w:szCs w:val="24"/>
          <w:lang w:val="fr-FR"/>
        </w:rPr>
        <w:t>.</w:t>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t xml:space="preserve">B. </w:t>
      </w:r>
      <w:r w:rsidRPr="00360D38">
        <w:rPr>
          <w:rFonts w:ascii="Times New Roman" w:eastAsia="Times New Roman" w:hAnsi="Times New Roman" w:cs="Times New Roman"/>
          <w:b/>
          <w:bCs/>
          <w:position w:val="-10"/>
          <w:sz w:val="24"/>
          <w:szCs w:val="24"/>
        </w:rPr>
        <w:object w:dxaOrig="2920" w:dyaOrig="360" w14:anchorId="573969D9">
          <v:shape id="_x0000_i1260" type="#_x0000_t75" style="width:146.3pt;height:18.25pt" o:ole="">
            <v:imagedata r:id="rId444" o:title=""/>
          </v:shape>
          <o:OLEObject Type="Embed" ProgID="Equation.DSMT4" ShapeID="_x0000_i1260" DrawAspect="Content" ObjectID="_1806930007" r:id="rId445"/>
        </w:object>
      </w:r>
      <w:r w:rsidRPr="00360D38">
        <w:rPr>
          <w:rFonts w:ascii="Times New Roman" w:hAnsi="Times New Roman" w:cs="Times New Roman"/>
          <w:b/>
          <w:bCs/>
          <w:sz w:val="24"/>
          <w:szCs w:val="24"/>
          <w:lang w:val="fr-FR"/>
        </w:rPr>
        <w:t>.</w:t>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r>
    </w:p>
    <w:p w14:paraId="4700F3A6" w14:textId="77777777" w:rsidR="007C5B20" w:rsidRPr="00360D38" w:rsidRDefault="007C5B20" w:rsidP="007C5B20">
      <w:pPr>
        <w:spacing w:after="0" w:line="240" w:lineRule="auto"/>
        <w:jc w:val="both"/>
        <w:rPr>
          <w:rFonts w:ascii="Times New Roman" w:eastAsia="Times New Roman" w:hAnsi="Times New Roman" w:cs="Times New Roman"/>
          <w:b/>
          <w:bCs/>
          <w:sz w:val="24"/>
          <w:szCs w:val="24"/>
          <w:lang w:val="fr-FR"/>
        </w:rPr>
      </w:pPr>
      <w:r w:rsidRPr="00360D38">
        <w:rPr>
          <w:rFonts w:ascii="Times New Roman" w:eastAsia="Times New Roman" w:hAnsi="Times New Roman" w:cs="Times New Roman"/>
          <w:b/>
          <w:bCs/>
          <w:sz w:val="24"/>
          <w:szCs w:val="24"/>
          <w:lang w:val="fr-FR"/>
        </w:rPr>
        <w:t xml:space="preserve">C. </w:t>
      </w:r>
      <w:r w:rsidRPr="00360D38">
        <w:rPr>
          <w:rFonts w:ascii="Times New Roman" w:eastAsia="Times New Roman" w:hAnsi="Times New Roman" w:cs="Times New Roman"/>
          <w:b/>
          <w:position w:val="-10"/>
          <w:sz w:val="24"/>
          <w:szCs w:val="24"/>
        </w:rPr>
        <w:object w:dxaOrig="2920" w:dyaOrig="360" w14:anchorId="509E83E5">
          <v:shape id="_x0000_i1261" type="#_x0000_t75" style="width:146.3pt;height:18.25pt" o:ole="">
            <v:imagedata r:id="rId446" o:title=""/>
          </v:shape>
          <o:OLEObject Type="Embed" ProgID="Equation.DSMT4" ShapeID="_x0000_i1261" DrawAspect="Content" ObjectID="_1806930008" r:id="rId447"/>
        </w:object>
      </w:r>
      <w:r w:rsidRPr="00360D38">
        <w:rPr>
          <w:rFonts w:ascii="Times New Roman" w:hAnsi="Times New Roman" w:cs="Times New Roman"/>
          <w:b/>
          <w:bCs/>
          <w:sz w:val="24"/>
          <w:szCs w:val="24"/>
          <w:lang w:val="fr-FR"/>
        </w:rPr>
        <w:t>.</w:t>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r>
      <w:r w:rsidRPr="00360D38">
        <w:rPr>
          <w:rFonts w:ascii="Times New Roman" w:eastAsia="Times New Roman" w:hAnsi="Times New Roman" w:cs="Times New Roman"/>
          <w:b/>
          <w:bCs/>
          <w:sz w:val="24"/>
          <w:szCs w:val="24"/>
          <w:lang w:val="fr-FR"/>
        </w:rPr>
        <w:tab/>
        <w:t xml:space="preserve">D. </w:t>
      </w:r>
      <w:r w:rsidRPr="00360D38">
        <w:rPr>
          <w:rFonts w:ascii="Times New Roman" w:eastAsia="Times New Roman" w:hAnsi="Times New Roman" w:cs="Times New Roman"/>
          <w:b/>
          <w:position w:val="-10"/>
          <w:sz w:val="24"/>
          <w:szCs w:val="24"/>
        </w:rPr>
        <w:object w:dxaOrig="2920" w:dyaOrig="360" w14:anchorId="6C36CEC4">
          <v:shape id="_x0000_i1262" type="#_x0000_t75" style="width:146.3pt;height:18.25pt" o:ole="">
            <v:imagedata r:id="rId448" o:title=""/>
          </v:shape>
          <o:OLEObject Type="Embed" ProgID="Equation.DSMT4" ShapeID="_x0000_i1262" DrawAspect="Content" ObjectID="_1806930009" r:id="rId449"/>
        </w:object>
      </w:r>
      <w:r w:rsidRPr="00360D38">
        <w:rPr>
          <w:rFonts w:ascii="Times New Roman" w:hAnsi="Times New Roman" w:cs="Times New Roman"/>
          <w:b/>
          <w:bCs/>
          <w:sz w:val="24"/>
          <w:szCs w:val="24"/>
          <w:lang w:val="fr-FR"/>
        </w:rPr>
        <w:t>.</w:t>
      </w:r>
    </w:p>
    <w:p w14:paraId="0A9001AC" w14:textId="77777777" w:rsidR="007C5B20" w:rsidRPr="00360D38" w:rsidRDefault="007C5B20" w:rsidP="007C5B20">
      <w:pPr>
        <w:rPr>
          <w:rFonts w:ascii="Times New Roman" w:hAnsi="Times New Roman" w:cs="Times New Roman"/>
          <w:sz w:val="24"/>
          <w:szCs w:val="24"/>
          <w:lang w:val="vi-VN"/>
        </w:rPr>
      </w:pPr>
      <w:r w:rsidRPr="00360D38">
        <w:rPr>
          <w:rFonts w:ascii="Times New Roman" w:hAnsi="Times New Roman" w:cs="Times New Roman"/>
          <w:b/>
          <w:bCs/>
          <w:sz w:val="24"/>
          <w:szCs w:val="24"/>
          <w:lang w:val="vi-VN"/>
        </w:rPr>
        <w:t xml:space="preserve">Câu </w:t>
      </w:r>
      <w:r w:rsidRPr="00360D38">
        <w:rPr>
          <w:rFonts w:ascii="Times New Roman" w:hAnsi="Times New Roman" w:cs="Times New Roman"/>
          <w:b/>
          <w:bCs/>
          <w:sz w:val="24"/>
          <w:szCs w:val="24"/>
          <w:lang w:val="fr-FR"/>
        </w:rPr>
        <w:t xml:space="preserve">5. </w:t>
      </w:r>
      <w:r w:rsidRPr="00360D38">
        <w:rPr>
          <w:rFonts w:ascii="Times New Roman" w:hAnsi="Times New Roman" w:cs="Times New Roman"/>
          <w:sz w:val="24"/>
          <w:szCs w:val="24"/>
        </w:rPr>
        <w:t>Số q</w:t>
      </w:r>
      <w:r w:rsidRPr="00360D38">
        <w:rPr>
          <w:rFonts w:ascii="Times New Roman" w:hAnsi="Times New Roman" w:cs="Times New Roman"/>
          <w:sz w:val="24"/>
          <w:szCs w:val="24"/>
          <w:lang w:val="vi-VN"/>
        </w:rPr>
        <w:t>uy tròn</w:t>
      </w:r>
      <w:r w:rsidRPr="00360D38">
        <w:rPr>
          <w:rFonts w:ascii="Times New Roman" w:hAnsi="Times New Roman" w:cs="Times New Roman"/>
          <w:sz w:val="24"/>
          <w:szCs w:val="24"/>
        </w:rPr>
        <w:t xml:space="preserve"> của</w:t>
      </w:r>
      <w:r w:rsidRPr="00360D38">
        <w:rPr>
          <w:rFonts w:ascii="Times New Roman" w:hAnsi="Times New Roman" w:cs="Times New Roman"/>
          <w:sz w:val="24"/>
          <w:szCs w:val="24"/>
          <w:lang w:val="vi-VN"/>
        </w:rPr>
        <w:t xml:space="preserve"> số </w:t>
      </w:r>
      <w:r w:rsidRPr="00360D38">
        <w:rPr>
          <w:rFonts w:ascii="Times New Roman" w:eastAsia="Times New Roman" w:hAnsi="Times New Roman" w:cs="Times New Roman"/>
          <w:b/>
          <w:position w:val="-10"/>
          <w:sz w:val="24"/>
          <w:szCs w:val="24"/>
        </w:rPr>
        <w:object w:dxaOrig="1719" w:dyaOrig="320" w14:anchorId="0DA72899">
          <v:shape id="_x0000_i1263" type="#_x0000_t75" style="width:86.15pt;height:15.95pt" o:ole="">
            <v:imagedata r:id="rId450" o:title=""/>
          </v:shape>
          <o:OLEObject Type="Embed" ProgID="Equation.DSMT4" ShapeID="_x0000_i1263" DrawAspect="Content" ObjectID="_1806930010" r:id="rId451"/>
        </w:object>
      </w:r>
      <w:r w:rsidRPr="00360D38">
        <w:rPr>
          <w:rFonts w:ascii="Times New Roman" w:hAnsi="Times New Roman" w:cs="Times New Roman"/>
          <w:sz w:val="24"/>
          <w:szCs w:val="24"/>
          <w:lang w:val="vi-VN"/>
        </w:rPr>
        <w:t xml:space="preserve"> </w:t>
      </w:r>
      <w:r w:rsidRPr="00360D38">
        <w:rPr>
          <w:rFonts w:ascii="Times New Roman" w:hAnsi="Times New Roman" w:cs="Times New Roman"/>
          <w:sz w:val="24"/>
          <w:szCs w:val="24"/>
        </w:rPr>
        <w:t xml:space="preserve">với độ chính xác </w:t>
      </w:r>
      <w:r w:rsidRPr="00360D38">
        <w:rPr>
          <w:rFonts w:ascii="Times New Roman" w:eastAsia="Times New Roman" w:hAnsi="Times New Roman" w:cs="Times New Roman"/>
          <w:b/>
          <w:position w:val="-10"/>
          <w:sz w:val="24"/>
          <w:szCs w:val="24"/>
        </w:rPr>
        <w:object w:dxaOrig="1260" w:dyaOrig="320" w14:anchorId="60CD1E91">
          <v:shape id="_x0000_i1264" type="#_x0000_t75" style="width:62.9pt;height:15.95pt" o:ole="">
            <v:imagedata r:id="rId452" o:title=""/>
          </v:shape>
          <o:OLEObject Type="Embed" ProgID="Equation.DSMT4" ShapeID="_x0000_i1264" DrawAspect="Content" ObjectID="_1806930011" r:id="rId453"/>
        </w:object>
      </w:r>
      <w:r w:rsidRPr="00360D38">
        <w:rPr>
          <w:rFonts w:ascii="Times New Roman" w:hAnsi="Times New Roman" w:cs="Times New Roman"/>
          <w:sz w:val="24"/>
          <w:szCs w:val="24"/>
          <w:lang w:val="vi-VN"/>
        </w:rPr>
        <w:t xml:space="preserve"> là:</w:t>
      </w:r>
    </w:p>
    <w:p w14:paraId="519CD935" w14:textId="77777777" w:rsidR="007C5B20" w:rsidRPr="00360D38" w:rsidRDefault="007C5B20" w:rsidP="007C5B20">
      <w:pPr>
        <w:spacing w:after="0"/>
        <w:jc w:val="both"/>
        <w:rPr>
          <w:rFonts w:ascii="Times New Roman" w:hAnsi="Times New Roman" w:cs="Times New Roman"/>
          <w:b/>
          <w:bCs/>
          <w:sz w:val="24"/>
          <w:szCs w:val="24"/>
          <w:lang w:eastAsia="vi-VN"/>
        </w:rPr>
      </w:pPr>
      <w:r w:rsidRPr="00360D38">
        <w:rPr>
          <w:rFonts w:ascii="Times New Roman" w:hAnsi="Times New Roman" w:cs="Times New Roman"/>
          <w:b/>
          <w:bCs/>
          <w:sz w:val="24"/>
          <w:szCs w:val="24"/>
          <w:lang w:val="fr-FR"/>
        </w:rPr>
        <w:t>A.</w:t>
      </w:r>
      <w:r w:rsidRPr="00360D38">
        <w:rPr>
          <w:rFonts w:ascii="Times New Roman" w:hAnsi="Times New Roman" w:cs="Times New Roman"/>
          <w:sz w:val="24"/>
          <w:szCs w:val="24"/>
          <w:lang w:val="fr-FR"/>
        </w:rPr>
        <w:t xml:space="preserve"> </w:t>
      </w:r>
      <w:r w:rsidRPr="00360D38">
        <w:rPr>
          <w:rFonts w:ascii="Times New Roman" w:eastAsia="Times New Roman" w:hAnsi="Times New Roman" w:cs="Times New Roman"/>
          <w:b/>
          <w:position w:val="-10"/>
          <w:sz w:val="24"/>
          <w:szCs w:val="24"/>
        </w:rPr>
        <w:object w:dxaOrig="639" w:dyaOrig="320" w14:anchorId="381A883A">
          <v:shape id="_x0000_i1265" type="#_x0000_t75" style="width:31.9pt;height:15.95pt" o:ole="">
            <v:imagedata r:id="rId454" o:title=""/>
          </v:shape>
          <o:OLEObject Type="Embed" ProgID="Equation.DSMT4" ShapeID="_x0000_i1265" DrawAspect="Content" ObjectID="_1806930012" r:id="rId455"/>
        </w:object>
      </w:r>
      <w:r w:rsidRPr="00360D38">
        <w:rPr>
          <w:rFonts w:ascii="Times New Roman" w:hAnsi="Times New Roman" w:cs="Times New Roman"/>
          <w:b/>
          <w:bCs/>
          <w:sz w:val="24"/>
          <w:szCs w:val="24"/>
          <w:lang w:val="vi-VN" w:eastAsia="vi-VN"/>
        </w:rPr>
        <w:tab/>
      </w:r>
      <w:r w:rsidRPr="00360D38">
        <w:rPr>
          <w:rFonts w:ascii="Times New Roman" w:hAnsi="Times New Roman" w:cs="Times New Roman"/>
          <w:b/>
          <w:bCs/>
          <w:sz w:val="24"/>
          <w:szCs w:val="24"/>
          <w:lang w:val="vi-VN" w:eastAsia="vi-VN"/>
        </w:rPr>
        <w:tab/>
      </w:r>
      <w:r w:rsidRPr="00360D38">
        <w:rPr>
          <w:rFonts w:ascii="Times New Roman" w:hAnsi="Times New Roman" w:cs="Times New Roman"/>
          <w:b/>
          <w:bCs/>
          <w:sz w:val="24"/>
          <w:szCs w:val="24"/>
          <w:lang w:val="vi-VN" w:eastAsia="vi-VN"/>
        </w:rPr>
        <w:tab/>
      </w:r>
      <w:r w:rsidRPr="00360D38">
        <w:rPr>
          <w:rFonts w:ascii="Times New Roman" w:hAnsi="Times New Roman" w:cs="Times New Roman"/>
          <w:b/>
          <w:bCs/>
          <w:sz w:val="24"/>
          <w:szCs w:val="24"/>
          <w:lang w:val="fr-FR"/>
        </w:rPr>
        <w:t>B.</w:t>
      </w:r>
      <w:r w:rsidRPr="00360D38">
        <w:rPr>
          <w:rFonts w:ascii="Times New Roman" w:hAnsi="Times New Roman" w:cs="Times New Roman"/>
          <w:sz w:val="24"/>
          <w:szCs w:val="24"/>
          <w:lang w:val="fr-FR"/>
        </w:rPr>
        <w:t xml:space="preserve"> </w:t>
      </w:r>
      <w:r w:rsidRPr="00360D38">
        <w:rPr>
          <w:rFonts w:ascii="Times New Roman" w:hAnsi="Times New Roman" w:cs="Times New Roman"/>
          <w:position w:val="-10"/>
        </w:rPr>
        <w:object w:dxaOrig="499" w:dyaOrig="320" w14:anchorId="6CE8F3F5">
          <v:shape id="_x0000_i1266" type="#_x0000_t75" style="width:25.05pt;height:15.95pt" o:ole="">
            <v:imagedata r:id="rId456" o:title=""/>
          </v:shape>
          <o:OLEObject Type="Embed" ProgID="Equation.DSMT4" ShapeID="_x0000_i1266" DrawAspect="Content" ObjectID="_1806930013" r:id="rId457"/>
        </w:object>
      </w:r>
      <w:r w:rsidRPr="00360D38">
        <w:rPr>
          <w:rFonts w:ascii="Times New Roman" w:hAnsi="Times New Roman" w:cs="Times New Roman"/>
          <w:sz w:val="24"/>
          <w:szCs w:val="24"/>
          <w:lang w:val="vi-VN"/>
        </w:rPr>
        <w:tab/>
      </w:r>
      <w:r w:rsidRPr="00360D38">
        <w:rPr>
          <w:rFonts w:ascii="Times New Roman" w:hAnsi="Times New Roman" w:cs="Times New Roman"/>
          <w:sz w:val="24"/>
          <w:szCs w:val="24"/>
          <w:lang w:val="vi-VN"/>
        </w:rPr>
        <w:tab/>
      </w:r>
      <w:r w:rsidRPr="00360D38">
        <w:rPr>
          <w:rFonts w:ascii="Times New Roman" w:hAnsi="Times New Roman" w:cs="Times New Roman"/>
          <w:b/>
          <w:bCs/>
          <w:sz w:val="24"/>
          <w:szCs w:val="24"/>
          <w:lang w:val="fr-FR"/>
        </w:rPr>
        <w:t xml:space="preserve">C. </w:t>
      </w:r>
      <w:r w:rsidRPr="00360D38">
        <w:rPr>
          <w:rFonts w:ascii="Times New Roman" w:hAnsi="Times New Roman" w:cs="Times New Roman"/>
          <w:position w:val="-10"/>
        </w:rPr>
        <w:object w:dxaOrig="520" w:dyaOrig="320" w14:anchorId="3FE3E482">
          <v:shape id="_x0000_i1267" type="#_x0000_t75" style="width:25.95pt;height:15.95pt" o:ole="">
            <v:imagedata r:id="rId458" o:title=""/>
          </v:shape>
          <o:OLEObject Type="Embed" ProgID="Equation.DSMT4" ShapeID="_x0000_i1267" DrawAspect="Content" ObjectID="_1806930014" r:id="rId459"/>
        </w:object>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eastAsia="Times New Roman" w:hAnsi="Times New Roman" w:cs="Times New Roman"/>
          <w:sz w:val="24"/>
          <w:szCs w:val="24"/>
          <w:lang w:val="vi-VN"/>
        </w:rPr>
        <w:tab/>
      </w:r>
      <w:r w:rsidRPr="00360D38">
        <w:rPr>
          <w:rFonts w:ascii="Times New Roman" w:hAnsi="Times New Roman" w:cs="Times New Roman"/>
          <w:b/>
          <w:bCs/>
          <w:sz w:val="24"/>
          <w:szCs w:val="24"/>
          <w:lang w:val="fr-FR"/>
        </w:rPr>
        <w:t>D.</w:t>
      </w:r>
      <w:r w:rsidRPr="00360D38">
        <w:rPr>
          <w:rFonts w:ascii="Times New Roman" w:hAnsi="Times New Roman" w:cs="Times New Roman"/>
          <w:sz w:val="24"/>
          <w:szCs w:val="24"/>
          <w:lang w:val="fr-FR"/>
        </w:rPr>
        <w:t xml:space="preserve"> </w:t>
      </w:r>
      <w:r w:rsidRPr="00360D38">
        <w:rPr>
          <w:rFonts w:ascii="Times New Roman" w:hAnsi="Times New Roman" w:cs="Times New Roman"/>
          <w:position w:val="-10"/>
        </w:rPr>
        <w:object w:dxaOrig="740" w:dyaOrig="320" w14:anchorId="24C21549">
          <v:shape id="_x0000_i1268" type="#_x0000_t75" style="width:36.9pt;height:15.95pt" o:ole="">
            <v:imagedata r:id="rId460" o:title=""/>
          </v:shape>
          <o:OLEObject Type="Embed" ProgID="Equation.DSMT4" ShapeID="_x0000_i1268" DrawAspect="Content" ObjectID="_1806930015" r:id="rId461"/>
        </w:object>
      </w:r>
    </w:p>
    <w:p w14:paraId="0945A92A" w14:textId="77777777" w:rsidR="007C5B20" w:rsidRPr="00360D38" w:rsidRDefault="007C5B20" w:rsidP="007C5B20">
      <w:pPr>
        <w:tabs>
          <w:tab w:val="left" w:pos="283"/>
          <w:tab w:val="left" w:pos="5386"/>
        </w:tabs>
        <w:spacing w:after="0"/>
        <w:jc w:val="both"/>
        <w:rPr>
          <w:rFonts w:ascii="Times New Roman" w:eastAsia="Calibri" w:hAnsi="Times New Roman" w:cs="Times New Roman"/>
          <w:b/>
          <w:sz w:val="24"/>
          <w:szCs w:val="24"/>
          <w:lang w:val="fr-FR"/>
        </w:rPr>
      </w:pPr>
      <w:r w:rsidRPr="00360D38">
        <w:rPr>
          <w:rFonts w:ascii="Times New Roman" w:eastAsia="Times New Roman" w:hAnsi="Times New Roman" w:cs="Times New Roman"/>
          <w:b/>
          <w:sz w:val="24"/>
          <w:szCs w:val="24"/>
          <w:lang w:val="vi-VN" w:eastAsia="vi-VN"/>
        </w:rPr>
        <w:t xml:space="preserve">Câu 6. </w:t>
      </w:r>
      <w:r w:rsidRPr="00360D38">
        <w:rPr>
          <w:rFonts w:ascii="Times New Roman" w:eastAsia="SimSun" w:hAnsi="Times New Roman" w:cs="Times New Roman"/>
          <w:sz w:val="24"/>
          <w:szCs w:val="24"/>
          <w:lang w:val="fr-FR" w:eastAsia="zh-CN"/>
        </w:rPr>
        <w:t xml:space="preserve">Xét một phép thử có không gian mẫu </w:t>
      </w:r>
      <w:r w:rsidRPr="00360D38">
        <w:rPr>
          <w:rFonts w:ascii="Times New Roman" w:eastAsia="Times New Roman" w:hAnsi="Times New Roman" w:cs="Times New Roman"/>
          <w:b/>
          <w:position w:val="-4"/>
          <w:sz w:val="24"/>
          <w:szCs w:val="24"/>
        </w:rPr>
        <w:object w:dxaOrig="260" w:dyaOrig="260" w14:anchorId="44B764FD">
          <v:shape id="_x0000_i1269" type="#_x0000_t75" style="width:13.2pt;height:13.2pt" o:ole="">
            <v:imagedata r:id="rId462" o:title=""/>
          </v:shape>
          <o:OLEObject Type="Embed" ProgID="Equation.DSMT4" ShapeID="_x0000_i1269" DrawAspect="Content" ObjectID="_1806930016" r:id="rId463"/>
        </w:object>
      </w:r>
      <w:r w:rsidRPr="00360D38">
        <w:rPr>
          <w:rFonts w:ascii="Times New Roman" w:eastAsia="Calibri" w:hAnsi="Times New Roman" w:cs="Times New Roman"/>
          <w:sz w:val="24"/>
          <w:szCs w:val="24"/>
          <w:lang w:val="fr-FR"/>
        </w:rPr>
        <w:t xml:space="preserve"> và </w:t>
      </w:r>
      <w:r w:rsidRPr="00360D38">
        <w:rPr>
          <w:rFonts w:ascii="Times New Roman" w:eastAsia="Times New Roman" w:hAnsi="Times New Roman" w:cs="Times New Roman"/>
          <w:b/>
          <w:position w:val="-4"/>
          <w:sz w:val="24"/>
          <w:szCs w:val="24"/>
        </w:rPr>
        <w:object w:dxaOrig="240" w:dyaOrig="260" w14:anchorId="4AAA2516">
          <v:shape id="_x0000_i1270" type="#_x0000_t75" style="width:11.85pt;height:13.2pt" o:ole="">
            <v:imagedata r:id="rId464" o:title=""/>
          </v:shape>
          <o:OLEObject Type="Embed" ProgID="Equation.DSMT4" ShapeID="_x0000_i1270" DrawAspect="Content" ObjectID="_1806930017" r:id="rId465"/>
        </w:object>
      </w:r>
      <w:r w:rsidRPr="00360D38">
        <w:rPr>
          <w:rFonts w:ascii="Times New Roman" w:eastAsia="Times New Roman" w:hAnsi="Times New Roman" w:cs="Times New Roman"/>
          <w:b/>
          <w:sz w:val="24"/>
          <w:szCs w:val="24"/>
        </w:rPr>
        <w:t xml:space="preserve"> </w:t>
      </w:r>
      <w:r w:rsidRPr="00360D38">
        <w:rPr>
          <w:rFonts w:ascii="Times New Roman" w:eastAsia="Times New Roman" w:hAnsi="Times New Roman" w:cs="Times New Roman"/>
          <w:bCs/>
          <w:sz w:val="24"/>
          <w:szCs w:val="24"/>
        </w:rPr>
        <w:t xml:space="preserve">là một biến cố của phép thử đó. Phát biểu nào sau đây là </w:t>
      </w:r>
      <w:r w:rsidRPr="00360D38">
        <w:rPr>
          <w:rFonts w:ascii="Times New Roman" w:eastAsia="Times New Roman" w:hAnsi="Times New Roman" w:cs="Times New Roman"/>
          <w:b/>
          <w:sz w:val="24"/>
          <w:szCs w:val="24"/>
        </w:rPr>
        <w:t>SAI?</w:t>
      </w:r>
    </w:p>
    <w:p w14:paraId="50775ABE" w14:textId="77777777" w:rsidR="007C5B20" w:rsidRPr="00360D38" w:rsidRDefault="007C5B20" w:rsidP="007C5B20">
      <w:pPr>
        <w:tabs>
          <w:tab w:val="left" w:pos="283"/>
          <w:tab w:val="left" w:pos="5386"/>
        </w:tabs>
        <w:spacing w:after="0"/>
        <w:jc w:val="both"/>
        <w:rPr>
          <w:rFonts w:ascii="Times New Roman" w:eastAsia="SimSun" w:hAnsi="Times New Roman" w:cs="Times New Roman"/>
          <w:sz w:val="24"/>
          <w:szCs w:val="24"/>
          <w:lang w:val="vi-VN" w:eastAsia="zh-CN"/>
        </w:rPr>
      </w:pPr>
      <w:r w:rsidRPr="00360D38">
        <w:rPr>
          <w:rFonts w:ascii="Times New Roman" w:eastAsia="Calibri" w:hAnsi="Times New Roman" w:cs="Times New Roman"/>
          <w:b/>
          <w:bCs/>
          <w:sz w:val="24"/>
          <w:szCs w:val="24"/>
          <w:lang w:val="fr-FR"/>
        </w:rPr>
        <w:lastRenderedPageBreak/>
        <w:t>A.</w:t>
      </w:r>
      <w:r w:rsidRPr="00360D38">
        <w:rPr>
          <w:rFonts w:ascii="Times New Roman" w:eastAsia="Calibri" w:hAnsi="Times New Roman" w:cs="Times New Roman"/>
          <w:sz w:val="24"/>
          <w:szCs w:val="24"/>
          <w:lang w:val="fr-FR"/>
        </w:rPr>
        <w:t xml:space="preserve"> </w:t>
      </w:r>
      <w:r w:rsidRPr="00360D38">
        <w:rPr>
          <w:rFonts w:ascii="Times New Roman" w:eastAsia="SimSun" w:hAnsi="Times New Roman" w:cs="Times New Roman"/>
          <w:position w:val="-32"/>
          <w:sz w:val="24"/>
          <w:szCs w:val="24"/>
          <w:lang w:eastAsia="zh-CN"/>
        </w:rPr>
        <w:object w:dxaOrig="1400" w:dyaOrig="740" w14:anchorId="7C5D9B66">
          <v:shape id="_x0000_i1271" type="#_x0000_t75" style="width:69.7pt;height:37.8pt" o:ole="">
            <v:imagedata r:id="rId466" o:title=""/>
          </v:shape>
          <o:OLEObject Type="Embed" ProgID="Equation.DSMT4" ShapeID="_x0000_i1271" DrawAspect="Content" ObjectID="_1806930018" r:id="rId467"/>
        </w:object>
      </w:r>
      <w:r w:rsidRPr="00360D38">
        <w:rPr>
          <w:rFonts w:ascii="Times New Roman" w:eastAsia="Calibri" w:hAnsi="Times New Roman" w:cs="Times New Roman"/>
          <w:sz w:val="24"/>
          <w:szCs w:val="24"/>
          <w:lang w:val="fr-FR"/>
        </w:rPr>
        <w:tab/>
      </w:r>
      <w:r w:rsidRPr="00360D38">
        <w:rPr>
          <w:rFonts w:ascii="Times New Roman" w:eastAsia="Calibri" w:hAnsi="Times New Roman" w:cs="Times New Roman"/>
          <w:b/>
          <w:bCs/>
          <w:sz w:val="24"/>
          <w:szCs w:val="24"/>
          <w:lang w:val="fr-FR"/>
        </w:rPr>
        <w:t>B.</w:t>
      </w:r>
      <w:r w:rsidRPr="00360D38">
        <w:rPr>
          <w:rFonts w:ascii="Times New Roman" w:eastAsia="Calibri" w:hAnsi="Times New Roman" w:cs="Times New Roman"/>
          <w:sz w:val="24"/>
          <w:szCs w:val="24"/>
          <w:lang w:val="fr-FR"/>
        </w:rPr>
        <w:t xml:space="preserve"> </w:t>
      </w:r>
      <w:r w:rsidRPr="00360D38">
        <w:rPr>
          <w:rFonts w:ascii="Times New Roman" w:eastAsia="SimSun" w:hAnsi="Times New Roman" w:cs="Times New Roman"/>
          <w:position w:val="-18"/>
          <w:sz w:val="24"/>
          <w:szCs w:val="24"/>
          <w:lang w:eastAsia="zh-CN"/>
        </w:rPr>
        <w:object w:dxaOrig="1680" w:dyaOrig="480" w14:anchorId="2E1F932A">
          <v:shape id="_x0000_i1272" type="#_x0000_t75" style="width:83.4pt;height:24.6pt" o:ole="">
            <v:imagedata r:id="rId56" o:title=""/>
          </v:shape>
          <o:OLEObject Type="Embed" ProgID="Equation.DSMT4" ShapeID="_x0000_i1272" DrawAspect="Content" ObjectID="_1806930019" r:id="rId468"/>
        </w:object>
      </w:r>
    </w:p>
    <w:p w14:paraId="0DE1047E" w14:textId="77777777" w:rsidR="007C5B20" w:rsidRPr="00360D38" w:rsidRDefault="007C5B20" w:rsidP="007C5B20">
      <w:pPr>
        <w:tabs>
          <w:tab w:val="left" w:pos="284"/>
          <w:tab w:val="left" w:pos="5387"/>
        </w:tabs>
        <w:spacing w:after="0"/>
        <w:jc w:val="both"/>
        <w:rPr>
          <w:rFonts w:ascii="Times New Roman" w:eastAsia="Calibri" w:hAnsi="Times New Roman" w:cs="Times New Roman"/>
          <w:sz w:val="24"/>
          <w:szCs w:val="24"/>
          <w:lang w:val="fr-FR"/>
        </w:rPr>
      </w:pPr>
      <w:r w:rsidRPr="00360D38">
        <w:rPr>
          <w:rFonts w:ascii="Times New Roman" w:eastAsia="Calibri" w:hAnsi="Times New Roman" w:cs="Times New Roman"/>
          <w:b/>
          <w:bCs/>
          <w:sz w:val="24"/>
          <w:szCs w:val="24"/>
          <w:lang w:val="fr-FR"/>
        </w:rPr>
        <w:t>C.</w:t>
      </w:r>
      <w:r w:rsidRPr="00360D38">
        <w:rPr>
          <w:rFonts w:ascii="Times New Roman" w:eastAsia="Calibri" w:hAnsi="Times New Roman" w:cs="Times New Roman"/>
          <w:sz w:val="24"/>
          <w:szCs w:val="24"/>
          <w:lang w:val="fr-FR"/>
        </w:rPr>
        <w:t xml:space="preserve"> </w:t>
      </w:r>
      <w:r w:rsidRPr="00360D38">
        <w:rPr>
          <w:rFonts w:ascii="Times New Roman" w:eastAsia="SimSun" w:hAnsi="Times New Roman" w:cs="Times New Roman"/>
          <w:position w:val="-14"/>
          <w:sz w:val="24"/>
          <w:szCs w:val="24"/>
          <w:lang w:eastAsia="zh-CN"/>
        </w:rPr>
        <w:object w:dxaOrig="1280" w:dyaOrig="400" w14:anchorId="0C5D7685">
          <v:shape id="_x0000_i1273" type="#_x0000_t75" style="width:63.35pt;height:20.5pt" o:ole="">
            <v:imagedata r:id="rId469" o:title=""/>
          </v:shape>
          <o:OLEObject Type="Embed" ProgID="Equation.DSMT4" ShapeID="_x0000_i1273" DrawAspect="Content" ObjectID="_1806930020" r:id="rId470"/>
        </w:object>
      </w:r>
      <w:r w:rsidRPr="00360D38">
        <w:rPr>
          <w:rFonts w:ascii="Times New Roman" w:eastAsia="Calibri" w:hAnsi="Times New Roman" w:cs="Times New Roman"/>
          <w:sz w:val="24"/>
          <w:szCs w:val="24"/>
          <w:lang w:val="fr-FR"/>
        </w:rPr>
        <w:tab/>
      </w:r>
      <w:r w:rsidRPr="00360D38">
        <w:rPr>
          <w:rFonts w:ascii="Times New Roman" w:eastAsia="Calibri" w:hAnsi="Times New Roman" w:cs="Times New Roman"/>
          <w:b/>
          <w:bCs/>
          <w:sz w:val="24"/>
          <w:szCs w:val="24"/>
          <w:lang w:val="fr-FR"/>
        </w:rPr>
        <w:t>D.</w:t>
      </w:r>
      <w:r w:rsidRPr="00360D38">
        <w:rPr>
          <w:rFonts w:ascii="Times New Roman" w:eastAsia="Calibri" w:hAnsi="Times New Roman" w:cs="Times New Roman"/>
          <w:sz w:val="24"/>
          <w:szCs w:val="24"/>
          <w:lang w:val="fr-FR"/>
        </w:rPr>
        <w:t xml:space="preserve"> </w:t>
      </w:r>
      <w:r w:rsidRPr="00360D38">
        <w:rPr>
          <w:rFonts w:ascii="Times New Roman" w:eastAsia="SimSun" w:hAnsi="Times New Roman" w:cs="Times New Roman"/>
          <w:position w:val="-14"/>
          <w:sz w:val="24"/>
          <w:szCs w:val="24"/>
          <w:lang w:eastAsia="zh-CN"/>
        </w:rPr>
        <w:object w:dxaOrig="1400" w:dyaOrig="400" w14:anchorId="789891FF">
          <v:shape id="_x0000_i1274" type="#_x0000_t75" style="width:69.7pt;height:20.5pt" o:ole="">
            <v:imagedata r:id="rId471" o:title=""/>
          </v:shape>
          <o:OLEObject Type="Embed" ProgID="Equation.DSMT4" ShapeID="_x0000_i1274" DrawAspect="Content" ObjectID="_1806930021" r:id="rId472"/>
        </w:object>
      </w:r>
    </w:p>
    <w:p w14:paraId="0C76049B" w14:textId="77777777" w:rsidR="007C5B20" w:rsidRPr="00360D38" w:rsidRDefault="007C5B20" w:rsidP="007C5B20">
      <w:pPr>
        <w:spacing w:before="120" w:after="0"/>
        <w:jc w:val="both"/>
        <w:rPr>
          <w:rFonts w:ascii="Times New Roman" w:eastAsia="Calibri" w:hAnsi="Times New Roman" w:cs="Times New Roman"/>
          <w:bCs/>
          <w:sz w:val="24"/>
          <w:szCs w:val="24"/>
        </w:rPr>
      </w:pPr>
      <w:r w:rsidRPr="00360D38">
        <w:rPr>
          <w:rFonts w:ascii="Times New Roman" w:eastAsia="Times New Roman" w:hAnsi="Times New Roman" w:cs="Times New Roman"/>
          <w:b/>
          <w:sz w:val="24"/>
          <w:szCs w:val="24"/>
          <w:lang w:val="vi-VN" w:eastAsia="vi-VN"/>
        </w:rPr>
        <w:t xml:space="preserve">Câu </w:t>
      </w:r>
      <w:r w:rsidRPr="00360D38">
        <w:rPr>
          <w:rFonts w:ascii="Times New Roman" w:eastAsia="Times New Roman" w:hAnsi="Times New Roman" w:cs="Times New Roman"/>
          <w:b/>
          <w:sz w:val="24"/>
          <w:szCs w:val="24"/>
          <w:lang w:val="fr-FR" w:eastAsia="vi-VN"/>
        </w:rPr>
        <w:t>7</w:t>
      </w:r>
      <w:r w:rsidRPr="00360D38">
        <w:rPr>
          <w:rFonts w:ascii="Times New Roman" w:eastAsia="Times New Roman" w:hAnsi="Times New Roman" w:cs="Times New Roman"/>
          <w:b/>
          <w:sz w:val="24"/>
          <w:szCs w:val="24"/>
          <w:lang w:val="vi-VN" w:eastAsia="vi-VN"/>
        </w:rPr>
        <w:t xml:space="preserve">. </w:t>
      </w:r>
      <w:r w:rsidRPr="00360D38">
        <w:rPr>
          <w:rFonts w:ascii="Times New Roman" w:eastAsia="Times New Roman" w:hAnsi="Times New Roman" w:cs="Times New Roman"/>
          <w:bCs/>
          <w:sz w:val="24"/>
          <w:szCs w:val="24"/>
          <w:lang w:eastAsia="vi-VN"/>
        </w:rPr>
        <w:t>Phương trình</w:t>
      </w:r>
      <w:r w:rsidRPr="00360D38">
        <w:rPr>
          <w:rFonts w:ascii="Times New Roman" w:eastAsia="Times New Roman" w:hAnsi="Times New Roman" w:cs="Times New Roman"/>
          <w:b/>
          <w:sz w:val="24"/>
          <w:szCs w:val="24"/>
          <w:lang w:eastAsia="vi-VN"/>
        </w:rPr>
        <w:t xml:space="preserve"> </w:t>
      </w:r>
      <w:r w:rsidRPr="00360D38">
        <w:rPr>
          <w:rFonts w:ascii="Times New Roman" w:eastAsia="Calibri" w:hAnsi="Times New Roman" w:cs="Times New Roman"/>
          <w:sz w:val="24"/>
          <w:szCs w:val="24"/>
        </w:rPr>
        <w:t xml:space="preserve">đường tròn </w:t>
      </w:r>
      <w:r w:rsidRPr="00360D38">
        <w:rPr>
          <w:rFonts w:ascii="Times New Roman" w:eastAsia="Times New Roman" w:hAnsi="Times New Roman" w:cs="Times New Roman"/>
          <w:b/>
          <w:position w:val="-14"/>
          <w:sz w:val="24"/>
          <w:szCs w:val="24"/>
        </w:rPr>
        <w:object w:dxaOrig="420" w:dyaOrig="400" w14:anchorId="1025E0FF">
          <v:shape id="_x0000_i1275" type="#_x0000_t75" style="width:20.95pt;height:20.5pt" o:ole="">
            <v:imagedata r:id="rId473" o:title=""/>
          </v:shape>
          <o:OLEObject Type="Embed" ProgID="Equation.DSMT4" ShapeID="_x0000_i1275" DrawAspect="Content" ObjectID="_1806930022" r:id="rId474"/>
        </w:object>
      </w:r>
      <w:r w:rsidRPr="00360D38">
        <w:rPr>
          <w:rFonts w:ascii="Times New Roman" w:eastAsia="Times New Roman" w:hAnsi="Times New Roman" w:cs="Times New Roman"/>
          <w:b/>
          <w:sz w:val="24"/>
          <w:szCs w:val="24"/>
        </w:rPr>
        <w:t xml:space="preserve"> </w:t>
      </w:r>
      <w:r w:rsidRPr="00360D38">
        <w:rPr>
          <w:rFonts w:ascii="Times New Roman" w:eastAsia="Times New Roman" w:hAnsi="Times New Roman" w:cs="Times New Roman"/>
          <w:bCs/>
          <w:sz w:val="24"/>
          <w:szCs w:val="24"/>
        </w:rPr>
        <w:t xml:space="preserve">có tâm </w:t>
      </w:r>
      <w:r w:rsidRPr="00360D38">
        <w:rPr>
          <w:rFonts w:ascii="Times New Roman" w:eastAsia="Times New Roman" w:hAnsi="Times New Roman" w:cs="Times New Roman"/>
          <w:b/>
          <w:position w:val="-14"/>
          <w:sz w:val="24"/>
          <w:szCs w:val="24"/>
        </w:rPr>
        <w:object w:dxaOrig="820" w:dyaOrig="400" w14:anchorId="183545C5">
          <v:shape id="_x0000_i1276" type="#_x0000_t75" style="width:41pt;height:20.5pt" o:ole="">
            <v:imagedata r:id="rId475" o:title=""/>
          </v:shape>
          <o:OLEObject Type="Embed" ProgID="Equation.DSMT4" ShapeID="_x0000_i1276" DrawAspect="Content" ObjectID="_1806930023" r:id="rId476"/>
        </w:object>
      </w:r>
      <w:r w:rsidRPr="00360D38">
        <w:rPr>
          <w:rFonts w:ascii="Times New Roman" w:eastAsia="Times New Roman" w:hAnsi="Times New Roman" w:cs="Times New Roman"/>
          <w:b/>
          <w:sz w:val="24"/>
          <w:szCs w:val="24"/>
        </w:rPr>
        <w:t xml:space="preserve"> </w:t>
      </w:r>
      <w:r w:rsidRPr="00360D38">
        <w:rPr>
          <w:rFonts w:ascii="Times New Roman" w:eastAsia="Times New Roman" w:hAnsi="Times New Roman" w:cs="Times New Roman"/>
          <w:bCs/>
          <w:sz w:val="24"/>
          <w:szCs w:val="24"/>
        </w:rPr>
        <w:t xml:space="preserve">và bán kính </w:t>
      </w:r>
      <w:r w:rsidRPr="00360D38">
        <w:rPr>
          <w:rFonts w:ascii="Times New Roman" w:eastAsia="Times New Roman" w:hAnsi="Times New Roman" w:cs="Times New Roman"/>
          <w:b/>
          <w:position w:val="-8"/>
          <w:sz w:val="24"/>
          <w:szCs w:val="24"/>
        </w:rPr>
        <w:object w:dxaOrig="780" w:dyaOrig="360" w14:anchorId="4EC253B5">
          <v:shape id="_x0000_i1277" type="#_x0000_t75" style="width:39.2pt;height:18.7pt" o:ole="">
            <v:imagedata r:id="rId477" o:title=""/>
          </v:shape>
          <o:OLEObject Type="Embed" ProgID="Equation.DSMT4" ShapeID="_x0000_i1277" DrawAspect="Content" ObjectID="_1806930024" r:id="rId478"/>
        </w:object>
      </w:r>
      <w:r w:rsidRPr="00360D38">
        <w:rPr>
          <w:rFonts w:ascii="Times New Roman" w:eastAsia="Times New Roman" w:hAnsi="Times New Roman" w:cs="Times New Roman"/>
          <w:b/>
          <w:sz w:val="24"/>
          <w:szCs w:val="24"/>
        </w:rPr>
        <w:t xml:space="preserve"> </w:t>
      </w:r>
      <w:r w:rsidRPr="00360D38">
        <w:rPr>
          <w:rFonts w:ascii="Times New Roman" w:eastAsia="Times New Roman" w:hAnsi="Times New Roman" w:cs="Times New Roman"/>
          <w:bCs/>
          <w:sz w:val="24"/>
          <w:szCs w:val="24"/>
        </w:rPr>
        <w:t>là</w:t>
      </w:r>
    </w:p>
    <w:p w14:paraId="269B75F1" w14:textId="77777777" w:rsidR="007C5B20" w:rsidRPr="00360D38" w:rsidRDefault="007C5B20" w:rsidP="007C5B20">
      <w:pPr>
        <w:tabs>
          <w:tab w:val="left" w:pos="283"/>
          <w:tab w:val="left" w:pos="2835"/>
          <w:tab w:val="left" w:pos="5386"/>
          <w:tab w:val="left" w:pos="7937"/>
        </w:tabs>
        <w:spacing w:after="0"/>
        <w:ind w:left="283"/>
        <w:contextualSpacing/>
        <w:jc w:val="both"/>
        <w:rPr>
          <w:rFonts w:ascii="Times New Roman" w:eastAsia="Times New Roman" w:hAnsi="Times New Roman" w:cs="Times New Roman"/>
          <w:b/>
          <w:sz w:val="24"/>
          <w:szCs w:val="24"/>
        </w:rPr>
      </w:pPr>
      <w:r w:rsidRPr="00360D38">
        <w:rPr>
          <w:rFonts w:ascii="Times New Roman" w:eastAsia="Calibri" w:hAnsi="Times New Roman" w:cs="Times New Roman"/>
          <w:b/>
          <w:sz w:val="24"/>
          <w:szCs w:val="24"/>
          <w:lang w:val="vi-VN"/>
        </w:rPr>
        <w:t xml:space="preserve">A. </w:t>
      </w:r>
      <w:r w:rsidRPr="00360D38">
        <w:rPr>
          <w:rFonts w:ascii="Times New Roman" w:eastAsia="Times New Roman" w:hAnsi="Times New Roman" w:cs="Times New Roman"/>
          <w:b/>
          <w:position w:val="-14"/>
          <w:sz w:val="24"/>
          <w:szCs w:val="24"/>
        </w:rPr>
        <w:object w:dxaOrig="2100" w:dyaOrig="440" w14:anchorId="101228FD">
          <v:shape id="_x0000_i1278" type="#_x0000_t75" style="width:105.7pt;height:21.85pt" o:ole="">
            <v:imagedata r:id="rId479" o:title=""/>
          </v:shape>
          <o:OLEObject Type="Embed" ProgID="Equation.DSMT4" ShapeID="_x0000_i1278" DrawAspect="Content" ObjectID="_1806930025" r:id="rId480"/>
        </w:object>
      </w:r>
      <w:r w:rsidRPr="00360D38">
        <w:rPr>
          <w:rFonts w:ascii="Times New Roman" w:eastAsia="Calibri" w:hAnsi="Times New Roman" w:cs="Times New Roman"/>
          <w:sz w:val="24"/>
          <w:szCs w:val="24"/>
          <w:lang w:val="vi-VN"/>
        </w:rPr>
        <w:tab/>
      </w:r>
      <w:r w:rsidRPr="00360D38">
        <w:rPr>
          <w:rFonts w:ascii="Times New Roman" w:eastAsia="Calibri" w:hAnsi="Times New Roman" w:cs="Times New Roman"/>
          <w:sz w:val="24"/>
          <w:szCs w:val="24"/>
        </w:rPr>
        <w:t>.</w:t>
      </w:r>
      <w:r w:rsidRPr="00360D38">
        <w:rPr>
          <w:rFonts w:ascii="Times New Roman" w:eastAsia="Calibri" w:hAnsi="Times New Roman" w:cs="Times New Roman"/>
          <w:sz w:val="24"/>
          <w:szCs w:val="24"/>
        </w:rPr>
        <w:tab/>
      </w:r>
      <w:r w:rsidRPr="00360D38">
        <w:rPr>
          <w:rFonts w:ascii="Times New Roman" w:eastAsia="Calibri" w:hAnsi="Times New Roman" w:cs="Times New Roman"/>
          <w:b/>
          <w:sz w:val="24"/>
          <w:szCs w:val="24"/>
          <w:lang w:val="vi-VN"/>
        </w:rPr>
        <w:t xml:space="preserve">B. </w:t>
      </w:r>
      <w:r w:rsidRPr="00360D38">
        <w:rPr>
          <w:rFonts w:ascii="Times New Roman" w:eastAsia="Times New Roman" w:hAnsi="Times New Roman" w:cs="Times New Roman"/>
          <w:b/>
          <w:position w:val="-14"/>
          <w:sz w:val="24"/>
          <w:szCs w:val="24"/>
        </w:rPr>
        <w:object w:dxaOrig="2100" w:dyaOrig="440" w14:anchorId="23BB2A68">
          <v:shape id="_x0000_i1279" type="#_x0000_t75" style="width:105.7pt;height:21.85pt" o:ole="">
            <v:imagedata r:id="rId481" o:title=""/>
          </v:shape>
          <o:OLEObject Type="Embed" ProgID="Equation.DSMT4" ShapeID="_x0000_i1279" DrawAspect="Content" ObjectID="_1806930026" r:id="rId482"/>
        </w:object>
      </w:r>
      <w:r w:rsidRPr="00360D38">
        <w:rPr>
          <w:rFonts w:ascii="Times New Roman" w:eastAsia="Times New Roman" w:hAnsi="Times New Roman" w:cs="Times New Roman"/>
          <w:b/>
          <w:sz w:val="24"/>
          <w:szCs w:val="24"/>
        </w:rPr>
        <w:t>.</w:t>
      </w:r>
    </w:p>
    <w:p w14:paraId="35086AE7" w14:textId="77777777" w:rsidR="007C5B20" w:rsidRPr="00360D38" w:rsidRDefault="007C5B20" w:rsidP="007C5B20">
      <w:pPr>
        <w:tabs>
          <w:tab w:val="left" w:pos="284"/>
          <w:tab w:val="left" w:pos="2835"/>
          <w:tab w:val="left" w:pos="5386"/>
          <w:tab w:val="left" w:pos="7938"/>
        </w:tabs>
        <w:spacing w:after="0"/>
        <w:ind w:left="283"/>
        <w:contextualSpacing/>
        <w:jc w:val="both"/>
        <w:rPr>
          <w:rFonts w:ascii="Times New Roman" w:eastAsia="Times New Roman" w:hAnsi="Times New Roman" w:cs="Times New Roman"/>
          <w:b/>
          <w:sz w:val="24"/>
          <w:szCs w:val="24"/>
        </w:rPr>
      </w:pPr>
      <w:r w:rsidRPr="00360D38">
        <w:rPr>
          <w:rFonts w:ascii="Times New Roman" w:eastAsia="Calibri" w:hAnsi="Times New Roman" w:cs="Times New Roman"/>
          <w:b/>
          <w:sz w:val="24"/>
          <w:szCs w:val="24"/>
          <w:lang w:val="vi-VN"/>
        </w:rPr>
        <w:t xml:space="preserve">C. </w:t>
      </w:r>
      <w:r w:rsidRPr="00360D38">
        <w:rPr>
          <w:rFonts w:ascii="Times New Roman" w:eastAsia="Times New Roman" w:hAnsi="Times New Roman" w:cs="Times New Roman"/>
          <w:b/>
          <w:position w:val="-14"/>
          <w:sz w:val="24"/>
          <w:szCs w:val="24"/>
        </w:rPr>
        <w:object w:dxaOrig="2280" w:dyaOrig="440" w14:anchorId="5E56AFF8">
          <v:shape id="_x0000_i1280" type="#_x0000_t75" style="width:114.4pt;height:21.85pt" o:ole="">
            <v:imagedata r:id="rId483" o:title=""/>
          </v:shape>
          <o:OLEObject Type="Embed" ProgID="Equation.DSMT4" ShapeID="_x0000_i1280" DrawAspect="Content" ObjectID="_1806930027" r:id="rId484"/>
        </w:object>
      </w:r>
      <w:r w:rsidRPr="00360D38">
        <w:rPr>
          <w:rFonts w:ascii="Times New Roman" w:eastAsia="Times New Roman" w:hAnsi="Times New Roman" w:cs="Times New Roman"/>
          <w:b/>
          <w:sz w:val="24"/>
          <w:szCs w:val="24"/>
        </w:rPr>
        <w:t>.</w:t>
      </w:r>
      <w:r w:rsidRPr="00360D38">
        <w:rPr>
          <w:rFonts w:ascii="Times New Roman" w:eastAsia="Calibri" w:hAnsi="Times New Roman" w:cs="Times New Roman"/>
          <w:sz w:val="24"/>
          <w:szCs w:val="24"/>
          <w:lang w:val="vi-VN"/>
        </w:rPr>
        <w:tab/>
      </w:r>
      <w:r w:rsidRPr="00360D38">
        <w:rPr>
          <w:rFonts w:ascii="Times New Roman" w:eastAsia="Calibri" w:hAnsi="Times New Roman" w:cs="Times New Roman"/>
          <w:b/>
          <w:sz w:val="24"/>
          <w:szCs w:val="24"/>
          <w:lang w:val="vi-VN"/>
        </w:rPr>
        <w:t xml:space="preserve">D. </w:t>
      </w:r>
      <w:r w:rsidRPr="00360D38">
        <w:rPr>
          <w:rFonts w:ascii="Times New Roman" w:eastAsia="Times New Roman" w:hAnsi="Times New Roman" w:cs="Times New Roman"/>
          <w:b/>
          <w:position w:val="-14"/>
          <w:sz w:val="24"/>
          <w:szCs w:val="24"/>
        </w:rPr>
        <w:object w:dxaOrig="2280" w:dyaOrig="440" w14:anchorId="3EA9B547">
          <v:shape id="_x0000_i1281" type="#_x0000_t75" style="width:114.4pt;height:21.85pt" o:ole="">
            <v:imagedata r:id="rId485" o:title=""/>
          </v:shape>
          <o:OLEObject Type="Embed" ProgID="Equation.DSMT4" ShapeID="_x0000_i1281" DrawAspect="Content" ObjectID="_1806930028" r:id="rId486"/>
        </w:object>
      </w:r>
      <w:r w:rsidRPr="00360D38">
        <w:rPr>
          <w:rFonts w:ascii="Times New Roman" w:eastAsia="Times New Roman" w:hAnsi="Times New Roman" w:cs="Times New Roman"/>
          <w:b/>
          <w:sz w:val="24"/>
          <w:szCs w:val="24"/>
        </w:rPr>
        <w:t>.</w:t>
      </w:r>
    </w:p>
    <w:p w14:paraId="1EF9FD48" w14:textId="77777777" w:rsidR="007C5B20" w:rsidRPr="00360D38" w:rsidRDefault="007C5B20" w:rsidP="007C5B20">
      <w:pPr>
        <w:tabs>
          <w:tab w:val="left" w:pos="284"/>
          <w:tab w:val="left" w:pos="2835"/>
          <w:tab w:val="left" w:pos="5386"/>
          <w:tab w:val="left" w:pos="7938"/>
        </w:tabs>
        <w:spacing w:after="0"/>
        <w:contextualSpacing/>
        <w:jc w:val="both"/>
        <w:rPr>
          <w:rFonts w:ascii="Times New Roman" w:eastAsia="Times New Roman" w:hAnsi="Times New Roman" w:cs="Times New Roman"/>
          <w:b/>
          <w:sz w:val="24"/>
          <w:szCs w:val="24"/>
          <w:lang w:val="vi-VN"/>
        </w:rPr>
      </w:pPr>
      <w:r w:rsidRPr="00360D38">
        <w:rPr>
          <w:rFonts w:ascii="Times New Roman" w:eastAsia="Calibri" w:hAnsi="Times New Roman" w:cs="Times New Roman"/>
          <w:b/>
          <w:sz w:val="24"/>
          <w:szCs w:val="24"/>
          <w:lang w:val="vi-VN"/>
        </w:rPr>
        <w:t>Câu 8.</w: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Cho đường thẳng</w:t>
      </w:r>
      <w:r w:rsidRPr="00360D38">
        <w:rPr>
          <w:rFonts w:ascii="Times New Roman" w:eastAsia="Calibri" w:hAnsi="Times New Roman" w:cs="Times New Roman"/>
          <w:sz w:val="24"/>
          <w:szCs w:val="24"/>
          <w:lang w:val="vi-VN"/>
        </w:rPr>
        <w:t xml:space="preserve"> </w:t>
      </w:r>
      <w:r w:rsidRPr="00360D38">
        <w:rPr>
          <w:rFonts w:ascii="Times New Roman" w:hAnsi="Times New Roman" w:cs="Times New Roman"/>
          <w:position w:val="-10"/>
          <w:sz w:val="24"/>
          <w:szCs w:val="24"/>
        </w:rPr>
        <w:object w:dxaOrig="1920" w:dyaOrig="320" w14:anchorId="0F9C4C1F">
          <v:shape id="_x0000_i1282" type="#_x0000_t75" style="width:87.95pt;height:15.5pt" o:ole="">
            <v:imagedata r:id="rId487" o:title=""/>
          </v:shape>
          <o:OLEObject Type="Embed" ProgID="Equation.DSMT4" ShapeID="_x0000_i1282" DrawAspect="Content" ObjectID="_1806930029" r:id="rId488"/>
        </w:object>
      </w:r>
      <w:r w:rsidRPr="00360D38">
        <w:rPr>
          <w:rFonts w:ascii="Times New Roman" w:eastAsia="Calibri" w:hAnsi="Times New Roman" w:cs="Times New Roman"/>
          <w:sz w:val="24"/>
          <w:szCs w:val="24"/>
          <w:lang w:val="vi-VN"/>
        </w:rPr>
        <w:t xml:space="preserve">. Véc tơ </w:t>
      </w:r>
      <w:r w:rsidRPr="00360D38">
        <w:rPr>
          <w:rFonts w:ascii="Times New Roman" w:eastAsia="Calibri" w:hAnsi="Times New Roman" w:cs="Times New Roman"/>
          <w:sz w:val="24"/>
          <w:szCs w:val="24"/>
        </w:rPr>
        <w:t>pháp tuyến</w:t>
      </w:r>
      <w:r w:rsidRPr="00360D38">
        <w:rPr>
          <w:rFonts w:ascii="Times New Roman" w:eastAsia="Calibri" w:hAnsi="Times New Roman" w:cs="Times New Roman"/>
          <w:sz w:val="24"/>
          <w:szCs w:val="24"/>
          <w:lang w:val="vi-VN"/>
        </w:rPr>
        <w:t xml:space="preserve"> của </w:t>
      </w:r>
      <w:r w:rsidRPr="00360D38">
        <w:rPr>
          <w:rFonts w:ascii="Times New Roman" w:eastAsia="Calibri" w:hAnsi="Times New Roman" w:cs="Times New Roman"/>
          <w:position w:val="-4"/>
          <w:sz w:val="24"/>
          <w:szCs w:val="24"/>
          <w:lang w:val="vi-VN"/>
        </w:rPr>
        <w:object w:dxaOrig="220" w:dyaOrig="260" w14:anchorId="7A21073E">
          <v:shape id="_x0000_i1283" type="#_x0000_t75" style="width:11.85pt;height:14.15pt" o:ole="">
            <v:imagedata r:id="rId70" o:title=""/>
          </v:shape>
          <o:OLEObject Type="Embed" ProgID="Equation.DSMT4" ShapeID="_x0000_i1283" DrawAspect="Content" ObjectID="_1806930030" r:id="rId489"/>
        </w:object>
      </w:r>
      <w:r w:rsidRPr="00360D38">
        <w:rPr>
          <w:rFonts w:ascii="Times New Roman" w:eastAsia="Calibri" w:hAnsi="Times New Roman" w:cs="Times New Roman"/>
          <w:sz w:val="24"/>
          <w:szCs w:val="24"/>
          <w:lang w:val="vi-VN"/>
        </w:rPr>
        <w:t xml:space="preserve"> là</w:t>
      </w:r>
      <w:r w:rsidRPr="00360D38">
        <w:rPr>
          <w:rFonts w:ascii="Times New Roman" w:eastAsia="Times New Roman" w:hAnsi="Times New Roman" w:cs="Times New Roman"/>
          <w:b/>
          <w:sz w:val="24"/>
          <w:szCs w:val="24"/>
          <w:lang w:val="vi-VN"/>
        </w:rPr>
        <w:t xml:space="preserve"> </w:t>
      </w:r>
    </w:p>
    <w:p w14:paraId="77767311" w14:textId="77777777" w:rsidR="007C5B20" w:rsidRPr="00360D38" w:rsidRDefault="007C5B20" w:rsidP="007C5B20">
      <w:pPr>
        <w:shd w:val="clear" w:color="auto" w:fill="FFFFFF"/>
        <w:tabs>
          <w:tab w:val="left" w:pos="5670"/>
        </w:tabs>
        <w:spacing w:after="0" w:line="240" w:lineRule="auto"/>
        <w:ind w:right="380"/>
        <w:rPr>
          <w:rFonts w:ascii="Times New Roman" w:eastAsia="Times New Roman" w:hAnsi="Times New Roman" w:cs="Times New Roman"/>
          <w:b/>
          <w:sz w:val="24"/>
          <w:szCs w:val="24"/>
          <w:lang w:val="vi-VN"/>
        </w:rPr>
      </w:pPr>
      <w:r w:rsidRPr="00360D38">
        <w:rPr>
          <w:rFonts w:ascii="Times New Roman" w:eastAsia="Times New Roman" w:hAnsi="Times New Roman" w:cs="Times New Roman"/>
          <w:b/>
          <w:sz w:val="24"/>
          <w:szCs w:val="24"/>
          <w:lang w:val="vi-VN"/>
        </w:rPr>
        <w:t xml:space="preserve">     A. </w:t>
      </w:r>
      <w:r w:rsidRPr="00360D38">
        <w:rPr>
          <w:rFonts w:ascii="Times New Roman" w:eastAsia="Times New Roman" w:hAnsi="Times New Roman" w:cs="Times New Roman"/>
          <w:b/>
          <w:position w:val="-14"/>
          <w:sz w:val="24"/>
          <w:szCs w:val="24"/>
        </w:rPr>
        <w:object w:dxaOrig="1060" w:dyaOrig="420" w14:anchorId="601FC863">
          <v:shape id="_x0000_i1284" type="#_x0000_t75" style="width:52.85pt;height:21.4pt" o:ole="">
            <v:imagedata r:id="rId490" o:title=""/>
          </v:shape>
          <o:OLEObject Type="Embed" ProgID="Equation.DSMT4" ShapeID="_x0000_i1284" DrawAspect="Content" ObjectID="_1806930031" r:id="rId491"/>
        </w:object>
      </w:r>
      <w:r w:rsidRPr="00360D38">
        <w:rPr>
          <w:rFonts w:ascii="Times New Roman" w:eastAsia="Times New Roman" w:hAnsi="Times New Roman" w:cs="Times New Roman"/>
          <w:b/>
          <w:sz w:val="24"/>
          <w:szCs w:val="24"/>
          <w:lang w:val="vi-VN"/>
        </w:rPr>
        <w:tab/>
        <w:t xml:space="preserve">B. </w:t>
      </w:r>
      <w:r w:rsidRPr="00360D38">
        <w:rPr>
          <w:rFonts w:ascii="Times New Roman" w:eastAsia="Times New Roman" w:hAnsi="Times New Roman" w:cs="Times New Roman"/>
          <w:b/>
          <w:position w:val="-14"/>
          <w:sz w:val="24"/>
          <w:szCs w:val="24"/>
        </w:rPr>
        <w:object w:dxaOrig="940" w:dyaOrig="420" w14:anchorId="3E576956">
          <v:shape id="_x0000_i1285" type="#_x0000_t75" style="width:46.95pt;height:21.4pt" o:ole="">
            <v:imagedata r:id="rId492" o:title=""/>
          </v:shape>
          <o:OLEObject Type="Embed" ProgID="Equation.DSMT4" ShapeID="_x0000_i1285" DrawAspect="Content" ObjectID="_1806930032" r:id="rId493"/>
        </w:object>
      </w:r>
    </w:p>
    <w:p w14:paraId="1629510F" w14:textId="77777777" w:rsidR="007C5B20" w:rsidRPr="00360D38" w:rsidRDefault="007C5B20" w:rsidP="007C5B20">
      <w:pPr>
        <w:tabs>
          <w:tab w:val="left" w:pos="992"/>
          <w:tab w:val="left" w:pos="5670"/>
        </w:tabs>
        <w:spacing w:before="120" w:after="0"/>
        <w:ind w:firstLine="284"/>
        <w:jc w:val="both"/>
        <w:rPr>
          <w:rFonts w:ascii="Times New Roman" w:eastAsia="Times New Roman" w:hAnsi="Times New Roman" w:cs="Times New Roman"/>
          <w:b/>
          <w:sz w:val="24"/>
          <w:szCs w:val="24"/>
          <w:lang w:val="vi-VN"/>
        </w:rPr>
      </w:pPr>
      <w:r w:rsidRPr="00360D38">
        <w:rPr>
          <w:rFonts w:ascii="Times New Roman" w:eastAsia="Times New Roman" w:hAnsi="Times New Roman" w:cs="Times New Roman"/>
          <w:b/>
          <w:sz w:val="24"/>
          <w:szCs w:val="24"/>
          <w:lang w:val="vi-VN"/>
        </w:rPr>
        <w:t xml:space="preserve">C. </w:t>
      </w:r>
      <w:r w:rsidRPr="00360D38">
        <w:rPr>
          <w:rFonts w:ascii="Times New Roman" w:eastAsia="Times New Roman" w:hAnsi="Times New Roman" w:cs="Times New Roman"/>
          <w:b/>
          <w:position w:val="-14"/>
          <w:sz w:val="24"/>
          <w:szCs w:val="24"/>
        </w:rPr>
        <w:object w:dxaOrig="1200" w:dyaOrig="420" w14:anchorId="3A70ED3F">
          <v:shape id="_x0000_i1286" type="#_x0000_t75" style="width:60.15pt;height:21.4pt" o:ole="">
            <v:imagedata r:id="rId494" o:title=""/>
          </v:shape>
          <o:OLEObject Type="Embed" ProgID="Equation.DSMT4" ShapeID="_x0000_i1286" DrawAspect="Content" ObjectID="_1806930033" r:id="rId495"/>
        </w:object>
      </w:r>
      <w:r w:rsidRPr="00360D38">
        <w:rPr>
          <w:rFonts w:ascii="Times New Roman" w:eastAsia="Times New Roman" w:hAnsi="Times New Roman" w:cs="Times New Roman"/>
          <w:b/>
          <w:sz w:val="24"/>
          <w:szCs w:val="24"/>
          <w:lang w:val="vi-VN"/>
        </w:rPr>
        <w:tab/>
        <w:t xml:space="preserve">D. </w:t>
      </w:r>
      <w:r w:rsidRPr="00360D38">
        <w:rPr>
          <w:rFonts w:ascii="Times New Roman" w:eastAsia="Times New Roman" w:hAnsi="Times New Roman" w:cs="Times New Roman"/>
          <w:b/>
          <w:position w:val="-14"/>
          <w:sz w:val="24"/>
          <w:szCs w:val="24"/>
        </w:rPr>
        <w:object w:dxaOrig="940" w:dyaOrig="420" w14:anchorId="194A5E09">
          <v:shape id="_x0000_i1287" type="#_x0000_t75" style="width:47.4pt;height:21.4pt" o:ole="">
            <v:imagedata r:id="rId496" o:title=""/>
          </v:shape>
          <o:OLEObject Type="Embed" ProgID="Equation.DSMT4" ShapeID="_x0000_i1287" DrawAspect="Content" ObjectID="_1806930034" r:id="rId497"/>
        </w:object>
      </w:r>
    </w:p>
    <w:p w14:paraId="4A1765EB" w14:textId="77777777" w:rsidR="007C5B20" w:rsidRPr="00360D38" w:rsidRDefault="007C5B20" w:rsidP="007C5B20">
      <w:pPr>
        <w:tabs>
          <w:tab w:val="left" w:pos="3402"/>
          <w:tab w:val="left" w:pos="5669"/>
          <w:tab w:val="left" w:pos="7937"/>
        </w:tabs>
        <w:spacing w:after="0"/>
        <w:jc w:val="both"/>
        <w:rPr>
          <w:rFonts w:ascii="Times New Roman" w:eastAsia="Calibri" w:hAnsi="Times New Roman" w:cs="Times New Roman"/>
          <w:sz w:val="24"/>
          <w:szCs w:val="24"/>
        </w:rPr>
      </w:pPr>
      <w:r w:rsidRPr="00360D38">
        <w:rPr>
          <w:rFonts w:ascii="Times New Roman" w:eastAsia="Calibri" w:hAnsi="Times New Roman" w:cs="Times New Roman"/>
          <w:b/>
          <w:sz w:val="24"/>
          <w:szCs w:val="24"/>
          <w:lang w:val="vi-VN"/>
        </w:rPr>
        <w:t>Câu 9.</w: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Góc giữa</w:t>
      </w:r>
      <w:r w:rsidRPr="00360D38">
        <w:rPr>
          <w:rFonts w:ascii="Times New Roman" w:eastAsia="Calibri" w:hAnsi="Times New Roman" w:cs="Times New Roman"/>
          <w:sz w:val="24"/>
          <w:szCs w:val="24"/>
          <w:lang w:val="vi-VN"/>
        </w:rPr>
        <w:t xml:space="preserve"> hai đường thẳng: </w:t>
      </w:r>
      <w:r w:rsidRPr="00360D38">
        <w:rPr>
          <w:rFonts w:ascii="Times New Roman" w:eastAsia="Calibri" w:hAnsi="Times New Roman" w:cs="Times New Roman"/>
          <w:spacing w:val="-6"/>
          <w:position w:val="-12"/>
          <w:sz w:val="24"/>
          <w:szCs w:val="24"/>
          <w:lang w:val="vi-VN"/>
        </w:rPr>
        <w:object w:dxaOrig="3680" w:dyaOrig="360" w14:anchorId="55063212">
          <v:shape id="_x0000_i1288" type="#_x0000_t75" style="width:193.2pt;height:18.25pt" o:ole="">
            <v:imagedata r:id="rId498" o:title=""/>
          </v:shape>
          <o:OLEObject Type="Embed" ProgID="Equation.DSMT4" ShapeID="_x0000_i1288" DrawAspect="Content" ObjectID="_1806930035" r:id="rId499"/>
        </w:object>
      </w:r>
      <w:r w:rsidRPr="00360D38">
        <w:rPr>
          <w:rFonts w:ascii="Times New Roman" w:eastAsia="Calibri" w:hAnsi="Times New Roman" w:cs="Times New Roman"/>
          <w:spacing w:val="-6"/>
          <w:sz w:val="24"/>
          <w:szCs w:val="24"/>
          <w:lang w:val="vi-VN"/>
        </w:rPr>
        <w:t xml:space="preserve"> </w:t>
      </w:r>
      <w:r w:rsidRPr="00360D38">
        <w:rPr>
          <w:rFonts w:ascii="Times New Roman" w:eastAsia="Calibri" w:hAnsi="Times New Roman" w:cs="Times New Roman"/>
          <w:spacing w:val="-6"/>
          <w:sz w:val="24"/>
          <w:szCs w:val="24"/>
        </w:rPr>
        <w:t>bằng</w:t>
      </w:r>
    </w:p>
    <w:p w14:paraId="7EADCE6C" w14:textId="77777777" w:rsidR="007C5B20" w:rsidRPr="00360D38" w:rsidRDefault="007C5B20" w:rsidP="007C5B20">
      <w:pPr>
        <w:tabs>
          <w:tab w:val="left" w:pos="284"/>
          <w:tab w:val="left" w:pos="5387"/>
        </w:tabs>
        <w:spacing w:after="0"/>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ab/>
        <w:t>A.</w:t>
      </w:r>
      <w:r w:rsidRPr="00360D38">
        <w:rPr>
          <w:rFonts w:ascii="Times New Roman" w:eastAsia="Calibri" w:hAnsi="Times New Roman" w:cs="Times New Roman"/>
          <w:sz w:val="24"/>
          <w:szCs w:val="24"/>
        </w:rPr>
        <w:t xml:space="preserve"> </w:t>
      </w:r>
      <w:r w:rsidRPr="00360D38">
        <w:rPr>
          <w:rFonts w:ascii="Times New Roman" w:eastAsia="Times New Roman" w:hAnsi="Times New Roman" w:cs="Times New Roman"/>
          <w:b/>
          <w:position w:val="-6"/>
          <w:sz w:val="24"/>
          <w:szCs w:val="24"/>
        </w:rPr>
        <w:object w:dxaOrig="380" w:dyaOrig="320" w14:anchorId="69BBBC38">
          <v:shape id="_x0000_i1289" type="#_x0000_t75" style="width:19.15pt;height:15.95pt" o:ole="">
            <v:imagedata r:id="rId500" o:title=""/>
          </v:shape>
          <o:OLEObject Type="Embed" ProgID="Equation.DSMT4" ShapeID="_x0000_i1289" DrawAspect="Content" ObjectID="_1806930036" r:id="rId501"/>
        </w:object>
      </w:r>
      <w:r w:rsidRPr="00360D38">
        <w:rPr>
          <w:rFonts w:ascii="Times New Roman" w:eastAsia="Calibri" w:hAnsi="Times New Roman" w:cs="Times New Roman"/>
          <w:b/>
          <w:sz w:val="24"/>
          <w:szCs w:val="24"/>
          <w:lang w:val="nb-NO"/>
        </w:rPr>
        <w:tab/>
      </w:r>
      <w:r w:rsidRPr="00360D38">
        <w:rPr>
          <w:rFonts w:ascii="Times New Roman" w:eastAsia="Calibri" w:hAnsi="Times New Roman" w:cs="Times New Roman"/>
          <w:b/>
          <w:sz w:val="24"/>
          <w:szCs w:val="24"/>
          <w:lang w:val="vi-VN"/>
        </w:rPr>
        <w:t>B.</w:t>
      </w:r>
      <w:r w:rsidRPr="00360D38">
        <w:rPr>
          <w:rFonts w:ascii="Times New Roman" w:eastAsia="Calibri" w:hAnsi="Times New Roman" w:cs="Times New Roman"/>
          <w:b/>
          <w:sz w:val="24"/>
          <w:szCs w:val="24"/>
        </w:rPr>
        <w:t xml:space="preserve"> </w:t>
      </w:r>
      <w:r w:rsidRPr="00360D38">
        <w:rPr>
          <w:rFonts w:ascii="Times New Roman" w:eastAsia="Calibri" w:hAnsi="Times New Roman" w:cs="Times New Roman"/>
          <w:sz w:val="24"/>
          <w:szCs w:val="24"/>
          <w:lang w:val="vi-VN"/>
        </w:rPr>
        <w:tab/>
      </w:r>
      <w:r w:rsidRPr="00360D38">
        <w:rPr>
          <w:rFonts w:ascii="Times New Roman" w:eastAsia="Times New Roman" w:hAnsi="Times New Roman" w:cs="Times New Roman"/>
          <w:b/>
          <w:position w:val="-6"/>
          <w:sz w:val="24"/>
          <w:szCs w:val="24"/>
        </w:rPr>
        <w:object w:dxaOrig="380" w:dyaOrig="320" w14:anchorId="6230AED2">
          <v:shape id="_x0000_i1290" type="#_x0000_t75" style="width:19.15pt;height:15.95pt" o:ole="">
            <v:imagedata r:id="rId502" o:title=""/>
          </v:shape>
          <o:OLEObject Type="Embed" ProgID="Equation.DSMT4" ShapeID="_x0000_i1290" DrawAspect="Content" ObjectID="_1806930037" r:id="rId503"/>
        </w:object>
      </w:r>
    </w:p>
    <w:p w14:paraId="6CD4EE35" w14:textId="77777777" w:rsidR="007C5B20" w:rsidRPr="00360D38" w:rsidRDefault="007C5B20" w:rsidP="007C5B20">
      <w:pPr>
        <w:tabs>
          <w:tab w:val="left" w:pos="284"/>
          <w:tab w:val="left" w:pos="5387"/>
        </w:tabs>
        <w:spacing w:after="0"/>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ab/>
        <w:t xml:space="preserve">C. </w:t>
      </w:r>
      <w:r w:rsidRPr="00360D38">
        <w:rPr>
          <w:rFonts w:ascii="Times New Roman" w:eastAsia="Times New Roman" w:hAnsi="Times New Roman" w:cs="Times New Roman"/>
          <w:b/>
          <w:position w:val="-6"/>
          <w:sz w:val="24"/>
          <w:szCs w:val="24"/>
        </w:rPr>
        <w:object w:dxaOrig="380" w:dyaOrig="320" w14:anchorId="00AF9F83">
          <v:shape id="_x0000_i1291" type="#_x0000_t75" style="width:19.15pt;height:15.95pt" o:ole="">
            <v:imagedata r:id="rId504" o:title=""/>
          </v:shape>
          <o:OLEObject Type="Embed" ProgID="Equation.DSMT4" ShapeID="_x0000_i1291" DrawAspect="Content" ObjectID="_1806930038" r:id="rId505"/>
        </w:object>
      </w:r>
      <w:r w:rsidRPr="00360D38">
        <w:rPr>
          <w:rFonts w:ascii="Times New Roman" w:eastAsia="Calibri" w:hAnsi="Times New Roman" w:cs="Times New Roman"/>
          <w:sz w:val="24"/>
          <w:szCs w:val="24"/>
          <w:lang w:val="vi-VN"/>
        </w:rPr>
        <w:tab/>
      </w:r>
      <w:r w:rsidRPr="00360D38">
        <w:rPr>
          <w:rFonts w:ascii="Times New Roman" w:eastAsia="Calibri" w:hAnsi="Times New Roman" w:cs="Times New Roman"/>
          <w:b/>
          <w:sz w:val="24"/>
          <w:szCs w:val="24"/>
          <w:lang w:val="vi-VN"/>
        </w:rPr>
        <w:t xml:space="preserve">D. </w:t>
      </w:r>
      <w:r w:rsidRPr="00360D38">
        <w:rPr>
          <w:rFonts w:ascii="Times New Roman" w:eastAsia="Times New Roman" w:hAnsi="Times New Roman" w:cs="Times New Roman"/>
          <w:b/>
          <w:position w:val="-6"/>
          <w:sz w:val="24"/>
          <w:szCs w:val="24"/>
        </w:rPr>
        <w:object w:dxaOrig="480" w:dyaOrig="320" w14:anchorId="6C87034F">
          <v:shape id="_x0000_i1292" type="#_x0000_t75" style="width:24.15pt;height:15.95pt" o:ole="">
            <v:imagedata r:id="rId506" o:title=""/>
          </v:shape>
          <o:OLEObject Type="Embed" ProgID="Equation.DSMT4" ShapeID="_x0000_i1292" DrawAspect="Content" ObjectID="_1806930039" r:id="rId507"/>
        </w:object>
      </w:r>
    </w:p>
    <w:p w14:paraId="3FC35387" w14:textId="77777777" w:rsidR="007C5B20" w:rsidRPr="00360D38" w:rsidRDefault="007C5B20" w:rsidP="007C5B20">
      <w:pPr>
        <w:tabs>
          <w:tab w:val="left" w:pos="284"/>
          <w:tab w:val="left" w:pos="3119"/>
          <w:tab w:val="left" w:pos="5670"/>
          <w:tab w:val="left" w:pos="7938"/>
        </w:tabs>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Câu 10.</w:t>
      </w:r>
      <w:r w:rsidRPr="00360D38">
        <w:rPr>
          <w:rFonts w:ascii="Times New Roman" w:eastAsia="Calibri" w:hAnsi="Times New Roman" w:cs="Times New Roman"/>
          <w:sz w:val="24"/>
          <w:szCs w:val="24"/>
          <w:lang w:val="vi-VN"/>
        </w:rPr>
        <w:t xml:space="preserve"> Phương trình nào sau đây là không phải phương trình đường tròn?</w:t>
      </w:r>
    </w:p>
    <w:p w14:paraId="436827A7" w14:textId="77777777" w:rsidR="007C5B20" w:rsidRPr="00360D38" w:rsidRDefault="007C5B20" w:rsidP="007C5B20">
      <w:pPr>
        <w:shd w:val="clear" w:color="auto" w:fill="FFFFFF"/>
        <w:tabs>
          <w:tab w:val="left" w:pos="5670"/>
        </w:tabs>
        <w:spacing w:after="0" w:line="240" w:lineRule="auto"/>
        <w:ind w:right="380"/>
        <w:rPr>
          <w:rFonts w:ascii="Times New Roman" w:eastAsia="Times New Roman" w:hAnsi="Times New Roman" w:cs="Times New Roman"/>
          <w:b/>
          <w:sz w:val="24"/>
          <w:szCs w:val="24"/>
        </w:rPr>
      </w:pPr>
      <w:r w:rsidRPr="00360D38">
        <w:rPr>
          <w:rFonts w:ascii="Times New Roman" w:eastAsia="Times New Roman" w:hAnsi="Times New Roman" w:cs="Times New Roman"/>
          <w:b/>
          <w:sz w:val="24"/>
          <w:szCs w:val="24"/>
          <w:lang w:val="vi-VN"/>
        </w:rPr>
        <w:t xml:space="preserve">     </w:t>
      </w:r>
      <w:r w:rsidRPr="00360D38">
        <w:rPr>
          <w:rFonts w:ascii="Times New Roman" w:eastAsia="Times New Roman" w:hAnsi="Times New Roman" w:cs="Times New Roman"/>
          <w:b/>
          <w:sz w:val="24"/>
          <w:szCs w:val="24"/>
        </w:rPr>
        <w:t xml:space="preserve">A. </w:t>
      </w:r>
      <w:r w:rsidRPr="00360D38">
        <w:rPr>
          <w:rFonts w:ascii="Times New Roman" w:eastAsia="Times New Roman" w:hAnsi="Times New Roman" w:cs="Times New Roman"/>
          <w:b/>
          <w:position w:val="-14"/>
          <w:sz w:val="24"/>
          <w:szCs w:val="24"/>
        </w:rPr>
        <w:object w:dxaOrig="2120" w:dyaOrig="440" w14:anchorId="1296D9AD">
          <v:shape id="_x0000_i1293" type="#_x0000_t75" style="width:106.2pt;height:21.85pt" o:ole="">
            <v:imagedata r:id="rId508" o:title=""/>
          </v:shape>
          <o:OLEObject Type="Embed" ProgID="Equation.DSMT4" ShapeID="_x0000_i1293" DrawAspect="Content" ObjectID="_1806930040" r:id="rId509"/>
        </w:object>
      </w:r>
      <w:r w:rsidRPr="00360D38">
        <w:rPr>
          <w:rFonts w:ascii="Times New Roman" w:eastAsia="Times New Roman" w:hAnsi="Times New Roman" w:cs="Times New Roman"/>
          <w:b/>
          <w:sz w:val="24"/>
          <w:szCs w:val="24"/>
        </w:rPr>
        <w:tab/>
        <w:t xml:space="preserve">B. </w:t>
      </w:r>
      <w:r w:rsidRPr="00360D38">
        <w:rPr>
          <w:rFonts w:ascii="Times New Roman" w:eastAsia="Times New Roman" w:hAnsi="Times New Roman" w:cs="Times New Roman"/>
          <w:b/>
          <w:position w:val="-14"/>
          <w:sz w:val="24"/>
          <w:szCs w:val="24"/>
        </w:rPr>
        <w:object w:dxaOrig="1620" w:dyaOrig="440" w14:anchorId="4029771F">
          <v:shape id="_x0000_i1294" type="#_x0000_t75" style="width:81.1pt;height:21.85pt" o:ole="">
            <v:imagedata r:id="rId510" o:title=""/>
          </v:shape>
          <o:OLEObject Type="Embed" ProgID="Equation.DSMT4" ShapeID="_x0000_i1294" DrawAspect="Content" ObjectID="_1806930041" r:id="rId511"/>
        </w:object>
      </w:r>
    </w:p>
    <w:p w14:paraId="0DC601B2" w14:textId="77777777" w:rsidR="007C5B20" w:rsidRPr="00360D38" w:rsidRDefault="007C5B20" w:rsidP="007C5B20">
      <w:pPr>
        <w:tabs>
          <w:tab w:val="left" w:pos="992"/>
          <w:tab w:val="left" w:pos="5670"/>
        </w:tabs>
        <w:spacing w:before="120" w:after="0"/>
        <w:ind w:firstLine="284"/>
        <w:jc w:val="both"/>
        <w:rPr>
          <w:rFonts w:ascii="Times New Roman" w:eastAsia="Times New Roman" w:hAnsi="Times New Roman" w:cs="Times New Roman"/>
          <w:b/>
          <w:sz w:val="24"/>
          <w:szCs w:val="24"/>
        </w:rPr>
      </w:pPr>
      <w:r w:rsidRPr="00360D38">
        <w:rPr>
          <w:rFonts w:ascii="Times New Roman" w:eastAsia="Times New Roman" w:hAnsi="Times New Roman" w:cs="Times New Roman"/>
          <w:b/>
          <w:sz w:val="24"/>
          <w:szCs w:val="24"/>
        </w:rPr>
        <w:t xml:space="preserve">C. </w:t>
      </w:r>
      <w:r w:rsidRPr="00360D38">
        <w:rPr>
          <w:rFonts w:ascii="Times New Roman" w:eastAsia="Times New Roman" w:hAnsi="Times New Roman" w:cs="Times New Roman"/>
          <w:b/>
          <w:position w:val="-10"/>
          <w:sz w:val="24"/>
          <w:szCs w:val="24"/>
        </w:rPr>
        <w:object w:dxaOrig="2320" w:dyaOrig="360" w14:anchorId="11CBBFB9">
          <v:shape id="_x0000_i1295" type="#_x0000_t75" style="width:116.2pt;height:18.25pt" o:ole="">
            <v:imagedata r:id="rId512" o:title=""/>
          </v:shape>
          <o:OLEObject Type="Embed" ProgID="Equation.DSMT4" ShapeID="_x0000_i1295" DrawAspect="Content" ObjectID="_1806930042" r:id="rId513"/>
        </w:object>
      </w:r>
      <w:r w:rsidRPr="00360D38">
        <w:rPr>
          <w:rFonts w:ascii="Times New Roman" w:eastAsia="Times New Roman" w:hAnsi="Times New Roman" w:cs="Times New Roman"/>
          <w:b/>
          <w:sz w:val="24"/>
          <w:szCs w:val="24"/>
        </w:rPr>
        <w:tab/>
        <w:t xml:space="preserve">D. </w:t>
      </w:r>
      <w:r w:rsidRPr="00360D38">
        <w:rPr>
          <w:rFonts w:ascii="Times New Roman" w:eastAsia="Times New Roman" w:hAnsi="Times New Roman" w:cs="Times New Roman"/>
          <w:b/>
          <w:position w:val="-10"/>
          <w:sz w:val="24"/>
          <w:szCs w:val="24"/>
        </w:rPr>
        <w:object w:dxaOrig="1900" w:dyaOrig="360" w14:anchorId="5086DF6B">
          <v:shape id="_x0000_i1296" type="#_x0000_t75" style="width:94.8pt;height:18.25pt" o:ole="">
            <v:imagedata r:id="rId514" o:title=""/>
          </v:shape>
          <o:OLEObject Type="Embed" ProgID="Equation.DSMT4" ShapeID="_x0000_i1296" DrawAspect="Content" ObjectID="_1806930043" r:id="rId515"/>
        </w:object>
      </w:r>
    </w:p>
    <w:p w14:paraId="3821FA94" w14:textId="77777777" w:rsidR="007C5B20" w:rsidRPr="00360D38" w:rsidRDefault="007C5B20" w:rsidP="007C5B20">
      <w:pPr>
        <w:tabs>
          <w:tab w:val="left" w:pos="283"/>
          <w:tab w:val="left" w:pos="567"/>
        </w:tabs>
        <w:spacing w:before="120" w:after="0"/>
        <w:jc w:val="both"/>
        <w:rPr>
          <w:rFonts w:ascii="Times New Roman" w:eastAsia="Calibri" w:hAnsi="Times New Roman" w:cs="Times New Roman"/>
          <w:b/>
          <w:sz w:val="24"/>
          <w:szCs w:val="24"/>
          <w:lang w:val="vi-VN"/>
        </w:rPr>
      </w:pPr>
      <w:r w:rsidRPr="00360D38">
        <w:rPr>
          <w:rFonts w:ascii="Times New Roman" w:eastAsia="Calibri" w:hAnsi="Times New Roman" w:cs="Times New Roman"/>
          <w:b/>
          <w:sz w:val="24"/>
          <w:szCs w:val="24"/>
        </w:rPr>
        <w:t xml:space="preserve">Câu </w:t>
      </w:r>
      <w:r w:rsidRPr="00360D38">
        <w:rPr>
          <w:rFonts w:ascii="Times New Roman" w:eastAsia="Calibri" w:hAnsi="Times New Roman" w:cs="Times New Roman"/>
          <w:b/>
          <w:sz w:val="24"/>
          <w:szCs w:val="24"/>
          <w:lang w:val="vi-VN"/>
        </w:rPr>
        <w:t>11</w:t>
      </w:r>
      <w:r w:rsidRPr="00360D38">
        <w:rPr>
          <w:rFonts w:ascii="Times New Roman" w:eastAsia="Calibri" w:hAnsi="Times New Roman" w:cs="Times New Roman"/>
          <w:b/>
          <w:sz w:val="24"/>
          <w:szCs w:val="24"/>
        </w:rPr>
        <w:t>.</w:t>
      </w:r>
      <w:r w:rsidRPr="00360D38">
        <w:rPr>
          <w:rFonts w:ascii="Times New Roman" w:eastAsia="Calibri" w:hAnsi="Times New Roman" w:cs="Times New Roman"/>
          <w:sz w:val="24"/>
          <w:szCs w:val="24"/>
          <w:lang w:bidi="he-IL"/>
        </w:rPr>
        <w:t xml:space="preserve"> </w:t>
      </w:r>
      <w:r w:rsidRPr="00360D38">
        <w:rPr>
          <w:rFonts w:ascii="Times New Roman" w:eastAsia="Calibri" w:hAnsi="Times New Roman" w:cs="Times New Roman"/>
          <w:sz w:val="24"/>
          <w:szCs w:val="24"/>
          <w:lang w:val="vi-VN"/>
        </w:rPr>
        <w:t xml:space="preserve">Phương trình  nào sau đây là phương trình chính tắc của </w:t>
      </w:r>
      <w:r w:rsidRPr="00360D38">
        <w:rPr>
          <w:rFonts w:ascii="Times New Roman" w:hAnsi="Times New Roman" w:cs="Times New Roman"/>
          <w:position w:val="-14"/>
          <w:sz w:val="24"/>
          <w:szCs w:val="24"/>
        </w:rPr>
        <w:object w:dxaOrig="420" w:dyaOrig="400" w14:anchorId="6135E316">
          <v:shape id="_x0000_i1297" type="#_x0000_t75" style="width:20.95pt;height:20.95pt" o:ole="">
            <v:imagedata r:id="rId360" o:title=""/>
          </v:shape>
          <o:OLEObject Type="Embed" ProgID="Equation.DSMT4" ShapeID="_x0000_i1297" DrawAspect="Content" ObjectID="_1806930044" r:id="rId516"/>
        </w:object>
      </w:r>
      <w:r w:rsidRPr="00360D38">
        <w:rPr>
          <w:rFonts w:ascii="Times New Roman" w:eastAsia="Calibri" w:hAnsi="Times New Roman" w:cs="Times New Roman"/>
          <w:sz w:val="24"/>
          <w:szCs w:val="24"/>
          <w:lang w:val="vi-VN"/>
        </w:rPr>
        <w:t xml:space="preserve"> </w:t>
      </w:r>
    </w:p>
    <w:p w14:paraId="0A96DADD" w14:textId="77777777" w:rsidR="007C5B20" w:rsidRPr="00360D38" w:rsidRDefault="007C5B20" w:rsidP="007C5B20">
      <w:pPr>
        <w:pStyle w:val="ListParagraph"/>
        <w:tabs>
          <w:tab w:val="left" w:pos="283"/>
          <w:tab w:val="left" w:pos="2835"/>
          <w:tab w:val="left" w:pos="5386"/>
          <w:tab w:val="left" w:pos="7937"/>
        </w:tabs>
        <w:spacing w:before="120" w:after="0"/>
        <w:ind w:left="283"/>
        <w:jc w:val="both"/>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 xml:space="preserve">A. </w:t>
      </w:r>
      <w:r w:rsidRPr="00360D38">
        <w:rPr>
          <w:rFonts w:ascii="Times New Roman" w:eastAsia="Calibri" w:hAnsi="Times New Roman" w:cs="Times New Roman"/>
          <w:position w:val="-24"/>
          <w:sz w:val="24"/>
          <w:szCs w:val="24"/>
        </w:rPr>
        <w:object w:dxaOrig="1100" w:dyaOrig="660" w14:anchorId="6B55AD50">
          <v:shape id="_x0000_i1298" type="#_x0000_t75" style="width:54.7pt;height:32.35pt" o:ole="">
            <v:imagedata r:id="rId517" o:title=""/>
          </v:shape>
          <o:OLEObject Type="Embed" ProgID="Equation.DSMT4" ShapeID="_x0000_i1298" DrawAspect="Content" ObjectID="_1806930045" r:id="rId518"/>
        </w:object>
      </w:r>
      <w:r w:rsidRPr="00360D38">
        <w:rPr>
          <w:rFonts w:ascii="Times New Roman" w:eastAsia="Calibri" w:hAnsi="Times New Roman" w:cs="Times New Roman"/>
          <w:sz w:val="24"/>
          <w:szCs w:val="24"/>
          <w:lang w:val="vi-VN"/>
        </w:rPr>
        <w:t>.</w:t>
      </w:r>
      <w:r w:rsidRPr="00360D38">
        <w:rPr>
          <w:rFonts w:ascii="Times New Roman" w:eastAsia="Calibri" w:hAnsi="Times New Roman" w:cs="Times New Roman"/>
          <w:sz w:val="24"/>
          <w:szCs w:val="24"/>
          <w:lang w:val="vi-VN"/>
        </w:rPr>
        <w:tab/>
      </w:r>
      <w:r w:rsidRPr="00360D38">
        <w:rPr>
          <w:rFonts w:ascii="Times New Roman" w:eastAsia="Calibri" w:hAnsi="Times New Roman" w:cs="Times New Roman"/>
          <w:b/>
          <w:sz w:val="24"/>
          <w:szCs w:val="24"/>
          <w:lang w:val="vi-VN"/>
        </w:rPr>
        <w:t>B.</w:t>
      </w:r>
      <w:r w:rsidRPr="00360D38">
        <w:rPr>
          <w:rFonts w:ascii="Times New Roman" w:eastAsia="Calibri" w:hAnsi="Times New Roman" w:cs="Times New Roman"/>
          <w:position w:val="-24"/>
          <w:sz w:val="24"/>
          <w:szCs w:val="24"/>
        </w:rPr>
        <w:object w:dxaOrig="1140" w:dyaOrig="660" w14:anchorId="50E6CC99">
          <v:shape id="_x0000_i1299" type="#_x0000_t75" style="width:56.95pt;height:32.35pt" o:ole="">
            <v:imagedata r:id="rId519" o:title=""/>
          </v:shape>
          <o:OLEObject Type="Embed" ProgID="Equation.DSMT4" ShapeID="_x0000_i1299" DrawAspect="Content" ObjectID="_1806930046" r:id="rId520"/>
        </w:object>
      </w:r>
      <w:r w:rsidRPr="00360D38">
        <w:rPr>
          <w:rFonts w:ascii="Times New Roman" w:eastAsia="Calibri" w:hAnsi="Times New Roman" w:cs="Times New Roman"/>
          <w:sz w:val="24"/>
          <w:szCs w:val="24"/>
          <w:lang w:val="vi-VN"/>
        </w:rPr>
        <w:t>.</w:t>
      </w:r>
      <w:r w:rsidRPr="00360D38">
        <w:rPr>
          <w:rFonts w:ascii="Times New Roman" w:eastAsia="Calibri" w:hAnsi="Times New Roman" w:cs="Times New Roman"/>
          <w:sz w:val="24"/>
          <w:szCs w:val="24"/>
          <w:lang w:val="vi-VN"/>
        </w:rPr>
        <w:tab/>
      </w:r>
      <w:r w:rsidRPr="00360D38">
        <w:rPr>
          <w:rFonts w:ascii="Times New Roman" w:eastAsia="Calibri" w:hAnsi="Times New Roman" w:cs="Times New Roman"/>
          <w:b/>
          <w:sz w:val="24"/>
          <w:szCs w:val="24"/>
          <w:lang w:val="vi-VN"/>
        </w:rPr>
        <w:t>C.</w:t>
      </w:r>
      <w:r w:rsidRPr="00360D38">
        <w:rPr>
          <w:rFonts w:ascii="Times New Roman" w:eastAsia="Calibri" w:hAnsi="Times New Roman" w:cs="Times New Roman"/>
          <w:position w:val="-24"/>
          <w:sz w:val="24"/>
          <w:szCs w:val="24"/>
        </w:rPr>
        <w:object w:dxaOrig="1180" w:dyaOrig="660" w14:anchorId="4143F135">
          <v:shape id="_x0000_i1300" type="#_x0000_t75" style="width:59.7pt;height:32.35pt" o:ole="">
            <v:imagedata r:id="rId521" o:title=""/>
          </v:shape>
          <o:OLEObject Type="Embed" ProgID="Equation.DSMT4" ShapeID="_x0000_i1300" DrawAspect="Content" ObjectID="_1806930047" r:id="rId522"/>
        </w:object>
      </w:r>
      <w:r w:rsidRPr="00360D38">
        <w:rPr>
          <w:rFonts w:ascii="Times New Roman" w:eastAsia="Calibri" w:hAnsi="Times New Roman" w:cs="Times New Roman"/>
          <w:sz w:val="24"/>
          <w:szCs w:val="24"/>
          <w:lang w:val="vi-VN"/>
        </w:rPr>
        <w:t>.</w:t>
      </w:r>
      <w:r w:rsidRPr="00360D38">
        <w:rPr>
          <w:rFonts w:ascii="Times New Roman" w:eastAsia="Calibri" w:hAnsi="Times New Roman" w:cs="Times New Roman"/>
          <w:sz w:val="24"/>
          <w:szCs w:val="24"/>
          <w:lang w:val="vi-VN"/>
        </w:rPr>
        <w:tab/>
      </w:r>
      <w:r w:rsidRPr="00360D38">
        <w:rPr>
          <w:rFonts w:ascii="Times New Roman" w:eastAsia="Calibri" w:hAnsi="Times New Roman" w:cs="Times New Roman"/>
          <w:b/>
          <w:sz w:val="24"/>
          <w:szCs w:val="24"/>
          <w:lang w:val="vi-VN"/>
        </w:rPr>
        <w:t xml:space="preserve">D. </w:t>
      </w:r>
      <w:r w:rsidRPr="00360D38">
        <w:rPr>
          <w:rFonts w:ascii="Times New Roman" w:eastAsia="Calibri" w:hAnsi="Times New Roman" w:cs="Times New Roman"/>
          <w:position w:val="-24"/>
          <w:sz w:val="24"/>
          <w:szCs w:val="24"/>
        </w:rPr>
        <w:object w:dxaOrig="1200" w:dyaOrig="660" w14:anchorId="6689601C">
          <v:shape id="_x0000_i1301" type="#_x0000_t75" style="width:60.6pt;height:32.35pt" o:ole="">
            <v:imagedata r:id="rId368" o:title=""/>
          </v:shape>
          <o:OLEObject Type="Embed" ProgID="Equation.DSMT4" ShapeID="_x0000_i1301" DrawAspect="Content" ObjectID="_1806930048" r:id="rId523"/>
        </w:object>
      </w:r>
      <w:r w:rsidRPr="00360D38">
        <w:rPr>
          <w:rFonts w:ascii="Times New Roman" w:eastAsia="Calibri" w:hAnsi="Times New Roman" w:cs="Times New Roman"/>
          <w:sz w:val="24"/>
          <w:szCs w:val="24"/>
          <w:lang w:val="vi-VN"/>
        </w:rPr>
        <w:t>.</w:t>
      </w:r>
    </w:p>
    <w:p w14:paraId="1DADFC36" w14:textId="77777777" w:rsidR="007C5B20" w:rsidRPr="00360D38" w:rsidRDefault="007C5B20" w:rsidP="007C5B20">
      <w:pPr>
        <w:tabs>
          <w:tab w:val="left" w:pos="720"/>
        </w:tabs>
        <w:spacing w:after="0" w:line="360" w:lineRule="auto"/>
        <w:mirrorIndents/>
        <w:rPr>
          <w:rFonts w:ascii="Times New Roman" w:eastAsia="Calibri" w:hAnsi="Times New Roman" w:cs="Times New Roman"/>
          <w:sz w:val="24"/>
          <w:szCs w:val="24"/>
        </w:rPr>
      </w:pPr>
      <w:r w:rsidRPr="00360D38">
        <w:rPr>
          <w:rFonts w:ascii="Times New Roman" w:hAnsi="Times New Roman" w:cs="Times New Roman"/>
          <w:b/>
          <w:sz w:val="24"/>
          <w:szCs w:val="24"/>
          <w:lang w:val="vi-VN"/>
        </w:rPr>
        <w:t>Câu 12.</w:t>
      </w:r>
      <w:r w:rsidRPr="00360D38">
        <w:rPr>
          <w:rFonts w:ascii="Times New Roman" w:hAnsi="Times New Roman" w:cs="Times New Roman"/>
          <w:sz w:val="24"/>
          <w:szCs w:val="24"/>
          <w:lang w:val="vi-VN"/>
        </w:rPr>
        <w:t xml:space="preserve"> </w:t>
      </w:r>
      <w:r w:rsidRPr="00360D38">
        <w:rPr>
          <w:rFonts w:ascii="Times New Roman" w:eastAsia="Calibri" w:hAnsi="Times New Roman" w:cs="Times New Roman"/>
          <w:sz w:val="24"/>
          <w:szCs w:val="24"/>
          <w:lang w:val="vi-VN"/>
        </w:rPr>
        <w:t xml:space="preserve">Trong mặt phẳng </w:t>
      </w:r>
      <w:r w:rsidRPr="00360D38">
        <w:rPr>
          <w:rFonts w:ascii="Times New Roman" w:eastAsia="Calibri" w:hAnsi="Times New Roman" w:cs="Times New Roman"/>
          <w:position w:val="-14"/>
          <w:sz w:val="24"/>
          <w:szCs w:val="24"/>
          <w:lang w:val="vi-VN"/>
        </w:rPr>
        <w:object w:dxaOrig="630" w:dyaOrig="405" w14:anchorId="3F38F48E">
          <v:shape id="_x0000_i1302" type="#_x0000_t75" style="width:31.9pt;height:20.5pt" o:ole="">
            <v:imagedata r:id="rId260" o:title=""/>
          </v:shape>
          <o:OLEObject Type="Embed" ProgID="Equation.DSMT4" ShapeID="_x0000_i1302" DrawAspect="Content" ObjectID="_1806930049" r:id="rId524"/>
        </w:object>
      </w:r>
      <w:r w:rsidRPr="00360D38">
        <w:rPr>
          <w:rFonts w:ascii="Times New Roman" w:eastAsia="Calibri" w:hAnsi="Times New Roman" w:cs="Times New Roman"/>
          <w:sz w:val="24"/>
          <w:szCs w:val="24"/>
          <w:lang w:val="vi-VN"/>
        </w:rPr>
        <w:t xml:space="preserve">, cho elip </w:t>
      </w:r>
      <w:r w:rsidRPr="00360D38">
        <w:rPr>
          <w:rFonts w:ascii="Times New Roman" w:eastAsia="Calibri" w:hAnsi="Times New Roman" w:cs="Times New Roman"/>
          <w:position w:val="-14"/>
          <w:sz w:val="24"/>
          <w:szCs w:val="24"/>
          <w:lang w:val="vi-VN"/>
        </w:rPr>
        <w:object w:dxaOrig="405" w:dyaOrig="405" w14:anchorId="070AB206">
          <v:shape id="_x0000_i1303" type="#_x0000_t75" style="width:20.5pt;height:20.5pt" o:ole="">
            <v:imagedata r:id="rId262" o:title=""/>
          </v:shape>
          <o:OLEObject Type="Embed" ProgID="Equation.DSMT4" ShapeID="_x0000_i1303" DrawAspect="Content" ObjectID="_1806930050" r:id="rId525"/>
        </w:object>
      </w:r>
      <w:r w:rsidRPr="00360D38">
        <w:rPr>
          <w:rFonts w:ascii="Times New Roman" w:eastAsia="Calibri" w:hAnsi="Times New Roman" w:cs="Times New Roman"/>
          <w:sz w:val="24"/>
          <w:szCs w:val="24"/>
          <w:lang w:val="vi-VN"/>
        </w:rPr>
        <w:t xml:space="preserve"> có phương trình </w:t>
      </w:r>
      <w:r w:rsidRPr="00360D38">
        <w:rPr>
          <w:rFonts w:ascii="Times New Roman" w:eastAsia="Calibri" w:hAnsi="Times New Roman" w:cs="Times New Roman"/>
          <w:position w:val="-24"/>
          <w:sz w:val="24"/>
          <w:szCs w:val="24"/>
          <w:lang w:val="vi-VN"/>
        </w:rPr>
        <w:object w:dxaOrig="1160" w:dyaOrig="660" w14:anchorId="405C39C4">
          <v:shape id="_x0000_i1304" type="#_x0000_t75" style="width:57.85pt;height:32.8pt" o:ole="">
            <v:imagedata r:id="rId526" o:title=""/>
          </v:shape>
          <o:OLEObject Type="Embed" ProgID="Equation.DSMT4" ShapeID="_x0000_i1304" DrawAspect="Content" ObjectID="_1806930051" r:id="rId527"/>
        </w:objec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 xml:space="preserve">Tìm khẳng định </w:t>
      </w:r>
      <w:r w:rsidRPr="00360D38">
        <w:rPr>
          <w:rFonts w:ascii="Times New Roman" w:eastAsia="Calibri" w:hAnsi="Times New Roman" w:cs="Times New Roman"/>
          <w:b/>
          <w:bCs/>
          <w:sz w:val="24"/>
          <w:szCs w:val="24"/>
        </w:rPr>
        <w:t xml:space="preserve">SAI </w:t>
      </w:r>
      <w:r w:rsidRPr="00360D38">
        <w:rPr>
          <w:rFonts w:ascii="Times New Roman" w:eastAsia="Calibri" w:hAnsi="Times New Roman" w:cs="Times New Roman"/>
          <w:sz w:val="24"/>
          <w:szCs w:val="24"/>
        </w:rPr>
        <w:t>trong các khẳng định sau:</w:t>
      </w:r>
    </w:p>
    <w:p w14:paraId="36B16D7F" w14:textId="77777777" w:rsidR="007C5B20" w:rsidRPr="00360D38" w:rsidRDefault="007C5B20" w:rsidP="007C5B20">
      <w:pPr>
        <w:spacing w:after="0" w:line="240" w:lineRule="auto"/>
        <w:ind w:firstLine="720"/>
        <w:jc w:val="both"/>
        <w:rPr>
          <w:rFonts w:ascii="Times New Roman" w:eastAsia="Times New Roman" w:hAnsi="Times New Roman" w:cs="Times New Roman"/>
          <w:sz w:val="24"/>
          <w:szCs w:val="24"/>
          <w:lang w:val="fr-FR"/>
        </w:rPr>
      </w:pPr>
      <w:r w:rsidRPr="00360D38">
        <w:rPr>
          <w:rFonts w:ascii="Times New Roman" w:eastAsia="Times New Roman" w:hAnsi="Times New Roman" w:cs="Times New Roman"/>
          <w:b/>
          <w:color w:val="0000FF"/>
          <w:sz w:val="24"/>
          <w:szCs w:val="24"/>
          <w:lang w:val="fr-FR"/>
        </w:rPr>
        <w:t xml:space="preserve">A. </w:t>
      </w:r>
      <w:r w:rsidRPr="00360D38">
        <w:rPr>
          <w:rFonts w:ascii="Times New Roman" w:eastAsia="Times New Roman" w:hAnsi="Times New Roman" w:cs="Times New Roman"/>
          <w:position w:val="-12"/>
          <w:sz w:val="24"/>
          <w:szCs w:val="24"/>
          <w:lang w:val="fr-FR"/>
        </w:rPr>
        <w:object w:dxaOrig="920" w:dyaOrig="360" w14:anchorId="2D20E6C7">
          <v:shape id="_x0000_i1305" type="#_x0000_t75" style="width:45.55pt;height:18.25pt" o:ole="">
            <v:imagedata r:id="rId528" o:title=""/>
          </v:shape>
          <o:OLEObject Type="Embed" ProgID="Equation.DSMT4" ShapeID="_x0000_i1305" DrawAspect="Content" ObjectID="_1806930052" r:id="rId529"/>
        </w:object>
      </w:r>
      <w:r w:rsidRPr="00360D38">
        <w:rPr>
          <w:rFonts w:ascii="Times New Roman" w:eastAsia="Times New Roman" w:hAnsi="Times New Roman" w:cs="Times New Roman"/>
          <w:sz w:val="24"/>
          <w:szCs w:val="24"/>
          <w:lang w:val="fr-FR"/>
        </w:rPr>
        <w:t>.</w:t>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b/>
          <w:color w:val="0000FF"/>
          <w:sz w:val="24"/>
          <w:szCs w:val="24"/>
          <w:lang w:val="fr-FR"/>
        </w:rPr>
        <w:t xml:space="preserve">B. </w:t>
      </w:r>
      <w:r w:rsidRPr="00360D38">
        <w:rPr>
          <w:rFonts w:ascii="Times New Roman" w:eastAsia="Times New Roman" w:hAnsi="Times New Roman" w:cs="Times New Roman"/>
          <w:position w:val="-12"/>
          <w:sz w:val="24"/>
          <w:szCs w:val="24"/>
          <w:lang w:val="fr-FR"/>
        </w:rPr>
        <w:object w:dxaOrig="820" w:dyaOrig="360" w14:anchorId="62421A36">
          <v:shape id="_x0000_i1306" type="#_x0000_t75" style="width:41pt;height:18.25pt" o:ole="">
            <v:imagedata r:id="rId530" o:title=""/>
          </v:shape>
          <o:OLEObject Type="Embed" ProgID="Equation.DSMT4" ShapeID="_x0000_i1306" DrawAspect="Content" ObjectID="_1806930053" r:id="rId531"/>
        </w:object>
      </w:r>
      <w:r w:rsidRPr="00360D38">
        <w:rPr>
          <w:rFonts w:ascii="Times New Roman" w:eastAsia="Times New Roman" w:hAnsi="Times New Roman" w:cs="Times New Roman"/>
          <w:sz w:val="24"/>
          <w:szCs w:val="24"/>
          <w:lang w:val="fr-FR"/>
        </w:rPr>
        <w:t>.</w:t>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b/>
          <w:color w:val="0000FF"/>
          <w:sz w:val="24"/>
          <w:szCs w:val="24"/>
          <w:lang w:val="fr-FR"/>
        </w:rPr>
        <w:t xml:space="preserve">C. </w:t>
      </w:r>
      <w:r w:rsidRPr="00360D38">
        <w:rPr>
          <w:rFonts w:ascii="Times New Roman" w:eastAsia="Times New Roman" w:hAnsi="Times New Roman" w:cs="Times New Roman"/>
          <w:position w:val="-12"/>
          <w:sz w:val="24"/>
          <w:szCs w:val="24"/>
          <w:lang w:val="fr-FR"/>
        </w:rPr>
        <w:object w:dxaOrig="800" w:dyaOrig="360" w14:anchorId="1CF4731E">
          <v:shape id="_x0000_i1307" type="#_x0000_t75" style="width:39.65pt;height:18.7pt" o:ole="">
            <v:imagedata r:id="rId532" o:title=""/>
          </v:shape>
          <o:OLEObject Type="Embed" ProgID="Equation.DSMT4" ShapeID="_x0000_i1307" DrawAspect="Content" ObjectID="_1806930054" r:id="rId533"/>
        </w:object>
      </w:r>
      <w:r w:rsidRPr="00360D38">
        <w:rPr>
          <w:rFonts w:ascii="Times New Roman" w:eastAsia="Times New Roman" w:hAnsi="Times New Roman" w:cs="Times New Roman"/>
          <w:sz w:val="24"/>
          <w:szCs w:val="24"/>
          <w:lang w:val="fr-FR"/>
        </w:rPr>
        <w:t>.</w:t>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sz w:val="24"/>
          <w:szCs w:val="24"/>
          <w:lang w:val="fr-FR"/>
        </w:rPr>
        <w:tab/>
      </w:r>
      <w:r w:rsidRPr="00360D38">
        <w:rPr>
          <w:rFonts w:ascii="Times New Roman" w:eastAsia="Times New Roman" w:hAnsi="Times New Roman" w:cs="Times New Roman"/>
          <w:b/>
          <w:color w:val="0000FF"/>
          <w:sz w:val="24"/>
          <w:szCs w:val="24"/>
          <w:lang w:val="fr-FR"/>
        </w:rPr>
        <w:t xml:space="preserve">D. </w:t>
      </w:r>
      <w:r w:rsidRPr="00360D38">
        <w:rPr>
          <w:rFonts w:ascii="Times New Roman" w:eastAsia="Times New Roman" w:hAnsi="Times New Roman" w:cs="Times New Roman"/>
          <w:position w:val="-14"/>
          <w:sz w:val="24"/>
          <w:szCs w:val="24"/>
          <w:lang w:val="fr-FR"/>
        </w:rPr>
        <w:object w:dxaOrig="960" w:dyaOrig="400" w14:anchorId="68F11625">
          <v:shape id="_x0000_i1308" type="#_x0000_t75" style="width:47.4pt;height:20.5pt" o:ole="">
            <v:imagedata r:id="rId534" o:title=""/>
          </v:shape>
          <o:OLEObject Type="Embed" ProgID="Equation.DSMT4" ShapeID="_x0000_i1308" DrawAspect="Content" ObjectID="_1806930055" r:id="rId535"/>
        </w:object>
      </w:r>
      <w:r w:rsidRPr="00360D38">
        <w:rPr>
          <w:rFonts w:ascii="Times New Roman" w:eastAsia="Times New Roman" w:hAnsi="Times New Roman" w:cs="Times New Roman"/>
          <w:sz w:val="24"/>
          <w:szCs w:val="24"/>
          <w:lang w:val="fr-FR"/>
        </w:rPr>
        <w:t>.</w:t>
      </w:r>
    </w:p>
    <w:p w14:paraId="4FC27EB9" w14:textId="77777777" w:rsidR="007C5B20" w:rsidRPr="00360D38" w:rsidRDefault="007C5B20" w:rsidP="007C5B20">
      <w:pPr>
        <w:tabs>
          <w:tab w:val="left" w:pos="992"/>
          <w:tab w:val="left" w:pos="3402"/>
          <w:tab w:val="left" w:pos="5669"/>
          <w:tab w:val="left" w:pos="7937"/>
        </w:tabs>
        <w:spacing w:after="0" w:line="240" w:lineRule="auto"/>
        <w:ind w:left="25"/>
        <w:rPr>
          <w:rFonts w:ascii="Times New Roman" w:hAnsi="Times New Roman" w:cs="Times New Roman"/>
          <w:sz w:val="24"/>
          <w:szCs w:val="24"/>
          <w:lang w:val="vi-VN"/>
        </w:rPr>
      </w:pPr>
      <w:r w:rsidRPr="00360D38">
        <w:rPr>
          <w:rFonts w:ascii="Times New Roman" w:hAnsi="Times New Roman" w:cs="Times New Roman"/>
          <w:b/>
          <w:sz w:val="24"/>
          <w:szCs w:val="24"/>
          <w:lang w:val="vi-VN"/>
        </w:rPr>
        <w:tab/>
      </w:r>
    </w:p>
    <w:p w14:paraId="73845406" w14:textId="77777777" w:rsidR="007C5B20" w:rsidRPr="00360D38" w:rsidRDefault="007C5B20" w:rsidP="007C5B20">
      <w:pPr>
        <w:tabs>
          <w:tab w:val="left" w:pos="3330"/>
          <w:tab w:val="left" w:pos="5580"/>
          <w:tab w:val="left" w:pos="7830"/>
        </w:tabs>
        <w:spacing w:line="240" w:lineRule="auto"/>
        <w:jc w:val="both"/>
        <w:rPr>
          <w:rFonts w:ascii="Times New Roman" w:hAnsi="Times New Roman" w:cs="Times New Roman"/>
          <w:i/>
          <w:iCs/>
          <w:sz w:val="24"/>
          <w:szCs w:val="24"/>
          <w:lang w:val="vi-VN"/>
        </w:rPr>
      </w:pPr>
      <w:r w:rsidRPr="00360D38">
        <w:rPr>
          <w:rFonts w:ascii="Times New Roman" w:hAnsi="Times New Roman" w:cs="Times New Roman"/>
          <w:b/>
          <w:bCs/>
          <w:sz w:val="24"/>
          <w:szCs w:val="24"/>
          <w:lang w:val="vi-VN"/>
        </w:rPr>
        <w:t>PHẦN II. Câu trắc nghiệm đúng sai (3.0 điểm).</w:t>
      </w:r>
      <w:r w:rsidRPr="00360D38">
        <w:rPr>
          <w:rFonts w:ascii="Times New Roman" w:hAnsi="Times New Roman" w:cs="Times New Roman"/>
          <w:i/>
          <w:iCs/>
          <w:sz w:val="24"/>
          <w:szCs w:val="24"/>
          <w:lang w:val="vi-VN"/>
        </w:rPr>
        <w:t xml:space="preserve"> Thí sinh trả lời từ câu 1 đến câu 3. Trong mỗi ý </w:t>
      </w:r>
      <w:r w:rsidRPr="00360D38">
        <w:rPr>
          <w:rFonts w:ascii="Times New Roman" w:hAnsi="Times New Roman" w:cs="Times New Roman"/>
          <w:b/>
          <w:i/>
          <w:iCs/>
          <w:sz w:val="24"/>
          <w:szCs w:val="24"/>
          <w:lang w:val="vi-VN"/>
        </w:rPr>
        <w:t>a), b), c), d)</w:t>
      </w:r>
      <w:r w:rsidRPr="00360D38">
        <w:rPr>
          <w:rFonts w:ascii="Times New Roman" w:hAnsi="Times New Roman" w:cs="Times New Roman"/>
          <w:i/>
          <w:iCs/>
          <w:sz w:val="24"/>
          <w:szCs w:val="24"/>
          <w:lang w:val="vi-VN"/>
        </w:rPr>
        <w:t xml:space="preserve"> ở mỗi câu, thí sinh chọn đúng (Đ) hoặc sai (S).</w:t>
      </w:r>
    </w:p>
    <w:p w14:paraId="36985BB2" w14:textId="77777777" w:rsidR="007C5B20" w:rsidRPr="00360D38" w:rsidRDefault="007C5B20" w:rsidP="007C5B20">
      <w:pPr>
        <w:spacing w:after="0"/>
        <w:jc w:val="both"/>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Câu 1.</w:t>
      </w:r>
      <w:r w:rsidRPr="00360D38">
        <w:rPr>
          <w:rFonts w:ascii="Times New Roman" w:eastAsia="Calibri" w:hAnsi="Times New Roman" w:cs="Times New Roman"/>
          <w:sz w:val="24"/>
          <w:szCs w:val="24"/>
          <w:lang w:val="vi-VN"/>
        </w:rPr>
        <w:t xml:space="preserve"> Trong mặt phẳng </w:t>
      </w:r>
      <w:r w:rsidRPr="00360D38">
        <w:rPr>
          <w:rFonts w:ascii="Times New Roman" w:eastAsia="Calibri" w:hAnsi="Times New Roman" w:cs="Times New Roman"/>
          <w:position w:val="-10"/>
          <w:sz w:val="24"/>
          <w:szCs w:val="24"/>
        </w:rPr>
        <w:object w:dxaOrig="460" w:dyaOrig="320" w14:anchorId="03EB77E4">
          <v:shape id="_x0000_i1309" type="#_x0000_t75" style="width:21.85pt;height:15.95pt" o:ole="">
            <v:imagedata r:id="rId121" o:title=""/>
          </v:shape>
          <o:OLEObject Type="Embed" ProgID="Equation.DSMT4" ShapeID="_x0000_i1309" DrawAspect="Content" ObjectID="_1806930056" r:id="rId536"/>
        </w:object>
      </w:r>
      <w:r w:rsidRPr="00360D38">
        <w:rPr>
          <w:rFonts w:ascii="Times New Roman" w:eastAsia="Calibri" w:hAnsi="Times New Roman" w:cs="Times New Roman"/>
          <w:sz w:val="24"/>
          <w:szCs w:val="24"/>
          <w:lang w:val="vi-VN"/>
        </w:rPr>
        <w:t xml:space="preserve"> cho đường thẳng </w:t>
      </w:r>
      <w:r w:rsidRPr="00360D38">
        <w:rPr>
          <w:rFonts w:ascii="Times New Roman" w:eastAsia="Calibri" w:hAnsi="Times New Roman" w:cs="Times New Roman"/>
          <w:position w:val="-10"/>
          <w:sz w:val="24"/>
          <w:szCs w:val="24"/>
          <w:lang w:val="vi-VN"/>
        </w:rPr>
        <w:object w:dxaOrig="1740" w:dyaOrig="320" w14:anchorId="7B630F43">
          <v:shape id="_x0000_i1310" type="#_x0000_t75" style="width:87.05pt;height:15.5pt" o:ole="">
            <v:imagedata r:id="rId537" o:title=""/>
          </v:shape>
          <o:OLEObject Type="Embed" ProgID="Equation.DSMT4" ShapeID="_x0000_i1310" DrawAspect="Content" ObjectID="_1806930057" r:id="rId538"/>
        </w:object>
      </w:r>
      <w:r w:rsidRPr="00360D38">
        <w:rPr>
          <w:rFonts w:ascii="Times New Roman" w:eastAsia="Calibri" w:hAnsi="Times New Roman" w:cs="Times New Roman"/>
          <w:sz w:val="24"/>
          <w:szCs w:val="24"/>
          <w:lang w:val="vi-VN"/>
        </w:rPr>
        <w:t xml:space="preserve"> và hai điểm </w:t>
      </w:r>
      <w:r w:rsidRPr="00360D38">
        <w:rPr>
          <w:rFonts w:ascii="Times New Roman" w:eastAsia="Calibri" w:hAnsi="Times New Roman" w:cs="Times New Roman"/>
          <w:position w:val="-14"/>
          <w:sz w:val="24"/>
          <w:szCs w:val="24"/>
          <w:lang w:val="vi-VN"/>
        </w:rPr>
        <w:object w:dxaOrig="940" w:dyaOrig="400" w14:anchorId="224D6857">
          <v:shape id="_x0000_i1311" type="#_x0000_t75" style="width:46.95pt;height:20.5pt" o:ole="">
            <v:imagedata r:id="rId539" o:title=""/>
          </v:shape>
          <o:OLEObject Type="Embed" ProgID="Equation.DSMT4" ShapeID="_x0000_i1311" DrawAspect="Content" ObjectID="_1806930058" r:id="rId540"/>
        </w:objec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position w:val="-14"/>
          <w:sz w:val="24"/>
          <w:szCs w:val="24"/>
          <w:lang w:val="vi-VN"/>
        </w:rPr>
        <w:object w:dxaOrig="920" w:dyaOrig="400" w14:anchorId="0EA893C5">
          <v:shape id="_x0000_i1312" type="#_x0000_t75" style="width:46.95pt;height:20.5pt" o:ole="">
            <v:imagedata r:id="rId541" o:title=""/>
          </v:shape>
          <o:OLEObject Type="Embed" ProgID="Equation.DSMT4" ShapeID="_x0000_i1312" DrawAspect="Content" ObjectID="_1806930059" r:id="rId542"/>
        </w:object>
      </w:r>
    </w:p>
    <w:p w14:paraId="0E029CB3" w14:textId="77777777" w:rsidR="007C5B20" w:rsidRPr="00360D38" w:rsidRDefault="007C5B20" w:rsidP="007C5B20">
      <w:pPr>
        <w:tabs>
          <w:tab w:val="left" w:pos="284"/>
        </w:tabs>
        <w:spacing w:line="240" w:lineRule="auto"/>
        <w:rPr>
          <w:rFonts w:ascii="Times New Roman" w:eastAsia="Calibri" w:hAnsi="Times New Roman" w:cs="Times New Roman"/>
          <w:sz w:val="24"/>
          <w:szCs w:val="24"/>
          <w:lang w:val="vi-VN"/>
        </w:rPr>
      </w:pPr>
      <w:r w:rsidRPr="00360D38">
        <w:rPr>
          <w:rFonts w:ascii="Times New Roman" w:eastAsia="Calibri" w:hAnsi="Times New Roman" w:cs="Times New Roman"/>
          <w:b/>
          <w:bCs/>
          <w:sz w:val="24"/>
          <w:szCs w:val="24"/>
          <w:lang w:val="vi-VN"/>
        </w:rPr>
        <w:tab/>
        <w:t>a)</w:t>
      </w: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sz w:val="24"/>
          <w:szCs w:val="24"/>
          <w:lang w:val="vi-VN"/>
        </w:rPr>
        <w:t xml:space="preserve"> Điểm </w:t>
      </w:r>
      <w:r w:rsidRPr="00360D38">
        <w:rPr>
          <w:rFonts w:ascii="Times New Roman" w:eastAsia="Calibri" w:hAnsi="Times New Roman" w:cs="Times New Roman"/>
          <w:position w:val="-4"/>
          <w:sz w:val="24"/>
          <w:szCs w:val="24"/>
          <w:lang w:val="vi-VN"/>
        </w:rPr>
        <w:object w:dxaOrig="320" w:dyaOrig="260" w14:anchorId="7439AEF3">
          <v:shape id="_x0000_i1313" type="#_x0000_t75" style="width:15.95pt;height:12.3pt" o:ole="">
            <v:imagedata r:id="rId543" o:title=""/>
          </v:shape>
          <o:OLEObject Type="Embed" ProgID="Equation.DSMT4" ShapeID="_x0000_i1313" DrawAspect="Content" ObjectID="_1806930060" r:id="rId544"/>
        </w:objec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 xml:space="preserve">không </w:t>
      </w:r>
      <w:r w:rsidRPr="00360D38">
        <w:rPr>
          <w:rFonts w:ascii="Times New Roman" w:eastAsia="Calibri" w:hAnsi="Times New Roman" w:cs="Times New Roman"/>
          <w:sz w:val="24"/>
          <w:szCs w:val="24"/>
          <w:lang w:val="vi-VN"/>
        </w:rPr>
        <w:t xml:space="preserve">thuộc đường thẳng </w:t>
      </w:r>
      <w:r w:rsidRPr="00360D38">
        <w:rPr>
          <w:rFonts w:ascii="Times New Roman" w:eastAsia="Calibri" w:hAnsi="Times New Roman" w:cs="Times New Roman"/>
          <w:position w:val="-6"/>
          <w:sz w:val="24"/>
          <w:szCs w:val="24"/>
          <w:lang w:val="vi-VN"/>
        </w:rPr>
        <w:object w:dxaOrig="260" w:dyaOrig="279" w14:anchorId="63F99DEE">
          <v:shape id="_x0000_i1314" type="#_x0000_t75" style="width:12.3pt;height:14.15pt" o:ole="">
            <v:imagedata r:id="rId545" o:title=""/>
          </v:shape>
          <o:OLEObject Type="Embed" ProgID="Equation.DSMT4" ShapeID="_x0000_i1314" DrawAspect="Content" ObjectID="_1806930061" r:id="rId546"/>
        </w:object>
      </w:r>
    </w:p>
    <w:p w14:paraId="15423B1F" w14:textId="77777777" w:rsidR="007C5B20" w:rsidRPr="00360D38" w:rsidRDefault="007C5B20" w:rsidP="007C5B20">
      <w:pPr>
        <w:tabs>
          <w:tab w:val="left" w:pos="284"/>
        </w:tabs>
        <w:spacing w:line="240" w:lineRule="auto"/>
        <w:rPr>
          <w:rFonts w:ascii="Times New Roman" w:eastAsia="Calibri" w:hAnsi="Times New Roman" w:cs="Times New Roman"/>
          <w:sz w:val="24"/>
          <w:szCs w:val="24"/>
          <w:lang w:val="vi-VN"/>
        </w:rPr>
      </w:pPr>
      <w:r w:rsidRPr="00360D38">
        <w:rPr>
          <w:rFonts w:ascii="Times New Roman" w:eastAsia="Calibri" w:hAnsi="Times New Roman" w:cs="Times New Roman"/>
          <w:bCs/>
          <w:sz w:val="24"/>
          <w:szCs w:val="24"/>
          <w:lang w:val="vi-VN"/>
        </w:rPr>
        <w:tab/>
      </w:r>
      <w:r w:rsidRPr="00360D38">
        <w:rPr>
          <w:rFonts w:ascii="Times New Roman" w:eastAsia="Calibri" w:hAnsi="Times New Roman" w:cs="Times New Roman"/>
          <w:b/>
          <w:bCs/>
          <w:sz w:val="24"/>
          <w:szCs w:val="24"/>
          <w:lang w:val="vi-VN"/>
        </w:rPr>
        <w:t>b)</w:t>
      </w:r>
      <w:r w:rsidRPr="00360D38">
        <w:rPr>
          <w:rFonts w:ascii="Times New Roman" w:eastAsia="Calibri" w:hAnsi="Times New Roman" w:cs="Times New Roman"/>
          <w:bCs/>
          <w:sz w:val="24"/>
          <w:szCs w:val="24"/>
          <w:lang w:val="vi-VN"/>
        </w:rPr>
        <w:t xml:space="preserve"> Khoảng cách từ điểm </w:t>
      </w:r>
      <w:r w:rsidRPr="00360D38">
        <w:rPr>
          <w:rFonts w:ascii="Times New Roman" w:eastAsia="Calibri" w:hAnsi="Times New Roman" w:cs="Times New Roman"/>
          <w:bCs/>
          <w:position w:val="-6"/>
          <w:sz w:val="24"/>
          <w:szCs w:val="24"/>
          <w:lang w:val="vi-VN"/>
        </w:rPr>
        <w:object w:dxaOrig="279" w:dyaOrig="279" w14:anchorId="7A2CA4D3">
          <v:shape id="_x0000_i1315" type="#_x0000_t75" style="width:14.15pt;height:14.15pt" o:ole="">
            <v:imagedata r:id="rId547" o:title=""/>
          </v:shape>
          <o:OLEObject Type="Embed" ProgID="Equation.DSMT4" ShapeID="_x0000_i1315" DrawAspect="Content" ObjectID="_1806930062" r:id="rId548"/>
        </w:object>
      </w:r>
      <w:r w:rsidRPr="00360D38">
        <w:rPr>
          <w:rFonts w:ascii="Times New Roman" w:eastAsia="Calibri" w:hAnsi="Times New Roman" w:cs="Times New Roman"/>
          <w:bCs/>
          <w:sz w:val="24"/>
          <w:szCs w:val="24"/>
          <w:lang w:val="vi-VN"/>
        </w:rPr>
        <w:t xml:space="preserve"> đến đường thẳng </w:t>
      </w:r>
      <w:r w:rsidRPr="00360D38">
        <w:rPr>
          <w:rFonts w:ascii="Times New Roman" w:eastAsia="Calibri" w:hAnsi="Times New Roman" w:cs="Times New Roman"/>
          <w:position w:val="-4"/>
          <w:sz w:val="24"/>
          <w:szCs w:val="24"/>
          <w:lang w:val="vi-VN"/>
        </w:rPr>
        <w:object w:dxaOrig="220" w:dyaOrig="260" w14:anchorId="1DBC2C0A">
          <v:shape id="_x0000_i1316" type="#_x0000_t75" style="width:11.4pt;height:12.3pt" o:ole="">
            <v:imagedata r:id="rId549" o:title=""/>
          </v:shape>
          <o:OLEObject Type="Embed" ProgID="Equation.DSMT4" ShapeID="_x0000_i1316" DrawAspect="Content" ObjectID="_1806930063" r:id="rId550"/>
        </w:object>
      </w:r>
      <w:r w:rsidRPr="00360D38">
        <w:rPr>
          <w:rFonts w:ascii="Times New Roman" w:eastAsia="Calibri" w:hAnsi="Times New Roman" w:cs="Times New Roman"/>
          <w:sz w:val="24"/>
          <w:szCs w:val="24"/>
          <w:lang w:val="vi-VN"/>
        </w:rPr>
        <w:t xml:space="preserve"> là </w:t>
      </w:r>
      <w:r w:rsidRPr="00360D38">
        <w:rPr>
          <w:rFonts w:ascii="Times New Roman" w:eastAsia="Calibri" w:hAnsi="Times New Roman" w:cs="Times New Roman"/>
          <w:position w:val="-24"/>
          <w:sz w:val="24"/>
          <w:szCs w:val="24"/>
          <w:lang w:val="vi-VN"/>
        </w:rPr>
        <w:object w:dxaOrig="700" w:dyaOrig="680" w14:anchorId="56F238FF">
          <v:shape id="_x0000_i1317" type="#_x0000_t75" style="width:35.1pt;height:33.25pt" o:ole="">
            <v:imagedata r:id="rId551" o:title=""/>
          </v:shape>
          <o:OLEObject Type="Embed" ProgID="Equation.DSMT4" ShapeID="_x0000_i1317" DrawAspect="Content" ObjectID="_1806930064" r:id="rId552"/>
        </w:object>
      </w:r>
      <w:r w:rsidRPr="00360D38">
        <w:rPr>
          <w:rFonts w:ascii="Times New Roman" w:eastAsia="Calibri" w:hAnsi="Times New Roman" w:cs="Times New Roman"/>
          <w:sz w:val="24"/>
          <w:szCs w:val="24"/>
          <w:lang w:val="vi-VN"/>
        </w:rPr>
        <w:t>.</w:t>
      </w:r>
    </w:p>
    <w:p w14:paraId="28E2E1AA" w14:textId="77777777" w:rsidR="007C5B20" w:rsidRPr="00360D38" w:rsidRDefault="007C5B20" w:rsidP="007C5B20">
      <w:pPr>
        <w:tabs>
          <w:tab w:val="left" w:pos="284"/>
        </w:tabs>
        <w:spacing w:line="240" w:lineRule="auto"/>
        <w:rPr>
          <w:rFonts w:ascii="Times New Roman" w:eastAsia="Calibri" w:hAnsi="Times New Roman" w:cs="Times New Roman"/>
          <w:bCs/>
          <w:sz w:val="24"/>
          <w:szCs w:val="24"/>
        </w:rPr>
      </w:pP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bCs/>
          <w:sz w:val="24"/>
          <w:szCs w:val="24"/>
          <w:lang w:val="vi-VN"/>
        </w:rPr>
        <w:tab/>
      </w:r>
      <w:r w:rsidRPr="00360D38">
        <w:rPr>
          <w:rFonts w:ascii="Times New Roman" w:eastAsia="Calibri" w:hAnsi="Times New Roman" w:cs="Times New Roman"/>
          <w:b/>
          <w:bCs/>
          <w:sz w:val="24"/>
          <w:szCs w:val="24"/>
          <w:lang w:val="vi-VN"/>
        </w:rPr>
        <w:t>c)</w:t>
      </w:r>
      <w:r w:rsidRPr="00360D38">
        <w:rPr>
          <w:rFonts w:ascii="Times New Roman" w:eastAsia="Calibri" w:hAnsi="Times New Roman" w:cs="Times New Roman"/>
          <w:bCs/>
          <w:sz w:val="24"/>
          <w:szCs w:val="24"/>
          <w:lang w:val="vi-VN"/>
        </w:rPr>
        <w:t xml:space="preserve"> P</w:t>
      </w:r>
      <w:r w:rsidRPr="00360D38">
        <w:rPr>
          <w:rFonts w:ascii="Times New Roman" w:hAnsi="Times New Roman" w:cs="Times New Roman"/>
          <w:sz w:val="24"/>
          <w:szCs w:val="24"/>
          <w:lang w:val="vi-VN"/>
        </w:rPr>
        <w:t xml:space="preserve">hương trình đường tròn tâm  </w:t>
      </w:r>
      <w:r w:rsidRPr="00360D38">
        <w:rPr>
          <w:rFonts w:ascii="Times New Roman" w:eastAsia="Calibri" w:hAnsi="Times New Roman" w:cs="Times New Roman"/>
          <w:position w:val="-4"/>
          <w:sz w:val="24"/>
          <w:szCs w:val="24"/>
          <w:lang w:val="vi-VN"/>
        </w:rPr>
        <w:object w:dxaOrig="320" w:dyaOrig="260" w14:anchorId="258185C6">
          <v:shape id="_x0000_i1318" type="#_x0000_t75" style="width:15.95pt;height:13.2pt" o:ole="">
            <v:imagedata r:id="rId553" o:title=""/>
          </v:shape>
          <o:OLEObject Type="Embed" ProgID="Equation.DSMT4" ShapeID="_x0000_i1318" DrawAspect="Content" ObjectID="_1806930065" r:id="rId554"/>
        </w:object>
      </w:r>
      <w:r w:rsidRPr="00360D38">
        <w:rPr>
          <w:rFonts w:ascii="Times New Roman" w:hAnsi="Times New Roman" w:cs="Times New Roman"/>
          <w:sz w:val="24"/>
          <w:szCs w:val="24"/>
          <w:lang w:val="vi-VN"/>
        </w:rPr>
        <w:t xml:space="preserve">  và đi qua </w:t>
      </w:r>
      <w:r w:rsidRPr="00360D38">
        <w:rPr>
          <w:rFonts w:ascii="Times New Roman" w:eastAsia="Calibri" w:hAnsi="Times New Roman" w:cs="Times New Roman"/>
          <w:position w:val="-6"/>
          <w:sz w:val="24"/>
          <w:szCs w:val="24"/>
          <w:lang w:val="vi-VN"/>
        </w:rPr>
        <w:object w:dxaOrig="279" w:dyaOrig="279" w14:anchorId="74F5CF6C">
          <v:shape id="_x0000_i1319" type="#_x0000_t75" style="width:14.6pt;height:14.6pt" o:ole="">
            <v:imagedata r:id="rId555" o:title=""/>
          </v:shape>
          <o:OLEObject Type="Embed" ProgID="Equation.DSMT4" ShapeID="_x0000_i1319" DrawAspect="Content" ObjectID="_1806930066" r:id="rId556"/>
        </w:object>
      </w:r>
      <w:r w:rsidRPr="00360D38">
        <w:rPr>
          <w:rFonts w:ascii="Times New Roman" w:eastAsia="Calibri" w:hAnsi="Times New Roman" w:cs="Times New Roman"/>
          <w:sz w:val="24"/>
          <w:szCs w:val="24"/>
          <w:lang w:val="vi-VN"/>
        </w:rPr>
        <w:t xml:space="preserve"> có dạng: </w:t>
      </w:r>
      <w:r w:rsidRPr="00360D38">
        <w:rPr>
          <w:rFonts w:ascii="Times New Roman" w:eastAsia="Times New Roman" w:hAnsi="Times New Roman" w:cs="Times New Roman"/>
          <w:position w:val="-14"/>
          <w:sz w:val="24"/>
          <w:szCs w:val="24"/>
        </w:rPr>
        <w:object w:dxaOrig="2659" w:dyaOrig="440" w14:anchorId="152361EA">
          <v:shape id="_x0000_i1320" type="#_x0000_t75" style="width:132.6pt;height:21.4pt" o:ole="">
            <v:imagedata r:id="rId557" o:title=""/>
          </v:shape>
          <o:OLEObject Type="Embed" ProgID="Equation.DSMT4" ShapeID="_x0000_i1320" DrawAspect="Content" ObjectID="_1806930067" r:id="rId558"/>
        </w:object>
      </w:r>
      <w:r w:rsidRPr="00360D38">
        <w:rPr>
          <w:rFonts w:ascii="Times New Roman" w:eastAsia="Times New Roman" w:hAnsi="Times New Roman" w:cs="Times New Roman"/>
          <w:sz w:val="24"/>
          <w:szCs w:val="24"/>
        </w:rPr>
        <w:t>.</w:t>
      </w:r>
      <w:r w:rsidRPr="00360D38">
        <w:rPr>
          <w:rFonts w:ascii="Times New Roman" w:eastAsia="Calibri" w:hAnsi="Times New Roman" w:cs="Times New Roman"/>
          <w:bCs/>
          <w:sz w:val="24"/>
          <w:szCs w:val="24"/>
          <w:lang w:val="vi-VN"/>
        </w:rPr>
        <w:tab/>
      </w:r>
    </w:p>
    <w:p w14:paraId="22F80296" w14:textId="77777777" w:rsidR="007C5B20" w:rsidRPr="00360D38" w:rsidRDefault="007C5B20" w:rsidP="007C5B20">
      <w:pPr>
        <w:tabs>
          <w:tab w:val="left" w:pos="284"/>
        </w:tabs>
        <w:spacing w:line="240" w:lineRule="auto"/>
        <w:rPr>
          <w:rFonts w:ascii="Times New Roman" w:eastAsia="Calibri" w:hAnsi="Times New Roman" w:cs="Times New Roman"/>
          <w:bCs/>
          <w:sz w:val="24"/>
          <w:szCs w:val="24"/>
        </w:rPr>
      </w:pPr>
      <w:r w:rsidRPr="00360D38">
        <w:rPr>
          <w:rFonts w:ascii="Times New Roman" w:eastAsia="Calibri" w:hAnsi="Times New Roman" w:cs="Times New Roman"/>
          <w:bCs/>
          <w:sz w:val="24"/>
          <w:szCs w:val="24"/>
        </w:rPr>
        <w:tab/>
      </w:r>
      <w:r w:rsidRPr="00360D38">
        <w:rPr>
          <w:rFonts w:ascii="Times New Roman" w:eastAsia="Calibri" w:hAnsi="Times New Roman" w:cs="Times New Roman"/>
          <w:b/>
          <w:bCs/>
          <w:sz w:val="24"/>
          <w:szCs w:val="24"/>
          <w:lang w:val="vi-VN"/>
        </w:rPr>
        <w:t>d)</w:t>
      </w: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sz w:val="24"/>
          <w:szCs w:val="24"/>
        </w:rPr>
        <w:t>Đ</w:t>
      </w:r>
      <w:r w:rsidRPr="00360D38">
        <w:rPr>
          <w:rFonts w:ascii="Times New Roman" w:eastAsia="Calibri" w:hAnsi="Times New Roman" w:cs="Times New Roman"/>
          <w:sz w:val="24"/>
          <w:szCs w:val="24"/>
          <w:lang w:val="vi-VN"/>
        </w:rPr>
        <w:t xml:space="preserve">ường thẳng </w:t>
      </w:r>
      <w:r w:rsidRPr="00360D38">
        <w:rPr>
          <w:rFonts w:ascii="Times New Roman" w:eastAsia="Calibri" w:hAnsi="Times New Roman" w:cs="Times New Roman"/>
          <w:position w:val="-6"/>
          <w:sz w:val="24"/>
          <w:szCs w:val="24"/>
        </w:rPr>
        <w:object w:dxaOrig="220" w:dyaOrig="279" w14:anchorId="09701545">
          <v:shape id="_x0000_i1321" type="#_x0000_t75" style="width:10.95pt;height:14.6pt" o:ole="">
            <v:imagedata r:id="rId559" o:title=""/>
          </v:shape>
          <o:OLEObject Type="Embed" ProgID="Equation.DSMT4" ShapeID="_x0000_i1321" DrawAspect="Content" ObjectID="_1806930068" r:id="rId560"/>
        </w:objec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song song</w:t>
      </w:r>
      <w:r w:rsidRPr="00360D38">
        <w:rPr>
          <w:rFonts w:ascii="Times New Roman" w:eastAsia="Calibri" w:hAnsi="Times New Roman" w:cs="Times New Roman"/>
          <w:sz w:val="24"/>
          <w:szCs w:val="24"/>
          <w:lang w:val="vi-VN"/>
        </w:rPr>
        <w:t xml:space="preserve"> với </w:t>
      </w:r>
      <w:r w:rsidRPr="00360D38">
        <w:rPr>
          <w:rFonts w:ascii="Times New Roman" w:eastAsia="Calibri" w:hAnsi="Times New Roman" w:cs="Times New Roman"/>
          <w:position w:val="-4"/>
          <w:sz w:val="24"/>
          <w:szCs w:val="24"/>
        </w:rPr>
        <w:object w:dxaOrig="220" w:dyaOrig="260" w14:anchorId="2BECA194">
          <v:shape id="_x0000_i1322" type="#_x0000_t75" style="width:11.4pt;height:13.2pt" o:ole="">
            <v:imagedata r:id="rId561" o:title=""/>
          </v:shape>
          <o:OLEObject Type="Embed" ProgID="Equation.DSMT4" ShapeID="_x0000_i1322" DrawAspect="Content" ObjectID="_1806930069" r:id="rId562"/>
        </w:object>
      </w:r>
      <w:r w:rsidRPr="00360D38">
        <w:rPr>
          <w:rFonts w:ascii="Times New Roman" w:eastAsia="Calibri" w:hAnsi="Times New Roman" w:cs="Times New Roman"/>
          <w:sz w:val="24"/>
          <w:szCs w:val="24"/>
        </w:rPr>
        <w:t xml:space="preserve"> và cách </w:t>
      </w:r>
      <w:r w:rsidRPr="00360D38">
        <w:rPr>
          <w:rFonts w:ascii="Times New Roman" w:eastAsia="Calibri" w:hAnsi="Times New Roman" w:cs="Times New Roman"/>
          <w:position w:val="-4"/>
          <w:sz w:val="24"/>
          <w:szCs w:val="24"/>
        </w:rPr>
        <w:object w:dxaOrig="220" w:dyaOrig="260" w14:anchorId="2FFF765F">
          <v:shape id="_x0000_i1323" type="#_x0000_t75" style="width:11.4pt;height:13.2pt" o:ole="">
            <v:imagedata r:id="rId561" o:title=""/>
          </v:shape>
          <o:OLEObject Type="Embed" ProgID="Equation.DSMT4" ShapeID="_x0000_i1323" DrawAspect="Content" ObjectID="_1806930070" r:id="rId563"/>
        </w:object>
      </w:r>
      <w:r w:rsidRPr="00360D38">
        <w:rPr>
          <w:rFonts w:ascii="Times New Roman" w:eastAsia="Calibri" w:hAnsi="Times New Roman" w:cs="Times New Roman"/>
          <w:sz w:val="24"/>
          <w:szCs w:val="24"/>
        </w:rPr>
        <w:t xml:space="preserve"> một khoảng bằng </w:t>
      </w:r>
      <w:r w:rsidRPr="00360D38">
        <w:rPr>
          <w:rFonts w:ascii="Times New Roman" w:eastAsia="Calibri" w:hAnsi="Times New Roman" w:cs="Times New Roman"/>
          <w:position w:val="-8"/>
          <w:sz w:val="24"/>
          <w:szCs w:val="24"/>
        </w:rPr>
        <w:object w:dxaOrig="460" w:dyaOrig="360" w14:anchorId="766CD88D">
          <v:shape id="_x0000_i1324" type="#_x0000_t75" style="width:23.7pt;height:18.25pt" o:ole="">
            <v:imagedata r:id="rId564" o:title=""/>
          </v:shape>
          <o:OLEObject Type="Embed" ProgID="Equation.DSMT4" ShapeID="_x0000_i1324" DrawAspect="Content" ObjectID="_1806930071" r:id="rId565"/>
        </w:object>
      </w:r>
      <w:r w:rsidRPr="00360D38">
        <w:rPr>
          <w:rFonts w:ascii="Times New Roman" w:eastAsia="Calibri" w:hAnsi="Times New Roman" w:cs="Times New Roman"/>
          <w:sz w:val="24"/>
          <w:szCs w:val="24"/>
        </w:rPr>
        <w:t xml:space="preserve"> có phương trình là </w:t>
      </w:r>
      <w:r w:rsidRPr="00360D38">
        <w:rPr>
          <w:rFonts w:ascii="Times New Roman" w:eastAsia="Calibri" w:hAnsi="Times New Roman" w:cs="Times New Roman"/>
          <w:position w:val="-10"/>
          <w:sz w:val="24"/>
          <w:szCs w:val="24"/>
          <w:lang w:val="vi-VN"/>
        </w:rPr>
        <w:object w:dxaOrig="1840" w:dyaOrig="320" w14:anchorId="48BC8259">
          <v:shape id="_x0000_i1325" type="#_x0000_t75" style="width:92.05pt;height:15.5pt" o:ole="">
            <v:imagedata r:id="rId566" o:title=""/>
          </v:shape>
          <o:OLEObject Type="Embed" ProgID="Equation.DSMT4" ShapeID="_x0000_i1325" DrawAspect="Content" ObjectID="_1806930072" r:id="rId567"/>
        </w:object>
      </w:r>
      <w:r w:rsidRPr="00360D38">
        <w:rPr>
          <w:rFonts w:ascii="Times New Roman" w:eastAsia="Calibri" w:hAnsi="Times New Roman" w:cs="Times New Roman"/>
          <w:sz w:val="24"/>
          <w:szCs w:val="24"/>
        </w:rPr>
        <w:t>.</w:t>
      </w:r>
    </w:p>
    <w:p w14:paraId="1F880771" w14:textId="77777777" w:rsidR="007C5B20" w:rsidRPr="00360D38" w:rsidRDefault="007C5B20" w:rsidP="007C5B20">
      <w:pPr>
        <w:rPr>
          <w:rFonts w:ascii="Times New Roman" w:hAnsi="Times New Roman" w:cs="Times New Roman"/>
          <w:sz w:val="24"/>
          <w:szCs w:val="24"/>
        </w:rPr>
      </w:pPr>
      <w:r w:rsidRPr="00360D38">
        <w:rPr>
          <w:rFonts w:ascii="Times New Roman" w:eastAsia="Calibri" w:hAnsi="Times New Roman" w:cs="Times New Roman"/>
          <w:b/>
          <w:sz w:val="24"/>
          <w:szCs w:val="24"/>
          <w:lang w:val="vi-VN"/>
        </w:rPr>
        <w:t>Câu 2.</w:t>
      </w:r>
      <w:r w:rsidRPr="00360D38">
        <w:rPr>
          <w:rFonts w:ascii="Times New Roman" w:eastAsia="Calibri" w:hAnsi="Times New Roman" w:cs="Times New Roman"/>
          <w:sz w:val="24"/>
          <w:szCs w:val="24"/>
        </w:rPr>
        <w:t xml:space="preserve"> Tung một đồng xu có 2 mặt sấp (S) và ngửa (N) 3 lần liên tiếp.</w:t>
      </w:r>
    </w:p>
    <w:p w14:paraId="40923073" w14:textId="77777777" w:rsidR="007C5B20" w:rsidRPr="00360D38" w:rsidRDefault="007C5B20" w:rsidP="007C5B20">
      <w:pPr>
        <w:ind w:left="360"/>
        <w:jc w:val="both"/>
        <w:rPr>
          <w:rFonts w:ascii="Times New Roman" w:eastAsia="Calibri" w:hAnsi="Times New Roman" w:cs="Times New Roman"/>
          <w:sz w:val="24"/>
          <w:szCs w:val="24"/>
        </w:rPr>
      </w:pPr>
      <w:r w:rsidRPr="00360D38">
        <w:rPr>
          <w:rFonts w:ascii="Times New Roman" w:eastAsia="Calibri" w:hAnsi="Times New Roman" w:cs="Times New Roman"/>
          <w:b/>
          <w:bCs/>
          <w:sz w:val="24"/>
          <w:szCs w:val="24"/>
          <w:lang w:val="vi-VN"/>
        </w:rPr>
        <w:t>a)</w:t>
      </w: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sz w:val="24"/>
          <w:szCs w:val="24"/>
        </w:rPr>
        <w:t xml:space="preserve">Không gian mẫu của phép thử là </w:t>
      </w:r>
      <w:r w:rsidRPr="00360D38">
        <w:rPr>
          <w:rFonts w:ascii="Times New Roman" w:eastAsia="Calibri" w:hAnsi="Times New Roman" w:cs="Times New Roman"/>
          <w:bCs/>
          <w:position w:val="-14"/>
          <w:sz w:val="24"/>
          <w:szCs w:val="24"/>
          <w:lang w:val="vi-VN"/>
        </w:rPr>
        <w:object w:dxaOrig="3840" w:dyaOrig="400" w14:anchorId="02E1642E">
          <v:shape id="_x0000_i1326" type="#_x0000_t75" style="width:191.85pt;height:20.05pt" o:ole="">
            <v:imagedata r:id="rId568" o:title=""/>
          </v:shape>
          <o:OLEObject Type="Embed" ProgID="Equation.DSMT4" ShapeID="_x0000_i1326" DrawAspect="Content" ObjectID="_1806930073" r:id="rId569"/>
        </w:object>
      </w:r>
      <w:r w:rsidRPr="00360D38">
        <w:rPr>
          <w:rFonts w:ascii="Times New Roman" w:eastAsia="Calibri" w:hAnsi="Times New Roman" w:cs="Times New Roman"/>
          <w:bCs/>
          <w:sz w:val="24"/>
          <w:szCs w:val="24"/>
        </w:rPr>
        <w:t>.</w:t>
      </w:r>
    </w:p>
    <w:p w14:paraId="435980AC" w14:textId="77777777" w:rsidR="007C5B20" w:rsidRPr="00360D38" w:rsidRDefault="007C5B20" w:rsidP="007C5B20">
      <w:pPr>
        <w:ind w:left="360"/>
        <w:jc w:val="both"/>
        <w:rPr>
          <w:rFonts w:ascii="Times New Roman" w:eastAsia="Calibri" w:hAnsi="Times New Roman" w:cs="Times New Roman"/>
          <w:color w:val="000000" w:themeColor="text1"/>
          <w:sz w:val="24"/>
          <w:szCs w:val="24"/>
        </w:rPr>
      </w:pPr>
      <w:r w:rsidRPr="00360D38">
        <w:rPr>
          <w:rFonts w:ascii="Times New Roman" w:eastAsia="Calibri" w:hAnsi="Times New Roman" w:cs="Times New Roman"/>
          <w:b/>
          <w:bCs/>
          <w:sz w:val="24"/>
          <w:szCs w:val="24"/>
          <w:lang w:val="vi-VN"/>
        </w:rPr>
        <w:t>b)</w:t>
      </w: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bCs/>
          <w:sz w:val="24"/>
          <w:szCs w:val="24"/>
        </w:rPr>
        <w:t xml:space="preserve">Biến cố mặt ngửa xuất hiện đúng một lần là </w:t>
      </w:r>
      <w:r w:rsidRPr="00360D38">
        <w:rPr>
          <w:rFonts w:ascii="Times New Roman" w:eastAsia="Calibri" w:hAnsi="Times New Roman" w:cs="Times New Roman"/>
          <w:color w:val="000000" w:themeColor="text1"/>
          <w:position w:val="-14"/>
          <w:sz w:val="24"/>
          <w:szCs w:val="24"/>
        </w:rPr>
        <w:object w:dxaOrig="2140" w:dyaOrig="400" w14:anchorId="1BCCF601">
          <v:shape id="_x0000_i1327" type="#_x0000_t75" style="width:107.55pt;height:20.5pt" o:ole="">
            <v:imagedata r:id="rId570" o:title=""/>
          </v:shape>
          <o:OLEObject Type="Embed" ProgID="Equation.DSMT4" ShapeID="_x0000_i1327" DrawAspect="Content" ObjectID="_1806930074" r:id="rId571"/>
        </w:object>
      </w:r>
      <w:r w:rsidRPr="00360D38">
        <w:rPr>
          <w:rFonts w:ascii="Times New Roman" w:eastAsia="Calibri" w:hAnsi="Times New Roman" w:cs="Times New Roman"/>
          <w:color w:val="000000" w:themeColor="text1"/>
          <w:sz w:val="24"/>
          <w:szCs w:val="24"/>
          <w:lang w:val="vi-VN"/>
        </w:rPr>
        <w:t xml:space="preserve"> </w:t>
      </w:r>
      <w:r w:rsidRPr="00360D38">
        <w:rPr>
          <w:rFonts w:ascii="Times New Roman" w:eastAsia="Calibri" w:hAnsi="Times New Roman" w:cs="Times New Roman"/>
          <w:color w:val="000000" w:themeColor="text1"/>
          <w:sz w:val="24"/>
          <w:szCs w:val="24"/>
        </w:rPr>
        <w:t>.</w:t>
      </w:r>
    </w:p>
    <w:p w14:paraId="5BAA189B" w14:textId="77777777" w:rsidR="007C5B20" w:rsidRPr="00360D38" w:rsidRDefault="007C5B20" w:rsidP="007C5B20">
      <w:pPr>
        <w:ind w:left="360"/>
        <w:jc w:val="both"/>
        <w:rPr>
          <w:rFonts w:ascii="Times New Roman" w:eastAsia="Calibri" w:hAnsi="Times New Roman" w:cs="Times New Roman"/>
          <w:color w:val="000000" w:themeColor="text1"/>
          <w:sz w:val="24"/>
          <w:szCs w:val="24"/>
        </w:rPr>
      </w:pPr>
      <w:r w:rsidRPr="00360D38">
        <w:rPr>
          <w:rFonts w:ascii="Times New Roman" w:eastAsia="Calibri" w:hAnsi="Times New Roman" w:cs="Times New Roman"/>
          <w:b/>
          <w:bCs/>
          <w:sz w:val="24"/>
          <w:szCs w:val="24"/>
          <w:lang w:val="vi-VN"/>
        </w:rPr>
        <w:lastRenderedPageBreak/>
        <w:t>c)</w:t>
      </w: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bCs/>
          <w:sz w:val="24"/>
          <w:szCs w:val="24"/>
        </w:rPr>
        <w:t xml:space="preserve">Biến cố mặt sấp xuất hiện ít nhất một lần là </w:t>
      </w:r>
      <w:r w:rsidRPr="00360D38">
        <w:rPr>
          <w:rFonts w:ascii="Times New Roman" w:eastAsia="Calibri" w:hAnsi="Times New Roman" w:cs="Times New Roman"/>
          <w:color w:val="000000" w:themeColor="text1"/>
          <w:position w:val="-14"/>
          <w:sz w:val="24"/>
          <w:szCs w:val="24"/>
        </w:rPr>
        <w:object w:dxaOrig="2820" w:dyaOrig="400" w14:anchorId="21064E2C">
          <v:shape id="_x0000_i1328" type="#_x0000_t75" style="width:140.8pt;height:20.5pt" o:ole="">
            <v:imagedata r:id="rId572" o:title=""/>
          </v:shape>
          <o:OLEObject Type="Embed" ProgID="Equation.DSMT4" ShapeID="_x0000_i1328" DrawAspect="Content" ObjectID="_1806930075" r:id="rId573"/>
        </w:object>
      </w:r>
      <w:r w:rsidRPr="00360D38">
        <w:rPr>
          <w:rFonts w:ascii="Times New Roman" w:eastAsia="Calibri" w:hAnsi="Times New Roman" w:cs="Times New Roman"/>
          <w:color w:val="000000" w:themeColor="text1"/>
          <w:sz w:val="24"/>
          <w:szCs w:val="24"/>
          <w:lang w:val="vi-VN"/>
        </w:rPr>
        <w:t xml:space="preserve"> </w:t>
      </w:r>
      <w:r w:rsidRPr="00360D38">
        <w:rPr>
          <w:rFonts w:ascii="Times New Roman" w:eastAsia="Calibri" w:hAnsi="Times New Roman" w:cs="Times New Roman"/>
          <w:color w:val="000000" w:themeColor="text1"/>
          <w:sz w:val="24"/>
          <w:szCs w:val="24"/>
        </w:rPr>
        <w:t>.</w:t>
      </w:r>
    </w:p>
    <w:p w14:paraId="277ECF26" w14:textId="77777777" w:rsidR="007C5B20" w:rsidRPr="00360D38" w:rsidRDefault="007C5B20" w:rsidP="007C5B20">
      <w:pPr>
        <w:ind w:left="360"/>
        <w:jc w:val="both"/>
        <w:rPr>
          <w:rFonts w:ascii="Times New Roman" w:hAnsi="Times New Roman" w:cs="Times New Roman"/>
          <w:sz w:val="24"/>
          <w:szCs w:val="24"/>
        </w:rPr>
      </w:pPr>
      <w:r w:rsidRPr="00360D38">
        <w:rPr>
          <w:rFonts w:ascii="Times New Roman" w:eastAsia="Calibri" w:hAnsi="Times New Roman" w:cs="Times New Roman"/>
          <w:b/>
          <w:bCs/>
          <w:sz w:val="24"/>
          <w:szCs w:val="24"/>
          <w:lang w:val="vi-VN"/>
        </w:rPr>
        <w:t>d)</w:t>
      </w:r>
      <w:r w:rsidRPr="00360D38">
        <w:rPr>
          <w:rFonts w:ascii="Times New Roman" w:eastAsia="Calibri" w:hAnsi="Times New Roman" w:cs="Times New Roman"/>
          <w:b/>
          <w:bCs/>
          <w:sz w:val="24"/>
          <w:szCs w:val="24"/>
        </w:rPr>
        <w:t xml:space="preserve"> </w:t>
      </w:r>
      <w:r w:rsidRPr="00360D38">
        <w:rPr>
          <w:rFonts w:ascii="Times New Roman" w:eastAsia="Calibri" w:hAnsi="Times New Roman" w:cs="Times New Roman"/>
          <w:bCs/>
          <w:sz w:val="24"/>
          <w:szCs w:val="24"/>
          <w:lang w:val="vi-VN"/>
        </w:rPr>
        <w:t xml:space="preserve"> </w:t>
      </w:r>
      <w:r w:rsidRPr="00360D38">
        <w:rPr>
          <w:rFonts w:ascii="Times New Roman" w:eastAsia="Calibri" w:hAnsi="Times New Roman" w:cs="Times New Roman"/>
          <w:bCs/>
          <w:position w:val="-24"/>
          <w:sz w:val="24"/>
          <w:szCs w:val="24"/>
          <w:lang w:val="vi-VN"/>
        </w:rPr>
        <w:object w:dxaOrig="1080" w:dyaOrig="620" w14:anchorId="09F1B53F">
          <v:shape id="_x0000_i1329" type="#_x0000_t75" style="width:54.25pt;height:30.55pt" o:ole="">
            <v:imagedata r:id="rId574" o:title=""/>
          </v:shape>
          <o:OLEObject Type="Embed" ProgID="Equation.DSMT4" ShapeID="_x0000_i1329" DrawAspect="Content" ObjectID="_1806930076" r:id="rId575"/>
        </w:object>
      </w:r>
    </w:p>
    <w:p w14:paraId="46DD9A4E" w14:textId="77777777" w:rsidR="007C5B20" w:rsidRPr="00360D38" w:rsidRDefault="007C5B20" w:rsidP="007C5B20">
      <w:pPr>
        <w:tabs>
          <w:tab w:val="left" w:pos="992"/>
        </w:tabs>
        <w:jc w:val="both"/>
        <w:rPr>
          <w:rFonts w:ascii="Times New Roman" w:hAnsi="Times New Roman" w:cs="Times New Roman"/>
          <w:i/>
          <w:iCs/>
          <w:sz w:val="24"/>
          <w:szCs w:val="24"/>
          <w:lang w:val="vi-VN"/>
        </w:rPr>
      </w:pPr>
      <w:r w:rsidRPr="00360D38">
        <w:rPr>
          <w:rFonts w:ascii="Times New Roman" w:hAnsi="Times New Roman" w:cs="Times New Roman"/>
          <w:b/>
          <w:bCs/>
          <w:sz w:val="24"/>
          <w:szCs w:val="24"/>
          <w:lang w:val="vi-VN"/>
        </w:rPr>
        <w:t>PHẦN III. Câu trắc nghiệm trả lời ngắn (2.0 điểm).</w:t>
      </w:r>
      <w:r w:rsidRPr="00360D38">
        <w:rPr>
          <w:rFonts w:ascii="Times New Roman" w:hAnsi="Times New Roman" w:cs="Times New Roman"/>
          <w:i/>
          <w:iCs/>
          <w:sz w:val="24"/>
          <w:szCs w:val="24"/>
          <w:lang w:val="vi-VN"/>
        </w:rPr>
        <w:t xml:space="preserve"> Thí sinh trả lời từ câu 1 đến câu 4.</w:t>
      </w:r>
    </w:p>
    <w:p w14:paraId="5BDD8356" w14:textId="1E7EE837" w:rsidR="00F76E1D" w:rsidRPr="00360D38" w:rsidRDefault="007C5B20" w:rsidP="00360D38">
      <w:pPr>
        <w:jc w:val="both"/>
        <w:rPr>
          <w:rFonts w:ascii="Times New Roman" w:eastAsia="Calibri" w:hAnsi="Times New Roman" w:cs="Times New Roman"/>
          <w:sz w:val="24"/>
          <w:szCs w:val="24"/>
        </w:rPr>
      </w:pPr>
      <w:r w:rsidRPr="00360D38">
        <w:rPr>
          <w:rFonts w:ascii="Times New Roman" w:eastAsia="Calibri" w:hAnsi="Times New Roman" w:cs="Times New Roman"/>
          <w:b/>
          <w:sz w:val="24"/>
          <w:szCs w:val="24"/>
          <w:lang w:val="vi-VN"/>
        </w:rPr>
        <w:t>Câu 1.</w: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Cho 10 điểm không có 3 điểm nào thẳng hàng. Có bao nhiêu tam giác với 3 đỉnh là 3 điểm trong 10 điểm đã cho?</w:t>
      </w:r>
    </w:p>
    <w:p w14:paraId="3A637074" w14:textId="269922EC" w:rsidR="007C5B20" w:rsidRPr="00360D38" w:rsidRDefault="007C5B20" w:rsidP="007C5B20">
      <w:pPr>
        <w:tabs>
          <w:tab w:val="left" w:pos="391"/>
          <w:tab w:val="left" w:pos="2104"/>
          <w:tab w:val="left" w:pos="3844"/>
          <w:tab w:val="left" w:pos="5528"/>
        </w:tabs>
        <w:jc w:val="both"/>
        <w:rPr>
          <w:rFonts w:ascii="Times New Roman" w:hAnsi="Times New Roman" w:cs="Times New Roman"/>
          <w:sz w:val="24"/>
          <w:szCs w:val="24"/>
        </w:rPr>
      </w:pPr>
      <w:r w:rsidRPr="00360D38">
        <w:rPr>
          <w:rFonts w:ascii="Times New Roman" w:eastAsia="Calibri" w:hAnsi="Times New Roman" w:cs="Times New Roman"/>
          <w:b/>
          <w:sz w:val="24"/>
          <w:szCs w:val="24"/>
          <w:lang w:val="vi-VN"/>
        </w:rPr>
        <w:t>Câu 2.</w:t>
      </w:r>
      <w:r w:rsidRPr="00360D38">
        <w:rPr>
          <w:rFonts w:ascii="Times New Roman" w:eastAsia="Calibri" w:hAnsi="Times New Roman" w:cs="Times New Roman"/>
          <w:sz w:val="24"/>
          <w:szCs w:val="24"/>
          <w:lang w:val="vi-VN"/>
        </w:rPr>
        <w:t xml:space="preserve"> </w:t>
      </w:r>
      <w:r w:rsidRPr="00360D38">
        <w:rPr>
          <w:rFonts w:ascii="Times New Roman" w:hAnsi="Times New Roman" w:cs="Times New Roman"/>
          <w:sz w:val="24"/>
          <w:szCs w:val="24"/>
        </w:rPr>
        <w:t xml:space="preserve">Khối lượng của 30 củ khoai tây thu hoạch ở một nông trường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9"/>
        <w:gridCol w:w="1526"/>
      </w:tblGrid>
      <w:tr w:rsidR="007C5B20" w:rsidRPr="00360D38" w14:paraId="200FDE23" w14:textId="77777777" w:rsidTr="0010504E">
        <w:trPr>
          <w:jc w:val="center"/>
        </w:trPr>
        <w:tc>
          <w:tcPr>
            <w:tcW w:w="3379" w:type="dxa"/>
            <w:tcBorders>
              <w:top w:val="single" w:sz="4" w:space="0" w:color="auto"/>
              <w:left w:val="single" w:sz="4" w:space="0" w:color="auto"/>
              <w:bottom w:val="single" w:sz="4" w:space="0" w:color="auto"/>
              <w:right w:val="single" w:sz="4" w:space="0" w:color="auto"/>
            </w:tcBorders>
          </w:tcPr>
          <w:p w14:paraId="13DDEA7C"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Lớp khối lượng (gam)</w:t>
            </w:r>
          </w:p>
        </w:tc>
        <w:tc>
          <w:tcPr>
            <w:tcW w:w="1526" w:type="dxa"/>
            <w:tcBorders>
              <w:top w:val="single" w:sz="4" w:space="0" w:color="auto"/>
              <w:left w:val="single" w:sz="4" w:space="0" w:color="auto"/>
              <w:bottom w:val="single" w:sz="4" w:space="0" w:color="auto"/>
              <w:right w:val="single" w:sz="4" w:space="0" w:color="auto"/>
            </w:tcBorders>
          </w:tcPr>
          <w:p w14:paraId="43795071"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Tần số</w:t>
            </w:r>
          </w:p>
        </w:tc>
      </w:tr>
      <w:tr w:rsidR="007C5B20" w:rsidRPr="00360D38" w14:paraId="5C6D9483" w14:textId="77777777" w:rsidTr="0010504E">
        <w:trPr>
          <w:jc w:val="center"/>
        </w:trPr>
        <w:tc>
          <w:tcPr>
            <w:tcW w:w="3379" w:type="dxa"/>
            <w:tcBorders>
              <w:top w:val="single" w:sz="4" w:space="0" w:color="auto"/>
              <w:left w:val="single" w:sz="4" w:space="0" w:color="auto"/>
              <w:bottom w:val="single" w:sz="4" w:space="0" w:color="auto"/>
              <w:right w:val="single" w:sz="4" w:space="0" w:color="auto"/>
            </w:tcBorders>
          </w:tcPr>
          <w:p w14:paraId="1BC9AB73" w14:textId="3C0204EC"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70</w:t>
            </w:r>
          </w:p>
          <w:p w14:paraId="22C3203D" w14:textId="49DCD83C" w:rsidR="007C5B20" w:rsidRPr="00360D38" w:rsidRDefault="00360D38" w:rsidP="0010504E">
            <w:pPr>
              <w:tabs>
                <w:tab w:val="left" w:pos="391"/>
                <w:tab w:val="left" w:pos="2104"/>
                <w:tab w:val="left" w:pos="3844"/>
                <w:tab w:val="left" w:pos="5528"/>
              </w:tabs>
              <w:jc w:val="center"/>
              <w:rPr>
                <w:rFonts w:ascii="Times New Roman" w:hAnsi="Times New Roman" w:cs="Times New Roman"/>
                <w:sz w:val="24"/>
                <w:szCs w:val="24"/>
              </w:rPr>
            </w:pPr>
            <w:r>
              <w:rPr>
                <w:rFonts w:ascii="Times New Roman" w:hAnsi="Times New Roman" w:cs="Times New Roman"/>
                <w:sz w:val="24"/>
                <w:szCs w:val="24"/>
              </w:rPr>
              <w:t>80</w:t>
            </w:r>
          </w:p>
          <w:p w14:paraId="32B88640" w14:textId="22EBCB7D" w:rsidR="007C5B20" w:rsidRPr="00360D38" w:rsidRDefault="00360D38" w:rsidP="0010504E">
            <w:pPr>
              <w:tabs>
                <w:tab w:val="left" w:pos="391"/>
                <w:tab w:val="left" w:pos="2104"/>
                <w:tab w:val="left" w:pos="3844"/>
                <w:tab w:val="left" w:pos="5528"/>
              </w:tabs>
              <w:jc w:val="center"/>
              <w:rPr>
                <w:rFonts w:ascii="Times New Roman" w:hAnsi="Times New Roman" w:cs="Times New Roman"/>
                <w:sz w:val="24"/>
                <w:szCs w:val="24"/>
              </w:rPr>
            </w:pPr>
            <w:r>
              <w:rPr>
                <w:rFonts w:ascii="Times New Roman" w:hAnsi="Times New Roman" w:cs="Times New Roman"/>
                <w:sz w:val="24"/>
                <w:szCs w:val="24"/>
              </w:rPr>
              <w:t>90</w:t>
            </w:r>
          </w:p>
          <w:p w14:paraId="6C0300AA" w14:textId="2BD6DF31" w:rsidR="007C5B20" w:rsidRPr="00360D38" w:rsidRDefault="00360D38" w:rsidP="0010504E">
            <w:pPr>
              <w:tabs>
                <w:tab w:val="left" w:pos="391"/>
                <w:tab w:val="left" w:pos="2104"/>
                <w:tab w:val="left" w:pos="3844"/>
                <w:tab w:val="left" w:pos="5528"/>
              </w:tabs>
              <w:jc w:val="center"/>
              <w:rPr>
                <w:rFonts w:ascii="Times New Roman" w:hAnsi="Times New Roman" w:cs="Times New Roman"/>
                <w:sz w:val="24"/>
                <w:szCs w:val="24"/>
              </w:rPr>
            </w:pPr>
            <w:r>
              <w:rPr>
                <w:rFonts w:ascii="Times New Roman" w:hAnsi="Times New Roman" w:cs="Times New Roman"/>
                <w:sz w:val="24"/>
                <w:szCs w:val="24"/>
              </w:rPr>
              <w:t>100</w:t>
            </w:r>
          </w:p>
          <w:p w14:paraId="4A3D7B89" w14:textId="02FEB56D" w:rsidR="007C5B20" w:rsidRPr="00360D38" w:rsidRDefault="00360D38" w:rsidP="0010504E">
            <w:pPr>
              <w:tabs>
                <w:tab w:val="left" w:pos="391"/>
                <w:tab w:val="left" w:pos="2104"/>
                <w:tab w:val="left" w:pos="3844"/>
                <w:tab w:val="left" w:pos="5528"/>
              </w:tabs>
              <w:jc w:val="center"/>
              <w:rPr>
                <w:rFonts w:ascii="Times New Roman" w:hAnsi="Times New Roman" w:cs="Times New Roman"/>
                <w:sz w:val="24"/>
                <w:szCs w:val="24"/>
              </w:rPr>
            </w:pPr>
            <w:r>
              <w:rPr>
                <w:rFonts w:ascii="Times New Roman" w:hAnsi="Times New Roman" w:cs="Times New Roman"/>
                <w:sz w:val="24"/>
                <w:szCs w:val="24"/>
              </w:rPr>
              <w:t>110</w:t>
            </w:r>
          </w:p>
        </w:tc>
        <w:tc>
          <w:tcPr>
            <w:tcW w:w="1526" w:type="dxa"/>
            <w:tcBorders>
              <w:top w:val="single" w:sz="4" w:space="0" w:color="auto"/>
              <w:left w:val="single" w:sz="4" w:space="0" w:color="auto"/>
              <w:bottom w:val="single" w:sz="4" w:space="0" w:color="auto"/>
              <w:right w:val="single" w:sz="4" w:space="0" w:color="auto"/>
            </w:tcBorders>
          </w:tcPr>
          <w:p w14:paraId="33B90153"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3</w:t>
            </w:r>
          </w:p>
          <w:p w14:paraId="5B749CBA"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6</w:t>
            </w:r>
          </w:p>
          <w:p w14:paraId="23AD61AA"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12</w:t>
            </w:r>
          </w:p>
          <w:p w14:paraId="4D888548"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6</w:t>
            </w:r>
          </w:p>
          <w:p w14:paraId="096E02C9"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3</w:t>
            </w:r>
          </w:p>
        </w:tc>
      </w:tr>
      <w:tr w:rsidR="007C5B20" w:rsidRPr="00360D38" w14:paraId="5BA6B7C6" w14:textId="77777777" w:rsidTr="0010504E">
        <w:trPr>
          <w:jc w:val="center"/>
        </w:trPr>
        <w:tc>
          <w:tcPr>
            <w:tcW w:w="3379" w:type="dxa"/>
            <w:tcBorders>
              <w:top w:val="single" w:sz="4" w:space="0" w:color="auto"/>
              <w:left w:val="single" w:sz="4" w:space="0" w:color="auto"/>
              <w:bottom w:val="single" w:sz="4" w:space="0" w:color="auto"/>
              <w:right w:val="single" w:sz="4" w:space="0" w:color="auto"/>
            </w:tcBorders>
          </w:tcPr>
          <w:p w14:paraId="72E747F8"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Cộng</w:t>
            </w:r>
          </w:p>
        </w:tc>
        <w:tc>
          <w:tcPr>
            <w:tcW w:w="1526" w:type="dxa"/>
            <w:tcBorders>
              <w:top w:val="single" w:sz="4" w:space="0" w:color="auto"/>
              <w:left w:val="single" w:sz="4" w:space="0" w:color="auto"/>
              <w:bottom w:val="single" w:sz="4" w:space="0" w:color="auto"/>
              <w:right w:val="single" w:sz="4" w:space="0" w:color="auto"/>
            </w:tcBorders>
          </w:tcPr>
          <w:p w14:paraId="2DC0E1E4" w14:textId="77777777" w:rsidR="007C5B20" w:rsidRPr="00360D38" w:rsidRDefault="007C5B20" w:rsidP="0010504E">
            <w:pPr>
              <w:tabs>
                <w:tab w:val="left" w:pos="391"/>
                <w:tab w:val="left" w:pos="2104"/>
                <w:tab w:val="left" w:pos="3844"/>
                <w:tab w:val="left" w:pos="5528"/>
              </w:tabs>
              <w:jc w:val="center"/>
              <w:rPr>
                <w:rFonts w:ascii="Times New Roman" w:hAnsi="Times New Roman" w:cs="Times New Roman"/>
                <w:sz w:val="24"/>
                <w:szCs w:val="24"/>
              </w:rPr>
            </w:pPr>
            <w:r w:rsidRPr="00360D38">
              <w:rPr>
                <w:rFonts w:ascii="Times New Roman" w:hAnsi="Times New Roman" w:cs="Times New Roman"/>
                <w:sz w:val="24"/>
                <w:szCs w:val="24"/>
              </w:rPr>
              <w:t>30</w:t>
            </w:r>
          </w:p>
        </w:tc>
      </w:tr>
    </w:tbl>
    <w:p w14:paraId="25E51FDE" w14:textId="77777777" w:rsidR="007C5B20" w:rsidRPr="00360D38" w:rsidRDefault="007C5B20" w:rsidP="007C5B20">
      <w:pPr>
        <w:spacing w:after="0"/>
        <w:jc w:val="both"/>
        <w:rPr>
          <w:rFonts w:ascii="Times New Roman" w:eastAsia="Calibri" w:hAnsi="Times New Roman" w:cs="Times New Roman"/>
          <w:sz w:val="24"/>
          <w:szCs w:val="24"/>
        </w:rPr>
      </w:pPr>
      <w:r w:rsidRPr="00360D38">
        <w:rPr>
          <w:rFonts w:ascii="Times New Roman" w:eastAsia="Calibri" w:hAnsi="Times New Roman" w:cs="Times New Roman"/>
          <w:sz w:val="24"/>
          <w:szCs w:val="24"/>
        </w:rPr>
        <w:t>T</w:t>
      </w:r>
      <w:r w:rsidRPr="00360D38">
        <w:rPr>
          <w:rFonts w:ascii="Times New Roman" w:eastAsia="Calibri" w:hAnsi="Times New Roman" w:cs="Times New Roman"/>
          <w:sz w:val="24"/>
          <w:szCs w:val="24"/>
          <w:lang w:val="vi-VN"/>
        </w:rPr>
        <w:t xml:space="preserve">ìm </w:t>
      </w:r>
      <w:r w:rsidRPr="00360D38">
        <w:rPr>
          <w:rFonts w:ascii="Times New Roman" w:eastAsia="Calibri" w:hAnsi="Times New Roman" w:cs="Times New Roman"/>
          <w:sz w:val="24"/>
          <w:szCs w:val="24"/>
        </w:rPr>
        <w:t>độ lệch chuẩn</w:t>
      </w:r>
      <w:r w:rsidRPr="00360D38">
        <w:rPr>
          <w:rFonts w:ascii="Times New Roman" w:eastAsia="Calibri" w:hAnsi="Times New Roman" w:cs="Times New Roman"/>
          <w:sz w:val="24"/>
          <w:szCs w:val="24"/>
          <w:lang w:val="vi-VN"/>
        </w:rPr>
        <w:t xml:space="preserve"> của mẫu số liệu đã cho</w:t>
      </w:r>
      <w:r w:rsidRPr="00360D38">
        <w:rPr>
          <w:rFonts w:ascii="Times New Roman" w:eastAsia="Calibri" w:hAnsi="Times New Roman" w:cs="Times New Roman"/>
          <w:sz w:val="24"/>
          <w:szCs w:val="24"/>
        </w:rPr>
        <w:t xml:space="preserve"> ( Làm tròn đến hàng phần chục).</w:t>
      </w:r>
    </w:p>
    <w:p w14:paraId="62044191" w14:textId="729BC4B9" w:rsidR="007C5B20" w:rsidRPr="00360D38" w:rsidRDefault="007C5B20" w:rsidP="007C5B20">
      <w:pPr>
        <w:tabs>
          <w:tab w:val="left" w:pos="709"/>
        </w:tabs>
        <w:spacing w:after="0" w:line="360" w:lineRule="auto"/>
        <w:jc w:val="both"/>
        <w:rPr>
          <w:rFonts w:ascii="Times New Roman" w:hAnsi="Times New Roman" w:cs="Times New Roman"/>
          <w:sz w:val="24"/>
          <w:szCs w:val="24"/>
        </w:rPr>
      </w:pPr>
      <w:r w:rsidRPr="00360D38">
        <w:rPr>
          <w:rFonts w:ascii="Times New Roman" w:eastAsia="Calibri" w:hAnsi="Times New Roman" w:cs="Times New Roman"/>
          <w:b/>
          <w:sz w:val="24"/>
          <w:szCs w:val="24"/>
          <w:lang w:val="vi-VN"/>
        </w:rPr>
        <w:t>Câu 3.</w:t>
      </w:r>
      <w:r w:rsidRPr="00360D38">
        <w:rPr>
          <w:rFonts w:ascii="Times New Roman" w:eastAsia="Calibri" w:hAnsi="Times New Roman" w:cs="Times New Roman"/>
          <w:sz w:val="24"/>
          <w:szCs w:val="24"/>
          <w:lang w:val="vi-VN"/>
        </w:rPr>
        <w:t xml:space="preserve"> </w:t>
      </w:r>
      <w:r w:rsidRPr="00360D38">
        <w:rPr>
          <w:rFonts w:ascii="Times New Roman" w:hAnsi="Times New Roman" w:cs="Times New Roman"/>
          <w:sz w:val="24"/>
          <w:szCs w:val="24"/>
        </w:rPr>
        <w:t xml:space="preserve">Một hộp đựng </w:t>
      </w:r>
      <w:r w:rsidRPr="00360D38">
        <w:rPr>
          <w:rFonts w:ascii="Times New Roman" w:hAnsi="Times New Roman" w:cs="Times New Roman"/>
          <w:noProof/>
          <w:position w:val="-4"/>
          <w:sz w:val="24"/>
          <w:szCs w:val="24"/>
        </w:rPr>
        <w:drawing>
          <wp:inline distT="0" distB="0" distL="0" distR="0" wp14:anchorId="03CC7B3D" wp14:editId="56A08CEE">
            <wp:extent cx="154305" cy="166370"/>
            <wp:effectExtent l="0" t="0" r="0" b="508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7"/>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154305" cy="166370"/>
                    </a:xfrm>
                    <a:prstGeom prst="rect">
                      <a:avLst/>
                    </a:prstGeom>
                    <a:noFill/>
                    <a:ln>
                      <a:noFill/>
                    </a:ln>
                  </pic:spPr>
                </pic:pic>
              </a:graphicData>
            </a:graphic>
          </wp:inline>
        </w:drawing>
      </w:r>
      <w:r w:rsidRPr="00360D38">
        <w:rPr>
          <w:rFonts w:ascii="Times New Roman" w:hAnsi="Times New Roman" w:cs="Times New Roman"/>
          <w:sz w:val="24"/>
          <w:szCs w:val="24"/>
        </w:rPr>
        <w:t xml:space="preserve"> tấm thẻ được đánh số từ </w:t>
      </w:r>
      <w:r w:rsidRPr="00360D38">
        <w:rPr>
          <w:rFonts w:ascii="Times New Roman" w:hAnsi="Times New Roman" w:cs="Times New Roman"/>
          <w:noProof/>
          <w:position w:val="-4"/>
          <w:sz w:val="24"/>
          <w:szCs w:val="24"/>
        </w:rPr>
        <w:drawing>
          <wp:inline distT="0" distB="0" distL="0" distR="0" wp14:anchorId="684B6205" wp14:editId="2EFC58AC">
            <wp:extent cx="83185" cy="166370"/>
            <wp:effectExtent l="0" t="0" r="0" b="508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83185" cy="166370"/>
                    </a:xfrm>
                    <a:prstGeom prst="rect">
                      <a:avLst/>
                    </a:prstGeom>
                    <a:noFill/>
                    <a:ln>
                      <a:noFill/>
                    </a:ln>
                  </pic:spPr>
                </pic:pic>
              </a:graphicData>
            </a:graphic>
          </wp:inline>
        </w:drawing>
      </w:r>
      <w:r w:rsidRPr="00360D38">
        <w:rPr>
          <w:rFonts w:ascii="Times New Roman" w:hAnsi="Times New Roman" w:cs="Times New Roman"/>
          <w:sz w:val="24"/>
          <w:szCs w:val="24"/>
        </w:rPr>
        <w:t xml:space="preserve"> đến </w:t>
      </w:r>
      <w:r w:rsidRPr="00360D38">
        <w:rPr>
          <w:rFonts w:ascii="Times New Roman" w:hAnsi="Times New Roman" w:cs="Times New Roman"/>
          <w:noProof/>
          <w:position w:val="-4"/>
          <w:sz w:val="24"/>
          <w:szCs w:val="24"/>
        </w:rPr>
        <w:drawing>
          <wp:inline distT="0" distB="0" distL="0" distR="0" wp14:anchorId="21E285D1" wp14:editId="0A3479C5">
            <wp:extent cx="154305" cy="166370"/>
            <wp:effectExtent l="0" t="0" r="0" b="508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9"/>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154305" cy="166370"/>
                    </a:xfrm>
                    <a:prstGeom prst="rect">
                      <a:avLst/>
                    </a:prstGeom>
                    <a:noFill/>
                    <a:ln>
                      <a:noFill/>
                    </a:ln>
                  </pic:spPr>
                </pic:pic>
              </a:graphicData>
            </a:graphic>
          </wp:inline>
        </w:drawing>
      </w:r>
      <w:r w:rsidRPr="00360D38">
        <w:rPr>
          <w:rFonts w:ascii="Times New Roman" w:hAnsi="Times New Roman" w:cs="Times New Roman"/>
          <w:sz w:val="24"/>
          <w:szCs w:val="24"/>
        </w:rPr>
        <w:t xml:space="preserve">. Chọn ngẫu nhiên </w:t>
      </w:r>
      <w:r w:rsidRPr="00360D38">
        <w:rPr>
          <w:rFonts w:ascii="Times New Roman" w:hAnsi="Times New Roman" w:cs="Times New Roman"/>
          <w:noProof/>
          <w:position w:val="-6"/>
          <w:sz w:val="24"/>
          <w:szCs w:val="24"/>
        </w:rPr>
        <w:drawing>
          <wp:inline distT="0" distB="0" distL="0" distR="0" wp14:anchorId="1A30420D" wp14:editId="4862AB23">
            <wp:extent cx="118745" cy="17843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0"/>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118745" cy="178435"/>
                    </a:xfrm>
                    <a:prstGeom prst="rect">
                      <a:avLst/>
                    </a:prstGeom>
                    <a:noFill/>
                    <a:ln>
                      <a:noFill/>
                    </a:ln>
                  </pic:spPr>
                </pic:pic>
              </a:graphicData>
            </a:graphic>
          </wp:inline>
        </w:drawing>
      </w:r>
      <w:r w:rsidRPr="00360D38">
        <w:rPr>
          <w:rFonts w:ascii="Times New Roman" w:hAnsi="Times New Roman" w:cs="Times New Roman"/>
          <w:sz w:val="24"/>
          <w:szCs w:val="24"/>
        </w:rPr>
        <w:t xml:space="preserve"> tấm thẻ. Tính xác suất để tổng số ghi trên </w:t>
      </w:r>
      <w:r w:rsidRPr="00360D38">
        <w:rPr>
          <w:rFonts w:ascii="Times New Roman" w:hAnsi="Times New Roman" w:cs="Times New Roman"/>
          <w:noProof/>
          <w:position w:val="-6"/>
          <w:sz w:val="24"/>
          <w:szCs w:val="24"/>
        </w:rPr>
        <w:drawing>
          <wp:inline distT="0" distB="0" distL="0" distR="0" wp14:anchorId="0C4C4352" wp14:editId="64BF5FF4">
            <wp:extent cx="118745" cy="17843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2"/>
                    <pic:cNvPicPr>
                      <a:picLocks noChangeAspect="1" noChangeArrowheads="1"/>
                    </pic:cNvPicPr>
                  </pic:nvPicPr>
                  <pic:blipFill>
                    <a:blip r:embed="rId579" cstate="print">
                      <a:extLst>
                        <a:ext uri="{28A0092B-C50C-407E-A947-70E740481C1C}">
                          <a14:useLocalDpi xmlns:a14="http://schemas.microsoft.com/office/drawing/2010/main" val="0"/>
                        </a:ext>
                      </a:extLst>
                    </a:blip>
                    <a:srcRect/>
                    <a:stretch>
                      <a:fillRect/>
                    </a:stretch>
                  </pic:blipFill>
                  <pic:spPr bwMode="auto">
                    <a:xfrm>
                      <a:off x="0" y="0"/>
                      <a:ext cx="118745" cy="178435"/>
                    </a:xfrm>
                    <a:prstGeom prst="rect">
                      <a:avLst/>
                    </a:prstGeom>
                    <a:noFill/>
                    <a:ln>
                      <a:noFill/>
                    </a:ln>
                  </pic:spPr>
                </pic:pic>
              </a:graphicData>
            </a:graphic>
          </wp:inline>
        </w:drawing>
      </w:r>
      <w:r w:rsidRPr="00360D38">
        <w:rPr>
          <w:rFonts w:ascii="Times New Roman" w:hAnsi="Times New Roman" w:cs="Times New Roman"/>
          <w:sz w:val="24"/>
          <w:szCs w:val="24"/>
        </w:rPr>
        <w:t xml:space="preserve"> tấm thẻ ấy là một số lẻ (</w:t>
      </w:r>
      <w:r w:rsidR="00360D38">
        <w:rPr>
          <w:rFonts w:ascii="Times New Roman" w:hAnsi="Times New Roman" w:cs="Times New Roman"/>
          <w:sz w:val="24"/>
          <w:szCs w:val="24"/>
        </w:rPr>
        <w:t>k</w:t>
      </w:r>
      <w:r w:rsidRPr="00360D38">
        <w:rPr>
          <w:rFonts w:ascii="Times New Roman" w:hAnsi="Times New Roman" w:cs="Times New Roman"/>
          <w:sz w:val="24"/>
          <w:szCs w:val="24"/>
        </w:rPr>
        <w:t>ết quả làm tròn đến hàng phần trăm).</w:t>
      </w:r>
    </w:p>
    <w:p w14:paraId="5854412C" w14:textId="77777777" w:rsidR="007C5B20" w:rsidRPr="00360D38" w:rsidRDefault="007C5B20" w:rsidP="007C5B20">
      <w:pPr>
        <w:tabs>
          <w:tab w:val="left" w:pos="992"/>
        </w:tabs>
        <w:spacing w:after="0" w:line="360" w:lineRule="auto"/>
        <w:contextualSpacing/>
        <w:rPr>
          <w:rFonts w:ascii="Times New Roman" w:eastAsia="Calibri" w:hAnsi="Times New Roman" w:cs="Times New Roman"/>
          <w:sz w:val="24"/>
          <w:szCs w:val="24"/>
        </w:rPr>
      </w:pPr>
      <w:r w:rsidRPr="00360D38">
        <w:rPr>
          <w:rFonts w:ascii="Times New Roman" w:eastAsia="Calibri" w:hAnsi="Times New Roman" w:cs="Times New Roman"/>
          <w:b/>
          <w:sz w:val="24"/>
          <w:szCs w:val="24"/>
          <w:lang w:val="vi-VN"/>
        </w:rPr>
        <w:t>Câu 4.</w: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 xml:space="preserve">Trong mặt phẳng toạ độ </w:t>
      </w:r>
      <w:r w:rsidRPr="00360D38">
        <w:rPr>
          <w:rFonts w:ascii="Times New Roman" w:eastAsia="Calibri" w:hAnsi="Times New Roman" w:cs="Times New Roman"/>
          <w:position w:val="-10"/>
          <w:sz w:val="24"/>
          <w:szCs w:val="24"/>
        </w:rPr>
        <w:object w:dxaOrig="480" w:dyaOrig="315" w14:anchorId="18C2DB66">
          <v:shape id="_x0000_i1330" type="#_x0000_t75" style="width:24.15pt;height:15.5pt" o:ole="">
            <v:imagedata r:id="rId580" o:title=""/>
          </v:shape>
          <o:OLEObject Type="Embed" ProgID="Equation.DSMT4" ShapeID="_x0000_i1330" DrawAspect="Content" ObjectID="_1806930077" r:id="rId581"/>
        </w:object>
      </w:r>
      <w:r w:rsidRPr="00360D38">
        <w:rPr>
          <w:rFonts w:ascii="Times New Roman" w:eastAsia="Calibri" w:hAnsi="Times New Roman" w:cs="Times New Roman"/>
          <w:sz w:val="24"/>
          <w:szCs w:val="24"/>
        </w:rPr>
        <w:t xml:space="preserve"> (đơn vị trên các trục là mét), một chất điểm chuyển động đều luôn cách điểm </w:t>
      </w:r>
      <w:r w:rsidRPr="00360D38">
        <w:rPr>
          <w:rFonts w:ascii="Times New Roman" w:eastAsia="Calibri" w:hAnsi="Times New Roman" w:cs="Times New Roman"/>
          <w:position w:val="-10"/>
          <w:sz w:val="24"/>
          <w:szCs w:val="24"/>
        </w:rPr>
        <w:object w:dxaOrig="660" w:dyaOrig="315" w14:anchorId="0667A3A9">
          <v:shape id="_x0000_i1331" type="#_x0000_t75" style="width:32.8pt;height:15.5pt" o:ole="">
            <v:imagedata r:id="rId582" o:title=""/>
          </v:shape>
          <o:OLEObject Type="Embed" ProgID="Equation.DSMT4" ShapeID="_x0000_i1331" DrawAspect="Content" ObjectID="_1806930078" r:id="rId583"/>
        </w:object>
      </w:r>
      <w:r w:rsidRPr="00360D38">
        <w:rPr>
          <w:rFonts w:ascii="Times New Roman" w:eastAsia="Calibri" w:hAnsi="Times New Roman" w:cs="Times New Roman"/>
          <w:sz w:val="24"/>
          <w:szCs w:val="24"/>
        </w:rPr>
        <w:t xml:space="preserve"> một khoảng bằng 2 . Một chất điểm khác chuyển động thẳng đều trên đường thẳng, tại hai thời điểm, chất điểm đó ở vị trí </w:t>
      </w:r>
      <w:r w:rsidRPr="00360D38">
        <w:rPr>
          <w:rFonts w:ascii="Times New Roman" w:eastAsia="Calibri" w:hAnsi="Times New Roman" w:cs="Times New Roman"/>
          <w:position w:val="-10"/>
          <w:sz w:val="24"/>
          <w:szCs w:val="24"/>
        </w:rPr>
        <w:object w:dxaOrig="870" w:dyaOrig="315" w14:anchorId="50FE486F">
          <v:shape id="_x0000_i1332" type="#_x0000_t75" style="width:44.2pt;height:15.5pt" o:ole="">
            <v:imagedata r:id="rId584" o:title=""/>
          </v:shape>
          <o:OLEObject Type="Embed" ProgID="Equation.DSMT4" ShapeID="_x0000_i1332" DrawAspect="Content" ObjectID="_1806930079" r:id="rId585"/>
        </w:object>
      </w:r>
      <w:r w:rsidRPr="00360D38">
        <w:rPr>
          <w:rFonts w:ascii="Times New Roman" w:eastAsia="Calibri" w:hAnsi="Times New Roman" w:cs="Times New Roman"/>
          <w:sz w:val="24"/>
          <w:szCs w:val="24"/>
        </w:rPr>
        <w:t xml:space="preserve"> và </w:t>
      </w:r>
      <w:r w:rsidRPr="00360D38">
        <w:rPr>
          <w:rFonts w:ascii="Times New Roman" w:eastAsia="Calibri" w:hAnsi="Times New Roman" w:cs="Times New Roman"/>
          <w:position w:val="-10"/>
          <w:sz w:val="24"/>
          <w:szCs w:val="24"/>
        </w:rPr>
        <w:object w:dxaOrig="735" w:dyaOrig="315" w14:anchorId="462DB373">
          <v:shape id="_x0000_i1333" type="#_x0000_t75" style="width:36.45pt;height:15.5pt" o:ole="">
            <v:imagedata r:id="rId586" o:title=""/>
          </v:shape>
          <o:OLEObject Type="Embed" ProgID="Equation.DSMT4" ShapeID="_x0000_i1333" DrawAspect="Content" ObjectID="_1806930080" r:id="rId587"/>
        </w:object>
      </w:r>
      <w:r w:rsidRPr="00360D38">
        <w:rPr>
          <w:rFonts w:ascii="Times New Roman" w:eastAsia="Calibri" w:hAnsi="Times New Roman" w:cs="Times New Roman"/>
          <w:sz w:val="24"/>
          <w:szCs w:val="24"/>
        </w:rPr>
        <w:t>. Tại mọi thời điểm, khoảng cách giữa hai chất điểm lớn hơn bao nhiêu mét?</w:t>
      </w:r>
    </w:p>
    <w:p w14:paraId="33552B99" w14:textId="77777777" w:rsidR="007C5B20" w:rsidRPr="00360D38" w:rsidRDefault="007C5B20" w:rsidP="007C5B20">
      <w:pPr>
        <w:tabs>
          <w:tab w:val="left" w:pos="709"/>
        </w:tabs>
        <w:spacing w:after="0" w:line="360" w:lineRule="auto"/>
        <w:jc w:val="both"/>
        <w:rPr>
          <w:rFonts w:ascii="Times New Roman" w:hAnsi="Times New Roman" w:cs="Times New Roman"/>
          <w:sz w:val="24"/>
          <w:szCs w:val="24"/>
        </w:rPr>
      </w:pPr>
    </w:p>
    <w:p w14:paraId="657654A9" w14:textId="77777777" w:rsidR="007C5B20" w:rsidRPr="00360D38" w:rsidRDefault="007C5B20" w:rsidP="007C5B20">
      <w:pPr>
        <w:spacing w:after="0" w:line="240" w:lineRule="auto"/>
        <w:ind w:left="25"/>
        <w:rPr>
          <w:rFonts w:ascii="Times New Roman" w:hAnsi="Times New Roman" w:cs="Times New Roman"/>
          <w:sz w:val="24"/>
          <w:szCs w:val="24"/>
          <w:lang w:val="vi-VN"/>
        </w:rPr>
      </w:pPr>
      <w:r w:rsidRPr="00360D38">
        <w:rPr>
          <w:rFonts w:ascii="Times New Roman" w:hAnsi="Times New Roman" w:cs="Times New Roman"/>
          <w:b/>
          <w:sz w:val="24"/>
          <w:szCs w:val="24"/>
          <w:lang w:val="vi-VN"/>
        </w:rPr>
        <w:t>PHẦN IV. Tự luận (3.0 điểm)</w:t>
      </w:r>
    </w:p>
    <w:p w14:paraId="079ACD8F" w14:textId="77777777" w:rsidR="007C5B20" w:rsidRPr="00360D38" w:rsidRDefault="007C5B20" w:rsidP="007C5B20">
      <w:pPr>
        <w:spacing w:after="0" w:line="240" w:lineRule="auto"/>
        <w:rPr>
          <w:rFonts w:ascii="Times New Roman" w:hAnsi="Times New Roman" w:cs="Times New Roman"/>
          <w:sz w:val="24"/>
          <w:szCs w:val="24"/>
          <w:lang w:val="vi-VN"/>
        </w:rPr>
      </w:pPr>
    </w:p>
    <w:p w14:paraId="58CCAB95" w14:textId="77777777" w:rsidR="007C5B20" w:rsidRPr="00360D38" w:rsidRDefault="007C5B20" w:rsidP="007C5B20">
      <w:pPr>
        <w:spacing w:after="0" w:line="240" w:lineRule="auto"/>
        <w:ind w:left="25"/>
        <w:rPr>
          <w:rFonts w:ascii="Times New Roman" w:hAnsi="Times New Roman" w:cs="Times New Roman"/>
          <w:sz w:val="24"/>
          <w:szCs w:val="24"/>
          <w:lang w:val="vi-VN"/>
        </w:rPr>
      </w:pPr>
      <w:r w:rsidRPr="00360D38">
        <w:rPr>
          <w:rFonts w:ascii="Times New Roman" w:eastAsia="Calibri" w:hAnsi="Times New Roman" w:cs="Times New Roman"/>
          <w:b/>
          <w:sz w:val="24"/>
          <w:szCs w:val="24"/>
          <w:lang w:val="vi-VN"/>
        </w:rPr>
        <w:t xml:space="preserve">Câu 1. </w:t>
      </w:r>
      <w:r w:rsidRPr="00360D38">
        <w:rPr>
          <w:rFonts w:ascii="Times New Roman" w:hAnsi="Times New Roman" w:cs="Times New Roman"/>
          <w:b/>
          <w:sz w:val="24"/>
          <w:szCs w:val="24"/>
          <w:lang w:val="vi-VN"/>
        </w:rPr>
        <w:t>(1.0 điểm)</w:t>
      </w:r>
    </w:p>
    <w:p w14:paraId="3EDF5BA7" w14:textId="77777777" w:rsidR="007C5B20" w:rsidRPr="00360D38" w:rsidRDefault="007C5B20" w:rsidP="007C5B20">
      <w:pPr>
        <w:tabs>
          <w:tab w:val="left" w:pos="283"/>
          <w:tab w:val="left" w:pos="2835"/>
          <w:tab w:val="left" w:pos="5386"/>
          <w:tab w:val="left" w:pos="7937"/>
        </w:tabs>
        <w:jc w:val="both"/>
        <w:rPr>
          <w:rFonts w:ascii="Times New Roman" w:hAnsi="Times New Roman" w:cs="Times New Roman"/>
          <w:bCs/>
          <w:sz w:val="24"/>
          <w:szCs w:val="24"/>
        </w:rPr>
      </w:pPr>
      <w:r w:rsidRPr="00360D38">
        <w:rPr>
          <w:rFonts w:ascii="Times New Roman" w:hAnsi="Times New Roman" w:cs="Times New Roman"/>
          <w:bCs/>
          <w:sz w:val="24"/>
          <w:szCs w:val="24"/>
          <w:lang w:val="vi-VN"/>
        </w:rPr>
        <w:t xml:space="preserve">    </w:t>
      </w:r>
      <w:r w:rsidRPr="00360D38">
        <w:rPr>
          <w:rFonts w:ascii="Times New Roman" w:hAnsi="Times New Roman" w:cs="Times New Roman"/>
          <w:bCs/>
          <w:sz w:val="24"/>
          <w:szCs w:val="24"/>
        </w:rPr>
        <w:t xml:space="preserve">Cho tập hợp </w:t>
      </w:r>
      <w:r w:rsidRPr="00360D38">
        <w:rPr>
          <w:rFonts w:ascii="Times New Roman" w:eastAsia="Calibri" w:hAnsi="Times New Roman" w:cs="Times New Roman"/>
          <w:bCs/>
          <w:position w:val="-14"/>
          <w:sz w:val="24"/>
          <w:szCs w:val="24"/>
          <w:lang w:val="vi-VN"/>
        </w:rPr>
        <w:object w:dxaOrig="2140" w:dyaOrig="400" w14:anchorId="624A168C">
          <v:shape id="_x0000_i1334" type="#_x0000_t75" style="width:108pt;height:20.5pt" o:ole="">
            <v:imagedata r:id="rId588" o:title=""/>
          </v:shape>
          <o:OLEObject Type="Embed" ProgID="Equation.DSMT4" ShapeID="_x0000_i1334" DrawAspect="Content" ObjectID="_1806930081" r:id="rId589"/>
        </w:object>
      </w:r>
      <w:r w:rsidRPr="00360D38">
        <w:rPr>
          <w:rFonts w:ascii="Times New Roman" w:eastAsia="Calibri" w:hAnsi="Times New Roman" w:cs="Times New Roman"/>
          <w:bCs/>
          <w:sz w:val="24"/>
          <w:szCs w:val="24"/>
        </w:rPr>
        <w:t>. Từ tập A có thể lập được bao nhiêu số tự nhiên</w:t>
      </w:r>
    </w:p>
    <w:p w14:paraId="19CBFE6C" w14:textId="77777777" w:rsidR="007C5B20" w:rsidRPr="00360D38" w:rsidRDefault="007C5B20" w:rsidP="007C5B20">
      <w:pPr>
        <w:tabs>
          <w:tab w:val="left" w:pos="283"/>
          <w:tab w:val="left" w:pos="2835"/>
          <w:tab w:val="left" w:pos="5386"/>
          <w:tab w:val="left" w:pos="7937"/>
        </w:tabs>
        <w:jc w:val="both"/>
        <w:rPr>
          <w:rFonts w:ascii="Times New Roman" w:hAnsi="Times New Roman" w:cs="Times New Roman"/>
          <w:bCs/>
          <w:sz w:val="24"/>
          <w:szCs w:val="24"/>
        </w:rPr>
      </w:pPr>
      <w:r w:rsidRPr="00360D38">
        <w:rPr>
          <w:rFonts w:ascii="Times New Roman" w:hAnsi="Times New Roman" w:cs="Times New Roman"/>
          <w:b/>
          <w:sz w:val="24"/>
          <w:szCs w:val="24"/>
          <w:lang w:val="vi-VN"/>
        </w:rPr>
        <w:tab/>
        <w:t>a)</w:t>
      </w:r>
      <w:r w:rsidRPr="00360D38">
        <w:rPr>
          <w:rFonts w:ascii="Times New Roman" w:hAnsi="Times New Roman" w:cs="Times New Roman"/>
          <w:bCs/>
          <w:sz w:val="24"/>
          <w:szCs w:val="24"/>
          <w:lang w:val="vi-VN"/>
        </w:rPr>
        <w:t xml:space="preserve"> </w:t>
      </w:r>
      <w:r w:rsidRPr="00360D38">
        <w:rPr>
          <w:rFonts w:ascii="Times New Roman" w:hAnsi="Times New Roman" w:cs="Times New Roman"/>
          <w:bCs/>
          <w:sz w:val="24"/>
          <w:szCs w:val="24"/>
        </w:rPr>
        <w:t>C</w:t>
      </w:r>
      <w:r w:rsidRPr="00360D38">
        <w:rPr>
          <w:rFonts w:ascii="Times New Roman" w:hAnsi="Times New Roman" w:cs="Times New Roman"/>
          <w:bCs/>
          <w:sz w:val="24"/>
          <w:szCs w:val="24"/>
          <w:lang w:val="vi-VN"/>
        </w:rPr>
        <w:t xml:space="preserve">ó </w:t>
      </w:r>
      <w:r w:rsidRPr="00360D38">
        <w:rPr>
          <w:rFonts w:ascii="Times New Roman" w:hAnsi="Times New Roman" w:cs="Times New Roman"/>
          <w:bCs/>
          <w:sz w:val="24"/>
          <w:szCs w:val="24"/>
        </w:rPr>
        <w:t>4</w:t>
      </w:r>
      <w:r w:rsidRPr="00360D38">
        <w:rPr>
          <w:rFonts w:ascii="Times New Roman" w:hAnsi="Times New Roman" w:cs="Times New Roman"/>
          <w:bCs/>
          <w:sz w:val="24"/>
          <w:szCs w:val="24"/>
          <w:lang w:val="vi-VN"/>
        </w:rPr>
        <w:t xml:space="preserve"> chữ số </w:t>
      </w:r>
      <w:r w:rsidRPr="00360D38">
        <w:rPr>
          <w:rFonts w:ascii="Times New Roman" w:hAnsi="Times New Roman" w:cs="Times New Roman"/>
          <w:bCs/>
          <w:sz w:val="24"/>
          <w:szCs w:val="24"/>
        </w:rPr>
        <w:t>đôi một khác nhau.</w:t>
      </w:r>
    </w:p>
    <w:p w14:paraId="41EC262A" w14:textId="77777777" w:rsidR="007C5B20" w:rsidRPr="00360D38" w:rsidRDefault="007C5B20" w:rsidP="007C5B20">
      <w:pPr>
        <w:tabs>
          <w:tab w:val="left" w:pos="283"/>
          <w:tab w:val="left" w:pos="2835"/>
          <w:tab w:val="left" w:pos="5386"/>
          <w:tab w:val="left" w:pos="7937"/>
        </w:tabs>
        <w:jc w:val="both"/>
        <w:rPr>
          <w:rFonts w:ascii="Times New Roman" w:hAnsi="Times New Roman" w:cs="Times New Roman"/>
          <w:b/>
          <w:bCs/>
          <w:sz w:val="24"/>
          <w:szCs w:val="24"/>
        </w:rPr>
      </w:pPr>
      <w:r w:rsidRPr="00360D38">
        <w:rPr>
          <w:rFonts w:ascii="Times New Roman" w:hAnsi="Times New Roman" w:cs="Times New Roman"/>
          <w:b/>
          <w:bCs/>
          <w:sz w:val="24"/>
          <w:szCs w:val="24"/>
          <w:lang w:val="vi-VN"/>
        </w:rPr>
        <w:tab/>
        <w:t xml:space="preserve">b) </w:t>
      </w:r>
      <w:r w:rsidRPr="00360D38">
        <w:rPr>
          <w:rFonts w:ascii="Times New Roman" w:hAnsi="Times New Roman" w:cs="Times New Roman"/>
          <w:sz w:val="24"/>
          <w:szCs w:val="24"/>
        </w:rPr>
        <w:t>C</w:t>
      </w:r>
      <w:r w:rsidRPr="00360D38">
        <w:rPr>
          <w:rFonts w:ascii="Times New Roman" w:hAnsi="Times New Roman" w:cs="Times New Roman"/>
          <w:sz w:val="24"/>
          <w:szCs w:val="24"/>
          <w:lang w:val="vi-VN"/>
        </w:rPr>
        <w:t xml:space="preserve">ó </w:t>
      </w:r>
      <w:r w:rsidRPr="00360D38">
        <w:rPr>
          <w:rFonts w:ascii="Times New Roman" w:hAnsi="Times New Roman" w:cs="Times New Roman"/>
          <w:sz w:val="24"/>
          <w:szCs w:val="24"/>
        </w:rPr>
        <w:t>5</w:t>
      </w:r>
      <w:r w:rsidRPr="00360D38">
        <w:rPr>
          <w:rFonts w:ascii="Times New Roman" w:hAnsi="Times New Roman" w:cs="Times New Roman"/>
          <w:sz w:val="24"/>
          <w:szCs w:val="24"/>
          <w:lang w:val="vi-VN"/>
        </w:rPr>
        <w:t xml:space="preserve"> chữ số đôi một khác nhau </w:t>
      </w:r>
      <w:r w:rsidRPr="00360D38">
        <w:rPr>
          <w:rFonts w:ascii="Times New Roman" w:hAnsi="Times New Roman" w:cs="Times New Roman"/>
          <w:sz w:val="24"/>
          <w:szCs w:val="24"/>
        </w:rPr>
        <w:t>sao cho chữ số hàng chục không bé hơn 6.</w:t>
      </w:r>
    </w:p>
    <w:p w14:paraId="1B80E430" w14:textId="77777777" w:rsidR="007C5B20" w:rsidRPr="00360D38" w:rsidRDefault="007C5B20" w:rsidP="007C5B20">
      <w:pPr>
        <w:tabs>
          <w:tab w:val="left" w:pos="992"/>
        </w:tabs>
        <w:spacing w:after="0" w:line="360" w:lineRule="auto"/>
        <w:ind w:left="992" w:hanging="992"/>
        <w:jc w:val="both"/>
        <w:rPr>
          <w:rFonts w:ascii="Times New Roman" w:hAnsi="Times New Roman" w:cs="Times New Roman"/>
          <w:b/>
          <w:sz w:val="24"/>
          <w:szCs w:val="24"/>
          <w:lang w:val="vi-VN"/>
        </w:rPr>
      </w:pPr>
      <w:r w:rsidRPr="00360D38">
        <w:rPr>
          <w:rFonts w:ascii="Times New Roman" w:eastAsia="Calibri" w:hAnsi="Times New Roman" w:cs="Times New Roman"/>
          <w:b/>
          <w:sz w:val="24"/>
          <w:szCs w:val="24"/>
          <w:lang w:val="vi-VN"/>
        </w:rPr>
        <w:t xml:space="preserve">Câu 2. </w:t>
      </w:r>
      <w:r w:rsidRPr="00360D38">
        <w:rPr>
          <w:rFonts w:ascii="Times New Roman" w:hAnsi="Times New Roman" w:cs="Times New Roman"/>
          <w:b/>
          <w:sz w:val="24"/>
          <w:szCs w:val="24"/>
          <w:lang w:val="vi-VN"/>
        </w:rPr>
        <w:t xml:space="preserve">(1.0 điểm) </w:t>
      </w:r>
    </w:p>
    <w:p w14:paraId="3ABED17E" w14:textId="77777777" w:rsidR="007C5B20" w:rsidRPr="00360D38" w:rsidRDefault="007C5B20" w:rsidP="007C5B20">
      <w:pPr>
        <w:tabs>
          <w:tab w:val="left" w:pos="1276"/>
        </w:tabs>
        <w:spacing w:after="0" w:line="360" w:lineRule="auto"/>
        <w:ind w:left="142"/>
        <w:rPr>
          <w:rFonts w:ascii="Times New Roman" w:eastAsia="Calibri" w:hAnsi="Times New Roman" w:cs="Times New Roman"/>
          <w:sz w:val="24"/>
          <w:szCs w:val="24"/>
        </w:rPr>
      </w:pPr>
      <w:r w:rsidRPr="00360D38">
        <w:rPr>
          <w:rFonts w:ascii="Times New Roman" w:hAnsi="Times New Roman" w:cs="Times New Roman"/>
          <w:bCs/>
          <w:sz w:val="24"/>
          <w:szCs w:val="24"/>
        </w:rPr>
        <w:t xml:space="preserve">Lớp 12A8 có 35 học sinh trong đó có 12 học sinh nam, còn lại là nữ </w:t>
      </w:r>
      <w:r w:rsidRPr="00360D38">
        <w:rPr>
          <w:rFonts w:ascii="Times New Roman" w:hAnsi="Times New Roman" w:cs="Times New Roman"/>
          <w:bCs/>
          <w:sz w:val="24"/>
          <w:szCs w:val="24"/>
          <w:lang w:val="vi-VN"/>
        </w:rPr>
        <w:t>.</w:t>
      </w:r>
      <w:r w:rsidRPr="00360D38">
        <w:rPr>
          <w:rFonts w:ascii="Times New Roman" w:eastAsia="Calibri" w:hAnsi="Times New Roman" w:cs="Times New Roman"/>
          <w:sz w:val="24"/>
          <w:szCs w:val="24"/>
          <w:lang w:val="vi-VN"/>
        </w:rPr>
        <w:t xml:space="preserve"> </w:t>
      </w:r>
      <w:r w:rsidRPr="00360D38">
        <w:rPr>
          <w:rFonts w:ascii="Times New Roman" w:eastAsia="Calibri" w:hAnsi="Times New Roman" w:cs="Times New Roman"/>
          <w:sz w:val="24"/>
          <w:szCs w:val="24"/>
        </w:rPr>
        <w:t>Chọn ngẫu nhiên 5 học sinh.</w:t>
      </w:r>
    </w:p>
    <w:p w14:paraId="45779043" w14:textId="77777777" w:rsidR="007C5B20" w:rsidRPr="00360D38" w:rsidRDefault="007C5B20" w:rsidP="007C5B20">
      <w:pPr>
        <w:ind w:firstLine="142"/>
        <w:rPr>
          <w:rFonts w:ascii="Times New Roman" w:eastAsia="Calibri" w:hAnsi="Times New Roman" w:cs="Times New Roman"/>
          <w:sz w:val="24"/>
          <w:szCs w:val="24"/>
          <w:lang w:val="vi-VN"/>
        </w:rPr>
      </w:pPr>
      <w:r w:rsidRPr="00360D38">
        <w:rPr>
          <w:rFonts w:ascii="Times New Roman" w:eastAsia="Calibri" w:hAnsi="Times New Roman" w:cs="Times New Roman"/>
          <w:b/>
          <w:sz w:val="24"/>
          <w:szCs w:val="24"/>
          <w:lang w:val="vi-VN"/>
        </w:rPr>
        <w:t xml:space="preserve">   a)</w:t>
      </w:r>
      <w:r w:rsidRPr="00360D38">
        <w:rPr>
          <w:rFonts w:ascii="Times New Roman" w:eastAsia="Calibri" w:hAnsi="Times New Roman" w:cs="Times New Roman"/>
          <w:sz w:val="24"/>
          <w:szCs w:val="24"/>
          <w:lang w:val="vi-VN"/>
        </w:rPr>
        <w:t xml:space="preserve"> Tính số phần tử của không gian mẫu. </w:t>
      </w:r>
    </w:p>
    <w:p w14:paraId="16E62ABE" w14:textId="77777777" w:rsidR="007C5B20" w:rsidRPr="00360D38" w:rsidRDefault="007C5B20" w:rsidP="007C5B20">
      <w:pPr>
        <w:ind w:left="360"/>
        <w:rPr>
          <w:rFonts w:ascii="Times New Roman" w:eastAsia="Calibri" w:hAnsi="Times New Roman" w:cs="Times New Roman"/>
          <w:sz w:val="24"/>
          <w:szCs w:val="24"/>
        </w:rPr>
      </w:pPr>
      <w:r w:rsidRPr="00360D38">
        <w:rPr>
          <w:rFonts w:ascii="Times New Roman" w:eastAsia="Calibri" w:hAnsi="Times New Roman" w:cs="Times New Roman"/>
          <w:b/>
          <w:sz w:val="24"/>
          <w:szCs w:val="24"/>
          <w:lang w:val="vi-VN"/>
        </w:rPr>
        <w:t>b)</w:t>
      </w:r>
      <w:r w:rsidRPr="00360D38">
        <w:rPr>
          <w:rFonts w:ascii="Times New Roman" w:eastAsia="Calibri" w:hAnsi="Times New Roman" w:cs="Times New Roman"/>
          <w:sz w:val="24"/>
          <w:szCs w:val="24"/>
          <w:lang w:val="vi-VN"/>
        </w:rPr>
        <w:t xml:space="preserve"> Tính xác suất của biến cố </w:t>
      </w:r>
      <w:r w:rsidRPr="00360D38">
        <w:rPr>
          <w:rFonts w:ascii="Times New Roman" w:eastAsia="Calibri" w:hAnsi="Times New Roman" w:cs="Times New Roman"/>
          <w:bCs/>
          <w:position w:val="-4"/>
          <w:sz w:val="24"/>
          <w:szCs w:val="24"/>
          <w:lang w:val="vi-VN"/>
        </w:rPr>
        <w:object w:dxaOrig="240" w:dyaOrig="260" w14:anchorId="4F4FD58C">
          <v:shape id="_x0000_i1335" type="#_x0000_t75" style="width:11.85pt;height:13.2pt" o:ole="">
            <v:imagedata r:id="rId590" o:title=""/>
          </v:shape>
          <o:OLEObject Type="Embed" ProgID="Equation.DSMT4" ShapeID="_x0000_i1335" DrawAspect="Content" ObjectID="_1806930082" r:id="rId591"/>
        </w:object>
      </w:r>
      <w:r w:rsidRPr="00360D38">
        <w:rPr>
          <w:rFonts w:ascii="Times New Roman" w:eastAsia="Calibri" w:hAnsi="Times New Roman" w:cs="Times New Roman"/>
          <w:bCs/>
          <w:sz w:val="24"/>
          <w:szCs w:val="24"/>
        </w:rPr>
        <w:t>: “ Có cả nam lẫn nữ ”.</w:t>
      </w:r>
    </w:p>
    <w:p w14:paraId="17026AAE" w14:textId="77777777" w:rsidR="007C5B20" w:rsidRPr="00360D38" w:rsidRDefault="007C5B20" w:rsidP="007C5B20">
      <w:pPr>
        <w:rPr>
          <w:rFonts w:ascii="Times New Roman" w:eastAsia="Calibri" w:hAnsi="Times New Roman" w:cs="Times New Roman"/>
          <w:b/>
          <w:sz w:val="24"/>
          <w:szCs w:val="24"/>
          <w:lang w:val="vi-VN"/>
        </w:rPr>
      </w:pPr>
      <w:r w:rsidRPr="00360D38">
        <w:rPr>
          <w:rFonts w:ascii="Times New Roman" w:eastAsia="Calibri" w:hAnsi="Times New Roman" w:cs="Times New Roman"/>
          <w:b/>
          <w:sz w:val="24"/>
          <w:szCs w:val="24"/>
          <w:lang w:val="vi-VN"/>
        </w:rPr>
        <w:t xml:space="preserve">Câu 3. </w:t>
      </w:r>
      <w:r w:rsidRPr="00360D38">
        <w:rPr>
          <w:rFonts w:ascii="Times New Roman" w:hAnsi="Times New Roman" w:cs="Times New Roman"/>
          <w:b/>
          <w:sz w:val="24"/>
          <w:szCs w:val="24"/>
          <w:lang w:val="vi-VN"/>
        </w:rPr>
        <w:t>(1.0 điểm)</w:t>
      </w:r>
    </w:p>
    <w:p w14:paraId="52C35CC4" w14:textId="77777777" w:rsidR="007C5B20" w:rsidRPr="00360D38" w:rsidRDefault="007C5B20" w:rsidP="007C5B20">
      <w:pPr>
        <w:rPr>
          <w:rFonts w:ascii="Times New Roman" w:hAnsi="Times New Roman" w:cs="Times New Roman"/>
          <w:bCs/>
          <w:sz w:val="24"/>
          <w:szCs w:val="24"/>
          <w:lang w:val="vi-VN"/>
        </w:rPr>
      </w:pPr>
      <w:r w:rsidRPr="00360D38">
        <w:rPr>
          <w:rFonts w:ascii="Times New Roman" w:hAnsi="Times New Roman" w:cs="Times New Roman"/>
          <w:bCs/>
          <w:sz w:val="24"/>
          <w:szCs w:val="24"/>
          <w:lang w:val="vi-VN"/>
        </w:rPr>
        <w:t xml:space="preserve"> Trong mặt phẳng tọa độ Oxy, cho phương trình đường tròn </w:t>
      </w:r>
      <w:r w:rsidRPr="00360D38">
        <w:rPr>
          <w:rFonts w:ascii="Times New Roman" w:eastAsia="Times New Roman" w:hAnsi="Times New Roman" w:cs="Times New Roman"/>
          <w:position w:val="-14"/>
          <w:sz w:val="24"/>
          <w:szCs w:val="24"/>
        </w:rPr>
        <w:object w:dxaOrig="3080" w:dyaOrig="400" w14:anchorId="44C029C9">
          <v:shape id="_x0000_i1336" type="#_x0000_t75" style="width:153.55pt;height:20.05pt" o:ole="">
            <v:imagedata r:id="rId592" o:title=""/>
          </v:shape>
          <o:OLEObject Type="Embed" ProgID="Equation.DSMT4" ShapeID="_x0000_i1336" DrawAspect="Content" ObjectID="_1806930083" r:id="rId593"/>
        </w:object>
      </w:r>
    </w:p>
    <w:p w14:paraId="2BCAB6F4" w14:textId="77777777" w:rsidR="007C5B20" w:rsidRPr="00360D38" w:rsidRDefault="007C5B20" w:rsidP="007C5B20">
      <w:pPr>
        <w:ind w:left="360"/>
        <w:rPr>
          <w:rFonts w:ascii="Times New Roman" w:hAnsi="Times New Roman" w:cs="Times New Roman"/>
          <w:bCs/>
          <w:sz w:val="24"/>
          <w:szCs w:val="24"/>
          <w:lang w:val="vi-VN"/>
        </w:rPr>
      </w:pPr>
      <w:r w:rsidRPr="00360D38">
        <w:rPr>
          <w:rFonts w:ascii="Times New Roman" w:eastAsia="Calibri" w:hAnsi="Times New Roman" w:cs="Times New Roman"/>
          <w:b/>
          <w:sz w:val="24"/>
          <w:szCs w:val="24"/>
          <w:lang w:val="vi-VN"/>
        </w:rPr>
        <w:lastRenderedPageBreak/>
        <w:t>a)</w:t>
      </w:r>
      <w:r w:rsidRPr="00360D38">
        <w:rPr>
          <w:rFonts w:ascii="Times New Roman" w:eastAsia="Calibri" w:hAnsi="Times New Roman" w:cs="Times New Roman"/>
          <w:bCs/>
          <w:sz w:val="24"/>
          <w:szCs w:val="24"/>
          <w:lang w:val="vi-VN"/>
        </w:rPr>
        <w:t xml:space="preserve"> Xác định tâm</w:t>
      </w:r>
      <w:r w:rsidRPr="00360D38">
        <w:rPr>
          <w:rFonts w:ascii="Times New Roman" w:eastAsia="Calibri" w:hAnsi="Times New Roman" w:cs="Times New Roman"/>
          <w:bCs/>
          <w:sz w:val="24"/>
          <w:szCs w:val="24"/>
        </w:rPr>
        <w:t xml:space="preserve"> và </w:t>
      </w:r>
      <w:r w:rsidRPr="00360D38">
        <w:rPr>
          <w:rFonts w:ascii="Times New Roman" w:eastAsia="Calibri" w:hAnsi="Times New Roman" w:cs="Times New Roman"/>
          <w:bCs/>
          <w:sz w:val="24"/>
          <w:szCs w:val="24"/>
          <w:lang w:val="vi-VN"/>
        </w:rPr>
        <w:t xml:space="preserve">bán kính của đường tròn </w:t>
      </w:r>
      <w:r w:rsidRPr="00360D38">
        <w:rPr>
          <w:rFonts w:ascii="Times New Roman" w:eastAsia="Calibri" w:hAnsi="Times New Roman" w:cs="Times New Roman"/>
          <w:bCs/>
          <w:position w:val="-14"/>
          <w:sz w:val="24"/>
          <w:szCs w:val="24"/>
          <w:lang w:val="vi-VN"/>
        </w:rPr>
        <w:object w:dxaOrig="420" w:dyaOrig="400" w14:anchorId="1B0FDA44">
          <v:shape id="_x0000_i1337" type="#_x0000_t75" style="width:20.95pt;height:20.5pt" o:ole="">
            <v:imagedata r:id="rId171" o:title=""/>
          </v:shape>
          <o:OLEObject Type="Embed" ProgID="Equation.DSMT4" ShapeID="_x0000_i1337" DrawAspect="Content" ObjectID="_1806930084" r:id="rId594"/>
        </w:object>
      </w:r>
      <w:r w:rsidRPr="00360D38">
        <w:rPr>
          <w:rFonts w:ascii="Times New Roman" w:eastAsia="Calibri" w:hAnsi="Times New Roman" w:cs="Times New Roman"/>
          <w:bCs/>
          <w:sz w:val="24"/>
          <w:szCs w:val="24"/>
          <w:lang w:val="vi-VN"/>
        </w:rPr>
        <w:t>.</w:t>
      </w:r>
    </w:p>
    <w:p w14:paraId="1AD969C3" w14:textId="77777777" w:rsidR="007C5B20" w:rsidRPr="00360D38" w:rsidRDefault="007C5B20" w:rsidP="007C5B20">
      <w:pPr>
        <w:ind w:left="360"/>
        <w:rPr>
          <w:rFonts w:ascii="Times New Roman" w:hAnsi="Times New Roman" w:cs="Times New Roman"/>
          <w:bCs/>
          <w:sz w:val="24"/>
          <w:szCs w:val="24"/>
        </w:rPr>
      </w:pPr>
      <w:r w:rsidRPr="00360D38">
        <w:rPr>
          <w:rFonts w:ascii="Times New Roman" w:hAnsi="Times New Roman" w:cs="Times New Roman"/>
          <w:b/>
          <w:sz w:val="24"/>
          <w:szCs w:val="24"/>
          <w:lang w:val="vi-VN"/>
        </w:rPr>
        <w:t>b)</w:t>
      </w:r>
      <w:r w:rsidRPr="00360D38">
        <w:rPr>
          <w:rFonts w:ascii="Times New Roman" w:hAnsi="Times New Roman" w:cs="Times New Roman"/>
          <w:bCs/>
          <w:sz w:val="24"/>
          <w:szCs w:val="24"/>
          <w:lang w:val="vi-VN"/>
        </w:rPr>
        <w:t xml:space="preserve"> Viết phương trình tiếp tuyến </w:t>
      </w:r>
      <w:r w:rsidRPr="00360D38">
        <w:rPr>
          <w:rFonts w:ascii="Times New Roman" w:hAnsi="Times New Roman" w:cs="Times New Roman"/>
          <w:bCs/>
          <w:position w:val="-4"/>
          <w:sz w:val="24"/>
          <w:szCs w:val="24"/>
          <w:lang w:val="vi-VN"/>
        </w:rPr>
        <w:object w:dxaOrig="220" w:dyaOrig="260" w14:anchorId="4A3518CD">
          <v:shape id="_x0000_i1338" type="#_x0000_t75" style="width:11.4pt;height:12.3pt" o:ole="">
            <v:imagedata r:id="rId173" o:title=""/>
          </v:shape>
          <o:OLEObject Type="Embed" ProgID="Equation.DSMT4" ShapeID="_x0000_i1338" DrawAspect="Content" ObjectID="_1806930085" r:id="rId595"/>
        </w:object>
      </w:r>
      <w:r w:rsidRPr="00360D38">
        <w:rPr>
          <w:rFonts w:ascii="Times New Roman" w:hAnsi="Times New Roman" w:cs="Times New Roman"/>
          <w:bCs/>
          <w:sz w:val="24"/>
          <w:szCs w:val="24"/>
          <w:lang w:val="vi-VN"/>
        </w:rPr>
        <w:t xml:space="preserve"> của đường tròn </w:t>
      </w:r>
      <w:r w:rsidRPr="00360D38">
        <w:rPr>
          <w:rFonts w:ascii="Times New Roman" w:eastAsia="Calibri" w:hAnsi="Times New Roman" w:cs="Times New Roman"/>
          <w:bCs/>
          <w:position w:val="-14"/>
          <w:sz w:val="24"/>
          <w:szCs w:val="24"/>
          <w:lang w:val="vi-VN"/>
        </w:rPr>
        <w:object w:dxaOrig="420" w:dyaOrig="400" w14:anchorId="72054FDB">
          <v:shape id="_x0000_i1339" type="#_x0000_t75" style="width:20.95pt;height:20.5pt" o:ole="">
            <v:imagedata r:id="rId171" o:title=""/>
          </v:shape>
          <o:OLEObject Type="Embed" ProgID="Equation.DSMT4" ShapeID="_x0000_i1339" DrawAspect="Content" ObjectID="_1806930086" r:id="rId596"/>
        </w:object>
      </w:r>
      <w:r w:rsidRPr="00360D38">
        <w:rPr>
          <w:rFonts w:ascii="Times New Roman" w:eastAsia="Calibri" w:hAnsi="Times New Roman" w:cs="Times New Roman"/>
          <w:bCs/>
          <w:sz w:val="24"/>
          <w:szCs w:val="24"/>
          <w:lang w:val="vi-VN"/>
        </w:rPr>
        <w:t xml:space="preserve"> tại </w:t>
      </w:r>
      <w:r w:rsidRPr="00360D38">
        <w:rPr>
          <w:rFonts w:ascii="Times New Roman" w:eastAsia="Calibri" w:hAnsi="Times New Roman" w:cs="Times New Roman"/>
          <w:bCs/>
          <w:sz w:val="24"/>
          <w:szCs w:val="24"/>
        </w:rPr>
        <w:t xml:space="preserve">điểm </w:t>
      </w:r>
      <w:r w:rsidRPr="00360D38">
        <w:rPr>
          <w:rFonts w:ascii="Times New Roman" w:hAnsi="Times New Roman" w:cs="Times New Roman"/>
          <w:bCs/>
          <w:position w:val="-14"/>
          <w:sz w:val="24"/>
          <w:szCs w:val="24"/>
          <w:lang w:val="vi-VN"/>
        </w:rPr>
        <w:object w:dxaOrig="1040" w:dyaOrig="400" w14:anchorId="50D5672A">
          <v:shape id="_x0000_i1340" type="#_x0000_t75" style="width:53.3pt;height:20.05pt" o:ole="">
            <v:imagedata r:id="rId597" o:title=""/>
          </v:shape>
          <o:OLEObject Type="Embed" ProgID="Equation.DSMT4" ShapeID="_x0000_i1340" DrawAspect="Content" ObjectID="_1806930087" r:id="rId598"/>
        </w:object>
      </w:r>
      <w:r w:rsidRPr="00360D38">
        <w:rPr>
          <w:rFonts w:ascii="Times New Roman" w:hAnsi="Times New Roman" w:cs="Times New Roman"/>
          <w:bCs/>
          <w:sz w:val="24"/>
          <w:szCs w:val="24"/>
        </w:rPr>
        <w:t>.</w:t>
      </w:r>
    </w:p>
    <w:p w14:paraId="21BB1D62" w14:textId="77777777" w:rsidR="007C5B20" w:rsidRPr="00360D38" w:rsidRDefault="007C5B20" w:rsidP="007C5B20">
      <w:pPr>
        <w:spacing w:after="0" w:line="240" w:lineRule="auto"/>
        <w:ind w:left="25"/>
        <w:jc w:val="center"/>
        <w:rPr>
          <w:rFonts w:ascii="Times New Roman" w:hAnsi="Times New Roman" w:cs="Times New Roman"/>
          <w:b/>
          <w:bCs/>
          <w:sz w:val="24"/>
          <w:szCs w:val="24"/>
        </w:rPr>
      </w:pPr>
      <w:r w:rsidRPr="00360D38">
        <w:rPr>
          <w:rFonts w:ascii="Times New Roman" w:hAnsi="Times New Roman" w:cs="Times New Roman"/>
          <w:b/>
          <w:bCs/>
          <w:sz w:val="24"/>
          <w:szCs w:val="24"/>
        </w:rPr>
        <w:t>-----HẾT-----</w:t>
      </w:r>
    </w:p>
    <w:p w14:paraId="2262ED47" w14:textId="77777777" w:rsidR="007C5B20" w:rsidRPr="00360D38" w:rsidRDefault="007C5B20" w:rsidP="007C5B20">
      <w:pPr>
        <w:spacing w:after="0" w:line="240" w:lineRule="auto"/>
        <w:ind w:left="25"/>
        <w:jc w:val="center"/>
        <w:rPr>
          <w:rFonts w:ascii="Times New Roman" w:hAnsi="Times New Roman" w:cs="Times New Roman"/>
          <w:sz w:val="24"/>
          <w:szCs w:val="24"/>
        </w:rPr>
      </w:pPr>
    </w:p>
    <w:p w14:paraId="48358ADE" w14:textId="77777777" w:rsidR="007C5B20" w:rsidRPr="00360D38" w:rsidRDefault="007C5B20" w:rsidP="007C5B20">
      <w:pPr>
        <w:spacing w:after="0" w:line="240" w:lineRule="auto"/>
        <w:ind w:left="25"/>
        <w:jc w:val="center"/>
        <w:rPr>
          <w:rFonts w:ascii="Times New Roman" w:hAnsi="Times New Roman" w:cs="Times New Roman"/>
          <w:sz w:val="24"/>
          <w:szCs w:val="24"/>
        </w:rPr>
      </w:pPr>
    </w:p>
    <w:p w14:paraId="06A07B43" w14:textId="34A7E9D8" w:rsidR="00AC038F" w:rsidRPr="00360D38" w:rsidRDefault="00AC038F" w:rsidP="000C3196">
      <w:pPr>
        <w:pStyle w:val="Heading2"/>
        <w:spacing w:line="360" w:lineRule="auto"/>
        <w:rPr>
          <w:rFonts w:ascii="Times New Roman" w:hAnsi="Times New Roman" w:cs="Times New Roman"/>
          <w:color w:val="auto"/>
          <w:sz w:val="24"/>
          <w:szCs w:val="24"/>
        </w:rPr>
      </w:pPr>
    </w:p>
    <w:sectPr w:rsidR="00AC038F" w:rsidRPr="00360D38" w:rsidSect="00F76E1D">
      <w:pgSz w:w="11906" w:h="16838" w:code="9"/>
      <w:pgMar w:top="425" w:right="567" w:bottom="180" w:left="85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5250D7"/>
    <w:multiLevelType w:val="hybridMultilevel"/>
    <w:tmpl w:val="D5BE8A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4D1D20"/>
    <w:multiLevelType w:val="hybridMultilevel"/>
    <w:tmpl w:val="C200F0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BA48F0"/>
    <w:multiLevelType w:val="hybridMultilevel"/>
    <w:tmpl w:val="93D60D54"/>
    <w:lvl w:ilvl="0" w:tplc="A266BB32">
      <w:start w:val="1"/>
      <w:numFmt w:val="decimal"/>
      <w:lvlRestart w:val="0"/>
      <w:lvlText w:val="Câu %1:"/>
      <w:lvlJc w:val="left"/>
      <w:pPr>
        <w:ind w:left="1560"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676F5"/>
    <w:multiLevelType w:val="hybridMultilevel"/>
    <w:tmpl w:val="41AA839A"/>
    <w:lvl w:ilvl="0" w:tplc="FAAAF3B6">
      <w:start w:val="1"/>
      <w:numFmt w:val="lowerLetter"/>
      <w:lvlText w:val="%1)"/>
      <w:lvlJc w:val="left"/>
      <w:pPr>
        <w:ind w:left="385" w:hanging="360"/>
      </w:pPr>
      <w:rPr>
        <w:rFonts w:hint="default"/>
      </w:rPr>
    </w:lvl>
    <w:lvl w:ilvl="1" w:tplc="04090019" w:tentative="1">
      <w:start w:val="1"/>
      <w:numFmt w:val="lowerLetter"/>
      <w:lvlText w:val="%2."/>
      <w:lvlJc w:val="left"/>
      <w:pPr>
        <w:ind w:left="1105" w:hanging="360"/>
      </w:pPr>
    </w:lvl>
    <w:lvl w:ilvl="2" w:tplc="0409001B" w:tentative="1">
      <w:start w:val="1"/>
      <w:numFmt w:val="lowerRoman"/>
      <w:lvlText w:val="%3."/>
      <w:lvlJc w:val="right"/>
      <w:pPr>
        <w:ind w:left="1825" w:hanging="180"/>
      </w:pPr>
    </w:lvl>
    <w:lvl w:ilvl="3" w:tplc="0409000F" w:tentative="1">
      <w:start w:val="1"/>
      <w:numFmt w:val="decimal"/>
      <w:lvlText w:val="%4."/>
      <w:lvlJc w:val="left"/>
      <w:pPr>
        <w:ind w:left="2545" w:hanging="360"/>
      </w:pPr>
    </w:lvl>
    <w:lvl w:ilvl="4" w:tplc="04090019" w:tentative="1">
      <w:start w:val="1"/>
      <w:numFmt w:val="lowerLetter"/>
      <w:lvlText w:val="%5."/>
      <w:lvlJc w:val="left"/>
      <w:pPr>
        <w:ind w:left="3265" w:hanging="360"/>
      </w:pPr>
    </w:lvl>
    <w:lvl w:ilvl="5" w:tplc="0409001B" w:tentative="1">
      <w:start w:val="1"/>
      <w:numFmt w:val="lowerRoman"/>
      <w:lvlText w:val="%6."/>
      <w:lvlJc w:val="right"/>
      <w:pPr>
        <w:ind w:left="3985" w:hanging="180"/>
      </w:pPr>
    </w:lvl>
    <w:lvl w:ilvl="6" w:tplc="0409000F" w:tentative="1">
      <w:start w:val="1"/>
      <w:numFmt w:val="decimal"/>
      <w:lvlText w:val="%7."/>
      <w:lvlJc w:val="left"/>
      <w:pPr>
        <w:ind w:left="4705" w:hanging="360"/>
      </w:pPr>
    </w:lvl>
    <w:lvl w:ilvl="7" w:tplc="04090019" w:tentative="1">
      <w:start w:val="1"/>
      <w:numFmt w:val="lowerLetter"/>
      <w:lvlText w:val="%8."/>
      <w:lvlJc w:val="left"/>
      <w:pPr>
        <w:ind w:left="5425" w:hanging="360"/>
      </w:pPr>
    </w:lvl>
    <w:lvl w:ilvl="8" w:tplc="0409001B" w:tentative="1">
      <w:start w:val="1"/>
      <w:numFmt w:val="lowerRoman"/>
      <w:lvlText w:val="%9."/>
      <w:lvlJc w:val="right"/>
      <w:pPr>
        <w:ind w:left="6145" w:hanging="180"/>
      </w:pPr>
    </w:lvl>
  </w:abstractNum>
  <w:abstractNum w:abstractNumId="13" w15:restartNumberingAfterBreak="0">
    <w:nsid w:val="3B417CA7"/>
    <w:multiLevelType w:val="hybridMultilevel"/>
    <w:tmpl w:val="AAC02262"/>
    <w:lvl w:ilvl="0" w:tplc="B1C0991E">
      <w:start w:val="1"/>
      <w:numFmt w:val="bullet"/>
      <w:lvlText w:val="-"/>
      <w:lvlJc w:val="left"/>
      <w:pPr>
        <w:ind w:left="385" w:hanging="360"/>
      </w:pPr>
      <w:rPr>
        <w:rFonts w:ascii="Times New Roman" w:eastAsiaTheme="minorEastAsia" w:hAnsi="Times New Roman" w:cs="Times New Roman" w:hint="default"/>
      </w:rPr>
    </w:lvl>
    <w:lvl w:ilvl="1" w:tplc="04090003" w:tentative="1">
      <w:start w:val="1"/>
      <w:numFmt w:val="bullet"/>
      <w:lvlText w:val="o"/>
      <w:lvlJc w:val="left"/>
      <w:pPr>
        <w:ind w:left="1105" w:hanging="360"/>
      </w:pPr>
      <w:rPr>
        <w:rFonts w:ascii="Courier New" w:hAnsi="Courier New" w:cs="Courier New" w:hint="default"/>
      </w:rPr>
    </w:lvl>
    <w:lvl w:ilvl="2" w:tplc="04090005" w:tentative="1">
      <w:start w:val="1"/>
      <w:numFmt w:val="bullet"/>
      <w:lvlText w:val=""/>
      <w:lvlJc w:val="left"/>
      <w:pPr>
        <w:ind w:left="1825" w:hanging="360"/>
      </w:pPr>
      <w:rPr>
        <w:rFonts w:ascii="Wingdings" w:hAnsi="Wingdings" w:hint="default"/>
      </w:rPr>
    </w:lvl>
    <w:lvl w:ilvl="3" w:tplc="04090001" w:tentative="1">
      <w:start w:val="1"/>
      <w:numFmt w:val="bullet"/>
      <w:lvlText w:val=""/>
      <w:lvlJc w:val="left"/>
      <w:pPr>
        <w:ind w:left="2545" w:hanging="360"/>
      </w:pPr>
      <w:rPr>
        <w:rFonts w:ascii="Symbol" w:hAnsi="Symbol" w:hint="default"/>
      </w:rPr>
    </w:lvl>
    <w:lvl w:ilvl="4" w:tplc="04090003" w:tentative="1">
      <w:start w:val="1"/>
      <w:numFmt w:val="bullet"/>
      <w:lvlText w:val="o"/>
      <w:lvlJc w:val="left"/>
      <w:pPr>
        <w:ind w:left="3265" w:hanging="360"/>
      </w:pPr>
      <w:rPr>
        <w:rFonts w:ascii="Courier New" w:hAnsi="Courier New" w:cs="Courier New" w:hint="default"/>
      </w:rPr>
    </w:lvl>
    <w:lvl w:ilvl="5" w:tplc="04090005" w:tentative="1">
      <w:start w:val="1"/>
      <w:numFmt w:val="bullet"/>
      <w:lvlText w:val=""/>
      <w:lvlJc w:val="left"/>
      <w:pPr>
        <w:ind w:left="3985" w:hanging="360"/>
      </w:pPr>
      <w:rPr>
        <w:rFonts w:ascii="Wingdings" w:hAnsi="Wingdings" w:hint="default"/>
      </w:rPr>
    </w:lvl>
    <w:lvl w:ilvl="6" w:tplc="04090001" w:tentative="1">
      <w:start w:val="1"/>
      <w:numFmt w:val="bullet"/>
      <w:lvlText w:val=""/>
      <w:lvlJc w:val="left"/>
      <w:pPr>
        <w:ind w:left="4705" w:hanging="360"/>
      </w:pPr>
      <w:rPr>
        <w:rFonts w:ascii="Symbol" w:hAnsi="Symbol" w:hint="default"/>
      </w:rPr>
    </w:lvl>
    <w:lvl w:ilvl="7" w:tplc="04090003" w:tentative="1">
      <w:start w:val="1"/>
      <w:numFmt w:val="bullet"/>
      <w:lvlText w:val="o"/>
      <w:lvlJc w:val="left"/>
      <w:pPr>
        <w:ind w:left="5425" w:hanging="360"/>
      </w:pPr>
      <w:rPr>
        <w:rFonts w:ascii="Courier New" w:hAnsi="Courier New" w:cs="Courier New" w:hint="default"/>
      </w:rPr>
    </w:lvl>
    <w:lvl w:ilvl="8" w:tplc="04090005" w:tentative="1">
      <w:start w:val="1"/>
      <w:numFmt w:val="bullet"/>
      <w:lvlText w:val=""/>
      <w:lvlJc w:val="left"/>
      <w:pPr>
        <w:ind w:left="6145" w:hanging="360"/>
      </w:pPr>
      <w:rPr>
        <w:rFonts w:ascii="Wingdings" w:hAnsi="Wingdings" w:hint="default"/>
      </w:rPr>
    </w:lvl>
  </w:abstractNum>
  <w:abstractNum w:abstractNumId="14" w15:restartNumberingAfterBreak="0">
    <w:nsid w:val="506905FD"/>
    <w:multiLevelType w:val="hybridMultilevel"/>
    <w:tmpl w:val="6B5AE734"/>
    <w:lvl w:ilvl="0" w:tplc="972E3F72">
      <w:start w:val="1"/>
      <w:numFmt w:val="upperLetter"/>
      <w:lvlText w:val="%1."/>
      <w:lvlJc w:val="left"/>
      <w:pPr>
        <w:ind w:left="1964" w:hanging="972"/>
      </w:pPr>
      <w:rPr>
        <w:rFonts w:hint="default"/>
        <w:b/>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5" w15:restartNumberingAfterBreak="0">
    <w:nsid w:val="675A280C"/>
    <w:multiLevelType w:val="hybridMultilevel"/>
    <w:tmpl w:val="44C0F486"/>
    <w:lvl w:ilvl="0" w:tplc="0DA6020E">
      <w:start w:val="1"/>
      <w:numFmt w:val="upperLetter"/>
      <w:lvlText w:val="%1."/>
      <w:lvlJc w:val="left"/>
      <w:pPr>
        <w:ind w:left="1352" w:hanging="360"/>
      </w:pPr>
      <w:rPr>
        <w:rFonts w:hint="default"/>
        <w:b/>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6" w15:restartNumberingAfterBreak="0">
    <w:nsid w:val="6C3C0FF4"/>
    <w:multiLevelType w:val="hybridMultilevel"/>
    <w:tmpl w:val="14127CDC"/>
    <w:lvl w:ilvl="0" w:tplc="884C3D82">
      <w:start w:val="1"/>
      <w:numFmt w:val="lowerLetter"/>
      <w:lvlText w:val="%1)"/>
      <w:lvlJc w:val="left"/>
      <w:pPr>
        <w:ind w:left="1081" w:hanging="360"/>
      </w:pPr>
      <w:rPr>
        <w:rFonts w:hint="default"/>
        <w:b/>
        <w:color w:val="FF0000"/>
        <w:u w:val="single"/>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7" w15:restartNumberingAfterBreak="0">
    <w:nsid w:val="77055168"/>
    <w:multiLevelType w:val="hybridMultilevel"/>
    <w:tmpl w:val="4E0A23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9097154">
    <w:abstractNumId w:val="8"/>
  </w:num>
  <w:num w:numId="2" w16cid:durableId="83571362">
    <w:abstractNumId w:val="6"/>
  </w:num>
  <w:num w:numId="3" w16cid:durableId="1793017684">
    <w:abstractNumId w:val="5"/>
  </w:num>
  <w:num w:numId="4" w16cid:durableId="845244977">
    <w:abstractNumId w:val="4"/>
  </w:num>
  <w:num w:numId="5" w16cid:durableId="253709538">
    <w:abstractNumId w:val="7"/>
  </w:num>
  <w:num w:numId="6" w16cid:durableId="1461532992">
    <w:abstractNumId w:val="3"/>
  </w:num>
  <w:num w:numId="7" w16cid:durableId="1194229290">
    <w:abstractNumId w:val="2"/>
  </w:num>
  <w:num w:numId="8" w16cid:durableId="1866794163">
    <w:abstractNumId w:val="1"/>
  </w:num>
  <w:num w:numId="9" w16cid:durableId="334039886">
    <w:abstractNumId w:val="0"/>
  </w:num>
  <w:num w:numId="10" w16cid:durableId="1074356218">
    <w:abstractNumId w:val="16"/>
  </w:num>
  <w:num w:numId="11" w16cid:durableId="1983774767">
    <w:abstractNumId w:val="12"/>
  </w:num>
  <w:num w:numId="12" w16cid:durableId="275988139">
    <w:abstractNumId w:val="17"/>
  </w:num>
  <w:num w:numId="13" w16cid:durableId="1590040581">
    <w:abstractNumId w:val="13"/>
  </w:num>
  <w:num w:numId="14" w16cid:durableId="197478546">
    <w:abstractNumId w:val="14"/>
  </w:num>
  <w:num w:numId="15" w16cid:durableId="498540436">
    <w:abstractNumId w:val="15"/>
  </w:num>
  <w:num w:numId="16" w16cid:durableId="1495486365">
    <w:abstractNumId w:val="10"/>
  </w:num>
  <w:num w:numId="17" w16cid:durableId="996347921">
    <w:abstractNumId w:val="9"/>
  </w:num>
  <w:num w:numId="18" w16cid:durableId="749548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12EA"/>
    <w:rsid w:val="00034616"/>
    <w:rsid w:val="0006063C"/>
    <w:rsid w:val="00071CE6"/>
    <w:rsid w:val="000A45AC"/>
    <w:rsid w:val="000C3196"/>
    <w:rsid w:val="000F60F9"/>
    <w:rsid w:val="0011586E"/>
    <w:rsid w:val="00124352"/>
    <w:rsid w:val="00132697"/>
    <w:rsid w:val="0015074B"/>
    <w:rsid w:val="00175BC4"/>
    <w:rsid w:val="00180C79"/>
    <w:rsid w:val="001A4AF9"/>
    <w:rsid w:val="001A560E"/>
    <w:rsid w:val="001C5078"/>
    <w:rsid w:val="001D5E6B"/>
    <w:rsid w:val="001D602A"/>
    <w:rsid w:val="001E7822"/>
    <w:rsid w:val="001E7ECD"/>
    <w:rsid w:val="001F7670"/>
    <w:rsid w:val="002053E5"/>
    <w:rsid w:val="002161A5"/>
    <w:rsid w:val="002476B3"/>
    <w:rsid w:val="00254031"/>
    <w:rsid w:val="00274832"/>
    <w:rsid w:val="0029639D"/>
    <w:rsid w:val="002A0F12"/>
    <w:rsid w:val="002C21F0"/>
    <w:rsid w:val="003012C3"/>
    <w:rsid w:val="003057BA"/>
    <w:rsid w:val="00310720"/>
    <w:rsid w:val="00326F90"/>
    <w:rsid w:val="00360D38"/>
    <w:rsid w:val="00364A75"/>
    <w:rsid w:val="003720B5"/>
    <w:rsid w:val="0038178F"/>
    <w:rsid w:val="003900D8"/>
    <w:rsid w:val="00397892"/>
    <w:rsid w:val="003C6F20"/>
    <w:rsid w:val="003F7493"/>
    <w:rsid w:val="003F7512"/>
    <w:rsid w:val="004171AC"/>
    <w:rsid w:val="004465FB"/>
    <w:rsid w:val="00452EDF"/>
    <w:rsid w:val="00470276"/>
    <w:rsid w:val="00470AC7"/>
    <w:rsid w:val="00492DE2"/>
    <w:rsid w:val="004A7CD3"/>
    <w:rsid w:val="004B1F63"/>
    <w:rsid w:val="004B4177"/>
    <w:rsid w:val="004B55B4"/>
    <w:rsid w:val="004E3EDD"/>
    <w:rsid w:val="00501E5E"/>
    <w:rsid w:val="00502504"/>
    <w:rsid w:val="00622D13"/>
    <w:rsid w:val="00626694"/>
    <w:rsid w:val="00664E37"/>
    <w:rsid w:val="00686F6B"/>
    <w:rsid w:val="00687F08"/>
    <w:rsid w:val="00702258"/>
    <w:rsid w:val="00704D29"/>
    <w:rsid w:val="00733007"/>
    <w:rsid w:val="007433A9"/>
    <w:rsid w:val="007465B2"/>
    <w:rsid w:val="007C5B20"/>
    <w:rsid w:val="007D0951"/>
    <w:rsid w:val="0081280F"/>
    <w:rsid w:val="00835823"/>
    <w:rsid w:val="00841154"/>
    <w:rsid w:val="00863133"/>
    <w:rsid w:val="00894F0A"/>
    <w:rsid w:val="008A4374"/>
    <w:rsid w:val="008A6D9B"/>
    <w:rsid w:val="008B111A"/>
    <w:rsid w:val="008B7EEF"/>
    <w:rsid w:val="008C0C00"/>
    <w:rsid w:val="00945637"/>
    <w:rsid w:val="0095281B"/>
    <w:rsid w:val="0096288A"/>
    <w:rsid w:val="00975D90"/>
    <w:rsid w:val="00977702"/>
    <w:rsid w:val="009A53E9"/>
    <w:rsid w:val="009A7BC5"/>
    <w:rsid w:val="009B1F54"/>
    <w:rsid w:val="009D1333"/>
    <w:rsid w:val="00A227D8"/>
    <w:rsid w:val="00A46956"/>
    <w:rsid w:val="00A71B3B"/>
    <w:rsid w:val="00AA1D8D"/>
    <w:rsid w:val="00AC038F"/>
    <w:rsid w:val="00AC5F56"/>
    <w:rsid w:val="00AF0DCD"/>
    <w:rsid w:val="00B05E77"/>
    <w:rsid w:val="00B0646F"/>
    <w:rsid w:val="00B47730"/>
    <w:rsid w:val="00B50903"/>
    <w:rsid w:val="00B573A2"/>
    <w:rsid w:val="00BB03D4"/>
    <w:rsid w:val="00BF504B"/>
    <w:rsid w:val="00C02F9B"/>
    <w:rsid w:val="00C101CC"/>
    <w:rsid w:val="00C20B79"/>
    <w:rsid w:val="00C6341B"/>
    <w:rsid w:val="00C67C23"/>
    <w:rsid w:val="00C8197B"/>
    <w:rsid w:val="00C85B37"/>
    <w:rsid w:val="00C86E24"/>
    <w:rsid w:val="00CB0664"/>
    <w:rsid w:val="00CB6BF1"/>
    <w:rsid w:val="00CD562B"/>
    <w:rsid w:val="00CE564A"/>
    <w:rsid w:val="00D3456D"/>
    <w:rsid w:val="00D7042F"/>
    <w:rsid w:val="00D917CA"/>
    <w:rsid w:val="00E16098"/>
    <w:rsid w:val="00E6356A"/>
    <w:rsid w:val="00E81BF9"/>
    <w:rsid w:val="00E9586F"/>
    <w:rsid w:val="00EC2DD0"/>
    <w:rsid w:val="00EF01CE"/>
    <w:rsid w:val="00F15B52"/>
    <w:rsid w:val="00F35C12"/>
    <w:rsid w:val="00F40A40"/>
    <w:rsid w:val="00F76E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6F0C5"/>
  <w14:defaultImageDpi w14:val="330"/>
  <w15:docId w15:val="{F77D7A07-7F4E-4A88-8ED4-7F00941FC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List Paragraph_FS,Câu dẫn,List Paragraph1"/>
    <w:basedOn w:val="Normal"/>
    <w:link w:val="ListParagraphChar"/>
    <w:uiPriority w:val="34"/>
    <w:qFormat/>
    <w:rsid w:val="00FC693F"/>
    <w:pPr>
      <w:ind w:left="720"/>
      <w:contextualSpacing/>
    </w:pPr>
  </w:style>
  <w:style w:type="paragraph" w:styleId="BodyText">
    <w:name w:val="Body Text"/>
    <w:basedOn w:val="Normal"/>
    <w:link w:val="BodyTextChar"/>
    <w:unhideWhenUsed/>
    <w:qFormat/>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basedOn w:val="BodyText"/>
    <w:qFormat/>
    <w:rsid w:val="00C20B79"/>
    <w:pPr>
      <w:spacing w:before="36" w:after="36" w:line="240" w:lineRule="auto"/>
    </w:pPr>
    <w:rPr>
      <w:rFonts w:eastAsiaTheme="minorHAnsi"/>
      <w:sz w:val="24"/>
      <w:szCs w:val="24"/>
    </w:rPr>
  </w:style>
  <w:style w:type="table" w:customStyle="1" w:styleId="Table">
    <w:name w:val="Table"/>
    <w:semiHidden/>
    <w:unhideWhenUsed/>
    <w:qFormat/>
    <w:rsid w:val="00C20B79"/>
    <w:pPr>
      <w:spacing w:line="240" w:lineRule="auto"/>
    </w:pPr>
    <w:rPr>
      <w:rFonts w:eastAsiaTheme="minorHAns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ListParagraphChar">
    <w:name w:val="List Paragraph Char"/>
    <w:aliases w:val="List Paragraph_FS Char,Câu dẫn Char,List Paragraph1 Char"/>
    <w:link w:val="ListParagraph"/>
    <w:uiPriority w:val="34"/>
    <w:qFormat/>
    <w:locked/>
    <w:rsid w:val="00175BC4"/>
  </w:style>
  <w:style w:type="character" w:customStyle="1" w:styleId="NoSpacingChar">
    <w:name w:val="No Spacing Char"/>
    <w:link w:val="NoSpacing"/>
    <w:uiPriority w:val="1"/>
    <w:rsid w:val="00175BC4"/>
  </w:style>
  <w:style w:type="table" w:customStyle="1" w:styleId="TableGrid2">
    <w:name w:val="Table Grid2"/>
    <w:basedOn w:val="TableNormal"/>
    <w:next w:val="TableGrid"/>
    <w:uiPriority w:val="39"/>
    <w:rsid w:val="007C5B2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29572">
      <w:bodyDiv w:val="1"/>
      <w:marLeft w:val="0"/>
      <w:marRight w:val="0"/>
      <w:marTop w:val="0"/>
      <w:marBottom w:val="0"/>
      <w:divBdr>
        <w:top w:val="none" w:sz="0" w:space="0" w:color="auto"/>
        <w:left w:val="none" w:sz="0" w:space="0" w:color="auto"/>
        <w:bottom w:val="none" w:sz="0" w:space="0" w:color="auto"/>
        <w:right w:val="none" w:sz="0" w:space="0" w:color="auto"/>
      </w:divBdr>
    </w:div>
    <w:div w:id="340133091">
      <w:bodyDiv w:val="1"/>
      <w:marLeft w:val="0"/>
      <w:marRight w:val="0"/>
      <w:marTop w:val="0"/>
      <w:marBottom w:val="0"/>
      <w:divBdr>
        <w:top w:val="none" w:sz="0" w:space="0" w:color="auto"/>
        <w:left w:val="none" w:sz="0" w:space="0" w:color="auto"/>
        <w:bottom w:val="none" w:sz="0" w:space="0" w:color="auto"/>
        <w:right w:val="none" w:sz="0" w:space="0" w:color="auto"/>
      </w:divBdr>
    </w:div>
    <w:div w:id="1932354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6.wmf"/><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oleObject" Target="embeddings/oleObject78.bin"/><Relationship Id="rId324" Type="http://schemas.openxmlformats.org/officeDocument/2006/relationships/image" Target="media/image155.wmf"/><Relationship Id="rId366" Type="http://schemas.openxmlformats.org/officeDocument/2006/relationships/image" Target="media/image174.wmf"/><Relationship Id="rId531" Type="http://schemas.openxmlformats.org/officeDocument/2006/relationships/oleObject" Target="embeddings/oleObject282.bin"/><Relationship Id="rId573" Type="http://schemas.openxmlformats.org/officeDocument/2006/relationships/oleObject" Target="embeddings/oleObject304.bin"/><Relationship Id="rId170" Type="http://schemas.openxmlformats.org/officeDocument/2006/relationships/oleObject" Target="embeddings/oleObject84.bin"/><Relationship Id="rId226" Type="http://schemas.openxmlformats.org/officeDocument/2006/relationships/image" Target="media/image109.wmf"/><Relationship Id="rId433" Type="http://schemas.openxmlformats.org/officeDocument/2006/relationships/oleObject" Target="embeddings/oleObject230.bin"/><Relationship Id="rId268" Type="http://schemas.openxmlformats.org/officeDocument/2006/relationships/image" Target="media/image130.wmf"/><Relationship Id="rId475" Type="http://schemas.openxmlformats.org/officeDocument/2006/relationships/image" Target="media/image219.wmf"/><Relationship Id="rId32" Type="http://schemas.openxmlformats.org/officeDocument/2006/relationships/image" Target="media/image14.wmf"/><Relationship Id="rId74" Type="http://schemas.openxmlformats.org/officeDocument/2006/relationships/oleObject" Target="embeddings/oleObject35.bin"/><Relationship Id="rId128" Type="http://schemas.openxmlformats.org/officeDocument/2006/relationships/oleObject" Target="embeddings/oleObject62.bin"/><Relationship Id="rId335" Type="http://schemas.openxmlformats.org/officeDocument/2006/relationships/oleObject" Target="embeddings/oleObject171.bin"/><Relationship Id="rId377" Type="http://schemas.openxmlformats.org/officeDocument/2006/relationships/oleObject" Target="embeddings/oleObject194.bin"/><Relationship Id="rId500" Type="http://schemas.openxmlformats.org/officeDocument/2006/relationships/image" Target="media/image231.wmf"/><Relationship Id="rId542" Type="http://schemas.openxmlformats.org/officeDocument/2006/relationships/oleObject" Target="embeddings/oleObject288.bin"/><Relationship Id="rId584" Type="http://schemas.openxmlformats.org/officeDocument/2006/relationships/image" Target="media/image272.wmf"/><Relationship Id="rId5" Type="http://schemas.openxmlformats.org/officeDocument/2006/relationships/webSettings" Target="webSettings.xml"/><Relationship Id="rId181" Type="http://schemas.openxmlformats.org/officeDocument/2006/relationships/image" Target="media/image86.wmf"/><Relationship Id="rId237" Type="http://schemas.openxmlformats.org/officeDocument/2006/relationships/oleObject" Target="embeddings/oleObject118.bin"/><Relationship Id="rId402" Type="http://schemas.openxmlformats.org/officeDocument/2006/relationships/oleObject" Target="embeddings/oleObject211.bin"/><Relationship Id="rId279" Type="http://schemas.openxmlformats.org/officeDocument/2006/relationships/oleObject" Target="embeddings/oleObject139.bin"/><Relationship Id="rId444" Type="http://schemas.openxmlformats.org/officeDocument/2006/relationships/image" Target="media/image204.wmf"/><Relationship Id="rId486" Type="http://schemas.openxmlformats.org/officeDocument/2006/relationships/oleObject" Target="embeddings/oleObject257.bin"/><Relationship Id="rId43" Type="http://schemas.openxmlformats.org/officeDocument/2006/relationships/oleObject" Target="embeddings/oleObject19.bin"/><Relationship Id="rId139" Type="http://schemas.openxmlformats.org/officeDocument/2006/relationships/image" Target="media/image67.wmf"/><Relationship Id="rId290" Type="http://schemas.openxmlformats.org/officeDocument/2006/relationships/image" Target="media/image141.wmf"/><Relationship Id="rId304" Type="http://schemas.openxmlformats.org/officeDocument/2006/relationships/oleObject" Target="embeddings/oleObject152.bin"/><Relationship Id="rId346" Type="http://schemas.openxmlformats.org/officeDocument/2006/relationships/image" Target="media/image164.wmf"/><Relationship Id="rId388" Type="http://schemas.openxmlformats.org/officeDocument/2006/relationships/oleObject" Target="embeddings/oleObject200.bin"/><Relationship Id="rId511" Type="http://schemas.openxmlformats.org/officeDocument/2006/relationships/oleObject" Target="embeddings/oleObject270.bin"/><Relationship Id="rId553" Type="http://schemas.openxmlformats.org/officeDocument/2006/relationships/image" Target="media/image255.wmf"/><Relationship Id="rId85" Type="http://schemas.openxmlformats.org/officeDocument/2006/relationships/image" Target="media/image40.wmf"/><Relationship Id="rId150" Type="http://schemas.openxmlformats.org/officeDocument/2006/relationships/image" Target="media/image72.wmf"/><Relationship Id="rId192" Type="http://schemas.openxmlformats.org/officeDocument/2006/relationships/image" Target="media/image92.wmf"/><Relationship Id="rId206" Type="http://schemas.openxmlformats.org/officeDocument/2006/relationships/image" Target="media/image99.wmf"/><Relationship Id="rId413" Type="http://schemas.openxmlformats.org/officeDocument/2006/relationships/image" Target="media/image192.wmf"/><Relationship Id="rId595" Type="http://schemas.openxmlformats.org/officeDocument/2006/relationships/oleObject" Target="embeddings/oleObject314.bin"/><Relationship Id="rId248" Type="http://schemas.openxmlformats.org/officeDocument/2006/relationships/image" Target="media/image120.wmf"/><Relationship Id="rId455" Type="http://schemas.openxmlformats.org/officeDocument/2006/relationships/oleObject" Target="embeddings/oleObject241.bin"/><Relationship Id="rId497" Type="http://schemas.openxmlformats.org/officeDocument/2006/relationships/oleObject" Target="embeddings/oleObject263.bin"/><Relationship Id="rId12" Type="http://schemas.openxmlformats.org/officeDocument/2006/relationships/image" Target="media/image4.wmf"/><Relationship Id="rId108" Type="http://schemas.openxmlformats.org/officeDocument/2006/relationships/oleObject" Target="embeddings/oleObject52.bin"/><Relationship Id="rId315" Type="http://schemas.openxmlformats.org/officeDocument/2006/relationships/oleObject" Target="embeddings/oleObject158.bin"/><Relationship Id="rId357" Type="http://schemas.openxmlformats.org/officeDocument/2006/relationships/oleObject" Target="embeddings/oleObject183.bin"/><Relationship Id="rId522" Type="http://schemas.openxmlformats.org/officeDocument/2006/relationships/oleObject" Target="embeddings/oleObject276.bin"/><Relationship Id="rId54" Type="http://schemas.openxmlformats.org/officeDocument/2006/relationships/image" Target="media/image25.wmf"/><Relationship Id="rId96" Type="http://schemas.openxmlformats.org/officeDocument/2006/relationships/oleObject" Target="embeddings/oleObject46.bin"/><Relationship Id="rId161" Type="http://schemas.openxmlformats.org/officeDocument/2006/relationships/oleObject" Target="embeddings/oleObject79.bin"/><Relationship Id="rId217" Type="http://schemas.openxmlformats.org/officeDocument/2006/relationships/oleObject" Target="embeddings/oleObject108.bin"/><Relationship Id="rId399" Type="http://schemas.openxmlformats.org/officeDocument/2006/relationships/image" Target="media/image186.wmf"/><Relationship Id="rId564" Type="http://schemas.openxmlformats.org/officeDocument/2006/relationships/image" Target="media/image260.wmf"/><Relationship Id="rId259" Type="http://schemas.openxmlformats.org/officeDocument/2006/relationships/oleObject" Target="embeddings/oleObject129.bin"/><Relationship Id="rId424" Type="http://schemas.openxmlformats.org/officeDocument/2006/relationships/oleObject" Target="embeddings/oleObject224.bin"/><Relationship Id="rId466" Type="http://schemas.openxmlformats.org/officeDocument/2006/relationships/image" Target="media/image215.wmf"/><Relationship Id="rId23" Type="http://schemas.openxmlformats.org/officeDocument/2006/relationships/oleObject" Target="embeddings/oleObject9.bin"/><Relationship Id="rId119" Type="http://schemas.openxmlformats.org/officeDocument/2006/relationships/image" Target="media/image57.wmf"/><Relationship Id="rId270" Type="http://schemas.openxmlformats.org/officeDocument/2006/relationships/image" Target="media/image131.wmf"/><Relationship Id="rId326" Type="http://schemas.openxmlformats.org/officeDocument/2006/relationships/image" Target="media/image156.wmf"/><Relationship Id="rId533" Type="http://schemas.openxmlformats.org/officeDocument/2006/relationships/oleObject" Target="embeddings/oleObject283.bin"/><Relationship Id="rId65" Type="http://schemas.openxmlformats.org/officeDocument/2006/relationships/oleObject" Target="embeddings/oleObject30.bin"/><Relationship Id="rId130" Type="http://schemas.openxmlformats.org/officeDocument/2006/relationships/oleObject" Target="embeddings/oleObject63.bin"/><Relationship Id="rId368" Type="http://schemas.openxmlformats.org/officeDocument/2006/relationships/image" Target="media/image175.wmf"/><Relationship Id="rId575" Type="http://schemas.openxmlformats.org/officeDocument/2006/relationships/oleObject" Target="embeddings/oleObject305.bin"/><Relationship Id="rId172" Type="http://schemas.openxmlformats.org/officeDocument/2006/relationships/oleObject" Target="embeddings/oleObject85.bin"/><Relationship Id="rId228" Type="http://schemas.openxmlformats.org/officeDocument/2006/relationships/image" Target="media/image110.wmf"/><Relationship Id="rId435" Type="http://schemas.openxmlformats.org/officeDocument/2006/relationships/oleObject" Target="embeddings/oleObject231.bin"/><Relationship Id="rId477" Type="http://schemas.openxmlformats.org/officeDocument/2006/relationships/image" Target="media/image220.wmf"/><Relationship Id="rId600" Type="http://schemas.openxmlformats.org/officeDocument/2006/relationships/theme" Target="theme/theme1.xml"/><Relationship Id="rId281" Type="http://schemas.openxmlformats.org/officeDocument/2006/relationships/oleObject" Target="embeddings/oleObject140.bin"/><Relationship Id="rId337" Type="http://schemas.openxmlformats.org/officeDocument/2006/relationships/oleObject" Target="embeddings/oleObject172.bin"/><Relationship Id="rId502" Type="http://schemas.openxmlformats.org/officeDocument/2006/relationships/image" Target="media/image232.wmf"/><Relationship Id="rId34" Type="http://schemas.openxmlformats.org/officeDocument/2006/relationships/image" Target="media/image15.wmf"/><Relationship Id="rId76" Type="http://schemas.openxmlformats.org/officeDocument/2006/relationships/oleObject" Target="embeddings/oleObject36.bin"/><Relationship Id="rId141" Type="http://schemas.openxmlformats.org/officeDocument/2006/relationships/oleObject" Target="embeddings/oleObject69.bin"/><Relationship Id="rId379" Type="http://schemas.openxmlformats.org/officeDocument/2006/relationships/oleObject" Target="embeddings/oleObject195.bin"/><Relationship Id="rId544" Type="http://schemas.openxmlformats.org/officeDocument/2006/relationships/oleObject" Target="embeddings/oleObject289.bin"/><Relationship Id="rId586" Type="http://schemas.openxmlformats.org/officeDocument/2006/relationships/image" Target="media/image273.wmf"/><Relationship Id="rId7" Type="http://schemas.openxmlformats.org/officeDocument/2006/relationships/oleObject" Target="embeddings/oleObject1.bin"/><Relationship Id="rId183" Type="http://schemas.openxmlformats.org/officeDocument/2006/relationships/image" Target="media/image87.wmf"/><Relationship Id="rId239" Type="http://schemas.openxmlformats.org/officeDocument/2006/relationships/oleObject" Target="embeddings/oleObject119.bin"/><Relationship Id="rId390" Type="http://schemas.openxmlformats.org/officeDocument/2006/relationships/oleObject" Target="embeddings/oleObject202.bin"/><Relationship Id="rId404" Type="http://schemas.openxmlformats.org/officeDocument/2006/relationships/oleObject" Target="embeddings/oleObject212.bin"/><Relationship Id="rId446" Type="http://schemas.openxmlformats.org/officeDocument/2006/relationships/image" Target="media/image205.wmf"/><Relationship Id="rId250" Type="http://schemas.openxmlformats.org/officeDocument/2006/relationships/image" Target="media/image121.wmf"/><Relationship Id="rId292" Type="http://schemas.openxmlformats.org/officeDocument/2006/relationships/image" Target="media/image142.png"/><Relationship Id="rId306" Type="http://schemas.openxmlformats.org/officeDocument/2006/relationships/oleObject" Target="embeddings/oleObject153.bin"/><Relationship Id="rId488" Type="http://schemas.openxmlformats.org/officeDocument/2006/relationships/oleObject" Target="embeddings/oleObject258.bin"/><Relationship Id="rId45" Type="http://schemas.openxmlformats.org/officeDocument/2006/relationships/oleObject" Target="embeddings/oleObject20.bin"/><Relationship Id="rId87" Type="http://schemas.openxmlformats.org/officeDocument/2006/relationships/image" Target="media/image41.wmf"/><Relationship Id="rId110" Type="http://schemas.openxmlformats.org/officeDocument/2006/relationships/oleObject" Target="embeddings/oleObject53.bin"/><Relationship Id="rId348" Type="http://schemas.openxmlformats.org/officeDocument/2006/relationships/image" Target="media/image165.wmf"/><Relationship Id="rId513" Type="http://schemas.openxmlformats.org/officeDocument/2006/relationships/oleObject" Target="embeddings/oleObject271.bin"/><Relationship Id="rId555" Type="http://schemas.openxmlformats.org/officeDocument/2006/relationships/image" Target="media/image256.wmf"/><Relationship Id="rId597" Type="http://schemas.openxmlformats.org/officeDocument/2006/relationships/image" Target="media/image277.wmf"/><Relationship Id="rId152" Type="http://schemas.openxmlformats.org/officeDocument/2006/relationships/image" Target="media/image73.wmf"/><Relationship Id="rId194" Type="http://schemas.openxmlformats.org/officeDocument/2006/relationships/image" Target="media/image93.wmf"/><Relationship Id="rId208" Type="http://schemas.openxmlformats.org/officeDocument/2006/relationships/image" Target="media/image100.wmf"/><Relationship Id="rId415" Type="http://schemas.openxmlformats.org/officeDocument/2006/relationships/image" Target="media/image193.wmf"/><Relationship Id="rId457" Type="http://schemas.openxmlformats.org/officeDocument/2006/relationships/oleObject" Target="embeddings/oleObject242.bin"/><Relationship Id="rId261" Type="http://schemas.openxmlformats.org/officeDocument/2006/relationships/oleObject" Target="embeddings/oleObject130.bin"/><Relationship Id="rId499" Type="http://schemas.openxmlformats.org/officeDocument/2006/relationships/oleObject" Target="embeddings/oleObject264.bin"/><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image" Target="media/image153.wmf"/><Relationship Id="rId359" Type="http://schemas.openxmlformats.org/officeDocument/2006/relationships/oleObject" Target="embeddings/oleObject184.bin"/><Relationship Id="rId524" Type="http://schemas.openxmlformats.org/officeDocument/2006/relationships/oleObject" Target="embeddings/oleObject278.bin"/><Relationship Id="rId566" Type="http://schemas.openxmlformats.org/officeDocument/2006/relationships/image" Target="media/image261.wmf"/><Relationship Id="rId98" Type="http://schemas.openxmlformats.org/officeDocument/2006/relationships/oleObject" Target="embeddings/oleObject47.bin"/><Relationship Id="rId121" Type="http://schemas.openxmlformats.org/officeDocument/2006/relationships/image" Target="media/image58.wmf"/><Relationship Id="rId163" Type="http://schemas.openxmlformats.org/officeDocument/2006/relationships/oleObject" Target="embeddings/oleObject80.bin"/><Relationship Id="rId219" Type="http://schemas.openxmlformats.org/officeDocument/2006/relationships/oleObject" Target="embeddings/oleObject109.bin"/><Relationship Id="rId370" Type="http://schemas.openxmlformats.org/officeDocument/2006/relationships/oleObject" Target="embeddings/oleObject190.bin"/><Relationship Id="rId426" Type="http://schemas.openxmlformats.org/officeDocument/2006/relationships/oleObject" Target="embeddings/oleObject226.bin"/><Relationship Id="rId230" Type="http://schemas.openxmlformats.org/officeDocument/2006/relationships/image" Target="media/image111.wmf"/><Relationship Id="rId468" Type="http://schemas.openxmlformats.org/officeDocument/2006/relationships/oleObject" Target="embeddings/oleObject248.bin"/><Relationship Id="rId25" Type="http://schemas.openxmlformats.org/officeDocument/2006/relationships/oleObject" Target="embeddings/oleObject10.bin"/><Relationship Id="rId67" Type="http://schemas.openxmlformats.org/officeDocument/2006/relationships/oleObject" Target="embeddings/oleObject31.bin"/><Relationship Id="rId272" Type="http://schemas.openxmlformats.org/officeDocument/2006/relationships/image" Target="media/image132.wmf"/><Relationship Id="rId328" Type="http://schemas.openxmlformats.org/officeDocument/2006/relationships/oleObject" Target="embeddings/oleObject167.bin"/><Relationship Id="rId535" Type="http://schemas.openxmlformats.org/officeDocument/2006/relationships/oleObject" Target="embeddings/oleObject284.bin"/><Relationship Id="rId577" Type="http://schemas.openxmlformats.org/officeDocument/2006/relationships/image" Target="media/image267.wmf"/><Relationship Id="rId132" Type="http://schemas.openxmlformats.org/officeDocument/2006/relationships/oleObject" Target="embeddings/oleObject64.bin"/><Relationship Id="rId174" Type="http://schemas.openxmlformats.org/officeDocument/2006/relationships/oleObject" Target="embeddings/oleObject86.bin"/><Relationship Id="rId381" Type="http://schemas.openxmlformats.org/officeDocument/2006/relationships/oleObject" Target="embeddings/oleObject196.bin"/><Relationship Id="rId241" Type="http://schemas.openxmlformats.org/officeDocument/2006/relationships/oleObject" Target="embeddings/oleObject120.bin"/><Relationship Id="rId437" Type="http://schemas.openxmlformats.org/officeDocument/2006/relationships/oleObject" Target="embeddings/oleObject232.bin"/><Relationship Id="rId479" Type="http://schemas.openxmlformats.org/officeDocument/2006/relationships/image" Target="media/image221.wmf"/><Relationship Id="rId36" Type="http://schemas.openxmlformats.org/officeDocument/2006/relationships/image" Target="media/image16.wmf"/><Relationship Id="rId283" Type="http://schemas.openxmlformats.org/officeDocument/2006/relationships/oleObject" Target="embeddings/oleObject141.bin"/><Relationship Id="rId339" Type="http://schemas.openxmlformats.org/officeDocument/2006/relationships/image" Target="media/image161.wmf"/><Relationship Id="rId490" Type="http://schemas.openxmlformats.org/officeDocument/2006/relationships/image" Target="media/image226.wmf"/><Relationship Id="rId504" Type="http://schemas.openxmlformats.org/officeDocument/2006/relationships/image" Target="media/image233.wmf"/><Relationship Id="rId546" Type="http://schemas.openxmlformats.org/officeDocument/2006/relationships/oleObject" Target="embeddings/oleObject290.bin"/><Relationship Id="rId78" Type="http://schemas.openxmlformats.org/officeDocument/2006/relationships/oleObject" Target="embeddings/oleObject37.bin"/><Relationship Id="rId101" Type="http://schemas.openxmlformats.org/officeDocument/2006/relationships/image" Target="media/image48.wmf"/><Relationship Id="rId143" Type="http://schemas.openxmlformats.org/officeDocument/2006/relationships/oleObject" Target="embeddings/oleObject70.bin"/><Relationship Id="rId185" Type="http://schemas.openxmlformats.org/officeDocument/2006/relationships/image" Target="media/image88.wmf"/><Relationship Id="rId350" Type="http://schemas.openxmlformats.org/officeDocument/2006/relationships/image" Target="media/image166.wmf"/><Relationship Id="rId406" Type="http://schemas.openxmlformats.org/officeDocument/2006/relationships/oleObject" Target="embeddings/oleObject213.bin"/><Relationship Id="rId588" Type="http://schemas.openxmlformats.org/officeDocument/2006/relationships/image" Target="media/image274.wmf"/><Relationship Id="rId9" Type="http://schemas.openxmlformats.org/officeDocument/2006/relationships/oleObject" Target="embeddings/oleObject2.bin"/><Relationship Id="rId210" Type="http://schemas.openxmlformats.org/officeDocument/2006/relationships/image" Target="media/image101.wmf"/><Relationship Id="rId392" Type="http://schemas.openxmlformats.org/officeDocument/2006/relationships/oleObject" Target="embeddings/oleObject204.bin"/><Relationship Id="rId448" Type="http://schemas.openxmlformats.org/officeDocument/2006/relationships/image" Target="media/image206.wmf"/><Relationship Id="rId252" Type="http://schemas.openxmlformats.org/officeDocument/2006/relationships/image" Target="media/image122.wmf"/><Relationship Id="rId294" Type="http://schemas.openxmlformats.org/officeDocument/2006/relationships/oleObject" Target="embeddings/oleObject146.bin"/><Relationship Id="rId308" Type="http://schemas.openxmlformats.org/officeDocument/2006/relationships/oleObject" Target="embeddings/oleObject154.bin"/><Relationship Id="rId515" Type="http://schemas.openxmlformats.org/officeDocument/2006/relationships/oleObject" Target="embeddings/oleObject272.bin"/><Relationship Id="rId47" Type="http://schemas.openxmlformats.org/officeDocument/2006/relationships/oleObject" Target="embeddings/oleObject21.bin"/><Relationship Id="rId89" Type="http://schemas.openxmlformats.org/officeDocument/2006/relationships/image" Target="media/image42.wmf"/><Relationship Id="rId112" Type="http://schemas.openxmlformats.org/officeDocument/2006/relationships/oleObject" Target="embeddings/oleObject54.bin"/><Relationship Id="rId154" Type="http://schemas.openxmlformats.org/officeDocument/2006/relationships/image" Target="media/image74.wmf"/><Relationship Id="rId361" Type="http://schemas.openxmlformats.org/officeDocument/2006/relationships/oleObject" Target="embeddings/oleObject185.bin"/><Relationship Id="rId557" Type="http://schemas.openxmlformats.org/officeDocument/2006/relationships/image" Target="media/image257.wmf"/><Relationship Id="rId599" Type="http://schemas.openxmlformats.org/officeDocument/2006/relationships/fontTable" Target="fontTable.xml"/><Relationship Id="rId196" Type="http://schemas.openxmlformats.org/officeDocument/2006/relationships/image" Target="media/image94.wmf"/><Relationship Id="rId417" Type="http://schemas.openxmlformats.org/officeDocument/2006/relationships/oleObject" Target="embeddings/oleObject219.bin"/><Relationship Id="rId459" Type="http://schemas.openxmlformats.org/officeDocument/2006/relationships/oleObject" Target="embeddings/oleObject243.bin"/><Relationship Id="rId16" Type="http://schemas.openxmlformats.org/officeDocument/2006/relationships/image" Target="media/image6.wmf"/><Relationship Id="rId221" Type="http://schemas.openxmlformats.org/officeDocument/2006/relationships/oleObject" Target="embeddings/oleObject110.bin"/><Relationship Id="rId263" Type="http://schemas.openxmlformats.org/officeDocument/2006/relationships/oleObject" Target="embeddings/oleObject131.bin"/><Relationship Id="rId319" Type="http://schemas.openxmlformats.org/officeDocument/2006/relationships/oleObject" Target="embeddings/oleObject161.bin"/><Relationship Id="rId470" Type="http://schemas.openxmlformats.org/officeDocument/2006/relationships/oleObject" Target="embeddings/oleObject249.bin"/><Relationship Id="rId526" Type="http://schemas.openxmlformats.org/officeDocument/2006/relationships/image" Target="media/image242.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image" Target="media/image37.wmf"/><Relationship Id="rId102" Type="http://schemas.openxmlformats.org/officeDocument/2006/relationships/oleObject" Target="embeddings/oleObject49.bin"/><Relationship Id="rId123" Type="http://schemas.openxmlformats.org/officeDocument/2006/relationships/image" Target="media/image59.wmf"/><Relationship Id="rId144" Type="http://schemas.openxmlformats.org/officeDocument/2006/relationships/image" Target="media/image69.wmf"/><Relationship Id="rId330" Type="http://schemas.openxmlformats.org/officeDocument/2006/relationships/oleObject" Target="embeddings/oleObject168.bin"/><Relationship Id="rId547" Type="http://schemas.openxmlformats.org/officeDocument/2006/relationships/image" Target="media/image252.wmf"/><Relationship Id="rId568" Type="http://schemas.openxmlformats.org/officeDocument/2006/relationships/image" Target="media/image262.wmf"/><Relationship Id="rId589" Type="http://schemas.openxmlformats.org/officeDocument/2006/relationships/oleObject" Target="embeddings/oleObject310.bin"/><Relationship Id="rId90" Type="http://schemas.openxmlformats.org/officeDocument/2006/relationships/oleObject" Target="embeddings/oleObject43.bin"/><Relationship Id="rId165" Type="http://schemas.openxmlformats.org/officeDocument/2006/relationships/oleObject" Target="embeddings/oleObject81.bin"/><Relationship Id="rId186" Type="http://schemas.openxmlformats.org/officeDocument/2006/relationships/oleObject" Target="embeddings/oleObject93.bin"/><Relationship Id="rId351" Type="http://schemas.openxmlformats.org/officeDocument/2006/relationships/oleObject" Target="embeddings/oleObject180.bin"/><Relationship Id="rId372" Type="http://schemas.openxmlformats.org/officeDocument/2006/relationships/image" Target="media/image176.wmf"/><Relationship Id="rId393" Type="http://schemas.openxmlformats.org/officeDocument/2006/relationships/image" Target="media/image184.wmf"/><Relationship Id="rId407" Type="http://schemas.openxmlformats.org/officeDocument/2006/relationships/image" Target="media/image189.wmf"/><Relationship Id="rId428" Type="http://schemas.openxmlformats.org/officeDocument/2006/relationships/image" Target="media/image196.wmf"/><Relationship Id="rId449" Type="http://schemas.openxmlformats.org/officeDocument/2006/relationships/oleObject" Target="embeddings/oleObject238.bin"/><Relationship Id="rId211" Type="http://schemas.openxmlformats.org/officeDocument/2006/relationships/oleObject" Target="embeddings/oleObject105.bin"/><Relationship Id="rId232" Type="http://schemas.openxmlformats.org/officeDocument/2006/relationships/image" Target="media/image112.wmf"/><Relationship Id="rId253" Type="http://schemas.openxmlformats.org/officeDocument/2006/relationships/oleObject" Target="embeddings/oleObject126.bin"/><Relationship Id="rId274" Type="http://schemas.openxmlformats.org/officeDocument/2006/relationships/image" Target="media/image133.wmf"/><Relationship Id="rId295" Type="http://schemas.openxmlformats.org/officeDocument/2006/relationships/image" Target="media/image144.wmf"/><Relationship Id="rId309" Type="http://schemas.openxmlformats.org/officeDocument/2006/relationships/image" Target="media/image150.wmf"/><Relationship Id="rId460" Type="http://schemas.openxmlformats.org/officeDocument/2006/relationships/image" Target="media/image212.wmf"/><Relationship Id="rId481" Type="http://schemas.openxmlformats.org/officeDocument/2006/relationships/image" Target="media/image222.wmf"/><Relationship Id="rId516" Type="http://schemas.openxmlformats.org/officeDocument/2006/relationships/oleObject" Target="embeddings/oleObject273.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54.wmf"/><Relationship Id="rId134" Type="http://schemas.openxmlformats.org/officeDocument/2006/relationships/oleObject" Target="embeddings/oleObject65.bin"/><Relationship Id="rId320" Type="http://schemas.openxmlformats.org/officeDocument/2006/relationships/oleObject" Target="embeddings/oleObject162.bin"/><Relationship Id="rId537" Type="http://schemas.openxmlformats.org/officeDocument/2006/relationships/image" Target="media/image247.wmf"/><Relationship Id="rId558" Type="http://schemas.openxmlformats.org/officeDocument/2006/relationships/oleObject" Target="embeddings/oleObject296.bin"/><Relationship Id="rId579" Type="http://schemas.openxmlformats.org/officeDocument/2006/relationships/image" Target="media/image269.wmf"/><Relationship Id="rId80" Type="http://schemas.openxmlformats.org/officeDocument/2006/relationships/oleObject" Target="embeddings/oleObject38.bin"/><Relationship Id="rId155" Type="http://schemas.openxmlformats.org/officeDocument/2006/relationships/oleObject" Target="embeddings/oleObject76.bin"/><Relationship Id="rId176" Type="http://schemas.openxmlformats.org/officeDocument/2006/relationships/oleObject" Target="embeddings/oleObject88.bin"/><Relationship Id="rId197" Type="http://schemas.openxmlformats.org/officeDocument/2006/relationships/oleObject" Target="embeddings/oleObject98.bin"/><Relationship Id="rId341" Type="http://schemas.openxmlformats.org/officeDocument/2006/relationships/oleObject" Target="embeddings/oleObject175.bin"/><Relationship Id="rId362" Type="http://schemas.openxmlformats.org/officeDocument/2006/relationships/image" Target="media/image172.wmf"/><Relationship Id="rId383" Type="http://schemas.openxmlformats.org/officeDocument/2006/relationships/image" Target="media/image181.wmf"/><Relationship Id="rId418" Type="http://schemas.openxmlformats.org/officeDocument/2006/relationships/oleObject" Target="embeddings/oleObject220.bin"/><Relationship Id="rId439" Type="http://schemas.openxmlformats.org/officeDocument/2006/relationships/oleObject" Target="embeddings/oleObject233.bin"/><Relationship Id="rId590" Type="http://schemas.openxmlformats.org/officeDocument/2006/relationships/image" Target="media/image275.wmf"/><Relationship Id="rId201" Type="http://schemas.openxmlformats.org/officeDocument/2006/relationships/oleObject" Target="embeddings/oleObject100.bin"/><Relationship Id="rId222" Type="http://schemas.openxmlformats.org/officeDocument/2006/relationships/image" Target="media/image107.wmf"/><Relationship Id="rId243" Type="http://schemas.openxmlformats.org/officeDocument/2006/relationships/oleObject" Target="embeddings/oleObject121.bin"/><Relationship Id="rId264" Type="http://schemas.openxmlformats.org/officeDocument/2006/relationships/image" Target="media/image128.wmf"/><Relationship Id="rId285" Type="http://schemas.openxmlformats.org/officeDocument/2006/relationships/oleObject" Target="embeddings/oleObject142.bin"/><Relationship Id="rId450" Type="http://schemas.openxmlformats.org/officeDocument/2006/relationships/image" Target="media/image207.wmf"/><Relationship Id="rId471" Type="http://schemas.openxmlformats.org/officeDocument/2006/relationships/image" Target="media/image217.wmf"/><Relationship Id="rId506" Type="http://schemas.openxmlformats.org/officeDocument/2006/relationships/image" Target="media/image234.wmf"/><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49.wmf"/><Relationship Id="rId124" Type="http://schemas.openxmlformats.org/officeDocument/2006/relationships/oleObject" Target="embeddings/oleObject60.bin"/><Relationship Id="rId310" Type="http://schemas.openxmlformats.org/officeDocument/2006/relationships/oleObject" Target="embeddings/oleObject155.bin"/><Relationship Id="rId492" Type="http://schemas.openxmlformats.org/officeDocument/2006/relationships/image" Target="media/image227.wmf"/><Relationship Id="rId527" Type="http://schemas.openxmlformats.org/officeDocument/2006/relationships/oleObject" Target="embeddings/oleObject280.bin"/><Relationship Id="rId548" Type="http://schemas.openxmlformats.org/officeDocument/2006/relationships/oleObject" Target="embeddings/oleObject291.bin"/><Relationship Id="rId569" Type="http://schemas.openxmlformats.org/officeDocument/2006/relationships/oleObject" Target="embeddings/oleObject302.bin"/><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oleObject" Target="embeddings/oleObject71.bin"/><Relationship Id="rId166" Type="http://schemas.openxmlformats.org/officeDocument/2006/relationships/image" Target="media/image80.wmf"/><Relationship Id="rId187" Type="http://schemas.openxmlformats.org/officeDocument/2006/relationships/image" Target="media/image89.png"/><Relationship Id="rId331" Type="http://schemas.openxmlformats.org/officeDocument/2006/relationships/image" Target="media/image158.wmf"/><Relationship Id="rId352" Type="http://schemas.openxmlformats.org/officeDocument/2006/relationships/image" Target="media/image167.wmf"/><Relationship Id="rId373" Type="http://schemas.openxmlformats.org/officeDocument/2006/relationships/oleObject" Target="embeddings/oleObject192.bin"/><Relationship Id="rId394" Type="http://schemas.openxmlformats.org/officeDocument/2006/relationships/oleObject" Target="embeddings/oleObject205.bin"/><Relationship Id="rId408" Type="http://schemas.openxmlformats.org/officeDocument/2006/relationships/oleObject" Target="embeddings/oleObject214.bin"/><Relationship Id="rId429" Type="http://schemas.openxmlformats.org/officeDocument/2006/relationships/oleObject" Target="embeddings/oleObject228.bin"/><Relationship Id="rId580" Type="http://schemas.openxmlformats.org/officeDocument/2006/relationships/image" Target="media/image270.wmf"/><Relationship Id="rId1" Type="http://schemas.openxmlformats.org/officeDocument/2006/relationships/customXml" Target="../customXml/item1.xml"/><Relationship Id="rId212" Type="http://schemas.openxmlformats.org/officeDocument/2006/relationships/image" Target="media/image102.wmf"/><Relationship Id="rId233" Type="http://schemas.openxmlformats.org/officeDocument/2006/relationships/oleObject" Target="embeddings/oleObject116.bin"/><Relationship Id="rId254" Type="http://schemas.openxmlformats.org/officeDocument/2006/relationships/image" Target="media/image123.wmf"/><Relationship Id="rId440" Type="http://schemas.openxmlformats.org/officeDocument/2006/relationships/image" Target="media/image202.wmf"/><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5.bin"/><Relationship Id="rId275" Type="http://schemas.openxmlformats.org/officeDocument/2006/relationships/oleObject" Target="embeddings/oleObject137.bin"/><Relationship Id="rId296" Type="http://schemas.openxmlformats.org/officeDocument/2006/relationships/oleObject" Target="embeddings/oleObject147.bin"/><Relationship Id="rId300" Type="http://schemas.openxmlformats.org/officeDocument/2006/relationships/oleObject" Target="embeddings/oleObject149.bin"/><Relationship Id="rId461" Type="http://schemas.openxmlformats.org/officeDocument/2006/relationships/oleObject" Target="embeddings/oleObject244.bin"/><Relationship Id="rId482" Type="http://schemas.openxmlformats.org/officeDocument/2006/relationships/oleObject" Target="embeddings/oleObject255.bin"/><Relationship Id="rId517" Type="http://schemas.openxmlformats.org/officeDocument/2006/relationships/image" Target="media/image239.wmf"/><Relationship Id="rId538" Type="http://schemas.openxmlformats.org/officeDocument/2006/relationships/oleObject" Target="embeddings/oleObject286.bin"/><Relationship Id="rId559" Type="http://schemas.openxmlformats.org/officeDocument/2006/relationships/image" Target="media/image258.wmf"/><Relationship Id="rId60" Type="http://schemas.openxmlformats.org/officeDocument/2006/relationships/image" Target="media/image28.wmf"/><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5.wmf"/><Relationship Id="rId177" Type="http://schemas.openxmlformats.org/officeDocument/2006/relationships/image" Target="media/image84.wmf"/><Relationship Id="rId198" Type="http://schemas.openxmlformats.org/officeDocument/2006/relationships/image" Target="media/image95.wmf"/><Relationship Id="rId321" Type="http://schemas.openxmlformats.org/officeDocument/2006/relationships/oleObject" Target="embeddings/oleObject163.bin"/><Relationship Id="rId342" Type="http://schemas.openxmlformats.org/officeDocument/2006/relationships/image" Target="media/image162.wmf"/><Relationship Id="rId363" Type="http://schemas.openxmlformats.org/officeDocument/2006/relationships/oleObject" Target="embeddings/oleObject186.bin"/><Relationship Id="rId384" Type="http://schemas.openxmlformats.org/officeDocument/2006/relationships/oleObject" Target="embeddings/oleObject198.bin"/><Relationship Id="rId419" Type="http://schemas.openxmlformats.org/officeDocument/2006/relationships/oleObject" Target="embeddings/oleObject221.bin"/><Relationship Id="rId570" Type="http://schemas.openxmlformats.org/officeDocument/2006/relationships/image" Target="media/image263.wmf"/><Relationship Id="rId591" Type="http://schemas.openxmlformats.org/officeDocument/2006/relationships/oleObject" Target="embeddings/oleObject311.bin"/><Relationship Id="rId202" Type="http://schemas.openxmlformats.org/officeDocument/2006/relationships/image" Target="media/image97.wmf"/><Relationship Id="rId223" Type="http://schemas.openxmlformats.org/officeDocument/2006/relationships/oleObject" Target="embeddings/oleObject111.bin"/><Relationship Id="rId244" Type="http://schemas.openxmlformats.org/officeDocument/2006/relationships/image" Target="media/image118.wmf"/><Relationship Id="rId430" Type="http://schemas.openxmlformats.org/officeDocument/2006/relationships/image" Target="media/image197.wmf"/><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oleObject" Target="embeddings/oleObject132.bin"/><Relationship Id="rId286" Type="http://schemas.openxmlformats.org/officeDocument/2006/relationships/image" Target="media/image139.wmf"/><Relationship Id="rId451" Type="http://schemas.openxmlformats.org/officeDocument/2006/relationships/oleObject" Target="embeddings/oleObject239.bin"/><Relationship Id="rId472" Type="http://schemas.openxmlformats.org/officeDocument/2006/relationships/oleObject" Target="embeddings/oleObject250.bin"/><Relationship Id="rId493" Type="http://schemas.openxmlformats.org/officeDocument/2006/relationships/oleObject" Target="embeddings/oleObject261.bin"/><Relationship Id="rId507" Type="http://schemas.openxmlformats.org/officeDocument/2006/relationships/oleObject" Target="embeddings/oleObject268.bin"/><Relationship Id="rId528" Type="http://schemas.openxmlformats.org/officeDocument/2006/relationships/image" Target="media/image243.wmf"/><Relationship Id="rId549" Type="http://schemas.openxmlformats.org/officeDocument/2006/relationships/image" Target="media/image253.wmf"/><Relationship Id="rId50" Type="http://schemas.openxmlformats.org/officeDocument/2006/relationships/image" Target="media/image23.wmf"/><Relationship Id="rId104" Type="http://schemas.openxmlformats.org/officeDocument/2006/relationships/oleObject" Target="embeddings/oleObject50.bin"/><Relationship Id="rId125" Type="http://schemas.openxmlformats.org/officeDocument/2006/relationships/image" Target="media/image60.wmf"/><Relationship Id="rId146" Type="http://schemas.openxmlformats.org/officeDocument/2006/relationships/image" Target="media/image70.wmf"/><Relationship Id="rId167" Type="http://schemas.openxmlformats.org/officeDocument/2006/relationships/oleObject" Target="embeddings/oleObject82.bin"/><Relationship Id="rId188" Type="http://schemas.openxmlformats.org/officeDocument/2006/relationships/image" Target="media/image90.wmf"/><Relationship Id="rId311" Type="http://schemas.openxmlformats.org/officeDocument/2006/relationships/image" Target="media/image151.wmf"/><Relationship Id="rId332" Type="http://schemas.openxmlformats.org/officeDocument/2006/relationships/oleObject" Target="embeddings/oleObject169.bin"/><Relationship Id="rId353" Type="http://schemas.openxmlformats.org/officeDocument/2006/relationships/oleObject" Target="embeddings/oleObject181.bin"/><Relationship Id="rId374" Type="http://schemas.openxmlformats.org/officeDocument/2006/relationships/image" Target="media/image177.wmf"/><Relationship Id="rId395" Type="http://schemas.openxmlformats.org/officeDocument/2006/relationships/oleObject" Target="embeddings/oleObject206.bin"/><Relationship Id="rId409" Type="http://schemas.openxmlformats.org/officeDocument/2006/relationships/image" Target="media/image190.wmf"/><Relationship Id="rId560" Type="http://schemas.openxmlformats.org/officeDocument/2006/relationships/oleObject" Target="embeddings/oleObject297.bin"/><Relationship Id="rId581" Type="http://schemas.openxmlformats.org/officeDocument/2006/relationships/oleObject" Target="embeddings/oleObject306.bin"/><Relationship Id="rId71" Type="http://schemas.openxmlformats.org/officeDocument/2006/relationships/oleObject" Target="embeddings/oleObject33.bin"/><Relationship Id="rId92" Type="http://schemas.openxmlformats.org/officeDocument/2006/relationships/oleObject" Target="embeddings/oleObject44.bin"/><Relationship Id="rId213" Type="http://schemas.openxmlformats.org/officeDocument/2006/relationships/oleObject" Target="embeddings/oleObject106.bin"/><Relationship Id="rId234" Type="http://schemas.openxmlformats.org/officeDocument/2006/relationships/image" Target="media/image113.wmf"/><Relationship Id="rId420" Type="http://schemas.openxmlformats.org/officeDocument/2006/relationships/oleObject" Target="embeddings/oleObject222.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oleObject" Target="embeddings/oleObject127.bin"/><Relationship Id="rId276" Type="http://schemas.openxmlformats.org/officeDocument/2006/relationships/image" Target="media/image134.wmf"/><Relationship Id="rId297" Type="http://schemas.openxmlformats.org/officeDocument/2006/relationships/image" Target="media/image145.wmf"/><Relationship Id="rId441" Type="http://schemas.openxmlformats.org/officeDocument/2006/relationships/oleObject" Target="embeddings/oleObject234.bin"/><Relationship Id="rId462" Type="http://schemas.openxmlformats.org/officeDocument/2006/relationships/image" Target="media/image213.wmf"/><Relationship Id="rId483" Type="http://schemas.openxmlformats.org/officeDocument/2006/relationships/image" Target="media/image223.wmf"/><Relationship Id="rId518" Type="http://schemas.openxmlformats.org/officeDocument/2006/relationships/oleObject" Target="embeddings/oleObject274.bin"/><Relationship Id="rId539" Type="http://schemas.openxmlformats.org/officeDocument/2006/relationships/image" Target="media/image248.wmf"/><Relationship Id="rId40" Type="http://schemas.openxmlformats.org/officeDocument/2006/relationships/image" Target="media/image18.wmf"/><Relationship Id="rId115" Type="http://schemas.openxmlformats.org/officeDocument/2006/relationships/image" Target="media/image55.wmf"/><Relationship Id="rId136" Type="http://schemas.openxmlformats.org/officeDocument/2006/relationships/oleObject" Target="embeddings/oleObject66.bin"/><Relationship Id="rId157" Type="http://schemas.openxmlformats.org/officeDocument/2006/relationships/oleObject" Target="embeddings/oleObject77.bin"/><Relationship Id="rId178" Type="http://schemas.openxmlformats.org/officeDocument/2006/relationships/oleObject" Target="embeddings/oleObject89.bin"/><Relationship Id="rId301" Type="http://schemas.openxmlformats.org/officeDocument/2006/relationships/oleObject" Target="embeddings/oleObject150.bin"/><Relationship Id="rId322" Type="http://schemas.openxmlformats.org/officeDocument/2006/relationships/image" Target="media/image154.wmf"/><Relationship Id="rId343" Type="http://schemas.openxmlformats.org/officeDocument/2006/relationships/oleObject" Target="embeddings/oleObject176.bin"/><Relationship Id="rId364" Type="http://schemas.openxmlformats.org/officeDocument/2006/relationships/image" Target="media/image173.wmf"/><Relationship Id="rId550" Type="http://schemas.openxmlformats.org/officeDocument/2006/relationships/oleObject" Target="embeddings/oleObject292.bin"/><Relationship Id="rId61" Type="http://schemas.openxmlformats.org/officeDocument/2006/relationships/oleObject" Target="embeddings/oleObject28.bin"/><Relationship Id="rId82" Type="http://schemas.openxmlformats.org/officeDocument/2006/relationships/oleObject" Target="embeddings/oleObject39.bin"/><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image" Target="media/image182.wmf"/><Relationship Id="rId571" Type="http://schemas.openxmlformats.org/officeDocument/2006/relationships/oleObject" Target="embeddings/oleObject303.bin"/><Relationship Id="rId592" Type="http://schemas.openxmlformats.org/officeDocument/2006/relationships/image" Target="media/image276.wmf"/><Relationship Id="rId19" Type="http://schemas.openxmlformats.org/officeDocument/2006/relationships/oleObject" Target="embeddings/oleObject7.bin"/><Relationship Id="rId224" Type="http://schemas.openxmlformats.org/officeDocument/2006/relationships/image" Target="media/image108.wmf"/><Relationship Id="rId245" Type="http://schemas.openxmlformats.org/officeDocument/2006/relationships/oleObject" Target="embeddings/oleObject122.bin"/><Relationship Id="rId266" Type="http://schemas.openxmlformats.org/officeDocument/2006/relationships/image" Target="media/image129.wmf"/><Relationship Id="rId287" Type="http://schemas.openxmlformats.org/officeDocument/2006/relationships/oleObject" Target="embeddings/oleObject143.bin"/><Relationship Id="rId410" Type="http://schemas.openxmlformats.org/officeDocument/2006/relationships/oleObject" Target="embeddings/oleObject215.bin"/><Relationship Id="rId431" Type="http://schemas.openxmlformats.org/officeDocument/2006/relationships/oleObject" Target="embeddings/oleObject229.bin"/><Relationship Id="rId452" Type="http://schemas.openxmlformats.org/officeDocument/2006/relationships/image" Target="media/image208.wmf"/><Relationship Id="rId473" Type="http://schemas.openxmlformats.org/officeDocument/2006/relationships/image" Target="media/image218.wmf"/><Relationship Id="rId494" Type="http://schemas.openxmlformats.org/officeDocument/2006/relationships/image" Target="media/image228.wmf"/><Relationship Id="rId508" Type="http://schemas.openxmlformats.org/officeDocument/2006/relationships/image" Target="media/image235.wmf"/><Relationship Id="rId529" Type="http://schemas.openxmlformats.org/officeDocument/2006/relationships/oleObject" Target="embeddings/oleObject281.bin"/><Relationship Id="rId30" Type="http://schemas.openxmlformats.org/officeDocument/2006/relationships/image" Target="media/image13.wmf"/><Relationship Id="rId105" Type="http://schemas.openxmlformats.org/officeDocument/2006/relationships/image" Target="media/image50.wmf"/><Relationship Id="rId126" Type="http://schemas.openxmlformats.org/officeDocument/2006/relationships/oleObject" Target="embeddings/oleObject61.bin"/><Relationship Id="rId147" Type="http://schemas.openxmlformats.org/officeDocument/2006/relationships/oleObject" Target="embeddings/oleObject72.bin"/><Relationship Id="rId168" Type="http://schemas.openxmlformats.org/officeDocument/2006/relationships/oleObject" Target="embeddings/oleObject83.bin"/><Relationship Id="rId312" Type="http://schemas.openxmlformats.org/officeDocument/2006/relationships/oleObject" Target="embeddings/oleObject156.bin"/><Relationship Id="rId333" Type="http://schemas.openxmlformats.org/officeDocument/2006/relationships/oleObject" Target="embeddings/oleObject170.bin"/><Relationship Id="rId354" Type="http://schemas.openxmlformats.org/officeDocument/2006/relationships/image" Target="media/image168.wmf"/><Relationship Id="rId540" Type="http://schemas.openxmlformats.org/officeDocument/2006/relationships/oleObject" Target="embeddings/oleObject287.bin"/><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image" Target="media/image44.wmf"/><Relationship Id="rId189" Type="http://schemas.openxmlformats.org/officeDocument/2006/relationships/oleObject" Target="embeddings/oleObject94.bin"/><Relationship Id="rId375" Type="http://schemas.openxmlformats.org/officeDocument/2006/relationships/oleObject" Target="embeddings/oleObject193.bin"/><Relationship Id="rId396" Type="http://schemas.openxmlformats.org/officeDocument/2006/relationships/oleObject" Target="embeddings/oleObject207.bin"/><Relationship Id="rId561" Type="http://schemas.openxmlformats.org/officeDocument/2006/relationships/image" Target="media/image259.wmf"/><Relationship Id="rId582" Type="http://schemas.openxmlformats.org/officeDocument/2006/relationships/image" Target="media/image271.wmf"/><Relationship Id="rId3" Type="http://schemas.openxmlformats.org/officeDocument/2006/relationships/styles" Target="styles.xml"/><Relationship Id="rId214" Type="http://schemas.openxmlformats.org/officeDocument/2006/relationships/image" Target="media/image103.wmf"/><Relationship Id="rId235" Type="http://schemas.openxmlformats.org/officeDocument/2006/relationships/oleObject" Target="embeddings/oleObject117.bin"/><Relationship Id="rId256" Type="http://schemas.openxmlformats.org/officeDocument/2006/relationships/image" Target="media/image124.wmf"/><Relationship Id="rId277" Type="http://schemas.openxmlformats.org/officeDocument/2006/relationships/oleObject" Target="embeddings/oleObject138.bin"/><Relationship Id="rId298" Type="http://schemas.openxmlformats.org/officeDocument/2006/relationships/oleObject" Target="embeddings/oleObject148.bin"/><Relationship Id="rId400" Type="http://schemas.openxmlformats.org/officeDocument/2006/relationships/oleObject" Target="embeddings/oleObject209.bin"/><Relationship Id="rId421" Type="http://schemas.openxmlformats.org/officeDocument/2006/relationships/image" Target="media/image194.wmf"/><Relationship Id="rId442" Type="http://schemas.openxmlformats.org/officeDocument/2006/relationships/image" Target="media/image203.wmf"/><Relationship Id="rId463" Type="http://schemas.openxmlformats.org/officeDocument/2006/relationships/oleObject" Target="embeddings/oleObject245.bin"/><Relationship Id="rId484" Type="http://schemas.openxmlformats.org/officeDocument/2006/relationships/oleObject" Target="embeddings/oleObject256.bin"/><Relationship Id="rId519" Type="http://schemas.openxmlformats.org/officeDocument/2006/relationships/image" Target="media/image240.wmf"/><Relationship Id="rId116" Type="http://schemas.openxmlformats.org/officeDocument/2006/relationships/oleObject" Target="embeddings/oleObject56.bin"/><Relationship Id="rId137" Type="http://schemas.openxmlformats.org/officeDocument/2006/relationships/image" Target="media/image66.wmf"/><Relationship Id="rId158" Type="http://schemas.openxmlformats.org/officeDocument/2006/relationships/image" Target="media/image76.wmf"/><Relationship Id="rId302" Type="http://schemas.openxmlformats.org/officeDocument/2006/relationships/oleObject" Target="embeddings/oleObject151.bin"/><Relationship Id="rId323" Type="http://schemas.openxmlformats.org/officeDocument/2006/relationships/oleObject" Target="embeddings/oleObject164.bin"/><Relationship Id="rId344" Type="http://schemas.openxmlformats.org/officeDocument/2006/relationships/image" Target="media/image163.wmf"/><Relationship Id="rId530" Type="http://schemas.openxmlformats.org/officeDocument/2006/relationships/image" Target="media/image244.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image" Target="media/image39.wmf"/><Relationship Id="rId179" Type="http://schemas.openxmlformats.org/officeDocument/2006/relationships/image" Target="media/image85.wmf"/><Relationship Id="rId365" Type="http://schemas.openxmlformats.org/officeDocument/2006/relationships/oleObject" Target="embeddings/oleObject187.bin"/><Relationship Id="rId386" Type="http://schemas.openxmlformats.org/officeDocument/2006/relationships/oleObject" Target="embeddings/oleObject199.bin"/><Relationship Id="rId551" Type="http://schemas.openxmlformats.org/officeDocument/2006/relationships/image" Target="media/image254.wmf"/><Relationship Id="rId572" Type="http://schemas.openxmlformats.org/officeDocument/2006/relationships/image" Target="media/image264.wmf"/><Relationship Id="rId593" Type="http://schemas.openxmlformats.org/officeDocument/2006/relationships/oleObject" Target="embeddings/oleObject312.bin"/><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12.bin"/><Relationship Id="rId246" Type="http://schemas.openxmlformats.org/officeDocument/2006/relationships/image" Target="media/image119.wmf"/><Relationship Id="rId267" Type="http://schemas.openxmlformats.org/officeDocument/2006/relationships/oleObject" Target="embeddings/oleObject133.bin"/><Relationship Id="rId288" Type="http://schemas.openxmlformats.org/officeDocument/2006/relationships/image" Target="media/image140.wmf"/><Relationship Id="rId411" Type="http://schemas.openxmlformats.org/officeDocument/2006/relationships/image" Target="media/image191.png"/><Relationship Id="rId432" Type="http://schemas.openxmlformats.org/officeDocument/2006/relationships/image" Target="media/image198.wmf"/><Relationship Id="rId453" Type="http://schemas.openxmlformats.org/officeDocument/2006/relationships/oleObject" Target="embeddings/oleObject240.bin"/><Relationship Id="rId474" Type="http://schemas.openxmlformats.org/officeDocument/2006/relationships/oleObject" Target="embeddings/oleObject251.bin"/><Relationship Id="rId509" Type="http://schemas.openxmlformats.org/officeDocument/2006/relationships/oleObject" Target="embeddings/oleObject269.bin"/><Relationship Id="rId106" Type="http://schemas.openxmlformats.org/officeDocument/2006/relationships/oleObject" Target="embeddings/oleObject51.bin"/><Relationship Id="rId127" Type="http://schemas.openxmlformats.org/officeDocument/2006/relationships/image" Target="media/image61.wmf"/><Relationship Id="rId313" Type="http://schemas.openxmlformats.org/officeDocument/2006/relationships/image" Target="media/image152.wmf"/><Relationship Id="rId495" Type="http://schemas.openxmlformats.org/officeDocument/2006/relationships/oleObject" Target="embeddings/oleObject262.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oleObject" Target="embeddings/oleObject45.bin"/><Relationship Id="rId148" Type="http://schemas.openxmlformats.org/officeDocument/2006/relationships/image" Target="media/image71.wmf"/><Relationship Id="rId169" Type="http://schemas.openxmlformats.org/officeDocument/2006/relationships/image" Target="media/image81.wmf"/><Relationship Id="rId334" Type="http://schemas.openxmlformats.org/officeDocument/2006/relationships/image" Target="media/image159.wmf"/><Relationship Id="rId355" Type="http://schemas.openxmlformats.org/officeDocument/2006/relationships/oleObject" Target="embeddings/oleObject182.bin"/><Relationship Id="rId376" Type="http://schemas.openxmlformats.org/officeDocument/2006/relationships/image" Target="media/image178.wmf"/><Relationship Id="rId397" Type="http://schemas.openxmlformats.org/officeDocument/2006/relationships/image" Target="media/image185.wmf"/><Relationship Id="rId520" Type="http://schemas.openxmlformats.org/officeDocument/2006/relationships/oleObject" Target="embeddings/oleObject275.bin"/><Relationship Id="rId541" Type="http://schemas.openxmlformats.org/officeDocument/2006/relationships/image" Target="media/image249.wmf"/><Relationship Id="rId562" Type="http://schemas.openxmlformats.org/officeDocument/2006/relationships/oleObject" Target="embeddings/oleObject298.bin"/><Relationship Id="rId583" Type="http://schemas.openxmlformats.org/officeDocument/2006/relationships/oleObject" Target="embeddings/oleObject307.bin"/><Relationship Id="rId4" Type="http://schemas.openxmlformats.org/officeDocument/2006/relationships/settings" Target="settings.xml"/><Relationship Id="rId180" Type="http://schemas.openxmlformats.org/officeDocument/2006/relationships/oleObject" Target="embeddings/oleObject90.bin"/><Relationship Id="rId215" Type="http://schemas.openxmlformats.org/officeDocument/2006/relationships/oleObject" Target="embeddings/oleObject107.bin"/><Relationship Id="rId236" Type="http://schemas.openxmlformats.org/officeDocument/2006/relationships/image" Target="media/image114.wmf"/><Relationship Id="rId257" Type="http://schemas.openxmlformats.org/officeDocument/2006/relationships/oleObject" Target="embeddings/oleObject128.bin"/><Relationship Id="rId278" Type="http://schemas.openxmlformats.org/officeDocument/2006/relationships/image" Target="media/image135.wmf"/><Relationship Id="rId401" Type="http://schemas.openxmlformats.org/officeDocument/2006/relationships/oleObject" Target="embeddings/oleObject210.bin"/><Relationship Id="rId422" Type="http://schemas.openxmlformats.org/officeDocument/2006/relationships/oleObject" Target="embeddings/oleObject223.bin"/><Relationship Id="rId443" Type="http://schemas.openxmlformats.org/officeDocument/2006/relationships/oleObject" Target="embeddings/oleObject235.bin"/><Relationship Id="rId464" Type="http://schemas.openxmlformats.org/officeDocument/2006/relationships/image" Target="media/image214.wmf"/><Relationship Id="rId303" Type="http://schemas.openxmlformats.org/officeDocument/2006/relationships/image" Target="media/image147.wmf"/><Relationship Id="rId485" Type="http://schemas.openxmlformats.org/officeDocument/2006/relationships/image" Target="media/image224.wmf"/><Relationship Id="rId42" Type="http://schemas.openxmlformats.org/officeDocument/2006/relationships/image" Target="media/image19.wmf"/><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oleObject" Target="embeddings/oleObject177.bin"/><Relationship Id="rId387" Type="http://schemas.openxmlformats.org/officeDocument/2006/relationships/image" Target="media/image183.wmf"/><Relationship Id="rId510" Type="http://schemas.openxmlformats.org/officeDocument/2006/relationships/image" Target="media/image236.wmf"/><Relationship Id="rId552" Type="http://schemas.openxmlformats.org/officeDocument/2006/relationships/oleObject" Target="embeddings/oleObject293.bin"/><Relationship Id="rId594" Type="http://schemas.openxmlformats.org/officeDocument/2006/relationships/oleObject" Target="embeddings/oleObject313.bin"/><Relationship Id="rId191" Type="http://schemas.openxmlformats.org/officeDocument/2006/relationships/oleObject" Target="embeddings/oleObject95.bin"/><Relationship Id="rId205" Type="http://schemas.openxmlformats.org/officeDocument/2006/relationships/oleObject" Target="embeddings/oleObject102.bin"/><Relationship Id="rId247" Type="http://schemas.openxmlformats.org/officeDocument/2006/relationships/oleObject" Target="embeddings/oleObject123.bin"/><Relationship Id="rId412" Type="http://schemas.openxmlformats.org/officeDocument/2006/relationships/oleObject" Target="embeddings/oleObject216.bin"/><Relationship Id="rId107" Type="http://schemas.openxmlformats.org/officeDocument/2006/relationships/image" Target="media/image51.wmf"/><Relationship Id="rId289" Type="http://schemas.openxmlformats.org/officeDocument/2006/relationships/oleObject" Target="embeddings/oleObject144.bin"/><Relationship Id="rId454" Type="http://schemas.openxmlformats.org/officeDocument/2006/relationships/image" Target="media/image209.wmf"/><Relationship Id="rId496" Type="http://schemas.openxmlformats.org/officeDocument/2006/relationships/image" Target="media/image229.wmf"/><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3.bin"/><Relationship Id="rId314" Type="http://schemas.openxmlformats.org/officeDocument/2006/relationships/oleObject" Target="embeddings/oleObject157.bin"/><Relationship Id="rId356" Type="http://schemas.openxmlformats.org/officeDocument/2006/relationships/image" Target="media/image169.wmf"/><Relationship Id="rId398" Type="http://schemas.openxmlformats.org/officeDocument/2006/relationships/oleObject" Target="embeddings/oleObject208.bin"/><Relationship Id="rId521" Type="http://schemas.openxmlformats.org/officeDocument/2006/relationships/image" Target="media/image241.wmf"/><Relationship Id="rId563" Type="http://schemas.openxmlformats.org/officeDocument/2006/relationships/oleObject" Target="embeddings/oleObject299.bin"/><Relationship Id="rId95" Type="http://schemas.openxmlformats.org/officeDocument/2006/relationships/image" Target="media/image45.wmf"/><Relationship Id="rId160" Type="http://schemas.openxmlformats.org/officeDocument/2006/relationships/image" Target="media/image77.wmf"/><Relationship Id="rId216" Type="http://schemas.openxmlformats.org/officeDocument/2006/relationships/image" Target="media/image104.wmf"/><Relationship Id="rId423" Type="http://schemas.openxmlformats.org/officeDocument/2006/relationships/image" Target="media/image195.wmf"/><Relationship Id="rId258" Type="http://schemas.openxmlformats.org/officeDocument/2006/relationships/image" Target="media/image125.wmf"/><Relationship Id="rId465" Type="http://schemas.openxmlformats.org/officeDocument/2006/relationships/oleObject" Target="embeddings/oleObject246.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7.bin"/><Relationship Id="rId325" Type="http://schemas.openxmlformats.org/officeDocument/2006/relationships/oleObject" Target="embeddings/oleObject165.bin"/><Relationship Id="rId367" Type="http://schemas.openxmlformats.org/officeDocument/2006/relationships/oleObject" Target="embeddings/oleObject188.bin"/><Relationship Id="rId532" Type="http://schemas.openxmlformats.org/officeDocument/2006/relationships/image" Target="media/image245.wmf"/><Relationship Id="rId574" Type="http://schemas.openxmlformats.org/officeDocument/2006/relationships/image" Target="media/image265.wmf"/><Relationship Id="rId171" Type="http://schemas.openxmlformats.org/officeDocument/2006/relationships/image" Target="media/image82.wmf"/><Relationship Id="rId227" Type="http://schemas.openxmlformats.org/officeDocument/2006/relationships/oleObject" Target="embeddings/oleObject113.bin"/><Relationship Id="rId269" Type="http://schemas.openxmlformats.org/officeDocument/2006/relationships/oleObject" Target="embeddings/oleObject134.bin"/><Relationship Id="rId434" Type="http://schemas.openxmlformats.org/officeDocument/2006/relationships/image" Target="media/image199.wmf"/><Relationship Id="rId476" Type="http://schemas.openxmlformats.org/officeDocument/2006/relationships/oleObject" Target="embeddings/oleObject252.bin"/><Relationship Id="rId33" Type="http://schemas.openxmlformats.org/officeDocument/2006/relationships/oleObject" Target="embeddings/oleObject14.bin"/><Relationship Id="rId129" Type="http://schemas.openxmlformats.org/officeDocument/2006/relationships/image" Target="media/image62.wmf"/><Relationship Id="rId280" Type="http://schemas.openxmlformats.org/officeDocument/2006/relationships/image" Target="media/image136.wmf"/><Relationship Id="rId336" Type="http://schemas.openxmlformats.org/officeDocument/2006/relationships/image" Target="media/image160.wmf"/><Relationship Id="rId501" Type="http://schemas.openxmlformats.org/officeDocument/2006/relationships/oleObject" Target="embeddings/oleObject265.bin"/><Relationship Id="rId543" Type="http://schemas.openxmlformats.org/officeDocument/2006/relationships/image" Target="media/image250.wmf"/><Relationship Id="rId75" Type="http://schemas.openxmlformats.org/officeDocument/2006/relationships/image" Target="media/image35.wmf"/><Relationship Id="rId140" Type="http://schemas.openxmlformats.org/officeDocument/2006/relationships/oleObject" Target="embeddings/oleObject68.bin"/><Relationship Id="rId182" Type="http://schemas.openxmlformats.org/officeDocument/2006/relationships/oleObject" Target="embeddings/oleObject91.bin"/><Relationship Id="rId378" Type="http://schemas.openxmlformats.org/officeDocument/2006/relationships/image" Target="media/image179.wmf"/><Relationship Id="rId403" Type="http://schemas.openxmlformats.org/officeDocument/2006/relationships/image" Target="media/image187.wmf"/><Relationship Id="rId585" Type="http://schemas.openxmlformats.org/officeDocument/2006/relationships/oleObject" Target="embeddings/oleObject308.bin"/><Relationship Id="rId6" Type="http://schemas.openxmlformats.org/officeDocument/2006/relationships/image" Target="media/image1.wmf"/><Relationship Id="rId238" Type="http://schemas.openxmlformats.org/officeDocument/2006/relationships/image" Target="media/image115.wmf"/><Relationship Id="rId445" Type="http://schemas.openxmlformats.org/officeDocument/2006/relationships/oleObject" Target="embeddings/oleObject236.bin"/><Relationship Id="rId487" Type="http://schemas.openxmlformats.org/officeDocument/2006/relationships/image" Target="media/image225.wmf"/><Relationship Id="rId291" Type="http://schemas.openxmlformats.org/officeDocument/2006/relationships/oleObject" Target="embeddings/oleObject145.bin"/><Relationship Id="rId305" Type="http://schemas.openxmlformats.org/officeDocument/2006/relationships/image" Target="media/image148.wmf"/><Relationship Id="rId347" Type="http://schemas.openxmlformats.org/officeDocument/2006/relationships/oleObject" Target="embeddings/oleObject178.bin"/><Relationship Id="rId512" Type="http://schemas.openxmlformats.org/officeDocument/2006/relationships/image" Target="media/image237.wmf"/><Relationship Id="rId44" Type="http://schemas.openxmlformats.org/officeDocument/2006/relationships/image" Target="media/image20.wmf"/><Relationship Id="rId86" Type="http://schemas.openxmlformats.org/officeDocument/2006/relationships/oleObject" Target="embeddings/oleObject41.bin"/><Relationship Id="rId151" Type="http://schemas.openxmlformats.org/officeDocument/2006/relationships/oleObject" Target="embeddings/oleObject74.bin"/><Relationship Id="rId389" Type="http://schemas.openxmlformats.org/officeDocument/2006/relationships/oleObject" Target="embeddings/oleObject201.bin"/><Relationship Id="rId554" Type="http://schemas.openxmlformats.org/officeDocument/2006/relationships/oleObject" Target="embeddings/oleObject294.bin"/><Relationship Id="rId596" Type="http://schemas.openxmlformats.org/officeDocument/2006/relationships/oleObject" Target="embeddings/oleObject315.bin"/><Relationship Id="rId193" Type="http://schemas.openxmlformats.org/officeDocument/2006/relationships/oleObject" Target="embeddings/oleObject96.bin"/><Relationship Id="rId207" Type="http://schemas.openxmlformats.org/officeDocument/2006/relationships/oleObject" Target="embeddings/oleObject103.bin"/><Relationship Id="rId249" Type="http://schemas.openxmlformats.org/officeDocument/2006/relationships/oleObject" Target="embeddings/oleObject124.bin"/><Relationship Id="rId414" Type="http://schemas.openxmlformats.org/officeDocument/2006/relationships/oleObject" Target="embeddings/oleObject217.bin"/><Relationship Id="rId456" Type="http://schemas.openxmlformats.org/officeDocument/2006/relationships/image" Target="media/image210.wmf"/><Relationship Id="rId498" Type="http://schemas.openxmlformats.org/officeDocument/2006/relationships/image" Target="media/image230.wmf"/><Relationship Id="rId13" Type="http://schemas.openxmlformats.org/officeDocument/2006/relationships/oleObject" Target="embeddings/oleObject4.bin"/><Relationship Id="rId109" Type="http://schemas.openxmlformats.org/officeDocument/2006/relationships/image" Target="media/image52.wmf"/><Relationship Id="rId260" Type="http://schemas.openxmlformats.org/officeDocument/2006/relationships/image" Target="media/image126.wmf"/><Relationship Id="rId316" Type="http://schemas.openxmlformats.org/officeDocument/2006/relationships/oleObject" Target="embeddings/oleObject159.bin"/><Relationship Id="rId523" Type="http://schemas.openxmlformats.org/officeDocument/2006/relationships/oleObject" Target="embeddings/oleObject277.bin"/><Relationship Id="rId55" Type="http://schemas.openxmlformats.org/officeDocument/2006/relationships/oleObject" Target="embeddings/oleObject25.bin"/><Relationship Id="rId97" Type="http://schemas.openxmlformats.org/officeDocument/2006/relationships/image" Target="media/image46.wmf"/><Relationship Id="rId120" Type="http://schemas.openxmlformats.org/officeDocument/2006/relationships/oleObject" Target="embeddings/oleObject58.bin"/><Relationship Id="rId358" Type="http://schemas.openxmlformats.org/officeDocument/2006/relationships/image" Target="media/image170.wmf"/><Relationship Id="rId565" Type="http://schemas.openxmlformats.org/officeDocument/2006/relationships/oleObject" Target="embeddings/oleObject300.bin"/><Relationship Id="rId162" Type="http://schemas.openxmlformats.org/officeDocument/2006/relationships/image" Target="media/image78.wmf"/><Relationship Id="rId218" Type="http://schemas.openxmlformats.org/officeDocument/2006/relationships/image" Target="media/image105.wmf"/><Relationship Id="rId425" Type="http://schemas.openxmlformats.org/officeDocument/2006/relationships/oleObject" Target="embeddings/oleObject225.bin"/><Relationship Id="rId467" Type="http://schemas.openxmlformats.org/officeDocument/2006/relationships/oleObject" Target="embeddings/oleObject247.bin"/><Relationship Id="rId271" Type="http://schemas.openxmlformats.org/officeDocument/2006/relationships/oleObject" Target="embeddings/oleObject135.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image" Target="media/image63.wmf"/><Relationship Id="rId327" Type="http://schemas.openxmlformats.org/officeDocument/2006/relationships/oleObject" Target="embeddings/oleObject166.bin"/><Relationship Id="rId369" Type="http://schemas.openxmlformats.org/officeDocument/2006/relationships/oleObject" Target="embeddings/oleObject189.bin"/><Relationship Id="rId534" Type="http://schemas.openxmlformats.org/officeDocument/2006/relationships/image" Target="media/image246.wmf"/><Relationship Id="rId576" Type="http://schemas.openxmlformats.org/officeDocument/2006/relationships/image" Target="media/image266.wmf"/><Relationship Id="rId173" Type="http://schemas.openxmlformats.org/officeDocument/2006/relationships/image" Target="media/image83.wmf"/><Relationship Id="rId229" Type="http://schemas.openxmlformats.org/officeDocument/2006/relationships/oleObject" Target="embeddings/oleObject114.bin"/><Relationship Id="rId380" Type="http://schemas.openxmlformats.org/officeDocument/2006/relationships/image" Target="media/image180.wmf"/><Relationship Id="rId436" Type="http://schemas.openxmlformats.org/officeDocument/2006/relationships/image" Target="media/image200.wmf"/><Relationship Id="rId240" Type="http://schemas.openxmlformats.org/officeDocument/2006/relationships/image" Target="media/image116.wmf"/><Relationship Id="rId478" Type="http://schemas.openxmlformats.org/officeDocument/2006/relationships/oleObject" Target="embeddings/oleObject253.bin"/><Relationship Id="rId35" Type="http://schemas.openxmlformats.org/officeDocument/2006/relationships/oleObject" Target="embeddings/oleObject15.bin"/><Relationship Id="rId77" Type="http://schemas.openxmlformats.org/officeDocument/2006/relationships/image" Target="media/image36.wmf"/><Relationship Id="rId100" Type="http://schemas.openxmlformats.org/officeDocument/2006/relationships/oleObject" Target="embeddings/oleObject48.bin"/><Relationship Id="rId282" Type="http://schemas.openxmlformats.org/officeDocument/2006/relationships/image" Target="media/image137.wmf"/><Relationship Id="rId338" Type="http://schemas.openxmlformats.org/officeDocument/2006/relationships/oleObject" Target="embeddings/oleObject173.bin"/><Relationship Id="rId503" Type="http://schemas.openxmlformats.org/officeDocument/2006/relationships/oleObject" Target="embeddings/oleObject266.bin"/><Relationship Id="rId545" Type="http://schemas.openxmlformats.org/officeDocument/2006/relationships/image" Target="media/image251.wmf"/><Relationship Id="rId587" Type="http://schemas.openxmlformats.org/officeDocument/2006/relationships/oleObject" Target="embeddings/oleObject309.bin"/><Relationship Id="rId8" Type="http://schemas.openxmlformats.org/officeDocument/2006/relationships/image" Target="media/image2.wmf"/><Relationship Id="rId142" Type="http://schemas.openxmlformats.org/officeDocument/2006/relationships/image" Target="media/image68.wmf"/><Relationship Id="rId184" Type="http://schemas.openxmlformats.org/officeDocument/2006/relationships/oleObject" Target="embeddings/oleObject92.bin"/><Relationship Id="rId391" Type="http://schemas.openxmlformats.org/officeDocument/2006/relationships/oleObject" Target="embeddings/oleObject203.bin"/><Relationship Id="rId405" Type="http://schemas.openxmlformats.org/officeDocument/2006/relationships/image" Target="media/image188.wmf"/><Relationship Id="rId447" Type="http://schemas.openxmlformats.org/officeDocument/2006/relationships/oleObject" Target="embeddings/oleObject237.bin"/><Relationship Id="rId251" Type="http://schemas.openxmlformats.org/officeDocument/2006/relationships/oleObject" Target="embeddings/oleObject125.bin"/><Relationship Id="rId489" Type="http://schemas.openxmlformats.org/officeDocument/2006/relationships/oleObject" Target="embeddings/oleObject259.bin"/><Relationship Id="rId46" Type="http://schemas.openxmlformats.org/officeDocument/2006/relationships/image" Target="media/image21.wmf"/><Relationship Id="rId293" Type="http://schemas.openxmlformats.org/officeDocument/2006/relationships/image" Target="media/image143.wmf"/><Relationship Id="rId307" Type="http://schemas.openxmlformats.org/officeDocument/2006/relationships/image" Target="media/image149.wmf"/><Relationship Id="rId349" Type="http://schemas.openxmlformats.org/officeDocument/2006/relationships/oleObject" Target="embeddings/oleObject179.bin"/><Relationship Id="rId514" Type="http://schemas.openxmlformats.org/officeDocument/2006/relationships/image" Target="media/image238.wmf"/><Relationship Id="rId556" Type="http://schemas.openxmlformats.org/officeDocument/2006/relationships/oleObject" Target="embeddings/oleObject295.bin"/><Relationship Id="rId88" Type="http://schemas.openxmlformats.org/officeDocument/2006/relationships/oleObject" Target="embeddings/oleObject42.bin"/><Relationship Id="rId111" Type="http://schemas.openxmlformats.org/officeDocument/2006/relationships/image" Target="media/image53.wmf"/><Relationship Id="rId153" Type="http://schemas.openxmlformats.org/officeDocument/2006/relationships/oleObject" Target="embeddings/oleObject75.bin"/><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image" Target="media/image171.wmf"/><Relationship Id="rId416" Type="http://schemas.openxmlformats.org/officeDocument/2006/relationships/oleObject" Target="embeddings/oleObject218.bin"/><Relationship Id="rId598" Type="http://schemas.openxmlformats.org/officeDocument/2006/relationships/oleObject" Target="embeddings/oleObject316.bin"/><Relationship Id="rId220" Type="http://schemas.openxmlformats.org/officeDocument/2006/relationships/image" Target="media/image106.wmf"/><Relationship Id="rId458" Type="http://schemas.openxmlformats.org/officeDocument/2006/relationships/image" Target="media/image211.wmf"/><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27.wmf"/><Relationship Id="rId318" Type="http://schemas.openxmlformats.org/officeDocument/2006/relationships/oleObject" Target="embeddings/oleObject160.bin"/><Relationship Id="rId525" Type="http://schemas.openxmlformats.org/officeDocument/2006/relationships/oleObject" Target="embeddings/oleObject279.bin"/><Relationship Id="rId567" Type="http://schemas.openxmlformats.org/officeDocument/2006/relationships/oleObject" Target="embeddings/oleObject301.bin"/><Relationship Id="rId99" Type="http://schemas.openxmlformats.org/officeDocument/2006/relationships/image" Target="media/image47.wmf"/><Relationship Id="rId122" Type="http://schemas.openxmlformats.org/officeDocument/2006/relationships/oleObject" Target="embeddings/oleObject59.bin"/><Relationship Id="rId164" Type="http://schemas.openxmlformats.org/officeDocument/2006/relationships/image" Target="media/image79.wmf"/><Relationship Id="rId371" Type="http://schemas.openxmlformats.org/officeDocument/2006/relationships/oleObject" Target="embeddings/oleObject191.bin"/><Relationship Id="rId427" Type="http://schemas.openxmlformats.org/officeDocument/2006/relationships/oleObject" Target="embeddings/oleObject227.bin"/><Relationship Id="rId469" Type="http://schemas.openxmlformats.org/officeDocument/2006/relationships/image" Target="media/image216.wmf"/><Relationship Id="rId26" Type="http://schemas.openxmlformats.org/officeDocument/2006/relationships/image" Target="media/image11.wmf"/><Relationship Id="rId231" Type="http://schemas.openxmlformats.org/officeDocument/2006/relationships/oleObject" Target="embeddings/oleObject115.bin"/><Relationship Id="rId273" Type="http://schemas.openxmlformats.org/officeDocument/2006/relationships/oleObject" Target="embeddings/oleObject136.bin"/><Relationship Id="rId329" Type="http://schemas.openxmlformats.org/officeDocument/2006/relationships/image" Target="media/image157.wmf"/><Relationship Id="rId480" Type="http://schemas.openxmlformats.org/officeDocument/2006/relationships/oleObject" Target="embeddings/oleObject254.bin"/><Relationship Id="rId536" Type="http://schemas.openxmlformats.org/officeDocument/2006/relationships/oleObject" Target="embeddings/oleObject285.bin"/><Relationship Id="rId68" Type="http://schemas.openxmlformats.org/officeDocument/2006/relationships/image" Target="media/image32.wmf"/><Relationship Id="rId133" Type="http://schemas.openxmlformats.org/officeDocument/2006/relationships/image" Target="media/image64.wmf"/><Relationship Id="rId175" Type="http://schemas.openxmlformats.org/officeDocument/2006/relationships/oleObject" Target="embeddings/oleObject87.bin"/><Relationship Id="rId340" Type="http://schemas.openxmlformats.org/officeDocument/2006/relationships/oleObject" Target="embeddings/oleObject174.bin"/><Relationship Id="rId578" Type="http://schemas.openxmlformats.org/officeDocument/2006/relationships/image" Target="media/image268.wmf"/><Relationship Id="rId200" Type="http://schemas.openxmlformats.org/officeDocument/2006/relationships/image" Target="media/image96.wmf"/><Relationship Id="rId382" Type="http://schemas.openxmlformats.org/officeDocument/2006/relationships/oleObject" Target="embeddings/oleObject197.bin"/><Relationship Id="rId438" Type="http://schemas.openxmlformats.org/officeDocument/2006/relationships/image" Target="media/image201.wmf"/><Relationship Id="rId242" Type="http://schemas.openxmlformats.org/officeDocument/2006/relationships/image" Target="media/image117.wmf"/><Relationship Id="rId284" Type="http://schemas.openxmlformats.org/officeDocument/2006/relationships/image" Target="media/image138.wmf"/><Relationship Id="rId491" Type="http://schemas.openxmlformats.org/officeDocument/2006/relationships/oleObject" Target="embeddings/oleObject260.bin"/><Relationship Id="rId505" Type="http://schemas.openxmlformats.org/officeDocument/2006/relationships/oleObject" Target="embeddings/oleObject26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8A9DC-5A63-46E0-8430-5BC019F69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3483</Words>
  <Characters>19859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hong trinh</cp:lastModifiedBy>
  <cp:revision>3</cp:revision>
  <dcterms:created xsi:type="dcterms:W3CDTF">2025-04-16T21:47:00Z</dcterms:created>
  <dcterms:modified xsi:type="dcterms:W3CDTF">2025-04-23T08:58:00Z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